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A801B8" w14:textId="77777777" w:rsidR="00DF4E1D" w:rsidRPr="00693325" w:rsidRDefault="00DF4E1D" w:rsidP="00DF4E1D">
      <w:pPr>
        <w:spacing w:line="360" w:lineRule="auto"/>
        <w:rPr>
          <w:rFonts w:ascii="Times New Roman" w:hAnsi="Times New Roman"/>
          <w:b/>
          <w:sz w:val="20"/>
        </w:rPr>
      </w:pPr>
      <w:r w:rsidRPr="00693325">
        <w:rPr>
          <w:rFonts w:ascii="Times New Roman" w:hAnsi="Times New Roman"/>
          <w:b/>
          <w:sz w:val="20"/>
        </w:rPr>
        <w:t xml:space="preserve">Health Outcomes, Healthcare Resource Use, and Economic Burden of Invasive Meningococcal Disease in the United States among Children Aged &lt;11 years </w:t>
      </w:r>
    </w:p>
    <w:p w14:paraId="1A56E8DB" w14:textId="77777777" w:rsidR="00DF4E1D" w:rsidRPr="00693325" w:rsidRDefault="00DF4E1D" w:rsidP="00DF4E1D">
      <w:pPr>
        <w:spacing w:before="120" w:after="120" w:line="360" w:lineRule="auto"/>
        <w:rPr>
          <w:rFonts w:ascii="Times New Roman" w:hAnsi="Times New Roman"/>
          <w:sz w:val="20"/>
          <w:vertAlign w:val="superscript"/>
        </w:rPr>
      </w:pPr>
      <w:r w:rsidRPr="00693325">
        <w:rPr>
          <w:rFonts w:ascii="Times New Roman" w:hAnsi="Times New Roman"/>
          <w:sz w:val="20"/>
        </w:rPr>
        <w:t>Oscar Herrera-Restrepo (ORCID: 0000-0001-8193-999X)</w:t>
      </w:r>
      <w:r w:rsidRPr="00693325">
        <w:rPr>
          <w:rFonts w:ascii="Times New Roman" w:hAnsi="Times New Roman"/>
          <w:sz w:val="20"/>
          <w:vertAlign w:val="superscript"/>
        </w:rPr>
        <w:t>1</w:t>
      </w:r>
      <w:r w:rsidRPr="00693325">
        <w:rPr>
          <w:rFonts w:ascii="Times New Roman" w:hAnsi="Times New Roman"/>
          <w:sz w:val="20"/>
        </w:rPr>
        <w:t>, Elizabeth Packnett (ORCID: 0000-0002-4731-6956)</w:t>
      </w:r>
      <w:r w:rsidRPr="00693325">
        <w:rPr>
          <w:rFonts w:ascii="Times New Roman" w:hAnsi="Times New Roman"/>
          <w:sz w:val="20"/>
          <w:vertAlign w:val="superscript"/>
        </w:rPr>
        <w:t>2</w:t>
      </w:r>
      <w:r w:rsidRPr="00693325">
        <w:rPr>
          <w:rFonts w:ascii="Times New Roman" w:hAnsi="Times New Roman"/>
          <w:sz w:val="20"/>
        </w:rPr>
        <w:t>, Megan Richards (ORCID: 0000-0003-0737-389X)</w:t>
      </w:r>
      <w:r w:rsidRPr="00693325">
        <w:rPr>
          <w:rFonts w:ascii="Times New Roman" w:hAnsi="Times New Roman"/>
          <w:sz w:val="20"/>
          <w:vertAlign w:val="superscript"/>
        </w:rPr>
        <w:t>2</w:t>
      </w:r>
      <w:r w:rsidRPr="00693325">
        <w:rPr>
          <w:rFonts w:ascii="Times New Roman" w:hAnsi="Times New Roman"/>
          <w:sz w:val="20"/>
        </w:rPr>
        <w:t>, Elise Kuylen (ORCID: 0000-0002-3528-5507)</w:t>
      </w:r>
      <w:r w:rsidRPr="00693325">
        <w:rPr>
          <w:rFonts w:ascii="Times New Roman" w:hAnsi="Times New Roman"/>
          <w:sz w:val="20"/>
          <w:vertAlign w:val="superscript"/>
        </w:rPr>
        <w:t>3</w:t>
      </w:r>
      <w:r w:rsidRPr="00693325">
        <w:rPr>
          <w:rFonts w:ascii="Times New Roman" w:hAnsi="Times New Roman"/>
          <w:sz w:val="20"/>
        </w:rPr>
        <w:t>, Tosin O. Olaiya (ORCID: 0000-0002-5049-0111)</w:t>
      </w:r>
      <w:r w:rsidRPr="00693325">
        <w:rPr>
          <w:rFonts w:ascii="Times New Roman" w:hAnsi="Times New Roman"/>
          <w:sz w:val="20"/>
          <w:vertAlign w:val="superscript"/>
        </w:rPr>
        <w:t>1</w:t>
      </w:r>
      <w:r w:rsidRPr="00693325">
        <w:rPr>
          <w:rFonts w:ascii="Times New Roman" w:hAnsi="Times New Roman"/>
          <w:sz w:val="20"/>
        </w:rPr>
        <w:t>, Thatiana Pinto (ORCID: 0000-0002-0957-3118)</w:t>
      </w:r>
      <w:r w:rsidRPr="00693325">
        <w:rPr>
          <w:rFonts w:ascii="Times New Roman" w:hAnsi="Times New Roman"/>
          <w:sz w:val="20"/>
          <w:vertAlign w:val="superscript"/>
        </w:rPr>
        <w:t>3</w:t>
      </w:r>
      <w:r w:rsidRPr="00693325">
        <w:rPr>
          <w:rFonts w:ascii="Times New Roman" w:hAnsi="Times New Roman"/>
          <w:sz w:val="20"/>
        </w:rPr>
        <w:t>, Lindsay Landgrave (ORCID: 0000-0001-8954-9064)</w:t>
      </w:r>
      <w:r w:rsidRPr="00693325">
        <w:rPr>
          <w:rFonts w:ascii="Times New Roman" w:hAnsi="Times New Roman"/>
          <w:sz w:val="20"/>
          <w:vertAlign w:val="superscript"/>
        </w:rPr>
        <w:t>1</w:t>
      </w:r>
      <w:r w:rsidRPr="00693325">
        <w:rPr>
          <w:rFonts w:ascii="Times New Roman" w:hAnsi="Times New Roman"/>
          <w:sz w:val="20"/>
        </w:rPr>
        <w:t>, Ryan Ross (ORCID: 0000-0002-9316-5810)</w:t>
      </w:r>
      <w:r w:rsidRPr="00693325">
        <w:rPr>
          <w:rFonts w:ascii="Times New Roman" w:hAnsi="Times New Roman"/>
          <w:sz w:val="20"/>
          <w:vertAlign w:val="superscript"/>
        </w:rPr>
        <w:t>2</w:t>
      </w:r>
      <w:r w:rsidRPr="00693325">
        <w:rPr>
          <w:rFonts w:ascii="Times New Roman" w:hAnsi="Times New Roman"/>
          <w:sz w:val="20"/>
        </w:rPr>
        <w:t>, Andrew G. Allmon (ORCID: 0009-0004-6879-9231)</w:t>
      </w:r>
      <w:r w:rsidRPr="00693325">
        <w:rPr>
          <w:rFonts w:ascii="Times New Roman" w:hAnsi="Times New Roman"/>
          <w:sz w:val="20"/>
          <w:vertAlign w:val="superscript"/>
        </w:rPr>
        <w:t>4</w:t>
      </w:r>
      <w:r w:rsidRPr="00693325">
        <w:rPr>
          <w:rFonts w:ascii="Times New Roman" w:hAnsi="Times New Roman"/>
          <w:sz w:val="20"/>
        </w:rPr>
        <w:t xml:space="preserve"> </w:t>
      </w:r>
    </w:p>
    <w:p w14:paraId="132FDA86" w14:textId="77777777" w:rsidR="00DF4E1D" w:rsidRPr="00693325" w:rsidRDefault="00DF4E1D" w:rsidP="00DF4E1D">
      <w:pPr>
        <w:spacing w:after="120" w:line="360" w:lineRule="auto"/>
        <w:rPr>
          <w:rFonts w:ascii="Times New Roman" w:hAnsi="Times New Roman"/>
          <w:sz w:val="20"/>
        </w:rPr>
      </w:pPr>
      <w:r w:rsidRPr="00693325">
        <w:rPr>
          <w:rFonts w:ascii="Times New Roman" w:hAnsi="Times New Roman"/>
          <w:sz w:val="20"/>
          <w:vertAlign w:val="superscript"/>
        </w:rPr>
        <w:t>1</w:t>
      </w:r>
      <w:r w:rsidRPr="00693325">
        <w:rPr>
          <w:rFonts w:ascii="Times New Roman" w:hAnsi="Times New Roman"/>
          <w:sz w:val="20"/>
        </w:rPr>
        <w:t xml:space="preserve">GSK, Philadelphia, PA, USA </w:t>
      </w:r>
    </w:p>
    <w:p w14:paraId="2DDF0CAA" w14:textId="77777777" w:rsidR="00DF4E1D" w:rsidRPr="00693325" w:rsidRDefault="00DF4E1D" w:rsidP="00DF4E1D">
      <w:pPr>
        <w:spacing w:after="120" w:line="360" w:lineRule="auto"/>
        <w:rPr>
          <w:rFonts w:ascii="Times New Roman" w:hAnsi="Times New Roman"/>
          <w:sz w:val="20"/>
        </w:rPr>
      </w:pPr>
      <w:r w:rsidRPr="00693325">
        <w:rPr>
          <w:rFonts w:ascii="Times New Roman" w:hAnsi="Times New Roman"/>
          <w:sz w:val="20"/>
          <w:vertAlign w:val="superscript"/>
        </w:rPr>
        <w:t>2</w:t>
      </w:r>
      <w:r w:rsidRPr="00693325">
        <w:rPr>
          <w:rFonts w:ascii="Times New Roman" w:hAnsi="Times New Roman"/>
          <w:sz w:val="20"/>
        </w:rPr>
        <w:t xml:space="preserve">Merative, Ann Arbor, MI, USA </w:t>
      </w:r>
    </w:p>
    <w:p w14:paraId="60F5A242" w14:textId="77777777" w:rsidR="00DF4E1D" w:rsidRPr="00693325" w:rsidRDefault="00DF4E1D" w:rsidP="00DF4E1D">
      <w:pPr>
        <w:spacing w:after="120" w:line="360" w:lineRule="auto"/>
        <w:rPr>
          <w:rFonts w:ascii="Times New Roman" w:hAnsi="Times New Roman"/>
          <w:sz w:val="20"/>
        </w:rPr>
      </w:pPr>
      <w:r w:rsidRPr="00693325">
        <w:rPr>
          <w:rFonts w:ascii="Times New Roman" w:hAnsi="Times New Roman"/>
          <w:sz w:val="20"/>
          <w:vertAlign w:val="superscript"/>
        </w:rPr>
        <w:t>3</w:t>
      </w:r>
      <w:r w:rsidRPr="00693325">
        <w:rPr>
          <w:rFonts w:ascii="Times New Roman" w:hAnsi="Times New Roman"/>
          <w:sz w:val="20"/>
        </w:rPr>
        <w:t>GSK, Wavre, Belgium</w:t>
      </w:r>
    </w:p>
    <w:p w14:paraId="4A5EA946" w14:textId="77777777" w:rsidR="00DF4E1D" w:rsidRPr="00693325" w:rsidRDefault="00DF4E1D" w:rsidP="00DF4E1D">
      <w:pPr>
        <w:spacing w:after="120" w:line="360" w:lineRule="auto"/>
        <w:rPr>
          <w:rFonts w:ascii="Times New Roman" w:hAnsi="Times New Roman"/>
          <w:sz w:val="20"/>
        </w:rPr>
      </w:pPr>
      <w:r w:rsidRPr="00693325">
        <w:rPr>
          <w:rFonts w:ascii="Times New Roman" w:hAnsi="Times New Roman"/>
          <w:sz w:val="20"/>
          <w:vertAlign w:val="superscript"/>
        </w:rPr>
        <w:t>4</w:t>
      </w:r>
      <w:r w:rsidRPr="00693325">
        <w:rPr>
          <w:rFonts w:ascii="Times New Roman" w:hAnsi="Times New Roman"/>
          <w:sz w:val="20"/>
        </w:rPr>
        <w:t xml:space="preserve">GSK, Durham, NC, USA </w:t>
      </w:r>
    </w:p>
    <w:p w14:paraId="2C90C077" w14:textId="77777777" w:rsidR="00DF4E1D" w:rsidRPr="00693325" w:rsidRDefault="00DF4E1D" w:rsidP="00DF4E1D">
      <w:pPr>
        <w:pStyle w:val="Manuscriptbody"/>
        <w:spacing w:after="120" w:afterAutospacing="0"/>
        <w:rPr>
          <w:rFonts w:ascii="Times New Roman" w:hAnsi="Times New Roman"/>
          <w:sz w:val="20"/>
        </w:rPr>
      </w:pPr>
      <w:r w:rsidRPr="00693325">
        <w:rPr>
          <w:rFonts w:ascii="Times New Roman" w:hAnsi="Times New Roman"/>
          <w:b/>
          <w:sz w:val="20"/>
        </w:rPr>
        <w:t>Correspondence to:</w:t>
      </w:r>
      <w:r w:rsidRPr="00693325">
        <w:rPr>
          <w:rFonts w:ascii="Times New Roman" w:hAnsi="Times New Roman"/>
          <w:sz w:val="20"/>
        </w:rPr>
        <w:t xml:space="preserve"> Tosin Olaiya </w:t>
      </w:r>
    </w:p>
    <w:p w14:paraId="48346D7F" w14:textId="77777777" w:rsidR="00DF4E1D" w:rsidRPr="00CD2E82" w:rsidRDefault="00DF4E1D" w:rsidP="00DF4E1D">
      <w:pPr>
        <w:pStyle w:val="Manuscriptbody"/>
        <w:spacing w:after="120" w:afterAutospacing="0"/>
        <w:rPr>
          <w:rFonts w:ascii="Times New Roman" w:hAnsi="Times New Roman"/>
          <w:sz w:val="20"/>
        </w:rPr>
      </w:pPr>
      <w:r w:rsidRPr="00CD2E82">
        <w:rPr>
          <w:rFonts w:ascii="Times New Roman" w:hAnsi="Times New Roman"/>
          <w:sz w:val="20"/>
        </w:rPr>
        <w:t>Email: tosin.o.olaiya@gsk.com</w:t>
      </w:r>
    </w:p>
    <w:p w14:paraId="1E5979EE" w14:textId="77777777" w:rsidR="00DF4E1D" w:rsidRPr="00693325" w:rsidRDefault="00DF4E1D" w:rsidP="00DF4E1D">
      <w:pPr>
        <w:pStyle w:val="Manuscriptbody"/>
        <w:spacing w:after="120" w:line="240" w:lineRule="auto"/>
        <w:rPr>
          <w:rFonts w:ascii="Times New Roman" w:hAnsi="Times New Roman"/>
          <w:sz w:val="20"/>
        </w:rPr>
      </w:pPr>
      <w:r w:rsidRPr="00693325">
        <w:rPr>
          <w:rFonts w:ascii="Times New Roman" w:hAnsi="Times New Roman"/>
          <w:sz w:val="20"/>
        </w:rPr>
        <w:t>Tosin Olaiya, MBChB, MSc</w:t>
      </w:r>
    </w:p>
    <w:p w14:paraId="69A75C4D" w14:textId="77777777" w:rsidR="00DF4E1D" w:rsidRPr="00693325" w:rsidRDefault="00DF4E1D" w:rsidP="008E6E0C">
      <w:pPr>
        <w:pStyle w:val="Manuscriptbody"/>
        <w:spacing w:line="240" w:lineRule="auto"/>
        <w:rPr>
          <w:rFonts w:ascii="Times New Roman" w:hAnsi="Times New Roman"/>
          <w:sz w:val="20"/>
        </w:rPr>
      </w:pPr>
      <w:r w:rsidRPr="00693325">
        <w:rPr>
          <w:rFonts w:ascii="Times New Roman" w:hAnsi="Times New Roman"/>
          <w:sz w:val="20"/>
        </w:rPr>
        <w:t>Director, Medical Affairs, Vaccines</w:t>
      </w:r>
    </w:p>
    <w:p w14:paraId="548CE2B1" w14:textId="77777777" w:rsidR="00DF4E1D" w:rsidRPr="00693325" w:rsidRDefault="00DF4E1D" w:rsidP="00DF4E1D">
      <w:pPr>
        <w:pStyle w:val="Manuscriptbody"/>
        <w:spacing w:after="120" w:line="240" w:lineRule="auto"/>
        <w:rPr>
          <w:rFonts w:ascii="Times New Roman" w:hAnsi="Times New Roman"/>
          <w:sz w:val="20"/>
        </w:rPr>
      </w:pPr>
      <w:r w:rsidRPr="00693325">
        <w:rPr>
          <w:rFonts w:ascii="Times New Roman" w:hAnsi="Times New Roman"/>
          <w:sz w:val="20"/>
        </w:rPr>
        <w:t>US Medical Affairs</w:t>
      </w:r>
    </w:p>
    <w:p w14:paraId="3BE18FA5" w14:textId="77777777" w:rsidR="00DF4E1D" w:rsidRPr="00693325" w:rsidRDefault="00DF4E1D" w:rsidP="00DF4E1D">
      <w:pPr>
        <w:pStyle w:val="Manuscriptbody"/>
        <w:spacing w:line="240" w:lineRule="auto"/>
        <w:rPr>
          <w:rFonts w:ascii="Times New Roman" w:hAnsi="Times New Roman"/>
          <w:sz w:val="20"/>
        </w:rPr>
      </w:pPr>
      <w:r w:rsidRPr="00693325">
        <w:rPr>
          <w:rFonts w:ascii="Times New Roman" w:hAnsi="Times New Roman"/>
          <w:sz w:val="20"/>
        </w:rPr>
        <w:t>GSK</w:t>
      </w:r>
    </w:p>
    <w:p w14:paraId="575083A2" w14:textId="77777777" w:rsidR="00DF4E1D" w:rsidRPr="00693325" w:rsidRDefault="00DF4E1D" w:rsidP="00DF4E1D">
      <w:pPr>
        <w:pStyle w:val="Manuscriptbody"/>
        <w:spacing w:after="120" w:line="240" w:lineRule="auto"/>
        <w:rPr>
          <w:rFonts w:ascii="Times New Roman" w:hAnsi="Times New Roman"/>
          <w:sz w:val="20"/>
        </w:rPr>
      </w:pPr>
      <w:r w:rsidRPr="00693325">
        <w:rPr>
          <w:rFonts w:ascii="Times New Roman" w:hAnsi="Times New Roman"/>
          <w:sz w:val="20"/>
        </w:rPr>
        <w:t>FMC Tower Suite 1700</w:t>
      </w:r>
    </w:p>
    <w:p w14:paraId="68791AA9" w14:textId="4CC96D2C" w:rsidR="00DF4E1D" w:rsidRDefault="00DF4E1D" w:rsidP="008E6E0C">
      <w:pPr>
        <w:pStyle w:val="Manuscriptbody"/>
        <w:spacing w:before="240" w:after="240" w:afterAutospacing="0" w:line="240" w:lineRule="auto"/>
        <w:rPr>
          <w:rFonts w:ascii="Times New Roman" w:hAnsi="Times New Roman"/>
          <w:sz w:val="20"/>
        </w:rPr>
      </w:pPr>
      <w:r w:rsidRPr="00693325">
        <w:rPr>
          <w:rFonts w:ascii="Times New Roman" w:hAnsi="Times New Roman"/>
          <w:sz w:val="20"/>
        </w:rPr>
        <w:t>2929 Walnut Street, Philadelphia, PA</w:t>
      </w:r>
      <w:r w:rsidR="000C6A11">
        <w:rPr>
          <w:rFonts w:ascii="Times New Roman" w:hAnsi="Times New Roman"/>
          <w:sz w:val="20"/>
        </w:rPr>
        <w:t>, USA</w:t>
      </w:r>
      <w:r w:rsidRPr="00693325">
        <w:rPr>
          <w:rFonts w:ascii="Times New Roman" w:hAnsi="Times New Roman"/>
          <w:sz w:val="20"/>
        </w:rPr>
        <w:t xml:space="preserve"> 19104  </w:t>
      </w:r>
    </w:p>
    <w:p w14:paraId="0E1046EE" w14:textId="749BA2D5" w:rsidR="00A958EB" w:rsidRPr="008E6E0C" w:rsidRDefault="00A958EB" w:rsidP="00A958EB">
      <w:pPr>
        <w:pStyle w:val="Manuscriptbody"/>
        <w:spacing w:before="240" w:after="0" w:afterAutospacing="0" w:line="480" w:lineRule="auto"/>
        <w:rPr>
          <w:rFonts w:ascii="Times New Roman" w:hAnsi="Times New Roman"/>
          <w:sz w:val="20"/>
        </w:rPr>
      </w:pPr>
      <w:r w:rsidRPr="003040B9">
        <w:rPr>
          <w:rFonts w:ascii="Times New Roman" w:hAnsi="Times New Roman"/>
          <w:b/>
          <w:bCs/>
          <w:sz w:val="20"/>
        </w:rPr>
        <w:t>SHORT TITLE</w:t>
      </w:r>
      <w:r>
        <w:rPr>
          <w:rFonts w:ascii="Times New Roman" w:hAnsi="Times New Roman"/>
          <w:sz w:val="20"/>
        </w:rPr>
        <w:t>: I</w:t>
      </w:r>
      <w:r w:rsidR="00026D1F">
        <w:rPr>
          <w:rFonts w:ascii="Times New Roman" w:hAnsi="Times New Roman"/>
          <w:sz w:val="20"/>
        </w:rPr>
        <w:t>nvasive Meningococcal Disease</w:t>
      </w:r>
      <w:r>
        <w:rPr>
          <w:rFonts w:ascii="Times New Roman" w:hAnsi="Times New Roman"/>
          <w:sz w:val="20"/>
        </w:rPr>
        <w:t xml:space="preserve"> Health Outcomes, HCRU, and Economic Burden in Pediatrics</w:t>
      </w:r>
    </w:p>
    <w:p w14:paraId="31A11C4B" w14:textId="6116CB2C" w:rsidR="008E6E0C" w:rsidRDefault="008E6E0C" w:rsidP="008E6E0C">
      <w:pPr>
        <w:spacing w:after="240"/>
        <w:rPr>
          <w:rFonts w:ascii="Times New Roman" w:hAnsi="Times New Roman"/>
          <w:bCs/>
          <w:i/>
          <w:iCs/>
          <w:sz w:val="20"/>
        </w:rPr>
      </w:pPr>
      <w:r>
        <w:rPr>
          <w:rFonts w:ascii="Times New Roman" w:hAnsi="Times New Roman"/>
          <w:b/>
          <w:sz w:val="20"/>
        </w:rPr>
        <w:t xml:space="preserve">Journal: </w:t>
      </w:r>
      <w:r w:rsidRPr="008E6E0C">
        <w:rPr>
          <w:rFonts w:ascii="Times New Roman" w:hAnsi="Times New Roman"/>
          <w:bCs/>
          <w:i/>
          <w:iCs/>
          <w:sz w:val="20"/>
        </w:rPr>
        <w:t>PharmacoEconomics</w:t>
      </w:r>
      <w:r w:rsidR="00A958EB">
        <w:rPr>
          <w:rFonts w:ascii="Times New Roman" w:hAnsi="Times New Roman"/>
          <w:bCs/>
          <w:i/>
          <w:iCs/>
          <w:sz w:val="20"/>
        </w:rPr>
        <w:t xml:space="preserve"> – Open</w:t>
      </w:r>
    </w:p>
    <w:p w14:paraId="1C57A49E" w14:textId="00B87BA6" w:rsidR="008E6E0C" w:rsidRPr="008E6E0C" w:rsidRDefault="008E6E0C" w:rsidP="008E6E0C">
      <w:pPr>
        <w:spacing w:after="240"/>
        <w:rPr>
          <w:rFonts w:ascii="Times New Roman Bold" w:hAnsi="Times New Roman Bold"/>
          <w:b/>
          <w:caps/>
          <w:sz w:val="20"/>
        </w:rPr>
        <w:sectPr w:rsidR="008E6E0C" w:rsidRPr="008E6E0C" w:rsidSect="00A25BB0">
          <w:headerReference w:type="default" r:id="rId8"/>
          <w:type w:val="continuous"/>
          <w:pgSz w:w="11906" w:h="16838"/>
          <w:pgMar w:top="1440" w:right="1440" w:bottom="1440" w:left="1440" w:header="706" w:footer="706" w:gutter="0"/>
          <w:cols w:space="708"/>
          <w:docGrid w:linePitch="360"/>
        </w:sectPr>
      </w:pPr>
      <w:r w:rsidRPr="008E6E0C">
        <w:rPr>
          <w:rFonts w:ascii="Times New Roman Bold" w:hAnsi="Times New Roman Bold"/>
          <w:b/>
          <w:caps/>
          <w:sz w:val="20"/>
        </w:rPr>
        <w:t>Supplementary Appendix</w:t>
      </w:r>
    </w:p>
    <w:p w14:paraId="5B83B696" w14:textId="59D9903B" w:rsidR="00726DBE" w:rsidRPr="00693325" w:rsidRDefault="00726DBE" w:rsidP="00726DBE">
      <w:pPr>
        <w:spacing w:after="100" w:afterAutospacing="1"/>
        <w:rPr>
          <w:rFonts w:ascii="Times New Roman" w:hAnsi="Times New Roman"/>
          <w:b/>
          <w:sz w:val="20"/>
        </w:rPr>
      </w:pPr>
      <w:r w:rsidRPr="00693325">
        <w:rPr>
          <w:rFonts w:ascii="Times New Roman" w:hAnsi="Times New Roman"/>
          <w:b/>
          <w:sz w:val="20"/>
        </w:rPr>
        <w:lastRenderedPageBreak/>
        <w:t xml:space="preserve">SUPPLEMENTARY MATERIALS </w:t>
      </w:r>
    </w:p>
    <w:p w14:paraId="67006E6F" w14:textId="77777777" w:rsidR="00726DBE" w:rsidRPr="00693325" w:rsidRDefault="00726DBE" w:rsidP="00726DBE">
      <w:pPr>
        <w:spacing w:line="276" w:lineRule="auto"/>
        <w:rPr>
          <w:rFonts w:ascii="Times New Roman" w:hAnsi="Times New Roman"/>
          <w:sz w:val="20"/>
        </w:rPr>
      </w:pPr>
      <w:r w:rsidRPr="00693325">
        <w:rPr>
          <w:rFonts w:ascii="Times New Roman" w:hAnsi="Times New Roman"/>
          <w:b/>
          <w:sz w:val="20"/>
        </w:rPr>
        <w:t xml:space="preserve">Supplemental Table 1 </w:t>
      </w:r>
      <w:r w:rsidRPr="00693325">
        <w:rPr>
          <w:rFonts w:ascii="Times New Roman" w:hAnsi="Times New Roman"/>
          <w:sz w:val="20"/>
        </w:rPr>
        <w:t>Detailed outcomes measures</w:t>
      </w:r>
    </w:p>
    <w:tbl>
      <w:tblPr>
        <w:tblStyle w:val="Table"/>
        <w:tblW w:w="5000" w:type="pct"/>
        <w:tblInd w:w="0" w:type="dxa"/>
        <w:tblLook w:val="04A0" w:firstRow="1" w:lastRow="0" w:firstColumn="1" w:lastColumn="0" w:noHBand="0" w:noVBand="1"/>
      </w:tblPr>
      <w:tblGrid>
        <w:gridCol w:w="2331"/>
        <w:gridCol w:w="8634"/>
        <w:gridCol w:w="2993"/>
      </w:tblGrid>
      <w:tr w:rsidR="00726DBE" w:rsidRPr="00693325" w14:paraId="7A2619E7" w14:textId="77777777" w:rsidTr="00841CFC">
        <w:trPr>
          <w:trHeight w:val="280"/>
        </w:trPr>
        <w:tc>
          <w:tcPr>
            <w:tcW w:w="835" w:type="pct"/>
            <w:tcBorders>
              <w:top w:val="single" w:sz="4" w:space="0" w:color="auto"/>
              <w:bottom w:val="single" w:sz="4" w:space="0" w:color="auto"/>
            </w:tcBorders>
            <w:noWrap/>
            <w:vAlign w:val="center"/>
            <w:hideMark/>
          </w:tcPr>
          <w:p w14:paraId="16997F47"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Outcome Category</w:t>
            </w:r>
          </w:p>
        </w:tc>
        <w:tc>
          <w:tcPr>
            <w:tcW w:w="3092" w:type="pct"/>
            <w:tcBorders>
              <w:top w:val="single" w:sz="4" w:space="0" w:color="auto"/>
              <w:bottom w:val="single" w:sz="4" w:space="0" w:color="auto"/>
            </w:tcBorders>
            <w:noWrap/>
            <w:vAlign w:val="center"/>
            <w:hideMark/>
          </w:tcPr>
          <w:p w14:paraId="19B4904D"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Outcomes</w:t>
            </w:r>
          </w:p>
        </w:tc>
        <w:tc>
          <w:tcPr>
            <w:tcW w:w="1072" w:type="pct"/>
            <w:tcBorders>
              <w:top w:val="single" w:sz="4" w:space="0" w:color="auto"/>
              <w:bottom w:val="single" w:sz="4" w:space="0" w:color="auto"/>
            </w:tcBorders>
            <w:noWrap/>
            <w:vAlign w:val="center"/>
            <w:hideMark/>
          </w:tcPr>
          <w:p w14:paraId="3F1094B8"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Identification</w:t>
            </w:r>
          </w:p>
        </w:tc>
      </w:tr>
      <w:tr w:rsidR="00726DBE" w:rsidRPr="00693325" w14:paraId="0A058A2E" w14:textId="77777777" w:rsidTr="00841CFC">
        <w:trPr>
          <w:trHeight w:val="116"/>
        </w:trPr>
        <w:tc>
          <w:tcPr>
            <w:tcW w:w="835" w:type="pct"/>
            <w:tcBorders>
              <w:top w:val="single" w:sz="4" w:space="0" w:color="auto"/>
            </w:tcBorders>
            <w:hideMark/>
          </w:tcPr>
          <w:p w14:paraId="22BCA290"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Amputation</w:t>
            </w:r>
          </w:p>
        </w:tc>
        <w:tc>
          <w:tcPr>
            <w:tcW w:w="3092" w:type="pct"/>
            <w:tcBorders>
              <w:top w:val="single" w:sz="4" w:space="0" w:color="auto"/>
            </w:tcBorders>
            <w:hideMark/>
          </w:tcPr>
          <w:p w14:paraId="39B53AA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Any amputation, Prosthetics</w:t>
            </w:r>
          </w:p>
        </w:tc>
        <w:tc>
          <w:tcPr>
            <w:tcW w:w="1072" w:type="pct"/>
            <w:tcBorders>
              <w:top w:val="single" w:sz="4" w:space="0" w:color="auto"/>
            </w:tcBorders>
            <w:hideMark/>
          </w:tcPr>
          <w:p w14:paraId="7898691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Diagnosis and Procedure Codes</w:t>
            </w:r>
          </w:p>
        </w:tc>
      </w:tr>
      <w:tr w:rsidR="00726DBE" w:rsidRPr="00693325" w14:paraId="221EF875" w14:textId="77777777" w:rsidTr="00841CFC">
        <w:trPr>
          <w:trHeight w:val="68"/>
        </w:trPr>
        <w:tc>
          <w:tcPr>
            <w:tcW w:w="835" w:type="pct"/>
            <w:shd w:val="clear" w:color="auto" w:fill="F2F2F2" w:themeFill="background1" w:themeFillShade="F2"/>
            <w:hideMark/>
          </w:tcPr>
          <w:p w14:paraId="1192B7F1"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Cardiovascular Conditions</w:t>
            </w:r>
          </w:p>
        </w:tc>
        <w:tc>
          <w:tcPr>
            <w:tcW w:w="3092" w:type="pct"/>
            <w:shd w:val="clear" w:color="auto" w:fill="F2F2F2" w:themeFill="background1" w:themeFillShade="F2"/>
            <w:hideMark/>
          </w:tcPr>
          <w:p w14:paraId="44A758F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Cardiac Failure, Symptoms consistent with Raynaud Phenomenon, Vasculitis, Venous Thrombosis</w:t>
            </w:r>
          </w:p>
        </w:tc>
        <w:tc>
          <w:tcPr>
            <w:tcW w:w="1072" w:type="pct"/>
            <w:shd w:val="clear" w:color="auto" w:fill="F2F2F2" w:themeFill="background1" w:themeFillShade="F2"/>
            <w:hideMark/>
          </w:tcPr>
          <w:p w14:paraId="630DC3D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Diagnosis Codes</w:t>
            </w:r>
          </w:p>
        </w:tc>
      </w:tr>
      <w:tr w:rsidR="00726DBE" w:rsidRPr="00693325" w14:paraId="0E97FFA7" w14:textId="77777777" w:rsidTr="00841CFC">
        <w:trPr>
          <w:trHeight w:val="72"/>
        </w:trPr>
        <w:tc>
          <w:tcPr>
            <w:tcW w:w="835" w:type="pct"/>
            <w:hideMark/>
          </w:tcPr>
          <w:p w14:paraId="192E62D1"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Dermatologic Conditions</w:t>
            </w:r>
          </w:p>
        </w:tc>
        <w:tc>
          <w:tcPr>
            <w:tcW w:w="3092" w:type="pct"/>
            <w:hideMark/>
          </w:tcPr>
          <w:p w14:paraId="2391BC4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Dermatitis, Psoriasis, Skin Graft, Skin Necrosis, Skin Scarring</w:t>
            </w:r>
          </w:p>
        </w:tc>
        <w:tc>
          <w:tcPr>
            <w:tcW w:w="1072" w:type="pct"/>
            <w:hideMark/>
          </w:tcPr>
          <w:p w14:paraId="28EFB24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Diagnosis and Procedure Codes</w:t>
            </w:r>
          </w:p>
        </w:tc>
      </w:tr>
      <w:tr w:rsidR="00726DBE" w:rsidRPr="00693325" w14:paraId="754744C5" w14:textId="77777777" w:rsidTr="00841CFC">
        <w:trPr>
          <w:trHeight w:val="234"/>
        </w:trPr>
        <w:tc>
          <w:tcPr>
            <w:tcW w:w="835" w:type="pct"/>
            <w:shd w:val="clear" w:color="auto" w:fill="F2F2F2" w:themeFill="background1" w:themeFillShade="F2"/>
            <w:hideMark/>
          </w:tcPr>
          <w:p w14:paraId="78376EAC"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Motor Deficits</w:t>
            </w:r>
          </w:p>
        </w:tc>
        <w:tc>
          <w:tcPr>
            <w:tcW w:w="3092" w:type="pct"/>
            <w:shd w:val="clear" w:color="auto" w:fill="F2F2F2" w:themeFill="background1" w:themeFillShade="F2"/>
            <w:hideMark/>
          </w:tcPr>
          <w:p w14:paraId="019DC7D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Cerebral Palsy, Mobility Problems, Monoparesis/Hemiparesis, Motor Neuron Disease, Movement Coordination, Muscle Weakness, Paralysis</w:t>
            </w:r>
          </w:p>
        </w:tc>
        <w:tc>
          <w:tcPr>
            <w:tcW w:w="1072" w:type="pct"/>
            <w:shd w:val="clear" w:color="auto" w:fill="F2F2F2" w:themeFill="background1" w:themeFillShade="F2"/>
            <w:hideMark/>
          </w:tcPr>
          <w:p w14:paraId="1D08CA5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Diagnosis Codes</w:t>
            </w:r>
          </w:p>
        </w:tc>
      </w:tr>
      <w:tr w:rsidR="00726DBE" w:rsidRPr="00693325" w14:paraId="47B90268" w14:textId="77777777" w:rsidTr="00841CFC">
        <w:trPr>
          <w:trHeight w:val="68"/>
        </w:trPr>
        <w:tc>
          <w:tcPr>
            <w:tcW w:w="835" w:type="pct"/>
            <w:hideMark/>
          </w:tcPr>
          <w:p w14:paraId="4A2624C0"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Musculoskeletal Deficiencies</w:t>
            </w:r>
          </w:p>
        </w:tc>
        <w:tc>
          <w:tcPr>
            <w:tcW w:w="3092" w:type="pct"/>
            <w:hideMark/>
          </w:tcPr>
          <w:p w14:paraId="345CC0A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Acquired Limb Deficiency, Arthralgia, Arthritis </w:t>
            </w:r>
          </w:p>
        </w:tc>
        <w:tc>
          <w:tcPr>
            <w:tcW w:w="1072" w:type="pct"/>
            <w:hideMark/>
          </w:tcPr>
          <w:p w14:paraId="6556A30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Diagnosis Codes</w:t>
            </w:r>
          </w:p>
        </w:tc>
      </w:tr>
      <w:tr w:rsidR="00726DBE" w:rsidRPr="00693325" w14:paraId="6458DCDE" w14:textId="77777777" w:rsidTr="00841CFC">
        <w:trPr>
          <w:trHeight w:val="378"/>
        </w:trPr>
        <w:tc>
          <w:tcPr>
            <w:tcW w:w="835" w:type="pct"/>
            <w:shd w:val="clear" w:color="auto" w:fill="F2F2F2" w:themeFill="background1" w:themeFillShade="F2"/>
            <w:hideMark/>
          </w:tcPr>
          <w:p w14:paraId="1F9E38D5"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Neurodevelopmental and Mental Health Disorders</w:t>
            </w:r>
          </w:p>
        </w:tc>
        <w:tc>
          <w:tcPr>
            <w:tcW w:w="3092" w:type="pct"/>
            <w:shd w:val="clear" w:color="auto" w:fill="F2F2F2" w:themeFill="background1" w:themeFillShade="F2"/>
            <w:hideMark/>
          </w:tcPr>
          <w:p w14:paraId="13F710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ADHD, Anxiety, Autism Spectrum Disorder, Communication Deficits, Conduct Disorder, Depression, Eating Disorder, Intellectual Disability, Learning Disability, Oppositional Defiant Disorder, PTSD, Sleep Disturbances</w:t>
            </w:r>
          </w:p>
        </w:tc>
        <w:tc>
          <w:tcPr>
            <w:tcW w:w="1072" w:type="pct"/>
            <w:shd w:val="clear" w:color="auto" w:fill="F2F2F2" w:themeFill="background1" w:themeFillShade="F2"/>
            <w:hideMark/>
          </w:tcPr>
          <w:p w14:paraId="0834958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Diagnosis Codes</w:t>
            </w:r>
          </w:p>
        </w:tc>
      </w:tr>
      <w:tr w:rsidR="00726DBE" w:rsidRPr="00693325" w14:paraId="0CAFC7D8" w14:textId="77777777" w:rsidTr="00841CFC">
        <w:trPr>
          <w:trHeight w:val="315"/>
        </w:trPr>
        <w:tc>
          <w:tcPr>
            <w:tcW w:w="835" w:type="pct"/>
            <w:hideMark/>
          </w:tcPr>
          <w:p w14:paraId="401E0A6A"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Neurological Disorders</w:t>
            </w:r>
          </w:p>
        </w:tc>
        <w:tc>
          <w:tcPr>
            <w:tcW w:w="3092" w:type="pct"/>
            <w:hideMark/>
          </w:tcPr>
          <w:p w14:paraId="5B824F3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Aphasia, Chronic Headaches, Cranial Nerve Damage, Febrile Convulsions, Hydrocephalus, Migraine, Multicerebral Infarct, Radiculopathy, Seizures, Subdural Empyema, Vegetative State, Vertigo </w:t>
            </w:r>
          </w:p>
        </w:tc>
        <w:tc>
          <w:tcPr>
            <w:tcW w:w="1072" w:type="pct"/>
            <w:hideMark/>
          </w:tcPr>
          <w:p w14:paraId="3125A82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Diagnosis Codes</w:t>
            </w:r>
          </w:p>
        </w:tc>
      </w:tr>
      <w:tr w:rsidR="00726DBE" w:rsidRPr="00693325" w14:paraId="5A13EFBC" w14:textId="77777777" w:rsidTr="00841CFC">
        <w:trPr>
          <w:trHeight w:val="68"/>
        </w:trPr>
        <w:tc>
          <w:tcPr>
            <w:tcW w:w="835" w:type="pct"/>
            <w:shd w:val="clear" w:color="auto" w:fill="F2F2F2" w:themeFill="background1" w:themeFillShade="F2"/>
            <w:hideMark/>
          </w:tcPr>
          <w:p w14:paraId="4E925261"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Renal Conditions</w:t>
            </w:r>
          </w:p>
        </w:tc>
        <w:tc>
          <w:tcPr>
            <w:tcW w:w="3092" w:type="pct"/>
            <w:shd w:val="clear" w:color="auto" w:fill="F2F2F2" w:themeFill="background1" w:themeFillShade="F2"/>
            <w:hideMark/>
          </w:tcPr>
          <w:p w14:paraId="5E6F33D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Dialysis, Renal Failure, Renal Insufficiency, Urinary Retention</w:t>
            </w:r>
          </w:p>
        </w:tc>
        <w:tc>
          <w:tcPr>
            <w:tcW w:w="1072" w:type="pct"/>
            <w:shd w:val="clear" w:color="auto" w:fill="F2F2F2" w:themeFill="background1" w:themeFillShade="F2"/>
            <w:hideMark/>
          </w:tcPr>
          <w:p w14:paraId="6B23DE4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Diagnosis and Procedure Codes</w:t>
            </w:r>
          </w:p>
        </w:tc>
      </w:tr>
      <w:tr w:rsidR="00726DBE" w:rsidRPr="00693325" w14:paraId="5D4A8D4D" w14:textId="77777777" w:rsidTr="00841CFC">
        <w:trPr>
          <w:trHeight w:val="342"/>
        </w:trPr>
        <w:tc>
          <w:tcPr>
            <w:tcW w:w="835" w:type="pct"/>
            <w:hideMark/>
          </w:tcPr>
          <w:p w14:paraId="49E0EF50"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Sensory System Deficits</w:t>
            </w:r>
          </w:p>
        </w:tc>
        <w:tc>
          <w:tcPr>
            <w:tcW w:w="3092" w:type="pct"/>
            <w:hideMark/>
          </w:tcPr>
          <w:p w14:paraId="5549BF1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Bell’s palsy, Blindness, Hearing Aids/Cochlear Implant, Hearing Loss, Optic Disc Swelling, Paresthesia, Strabismic Amblyopia, Tinnitus, Visual Disturbances</w:t>
            </w:r>
          </w:p>
        </w:tc>
        <w:tc>
          <w:tcPr>
            <w:tcW w:w="1072" w:type="pct"/>
            <w:hideMark/>
          </w:tcPr>
          <w:p w14:paraId="09354FF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Diagnosis and Procedure Codes</w:t>
            </w:r>
          </w:p>
        </w:tc>
      </w:tr>
      <w:tr w:rsidR="00726DBE" w:rsidRPr="00693325" w14:paraId="4303BB84" w14:textId="77777777" w:rsidTr="00841CFC">
        <w:trPr>
          <w:trHeight w:val="126"/>
        </w:trPr>
        <w:tc>
          <w:tcPr>
            <w:tcW w:w="835" w:type="pct"/>
            <w:tcBorders>
              <w:bottom w:val="single" w:sz="4" w:space="0" w:color="auto"/>
            </w:tcBorders>
            <w:shd w:val="clear" w:color="auto" w:fill="F2F2F2" w:themeFill="background1" w:themeFillShade="F2"/>
            <w:hideMark/>
          </w:tcPr>
          <w:p w14:paraId="101BAE7F"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Other Physical Conditions</w:t>
            </w:r>
          </w:p>
        </w:tc>
        <w:tc>
          <w:tcPr>
            <w:tcW w:w="3092" w:type="pct"/>
            <w:tcBorders>
              <w:bottom w:val="single" w:sz="4" w:space="0" w:color="auto"/>
            </w:tcBorders>
            <w:shd w:val="clear" w:color="auto" w:fill="F2F2F2" w:themeFill="background1" w:themeFillShade="F2"/>
            <w:hideMark/>
          </w:tcPr>
          <w:p w14:paraId="11020AB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Adrenal Insufficiency, Anemia, Fatigue, Lack of Normal Physiological Development, Pulmonary Condition</w:t>
            </w:r>
          </w:p>
        </w:tc>
        <w:tc>
          <w:tcPr>
            <w:tcW w:w="1072" w:type="pct"/>
            <w:tcBorders>
              <w:bottom w:val="single" w:sz="4" w:space="0" w:color="auto"/>
            </w:tcBorders>
            <w:shd w:val="clear" w:color="auto" w:fill="F2F2F2" w:themeFill="background1" w:themeFillShade="F2"/>
            <w:hideMark/>
          </w:tcPr>
          <w:p w14:paraId="1661DA6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Diagnosis Codes</w:t>
            </w:r>
          </w:p>
        </w:tc>
      </w:tr>
    </w:tbl>
    <w:p w14:paraId="013D8F99" w14:textId="77777777" w:rsidR="00726DBE" w:rsidRPr="00693325" w:rsidRDefault="00726DBE" w:rsidP="00726DBE">
      <w:pPr>
        <w:spacing w:after="160" w:line="259" w:lineRule="auto"/>
        <w:rPr>
          <w:rFonts w:ascii="Times New Roman" w:hAnsi="Times New Roman"/>
        </w:rPr>
      </w:pPr>
    </w:p>
    <w:p w14:paraId="31BA8F7D" w14:textId="77777777" w:rsidR="00726DBE" w:rsidRPr="00693325" w:rsidRDefault="00726DBE" w:rsidP="00726DBE">
      <w:pPr>
        <w:rPr>
          <w:rFonts w:ascii="Times New Roman" w:hAnsi="Times New Roman"/>
        </w:rPr>
      </w:pPr>
      <w:r w:rsidRPr="00693325">
        <w:rPr>
          <w:rFonts w:ascii="Times New Roman" w:hAnsi="Times New Roman"/>
        </w:rPr>
        <w:br w:type="page"/>
      </w:r>
    </w:p>
    <w:p w14:paraId="5D1F7D02" w14:textId="77777777" w:rsidR="00726DBE" w:rsidRPr="00693325" w:rsidRDefault="00726DBE" w:rsidP="00726DBE">
      <w:pPr>
        <w:spacing w:after="160" w:line="259" w:lineRule="auto"/>
        <w:rPr>
          <w:rFonts w:ascii="Times New Roman" w:hAnsi="Times New Roman"/>
          <w:sz w:val="20"/>
        </w:rPr>
      </w:pPr>
      <w:r w:rsidRPr="00693325">
        <w:rPr>
          <w:rFonts w:ascii="Times New Roman" w:hAnsi="Times New Roman"/>
          <w:b/>
          <w:sz w:val="20"/>
        </w:rPr>
        <w:lastRenderedPageBreak/>
        <w:t xml:space="preserve">Supplemental Table 2 </w:t>
      </w:r>
      <w:r w:rsidRPr="00693325">
        <w:rPr>
          <w:rFonts w:ascii="Times New Roman" w:hAnsi="Times New Roman"/>
          <w:sz w:val="20"/>
        </w:rPr>
        <w:t>Incident health outcomes and costs, infant cohorts</w:t>
      </w:r>
      <w:r w:rsidRPr="00693325" w:rsidDel="000572D7">
        <w:rPr>
          <w:rFonts w:ascii="Times New Roman" w:hAnsi="Times New Roman"/>
          <w:sz w:val="20"/>
        </w:rPr>
        <w:t xml:space="preserve"> </w:t>
      </w:r>
    </w:p>
    <w:tbl>
      <w:tblPr>
        <w:tblW w:w="5000" w:type="pct"/>
        <w:tblLook w:val="04A0" w:firstRow="1" w:lastRow="0" w:firstColumn="1" w:lastColumn="0" w:noHBand="0" w:noVBand="1"/>
      </w:tblPr>
      <w:tblGrid>
        <w:gridCol w:w="2507"/>
        <w:gridCol w:w="1569"/>
        <w:gridCol w:w="1119"/>
        <w:gridCol w:w="1284"/>
        <w:gridCol w:w="2105"/>
        <w:gridCol w:w="1494"/>
        <w:gridCol w:w="1295"/>
        <w:gridCol w:w="1295"/>
        <w:gridCol w:w="1290"/>
      </w:tblGrid>
      <w:tr w:rsidR="00726DBE" w:rsidRPr="00693325" w14:paraId="1FC4FBC8" w14:textId="77777777" w:rsidTr="00841CFC">
        <w:trPr>
          <w:trHeight w:val="67"/>
          <w:tblHeader/>
        </w:trPr>
        <w:tc>
          <w:tcPr>
            <w:tcW w:w="898" w:type="pct"/>
            <w:tcBorders>
              <w:top w:val="single" w:sz="4" w:space="0" w:color="auto"/>
              <w:left w:val="nil"/>
              <w:bottom w:val="single" w:sz="8" w:space="0" w:color="000000"/>
              <w:right w:val="nil"/>
            </w:tcBorders>
            <w:noWrap/>
            <w:vAlign w:val="bottom"/>
            <w:hideMark/>
          </w:tcPr>
          <w:p w14:paraId="1C0BAFD3" w14:textId="6395648F" w:rsidR="00726DBE" w:rsidRPr="000E29E2" w:rsidRDefault="00A0215B" w:rsidP="00841CFC">
            <w:pPr>
              <w:rPr>
                <w:rFonts w:ascii="Times New Roman" w:hAnsi="Times New Roman"/>
                <w:b/>
                <w:bCs/>
                <w:sz w:val="16"/>
                <w:szCs w:val="16"/>
              </w:rPr>
            </w:pPr>
            <w:r w:rsidRPr="000E29E2">
              <w:rPr>
                <w:rFonts w:ascii="Times New Roman" w:hAnsi="Times New Roman"/>
                <w:b/>
                <w:bCs/>
                <w:sz w:val="16"/>
                <w:szCs w:val="16"/>
              </w:rPr>
              <w:t>Payer</w:t>
            </w:r>
          </w:p>
        </w:tc>
        <w:tc>
          <w:tcPr>
            <w:tcW w:w="2177" w:type="pct"/>
            <w:gridSpan w:val="4"/>
            <w:tcBorders>
              <w:top w:val="single" w:sz="4" w:space="0" w:color="auto"/>
              <w:left w:val="nil"/>
              <w:bottom w:val="single" w:sz="8" w:space="0" w:color="000000"/>
              <w:right w:val="nil"/>
            </w:tcBorders>
            <w:noWrap/>
            <w:vAlign w:val="bottom"/>
            <w:hideMark/>
          </w:tcPr>
          <w:p w14:paraId="0764F7A4" w14:textId="77777777" w:rsidR="00726DBE" w:rsidRPr="00693325" w:rsidRDefault="00726DBE" w:rsidP="00841CFC">
            <w:pPr>
              <w:jc w:val="center"/>
              <w:rPr>
                <w:rFonts w:ascii="Times New Roman" w:hAnsi="Times New Roman"/>
                <w:b/>
                <w:bCs/>
                <w:sz w:val="16"/>
                <w:szCs w:val="16"/>
              </w:rPr>
            </w:pPr>
            <w:r w:rsidRPr="00693325">
              <w:rPr>
                <w:rFonts w:ascii="Times New Roman" w:hAnsi="Times New Roman"/>
                <w:b/>
                <w:bCs/>
                <w:sz w:val="16"/>
                <w:szCs w:val="16"/>
              </w:rPr>
              <w:t>Commercial</w:t>
            </w:r>
          </w:p>
        </w:tc>
        <w:tc>
          <w:tcPr>
            <w:tcW w:w="1925" w:type="pct"/>
            <w:gridSpan w:val="4"/>
            <w:tcBorders>
              <w:top w:val="single" w:sz="8" w:space="0" w:color="auto"/>
              <w:left w:val="nil"/>
              <w:bottom w:val="single" w:sz="8" w:space="0" w:color="000000"/>
              <w:right w:val="nil"/>
            </w:tcBorders>
            <w:noWrap/>
            <w:vAlign w:val="bottom"/>
            <w:hideMark/>
          </w:tcPr>
          <w:p w14:paraId="477CF4B7" w14:textId="77777777" w:rsidR="00726DBE" w:rsidRPr="00693325" w:rsidRDefault="00726DBE" w:rsidP="00841CFC">
            <w:pPr>
              <w:jc w:val="center"/>
              <w:rPr>
                <w:rFonts w:ascii="Times New Roman" w:hAnsi="Times New Roman"/>
                <w:b/>
                <w:bCs/>
                <w:sz w:val="16"/>
                <w:szCs w:val="16"/>
              </w:rPr>
            </w:pPr>
            <w:r w:rsidRPr="00693325">
              <w:rPr>
                <w:rFonts w:ascii="Times New Roman" w:hAnsi="Times New Roman"/>
                <w:b/>
                <w:bCs/>
                <w:sz w:val="16"/>
                <w:szCs w:val="16"/>
              </w:rPr>
              <w:t>Medicaid</w:t>
            </w:r>
          </w:p>
        </w:tc>
      </w:tr>
      <w:tr w:rsidR="00726DBE" w:rsidRPr="00693325" w14:paraId="4D33D822" w14:textId="77777777" w:rsidTr="00841CFC">
        <w:trPr>
          <w:trHeight w:val="67"/>
          <w:tblHeader/>
        </w:trPr>
        <w:tc>
          <w:tcPr>
            <w:tcW w:w="898" w:type="pct"/>
            <w:tcBorders>
              <w:top w:val="nil"/>
              <w:left w:val="nil"/>
              <w:bottom w:val="nil"/>
              <w:right w:val="nil"/>
            </w:tcBorders>
            <w:shd w:val="clear" w:color="000000" w:fill="FFFFFF"/>
            <w:vAlign w:val="center"/>
            <w:hideMark/>
          </w:tcPr>
          <w:p w14:paraId="62FBDF53" w14:textId="77777777" w:rsidR="00726DBE" w:rsidRPr="00693325" w:rsidRDefault="00726DBE" w:rsidP="00841CFC">
            <w:pPr>
              <w:rPr>
                <w:rFonts w:ascii="Times New Roman" w:hAnsi="Times New Roman"/>
                <w:b/>
                <w:bCs/>
                <w:sz w:val="16"/>
                <w:szCs w:val="16"/>
              </w:rPr>
            </w:pPr>
            <w:r w:rsidRPr="00693325">
              <w:rPr>
                <w:rFonts w:ascii="Times New Roman" w:hAnsi="Times New Roman"/>
                <w:b/>
                <w:bCs/>
                <w:sz w:val="16"/>
                <w:szCs w:val="16"/>
              </w:rPr>
              <w:t> </w:t>
            </w:r>
          </w:p>
        </w:tc>
        <w:tc>
          <w:tcPr>
            <w:tcW w:w="1423" w:type="pct"/>
            <w:gridSpan w:val="3"/>
            <w:tcBorders>
              <w:top w:val="single" w:sz="8" w:space="0" w:color="000000"/>
              <w:left w:val="nil"/>
              <w:bottom w:val="nil"/>
              <w:right w:val="nil"/>
            </w:tcBorders>
            <w:shd w:val="clear" w:color="000000" w:fill="F2F2F2"/>
            <w:vAlign w:val="center"/>
            <w:hideMark/>
          </w:tcPr>
          <w:p w14:paraId="73B371C7" w14:textId="77777777" w:rsidR="00726DBE" w:rsidRPr="00693325" w:rsidRDefault="00726DBE" w:rsidP="00841CFC">
            <w:pPr>
              <w:jc w:val="center"/>
              <w:rPr>
                <w:rFonts w:ascii="Times New Roman" w:hAnsi="Times New Roman"/>
                <w:b/>
                <w:bCs/>
                <w:sz w:val="16"/>
                <w:szCs w:val="16"/>
              </w:rPr>
            </w:pPr>
            <w:r w:rsidRPr="00693325">
              <w:rPr>
                <w:rFonts w:ascii="Times New Roman" w:hAnsi="Times New Roman"/>
                <w:b/>
                <w:bCs/>
                <w:sz w:val="16"/>
                <w:szCs w:val="16"/>
              </w:rPr>
              <w:t>Infants with IMD</w:t>
            </w:r>
          </w:p>
        </w:tc>
        <w:tc>
          <w:tcPr>
            <w:tcW w:w="754" w:type="pct"/>
            <w:tcBorders>
              <w:top w:val="nil"/>
              <w:left w:val="nil"/>
              <w:bottom w:val="nil"/>
              <w:right w:val="nil"/>
            </w:tcBorders>
            <w:shd w:val="clear" w:color="000000" w:fill="FFFFFF"/>
            <w:vAlign w:val="center"/>
            <w:hideMark/>
          </w:tcPr>
          <w:p w14:paraId="4620DE72" w14:textId="77777777" w:rsidR="00726DBE" w:rsidRPr="00693325" w:rsidRDefault="00726DBE" w:rsidP="00841CFC">
            <w:pPr>
              <w:jc w:val="center"/>
              <w:rPr>
                <w:rFonts w:ascii="Times New Roman" w:hAnsi="Times New Roman"/>
                <w:b/>
                <w:bCs/>
                <w:sz w:val="16"/>
                <w:szCs w:val="16"/>
              </w:rPr>
            </w:pPr>
            <w:r w:rsidRPr="00693325">
              <w:rPr>
                <w:rFonts w:ascii="Times New Roman" w:hAnsi="Times New Roman"/>
                <w:b/>
                <w:bCs/>
                <w:sz w:val="16"/>
                <w:szCs w:val="16"/>
              </w:rPr>
              <w:t>Infants without IMD</w:t>
            </w:r>
          </w:p>
        </w:tc>
        <w:tc>
          <w:tcPr>
            <w:tcW w:w="1463" w:type="pct"/>
            <w:gridSpan w:val="3"/>
            <w:tcBorders>
              <w:top w:val="single" w:sz="8" w:space="0" w:color="000000"/>
              <w:left w:val="nil"/>
              <w:bottom w:val="nil"/>
              <w:right w:val="nil"/>
            </w:tcBorders>
            <w:shd w:val="clear" w:color="000000" w:fill="F2F2F2"/>
            <w:vAlign w:val="center"/>
            <w:hideMark/>
          </w:tcPr>
          <w:p w14:paraId="76029EB1" w14:textId="77777777" w:rsidR="00726DBE" w:rsidRPr="00693325" w:rsidRDefault="00726DBE" w:rsidP="00841CFC">
            <w:pPr>
              <w:jc w:val="center"/>
              <w:rPr>
                <w:rFonts w:ascii="Times New Roman" w:hAnsi="Times New Roman"/>
                <w:b/>
                <w:bCs/>
                <w:sz w:val="16"/>
                <w:szCs w:val="16"/>
              </w:rPr>
            </w:pPr>
            <w:r w:rsidRPr="00693325">
              <w:rPr>
                <w:rFonts w:ascii="Times New Roman" w:hAnsi="Times New Roman"/>
                <w:b/>
                <w:bCs/>
                <w:sz w:val="16"/>
                <w:szCs w:val="16"/>
              </w:rPr>
              <w:t>Infants with IMD</w:t>
            </w:r>
          </w:p>
        </w:tc>
        <w:tc>
          <w:tcPr>
            <w:tcW w:w="462" w:type="pct"/>
            <w:tcBorders>
              <w:top w:val="nil"/>
              <w:left w:val="nil"/>
              <w:bottom w:val="nil"/>
              <w:right w:val="nil"/>
            </w:tcBorders>
            <w:shd w:val="clear" w:color="000000" w:fill="FFFFFF"/>
            <w:vAlign w:val="center"/>
            <w:hideMark/>
          </w:tcPr>
          <w:p w14:paraId="5D8EDFFD" w14:textId="77777777" w:rsidR="00726DBE" w:rsidRPr="00693325" w:rsidRDefault="00726DBE" w:rsidP="00841CFC">
            <w:pPr>
              <w:jc w:val="center"/>
              <w:rPr>
                <w:rFonts w:ascii="Times New Roman" w:hAnsi="Times New Roman"/>
                <w:b/>
                <w:bCs/>
                <w:sz w:val="16"/>
                <w:szCs w:val="16"/>
              </w:rPr>
            </w:pPr>
            <w:r w:rsidRPr="00693325">
              <w:rPr>
                <w:rFonts w:ascii="Times New Roman" w:hAnsi="Times New Roman"/>
                <w:b/>
                <w:bCs/>
                <w:sz w:val="16"/>
                <w:szCs w:val="16"/>
              </w:rPr>
              <w:t>Infants without IMD</w:t>
            </w:r>
          </w:p>
        </w:tc>
      </w:tr>
      <w:tr w:rsidR="00726DBE" w:rsidRPr="00693325" w14:paraId="7510B902" w14:textId="77777777" w:rsidTr="00841CFC">
        <w:trPr>
          <w:trHeight w:val="87"/>
          <w:tblHeader/>
        </w:trPr>
        <w:tc>
          <w:tcPr>
            <w:tcW w:w="898" w:type="pct"/>
            <w:vMerge w:val="restart"/>
            <w:tcBorders>
              <w:top w:val="nil"/>
              <w:left w:val="nil"/>
              <w:bottom w:val="single" w:sz="4" w:space="0" w:color="000000"/>
              <w:right w:val="nil"/>
            </w:tcBorders>
            <w:shd w:val="clear" w:color="000000" w:fill="FFFFFF"/>
            <w:vAlign w:val="center"/>
            <w:hideMark/>
          </w:tcPr>
          <w:p w14:paraId="58F7676B" w14:textId="77777777" w:rsidR="00726DBE" w:rsidRPr="00693325" w:rsidRDefault="00726DBE" w:rsidP="00841CFC">
            <w:pPr>
              <w:rPr>
                <w:rFonts w:ascii="Times New Roman" w:hAnsi="Times New Roman"/>
                <w:b/>
                <w:bCs/>
                <w:sz w:val="16"/>
                <w:szCs w:val="16"/>
              </w:rPr>
            </w:pPr>
            <w:r w:rsidRPr="00693325">
              <w:rPr>
                <w:rFonts w:ascii="Times New Roman" w:hAnsi="Times New Roman"/>
                <w:b/>
                <w:bCs/>
                <w:sz w:val="16"/>
                <w:szCs w:val="16"/>
              </w:rPr>
              <w:t> </w:t>
            </w:r>
          </w:p>
        </w:tc>
        <w:tc>
          <w:tcPr>
            <w:tcW w:w="562" w:type="pct"/>
            <w:tcBorders>
              <w:top w:val="nil"/>
              <w:left w:val="nil"/>
              <w:bottom w:val="nil"/>
              <w:right w:val="nil"/>
            </w:tcBorders>
            <w:shd w:val="clear" w:color="000000" w:fill="F2F2F2"/>
            <w:vAlign w:val="center"/>
            <w:hideMark/>
          </w:tcPr>
          <w:p w14:paraId="2647504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Acute Phase</w:t>
            </w:r>
            <w:r w:rsidRPr="00693325">
              <w:rPr>
                <w:rFonts w:ascii="Times New Roman" w:hAnsi="Times New Roman"/>
                <w:sz w:val="16"/>
                <w:szCs w:val="16"/>
                <w:vertAlign w:val="superscript"/>
              </w:rPr>
              <w:t>a</w:t>
            </w:r>
          </w:p>
        </w:tc>
        <w:tc>
          <w:tcPr>
            <w:tcW w:w="401" w:type="pct"/>
            <w:tcBorders>
              <w:top w:val="nil"/>
              <w:left w:val="nil"/>
              <w:bottom w:val="nil"/>
              <w:right w:val="nil"/>
            </w:tcBorders>
            <w:shd w:val="clear" w:color="000000" w:fill="F2F2F2"/>
            <w:vAlign w:val="center"/>
            <w:hideMark/>
          </w:tcPr>
          <w:p w14:paraId="18DECC6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Post-Acute Phase</w:t>
            </w:r>
            <w:r w:rsidRPr="00693325">
              <w:rPr>
                <w:rFonts w:ascii="Times New Roman" w:hAnsi="Times New Roman"/>
                <w:sz w:val="16"/>
                <w:szCs w:val="16"/>
                <w:vertAlign w:val="superscript"/>
              </w:rPr>
              <w:t>b</w:t>
            </w:r>
          </w:p>
        </w:tc>
        <w:tc>
          <w:tcPr>
            <w:tcW w:w="460" w:type="pct"/>
            <w:tcBorders>
              <w:top w:val="nil"/>
              <w:left w:val="nil"/>
              <w:bottom w:val="nil"/>
              <w:right w:val="nil"/>
            </w:tcBorders>
            <w:shd w:val="clear" w:color="000000" w:fill="F2F2F2"/>
            <w:vAlign w:val="center"/>
            <w:hideMark/>
          </w:tcPr>
          <w:p w14:paraId="3653FF0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Full Follow-up</w:t>
            </w:r>
          </w:p>
        </w:tc>
        <w:tc>
          <w:tcPr>
            <w:tcW w:w="754" w:type="pct"/>
            <w:tcBorders>
              <w:top w:val="nil"/>
              <w:left w:val="nil"/>
              <w:bottom w:val="nil"/>
              <w:right w:val="nil"/>
            </w:tcBorders>
            <w:shd w:val="clear" w:color="000000" w:fill="FFFFFF"/>
            <w:vAlign w:val="center"/>
            <w:hideMark/>
          </w:tcPr>
          <w:p w14:paraId="4F6C970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Full Follow-up</w:t>
            </w:r>
          </w:p>
        </w:tc>
        <w:tc>
          <w:tcPr>
            <w:tcW w:w="535" w:type="pct"/>
            <w:tcBorders>
              <w:top w:val="nil"/>
              <w:left w:val="nil"/>
              <w:bottom w:val="nil"/>
              <w:right w:val="nil"/>
            </w:tcBorders>
            <w:shd w:val="clear" w:color="000000" w:fill="F2F2F2"/>
            <w:vAlign w:val="center"/>
            <w:hideMark/>
          </w:tcPr>
          <w:p w14:paraId="13EB94D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Acute Phase</w:t>
            </w:r>
            <w:r w:rsidRPr="00693325">
              <w:rPr>
                <w:rFonts w:ascii="Times New Roman" w:hAnsi="Times New Roman"/>
                <w:sz w:val="16"/>
                <w:szCs w:val="16"/>
                <w:vertAlign w:val="superscript"/>
              </w:rPr>
              <w:t>a</w:t>
            </w:r>
          </w:p>
        </w:tc>
        <w:tc>
          <w:tcPr>
            <w:tcW w:w="464" w:type="pct"/>
            <w:tcBorders>
              <w:top w:val="nil"/>
              <w:left w:val="nil"/>
              <w:bottom w:val="nil"/>
              <w:right w:val="nil"/>
            </w:tcBorders>
            <w:shd w:val="clear" w:color="000000" w:fill="F2F2F2"/>
            <w:vAlign w:val="center"/>
            <w:hideMark/>
          </w:tcPr>
          <w:p w14:paraId="4FB9715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Post-Acute Phase</w:t>
            </w:r>
            <w:r w:rsidRPr="00693325">
              <w:rPr>
                <w:rFonts w:ascii="Times New Roman" w:hAnsi="Times New Roman"/>
                <w:sz w:val="16"/>
                <w:szCs w:val="16"/>
                <w:vertAlign w:val="superscript"/>
              </w:rPr>
              <w:t>b</w:t>
            </w:r>
          </w:p>
        </w:tc>
        <w:tc>
          <w:tcPr>
            <w:tcW w:w="464" w:type="pct"/>
            <w:tcBorders>
              <w:top w:val="nil"/>
              <w:left w:val="nil"/>
              <w:bottom w:val="nil"/>
              <w:right w:val="nil"/>
            </w:tcBorders>
            <w:shd w:val="clear" w:color="000000" w:fill="F2F2F2"/>
            <w:vAlign w:val="center"/>
            <w:hideMark/>
          </w:tcPr>
          <w:p w14:paraId="183D04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Full Follow-up</w:t>
            </w:r>
          </w:p>
        </w:tc>
        <w:tc>
          <w:tcPr>
            <w:tcW w:w="462" w:type="pct"/>
            <w:tcBorders>
              <w:top w:val="nil"/>
              <w:left w:val="nil"/>
              <w:bottom w:val="nil"/>
              <w:right w:val="nil"/>
            </w:tcBorders>
            <w:shd w:val="clear" w:color="000000" w:fill="FFFFFF"/>
            <w:vAlign w:val="center"/>
            <w:hideMark/>
          </w:tcPr>
          <w:p w14:paraId="77D9AEB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Full Follow-up</w:t>
            </w:r>
          </w:p>
        </w:tc>
      </w:tr>
      <w:tr w:rsidR="00726DBE" w:rsidRPr="00693325" w14:paraId="39C86FDE" w14:textId="77777777" w:rsidTr="00841CFC">
        <w:trPr>
          <w:trHeight w:val="77"/>
          <w:tblHeader/>
        </w:trPr>
        <w:tc>
          <w:tcPr>
            <w:tcW w:w="898" w:type="pct"/>
            <w:vMerge/>
            <w:tcBorders>
              <w:top w:val="nil"/>
              <w:left w:val="nil"/>
              <w:bottom w:val="single" w:sz="4" w:space="0" w:color="000000"/>
              <w:right w:val="nil"/>
            </w:tcBorders>
            <w:vAlign w:val="center"/>
            <w:hideMark/>
          </w:tcPr>
          <w:p w14:paraId="1D967EC9" w14:textId="77777777" w:rsidR="00726DBE" w:rsidRPr="00693325" w:rsidRDefault="00726DBE" w:rsidP="00841CFC">
            <w:pPr>
              <w:rPr>
                <w:rFonts w:ascii="Times New Roman" w:hAnsi="Times New Roman"/>
                <w:b/>
                <w:bCs/>
                <w:sz w:val="16"/>
                <w:szCs w:val="16"/>
              </w:rPr>
            </w:pPr>
          </w:p>
        </w:tc>
        <w:tc>
          <w:tcPr>
            <w:tcW w:w="562" w:type="pct"/>
            <w:tcBorders>
              <w:top w:val="nil"/>
              <w:left w:val="nil"/>
              <w:bottom w:val="single" w:sz="4" w:space="0" w:color="auto"/>
              <w:right w:val="nil"/>
            </w:tcBorders>
            <w:shd w:val="clear" w:color="000000" w:fill="F2F2F2"/>
            <w:vAlign w:val="center"/>
            <w:hideMark/>
          </w:tcPr>
          <w:p w14:paraId="318A9EA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N=21</w:t>
            </w:r>
          </w:p>
        </w:tc>
        <w:tc>
          <w:tcPr>
            <w:tcW w:w="401" w:type="pct"/>
            <w:tcBorders>
              <w:top w:val="nil"/>
              <w:left w:val="nil"/>
              <w:bottom w:val="single" w:sz="4" w:space="0" w:color="auto"/>
              <w:right w:val="nil"/>
            </w:tcBorders>
            <w:shd w:val="clear" w:color="000000" w:fill="F2F2F2"/>
            <w:vAlign w:val="center"/>
            <w:hideMark/>
          </w:tcPr>
          <w:p w14:paraId="2DF4C73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N=20</w:t>
            </w:r>
          </w:p>
        </w:tc>
        <w:tc>
          <w:tcPr>
            <w:tcW w:w="460" w:type="pct"/>
            <w:tcBorders>
              <w:top w:val="nil"/>
              <w:left w:val="nil"/>
              <w:bottom w:val="single" w:sz="4" w:space="0" w:color="auto"/>
              <w:right w:val="nil"/>
            </w:tcBorders>
            <w:shd w:val="clear" w:color="000000" w:fill="F2F2F2"/>
            <w:vAlign w:val="center"/>
            <w:hideMark/>
          </w:tcPr>
          <w:p w14:paraId="228AF6A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N=21</w:t>
            </w:r>
          </w:p>
        </w:tc>
        <w:tc>
          <w:tcPr>
            <w:tcW w:w="754" w:type="pct"/>
            <w:tcBorders>
              <w:top w:val="nil"/>
              <w:left w:val="nil"/>
              <w:bottom w:val="single" w:sz="4" w:space="0" w:color="auto"/>
              <w:right w:val="nil"/>
            </w:tcBorders>
            <w:shd w:val="clear" w:color="000000" w:fill="FFFFFF"/>
            <w:vAlign w:val="center"/>
            <w:hideMark/>
          </w:tcPr>
          <w:p w14:paraId="48241EB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N=105</w:t>
            </w:r>
          </w:p>
        </w:tc>
        <w:tc>
          <w:tcPr>
            <w:tcW w:w="535" w:type="pct"/>
            <w:tcBorders>
              <w:top w:val="nil"/>
              <w:left w:val="nil"/>
              <w:bottom w:val="single" w:sz="4" w:space="0" w:color="auto"/>
              <w:right w:val="nil"/>
            </w:tcBorders>
            <w:shd w:val="clear" w:color="000000" w:fill="F2F2F2"/>
            <w:vAlign w:val="center"/>
            <w:hideMark/>
          </w:tcPr>
          <w:p w14:paraId="2CBAE3A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N=115</w:t>
            </w:r>
          </w:p>
        </w:tc>
        <w:tc>
          <w:tcPr>
            <w:tcW w:w="464" w:type="pct"/>
            <w:tcBorders>
              <w:top w:val="nil"/>
              <w:left w:val="nil"/>
              <w:bottom w:val="single" w:sz="4" w:space="0" w:color="auto"/>
              <w:right w:val="nil"/>
            </w:tcBorders>
            <w:shd w:val="clear" w:color="000000" w:fill="F2F2F2"/>
            <w:vAlign w:val="center"/>
            <w:hideMark/>
          </w:tcPr>
          <w:p w14:paraId="18BBD4E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N=108</w:t>
            </w:r>
          </w:p>
        </w:tc>
        <w:tc>
          <w:tcPr>
            <w:tcW w:w="464" w:type="pct"/>
            <w:tcBorders>
              <w:top w:val="nil"/>
              <w:left w:val="nil"/>
              <w:bottom w:val="single" w:sz="4" w:space="0" w:color="auto"/>
              <w:right w:val="nil"/>
            </w:tcBorders>
            <w:shd w:val="clear" w:color="000000" w:fill="F2F2F2"/>
            <w:vAlign w:val="center"/>
            <w:hideMark/>
          </w:tcPr>
          <w:p w14:paraId="78E3A94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N=115</w:t>
            </w:r>
          </w:p>
        </w:tc>
        <w:tc>
          <w:tcPr>
            <w:tcW w:w="462" w:type="pct"/>
            <w:tcBorders>
              <w:top w:val="nil"/>
              <w:left w:val="nil"/>
              <w:bottom w:val="single" w:sz="4" w:space="0" w:color="auto"/>
              <w:right w:val="nil"/>
            </w:tcBorders>
            <w:shd w:val="clear" w:color="000000" w:fill="FFFFFF"/>
            <w:vAlign w:val="center"/>
            <w:hideMark/>
          </w:tcPr>
          <w:p w14:paraId="50E3448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N=575</w:t>
            </w:r>
          </w:p>
        </w:tc>
      </w:tr>
      <w:tr w:rsidR="00726DBE" w:rsidRPr="00693325" w14:paraId="10932A3D" w14:textId="77777777" w:rsidTr="00841CFC">
        <w:trPr>
          <w:trHeight w:val="77"/>
        </w:trPr>
        <w:tc>
          <w:tcPr>
            <w:tcW w:w="898" w:type="pct"/>
            <w:tcBorders>
              <w:top w:val="nil"/>
              <w:left w:val="nil"/>
              <w:bottom w:val="nil"/>
              <w:right w:val="nil"/>
            </w:tcBorders>
            <w:shd w:val="clear" w:color="000000" w:fill="FFFFFF"/>
            <w:vAlign w:val="center"/>
            <w:hideMark/>
          </w:tcPr>
          <w:p w14:paraId="59787169" w14:textId="77777777" w:rsidR="00726DBE" w:rsidRPr="00693325" w:rsidRDefault="00726DBE" w:rsidP="00841CFC">
            <w:pPr>
              <w:rPr>
                <w:rFonts w:ascii="Times New Roman" w:hAnsi="Times New Roman"/>
                <w:b/>
                <w:bCs/>
                <w:sz w:val="16"/>
                <w:szCs w:val="16"/>
                <w:lang w:val="fr-FR"/>
              </w:rPr>
            </w:pPr>
            <w:r w:rsidRPr="00693325">
              <w:rPr>
                <w:rFonts w:ascii="Times New Roman" w:hAnsi="Times New Roman"/>
                <w:b/>
                <w:bCs/>
                <w:sz w:val="16"/>
                <w:szCs w:val="16"/>
                <w:lang w:val="fr-FR"/>
              </w:rPr>
              <w:t>Amputations or prosthetics, IR (95% CI)</w:t>
            </w:r>
          </w:p>
        </w:tc>
        <w:tc>
          <w:tcPr>
            <w:tcW w:w="562" w:type="pct"/>
            <w:tcBorders>
              <w:top w:val="nil"/>
              <w:left w:val="nil"/>
              <w:bottom w:val="nil"/>
              <w:right w:val="nil"/>
            </w:tcBorders>
            <w:shd w:val="clear" w:color="000000" w:fill="F2F2F2"/>
            <w:vAlign w:val="center"/>
            <w:hideMark/>
          </w:tcPr>
          <w:p w14:paraId="7CA3BA3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302B872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10EBCAD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40D1696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6.41 (0.78; 23.14)</w:t>
            </w:r>
          </w:p>
        </w:tc>
        <w:tc>
          <w:tcPr>
            <w:tcW w:w="535" w:type="pct"/>
            <w:tcBorders>
              <w:top w:val="nil"/>
              <w:left w:val="nil"/>
              <w:bottom w:val="nil"/>
              <w:right w:val="nil"/>
            </w:tcBorders>
            <w:shd w:val="clear" w:color="000000" w:fill="F2F2F2"/>
            <w:vAlign w:val="center"/>
            <w:hideMark/>
          </w:tcPr>
          <w:p w14:paraId="3CC48ED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85.24 (2.16; 474.93)</w:t>
            </w:r>
          </w:p>
        </w:tc>
        <w:tc>
          <w:tcPr>
            <w:tcW w:w="464" w:type="pct"/>
            <w:tcBorders>
              <w:top w:val="nil"/>
              <w:left w:val="nil"/>
              <w:bottom w:val="nil"/>
              <w:right w:val="nil"/>
            </w:tcBorders>
            <w:shd w:val="clear" w:color="000000" w:fill="F2F2F2"/>
            <w:vAlign w:val="center"/>
            <w:hideMark/>
          </w:tcPr>
          <w:p w14:paraId="5BA7ED4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9.36)</w:t>
            </w:r>
          </w:p>
        </w:tc>
        <w:tc>
          <w:tcPr>
            <w:tcW w:w="464" w:type="pct"/>
            <w:tcBorders>
              <w:top w:val="nil"/>
              <w:left w:val="nil"/>
              <w:bottom w:val="nil"/>
              <w:right w:val="nil"/>
            </w:tcBorders>
            <w:shd w:val="clear" w:color="000000" w:fill="F2F2F2"/>
            <w:vAlign w:val="center"/>
            <w:hideMark/>
          </w:tcPr>
          <w:p w14:paraId="544762B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2.46 (0.06; 13.73)</w:t>
            </w:r>
          </w:p>
        </w:tc>
        <w:tc>
          <w:tcPr>
            <w:tcW w:w="462" w:type="pct"/>
            <w:tcBorders>
              <w:top w:val="nil"/>
              <w:left w:val="nil"/>
              <w:bottom w:val="nil"/>
              <w:right w:val="nil"/>
            </w:tcBorders>
            <w:shd w:val="clear" w:color="000000" w:fill="FFFFFF"/>
            <w:vAlign w:val="center"/>
            <w:hideMark/>
          </w:tcPr>
          <w:p w14:paraId="51A3B63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0.78 (0.02; 4.37)</w:t>
            </w:r>
          </w:p>
        </w:tc>
      </w:tr>
      <w:tr w:rsidR="00726DBE" w:rsidRPr="00693325" w14:paraId="4FB982ED" w14:textId="77777777" w:rsidTr="00841CFC">
        <w:trPr>
          <w:trHeight w:val="87"/>
        </w:trPr>
        <w:tc>
          <w:tcPr>
            <w:tcW w:w="898" w:type="pct"/>
            <w:tcBorders>
              <w:top w:val="nil"/>
              <w:left w:val="nil"/>
              <w:bottom w:val="nil"/>
              <w:right w:val="nil"/>
            </w:tcBorders>
            <w:shd w:val="clear" w:color="000000" w:fill="FFFFFF"/>
            <w:vAlign w:val="center"/>
            <w:hideMark/>
          </w:tcPr>
          <w:p w14:paraId="78C82519"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3144201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1D904E3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4414E2A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7048F31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535" w:type="pct"/>
            <w:tcBorders>
              <w:top w:val="nil"/>
              <w:left w:val="nil"/>
              <w:bottom w:val="nil"/>
              <w:right w:val="nil"/>
            </w:tcBorders>
            <w:shd w:val="clear" w:color="000000" w:fill="F2F2F2"/>
            <w:vAlign w:val="center"/>
            <w:hideMark/>
          </w:tcPr>
          <w:p w14:paraId="39A3B1C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57E8A82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38830E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6AC9832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r>
      <w:tr w:rsidR="00726DBE" w:rsidRPr="00693325" w14:paraId="1BC384D0" w14:textId="77777777" w:rsidTr="00841CFC">
        <w:trPr>
          <w:trHeight w:val="87"/>
        </w:trPr>
        <w:tc>
          <w:tcPr>
            <w:tcW w:w="898" w:type="pct"/>
            <w:tcBorders>
              <w:top w:val="nil"/>
              <w:left w:val="nil"/>
              <w:bottom w:val="nil"/>
              <w:right w:val="nil"/>
            </w:tcBorders>
            <w:shd w:val="clear" w:color="000000" w:fill="FFFFFF"/>
            <w:vAlign w:val="center"/>
            <w:hideMark/>
          </w:tcPr>
          <w:p w14:paraId="1AE09F6F"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365116E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01" w:type="pct"/>
            <w:tcBorders>
              <w:top w:val="nil"/>
              <w:left w:val="nil"/>
              <w:bottom w:val="nil"/>
              <w:right w:val="nil"/>
            </w:tcBorders>
            <w:shd w:val="clear" w:color="000000" w:fill="F2F2F2"/>
            <w:vAlign w:val="center"/>
            <w:hideMark/>
          </w:tcPr>
          <w:p w14:paraId="5FE9656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60" w:type="pct"/>
            <w:tcBorders>
              <w:top w:val="nil"/>
              <w:left w:val="nil"/>
              <w:bottom w:val="nil"/>
              <w:right w:val="nil"/>
            </w:tcBorders>
            <w:shd w:val="clear" w:color="000000" w:fill="F2F2F2"/>
            <w:vAlign w:val="center"/>
            <w:hideMark/>
          </w:tcPr>
          <w:p w14:paraId="17E3079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754" w:type="pct"/>
            <w:tcBorders>
              <w:top w:val="nil"/>
              <w:left w:val="nil"/>
              <w:bottom w:val="nil"/>
              <w:right w:val="nil"/>
            </w:tcBorders>
            <w:shd w:val="clear" w:color="000000" w:fill="FFFFFF"/>
            <w:vAlign w:val="center"/>
            <w:hideMark/>
          </w:tcPr>
          <w:p w14:paraId="7BA60A8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1.90</w:t>
            </w:r>
          </w:p>
        </w:tc>
        <w:tc>
          <w:tcPr>
            <w:tcW w:w="535" w:type="pct"/>
            <w:tcBorders>
              <w:top w:val="nil"/>
              <w:left w:val="nil"/>
              <w:bottom w:val="nil"/>
              <w:right w:val="nil"/>
            </w:tcBorders>
            <w:shd w:val="clear" w:color="000000" w:fill="F2F2F2"/>
            <w:vAlign w:val="center"/>
            <w:hideMark/>
          </w:tcPr>
          <w:p w14:paraId="2BEF00D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4" w:type="pct"/>
            <w:tcBorders>
              <w:top w:val="nil"/>
              <w:left w:val="nil"/>
              <w:bottom w:val="nil"/>
              <w:right w:val="nil"/>
            </w:tcBorders>
            <w:shd w:val="clear" w:color="000000" w:fill="F2F2F2"/>
            <w:vAlign w:val="center"/>
            <w:hideMark/>
          </w:tcPr>
          <w:p w14:paraId="0AFFEE4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64" w:type="pct"/>
            <w:tcBorders>
              <w:top w:val="nil"/>
              <w:left w:val="nil"/>
              <w:bottom w:val="nil"/>
              <w:right w:val="nil"/>
            </w:tcBorders>
            <w:shd w:val="clear" w:color="000000" w:fill="F2F2F2"/>
            <w:vAlign w:val="center"/>
            <w:hideMark/>
          </w:tcPr>
          <w:p w14:paraId="1765002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bottom w:val="nil"/>
              <w:right w:val="nil"/>
            </w:tcBorders>
            <w:shd w:val="clear" w:color="000000" w:fill="FFFFFF"/>
            <w:vAlign w:val="center"/>
            <w:hideMark/>
          </w:tcPr>
          <w:p w14:paraId="18C369E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0.17</w:t>
            </w:r>
          </w:p>
        </w:tc>
      </w:tr>
      <w:tr w:rsidR="00726DBE" w:rsidRPr="00693325" w14:paraId="7E4257CB" w14:textId="77777777" w:rsidTr="00841CFC">
        <w:trPr>
          <w:trHeight w:val="87"/>
        </w:trPr>
        <w:tc>
          <w:tcPr>
            <w:tcW w:w="898" w:type="pct"/>
            <w:tcBorders>
              <w:top w:val="nil"/>
              <w:left w:val="nil"/>
              <w:bottom w:val="nil"/>
              <w:right w:val="nil"/>
            </w:tcBorders>
            <w:shd w:val="clear" w:color="000000" w:fill="FFFFFF"/>
            <w:vAlign w:val="center"/>
            <w:hideMark/>
          </w:tcPr>
          <w:p w14:paraId="36CADFA1"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1FF1E29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1D8E1F5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7055CC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26A0F5D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(1)</w:t>
            </w:r>
          </w:p>
        </w:tc>
        <w:tc>
          <w:tcPr>
            <w:tcW w:w="535" w:type="pct"/>
            <w:tcBorders>
              <w:top w:val="nil"/>
              <w:left w:val="nil"/>
              <w:bottom w:val="nil"/>
              <w:right w:val="nil"/>
            </w:tcBorders>
            <w:shd w:val="clear" w:color="000000" w:fill="F2F2F2"/>
            <w:vAlign w:val="center"/>
            <w:hideMark/>
          </w:tcPr>
          <w:p w14:paraId="080495A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1,304 (NA)</w:t>
            </w:r>
          </w:p>
        </w:tc>
        <w:tc>
          <w:tcPr>
            <w:tcW w:w="464" w:type="pct"/>
            <w:tcBorders>
              <w:top w:val="nil"/>
              <w:left w:val="nil"/>
              <w:bottom w:val="nil"/>
              <w:right w:val="nil"/>
            </w:tcBorders>
            <w:shd w:val="clear" w:color="000000" w:fill="F2F2F2"/>
            <w:vAlign w:val="center"/>
            <w:hideMark/>
          </w:tcPr>
          <w:p w14:paraId="32ECBE0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3F43783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329 (NA)</w:t>
            </w:r>
          </w:p>
        </w:tc>
        <w:tc>
          <w:tcPr>
            <w:tcW w:w="462" w:type="pct"/>
            <w:tcBorders>
              <w:top w:val="nil"/>
              <w:left w:val="nil"/>
              <w:bottom w:val="nil"/>
              <w:right w:val="nil"/>
            </w:tcBorders>
            <w:shd w:val="clear" w:color="000000" w:fill="FFFFFF"/>
            <w:vAlign w:val="center"/>
            <w:hideMark/>
          </w:tcPr>
          <w:p w14:paraId="1A670BF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 (NA)</w:t>
            </w:r>
          </w:p>
        </w:tc>
      </w:tr>
      <w:tr w:rsidR="00726DBE" w:rsidRPr="00693325" w14:paraId="41958DE4" w14:textId="77777777" w:rsidTr="00841CFC">
        <w:trPr>
          <w:trHeight w:val="87"/>
        </w:trPr>
        <w:tc>
          <w:tcPr>
            <w:tcW w:w="898" w:type="pct"/>
            <w:tcBorders>
              <w:top w:val="nil"/>
              <w:left w:val="nil"/>
              <w:bottom w:val="nil"/>
              <w:right w:val="nil"/>
            </w:tcBorders>
            <w:shd w:val="clear" w:color="000000" w:fill="FFFFFF"/>
            <w:vAlign w:val="center"/>
            <w:hideMark/>
          </w:tcPr>
          <w:p w14:paraId="522F03E0"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Amputation</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70B48F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59EE32E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222331F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3B40A21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3997A35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85.24 (2.16; 474.93)</w:t>
            </w:r>
          </w:p>
        </w:tc>
        <w:tc>
          <w:tcPr>
            <w:tcW w:w="464" w:type="pct"/>
            <w:tcBorders>
              <w:top w:val="nil"/>
              <w:left w:val="nil"/>
              <w:bottom w:val="nil"/>
              <w:right w:val="nil"/>
            </w:tcBorders>
            <w:shd w:val="clear" w:color="000000" w:fill="F2F2F2"/>
            <w:vAlign w:val="center"/>
            <w:hideMark/>
          </w:tcPr>
          <w:p w14:paraId="096185D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9.36)</w:t>
            </w:r>
          </w:p>
        </w:tc>
        <w:tc>
          <w:tcPr>
            <w:tcW w:w="464" w:type="pct"/>
            <w:tcBorders>
              <w:top w:val="nil"/>
              <w:left w:val="nil"/>
              <w:bottom w:val="nil"/>
              <w:right w:val="nil"/>
            </w:tcBorders>
            <w:shd w:val="clear" w:color="000000" w:fill="F2F2F2"/>
            <w:vAlign w:val="center"/>
            <w:hideMark/>
          </w:tcPr>
          <w:p w14:paraId="7D59398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2.46 (0.06; 13.73)</w:t>
            </w:r>
          </w:p>
        </w:tc>
        <w:tc>
          <w:tcPr>
            <w:tcW w:w="462" w:type="pct"/>
            <w:tcBorders>
              <w:top w:val="nil"/>
              <w:left w:val="nil"/>
              <w:bottom w:val="nil"/>
              <w:right w:val="nil"/>
            </w:tcBorders>
            <w:shd w:val="clear" w:color="000000" w:fill="FFFFFF"/>
            <w:vAlign w:val="center"/>
            <w:hideMark/>
          </w:tcPr>
          <w:p w14:paraId="63013D3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0.78 (0.02; 4.37)</w:t>
            </w:r>
          </w:p>
        </w:tc>
      </w:tr>
      <w:tr w:rsidR="00726DBE" w:rsidRPr="00693325" w14:paraId="4F506228" w14:textId="77777777" w:rsidTr="00841CFC">
        <w:trPr>
          <w:trHeight w:val="87"/>
        </w:trPr>
        <w:tc>
          <w:tcPr>
            <w:tcW w:w="898" w:type="pct"/>
            <w:tcBorders>
              <w:top w:val="nil"/>
              <w:left w:val="nil"/>
              <w:bottom w:val="nil"/>
              <w:right w:val="nil"/>
            </w:tcBorders>
            <w:shd w:val="clear" w:color="000000" w:fill="FFFFFF"/>
            <w:vAlign w:val="center"/>
            <w:hideMark/>
          </w:tcPr>
          <w:p w14:paraId="21713EC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1082B8D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01FA6B8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7EFABAF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73E412D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0FB3A2F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7980988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5567697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7B4634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r>
      <w:tr w:rsidR="00726DBE" w:rsidRPr="00693325" w14:paraId="4CAEC460" w14:textId="77777777" w:rsidTr="00841CFC">
        <w:trPr>
          <w:trHeight w:val="87"/>
        </w:trPr>
        <w:tc>
          <w:tcPr>
            <w:tcW w:w="898" w:type="pct"/>
            <w:tcBorders>
              <w:top w:val="nil"/>
              <w:left w:val="nil"/>
              <w:bottom w:val="nil"/>
              <w:right w:val="nil"/>
            </w:tcBorders>
            <w:shd w:val="clear" w:color="000000" w:fill="FFFFFF"/>
            <w:vAlign w:val="center"/>
            <w:hideMark/>
          </w:tcPr>
          <w:p w14:paraId="59D274C4"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79D6740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01" w:type="pct"/>
            <w:tcBorders>
              <w:top w:val="nil"/>
              <w:left w:val="nil"/>
              <w:bottom w:val="nil"/>
              <w:right w:val="nil"/>
            </w:tcBorders>
            <w:shd w:val="clear" w:color="000000" w:fill="F2F2F2"/>
            <w:vAlign w:val="center"/>
            <w:hideMark/>
          </w:tcPr>
          <w:p w14:paraId="332EB8F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60" w:type="pct"/>
            <w:tcBorders>
              <w:top w:val="nil"/>
              <w:left w:val="nil"/>
              <w:bottom w:val="nil"/>
              <w:right w:val="nil"/>
            </w:tcBorders>
            <w:shd w:val="clear" w:color="000000" w:fill="F2F2F2"/>
            <w:vAlign w:val="center"/>
            <w:hideMark/>
          </w:tcPr>
          <w:p w14:paraId="227AB60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754" w:type="pct"/>
            <w:tcBorders>
              <w:top w:val="nil"/>
              <w:left w:val="nil"/>
              <w:bottom w:val="nil"/>
              <w:right w:val="nil"/>
            </w:tcBorders>
            <w:shd w:val="clear" w:color="000000" w:fill="FFFFFF"/>
            <w:vAlign w:val="center"/>
            <w:hideMark/>
          </w:tcPr>
          <w:p w14:paraId="58A5B2E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535" w:type="pct"/>
            <w:tcBorders>
              <w:top w:val="nil"/>
              <w:left w:val="nil"/>
              <w:bottom w:val="nil"/>
              <w:right w:val="nil"/>
            </w:tcBorders>
            <w:shd w:val="clear" w:color="000000" w:fill="F2F2F2"/>
            <w:vAlign w:val="center"/>
            <w:hideMark/>
          </w:tcPr>
          <w:p w14:paraId="67CE61D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4" w:type="pct"/>
            <w:tcBorders>
              <w:top w:val="nil"/>
              <w:left w:val="nil"/>
              <w:bottom w:val="nil"/>
              <w:right w:val="nil"/>
            </w:tcBorders>
            <w:shd w:val="clear" w:color="000000" w:fill="F2F2F2"/>
            <w:vAlign w:val="center"/>
            <w:hideMark/>
          </w:tcPr>
          <w:p w14:paraId="738CB8A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64" w:type="pct"/>
            <w:tcBorders>
              <w:top w:val="nil"/>
              <w:left w:val="nil"/>
              <w:bottom w:val="nil"/>
              <w:right w:val="nil"/>
            </w:tcBorders>
            <w:shd w:val="clear" w:color="000000" w:fill="F2F2F2"/>
            <w:vAlign w:val="center"/>
            <w:hideMark/>
          </w:tcPr>
          <w:p w14:paraId="7895551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bottom w:val="nil"/>
              <w:right w:val="nil"/>
            </w:tcBorders>
            <w:shd w:val="clear" w:color="000000" w:fill="FFFFFF"/>
            <w:vAlign w:val="center"/>
            <w:hideMark/>
          </w:tcPr>
          <w:p w14:paraId="13EED6A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0.17</w:t>
            </w:r>
          </w:p>
        </w:tc>
      </w:tr>
      <w:tr w:rsidR="00726DBE" w:rsidRPr="00693325" w14:paraId="2F51CE8E" w14:textId="77777777" w:rsidTr="00841CFC">
        <w:trPr>
          <w:trHeight w:val="87"/>
        </w:trPr>
        <w:tc>
          <w:tcPr>
            <w:tcW w:w="898" w:type="pct"/>
            <w:tcBorders>
              <w:top w:val="nil"/>
              <w:left w:val="nil"/>
              <w:bottom w:val="nil"/>
              <w:right w:val="nil"/>
            </w:tcBorders>
            <w:shd w:val="clear" w:color="000000" w:fill="FFFFFF"/>
            <w:vAlign w:val="center"/>
            <w:hideMark/>
          </w:tcPr>
          <w:p w14:paraId="67B077AE"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77EC421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3DB19F6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623C8A2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478DF22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2B8FD48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1,304 (NA)</w:t>
            </w:r>
          </w:p>
        </w:tc>
        <w:tc>
          <w:tcPr>
            <w:tcW w:w="464" w:type="pct"/>
            <w:tcBorders>
              <w:top w:val="nil"/>
              <w:left w:val="nil"/>
              <w:bottom w:val="nil"/>
              <w:right w:val="nil"/>
            </w:tcBorders>
            <w:shd w:val="clear" w:color="000000" w:fill="F2F2F2"/>
            <w:vAlign w:val="center"/>
            <w:hideMark/>
          </w:tcPr>
          <w:p w14:paraId="47D828E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4AA5660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67 (NA)</w:t>
            </w:r>
          </w:p>
        </w:tc>
        <w:tc>
          <w:tcPr>
            <w:tcW w:w="462" w:type="pct"/>
            <w:tcBorders>
              <w:top w:val="nil"/>
              <w:left w:val="nil"/>
              <w:bottom w:val="nil"/>
              <w:right w:val="nil"/>
            </w:tcBorders>
            <w:shd w:val="clear" w:color="000000" w:fill="FFFFFF"/>
            <w:vAlign w:val="center"/>
            <w:hideMark/>
          </w:tcPr>
          <w:p w14:paraId="4647108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 (NA)</w:t>
            </w:r>
          </w:p>
        </w:tc>
      </w:tr>
      <w:tr w:rsidR="00726DBE" w:rsidRPr="00693325" w14:paraId="1EF6C2A1" w14:textId="77777777" w:rsidTr="00841CFC">
        <w:trPr>
          <w:trHeight w:val="87"/>
        </w:trPr>
        <w:tc>
          <w:tcPr>
            <w:tcW w:w="898" w:type="pct"/>
            <w:tcBorders>
              <w:top w:val="nil"/>
              <w:left w:val="nil"/>
              <w:bottom w:val="nil"/>
              <w:right w:val="nil"/>
            </w:tcBorders>
            <w:shd w:val="clear" w:color="000000" w:fill="FFFFFF"/>
            <w:vAlign w:val="center"/>
            <w:hideMark/>
          </w:tcPr>
          <w:p w14:paraId="706DEA4F"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Prosthetic</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43C2D8E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2507E7A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3B4F451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6B1B5A0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6.41 (0.78; 23.14)</w:t>
            </w:r>
          </w:p>
        </w:tc>
        <w:tc>
          <w:tcPr>
            <w:tcW w:w="535" w:type="pct"/>
            <w:tcBorders>
              <w:top w:val="nil"/>
              <w:left w:val="nil"/>
              <w:bottom w:val="nil"/>
              <w:right w:val="nil"/>
            </w:tcBorders>
            <w:shd w:val="clear" w:color="000000" w:fill="F2F2F2"/>
            <w:vAlign w:val="center"/>
            <w:hideMark/>
          </w:tcPr>
          <w:p w14:paraId="1358A47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4AAB3E3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2.53 (0.06; 14.07)</w:t>
            </w:r>
          </w:p>
        </w:tc>
        <w:tc>
          <w:tcPr>
            <w:tcW w:w="464" w:type="pct"/>
            <w:tcBorders>
              <w:top w:val="nil"/>
              <w:left w:val="nil"/>
              <w:bottom w:val="nil"/>
              <w:right w:val="nil"/>
            </w:tcBorders>
            <w:shd w:val="clear" w:color="000000" w:fill="F2F2F2"/>
            <w:vAlign w:val="center"/>
            <w:hideMark/>
          </w:tcPr>
          <w:p w14:paraId="267F29B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2.45 (0.06; 13.66)</w:t>
            </w:r>
          </w:p>
        </w:tc>
        <w:tc>
          <w:tcPr>
            <w:tcW w:w="462" w:type="pct"/>
            <w:tcBorders>
              <w:top w:val="nil"/>
              <w:left w:val="nil"/>
              <w:bottom w:val="nil"/>
              <w:right w:val="nil"/>
            </w:tcBorders>
            <w:shd w:val="clear" w:color="000000" w:fill="FFFFFF"/>
            <w:vAlign w:val="center"/>
            <w:hideMark/>
          </w:tcPr>
          <w:p w14:paraId="777001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77AA10E6" w14:textId="77777777" w:rsidTr="00841CFC">
        <w:trPr>
          <w:trHeight w:val="87"/>
        </w:trPr>
        <w:tc>
          <w:tcPr>
            <w:tcW w:w="898" w:type="pct"/>
            <w:tcBorders>
              <w:top w:val="nil"/>
              <w:left w:val="nil"/>
              <w:bottom w:val="nil"/>
              <w:right w:val="nil"/>
            </w:tcBorders>
            <w:shd w:val="clear" w:color="000000" w:fill="FFFFFF"/>
            <w:vAlign w:val="center"/>
            <w:hideMark/>
          </w:tcPr>
          <w:p w14:paraId="7B954B43"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2975530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15003AE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44E031D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67E5E0D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535" w:type="pct"/>
            <w:tcBorders>
              <w:top w:val="nil"/>
              <w:left w:val="nil"/>
              <w:bottom w:val="nil"/>
              <w:right w:val="nil"/>
            </w:tcBorders>
            <w:shd w:val="clear" w:color="000000" w:fill="F2F2F2"/>
            <w:vAlign w:val="center"/>
            <w:hideMark/>
          </w:tcPr>
          <w:p w14:paraId="78EFBE7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069FE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1D57005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2DB4443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68D49A24" w14:textId="77777777" w:rsidTr="00841CFC">
        <w:trPr>
          <w:trHeight w:val="87"/>
        </w:trPr>
        <w:tc>
          <w:tcPr>
            <w:tcW w:w="898" w:type="pct"/>
            <w:tcBorders>
              <w:top w:val="nil"/>
              <w:left w:val="nil"/>
              <w:right w:val="nil"/>
            </w:tcBorders>
            <w:shd w:val="clear" w:color="000000" w:fill="FFFFFF"/>
            <w:vAlign w:val="center"/>
            <w:hideMark/>
          </w:tcPr>
          <w:p w14:paraId="525751B9"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right w:val="nil"/>
            </w:tcBorders>
            <w:shd w:val="clear" w:color="000000" w:fill="F2F2F2"/>
            <w:vAlign w:val="center"/>
            <w:hideMark/>
          </w:tcPr>
          <w:p w14:paraId="7AE6FDF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01" w:type="pct"/>
            <w:tcBorders>
              <w:top w:val="nil"/>
              <w:left w:val="nil"/>
              <w:right w:val="nil"/>
            </w:tcBorders>
            <w:shd w:val="clear" w:color="000000" w:fill="F2F2F2"/>
            <w:vAlign w:val="center"/>
            <w:hideMark/>
          </w:tcPr>
          <w:p w14:paraId="0AA921A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60" w:type="pct"/>
            <w:tcBorders>
              <w:top w:val="nil"/>
              <w:left w:val="nil"/>
              <w:right w:val="nil"/>
            </w:tcBorders>
            <w:shd w:val="clear" w:color="000000" w:fill="F2F2F2"/>
            <w:vAlign w:val="center"/>
            <w:hideMark/>
          </w:tcPr>
          <w:p w14:paraId="157CDD8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754" w:type="pct"/>
            <w:tcBorders>
              <w:top w:val="nil"/>
              <w:left w:val="nil"/>
              <w:right w:val="nil"/>
            </w:tcBorders>
            <w:shd w:val="clear" w:color="000000" w:fill="FFFFFF"/>
            <w:vAlign w:val="center"/>
            <w:hideMark/>
          </w:tcPr>
          <w:p w14:paraId="724A95E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1.90</w:t>
            </w:r>
          </w:p>
        </w:tc>
        <w:tc>
          <w:tcPr>
            <w:tcW w:w="535" w:type="pct"/>
            <w:tcBorders>
              <w:top w:val="nil"/>
              <w:left w:val="nil"/>
              <w:right w:val="nil"/>
            </w:tcBorders>
            <w:shd w:val="clear" w:color="000000" w:fill="F2F2F2"/>
            <w:vAlign w:val="center"/>
            <w:hideMark/>
          </w:tcPr>
          <w:p w14:paraId="326571F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right w:val="nil"/>
            </w:tcBorders>
            <w:shd w:val="clear" w:color="000000" w:fill="F2F2F2"/>
            <w:vAlign w:val="center"/>
            <w:hideMark/>
          </w:tcPr>
          <w:p w14:paraId="78D11F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4" w:type="pct"/>
            <w:tcBorders>
              <w:top w:val="nil"/>
              <w:left w:val="nil"/>
              <w:right w:val="nil"/>
            </w:tcBorders>
            <w:shd w:val="clear" w:color="000000" w:fill="F2F2F2"/>
            <w:vAlign w:val="center"/>
            <w:hideMark/>
          </w:tcPr>
          <w:p w14:paraId="09A753B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right w:val="nil"/>
            </w:tcBorders>
            <w:shd w:val="clear" w:color="000000" w:fill="FFFFFF"/>
            <w:vAlign w:val="center"/>
            <w:hideMark/>
          </w:tcPr>
          <w:p w14:paraId="7342E83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2EBDE30E" w14:textId="77777777" w:rsidTr="00841CFC">
        <w:trPr>
          <w:trHeight w:val="87"/>
        </w:trPr>
        <w:tc>
          <w:tcPr>
            <w:tcW w:w="898" w:type="pct"/>
            <w:tcBorders>
              <w:top w:val="nil"/>
              <w:left w:val="nil"/>
              <w:bottom w:val="single" w:sz="4" w:space="0" w:color="auto"/>
              <w:right w:val="nil"/>
            </w:tcBorders>
            <w:shd w:val="clear" w:color="000000" w:fill="FFFFFF"/>
            <w:vAlign w:val="center"/>
            <w:hideMark/>
          </w:tcPr>
          <w:p w14:paraId="3F2A4E97"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single" w:sz="4" w:space="0" w:color="auto"/>
              <w:right w:val="nil"/>
            </w:tcBorders>
            <w:shd w:val="clear" w:color="000000" w:fill="F2F2F2"/>
            <w:vAlign w:val="center"/>
            <w:hideMark/>
          </w:tcPr>
          <w:p w14:paraId="5515C5D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single" w:sz="4" w:space="0" w:color="auto"/>
              <w:right w:val="nil"/>
            </w:tcBorders>
            <w:shd w:val="clear" w:color="000000" w:fill="F2F2F2"/>
            <w:vAlign w:val="center"/>
            <w:hideMark/>
          </w:tcPr>
          <w:p w14:paraId="3F53411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single" w:sz="4" w:space="0" w:color="auto"/>
              <w:right w:val="nil"/>
            </w:tcBorders>
            <w:shd w:val="clear" w:color="000000" w:fill="F2F2F2"/>
            <w:vAlign w:val="center"/>
            <w:hideMark/>
          </w:tcPr>
          <w:p w14:paraId="77F4D87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single" w:sz="4" w:space="0" w:color="auto"/>
              <w:right w:val="nil"/>
            </w:tcBorders>
            <w:shd w:val="clear" w:color="000000" w:fill="FFFFFF"/>
            <w:vAlign w:val="center"/>
            <w:hideMark/>
          </w:tcPr>
          <w:p w14:paraId="0721F1A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(1)</w:t>
            </w:r>
          </w:p>
        </w:tc>
        <w:tc>
          <w:tcPr>
            <w:tcW w:w="535" w:type="pct"/>
            <w:tcBorders>
              <w:top w:val="nil"/>
              <w:left w:val="nil"/>
              <w:bottom w:val="single" w:sz="4" w:space="0" w:color="auto"/>
              <w:right w:val="nil"/>
            </w:tcBorders>
            <w:shd w:val="clear" w:color="000000" w:fill="F2F2F2"/>
            <w:vAlign w:val="center"/>
            <w:hideMark/>
          </w:tcPr>
          <w:p w14:paraId="3C41519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single" w:sz="4" w:space="0" w:color="auto"/>
              <w:right w:val="nil"/>
            </w:tcBorders>
            <w:shd w:val="clear" w:color="000000" w:fill="F2F2F2"/>
            <w:vAlign w:val="center"/>
            <w:hideMark/>
          </w:tcPr>
          <w:p w14:paraId="30E3DC3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277 (NA)</w:t>
            </w:r>
          </w:p>
        </w:tc>
        <w:tc>
          <w:tcPr>
            <w:tcW w:w="464" w:type="pct"/>
            <w:tcBorders>
              <w:top w:val="nil"/>
              <w:left w:val="nil"/>
              <w:bottom w:val="single" w:sz="4" w:space="0" w:color="auto"/>
              <w:right w:val="nil"/>
            </w:tcBorders>
            <w:shd w:val="clear" w:color="000000" w:fill="F2F2F2"/>
            <w:vAlign w:val="center"/>
            <w:hideMark/>
          </w:tcPr>
          <w:p w14:paraId="30849D2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262 (NA)</w:t>
            </w:r>
          </w:p>
        </w:tc>
        <w:tc>
          <w:tcPr>
            <w:tcW w:w="462" w:type="pct"/>
            <w:tcBorders>
              <w:top w:val="nil"/>
              <w:left w:val="nil"/>
              <w:bottom w:val="single" w:sz="4" w:space="0" w:color="auto"/>
              <w:right w:val="nil"/>
            </w:tcBorders>
            <w:shd w:val="clear" w:color="000000" w:fill="FFFFFF"/>
            <w:vAlign w:val="center"/>
            <w:hideMark/>
          </w:tcPr>
          <w:p w14:paraId="6A8C985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 </w:t>
            </w:r>
          </w:p>
        </w:tc>
      </w:tr>
      <w:tr w:rsidR="00726DBE" w:rsidRPr="00693325" w14:paraId="4146FAF5" w14:textId="77777777" w:rsidTr="00841CFC">
        <w:trPr>
          <w:trHeight w:val="87"/>
        </w:trPr>
        <w:tc>
          <w:tcPr>
            <w:tcW w:w="898" w:type="pct"/>
            <w:tcBorders>
              <w:top w:val="single" w:sz="4" w:space="0" w:color="auto"/>
              <w:left w:val="nil"/>
              <w:bottom w:val="nil"/>
              <w:right w:val="nil"/>
            </w:tcBorders>
            <w:shd w:val="clear" w:color="000000" w:fill="FFFFFF"/>
            <w:vAlign w:val="center"/>
            <w:hideMark/>
          </w:tcPr>
          <w:p w14:paraId="45BC5D90" w14:textId="77777777" w:rsidR="00726DBE" w:rsidRPr="00693325" w:rsidRDefault="00726DBE" w:rsidP="00841CFC">
            <w:pPr>
              <w:rPr>
                <w:rFonts w:ascii="Times New Roman" w:hAnsi="Times New Roman"/>
                <w:b/>
                <w:bCs/>
                <w:sz w:val="16"/>
                <w:szCs w:val="16"/>
              </w:rPr>
            </w:pPr>
            <w:r w:rsidRPr="00693325">
              <w:rPr>
                <w:rFonts w:ascii="Times New Roman" w:hAnsi="Times New Roman"/>
                <w:b/>
                <w:bCs/>
                <w:sz w:val="16"/>
                <w:szCs w:val="16"/>
              </w:rPr>
              <w:t xml:space="preserve">Cardiovascular conditions, IR (95% CI) </w:t>
            </w:r>
          </w:p>
        </w:tc>
        <w:tc>
          <w:tcPr>
            <w:tcW w:w="562" w:type="pct"/>
            <w:tcBorders>
              <w:top w:val="single" w:sz="4" w:space="0" w:color="auto"/>
              <w:left w:val="nil"/>
              <w:bottom w:val="nil"/>
              <w:right w:val="nil"/>
            </w:tcBorders>
            <w:shd w:val="clear" w:color="000000" w:fill="F2F2F2"/>
            <w:vAlign w:val="center"/>
            <w:hideMark/>
          </w:tcPr>
          <w:p w14:paraId="665E301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913.64 (110.65; 3,300.39)</w:t>
            </w:r>
          </w:p>
        </w:tc>
        <w:tc>
          <w:tcPr>
            <w:tcW w:w="401" w:type="pct"/>
            <w:tcBorders>
              <w:top w:val="single" w:sz="4" w:space="0" w:color="auto"/>
              <w:left w:val="nil"/>
              <w:bottom w:val="nil"/>
              <w:right w:val="nil"/>
            </w:tcBorders>
            <w:shd w:val="clear" w:color="000000" w:fill="F2F2F2"/>
            <w:vAlign w:val="center"/>
            <w:hideMark/>
          </w:tcPr>
          <w:p w14:paraId="466870F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63.46)</w:t>
            </w:r>
          </w:p>
        </w:tc>
        <w:tc>
          <w:tcPr>
            <w:tcW w:w="460" w:type="pct"/>
            <w:tcBorders>
              <w:top w:val="single" w:sz="4" w:space="0" w:color="auto"/>
              <w:left w:val="nil"/>
              <w:bottom w:val="nil"/>
              <w:right w:val="nil"/>
            </w:tcBorders>
            <w:shd w:val="clear" w:color="000000" w:fill="F2F2F2"/>
            <w:vAlign w:val="center"/>
            <w:hideMark/>
          </w:tcPr>
          <w:p w14:paraId="2FC3C3C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33.16 (4.02; 119.78)</w:t>
            </w:r>
          </w:p>
        </w:tc>
        <w:tc>
          <w:tcPr>
            <w:tcW w:w="754" w:type="pct"/>
            <w:tcBorders>
              <w:top w:val="single" w:sz="4" w:space="0" w:color="auto"/>
              <w:left w:val="nil"/>
              <w:bottom w:val="nil"/>
              <w:right w:val="nil"/>
            </w:tcBorders>
            <w:shd w:val="clear" w:color="000000" w:fill="FFFFFF"/>
            <w:vAlign w:val="center"/>
            <w:hideMark/>
          </w:tcPr>
          <w:p w14:paraId="043A544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single" w:sz="4" w:space="0" w:color="auto"/>
              <w:left w:val="nil"/>
              <w:bottom w:val="nil"/>
              <w:right w:val="nil"/>
            </w:tcBorders>
            <w:shd w:val="clear" w:color="000000" w:fill="F2F2F2"/>
            <w:vAlign w:val="center"/>
            <w:hideMark/>
          </w:tcPr>
          <w:p w14:paraId="4CC0F1D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257.89 (53.18; 753.66)</w:t>
            </w:r>
          </w:p>
        </w:tc>
        <w:tc>
          <w:tcPr>
            <w:tcW w:w="464" w:type="pct"/>
            <w:tcBorders>
              <w:top w:val="single" w:sz="4" w:space="0" w:color="auto"/>
              <w:left w:val="nil"/>
              <w:bottom w:val="nil"/>
              <w:right w:val="nil"/>
            </w:tcBorders>
            <w:shd w:val="clear" w:color="000000" w:fill="F2F2F2"/>
            <w:vAlign w:val="center"/>
            <w:hideMark/>
          </w:tcPr>
          <w:p w14:paraId="210B16E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9.41)</w:t>
            </w:r>
          </w:p>
        </w:tc>
        <w:tc>
          <w:tcPr>
            <w:tcW w:w="464" w:type="pct"/>
            <w:tcBorders>
              <w:top w:val="single" w:sz="4" w:space="0" w:color="auto"/>
              <w:left w:val="nil"/>
              <w:bottom w:val="nil"/>
              <w:right w:val="nil"/>
            </w:tcBorders>
            <w:shd w:val="clear" w:color="000000" w:fill="F2F2F2"/>
            <w:vAlign w:val="center"/>
            <w:hideMark/>
          </w:tcPr>
          <w:p w14:paraId="417A8C8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7.43 (1.53; 21.71)</w:t>
            </w:r>
          </w:p>
        </w:tc>
        <w:tc>
          <w:tcPr>
            <w:tcW w:w="462" w:type="pct"/>
            <w:tcBorders>
              <w:top w:val="single" w:sz="4" w:space="0" w:color="auto"/>
              <w:left w:val="nil"/>
              <w:bottom w:val="nil"/>
              <w:right w:val="nil"/>
            </w:tcBorders>
            <w:shd w:val="clear" w:color="000000" w:fill="FFFFFF"/>
            <w:vAlign w:val="center"/>
            <w:hideMark/>
          </w:tcPr>
          <w:p w14:paraId="156E3DD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1.57 (0.19; 5.67)</w:t>
            </w:r>
          </w:p>
        </w:tc>
      </w:tr>
      <w:tr w:rsidR="00726DBE" w:rsidRPr="00693325" w14:paraId="5176567F" w14:textId="77777777" w:rsidTr="00841CFC">
        <w:trPr>
          <w:trHeight w:val="87"/>
        </w:trPr>
        <w:tc>
          <w:tcPr>
            <w:tcW w:w="898" w:type="pct"/>
            <w:tcBorders>
              <w:top w:val="nil"/>
              <w:left w:val="nil"/>
              <w:bottom w:val="nil"/>
              <w:right w:val="nil"/>
            </w:tcBorders>
            <w:shd w:val="clear" w:color="000000" w:fill="FFFFFF"/>
            <w:vAlign w:val="center"/>
            <w:hideMark/>
          </w:tcPr>
          <w:p w14:paraId="5B165607"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02EF404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01" w:type="pct"/>
            <w:tcBorders>
              <w:top w:val="nil"/>
              <w:left w:val="nil"/>
              <w:bottom w:val="nil"/>
              <w:right w:val="nil"/>
            </w:tcBorders>
            <w:shd w:val="clear" w:color="000000" w:fill="F2F2F2"/>
            <w:vAlign w:val="center"/>
            <w:hideMark/>
          </w:tcPr>
          <w:p w14:paraId="2F80E52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7EE4572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754" w:type="pct"/>
            <w:tcBorders>
              <w:top w:val="nil"/>
              <w:left w:val="nil"/>
              <w:bottom w:val="nil"/>
              <w:right w:val="nil"/>
            </w:tcBorders>
            <w:shd w:val="clear" w:color="000000" w:fill="FFFFFF"/>
            <w:vAlign w:val="center"/>
            <w:hideMark/>
          </w:tcPr>
          <w:p w14:paraId="18F023F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4F9FDE5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64" w:type="pct"/>
            <w:tcBorders>
              <w:top w:val="nil"/>
              <w:left w:val="nil"/>
              <w:bottom w:val="nil"/>
              <w:right w:val="nil"/>
            </w:tcBorders>
            <w:shd w:val="clear" w:color="000000" w:fill="F2F2F2"/>
            <w:vAlign w:val="center"/>
            <w:hideMark/>
          </w:tcPr>
          <w:p w14:paraId="4321B13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E99076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62" w:type="pct"/>
            <w:tcBorders>
              <w:top w:val="nil"/>
              <w:left w:val="nil"/>
              <w:bottom w:val="nil"/>
              <w:right w:val="nil"/>
            </w:tcBorders>
            <w:shd w:val="clear" w:color="000000" w:fill="FFFFFF"/>
            <w:vAlign w:val="center"/>
            <w:hideMark/>
          </w:tcPr>
          <w:p w14:paraId="4FBE455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r>
      <w:tr w:rsidR="00726DBE" w:rsidRPr="00693325" w14:paraId="0754DAA7" w14:textId="77777777" w:rsidTr="00841CFC">
        <w:trPr>
          <w:trHeight w:val="87"/>
        </w:trPr>
        <w:tc>
          <w:tcPr>
            <w:tcW w:w="898" w:type="pct"/>
            <w:tcBorders>
              <w:top w:val="nil"/>
              <w:left w:val="nil"/>
              <w:bottom w:val="nil"/>
              <w:right w:val="nil"/>
            </w:tcBorders>
            <w:shd w:val="clear" w:color="000000" w:fill="FFFFFF"/>
            <w:vAlign w:val="center"/>
            <w:hideMark/>
          </w:tcPr>
          <w:p w14:paraId="43E11BB4"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2DF0B2D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9.52</w:t>
            </w:r>
          </w:p>
        </w:tc>
        <w:tc>
          <w:tcPr>
            <w:tcW w:w="401" w:type="pct"/>
            <w:tcBorders>
              <w:top w:val="nil"/>
              <w:left w:val="nil"/>
              <w:bottom w:val="nil"/>
              <w:right w:val="nil"/>
            </w:tcBorders>
            <w:shd w:val="clear" w:color="000000" w:fill="F2F2F2"/>
            <w:vAlign w:val="center"/>
            <w:hideMark/>
          </w:tcPr>
          <w:p w14:paraId="060AA6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60" w:type="pct"/>
            <w:tcBorders>
              <w:top w:val="nil"/>
              <w:left w:val="nil"/>
              <w:bottom w:val="nil"/>
              <w:right w:val="nil"/>
            </w:tcBorders>
            <w:shd w:val="clear" w:color="000000" w:fill="F2F2F2"/>
            <w:vAlign w:val="center"/>
            <w:hideMark/>
          </w:tcPr>
          <w:p w14:paraId="619E4FE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9.52</w:t>
            </w:r>
          </w:p>
        </w:tc>
        <w:tc>
          <w:tcPr>
            <w:tcW w:w="754" w:type="pct"/>
            <w:tcBorders>
              <w:top w:val="nil"/>
              <w:left w:val="nil"/>
              <w:bottom w:val="nil"/>
              <w:right w:val="nil"/>
            </w:tcBorders>
            <w:shd w:val="clear" w:color="000000" w:fill="FFFFFF"/>
            <w:vAlign w:val="center"/>
            <w:hideMark/>
          </w:tcPr>
          <w:p w14:paraId="116D0BC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535" w:type="pct"/>
            <w:tcBorders>
              <w:top w:val="nil"/>
              <w:left w:val="nil"/>
              <w:bottom w:val="nil"/>
              <w:right w:val="nil"/>
            </w:tcBorders>
            <w:shd w:val="clear" w:color="000000" w:fill="F2F2F2"/>
            <w:vAlign w:val="center"/>
            <w:hideMark/>
          </w:tcPr>
          <w:p w14:paraId="1F6941C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2.61</w:t>
            </w:r>
          </w:p>
        </w:tc>
        <w:tc>
          <w:tcPr>
            <w:tcW w:w="464" w:type="pct"/>
            <w:tcBorders>
              <w:top w:val="nil"/>
              <w:left w:val="nil"/>
              <w:bottom w:val="nil"/>
              <w:right w:val="nil"/>
            </w:tcBorders>
            <w:shd w:val="clear" w:color="000000" w:fill="F2F2F2"/>
            <w:vAlign w:val="center"/>
            <w:hideMark/>
          </w:tcPr>
          <w:p w14:paraId="240D7E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64" w:type="pct"/>
            <w:tcBorders>
              <w:top w:val="nil"/>
              <w:left w:val="nil"/>
              <w:bottom w:val="nil"/>
              <w:right w:val="nil"/>
            </w:tcBorders>
            <w:shd w:val="clear" w:color="000000" w:fill="F2F2F2"/>
            <w:vAlign w:val="center"/>
            <w:hideMark/>
          </w:tcPr>
          <w:p w14:paraId="34C8724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2.61</w:t>
            </w:r>
          </w:p>
        </w:tc>
        <w:tc>
          <w:tcPr>
            <w:tcW w:w="462" w:type="pct"/>
            <w:tcBorders>
              <w:top w:val="nil"/>
              <w:left w:val="nil"/>
              <w:bottom w:val="nil"/>
              <w:right w:val="nil"/>
            </w:tcBorders>
            <w:shd w:val="clear" w:color="000000" w:fill="FFFFFF"/>
            <w:vAlign w:val="center"/>
            <w:hideMark/>
          </w:tcPr>
          <w:p w14:paraId="08D5A62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0.35</w:t>
            </w:r>
          </w:p>
        </w:tc>
      </w:tr>
      <w:tr w:rsidR="00726DBE" w:rsidRPr="00693325" w14:paraId="5C91B994" w14:textId="77777777" w:rsidTr="00841CFC">
        <w:trPr>
          <w:trHeight w:val="87"/>
        </w:trPr>
        <w:tc>
          <w:tcPr>
            <w:tcW w:w="898" w:type="pct"/>
            <w:tcBorders>
              <w:top w:val="nil"/>
              <w:left w:val="nil"/>
              <w:bottom w:val="nil"/>
              <w:right w:val="nil"/>
            </w:tcBorders>
            <w:shd w:val="clear" w:color="000000" w:fill="FFFFFF"/>
            <w:vAlign w:val="center"/>
            <w:hideMark/>
          </w:tcPr>
          <w:p w14:paraId="5D54E50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1CE3056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465 (542)</w:t>
            </w:r>
          </w:p>
        </w:tc>
        <w:tc>
          <w:tcPr>
            <w:tcW w:w="401" w:type="pct"/>
            <w:tcBorders>
              <w:top w:val="nil"/>
              <w:left w:val="nil"/>
              <w:bottom w:val="nil"/>
              <w:right w:val="nil"/>
            </w:tcBorders>
            <w:shd w:val="clear" w:color="000000" w:fill="F2F2F2"/>
            <w:vAlign w:val="center"/>
            <w:hideMark/>
          </w:tcPr>
          <w:p w14:paraId="4C52FB5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267FFD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5,869 (8,102)</w:t>
            </w:r>
          </w:p>
        </w:tc>
        <w:tc>
          <w:tcPr>
            <w:tcW w:w="754" w:type="pct"/>
            <w:tcBorders>
              <w:top w:val="nil"/>
              <w:left w:val="nil"/>
              <w:bottom w:val="nil"/>
              <w:right w:val="nil"/>
            </w:tcBorders>
            <w:shd w:val="clear" w:color="000000" w:fill="FFFFFF"/>
            <w:vAlign w:val="center"/>
            <w:hideMark/>
          </w:tcPr>
          <w:p w14:paraId="171C0FD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2A98EB2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36,272 (62,508)</w:t>
            </w:r>
          </w:p>
        </w:tc>
        <w:tc>
          <w:tcPr>
            <w:tcW w:w="464" w:type="pct"/>
            <w:tcBorders>
              <w:top w:val="nil"/>
              <w:left w:val="nil"/>
              <w:bottom w:val="nil"/>
              <w:right w:val="nil"/>
            </w:tcBorders>
            <w:shd w:val="clear" w:color="000000" w:fill="F2F2F2"/>
            <w:vAlign w:val="center"/>
            <w:hideMark/>
          </w:tcPr>
          <w:p w14:paraId="4781D92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5B75CBB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36,156 (62,608)</w:t>
            </w:r>
          </w:p>
        </w:tc>
        <w:tc>
          <w:tcPr>
            <w:tcW w:w="462" w:type="pct"/>
            <w:tcBorders>
              <w:top w:val="nil"/>
              <w:left w:val="nil"/>
              <w:bottom w:val="nil"/>
              <w:right w:val="nil"/>
            </w:tcBorders>
            <w:shd w:val="clear" w:color="000000" w:fill="FFFFFF"/>
            <w:vAlign w:val="center"/>
            <w:hideMark/>
          </w:tcPr>
          <w:p w14:paraId="511638E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274 (216)</w:t>
            </w:r>
          </w:p>
        </w:tc>
      </w:tr>
      <w:tr w:rsidR="00726DBE" w:rsidRPr="00693325" w14:paraId="7277BD96" w14:textId="77777777" w:rsidTr="00841CFC">
        <w:trPr>
          <w:trHeight w:val="87"/>
        </w:trPr>
        <w:tc>
          <w:tcPr>
            <w:tcW w:w="898" w:type="pct"/>
            <w:tcBorders>
              <w:top w:val="nil"/>
              <w:left w:val="nil"/>
              <w:bottom w:val="nil"/>
              <w:right w:val="nil"/>
            </w:tcBorders>
            <w:shd w:val="clear" w:color="000000" w:fill="FFFFFF"/>
            <w:vAlign w:val="center"/>
            <w:hideMark/>
          </w:tcPr>
          <w:p w14:paraId="5D893D6D"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Cardiac failure</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7506768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13FF1E6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3D3CF4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668A674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66A9C47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170.84 (20.69; 617.13)</w:t>
            </w:r>
          </w:p>
        </w:tc>
        <w:tc>
          <w:tcPr>
            <w:tcW w:w="464" w:type="pct"/>
            <w:tcBorders>
              <w:top w:val="nil"/>
              <w:left w:val="nil"/>
              <w:bottom w:val="nil"/>
              <w:right w:val="nil"/>
            </w:tcBorders>
            <w:shd w:val="clear" w:color="000000" w:fill="F2F2F2"/>
            <w:vAlign w:val="center"/>
            <w:hideMark/>
          </w:tcPr>
          <w:p w14:paraId="19E3251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9.36)</w:t>
            </w:r>
          </w:p>
        </w:tc>
        <w:tc>
          <w:tcPr>
            <w:tcW w:w="464" w:type="pct"/>
            <w:tcBorders>
              <w:top w:val="nil"/>
              <w:left w:val="nil"/>
              <w:bottom w:val="nil"/>
              <w:right w:val="nil"/>
            </w:tcBorders>
            <w:shd w:val="clear" w:color="000000" w:fill="F2F2F2"/>
            <w:vAlign w:val="center"/>
            <w:hideMark/>
          </w:tcPr>
          <w:p w14:paraId="3A12694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4.93 (0.60; 17.81)</w:t>
            </w:r>
          </w:p>
        </w:tc>
        <w:tc>
          <w:tcPr>
            <w:tcW w:w="462" w:type="pct"/>
            <w:tcBorders>
              <w:top w:val="nil"/>
              <w:left w:val="nil"/>
              <w:bottom w:val="nil"/>
              <w:right w:val="nil"/>
            </w:tcBorders>
            <w:shd w:val="clear" w:color="000000" w:fill="FFFFFF"/>
            <w:vAlign w:val="center"/>
            <w:hideMark/>
          </w:tcPr>
          <w:p w14:paraId="6F5D89A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1.57 (0.19; 5.67)</w:t>
            </w:r>
          </w:p>
        </w:tc>
      </w:tr>
      <w:tr w:rsidR="00726DBE" w:rsidRPr="00693325" w14:paraId="5F46AF75" w14:textId="77777777" w:rsidTr="00841CFC">
        <w:trPr>
          <w:trHeight w:val="87"/>
        </w:trPr>
        <w:tc>
          <w:tcPr>
            <w:tcW w:w="898" w:type="pct"/>
            <w:tcBorders>
              <w:top w:val="nil"/>
              <w:left w:val="nil"/>
              <w:bottom w:val="nil"/>
              <w:right w:val="nil"/>
            </w:tcBorders>
            <w:shd w:val="clear" w:color="000000" w:fill="FFFFFF"/>
            <w:vAlign w:val="center"/>
            <w:hideMark/>
          </w:tcPr>
          <w:p w14:paraId="76B11A8D"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035485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5C8666E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2B270F1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147B3F1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5730761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4" w:type="pct"/>
            <w:tcBorders>
              <w:top w:val="nil"/>
              <w:left w:val="nil"/>
              <w:bottom w:val="nil"/>
              <w:right w:val="nil"/>
            </w:tcBorders>
            <w:shd w:val="clear" w:color="000000" w:fill="F2F2F2"/>
            <w:vAlign w:val="center"/>
            <w:hideMark/>
          </w:tcPr>
          <w:p w14:paraId="792EA87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E02D1B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2" w:type="pct"/>
            <w:tcBorders>
              <w:top w:val="nil"/>
              <w:left w:val="nil"/>
              <w:bottom w:val="nil"/>
              <w:right w:val="nil"/>
            </w:tcBorders>
            <w:shd w:val="clear" w:color="000000" w:fill="FFFFFF"/>
            <w:vAlign w:val="center"/>
            <w:hideMark/>
          </w:tcPr>
          <w:p w14:paraId="1D33977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r>
      <w:tr w:rsidR="00726DBE" w:rsidRPr="00693325" w14:paraId="27678049" w14:textId="77777777" w:rsidTr="00841CFC">
        <w:trPr>
          <w:trHeight w:val="87"/>
        </w:trPr>
        <w:tc>
          <w:tcPr>
            <w:tcW w:w="898" w:type="pct"/>
            <w:tcBorders>
              <w:top w:val="nil"/>
              <w:left w:val="nil"/>
              <w:bottom w:val="nil"/>
              <w:right w:val="nil"/>
            </w:tcBorders>
            <w:shd w:val="clear" w:color="000000" w:fill="FFFFFF"/>
            <w:vAlign w:val="center"/>
            <w:hideMark/>
          </w:tcPr>
          <w:p w14:paraId="35C605AE"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08D4A67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01" w:type="pct"/>
            <w:tcBorders>
              <w:top w:val="nil"/>
              <w:left w:val="nil"/>
              <w:bottom w:val="nil"/>
              <w:right w:val="nil"/>
            </w:tcBorders>
            <w:shd w:val="clear" w:color="000000" w:fill="F2F2F2"/>
            <w:vAlign w:val="center"/>
            <w:hideMark/>
          </w:tcPr>
          <w:p w14:paraId="6102532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60" w:type="pct"/>
            <w:tcBorders>
              <w:top w:val="nil"/>
              <w:left w:val="nil"/>
              <w:bottom w:val="nil"/>
              <w:right w:val="nil"/>
            </w:tcBorders>
            <w:shd w:val="clear" w:color="000000" w:fill="F2F2F2"/>
            <w:vAlign w:val="center"/>
            <w:hideMark/>
          </w:tcPr>
          <w:p w14:paraId="313C128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754" w:type="pct"/>
            <w:tcBorders>
              <w:top w:val="nil"/>
              <w:left w:val="nil"/>
              <w:bottom w:val="nil"/>
              <w:right w:val="nil"/>
            </w:tcBorders>
            <w:shd w:val="clear" w:color="000000" w:fill="FFFFFF"/>
            <w:vAlign w:val="center"/>
            <w:hideMark/>
          </w:tcPr>
          <w:p w14:paraId="689F69F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535" w:type="pct"/>
            <w:tcBorders>
              <w:top w:val="nil"/>
              <w:left w:val="nil"/>
              <w:bottom w:val="nil"/>
              <w:right w:val="nil"/>
            </w:tcBorders>
            <w:shd w:val="clear" w:color="000000" w:fill="F2F2F2"/>
            <w:vAlign w:val="center"/>
            <w:hideMark/>
          </w:tcPr>
          <w:p w14:paraId="46B1B11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w:t>
            </w:r>
          </w:p>
        </w:tc>
        <w:tc>
          <w:tcPr>
            <w:tcW w:w="464" w:type="pct"/>
            <w:tcBorders>
              <w:top w:val="nil"/>
              <w:left w:val="nil"/>
              <w:bottom w:val="nil"/>
              <w:right w:val="nil"/>
            </w:tcBorders>
            <w:shd w:val="clear" w:color="000000" w:fill="F2F2F2"/>
            <w:vAlign w:val="center"/>
            <w:hideMark/>
          </w:tcPr>
          <w:p w14:paraId="29E31F8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93CB6D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w:t>
            </w:r>
          </w:p>
        </w:tc>
        <w:tc>
          <w:tcPr>
            <w:tcW w:w="462" w:type="pct"/>
            <w:tcBorders>
              <w:top w:val="nil"/>
              <w:left w:val="nil"/>
              <w:bottom w:val="nil"/>
              <w:right w:val="nil"/>
            </w:tcBorders>
            <w:shd w:val="clear" w:color="000000" w:fill="FFFFFF"/>
            <w:vAlign w:val="center"/>
            <w:hideMark/>
          </w:tcPr>
          <w:p w14:paraId="794000B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0.35</w:t>
            </w:r>
          </w:p>
        </w:tc>
      </w:tr>
      <w:tr w:rsidR="00726DBE" w:rsidRPr="00693325" w14:paraId="2F58E49B" w14:textId="77777777" w:rsidTr="00841CFC">
        <w:trPr>
          <w:trHeight w:val="243"/>
        </w:trPr>
        <w:tc>
          <w:tcPr>
            <w:tcW w:w="898" w:type="pct"/>
            <w:tcBorders>
              <w:top w:val="nil"/>
              <w:left w:val="nil"/>
              <w:bottom w:val="nil"/>
              <w:right w:val="nil"/>
            </w:tcBorders>
            <w:shd w:val="clear" w:color="000000" w:fill="FFFFFF"/>
            <w:vAlign w:val="center"/>
            <w:hideMark/>
          </w:tcPr>
          <w:p w14:paraId="48B13F45"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52D5103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52DCA34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757131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1280853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6782AE1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54,272 (76,618)</w:t>
            </w:r>
          </w:p>
        </w:tc>
        <w:tc>
          <w:tcPr>
            <w:tcW w:w="464" w:type="pct"/>
            <w:tcBorders>
              <w:top w:val="nil"/>
              <w:left w:val="nil"/>
              <w:bottom w:val="nil"/>
              <w:right w:val="nil"/>
            </w:tcBorders>
            <w:shd w:val="clear" w:color="000000" w:fill="F2F2F2"/>
            <w:vAlign w:val="center"/>
            <w:hideMark/>
          </w:tcPr>
          <w:p w14:paraId="1B5DD43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79A41C3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54,227 (76,682)</w:t>
            </w:r>
          </w:p>
        </w:tc>
        <w:tc>
          <w:tcPr>
            <w:tcW w:w="462" w:type="pct"/>
            <w:tcBorders>
              <w:top w:val="nil"/>
              <w:left w:val="nil"/>
              <w:bottom w:val="nil"/>
              <w:right w:val="nil"/>
            </w:tcBorders>
            <w:shd w:val="clear" w:color="000000" w:fill="FFFFFF"/>
            <w:vAlign w:val="center"/>
            <w:hideMark/>
          </w:tcPr>
          <w:p w14:paraId="27DB9E6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274 (216)</w:t>
            </w:r>
          </w:p>
        </w:tc>
      </w:tr>
      <w:tr w:rsidR="00726DBE" w:rsidRPr="00693325" w14:paraId="09EE7CF0" w14:textId="77777777" w:rsidTr="00841CFC">
        <w:trPr>
          <w:trHeight w:val="87"/>
        </w:trPr>
        <w:tc>
          <w:tcPr>
            <w:tcW w:w="898" w:type="pct"/>
            <w:tcBorders>
              <w:top w:val="nil"/>
              <w:left w:val="nil"/>
              <w:bottom w:val="nil"/>
              <w:right w:val="nil"/>
            </w:tcBorders>
            <w:shd w:val="clear" w:color="000000" w:fill="FFFFFF"/>
            <w:vAlign w:val="center"/>
            <w:hideMark/>
          </w:tcPr>
          <w:p w14:paraId="0046EC93"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Raynaud's syndrome</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3BEE63D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4379484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1ED5FEB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1298A9A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05B19EA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0A21040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9.27)</w:t>
            </w:r>
          </w:p>
        </w:tc>
        <w:tc>
          <w:tcPr>
            <w:tcW w:w="464" w:type="pct"/>
            <w:tcBorders>
              <w:top w:val="nil"/>
              <w:left w:val="nil"/>
              <w:bottom w:val="nil"/>
              <w:right w:val="nil"/>
            </w:tcBorders>
            <w:shd w:val="clear" w:color="000000" w:fill="F2F2F2"/>
            <w:vAlign w:val="center"/>
            <w:hideMark/>
          </w:tcPr>
          <w:p w14:paraId="2FA353D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9.00)</w:t>
            </w:r>
          </w:p>
        </w:tc>
        <w:tc>
          <w:tcPr>
            <w:tcW w:w="462" w:type="pct"/>
            <w:tcBorders>
              <w:top w:val="nil"/>
              <w:left w:val="nil"/>
              <w:bottom w:val="nil"/>
              <w:right w:val="nil"/>
            </w:tcBorders>
            <w:shd w:val="clear" w:color="000000" w:fill="FFFFFF"/>
            <w:vAlign w:val="center"/>
            <w:hideMark/>
          </w:tcPr>
          <w:p w14:paraId="27D3F86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7030765C" w14:textId="77777777" w:rsidTr="00841CFC">
        <w:trPr>
          <w:trHeight w:val="87"/>
        </w:trPr>
        <w:tc>
          <w:tcPr>
            <w:tcW w:w="898" w:type="pct"/>
            <w:tcBorders>
              <w:top w:val="nil"/>
              <w:left w:val="nil"/>
              <w:bottom w:val="nil"/>
              <w:right w:val="nil"/>
            </w:tcBorders>
            <w:shd w:val="clear" w:color="000000" w:fill="FFFFFF"/>
            <w:vAlign w:val="center"/>
            <w:hideMark/>
          </w:tcPr>
          <w:p w14:paraId="1D3BC90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199BA9B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03CBD19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3D335E9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76C0F2E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6332F07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43FE4C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237FD6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09006BB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27F39A34" w14:textId="77777777" w:rsidTr="00841CFC">
        <w:trPr>
          <w:trHeight w:val="87"/>
        </w:trPr>
        <w:tc>
          <w:tcPr>
            <w:tcW w:w="898" w:type="pct"/>
            <w:tcBorders>
              <w:top w:val="nil"/>
              <w:left w:val="nil"/>
              <w:bottom w:val="nil"/>
              <w:right w:val="nil"/>
            </w:tcBorders>
            <w:shd w:val="clear" w:color="000000" w:fill="FFFFFF"/>
            <w:vAlign w:val="center"/>
            <w:hideMark/>
          </w:tcPr>
          <w:p w14:paraId="0E399A71"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52E68DA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01" w:type="pct"/>
            <w:tcBorders>
              <w:top w:val="nil"/>
              <w:left w:val="nil"/>
              <w:bottom w:val="nil"/>
              <w:right w:val="nil"/>
            </w:tcBorders>
            <w:shd w:val="clear" w:color="000000" w:fill="F2F2F2"/>
            <w:vAlign w:val="center"/>
            <w:hideMark/>
          </w:tcPr>
          <w:p w14:paraId="71D45C9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60" w:type="pct"/>
            <w:tcBorders>
              <w:top w:val="nil"/>
              <w:left w:val="nil"/>
              <w:bottom w:val="nil"/>
              <w:right w:val="nil"/>
            </w:tcBorders>
            <w:shd w:val="clear" w:color="000000" w:fill="F2F2F2"/>
            <w:vAlign w:val="center"/>
            <w:hideMark/>
          </w:tcPr>
          <w:p w14:paraId="7AF1C7E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754" w:type="pct"/>
            <w:tcBorders>
              <w:top w:val="nil"/>
              <w:left w:val="nil"/>
              <w:bottom w:val="nil"/>
              <w:right w:val="nil"/>
            </w:tcBorders>
            <w:shd w:val="clear" w:color="000000" w:fill="FFFFFF"/>
            <w:vAlign w:val="center"/>
            <w:hideMark/>
          </w:tcPr>
          <w:p w14:paraId="288FC7A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535" w:type="pct"/>
            <w:tcBorders>
              <w:top w:val="nil"/>
              <w:left w:val="nil"/>
              <w:bottom w:val="nil"/>
              <w:right w:val="nil"/>
            </w:tcBorders>
            <w:shd w:val="clear" w:color="000000" w:fill="F2F2F2"/>
            <w:vAlign w:val="center"/>
            <w:hideMark/>
          </w:tcPr>
          <w:p w14:paraId="2EEB5BE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631D85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145E55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417B082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06944090" w14:textId="77777777" w:rsidTr="00841CFC">
        <w:trPr>
          <w:trHeight w:val="87"/>
        </w:trPr>
        <w:tc>
          <w:tcPr>
            <w:tcW w:w="898" w:type="pct"/>
            <w:tcBorders>
              <w:top w:val="nil"/>
              <w:left w:val="nil"/>
              <w:bottom w:val="nil"/>
              <w:right w:val="nil"/>
            </w:tcBorders>
            <w:shd w:val="clear" w:color="000000" w:fill="FFFFFF"/>
            <w:vAlign w:val="center"/>
            <w:hideMark/>
          </w:tcPr>
          <w:p w14:paraId="476F89E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1D0ACBB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4236396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3544B29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2783BE4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0427232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6C7B561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52A2BDE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 -</w:t>
            </w:r>
          </w:p>
        </w:tc>
        <w:tc>
          <w:tcPr>
            <w:tcW w:w="462" w:type="pct"/>
            <w:tcBorders>
              <w:top w:val="nil"/>
              <w:left w:val="nil"/>
              <w:bottom w:val="nil"/>
              <w:right w:val="nil"/>
            </w:tcBorders>
            <w:shd w:val="clear" w:color="000000" w:fill="FFFFFF"/>
            <w:vAlign w:val="center"/>
            <w:hideMark/>
          </w:tcPr>
          <w:p w14:paraId="485BD8A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364AA8BB" w14:textId="77777777" w:rsidTr="00841CFC">
        <w:trPr>
          <w:trHeight w:val="87"/>
        </w:trPr>
        <w:tc>
          <w:tcPr>
            <w:tcW w:w="898" w:type="pct"/>
            <w:tcBorders>
              <w:top w:val="nil"/>
              <w:left w:val="nil"/>
              <w:bottom w:val="nil"/>
              <w:right w:val="nil"/>
            </w:tcBorders>
            <w:shd w:val="clear" w:color="000000" w:fill="FFFFFF"/>
            <w:vAlign w:val="center"/>
            <w:hideMark/>
          </w:tcPr>
          <w:p w14:paraId="007D9461"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Vasculitis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6CB20C5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449.51 (11.38; 2,504.49)</w:t>
            </w:r>
          </w:p>
        </w:tc>
        <w:tc>
          <w:tcPr>
            <w:tcW w:w="401" w:type="pct"/>
            <w:tcBorders>
              <w:top w:val="nil"/>
              <w:left w:val="nil"/>
              <w:bottom w:val="nil"/>
              <w:right w:val="nil"/>
            </w:tcBorders>
            <w:shd w:val="clear" w:color="000000" w:fill="F2F2F2"/>
            <w:vAlign w:val="center"/>
            <w:hideMark/>
          </w:tcPr>
          <w:p w14:paraId="058FCA1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63.31)</w:t>
            </w:r>
          </w:p>
        </w:tc>
        <w:tc>
          <w:tcPr>
            <w:tcW w:w="460" w:type="pct"/>
            <w:tcBorders>
              <w:top w:val="nil"/>
              <w:left w:val="nil"/>
              <w:bottom w:val="nil"/>
              <w:right w:val="nil"/>
            </w:tcBorders>
            <w:shd w:val="clear" w:color="000000" w:fill="F2F2F2"/>
            <w:vAlign w:val="center"/>
            <w:hideMark/>
          </w:tcPr>
          <w:p w14:paraId="7849603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16.53 (0.42; 92.10)</w:t>
            </w:r>
          </w:p>
        </w:tc>
        <w:tc>
          <w:tcPr>
            <w:tcW w:w="754" w:type="pct"/>
            <w:tcBorders>
              <w:top w:val="nil"/>
              <w:left w:val="nil"/>
              <w:bottom w:val="nil"/>
              <w:right w:val="nil"/>
            </w:tcBorders>
            <w:shd w:val="clear" w:color="000000" w:fill="FFFFFF"/>
            <w:vAlign w:val="center"/>
            <w:hideMark/>
          </w:tcPr>
          <w:p w14:paraId="31FD528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5E55087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85.24 (2.16; 474.93)</w:t>
            </w:r>
          </w:p>
        </w:tc>
        <w:tc>
          <w:tcPr>
            <w:tcW w:w="464" w:type="pct"/>
            <w:tcBorders>
              <w:top w:val="nil"/>
              <w:left w:val="nil"/>
              <w:bottom w:val="nil"/>
              <w:right w:val="nil"/>
            </w:tcBorders>
            <w:shd w:val="clear" w:color="000000" w:fill="F2F2F2"/>
            <w:vAlign w:val="center"/>
            <w:hideMark/>
          </w:tcPr>
          <w:p w14:paraId="7F33D41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9.36)</w:t>
            </w:r>
          </w:p>
        </w:tc>
        <w:tc>
          <w:tcPr>
            <w:tcW w:w="464" w:type="pct"/>
            <w:tcBorders>
              <w:top w:val="nil"/>
              <w:left w:val="nil"/>
              <w:bottom w:val="nil"/>
              <w:right w:val="nil"/>
            </w:tcBorders>
            <w:shd w:val="clear" w:color="000000" w:fill="F2F2F2"/>
            <w:vAlign w:val="center"/>
            <w:hideMark/>
          </w:tcPr>
          <w:p w14:paraId="025C5C0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2.46 (0.06; 13.73)</w:t>
            </w:r>
          </w:p>
        </w:tc>
        <w:tc>
          <w:tcPr>
            <w:tcW w:w="462" w:type="pct"/>
            <w:tcBorders>
              <w:top w:val="nil"/>
              <w:left w:val="nil"/>
              <w:bottom w:val="nil"/>
              <w:right w:val="nil"/>
            </w:tcBorders>
            <w:shd w:val="clear" w:color="000000" w:fill="FFFFFF"/>
            <w:vAlign w:val="center"/>
            <w:hideMark/>
          </w:tcPr>
          <w:p w14:paraId="2C438B7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37CFE622" w14:textId="77777777" w:rsidTr="00841CFC">
        <w:trPr>
          <w:trHeight w:val="87"/>
        </w:trPr>
        <w:tc>
          <w:tcPr>
            <w:tcW w:w="898" w:type="pct"/>
            <w:tcBorders>
              <w:top w:val="nil"/>
              <w:left w:val="nil"/>
              <w:bottom w:val="nil"/>
              <w:right w:val="nil"/>
            </w:tcBorders>
            <w:shd w:val="clear" w:color="000000" w:fill="FFFFFF"/>
            <w:vAlign w:val="center"/>
            <w:hideMark/>
          </w:tcPr>
          <w:p w14:paraId="6937DD81"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1F399A5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01" w:type="pct"/>
            <w:tcBorders>
              <w:top w:val="nil"/>
              <w:left w:val="nil"/>
              <w:bottom w:val="nil"/>
              <w:right w:val="nil"/>
            </w:tcBorders>
            <w:shd w:val="clear" w:color="000000" w:fill="F2F2F2"/>
            <w:vAlign w:val="center"/>
            <w:hideMark/>
          </w:tcPr>
          <w:p w14:paraId="7FE20A4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1DB286B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754" w:type="pct"/>
            <w:tcBorders>
              <w:top w:val="nil"/>
              <w:left w:val="nil"/>
              <w:bottom w:val="nil"/>
              <w:right w:val="nil"/>
            </w:tcBorders>
            <w:shd w:val="clear" w:color="000000" w:fill="FFFFFF"/>
            <w:vAlign w:val="center"/>
            <w:hideMark/>
          </w:tcPr>
          <w:p w14:paraId="64E5EFD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643000F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20A31F5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CF5106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5082750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238EF546" w14:textId="77777777" w:rsidTr="00841CFC">
        <w:trPr>
          <w:trHeight w:val="87"/>
        </w:trPr>
        <w:tc>
          <w:tcPr>
            <w:tcW w:w="898" w:type="pct"/>
            <w:tcBorders>
              <w:top w:val="nil"/>
              <w:left w:val="nil"/>
              <w:bottom w:val="nil"/>
              <w:right w:val="nil"/>
            </w:tcBorders>
            <w:shd w:val="clear" w:color="000000" w:fill="FFFFFF"/>
            <w:vAlign w:val="center"/>
            <w:hideMark/>
          </w:tcPr>
          <w:p w14:paraId="3DBC6B5C"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006F8D6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401" w:type="pct"/>
            <w:tcBorders>
              <w:top w:val="nil"/>
              <w:left w:val="nil"/>
              <w:bottom w:val="nil"/>
              <w:right w:val="nil"/>
            </w:tcBorders>
            <w:shd w:val="clear" w:color="000000" w:fill="F2F2F2"/>
            <w:vAlign w:val="center"/>
            <w:hideMark/>
          </w:tcPr>
          <w:p w14:paraId="529162B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60" w:type="pct"/>
            <w:tcBorders>
              <w:top w:val="nil"/>
              <w:left w:val="nil"/>
              <w:bottom w:val="nil"/>
              <w:right w:val="nil"/>
            </w:tcBorders>
            <w:shd w:val="clear" w:color="000000" w:fill="F2F2F2"/>
            <w:vAlign w:val="center"/>
            <w:hideMark/>
          </w:tcPr>
          <w:p w14:paraId="2E85EC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754" w:type="pct"/>
            <w:tcBorders>
              <w:top w:val="nil"/>
              <w:left w:val="nil"/>
              <w:bottom w:val="nil"/>
              <w:right w:val="nil"/>
            </w:tcBorders>
            <w:shd w:val="clear" w:color="000000" w:fill="FFFFFF"/>
            <w:vAlign w:val="center"/>
            <w:hideMark/>
          </w:tcPr>
          <w:p w14:paraId="62C2D89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535" w:type="pct"/>
            <w:tcBorders>
              <w:top w:val="nil"/>
              <w:left w:val="nil"/>
              <w:bottom w:val="nil"/>
              <w:right w:val="nil"/>
            </w:tcBorders>
            <w:shd w:val="clear" w:color="000000" w:fill="F2F2F2"/>
            <w:vAlign w:val="center"/>
            <w:hideMark/>
          </w:tcPr>
          <w:p w14:paraId="67FBC29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4" w:type="pct"/>
            <w:tcBorders>
              <w:top w:val="nil"/>
              <w:left w:val="nil"/>
              <w:bottom w:val="nil"/>
              <w:right w:val="nil"/>
            </w:tcBorders>
            <w:shd w:val="clear" w:color="000000" w:fill="F2F2F2"/>
            <w:vAlign w:val="center"/>
            <w:hideMark/>
          </w:tcPr>
          <w:p w14:paraId="4064FB5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D0BF6D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bottom w:val="nil"/>
              <w:right w:val="nil"/>
            </w:tcBorders>
            <w:shd w:val="clear" w:color="000000" w:fill="FFFFFF"/>
            <w:vAlign w:val="center"/>
            <w:hideMark/>
          </w:tcPr>
          <w:p w14:paraId="4F08E6E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1DD3500F" w14:textId="77777777" w:rsidTr="00841CFC">
        <w:trPr>
          <w:trHeight w:val="87"/>
        </w:trPr>
        <w:tc>
          <w:tcPr>
            <w:tcW w:w="898" w:type="pct"/>
            <w:tcBorders>
              <w:top w:val="nil"/>
              <w:left w:val="nil"/>
              <w:bottom w:val="nil"/>
              <w:right w:val="nil"/>
            </w:tcBorders>
            <w:shd w:val="clear" w:color="000000" w:fill="FFFFFF"/>
            <w:vAlign w:val="center"/>
            <w:hideMark/>
          </w:tcPr>
          <w:p w14:paraId="3E64519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299B4C4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848 (NA)</w:t>
            </w:r>
          </w:p>
        </w:tc>
        <w:tc>
          <w:tcPr>
            <w:tcW w:w="401" w:type="pct"/>
            <w:tcBorders>
              <w:top w:val="nil"/>
              <w:left w:val="nil"/>
              <w:bottom w:val="nil"/>
              <w:right w:val="nil"/>
            </w:tcBorders>
            <w:shd w:val="clear" w:color="000000" w:fill="F2F2F2"/>
            <w:vAlign w:val="center"/>
            <w:hideMark/>
          </w:tcPr>
          <w:p w14:paraId="45C8FBC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4A6FFAE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140 (NA)</w:t>
            </w:r>
          </w:p>
        </w:tc>
        <w:tc>
          <w:tcPr>
            <w:tcW w:w="754" w:type="pct"/>
            <w:tcBorders>
              <w:top w:val="nil"/>
              <w:left w:val="nil"/>
              <w:bottom w:val="nil"/>
              <w:right w:val="nil"/>
            </w:tcBorders>
            <w:shd w:val="clear" w:color="000000" w:fill="FFFFFF"/>
            <w:vAlign w:val="center"/>
            <w:hideMark/>
          </w:tcPr>
          <w:p w14:paraId="44F9423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 -</w:t>
            </w:r>
          </w:p>
        </w:tc>
        <w:tc>
          <w:tcPr>
            <w:tcW w:w="535" w:type="pct"/>
            <w:tcBorders>
              <w:top w:val="nil"/>
              <w:left w:val="nil"/>
              <w:bottom w:val="nil"/>
              <w:right w:val="nil"/>
            </w:tcBorders>
            <w:shd w:val="clear" w:color="000000" w:fill="F2F2F2"/>
            <w:vAlign w:val="center"/>
            <w:hideMark/>
          </w:tcPr>
          <w:p w14:paraId="296D16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76 (NA)</w:t>
            </w:r>
          </w:p>
        </w:tc>
        <w:tc>
          <w:tcPr>
            <w:tcW w:w="464" w:type="pct"/>
            <w:tcBorders>
              <w:top w:val="nil"/>
              <w:left w:val="nil"/>
              <w:bottom w:val="nil"/>
              <w:right w:val="nil"/>
            </w:tcBorders>
            <w:shd w:val="clear" w:color="000000" w:fill="F2F2F2"/>
            <w:vAlign w:val="center"/>
            <w:hideMark/>
          </w:tcPr>
          <w:p w14:paraId="58F9E93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067597E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 (NA)</w:t>
            </w:r>
          </w:p>
        </w:tc>
        <w:tc>
          <w:tcPr>
            <w:tcW w:w="462" w:type="pct"/>
            <w:tcBorders>
              <w:top w:val="nil"/>
              <w:left w:val="nil"/>
              <w:bottom w:val="nil"/>
              <w:right w:val="nil"/>
            </w:tcBorders>
            <w:shd w:val="clear" w:color="000000" w:fill="FFFFFF"/>
            <w:vAlign w:val="center"/>
            <w:hideMark/>
          </w:tcPr>
          <w:p w14:paraId="68519BC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0DF483BB" w14:textId="77777777" w:rsidTr="00841CFC">
        <w:trPr>
          <w:trHeight w:val="87"/>
        </w:trPr>
        <w:tc>
          <w:tcPr>
            <w:tcW w:w="898" w:type="pct"/>
            <w:tcBorders>
              <w:top w:val="nil"/>
              <w:left w:val="nil"/>
              <w:bottom w:val="nil"/>
              <w:right w:val="nil"/>
            </w:tcBorders>
            <w:shd w:val="clear" w:color="000000" w:fill="FFFFFF"/>
            <w:vAlign w:val="center"/>
            <w:hideMark/>
          </w:tcPr>
          <w:p w14:paraId="4EB30C97"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Venous thrombosis</w:t>
            </w:r>
            <w:r w:rsidRPr="00693325">
              <w:rPr>
                <w:rFonts w:ascii="Times New Roman" w:hAnsi="Times New Roman"/>
                <w:sz w:val="16"/>
                <w:szCs w:val="16"/>
                <w:lang w:val="fr-FR"/>
              </w:rPr>
              <w:t>, IR (95% CI)</w:t>
            </w:r>
          </w:p>
        </w:tc>
        <w:tc>
          <w:tcPr>
            <w:tcW w:w="562" w:type="pct"/>
            <w:tcBorders>
              <w:top w:val="nil"/>
              <w:left w:val="nil"/>
              <w:bottom w:val="nil"/>
              <w:right w:val="nil"/>
            </w:tcBorders>
            <w:shd w:val="clear" w:color="000000" w:fill="F2F2F2"/>
            <w:vAlign w:val="center"/>
            <w:hideMark/>
          </w:tcPr>
          <w:p w14:paraId="45F6DF1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437.13 (11.07; 2,435.51)</w:t>
            </w:r>
          </w:p>
        </w:tc>
        <w:tc>
          <w:tcPr>
            <w:tcW w:w="401" w:type="pct"/>
            <w:tcBorders>
              <w:top w:val="nil"/>
              <w:left w:val="nil"/>
              <w:bottom w:val="nil"/>
              <w:right w:val="nil"/>
            </w:tcBorders>
            <w:shd w:val="clear" w:color="000000" w:fill="F2F2F2"/>
            <w:vAlign w:val="center"/>
            <w:hideMark/>
          </w:tcPr>
          <w:p w14:paraId="2AD92DD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62.89)</w:t>
            </w:r>
          </w:p>
        </w:tc>
        <w:tc>
          <w:tcPr>
            <w:tcW w:w="460" w:type="pct"/>
            <w:tcBorders>
              <w:top w:val="nil"/>
              <w:left w:val="nil"/>
              <w:bottom w:val="nil"/>
              <w:right w:val="nil"/>
            </w:tcBorders>
            <w:shd w:val="clear" w:color="000000" w:fill="F2F2F2"/>
            <w:vAlign w:val="center"/>
            <w:hideMark/>
          </w:tcPr>
          <w:p w14:paraId="68C0DC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16.41 (0.42; 91.42)</w:t>
            </w:r>
          </w:p>
        </w:tc>
        <w:tc>
          <w:tcPr>
            <w:tcW w:w="754" w:type="pct"/>
            <w:tcBorders>
              <w:top w:val="nil"/>
              <w:left w:val="nil"/>
              <w:bottom w:val="nil"/>
              <w:right w:val="nil"/>
            </w:tcBorders>
            <w:shd w:val="clear" w:color="000000" w:fill="FFFFFF"/>
            <w:vAlign w:val="center"/>
            <w:hideMark/>
          </w:tcPr>
          <w:p w14:paraId="49D393C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54D96D5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171.56 (20.78; 619.74)</w:t>
            </w:r>
          </w:p>
        </w:tc>
        <w:tc>
          <w:tcPr>
            <w:tcW w:w="464" w:type="pct"/>
            <w:tcBorders>
              <w:top w:val="nil"/>
              <w:left w:val="nil"/>
              <w:bottom w:val="nil"/>
              <w:right w:val="nil"/>
            </w:tcBorders>
            <w:shd w:val="clear" w:color="000000" w:fill="F2F2F2"/>
            <w:vAlign w:val="center"/>
            <w:hideMark/>
          </w:tcPr>
          <w:p w14:paraId="3444B55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9.41)</w:t>
            </w:r>
          </w:p>
        </w:tc>
        <w:tc>
          <w:tcPr>
            <w:tcW w:w="464" w:type="pct"/>
            <w:tcBorders>
              <w:top w:val="nil"/>
              <w:left w:val="nil"/>
              <w:bottom w:val="nil"/>
              <w:right w:val="nil"/>
            </w:tcBorders>
            <w:shd w:val="clear" w:color="000000" w:fill="F2F2F2"/>
            <w:vAlign w:val="center"/>
            <w:hideMark/>
          </w:tcPr>
          <w:p w14:paraId="4AECB0E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4.95 (0.60; 17.89)</w:t>
            </w:r>
          </w:p>
        </w:tc>
        <w:tc>
          <w:tcPr>
            <w:tcW w:w="462" w:type="pct"/>
            <w:tcBorders>
              <w:top w:val="nil"/>
              <w:left w:val="nil"/>
              <w:bottom w:val="nil"/>
              <w:right w:val="nil"/>
            </w:tcBorders>
            <w:shd w:val="clear" w:color="000000" w:fill="FFFFFF"/>
            <w:vAlign w:val="center"/>
            <w:hideMark/>
          </w:tcPr>
          <w:p w14:paraId="754C5F6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68F61019" w14:textId="77777777" w:rsidTr="00841CFC">
        <w:trPr>
          <w:trHeight w:val="87"/>
        </w:trPr>
        <w:tc>
          <w:tcPr>
            <w:tcW w:w="898" w:type="pct"/>
            <w:tcBorders>
              <w:top w:val="nil"/>
              <w:left w:val="nil"/>
              <w:bottom w:val="nil"/>
              <w:right w:val="nil"/>
            </w:tcBorders>
            <w:shd w:val="clear" w:color="000000" w:fill="FFFFFF"/>
            <w:vAlign w:val="center"/>
            <w:hideMark/>
          </w:tcPr>
          <w:p w14:paraId="786E4EE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3AD6206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01" w:type="pct"/>
            <w:tcBorders>
              <w:top w:val="nil"/>
              <w:left w:val="nil"/>
              <w:bottom w:val="nil"/>
              <w:right w:val="nil"/>
            </w:tcBorders>
            <w:shd w:val="clear" w:color="000000" w:fill="F2F2F2"/>
            <w:vAlign w:val="center"/>
            <w:hideMark/>
          </w:tcPr>
          <w:p w14:paraId="43A5EEA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4FC1515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754" w:type="pct"/>
            <w:tcBorders>
              <w:top w:val="nil"/>
              <w:left w:val="nil"/>
              <w:bottom w:val="nil"/>
              <w:right w:val="nil"/>
            </w:tcBorders>
            <w:shd w:val="clear" w:color="000000" w:fill="FFFFFF"/>
            <w:vAlign w:val="center"/>
            <w:hideMark/>
          </w:tcPr>
          <w:p w14:paraId="465A33D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0D82E87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4" w:type="pct"/>
            <w:tcBorders>
              <w:top w:val="nil"/>
              <w:left w:val="nil"/>
              <w:bottom w:val="nil"/>
              <w:right w:val="nil"/>
            </w:tcBorders>
            <w:shd w:val="clear" w:color="000000" w:fill="F2F2F2"/>
            <w:vAlign w:val="center"/>
            <w:hideMark/>
          </w:tcPr>
          <w:p w14:paraId="721DDE2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EE0305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2" w:type="pct"/>
            <w:tcBorders>
              <w:top w:val="nil"/>
              <w:left w:val="nil"/>
              <w:bottom w:val="nil"/>
              <w:right w:val="nil"/>
            </w:tcBorders>
            <w:shd w:val="clear" w:color="000000" w:fill="FFFFFF"/>
            <w:vAlign w:val="center"/>
            <w:hideMark/>
          </w:tcPr>
          <w:p w14:paraId="79AC7AF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0778F9B8" w14:textId="77777777" w:rsidTr="00841CFC">
        <w:trPr>
          <w:trHeight w:val="87"/>
        </w:trPr>
        <w:tc>
          <w:tcPr>
            <w:tcW w:w="898" w:type="pct"/>
            <w:tcBorders>
              <w:top w:val="nil"/>
              <w:left w:val="nil"/>
              <w:right w:val="nil"/>
            </w:tcBorders>
            <w:shd w:val="clear" w:color="000000" w:fill="FFFFFF"/>
            <w:vAlign w:val="center"/>
            <w:hideMark/>
          </w:tcPr>
          <w:p w14:paraId="42D47C1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right w:val="nil"/>
            </w:tcBorders>
            <w:shd w:val="clear" w:color="000000" w:fill="F2F2F2"/>
            <w:vAlign w:val="center"/>
            <w:hideMark/>
          </w:tcPr>
          <w:p w14:paraId="6CA9D64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401" w:type="pct"/>
            <w:tcBorders>
              <w:top w:val="nil"/>
              <w:left w:val="nil"/>
              <w:right w:val="nil"/>
            </w:tcBorders>
            <w:shd w:val="clear" w:color="000000" w:fill="F2F2F2"/>
            <w:vAlign w:val="center"/>
            <w:hideMark/>
          </w:tcPr>
          <w:p w14:paraId="4A8F0E2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60" w:type="pct"/>
            <w:tcBorders>
              <w:top w:val="nil"/>
              <w:left w:val="nil"/>
              <w:right w:val="nil"/>
            </w:tcBorders>
            <w:shd w:val="clear" w:color="000000" w:fill="F2F2F2"/>
            <w:vAlign w:val="center"/>
            <w:hideMark/>
          </w:tcPr>
          <w:p w14:paraId="6D1FDC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754" w:type="pct"/>
            <w:tcBorders>
              <w:top w:val="nil"/>
              <w:left w:val="nil"/>
              <w:right w:val="nil"/>
            </w:tcBorders>
            <w:shd w:val="clear" w:color="000000" w:fill="FFFFFF"/>
            <w:vAlign w:val="center"/>
            <w:hideMark/>
          </w:tcPr>
          <w:p w14:paraId="7A4F29B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535" w:type="pct"/>
            <w:tcBorders>
              <w:top w:val="nil"/>
              <w:left w:val="nil"/>
              <w:right w:val="nil"/>
            </w:tcBorders>
            <w:shd w:val="clear" w:color="000000" w:fill="F2F2F2"/>
            <w:vAlign w:val="center"/>
            <w:hideMark/>
          </w:tcPr>
          <w:p w14:paraId="49FFB96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w:t>
            </w:r>
          </w:p>
        </w:tc>
        <w:tc>
          <w:tcPr>
            <w:tcW w:w="464" w:type="pct"/>
            <w:tcBorders>
              <w:top w:val="nil"/>
              <w:left w:val="nil"/>
              <w:right w:val="nil"/>
            </w:tcBorders>
            <w:shd w:val="clear" w:color="000000" w:fill="F2F2F2"/>
            <w:vAlign w:val="center"/>
            <w:hideMark/>
          </w:tcPr>
          <w:p w14:paraId="72797F1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right w:val="nil"/>
            </w:tcBorders>
            <w:shd w:val="clear" w:color="000000" w:fill="F2F2F2"/>
            <w:vAlign w:val="center"/>
            <w:hideMark/>
          </w:tcPr>
          <w:p w14:paraId="3A0E405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w:t>
            </w:r>
          </w:p>
        </w:tc>
        <w:tc>
          <w:tcPr>
            <w:tcW w:w="462" w:type="pct"/>
            <w:tcBorders>
              <w:top w:val="nil"/>
              <w:left w:val="nil"/>
              <w:right w:val="nil"/>
            </w:tcBorders>
            <w:shd w:val="clear" w:color="000000" w:fill="FFFFFF"/>
            <w:vAlign w:val="center"/>
            <w:hideMark/>
          </w:tcPr>
          <w:p w14:paraId="4FC65A0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578133C0" w14:textId="77777777" w:rsidTr="00841CFC">
        <w:trPr>
          <w:trHeight w:val="87"/>
        </w:trPr>
        <w:tc>
          <w:tcPr>
            <w:tcW w:w="898" w:type="pct"/>
            <w:tcBorders>
              <w:top w:val="nil"/>
              <w:left w:val="nil"/>
              <w:bottom w:val="single" w:sz="4" w:space="0" w:color="auto"/>
              <w:right w:val="nil"/>
            </w:tcBorders>
            <w:shd w:val="clear" w:color="000000" w:fill="FFFFFF"/>
            <w:vAlign w:val="center"/>
            <w:hideMark/>
          </w:tcPr>
          <w:p w14:paraId="4710B147"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single" w:sz="4" w:space="0" w:color="auto"/>
              <w:right w:val="nil"/>
            </w:tcBorders>
            <w:shd w:val="clear" w:color="000000" w:fill="F2F2F2"/>
            <w:vAlign w:val="center"/>
            <w:hideMark/>
          </w:tcPr>
          <w:p w14:paraId="666DDBC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82 (NA)</w:t>
            </w:r>
          </w:p>
        </w:tc>
        <w:tc>
          <w:tcPr>
            <w:tcW w:w="401" w:type="pct"/>
            <w:tcBorders>
              <w:top w:val="nil"/>
              <w:left w:val="nil"/>
              <w:bottom w:val="single" w:sz="4" w:space="0" w:color="auto"/>
              <w:right w:val="nil"/>
            </w:tcBorders>
            <w:shd w:val="clear" w:color="000000" w:fill="F2F2F2"/>
            <w:vAlign w:val="center"/>
            <w:hideMark/>
          </w:tcPr>
          <w:p w14:paraId="1F95BCE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single" w:sz="4" w:space="0" w:color="auto"/>
              <w:right w:val="nil"/>
            </w:tcBorders>
            <w:shd w:val="clear" w:color="000000" w:fill="F2F2F2"/>
            <w:vAlign w:val="center"/>
            <w:hideMark/>
          </w:tcPr>
          <w:p w14:paraId="4E7CF90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11,598 (NA)</w:t>
            </w:r>
          </w:p>
        </w:tc>
        <w:tc>
          <w:tcPr>
            <w:tcW w:w="754" w:type="pct"/>
            <w:tcBorders>
              <w:top w:val="nil"/>
              <w:left w:val="nil"/>
              <w:bottom w:val="single" w:sz="4" w:space="0" w:color="auto"/>
              <w:right w:val="nil"/>
            </w:tcBorders>
            <w:shd w:val="clear" w:color="000000" w:fill="FFFFFF"/>
            <w:vAlign w:val="center"/>
            <w:hideMark/>
          </w:tcPr>
          <w:p w14:paraId="2B6A7F3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single" w:sz="4" w:space="0" w:color="auto"/>
              <w:right w:val="nil"/>
            </w:tcBorders>
            <w:shd w:val="clear" w:color="000000" w:fill="F2F2F2"/>
            <w:vAlign w:val="center"/>
            <w:hideMark/>
          </w:tcPr>
          <w:p w14:paraId="2F9E927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97 (43)</w:t>
            </w:r>
          </w:p>
        </w:tc>
        <w:tc>
          <w:tcPr>
            <w:tcW w:w="464" w:type="pct"/>
            <w:tcBorders>
              <w:top w:val="nil"/>
              <w:left w:val="nil"/>
              <w:bottom w:val="single" w:sz="4" w:space="0" w:color="auto"/>
              <w:right w:val="nil"/>
            </w:tcBorders>
            <w:shd w:val="clear" w:color="000000" w:fill="F2F2F2"/>
            <w:vAlign w:val="center"/>
            <w:hideMark/>
          </w:tcPr>
          <w:p w14:paraId="71655E8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single" w:sz="4" w:space="0" w:color="auto"/>
              <w:right w:val="nil"/>
            </w:tcBorders>
            <w:shd w:val="clear" w:color="000000" w:fill="F2F2F2"/>
            <w:vAlign w:val="center"/>
            <w:hideMark/>
          </w:tcPr>
          <w:p w14:paraId="58E9556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 (3)</w:t>
            </w:r>
          </w:p>
        </w:tc>
        <w:tc>
          <w:tcPr>
            <w:tcW w:w="462" w:type="pct"/>
            <w:tcBorders>
              <w:top w:val="nil"/>
              <w:left w:val="nil"/>
              <w:bottom w:val="single" w:sz="4" w:space="0" w:color="auto"/>
              <w:right w:val="nil"/>
            </w:tcBorders>
            <w:shd w:val="clear" w:color="000000" w:fill="FFFFFF"/>
            <w:vAlign w:val="center"/>
            <w:hideMark/>
          </w:tcPr>
          <w:p w14:paraId="0A7F7A3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44FF0786" w14:textId="77777777" w:rsidTr="00841CFC">
        <w:trPr>
          <w:trHeight w:val="87"/>
        </w:trPr>
        <w:tc>
          <w:tcPr>
            <w:tcW w:w="898" w:type="pct"/>
            <w:tcBorders>
              <w:top w:val="single" w:sz="4" w:space="0" w:color="auto"/>
              <w:left w:val="nil"/>
              <w:bottom w:val="nil"/>
              <w:right w:val="nil"/>
            </w:tcBorders>
            <w:shd w:val="clear" w:color="000000" w:fill="FFFFFF"/>
            <w:vAlign w:val="center"/>
            <w:hideMark/>
          </w:tcPr>
          <w:p w14:paraId="12AB326E" w14:textId="77777777" w:rsidR="00726DBE" w:rsidRPr="00693325" w:rsidRDefault="00726DBE" w:rsidP="00841CFC">
            <w:pPr>
              <w:rPr>
                <w:rFonts w:ascii="Times New Roman" w:hAnsi="Times New Roman"/>
                <w:b/>
                <w:bCs/>
                <w:sz w:val="16"/>
                <w:szCs w:val="16"/>
              </w:rPr>
            </w:pPr>
            <w:r w:rsidRPr="00693325">
              <w:rPr>
                <w:rFonts w:ascii="Times New Roman" w:hAnsi="Times New Roman"/>
                <w:b/>
                <w:bCs/>
                <w:sz w:val="16"/>
                <w:szCs w:val="16"/>
              </w:rPr>
              <w:lastRenderedPageBreak/>
              <w:t xml:space="preserve">Dermatologic conditions, IR (95% CI) </w:t>
            </w:r>
          </w:p>
        </w:tc>
        <w:tc>
          <w:tcPr>
            <w:tcW w:w="562" w:type="pct"/>
            <w:tcBorders>
              <w:top w:val="single" w:sz="4" w:space="0" w:color="auto"/>
              <w:left w:val="nil"/>
              <w:bottom w:val="nil"/>
              <w:right w:val="nil"/>
            </w:tcBorders>
            <w:shd w:val="clear" w:color="000000" w:fill="F2F2F2"/>
            <w:vAlign w:val="center"/>
            <w:hideMark/>
          </w:tcPr>
          <w:p w14:paraId="4CBA6C1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449.51 (11.38; 2,504.49)</w:t>
            </w:r>
          </w:p>
        </w:tc>
        <w:tc>
          <w:tcPr>
            <w:tcW w:w="401" w:type="pct"/>
            <w:tcBorders>
              <w:top w:val="single" w:sz="4" w:space="0" w:color="auto"/>
              <w:left w:val="nil"/>
              <w:bottom w:val="nil"/>
              <w:right w:val="nil"/>
            </w:tcBorders>
            <w:shd w:val="clear" w:color="000000" w:fill="F2F2F2"/>
            <w:vAlign w:val="center"/>
            <w:hideMark/>
          </w:tcPr>
          <w:p w14:paraId="26D1AF2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79.81 (21.75; 204.35)</w:t>
            </w:r>
          </w:p>
        </w:tc>
        <w:tc>
          <w:tcPr>
            <w:tcW w:w="460" w:type="pct"/>
            <w:tcBorders>
              <w:top w:val="single" w:sz="4" w:space="0" w:color="auto"/>
              <w:left w:val="nil"/>
              <w:bottom w:val="nil"/>
              <w:right w:val="nil"/>
            </w:tcBorders>
            <w:shd w:val="clear" w:color="000000" w:fill="F2F2F2"/>
            <w:vAlign w:val="center"/>
            <w:hideMark/>
          </w:tcPr>
          <w:p w14:paraId="5539749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95.52 (31.02; 222.92)</w:t>
            </w:r>
          </w:p>
        </w:tc>
        <w:tc>
          <w:tcPr>
            <w:tcW w:w="754" w:type="pct"/>
            <w:tcBorders>
              <w:top w:val="single" w:sz="4" w:space="0" w:color="auto"/>
              <w:left w:val="nil"/>
              <w:bottom w:val="nil"/>
              <w:right w:val="nil"/>
            </w:tcBorders>
            <w:noWrap/>
            <w:vAlign w:val="center"/>
            <w:hideMark/>
          </w:tcPr>
          <w:p w14:paraId="183A7D4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93.17 (58.39; 141.06)</w:t>
            </w:r>
          </w:p>
        </w:tc>
        <w:tc>
          <w:tcPr>
            <w:tcW w:w="535" w:type="pct"/>
            <w:tcBorders>
              <w:top w:val="single" w:sz="4" w:space="0" w:color="auto"/>
              <w:left w:val="nil"/>
              <w:bottom w:val="nil"/>
              <w:right w:val="nil"/>
            </w:tcBorders>
            <w:shd w:val="clear" w:color="000000" w:fill="F2F2F2"/>
            <w:vAlign w:val="center"/>
            <w:hideMark/>
          </w:tcPr>
          <w:p w14:paraId="16E4DE0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185.19 (22.43; 668.95)</w:t>
            </w:r>
          </w:p>
        </w:tc>
        <w:tc>
          <w:tcPr>
            <w:tcW w:w="464" w:type="pct"/>
            <w:tcBorders>
              <w:top w:val="single" w:sz="4" w:space="0" w:color="auto"/>
              <w:left w:val="nil"/>
              <w:bottom w:val="nil"/>
              <w:right w:val="nil"/>
            </w:tcBorders>
            <w:shd w:val="clear" w:color="000000" w:fill="F2F2F2"/>
            <w:vAlign w:val="center"/>
            <w:hideMark/>
          </w:tcPr>
          <w:p w14:paraId="6526156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93.75 (59.43; 140.67)</w:t>
            </w:r>
          </w:p>
        </w:tc>
        <w:tc>
          <w:tcPr>
            <w:tcW w:w="464" w:type="pct"/>
            <w:tcBorders>
              <w:top w:val="single" w:sz="4" w:space="0" w:color="auto"/>
              <w:left w:val="nil"/>
              <w:bottom w:val="nil"/>
              <w:right w:val="nil"/>
            </w:tcBorders>
            <w:shd w:val="clear" w:color="000000" w:fill="F2F2F2"/>
            <w:vAlign w:val="center"/>
            <w:hideMark/>
          </w:tcPr>
          <w:p w14:paraId="010FAAA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97.61 (63.17; 144.09)</w:t>
            </w:r>
          </w:p>
        </w:tc>
        <w:tc>
          <w:tcPr>
            <w:tcW w:w="462" w:type="pct"/>
            <w:tcBorders>
              <w:top w:val="single" w:sz="4" w:space="0" w:color="auto"/>
              <w:left w:val="nil"/>
              <w:bottom w:val="nil"/>
              <w:right w:val="nil"/>
            </w:tcBorders>
            <w:shd w:val="clear" w:color="000000" w:fill="FFFFFF"/>
            <w:vAlign w:val="center"/>
            <w:hideMark/>
          </w:tcPr>
          <w:p w14:paraId="5112457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70.96 (55.81; 88.94)</w:t>
            </w:r>
          </w:p>
        </w:tc>
      </w:tr>
      <w:tr w:rsidR="00726DBE" w:rsidRPr="00693325" w14:paraId="796EDA9C" w14:textId="77777777" w:rsidTr="00841CFC">
        <w:trPr>
          <w:trHeight w:val="87"/>
        </w:trPr>
        <w:tc>
          <w:tcPr>
            <w:tcW w:w="898" w:type="pct"/>
            <w:tcBorders>
              <w:top w:val="nil"/>
              <w:left w:val="nil"/>
              <w:bottom w:val="nil"/>
              <w:right w:val="nil"/>
            </w:tcBorders>
            <w:shd w:val="clear" w:color="000000" w:fill="FFFFFF"/>
            <w:vAlign w:val="center"/>
            <w:hideMark/>
          </w:tcPr>
          <w:p w14:paraId="06D06E35"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0520A88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01" w:type="pct"/>
            <w:tcBorders>
              <w:top w:val="nil"/>
              <w:left w:val="nil"/>
              <w:bottom w:val="nil"/>
              <w:right w:val="nil"/>
            </w:tcBorders>
            <w:shd w:val="clear" w:color="000000" w:fill="F2F2F2"/>
            <w:vAlign w:val="center"/>
            <w:hideMark/>
          </w:tcPr>
          <w:p w14:paraId="50EDB1C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0" w:type="pct"/>
            <w:tcBorders>
              <w:top w:val="nil"/>
              <w:left w:val="nil"/>
              <w:bottom w:val="nil"/>
              <w:right w:val="nil"/>
            </w:tcBorders>
            <w:shd w:val="clear" w:color="000000" w:fill="F2F2F2"/>
            <w:vAlign w:val="center"/>
            <w:hideMark/>
          </w:tcPr>
          <w:p w14:paraId="49CB349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w:t>
            </w:r>
          </w:p>
        </w:tc>
        <w:tc>
          <w:tcPr>
            <w:tcW w:w="754" w:type="pct"/>
            <w:tcBorders>
              <w:top w:val="nil"/>
              <w:left w:val="nil"/>
              <w:bottom w:val="nil"/>
              <w:right w:val="nil"/>
            </w:tcBorders>
            <w:noWrap/>
            <w:vAlign w:val="center"/>
            <w:hideMark/>
          </w:tcPr>
          <w:p w14:paraId="13ACFE9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22</w:t>
            </w:r>
          </w:p>
        </w:tc>
        <w:tc>
          <w:tcPr>
            <w:tcW w:w="535" w:type="pct"/>
            <w:tcBorders>
              <w:top w:val="nil"/>
              <w:left w:val="nil"/>
              <w:bottom w:val="nil"/>
              <w:right w:val="nil"/>
            </w:tcBorders>
            <w:shd w:val="clear" w:color="000000" w:fill="F2F2F2"/>
            <w:vAlign w:val="center"/>
            <w:hideMark/>
          </w:tcPr>
          <w:p w14:paraId="6EAEAA4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4" w:type="pct"/>
            <w:tcBorders>
              <w:top w:val="nil"/>
              <w:left w:val="nil"/>
              <w:bottom w:val="nil"/>
              <w:right w:val="nil"/>
            </w:tcBorders>
            <w:shd w:val="clear" w:color="000000" w:fill="F2F2F2"/>
            <w:vAlign w:val="center"/>
            <w:hideMark/>
          </w:tcPr>
          <w:p w14:paraId="3DC69EE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w:t>
            </w:r>
          </w:p>
        </w:tc>
        <w:tc>
          <w:tcPr>
            <w:tcW w:w="464" w:type="pct"/>
            <w:tcBorders>
              <w:top w:val="nil"/>
              <w:left w:val="nil"/>
              <w:bottom w:val="nil"/>
              <w:right w:val="nil"/>
            </w:tcBorders>
            <w:shd w:val="clear" w:color="000000" w:fill="F2F2F2"/>
            <w:vAlign w:val="center"/>
            <w:hideMark/>
          </w:tcPr>
          <w:p w14:paraId="07CB311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w:t>
            </w:r>
          </w:p>
        </w:tc>
        <w:tc>
          <w:tcPr>
            <w:tcW w:w="462" w:type="pct"/>
            <w:tcBorders>
              <w:top w:val="nil"/>
              <w:left w:val="nil"/>
              <w:bottom w:val="nil"/>
              <w:right w:val="nil"/>
            </w:tcBorders>
            <w:shd w:val="clear" w:color="000000" w:fill="FFFFFF"/>
            <w:vAlign w:val="center"/>
            <w:hideMark/>
          </w:tcPr>
          <w:p w14:paraId="19269D5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75</w:t>
            </w:r>
          </w:p>
        </w:tc>
      </w:tr>
      <w:tr w:rsidR="00726DBE" w:rsidRPr="00693325" w14:paraId="6585BC21" w14:textId="77777777" w:rsidTr="00841CFC">
        <w:trPr>
          <w:trHeight w:val="87"/>
        </w:trPr>
        <w:tc>
          <w:tcPr>
            <w:tcW w:w="898" w:type="pct"/>
            <w:tcBorders>
              <w:top w:val="nil"/>
              <w:left w:val="nil"/>
              <w:bottom w:val="nil"/>
              <w:right w:val="nil"/>
            </w:tcBorders>
            <w:shd w:val="clear" w:color="000000" w:fill="FFFFFF"/>
            <w:vAlign w:val="center"/>
            <w:hideMark/>
          </w:tcPr>
          <w:p w14:paraId="2CC581DE"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3013EA6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401" w:type="pct"/>
            <w:tcBorders>
              <w:top w:val="nil"/>
              <w:left w:val="nil"/>
              <w:bottom w:val="nil"/>
              <w:right w:val="nil"/>
            </w:tcBorders>
            <w:shd w:val="clear" w:color="000000" w:fill="F2F2F2"/>
            <w:vAlign w:val="center"/>
            <w:hideMark/>
          </w:tcPr>
          <w:p w14:paraId="0714599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21.05</w:t>
            </w:r>
          </w:p>
        </w:tc>
        <w:tc>
          <w:tcPr>
            <w:tcW w:w="460" w:type="pct"/>
            <w:tcBorders>
              <w:top w:val="nil"/>
              <w:left w:val="nil"/>
              <w:bottom w:val="nil"/>
              <w:right w:val="nil"/>
            </w:tcBorders>
            <w:shd w:val="clear" w:color="000000" w:fill="F2F2F2"/>
            <w:vAlign w:val="center"/>
            <w:hideMark/>
          </w:tcPr>
          <w:p w14:paraId="32BCFBF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23.81</w:t>
            </w:r>
          </w:p>
        </w:tc>
        <w:tc>
          <w:tcPr>
            <w:tcW w:w="754" w:type="pct"/>
            <w:tcBorders>
              <w:top w:val="nil"/>
              <w:left w:val="nil"/>
              <w:bottom w:val="nil"/>
              <w:right w:val="nil"/>
            </w:tcBorders>
            <w:noWrap/>
            <w:vAlign w:val="center"/>
            <w:hideMark/>
          </w:tcPr>
          <w:p w14:paraId="171A5ED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20.95</w:t>
            </w:r>
          </w:p>
        </w:tc>
        <w:tc>
          <w:tcPr>
            <w:tcW w:w="535" w:type="pct"/>
            <w:tcBorders>
              <w:top w:val="nil"/>
              <w:left w:val="nil"/>
              <w:bottom w:val="nil"/>
              <w:right w:val="nil"/>
            </w:tcBorders>
            <w:shd w:val="clear" w:color="000000" w:fill="F2F2F2"/>
            <w:vAlign w:val="center"/>
            <w:hideMark/>
          </w:tcPr>
          <w:p w14:paraId="69B41A9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1.90</w:t>
            </w:r>
          </w:p>
        </w:tc>
        <w:tc>
          <w:tcPr>
            <w:tcW w:w="464" w:type="pct"/>
            <w:tcBorders>
              <w:top w:val="nil"/>
              <w:left w:val="nil"/>
              <w:bottom w:val="nil"/>
              <w:right w:val="nil"/>
            </w:tcBorders>
            <w:shd w:val="clear" w:color="000000" w:fill="F2F2F2"/>
            <w:vAlign w:val="center"/>
            <w:hideMark/>
          </w:tcPr>
          <w:p w14:paraId="3D6DFD0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23.71</w:t>
            </w:r>
          </w:p>
        </w:tc>
        <w:tc>
          <w:tcPr>
            <w:tcW w:w="464" w:type="pct"/>
            <w:tcBorders>
              <w:top w:val="nil"/>
              <w:left w:val="nil"/>
              <w:bottom w:val="nil"/>
              <w:right w:val="nil"/>
            </w:tcBorders>
            <w:shd w:val="clear" w:color="000000" w:fill="F2F2F2"/>
            <w:vAlign w:val="center"/>
            <w:hideMark/>
          </w:tcPr>
          <w:p w14:paraId="3F92043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23.81</w:t>
            </w:r>
          </w:p>
        </w:tc>
        <w:tc>
          <w:tcPr>
            <w:tcW w:w="462" w:type="pct"/>
            <w:tcBorders>
              <w:top w:val="nil"/>
              <w:left w:val="nil"/>
              <w:bottom w:val="nil"/>
              <w:right w:val="nil"/>
            </w:tcBorders>
            <w:shd w:val="clear" w:color="000000" w:fill="FFFFFF"/>
            <w:vAlign w:val="center"/>
            <w:hideMark/>
          </w:tcPr>
          <w:p w14:paraId="5FB95F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13.04</w:t>
            </w:r>
          </w:p>
        </w:tc>
      </w:tr>
      <w:tr w:rsidR="00726DBE" w:rsidRPr="00693325" w14:paraId="3860D2B8" w14:textId="77777777" w:rsidTr="00841CFC">
        <w:trPr>
          <w:trHeight w:val="87"/>
        </w:trPr>
        <w:tc>
          <w:tcPr>
            <w:tcW w:w="898" w:type="pct"/>
            <w:tcBorders>
              <w:top w:val="nil"/>
              <w:left w:val="nil"/>
              <w:bottom w:val="nil"/>
              <w:right w:val="nil"/>
            </w:tcBorders>
            <w:shd w:val="clear" w:color="000000" w:fill="FFFFFF"/>
            <w:vAlign w:val="center"/>
            <w:hideMark/>
          </w:tcPr>
          <w:p w14:paraId="568F3C51"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5009D2B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192 (NA)</w:t>
            </w:r>
          </w:p>
        </w:tc>
        <w:tc>
          <w:tcPr>
            <w:tcW w:w="401" w:type="pct"/>
            <w:tcBorders>
              <w:top w:val="nil"/>
              <w:left w:val="nil"/>
              <w:bottom w:val="nil"/>
              <w:right w:val="nil"/>
            </w:tcBorders>
            <w:shd w:val="clear" w:color="000000" w:fill="F2F2F2"/>
            <w:vAlign w:val="center"/>
            <w:hideMark/>
          </w:tcPr>
          <w:p w14:paraId="23E5371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27 (49)</w:t>
            </w:r>
          </w:p>
        </w:tc>
        <w:tc>
          <w:tcPr>
            <w:tcW w:w="460" w:type="pct"/>
            <w:tcBorders>
              <w:top w:val="nil"/>
              <w:left w:val="nil"/>
              <w:bottom w:val="nil"/>
              <w:right w:val="nil"/>
            </w:tcBorders>
            <w:shd w:val="clear" w:color="000000" w:fill="F2F2F2"/>
            <w:vAlign w:val="center"/>
            <w:hideMark/>
          </w:tcPr>
          <w:p w14:paraId="2B7EE57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 (18)</w:t>
            </w:r>
          </w:p>
        </w:tc>
        <w:tc>
          <w:tcPr>
            <w:tcW w:w="754" w:type="pct"/>
            <w:tcBorders>
              <w:top w:val="nil"/>
              <w:left w:val="nil"/>
              <w:bottom w:val="nil"/>
              <w:right w:val="nil"/>
            </w:tcBorders>
            <w:shd w:val="clear" w:color="000000" w:fill="FFFFFF"/>
            <w:vAlign w:val="center"/>
            <w:hideMark/>
          </w:tcPr>
          <w:p w14:paraId="3E36C37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 (20)</w:t>
            </w:r>
          </w:p>
        </w:tc>
        <w:tc>
          <w:tcPr>
            <w:tcW w:w="535" w:type="pct"/>
            <w:tcBorders>
              <w:top w:val="nil"/>
              <w:left w:val="nil"/>
              <w:bottom w:val="nil"/>
              <w:right w:val="nil"/>
            </w:tcBorders>
            <w:shd w:val="clear" w:color="000000" w:fill="F2F2F2"/>
            <w:vAlign w:val="center"/>
            <w:hideMark/>
          </w:tcPr>
          <w:p w14:paraId="55F5FBB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 (33)</w:t>
            </w:r>
          </w:p>
        </w:tc>
        <w:tc>
          <w:tcPr>
            <w:tcW w:w="464" w:type="pct"/>
            <w:tcBorders>
              <w:top w:val="nil"/>
              <w:left w:val="nil"/>
              <w:bottom w:val="nil"/>
              <w:right w:val="nil"/>
            </w:tcBorders>
            <w:shd w:val="clear" w:color="000000" w:fill="F2F2F2"/>
            <w:vAlign w:val="center"/>
            <w:hideMark/>
          </w:tcPr>
          <w:p w14:paraId="58C6272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(3)</w:t>
            </w:r>
          </w:p>
        </w:tc>
        <w:tc>
          <w:tcPr>
            <w:tcW w:w="464" w:type="pct"/>
            <w:tcBorders>
              <w:top w:val="nil"/>
              <w:left w:val="nil"/>
              <w:bottom w:val="nil"/>
              <w:right w:val="nil"/>
            </w:tcBorders>
            <w:shd w:val="clear" w:color="000000" w:fill="F2F2F2"/>
            <w:vAlign w:val="center"/>
            <w:hideMark/>
          </w:tcPr>
          <w:p w14:paraId="44D9835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(3)</w:t>
            </w:r>
          </w:p>
        </w:tc>
        <w:tc>
          <w:tcPr>
            <w:tcW w:w="462" w:type="pct"/>
            <w:tcBorders>
              <w:top w:val="nil"/>
              <w:left w:val="nil"/>
              <w:bottom w:val="nil"/>
              <w:right w:val="nil"/>
            </w:tcBorders>
            <w:shd w:val="clear" w:color="000000" w:fill="FFFFFF"/>
            <w:vAlign w:val="center"/>
            <w:hideMark/>
          </w:tcPr>
          <w:p w14:paraId="6790C84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 (10)</w:t>
            </w:r>
          </w:p>
        </w:tc>
      </w:tr>
      <w:tr w:rsidR="00726DBE" w:rsidRPr="00693325" w14:paraId="7B2CD734" w14:textId="77777777" w:rsidTr="00841CFC">
        <w:trPr>
          <w:trHeight w:val="87"/>
        </w:trPr>
        <w:tc>
          <w:tcPr>
            <w:tcW w:w="898" w:type="pct"/>
            <w:tcBorders>
              <w:top w:val="nil"/>
              <w:left w:val="nil"/>
              <w:bottom w:val="nil"/>
              <w:right w:val="nil"/>
            </w:tcBorders>
            <w:shd w:val="clear" w:color="000000" w:fill="FFFFFF"/>
            <w:vAlign w:val="center"/>
            <w:hideMark/>
          </w:tcPr>
          <w:p w14:paraId="75809EC7"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Dermatitis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6258328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449.51 (11.38; 2,504.49)</w:t>
            </w:r>
          </w:p>
        </w:tc>
        <w:tc>
          <w:tcPr>
            <w:tcW w:w="401" w:type="pct"/>
            <w:tcBorders>
              <w:top w:val="nil"/>
              <w:left w:val="nil"/>
              <w:bottom w:val="nil"/>
              <w:right w:val="nil"/>
            </w:tcBorders>
            <w:shd w:val="clear" w:color="000000" w:fill="F2F2F2"/>
            <w:vAlign w:val="center"/>
            <w:hideMark/>
          </w:tcPr>
          <w:p w14:paraId="6C963C3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59.77 (12.33; 174.69)</w:t>
            </w:r>
          </w:p>
        </w:tc>
        <w:tc>
          <w:tcPr>
            <w:tcW w:w="460" w:type="pct"/>
            <w:tcBorders>
              <w:top w:val="nil"/>
              <w:left w:val="nil"/>
              <w:bottom w:val="nil"/>
              <w:right w:val="nil"/>
            </w:tcBorders>
            <w:shd w:val="clear" w:color="000000" w:fill="F2F2F2"/>
            <w:vAlign w:val="center"/>
            <w:hideMark/>
          </w:tcPr>
          <w:p w14:paraId="5A91743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76.32 (20.79; 195.40)</w:t>
            </w:r>
          </w:p>
        </w:tc>
        <w:tc>
          <w:tcPr>
            <w:tcW w:w="754" w:type="pct"/>
            <w:tcBorders>
              <w:top w:val="nil"/>
              <w:left w:val="nil"/>
              <w:bottom w:val="nil"/>
              <w:right w:val="nil"/>
            </w:tcBorders>
            <w:shd w:val="clear" w:color="000000" w:fill="FFFFFF"/>
            <w:vAlign w:val="center"/>
            <w:hideMark/>
          </w:tcPr>
          <w:p w14:paraId="1923E7E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93.17 (58.39; 141.06)</w:t>
            </w:r>
          </w:p>
        </w:tc>
        <w:tc>
          <w:tcPr>
            <w:tcW w:w="535" w:type="pct"/>
            <w:tcBorders>
              <w:top w:val="nil"/>
              <w:left w:val="nil"/>
              <w:bottom w:val="nil"/>
              <w:right w:val="nil"/>
            </w:tcBorders>
            <w:shd w:val="clear" w:color="000000" w:fill="F2F2F2"/>
            <w:vAlign w:val="center"/>
            <w:hideMark/>
          </w:tcPr>
          <w:p w14:paraId="118449C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185.19 (22.43; 668.95)</w:t>
            </w:r>
          </w:p>
        </w:tc>
        <w:tc>
          <w:tcPr>
            <w:tcW w:w="464" w:type="pct"/>
            <w:tcBorders>
              <w:top w:val="nil"/>
              <w:left w:val="nil"/>
              <w:bottom w:val="nil"/>
              <w:right w:val="nil"/>
            </w:tcBorders>
            <w:shd w:val="clear" w:color="000000" w:fill="F2F2F2"/>
            <w:vAlign w:val="center"/>
            <w:hideMark/>
          </w:tcPr>
          <w:p w14:paraId="1B10493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83.63 (51.77; 127.84)</w:t>
            </w:r>
          </w:p>
        </w:tc>
        <w:tc>
          <w:tcPr>
            <w:tcW w:w="464" w:type="pct"/>
            <w:tcBorders>
              <w:top w:val="nil"/>
              <w:left w:val="nil"/>
              <w:bottom w:val="nil"/>
              <w:right w:val="nil"/>
            </w:tcBorders>
            <w:shd w:val="clear" w:color="000000" w:fill="F2F2F2"/>
            <w:vAlign w:val="center"/>
            <w:hideMark/>
          </w:tcPr>
          <w:p w14:paraId="5AD5939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87.82 (55.67; 131.77)</w:t>
            </w:r>
          </w:p>
        </w:tc>
        <w:tc>
          <w:tcPr>
            <w:tcW w:w="462" w:type="pct"/>
            <w:tcBorders>
              <w:top w:val="nil"/>
              <w:left w:val="nil"/>
              <w:bottom w:val="nil"/>
              <w:right w:val="nil"/>
            </w:tcBorders>
            <w:shd w:val="clear" w:color="000000" w:fill="FFFFFF"/>
            <w:vAlign w:val="center"/>
            <w:hideMark/>
          </w:tcPr>
          <w:p w14:paraId="4E8C65D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69.69 (54.72; 87.49)</w:t>
            </w:r>
          </w:p>
        </w:tc>
      </w:tr>
      <w:tr w:rsidR="00726DBE" w:rsidRPr="00693325" w14:paraId="00E4B6C6" w14:textId="77777777" w:rsidTr="00841CFC">
        <w:trPr>
          <w:trHeight w:val="87"/>
        </w:trPr>
        <w:tc>
          <w:tcPr>
            <w:tcW w:w="898" w:type="pct"/>
            <w:tcBorders>
              <w:top w:val="nil"/>
              <w:left w:val="nil"/>
              <w:bottom w:val="nil"/>
              <w:right w:val="nil"/>
            </w:tcBorders>
            <w:shd w:val="clear" w:color="000000" w:fill="FFFFFF"/>
            <w:vAlign w:val="center"/>
            <w:hideMark/>
          </w:tcPr>
          <w:p w14:paraId="0248D2C4"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3ECA59D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01" w:type="pct"/>
            <w:tcBorders>
              <w:top w:val="nil"/>
              <w:left w:val="nil"/>
              <w:bottom w:val="nil"/>
              <w:right w:val="nil"/>
            </w:tcBorders>
            <w:shd w:val="clear" w:color="000000" w:fill="F2F2F2"/>
            <w:vAlign w:val="center"/>
            <w:hideMark/>
          </w:tcPr>
          <w:p w14:paraId="73E515C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60" w:type="pct"/>
            <w:tcBorders>
              <w:top w:val="nil"/>
              <w:left w:val="nil"/>
              <w:bottom w:val="nil"/>
              <w:right w:val="nil"/>
            </w:tcBorders>
            <w:shd w:val="clear" w:color="000000" w:fill="F2F2F2"/>
            <w:vAlign w:val="center"/>
            <w:hideMark/>
          </w:tcPr>
          <w:p w14:paraId="368226A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754" w:type="pct"/>
            <w:tcBorders>
              <w:top w:val="nil"/>
              <w:left w:val="nil"/>
              <w:bottom w:val="nil"/>
              <w:right w:val="nil"/>
            </w:tcBorders>
            <w:shd w:val="clear" w:color="000000" w:fill="FFFFFF"/>
            <w:vAlign w:val="center"/>
            <w:hideMark/>
          </w:tcPr>
          <w:p w14:paraId="3A118BB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22</w:t>
            </w:r>
          </w:p>
        </w:tc>
        <w:tc>
          <w:tcPr>
            <w:tcW w:w="535" w:type="pct"/>
            <w:tcBorders>
              <w:top w:val="nil"/>
              <w:left w:val="nil"/>
              <w:bottom w:val="nil"/>
              <w:right w:val="nil"/>
            </w:tcBorders>
            <w:shd w:val="clear" w:color="000000" w:fill="F2F2F2"/>
            <w:vAlign w:val="center"/>
            <w:hideMark/>
          </w:tcPr>
          <w:p w14:paraId="4E2ABEE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4" w:type="pct"/>
            <w:tcBorders>
              <w:top w:val="nil"/>
              <w:left w:val="nil"/>
              <w:bottom w:val="nil"/>
              <w:right w:val="nil"/>
            </w:tcBorders>
            <w:shd w:val="clear" w:color="000000" w:fill="F2F2F2"/>
            <w:vAlign w:val="center"/>
            <w:hideMark/>
          </w:tcPr>
          <w:p w14:paraId="58EA9DA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21</w:t>
            </w:r>
          </w:p>
        </w:tc>
        <w:tc>
          <w:tcPr>
            <w:tcW w:w="464" w:type="pct"/>
            <w:tcBorders>
              <w:top w:val="nil"/>
              <w:left w:val="nil"/>
              <w:bottom w:val="nil"/>
              <w:right w:val="nil"/>
            </w:tcBorders>
            <w:shd w:val="clear" w:color="000000" w:fill="F2F2F2"/>
            <w:vAlign w:val="center"/>
            <w:hideMark/>
          </w:tcPr>
          <w:p w14:paraId="3BAFD60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w:t>
            </w:r>
          </w:p>
        </w:tc>
        <w:tc>
          <w:tcPr>
            <w:tcW w:w="462" w:type="pct"/>
            <w:tcBorders>
              <w:top w:val="nil"/>
              <w:left w:val="nil"/>
              <w:bottom w:val="nil"/>
              <w:right w:val="nil"/>
            </w:tcBorders>
            <w:shd w:val="clear" w:color="000000" w:fill="FFFFFF"/>
            <w:vAlign w:val="center"/>
            <w:hideMark/>
          </w:tcPr>
          <w:p w14:paraId="63B3B99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74</w:t>
            </w:r>
          </w:p>
        </w:tc>
      </w:tr>
      <w:tr w:rsidR="00726DBE" w:rsidRPr="00693325" w14:paraId="67173E83" w14:textId="77777777" w:rsidTr="00841CFC">
        <w:trPr>
          <w:trHeight w:val="87"/>
        </w:trPr>
        <w:tc>
          <w:tcPr>
            <w:tcW w:w="898" w:type="pct"/>
            <w:tcBorders>
              <w:top w:val="nil"/>
              <w:left w:val="nil"/>
              <w:bottom w:val="nil"/>
              <w:right w:val="nil"/>
            </w:tcBorders>
            <w:shd w:val="clear" w:color="000000" w:fill="FFFFFF"/>
            <w:vAlign w:val="center"/>
            <w:hideMark/>
          </w:tcPr>
          <w:p w14:paraId="61446B45"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18D42FC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401" w:type="pct"/>
            <w:tcBorders>
              <w:top w:val="nil"/>
              <w:left w:val="nil"/>
              <w:bottom w:val="nil"/>
              <w:right w:val="nil"/>
            </w:tcBorders>
            <w:shd w:val="clear" w:color="000000" w:fill="F2F2F2"/>
            <w:vAlign w:val="center"/>
            <w:hideMark/>
          </w:tcPr>
          <w:p w14:paraId="1F38BD7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15.79</w:t>
            </w:r>
          </w:p>
        </w:tc>
        <w:tc>
          <w:tcPr>
            <w:tcW w:w="460" w:type="pct"/>
            <w:tcBorders>
              <w:top w:val="nil"/>
              <w:left w:val="nil"/>
              <w:bottom w:val="nil"/>
              <w:right w:val="nil"/>
            </w:tcBorders>
            <w:shd w:val="clear" w:color="000000" w:fill="F2F2F2"/>
            <w:vAlign w:val="center"/>
            <w:hideMark/>
          </w:tcPr>
          <w:p w14:paraId="5EC8E9C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19.05</w:t>
            </w:r>
          </w:p>
        </w:tc>
        <w:tc>
          <w:tcPr>
            <w:tcW w:w="754" w:type="pct"/>
            <w:tcBorders>
              <w:top w:val="nil"/>
              <w:left w:val="nil"/>
              <w:bottom w:val="nil"/>
              <w:right w:val="nil"/>
            </w:tcBorders>
            <w:shd w:val="clear" w:color="000000" w:fill="FFFFFF"/>
            <w:vAlign w:val="center"/>
            <w:hideMark/>
          </w:tcPr>
          <w:p w14:paraId="5CBD3A9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20.95</w:t>
            </w:r>
          </w:p>
        </w:tc>
        <w:tc>
          <w:tcPr>
            <w:tcW w:w="535" w:type="pct"/>
            <w:tcBorders>
              <w:top w:val="nil"/>
              <w:left w:val="nil"/>
              <w:bottom w:val="nil"/>
              <w:right w:val="nil"/>
            </w:tcBorders>
            <w:shd w:val="clear" w:color="000000" w:fill="F2F2F2"/>
            <w:vAlign w:val="center"/>
            <w:hideMark/>
          </w:tcPr>
          <w:p w14:paraId="627D1DF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1.90</w:t>
            </w:r>
          </w:p>
        </w:tc>
        <w:tc>
          <w:tcPr>
            <w:tcW w:w="464" w:type="pct"/>
            <w:tcBorders>
              <w:top w:val="nil"/>
              <w:left w:val="nil"/>
              <w:bottom w:val="nil"/>
              <w:right w:val="nil"/>
            </w:tcBorders>
            <w:shd w:val="clear" w:color="000000" w:fill="F2F2F2"/>
            <w:vAlign w:val="center"/>
            <w:hideMark/>
          </w:tcPr>
          <w:p w14:paraId="74F2D97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21.65</w:t>
            </w:r>
          </w:p>
        </w:tc>
        <w:tc>
          <w:tcPr>
            <w:tcW w:w="464" w:type="pct"/>
            <w:tcBorders>
              <w:top w:val="nil"/>
              <w:left w:val="nil"/>
              <w:bottom w:val="nil"/>
              <w:right w:val="nil"/>
            </w:tcBorders>
            <w:shd w:val="clear" w:color="000000" w:fill="F2F2F2"/>
            <w:vAlign w:val="center"/>
            <w:hideMark/>
          </w:tcPr>
          <w:p w14:paraId="238E143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21.90</w:t>
            </w:r>
          </w:p>
        </w:tc>
        <w:tc>
          <w:tcPr>
            <w:tcW w:w="462" w:type="pct"/>
            <w:tcBorders>
              <w:top w:val="nil"/>
              <w:left w:val="nil"/>
              <w:bottom w:val="nil"/>
              <w:right w:val="nil"/>
            </w:tcBorders>
            <w:shd w:val="clear" w:color="000000" w:fill="FFFFFF"/>
            <w:vAlign w:val="center"/>
            <w:hideMark/>
          </w:tcPr>
          <w:p w14:paraId="1CAAFF7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12.87</w:t>
            </w:r>
          </w:p>
        </w:tc>
      </w:tr>
      <w:tr w:rsidR="00726DBE" w:rsidRPr="00693325" w14:paraId="74E67520" w14:textId="77777777" w:rsidTr="00841CFC">
        <w:trPr>
          <w:trHeight w:val="87"/>
        </w:trPr>
        <w:tc>
          <w:tcPr>
            <w:tcW w:w="898" w:type="pct"/>
            <w:tcBorders>
              <w:top w:val="nil"/>
              <w:left w:val="nil"/>
              <w:bottom w:val="nil"/>
              <w:right w:val="nil"/>
            </w:tcBorders>
            <w:shd w:val="clear" w:color="000000" w:fill="FFFFFF"/>
            <w:vAlign w:val="center"/>
            <w:hideMark/>
          </w:tcPr>
          <w:p w14:paraId="01C60FF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265F51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192 (NA)</w:t>
            </w:r>
          </w:p>
        </w:tc>
        <w:tc>
          <w:tcPr>
            <w:tcW w:w="401" w:type="pct"/>
            <w:tcBorders>
              <w:top w:val="nil"/>
              <w:left w:val="nil"/>
              <w:bottom w:val="nil"/>
              <w:right w:val="nil"/>
            </w:tcBorders>
            <w:shd w:val="clear" w:color="000000" w:fill="F2F2F2"/>
            <w:vAlign w:val="center"/>
            <w:hideMark/>
          </w:tcPr>
          <w:p w14:paraId="31C8210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(3)</w:t>
            </w:r>
          </w:p>
        </w:tc>
        <w:tc>
          <w:tcPr>
            <w:tcW w:w="460" w:type="pct"/>
            <w:tcBorders>
              <w:top w:val="nil"/>
              <w:left w:val="nil"/>
              <w:bottom w:val="nil"/>
              <w:right w:val="nil"/>
            </w:tcBorders>
            <w:shd w:val="clear" w:color="000000" w:fill="F2F2F2"/>
            <w:vAlign w:val="center"/>
            <w:hideMark/>
          </w:tcPr>
          <w:p w14:paraId="65A8111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 (15)</w:t>
            </w:r>
          </w:p>
        </w:tc>
        <w:tc>
          <w:tcPr>
            <w:tcW w:w="754" w:type="pct"/>
            <w:tcBorders>
              <w:top w:val="nil"/>
              <w:left w:val="nil"/>
              <w:bottom w:val="nil"/>
              <w:right w:val="nil"/>
            </w:tcBorders>
            <w:shd w:val="clear" w:color="000000" w:fill="FFFFFF"/>
            <w:vAlign w:val="center"/>
            <w:hideMark/>
          </w:tcPr>
          <w:p w14:paraId="7BA469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 (20)</w:t>
            </w:r>
          </w:p>
        </w:tc>
        <w:tc>
          <w:tcPr>
            <w:tcW w:w="535" w:type="pct"/>
            <w:tcBorders>
              <w:top w:val="nil"/>
              <w:left w:val="nil"/>
              <w:bottom w:val="nil"/>
              <w:right w:val="nil"/>
            </w:tcBorders>
            <w:shd w:val="clear" w:color="000000" w:fill="F2F2F2"/>
            <w:vAlign w:val="center"/>
            <w:hideMark/>
          </w:tcPr>
          <w:p w14:paraId="6D6BC01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 (33)</w:t>
            </w:r>
          </w:p>
        </w:tc>
        <w:tc>
          <w:tcPr>
            <w:tcW w:w="464" w:type="pct"/>
            <w:tcBorders>
              <w:top w:val="nil"/>
              <w:left w:val="nil"/>
              <w:bottom w:val="nil"/>
              <w:right w:val="nil"/>
            </w:tcBorders>
            <w:shd w:val="clear" w:color="000000" w:fill="F2F2F2"/>
            <w:vAlign w:val="center"/>
            <w:hideMark/>
          </w:tcPr>
          <w:p w14:paraId="59B6584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(3)</w:t>
            </w:r>
          </w:p>
        </w:tc>
        <w:tc>
          <w:tcPr>
            <w:tcW w:w="464" w:type="pct"/>
            <w:tcBorders>
              <w:top w:val="nil"/>
              <w:left w:val="nil"/>
              <w:bottom w:val="nil"/>
              <w:right w:val="nil"/>
            </w:tcBorders>
            <w:shd w:val="clear" w:color="000000" w:fill="F2F2F2"/>
            <w:vAlign w:val="center"/>
            <w:hideMark/>
          </w:tcPr>
          <w:p w14:paraId="43656EB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(3)</w:t>
            </w:r>
          </w:p>
        </w:tc>
        <w:tc>
          <w:tcPr>
            <w:tcW w:w="462" w:type="pct"/>
            <w:tcBorders>
              <w:top w:val="nil"/>
              <w:left w:val="nil"/>
              <w:bottom w:val="nil"/>
              <w:right w:val="nil"/>
            </w:tcBorders>
            <w:shd w:val="clear" w:color="000000" w:fill="FFFFFF"/>
            <w:vAlign w:val="center"/>
            <w:hideMark/>
          </w:tcPr>
          <w:p w14:paraId="2556256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 (10)</w:t>
            </w:r>
          </w:p>
        </w:tc>
      </w:tr>
      <w:tr w:rsidR="00726DBE" w:rsidRPr="00693325" w14:paraId="0D62C36E" w14:textId="77777777" w:rsidTr="00841CFC">
        <w:trPr>
          <w:trHeight w:val="87"/>
        </w:trPr>
        <w:tc>
          <w:tcPr>
            <w:tcW w:w="898" w:type="pct"/>
            <w:tcBorders>
              <w:top w:val="nil"/>
              <w:left w:val="nil"/>
              <w:bottom w:val="nil"/>
              <w:right w:val="nil"/>
            </w:tcBorders>
            <w:shd w:val="clear" w:color="000000" w:fill="FFFFFF"/>
            <w:vAlign w:val="center"/>
            <w:hideMark/>
          </w:tcPr>
          <w:p w14:paraId="4828451C"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Psoriasis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4BF0200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5608C89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2A0416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79EDACC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3.18 (0.08; 17.72)</w:t>
            </w:r>
          </w:p>
        </w:tc>
        <w:tc>
          <w:tcPr>
            <w:tcW w:w="535" w:type="pct"/>
            <w:tcBorders>
              <w:top w:val="nil"/>
              <w:left w:val="nil"/>
              <w:bottom w:val="nil"/>
              <w:right w:val="nil"/>
            </w:tcBorders>
            <w:shd w:val="clear" w:color="000000" w:fill="F2F2F2"/>
            <w:vAlign w:val="center"/>
            <w:hideMark/>
          </w:tcPr>
          <w:p w14:paraId="2E09D9E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4AF9791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9.27)</w:t>
            </w:r>
          </w:p>
        </w:tc>
        <w:tc>
          <w:tcPr>
            <w:tcW w:w="464" w:type="pct"/>
            <w:tcBorders>
              <w:top w:val="nil"/>
              <w:left w:val="nil"/>
              <w:bottom w:val="nil"/>
              <w:right w:val="nil"/>
            </w:tcBorders>
            <w:shd w:val="clear" w:color="000000" w:fill="F2F2F2"/>
            <w:vAlign w:val="center"/>
            <w:hideMark/>
          </w:tcPr>
          <w:p w14:paraId="5FA8339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9.00)</w:t>
            </w:r>
          </w:p>
        </w:tc>
        <w:tc>
          <w:tcPr>
            <w:tcW w:w="462" w:type="pct"/>
            <w:tcBorders>
              <w:top w:val="nil"/>
              <w:left w:val="nil"/>
              <w:bottom w:val="nil"/>
              <w:right w:val="nil"/>
            </w:tcBorders>
            <w:shd w:val="clear" w:color="000000" w:fill="FFFFFF"/>
            <w:vAlign w:val="center"/>
            <w:hideMark/>
          </w:tcPr>
          <w:p w14:paraId="52CFEA7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2.38 (0.49; 6.96)</w:t>
            </w:r>
          </w:p>
        </w:tc>
      </w:tr>
      <w:tr w:rsidR="00726DBE" w:rsidRPr="00693325" w14:paraId="16F3574C" w14:textId="77777777" w:rsidTr="00841CFC">
        <w:trPr>
          <w:trHeight w:val="87"/>
        </w:trPr>
        <w:tc>
          <w:tcPr>
            <w:tcW w:w="898" w:type="pct"/>
            <w:tcBorders>
              <w:top w:val="nil"/>
              <w:left w:val="nil"/>
              <w:bottom w:val="nil"/>
              <w:right w:val="nil"/>
            </w:tcBorders>
            <w:shd w:val="clear" w:color="000000" w:fill="FFFFFF"/>
            <w:vAlign w:val="center"/>
            <w:hideMark/>
          </w:tcPr>
          <w:p w14:paraId="20F01187"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34DD353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254F82A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765339C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71DD22B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535" w:type="pct"/>
            <w:tcBorders>
              <w:top w:val="nil"/>
              <w:left w:val="nil"/>
              <w:bottom w:val="nil"/>
              <w:right w:val="nil"/>
            </w:tcBorders>
            <w:shd w:val="clear" w:color="000000" w:fill="F2F2F2"/>
            <w:vAlign w:val="center"/>
            <w:hideMark/>
          </w:tcPr>
          <w:p w14:paraId="4B8AD8E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8B09FF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AF686F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7EA4E50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r>
      <w:tr w:rsidR="00726DBE" w:rsidRPr="00693325" w14:paraId="13D17A46" w14:textId="77777777" w:rsidTr="00841CFC">
        <w:trPr>
          <w:trHeight w:val="87"/>
        </w:trPr>
        <w:tc>
          <w:tcPr>
            <w:tcW w:w="898" w:type="pct"/>
            <w:tcBorders>
              <w:top w:val="nil"/>
              <w:left w:val="nil"/>
              <w:bottom w:val="nil"/>
              <w:right w:val="nil"/>
            </w:tcBorders>
            <w:shd w:val="clear" w:color="000000" w:fill="FFFFFF"/>
            <w:vAlign w:val="center"/>
            <w:hideMark/>
          </w:tcPr>
          <w:p w14:paraId="1068CDF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1FB2178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0E3E7D7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0E60717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24ED81E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0.95</w:t>
            </w:r>
          </w:p>
        </w:tc>
        <w:tc>
          <w:tcPr>
            <w:tcW w:w="535" w:type="pct"/>
            <w:tcBorders>
              <w:top w:val="nil"/>
              <w:left w:val="nil"/>
              <w:bottom w:val="nil"/>
              <w:right w:val="nil"/>
            </w:tcBorders>
            <w:shd w:val="clear" w:color="000000" w:fill="F2F2F2"/>
            <w:vAlign w:val="center"/>
            <w:hideMark/>
          </w:tcPr>
          <w:p w14:paraId="469E349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E5385D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542DA9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10C9410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0.52</w:t>
            </w:r>
          </w:p>
        </w:tc>
      </w:tr>
      <w:tr w:rsidR="00726DBE" w:rsidRPr="00693325" w14:paraId="18C25529" w14:textId="77777777" w:rsidTr="00841CFC">
        <w:trPr>
          <w:trHeight w:val="87"/>
        </w:trPr>
        <w:tc>
          <w:tcPr>
            <w:tcW w:w="898" w:type="pct"/>
            <w:tcBorders>
              <w:top w:val="nil"/>
              <w:left w:val="nil"/>
              <w:bottom w:val="nil"/>
              <w:right w:val="nil"/>
            </w:tcBorders>
            <w:shd w:val="clear" w:color="000000" w:fill="FFFFFF"/>
            <w:vAlign w:val="center"/>
            <w:hideMark/>
          </w:tcPr>
          <w:p w14:paraId="664C8E25"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21F5FC8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74E6A8A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4FE008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60B4B79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(NA)</w:t>
            </w:r>
          </w:p>
        </w:tc>
        <w:tc>
          <w:tcPr>
            <w:tcW w:w="535" w:type="pct"/>
            <w:tcBorders>
              <w:top w:val="nil"/>
              <w:left w:val="nil"/>
              <w:bottom w:val="nil"/>
              <w:right w:val="nil"/>
            </w:tcBorders>
            <w:shd w:val="clear" w:color="000000" w:fill="F2F2F2"/>
            <w:vAlign w:val="center"/>
            <w:hideMark/>
          </w:tcPr>
          <w:p w14:paraId="0FF4797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30E5BBD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7864754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2" w:type="pct"/>
            <w:tcBorders>
              <w:top w:val="nil"/>
              <w:left w:val="nil"/>
              <w:bottom w:val="nil"/>
              <w:right w:val="nil"/>
            </w:tcBorders>
            <w:shd w:val="clear" w:color="000000" w:fill="FFFFFF"/>
            <w:vAlign w:val="center"/>
            <w:hideMark/>
          </w:tcPr>
          <w:p w14:paraId="40F52CB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(0)</w:t>
            </w:r>
          </w:p>
        </w:tc>
      </w:tr>
      <w:tr w:rsidR="00726DBE" w:rsidRPr="00693325" w14:paraId="5998B5CF" w14:textId="77777777" w:rsidTr="00841CFC">
        <w:trPr>
          <w:trHeight w:val="87"/>
        </w:trPr>
        <w:tc>
          <w:tcPr>
            <w:tcW w:w="898" w:type="pct"/>
            <w:tcBorders>
              <w:top w:val="nil"/>
              <w:left w:val="nil"/>
              <w:bottom w:val="nil"/>
              <w:right w:val="nil"/>
            </w:tcBorders>
            <w:shd w:val="clear" w:color="000000" w:fill="FFFFFF"/>
            <w:vAlign w:val="center"/>
            <w:hideMark/>
          </w:tcPr>
          <w:p w14:paraId="7249BB17"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Skin graft</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119B60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10C6BF0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339B26F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6233A1A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71CCA90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537C6D7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9.27)</w:t>
            </w:r>
          </w:p>
        </w:tc>
        <w:tc>
          <w:tcPr>
            <w:tcW w:w="464" w:type="pct"/>
            <w:tcBorders>
              <w:top w:val="nil"/>
              <w:left w:val="nil"/>
              <w:bottom w:val="nil"/>
              <w:right w:val="nil"/>
            </w:tcBorders>
            <w:shd w:val="clear" w:color="000000" w:fill="F2F2F2"/>
            <w:vAlign w:val="center"/>
            <w:hideMark/>
          </w:tcPr>
          <w:p w14:paraId="677F7F6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9.00)</w:t>
            </w:r>
          </w:p>
        </w:tc>
        <w:tc>
          <w:tcPr>
            <w:tcW w:w="462" w:type="pct"/>
            <w:tcBorders>
              <w:top w:val="nil"/>
              <w:left w:val="nil"/>
              <w:bottom w:val="nil"/>
              <w:right w:val="nil"/>
            </w:tcBorders>
            <w:shd w:val="clear" w:color="000000" w:fill="FFFFFF"/>
            <w:vAlign w:val="center"/>
            <w:hideMark/>
          </w:tcPr>
          <w:p w14:paraId="2147C6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55E62211" w14:textId="77777777" w:rsidTr="00841CFC">
        <w:trPr>
          <w:trHeight w:val="87"/>
        </w:trPr>
        <w:tc>
          <w:tcPr>
            <w:tcW w:w="898" w:type="pct"/>
            <w:tcBorders>
              <w:top w:val="nil"/>
              <w:left w:val="nil"/>
              <w:bottom w:val="nil"/>
              <w:right w:val="nil"/>
            </w:tcBorders>
            <w:shd w:val="clear" w:color="000000" w:fill="FFFFFF"/>
            <w:vAlign w:val="center"/>
            <w:hideMark/>
          </w:tcPr>
          <w:p w14:paraId="5283B4F1"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21C16D3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1487FE3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4030945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22B8B4D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22FD612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6D85345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A34D9C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48934C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26B90410" w14:textId="77777777" w:rsidTr="00841CFC">
        <w:trPr>
          <w:trHeight w:val="87"/>
        </w:trPr>
        <w:tc>
          <w:tcPr>
            <w:tcW w:w="898" w:type="pct"/>
            <w:tcBorders>
              <w:top w:val="nil"/>
              <w:left w:val="nil"/>
              <w:bottom w:val="nil"/>
              <w:right w:val="nil"/>
            </w:tcBorders>
            <w:shd w:val="clear" w:color="000000" w:fill="FFFFFF"/>
            <w:vAlign w:val="center"/>
            <w:hideMark/>
          </w:tcPr>
          <w:p w14:paraId="78B5D78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731AC28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64A525A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2EA37B6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50C2B7B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590E233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E6A095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4F51AF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1A18065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2725C2B0" w14:textId="77777777" w:rsidTr="00841CFC">
        <w:trPr>
          <w:trHeight w:val="87"/>
        </w:trPr>
        <w:tc>
          <w:tcPr>
            <w:tcW w:w="898" w:type="pct"/>
            <w:tcBorders>
              <w:top w:val="nil"/>
              <w:left w:val="nil"/>
              <w:bottom w:val="nil"/>
              <w:right w:val="nil"/>
            </w:tcBorders>
            <w:shd w:val="clear" w:color="000000" w:fill="FFFFFF"/>
            <w:vAlign w:val="center"/>
            <w:hideMark/>
          </w:tcPr>
          <w:p w14:paraId="22DDB155"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2DE8C35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559B13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39437F9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6D82169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32A9D08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37B0FED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1C2D625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2" w:type="pct"/>
            <w:tcBorders>
              <w:top w:val="nil"/>
              <w:left w:val="nil"/>
              <w:bottom w:val="nil"/>
              <w:right w:val="nil"/>
            </w:tcBorders>
            <w:shd w:val="clear" w:color="000000" w:fill="FFFFFF"/>
            <w:vAlign w:val="center"/>
            <w:hideMark/>
          </w:tcPr>
          <w:p w14:paraId="14233E9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59CC924E" w14:textId="77777777" w:rsidTr="00841CFC">
        <w:trPr>
          <w:trHeight w:val="87"/>
        </w:trPr>
        <w:tc>
          <w:tcPr>
            <w:tcW w:w="898" w:type="pct"/>
            <w:tcBorders>
              <w:top w:val="nil"/>
              <w:left w:val="nil"/>
              <w:bottom w:val="nil"/>
              <w:right w:val="nil"/>
            </w:tcBorders>
            <w:shd w:val="clear" w:color="000000" w:fill="FFFFFF"/>
            <w:vAlign w:val="center"/>
            <w:hideMark/>
          </w:tcPr>
          <w:p w14:paraId="6EAA8F82"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Skin necrosis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2050699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47EE6C3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20B9541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00DBCA5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0AEEA9E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00F9AAA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2.54 (0.06; 14.14)</w:t>
            </w:r>
          </w:p>
        </w:tc>
        <w:tc>
          <w:tcPr>
            <w:tcW w:w="464" w:type="pct"/>
            <w:tcBorders>
              <w:top w:val="nil"/>
              <w:left w:val="nil"/>
              <w:bottom w:val="nil"/>
              <w:right w:val="nil"/>
            </w:tcBorders>
            <w:shd w:val="clear" w:color="000000" w:fill="F2F2F2"/>
            <w:vAlign w:val="center"/>
            <w:hideMark/>
          </w:tcPr>
          <w:p w14:paraId="0514F84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2.46 (0.06; 13.72)</w:t>
            </w:r>
          </w:p>
        </w:tc>
        <w:tc>
          <w:tcPr>
            <w:tcW w:w="462" w:type="pct"/>
            <w:tcBorders>
              <w:top w:val="nil"/>
              <w:left w:val="nil"/>
              <w:bottom w:val="nil"/>
              <w:right w:val="nil"/>
            </w:tcBorders>
            <w:shd w:val="clear" w:color="000000" w:fill="FFFFFF"/>
            <w:vAlign w:val="center"/>
            <w:hideMark/>
          </w:tcPr>
          <w:p w14:paraId="108502E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78174A1A" w14:textId="77777777" w:rsidTr="00841CFC">
        <w:trPr>
          <w:trHeight w:val="87"/>
        </w:trPr>
        <w:tc>
          <w:tcPr>
            <w:tcW w:w="898" w:type="pct"/>
            <w:tcBorders>
              <w:top w:val="nil"/>
              <w:left w:val="nil"/>
              <w:bottom w:val="nil"/>
              <w:right w:val="nil"/>
            </w:tcBorders>
            <w:shd w:val="clear" w:color="000000" w:fill="FFFFFF"/>
            <w:vAlign w:val="center"/>
            <w:hideMark/>
          </w:tcPr>
          <w:p w14:paraId="1815965F"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0F36683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3548FE8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4C59D7F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2DBDE9E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69C41DD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3B9746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1CB48A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5521431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2D526017" w14:textId="77777777" w:rsidTr="00841CFC">
        <w:trPr>
          <w:trHeight w:val="87"/>
        </w:trPr>
        <w:tc>
          <w:tcPr>
            <w:tcW w:w="898" w:type="pct"/>
            <w:tcBorders>
              <w:top w:val="nil"/>
              <w:left w:val="nil"/>
              <w:bottom w:val="nil"/>
              <w:right w:val="nil"/>
            </w:tcBorders>
            <w:shd w:val="clear" w:color="000000" w:fill="FFFFFF"/>
            <w:vAlign w:val="center"/>
            <w:hideMark/>
          </w:tcPr>
          <w:p w14:paraId="3082C09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2323C9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2EEADA5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02C7C8A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456A52B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1AF4F7D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42D532D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0.93</w:t>
            </w:r>
          </w:p>
        </w:tc>
        <w:tc>
          <w:tcPr>
            <w:tcW w:w="464" w:type="pct"/>
            <w:tcBorders>
              <w:top w:val="nil"/>
              <w:left w:val="nil"/>
              <w:bottom w:val="nil"/>
              <w:right w:val="nil"/>
            </w:tcBorders>
            <w:shd w:val="clear" w:color="000000" w:fill="F2F2F2"/>
            <w:vAlign w:val="center"/>
            <w:hideMark/>
          </w:tcPr>
          <w:p w14:paraId="080C81B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bottom w:val="nil"/>
              <w:right w:val="nil"/>
            </w:tcBorders>
            <w:shd w:val="clear" w:color="000000" w:fill="FFFFFF"/>
            <w:vAlign w:val="center"/>
            <w:hideMark/>
          </w:tcPr>
          <w:p w14:paraId="62D8AC2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51137D51" w14:textId="77777777" w:rsidTr="00841CFC">
        <w:trPr>
          <w:trHeight w:val="87"/>
        </w:trPr>
        <w:tc>
          <w:tcPr>
            <w:tcW w:w="898" w:type="pct"/>
            <w:tcBorders>
              <w:top w:val="nil"/>
              <w:left w:val="nil"/>
              <w:bottom w:val="nil"/>
              <w:right w:val="nil"/>
            </w:tcBorders>
            <w:shd w:val="clear" w:color="000000" w:fill="FFFFFF"/>
            <w:vAlign w:val="center"/>
            <w:hideMark/>
          </w:tcPr>
          <w:p w14:paraId="4C3D241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609ED9C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49167DF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7EEA52A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7E72A5A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0F4A5D7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32F0C86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(NA)</w:t>
            </w:r>
          </w:p>
        </w:tc>
        <w:tc>
          <w:tcPr>
            <w:tcW w:w="464" w:type="pct"/>
            <w:tcBorders>
              <w:top w:val="nil"/>
              <w:left w:val="nil"/>
              <w:bottom w:val="nil"/>
              <w:right w:val="nil"/>
            </w:tcBorders>
            <w:shd w:val="clear" w:color="000000" w:fill="F2F2F2"/>
            <w:vAlign w:val="center"/>
            <w:hideMark/>
          </w:tcPr>
          <w:p w14:paraId="5A44919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(NA)</w:t>
            </w:r>
          </w:p>
        </w:tc>
        <w:tc>
          <w:tcPr>
            <w:tcW w:w="462" w:type="pct"/>
            <w:tcBorders>
              <w:top w:val="nil"/>
              <w:left w:val="nil"/>
              <w:bottom w:val="nil"/>
              <w:right w:val="nil"/>
            </w:tcBorders>
            <w:shd w:val="clear" w:color="000000" w:fill="FFFFFF"/>
            <w:vAlign w:val="center"/>
            <w:hideMark/>
          </w:tcPr>
          <w:p w14:paraId="139187C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0F5213C5" w14:textId="77777777" w:rsidTr="00841CFC">
        <w:trPr>
          <w:trHeight w:val="87"/>
        </w:trPr>
        <w:tc>
          <w:tcPr>
            <w:tcW w:w="898" w:type="pct"/>
            <w:tcBorders>
              <w:top w:val="nil"/>
              <w:left w:val="nil"/>
              <w:bottom w:val="nil"/>
              <w:right w:val="nil"/>
            </w:tcBorders>
            <w:shd w:val="clear" w:color="000000" w:fill="FFFFFF"/>
            <w:vAlign w:val="center"/>
            <w:hideMark/>
          </w:tcPr>
          <w:p w14:paraId="73BB6EF4"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Skin scarring</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789C815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271C07B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17.03 (0.43; 94.88)</w:t>
            </w:r>
          </w:p>
        </w:tc>
        <w:tc>
          <w:tcPr>
            <w:tcW w:w="460" w:type="pct"/>
            <w:tcBorders>
              <w:top w:val="nil"/>
              <w:left w:val="nil"/>
              <w:bottom w:val="nil"/>
              <w:right w:val="nil"/>
            </w:tcBorders>
            <w:shd w:val="clear" w:color="000000" w:fill="F2F2F2"/>
            <w:vAlign w:val="center"/>
            <w:hideMark/>
          </w:tcPr>
          <w:p w14:paraId="7961724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16.38 (0.41; 91.27)</w:t>
            </w:r>
          </w:p>
        </w:tc>
        <w:tc>
          <w:tcPr>
            <w:tcW w:w="754" w:type="pct"/>
            <w:tcBorders>
              <w:top w:val="nil"/>
              <w:left w:val="nil"/>
              <w:bottom w:val="nil"/>
              <w:right w:val="nil"/>
            </w:tcBorders>
            <w:shd w:val="clear" w:color="000000" w:fill="FFFFFF"/>
            <w:vAlign w:val="center"/>
            <w:hideMark/>
          </w:tcPr>
          <w:p w14:paraId="2A6972A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2A60ED8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6386157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5.17 (0.63; 18.68)</w:t>
            </w:r>
          </w:p>
        </w:tc>
        <w:tc>
          <w:tcPr>
            <w:tcW w:w="464" w:type="pct"/>
            <w:tcBorders>
              <w:top w:val="nil"/>
              <w:left w:val="nil"/>
              <w:bottom w:val="nil"/>
              <w:right w:val="nil"/>
            </w:tcBorders>
            <w:shd w:val="clear" w:color="000000" w:fill="F2F2F2"/>
            <w:vAlign w:val="center"/>
            <w:hideMark/>
          </w:tcPr>
          <w:p w14:paraId="29F3190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5.02 (0.61; 18.12)</w:t>
            </w:r>
          </w:p>
        </w:tc>
        <w:tc>
          <w:tcPr>
            <w:tcW w:w="462" w:type="pct"/>
            <w:tcBorders>
              <w:top w:val="nil"/>
              <w:left w:val="nil"/>
              <w:bottom w:val="nil"/>
              <w:right w:val="nil"/>
            </w:tcBorders>
            <w:shd w:val="clear" w:color="000000" w:fill="FFFFFF"/>
            <w:vAlign w:val="center"/>
            <w:hideMark/>
          </w:tcPr>
          <w:p w14:paraId="6E13F95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52F1C77F" w14:textId="77777777" w:rsidTr="00841CFC">
        <w:trPr>
          <w:trHeight w:val="87"/>
        </w:trPr>
        <w:tc>
          <w:tcPr>
            <w:tcW w:w="898" w:type="pct"/>
            <w:tcBorders>
              <w:top w:val="nil"/>
              <w:left w:val="nil"/>
              <w:bottom w:val="nil"/>
              <w:right w:val="nil"/>
            </w:tcBorders>
            <w:shd w:val="clear" w:color="000000" w:fill="FFFFFF"/>
            <w:vAlign w:val="center"/>
            <w:hideMark/>
          </w:tcPr>
          <w:p w14:paraId="5ACD1BD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09B21EE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1158AAA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0" w:type="pct"/>
            <w:tcBorders>
              <w:top w:val="nil"/>
              <w:left w:val="nil"/>
              <w:bottom w:val="nil"/>
              <w:right w:val="nil"/>
            </w:tcBorders>
            <w:shd w:val="clear" w:color="000000" w:fill="F2F2F2"/>
            <w:vAlign w:val="center"/>
            <w:hideMark/>
          </w:tcPr>
          <w:p w14:paraId="1196E87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754" w:type="pct"/>
            <w:tcBorders>
              <w:top w:val="nil"/>
              <w:left w:val="nil"/>
              <w:bottom w:val="nil"/>
              <w:right w:val="nil"/>
            </w:tcBorders>
            <w:shd w:val="clear" w:color="000000" w:fill="FFFFFF"/>
            <w:vAlign w:val="center"/>
            <w:hideMark/>
          </w:tcPr>
          <w:p w14:paraId="6560C80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4CE6106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11110A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4" w:type="pct"/>
            <w:tcBorders>
              <w:top w:val="nil"/>
              <w:left w:val="nil"/>
              <w:bottom w:val="nil"/>
              <w:right w:val="nil"/>
            </w:tcBorders>
            <w:shd w:val="clear" w:color="000000" w:fill="F2F2F2"/>
            <w:vAlign w:val="center"/>
            <w:hideMark/>
          </w:tcPr>
          <w:p w14:paraId="76B95F9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2" w:type="pct"/>
            <w:tcBorders>
              <w:top w:val="nil"/>
              <w:left w:val="nil"/>
              <w:bottom w:val="nil"/>
              <w:right w:val="nil"/>
            </w:tcBorders>
            <w:shd w:val="clear" w:color="000000" w:fill="FFFFFF"/>
            <w:vAlign w:val="center"/>
            <w:hideMark/>
          </w:tcPr>
          <w:p w14:paraId="4095EEA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2C65796C" w14:textId="77777777" w:rsidTr="00841CFC">
        <w:trPr>
          <w:trHeight w:val="87"/>
        </w:trPr>
        <w:tc>
          <w:tcPr>
            <w:tcW w:w="898" w:type="pct"/>
            <w:tcBorders>
              <w:top w:val="nil"/>
              <w:left w:val="nil"/>
              <w:right w:val="nil"/>
            </w:tcBorders>
            <w:shd w:val="clear" w:color="000000" w:fill="FFFFFF"/>
            <w:vAlign w:val="center"/>
            <w:hideMark/>
          </w:tcPr>
          <w:p w14:paraId="207F47E1"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right w:val="nil"/>
            </w:tcBorders>
            <w:shd w:val="clear" w:color="000000" w:fill="F2F2F2"/>
            <w:vAlign w:val="center"/>
            <w:hideMark/>
          </w:tcPr>
          <w:p w14:paraId="4DF536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right w:val="nil"/>
            </w:tcBorders>
            <w:shd w:val="clear" w:color="000000" w:fill="F2F2F2"/>
            <w:vAlign w:val="center"/>
            <w:hideMark/>
          </w:tcPr>
          <w:p w14:paraId="5327EDE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5.00</w:t>
            </w:r>
          </w:p>
        </w:tc>
        <w:tc>
          <w:tcPr>
            <w:tcW w:w="460" w:type="pct"/>
            <w:tcBorders>
              <w:top w:val="nil"/>
              <w:left w:val="nil"/>
              <w:right w:val="nil"/>
            </w:tcBorders>
            <w:shd w:val="clear" w:color="000000" w:fill="F2F2F2"/>
            <w:vAlign w:val="center"/>
            <w:hideMark/>
          </w:tcPr>
          <w:p w14:paraId="3DDEE54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754" w:type="pct"/>
            <w:tcBorders>
              <w:top w:val="nil"/>
              <w:left w:val="nil"/>
              <w:right w:val="nil"/>
            </w:tcBorders>
            <w:shd w:val="clear" w:color="000000" w:fill="FFFFFF"/>
            <w:vAlign w:val="center"/>
            <w:hideMark/>
          </w:tcPr>
          <w:p w14:paraId="2B0EA24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right w:val="nil"/>
            </w:tcBorders>
            <w:shd w:val="clear" w:color="000000" w:fill="F2F2F2"/>
            <w:vAlign w:val="center"/>
            <w:hideMark/>
          </w:tcPr>
          <w:p w14:paraId="6B7403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right w:val="nil"/>
            </w:tcBorders>
            <w:shd w:val="clear" w:color="000000" w:fill="F2F2F2"/>
            <w:vAlign w:val="center"/>
            <w:hideMark/>
          </w:tcPr>
          <w:p w14:paraId="5CC5041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1.85</w:t>
            </w:r>
          </w:p>
        </w:tc>
        <w:tc>
          <w:tcPr>
            <w:tcW w:w="464" w:type="pct"/>
            <w:tcBorders>
              <w:top w:val="nil"/>
              <w:left w:val="nil"/>
              <w:right w:val="nil"/>
            </w:tcBorders>
            <w:shd w:val="clear" w:color="000000" w:fill="F2F2F2"/>
            <w:vAlign w:val="center"/>
            <w:hideMark/>
          </w:tcPr>
          <w:p w14:paraId="0D3B835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w:t>
            </w:r>
          </w:p>
        </w:tc>
        <w:tc>
          <w:tcPr>
            <w:tcW w:w="462" w:type="pct"/>
            <w:tcBorders>
              <w:top w:val="nil"/>
              <w:left w:val="nil"/>
              <w:right w:val="nil"/>
            </w:tcBorders>
            <w:shd w:val="clear" w:color="000000" w:fill="FFFFFF"/>
            <w:vAlign w:val="center"/>
            <w:hideMark/>
          </w:tcPr>
          <w:p w14:paraId="3F293F1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5BE21BBE" w14:textId="77777777" w:rsidTr="00841CFC">
        <w:trPr>
          <w:trHeight w:val="87"/>
        </w:trPr>
        <w:tc>
          <w:tcPr>
            <w:tcW w:w="898" w:type="pct"/>
            <w:tcBorders>
              <w:top w:val="nil"/>
              <w:left w:val="nil"/>
              <w:bottom w:val="single" w:sz="4" w:space="0" w:color="auto"/>
              <w:right w:val="nil"/>
            </w:tcBorders>
            <w:shd w:val="clear" w:color="000000" w:fill="FFFFFF"/>
            <w:vAlign w:val="center"/>
            <w:hideMark/>
          </w:tcPr>
          <w:p w14:paraId="4BEFDC94"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 xml:space="preserve">Costs </w:t>
            </w:r>
          </w:p>
        </w:tc>
        <w:tc>
          <w:tcPr>
            <w:tcW w:w="562" w:type="pct"/>
            <w:tcBorders>
              <w:top w:val="nil"/>
              <w:left w:val="nil"/>
              <w:bottom w:val="single" w:sz="4" w:space="0" w:color="auto"/>
              <w:right w:val="nil"/>
            </w:tcBorders>
            <w:shd w:val="clear" w:color="000000" w:fill="F2F2F2"/>
            <w:vAlign w:val="center"/>
            <w:hideMark/>
          </w:tcPr>
          <w:p w14:paraId="4BEE0A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single" w:sz="4" w:space="0" w:color="auto"/>
              <w:right w:val="nil"/>
            </w:tcBorders>
            <w:shd w:val="clear" w:color="000000" w:fill="F2F2F2"/>
            <w:vAlign w:val="center"/>
            <w:hideMark/>
          </w:tcPr>
          <w:p w14:paraId="06112BA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100 (NA)</w:t>
            </w:r>
          </w:p>
        </w:tc>
        <w:tc>
          <w:tcPr>
            <w:tcW w:w="460" w:type="pct"/>
            <w:tcBorders>
              <w:top w:val="nil"/>
              <w:left w:val="nil"/>
              <w:bottom w:val="single" w:sz="4" w:space="0" w:color="auto"/>
              <w:right w:val="nil"/>
            </w:tcBorders>
            <w:shd w:val="clear" w:color="000000" w:fill="F2F2F2"/>
            <w:vAlign w:val="center"/>
            <w:hideMark/>
          </w:tcPr>
          <w:p w14:paraId="5BC4FF5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39 (NA)</w:t>
            </w:r>
          </w:p>
        </w:tc>
        <w:tc>
          <w:tcPr>
            <w:tcW w:w="754" w:type="pct"/>
            <w:tcBorders>
              <w:top w:val="nil"/>
              <w:left w:val="nil"/>
              <w:bottom w:val="single" w:sz="4" w:space="0" w:color="auto"/>
              <w:right w:val="nil"/>
            </w:tcBorders>
            <w:shd w:val="clear" w:color="000000" w:fill="FFFFFF"/>
            <w:vAlign w:val="center"/>
            <w:hideMark/>
          </w:tcPr>
          <w:p w14:paraId="2F84534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single" w:sz="4" w:space="0" w:color="auto"/>
              <w:right w:val="nil"/>
            </w:tcBorders>
            <w:shd w:val="clear" w:color="000000" w:fill="F2F2F2"/>
            <w:vAlign w:val="center"/>
            <w:hideMark/>
          </w:tcPr>
          <w:p w14:paraId="027B4D6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single" w:sz="4" w:space="0" w:color="auto"/>
              <w:right w:val="nil"/>
            </w:tcBorders>
            <w:shd w:val="clear" w:color="000000" w:fill="F2F2F2"/>
            <w:vAlign w:val="center"/>
            <w:hideMark/>
          </w:tcPr>
          <w:p w14:paraId="4F55C30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(3)</w:t>
            </w:r>
          </w:p>
        </w:tc>
        <w:tc>
          <w:tcPr>
            <w:tcW w:w="464" w:type="pct"/>
            <w:tcBorders>
              <w:top w:val="nil"/>
              <w:left w:val="nil"/>
              <w:bottom w:val="single" w:sz="4" w:space="0" w:color="auto"/>
              <w:right w:val="nil"/>
            </w:tcBorders>
            <w:shd w:val="clear" w:color="000000" w:fill="F2F2F2"/>
            <w:vAlign w:val="center"/>
            <w:hideMark/>
          </w:tcPr>
          <w:p w14:paraId="2828F15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(2)</w:t>
            </w:r>
          </w:p>
        </w:tc>
        <w:tc>
          <w:tcPr>
            <w:tcW w:w="462" w:type="pct"/>
            <w:tcBorders>
              <w:top w:val="nil"/>
              <w:left w:val="nil"/>
              <w:bottom w:val="single" w:sz="4" w:space="0" w:color="auto"/>
              <w:right w:val="nil"/>
            </w:tcBorders>
            <w:shd w:val="clear" w:color="000000" w:fill="FFFFFF"/>
            <w:vAlign w:val="center"/>
            <w:hideMark/>
          </w:tcPr>
          <w:p w14:paraId="45BF6DB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5E92FA67" w14:textId="77777777" w:rsidTr="00841CFC">
        <w:trPr>
          <w:trHeight w:val="87"/>
        </w:trPr>
        <w:tc>
          <w:tcPr>
            <w:tcW w:w="898" w:type="pct"/>
            <w:tcBorders>
              <w:top w:val="single" w:sz="4" w:space="0" w:color="auto"/>
              <w:left w:val="nil"/>
              <w:bottom w:val="nil"/>
              <w:right w:val="nil"/>
            </w:tcBorders>
            <w:shd w:val="clear" w:color="000000" w:fill="FFFFFF"/>
            <w:vAlign w:val="center"/>
            <w:hideMark/>
          </w:tcPr>
          <w:p w14:paraId="0C4F1C52" w14:textId="77777777" w:rsidR="00726DBE" w:rsidRPr="00693325" w:rsidRDefault="00726DBE" w:rsidP="00841CFC">
            <w:pPr>
              <w:rPr>
                <w:rFonts w:ascii="Times New Roman" w:hAnsi="Times New Roman"/>
                <w:b/>
                <w:bCs/>
                <w:sz w:val="16"/>
                <w:szCs w:val="16"/>
              </w:rPr>
            </w:pPr>
            <w:r w:rsidRPr="00693325">
              <w:rPr>
                <w:rFonts w:ascii="Times New Roman" w:hAnsi="Times New Roman"/>
                <w:b/>
                <w:bCs/>
                <w:sz w:val="16"/>
                <w:szCs w:val="16"/>
              </w:rPr>
              <w:t xml:space="preserve">Motor deficits, IR (95% CI) </w:t>
            </w:r>
          </w:p>
        </w:tc>
        <w:tc>
          <w:tcPr>
            <w:tcW w:w="562" w:type="pct"/>
            <w:tcBorders>
              <w:top w:val="single" w:sz="4" w:space="0" w:color="auto"/>
              <w:left w:val="nil"/>
              <w:bottom w:val="nil"/>
              <w:right w:val="nil"/>
            </w:tcBorders>
            <w:shd w:val="clear" w:color="000000" w:fill="F2F2F2"/>
            <w:vAlign w:val="center"/>
            <w:hideMark/>
          </w:tcPr>
          <w:p w14:paraId="51FE368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single" w:sz="4" w:space="0" w:color="auto"/>
              <w:left w:val="nil"/>
              <w:bottom w:val="nil"/>
              <w:right w:val="nil"/>
            </w:tcBorders>
            <w:shd w:val="clear" w:color="000000" w:fill="F2F2F2"/>
            <w:vAlign w:val="center"/>
            <w:hideMark/>
          </w:tcPr>
          <w:p w14:paraId="207EB07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36.46 (4.42; 131.71)</w:t>
            </w:r>
          </w:p>
        </w:tc>
        <w:tc>
          <w:tcPr>
            <w:tcW w:w="460" w:type="pct"/>
            <w:tcBorders>
              <w:top w:val="single" w:sz="4" w:space="0" w:color="auto"/>
              <w:left w:val="nil"/>
              <w:bottom w:val="nil"/>
              <w:right w:val="nil"/>
            </w:tcBorders>
            <w:shd w:val="clear" w:color="000000" w:fill="F2F2F2"/>
            <w:vAlign w:val="center"/>
            <w:hideMark/>
          </w:tcPr>
          <w:p w14:paraId="37455DE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34.98 (4.24; 126.36)</w:t>
            </w:r>
          </w:p>
        </w:tc>
        <w:tc>
          <w:tcPr>
            <w:tcW w:w="754" w:type="pct"/>
            <w:tcBorders>
              <w:top w:val="single" w:sz="4" w:space="0" w:color="auto"/>
              <w:left w:val="nil"/>
              <w:bottom w:val="nil"/>
              <w:right w:val="nil"/>
            </w:tcBorders>
            <w:shd w:val="clear" w:color="000000" w:fill="FFFFFF"/>
            <w:vAlign w:val="center"/>
            <w:hideMark/>
          </w:tcPr>
          <w:p w14:paraId="7B309DD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9.49 (1.96; 27.72)</w:t>
            </w:r>
          </w:p>
        </w:tc>
        <w:tc>
          <w:tcPr>
            <w:tcW w:w="535" w:type="pct"/>
            <w:tcBorders>
              <w:top w:val="single" w:sz="4" w:space="0" w:color="auto"/>
              <w:left w:val="nil"/>
              <w:bottom w:val="nil"/>
              <w:right w:val="nil"/>
            </w:tcBorders>
            <w:shd w:val="clear" w:color="000000" w:fill="F2F2F2"/>
            <w:vAlign w:val="center"/>
            <w:hideMark/>
          </w:tcPr>
          <w:p w14:paraId="1323438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312.11)</w:t>
            </w:r>
          </w:p>
        </w:tc>
        <w:tc>
          <w:tcPr>
            <w:tcW w:w="464" w:type="pct"/>
            <w:tcBorders>
              <w:top w:val="single" w:sz="4" w:space="0" w:color="auto"/>
              <w:left w:val="nil"/>
              <w:bottom w:val="nil"/>
              <w:right w:val="nil"/>
            </w:tcBorders>
            <w:shd w:val="clear" w:color="000000" w:fill="F2F2F2"/>
            <w:vAlign w:val="center"/>
            <w:hideMark/>
          </w:tcPr>
          <w:p w14:paraId="4AE25B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18.88 (7.59; 38.90)</w:t>
            </w:r>
          </w:p>
        </w:tc>
        <w:tc>
          <w:tcPr>
            <w:tcW w:w="464" w:type="pct"/>
            <w:tcBorders>
              <w:top w:val="single" w:sz="4" w:space="0" w:color="auto"/>
              <w:left w:val="nil"/>
              <w:bottom w:val="nil"/>
              <w:right w:val="nil"/>
            </w:tcBorders>
            <w:shd w:val="clear" w:color="000000" w:fill="F2F2F2"/>
            <w:vAlign w:val="center"/>
            <w:hideMark/>
          </w:tcPr>
          <w:p w14:paraId="68D92B3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18.30 (7.36; 37.70)</w:t>
            </w:r>
          </w:p>
        </w:tc>
        <w:tc>
          <w:tcPr>
            <w:tcW w:w="462" w:type="pct"/>
            <w:tcBorders>
              <w:top w:val="single" w:sz="4" w:space="0" w:color="auto"/>
              <w:left w:val="nil"/>
              <w:bottom w:val="nil"/>
              <w:right w:val="nil"/>
            </w:tcBorders>
            <w:shd w:val="clear" w:color="000000" w:fill="FFFFFF"/>
            <w:vAlign w:val="center"/>
            <w:hideMark/>
          </w:tcPr>
          <w:p w14:paraId="6E5C1B5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20.23 (12.96; 30.10)</w:t>
            </w:r>
          </w:p>
        </w:tc>
      </w:tr>
      <w:tr w:rsidR="00726DBE" w:rsidRPr="00693325" w14:paraId="3BB60BA7" w14:textId="77777777" w:rsidTr="00841CFC">
        <w:trPr>
          <w:trHeight w:val="87"/>
        </w:trPr>
        <w:tc>
          <w:tcPr>
            <w:tcW w:w="898" w:type="pct"/>
            <w:tcBorders>
              <w:top w:val="nil"/>
              <w:left w:val="nil"/>
              <w:bottom w:val="nil"/>
              <w:right w:val="nil"/>
            </w:tcBorders>
            <w:shd w:val="clear" w:color="000000" w:fill="FFFFFF"/>
            <w:vAlign w:val="center"/>
            <w:hideMark/>
          </w:tcPr>
          <w:p w14:paraId="479D3B07"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75EE4DD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522C0F5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0" w:type="pct"/>
            <w:tcBorders>
              <w:top w:val="nil"/>
              <w:left w:val="nil"/>
              <w:bottom w:val="nil"/>
              <w:right w:val="nil"/>
            </w:tcBorders>
            <w:shd w:val="clear" w:color="000000" w:fill="F2F2F2"/>
            <w:vAlign w:val="center"/>
            <w:hideMark/>
          </w:tcPr>
          <w:p w14:paraId="7F5529E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754" w:type="pct"/>
            <w:tcBorders>
              <w:top w:val="nil"/>
              <w:left w:val="nil"/>
              <w:bottom w:val="nil"/>
              <w:right w:val="nil"/>
            </w:tcBorders>
            <w:shd w:val="clear" w:color="000000" w:fill="FFFFFF"/>
            <w:vAlign w:val="center"/>
            <w:hideMark/>
          </w:tcPr>
          <w:p w14:paraId="0136B1E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535" w:type="pct"/>
            <w:tcBorders>
              <w:top w:val="nil"/>
              <w:left w:val="nil"/>
              <w:bottom w:val="nil"/>
              <w:right w:val="nil"/>
            </w:tcBorders>
            <w:shd w:val="clear" w:color="000000" w:fill="F2F2F2"/>
            <w:vAlign w:val="center"/>
            <w:hideMark/>
          </w:tcPr>
          <w:p w14:paraId="2A53E35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6F44E3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w:t>
            </w:r>
          </w:p>
        </w:tc>
        <w:tc>
          <w:tcPr>
            <w:tcW w:w="464" w:type="pct"/>
            <w:tcBorders>
              <w:top w:val="nil"/>
              <w:left w:val="nil"/>
              <w:bottom w:val="nil"/>
              <w:right w:val="nil"/>
            </w:tcBorders>
            <w:shd w:val="clear" w:color="000000" w:fill="F2F2F2"/>
            <w:vAlign w:val="center"/>
            <w:hideMark/>
          </w:tcPr>
          <w:p w14:paraId="40D4121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w:t>
            </w:r>
          </w:p>
        </w:tc>
        <w:tc>
          <w:tcPr>
            <w:tcW w:w="462" w:type="pct"/>
            <w:tcBorders>
              <w:top w:val="nil"/>
              <w:left w:val="nil"/>
              <w:bottom w:val="nil"/>
              <w:right w:val="nil"/>
            </w:tcBorders>
            <w:shd w:val="clear" w:color="000000" w:fill="FFFFFF"/>
            <w:vAlign w:val="center"/>
            <w:hideMark/>
          </w:tcPr>
          <w:p w14:paraId="22C6B2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w:t>
            </w:r>
          </w:p>
        </w:tc>
      </w:tr>
      <w:tr w:rsidR="00726DBE" w:rsidRPr="00693325" w14:paraId="5661A954" w14:textId="77777777" w:rsidTr="00841CFC">
        <w:trPr>
          <w:trHeight w:val="87"/>
        </w:trPr>
        <w:tc>
          <w:tcPr>
            <w:tcW w:w="898" w:type="pct"/>
            <w:tcBorders>
              <w:top w:val="nil"/>
              <w:left w:val="nil"/>
              <w:bottom w:val="nil"/>
              <w:right w:val="nil"/>
            </w:tcBorders>
            <w:shd w:val="clear" w:color="000000" w:fill="FFFFFF"/>
            <w:vAlign w:val="center"/>
            <w:hideMark/>
          </w:tcPr>
          <w:p w14:paraId="51E9EC65"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161EB9A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01" w:type="pct"/>
            <w:tcBorders>
              <w:top w:val="nil"/>
              <w:left w:val="nil"/>
              <w:bottom w:val="nil"/>
              <w:right w:val="nil"/>
            </w:tcBorders>
            <w:shd w:val="clear" w:color="000000" w:fill="F2F2F2"/>
            <w:vAlign w:val="center"/>
            <w:hideMark/>
          </w:tcPr>
          <w:p w14:paraId="33C5292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10.00</w:t>
            </w:r>
          </w:p>
        </w:tc>
        <w:tc>
          <w:tcPr>
            <w:tcW w:w="460" w:type="pct"/>
            <w:tcBorders>
              <w:top w:val="nil"/>
              <w:left w:val="nil"/>
              <w:bottom w:val="nil"/>
              <w:right w:val="nil"/>
            </w:tcBorders>
            <w:shd w:val="clear" w:color="000000" w:fill="F2F2F2"/>
            <w:vAlign w:val="center"/>
            <w:hideMark/>
          </w:tcPr>
          <w:p w14:paraId="2DC80C0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9.52</w:t>
            </w:r>
          </w:p>
        </w:tc>
        <w:tc>
          <w:tcPr>
            <w:tcW w:w="754" w:type="pct"/>
            <w:tcBorders>
              <w:top w:val="nil"/>
              <w:left w:val="nil"/>
              <w:bottom w:val="nil"/>
              <w:right w:val="nil"/>
            </w:tcBorders>
            <w:shd w:val="clear" w:color="000000" w:fill="FFFFFF"/>
            <w:vAlign w:val="center"/>
            <w:hideMark/>
          </w:tcPr>
          <w:p w14:paraId="6E81C94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2.86</w:t>
            </w:r>
          </w:p>
        </w:tc>
        <w:tc>
          <w:tcPr>
            <w:tcW w:w="535" w:type="pct"/>
            <w:tcBorders>
              <w:top w:val="nil"/>
              <w:left w:val="nil"/>
              <w:bottom w:val="nil"/>
              <w:right w:val="nil"/>
            </w:tcBorders>
            <w:shd w:val="clear" w:color="000000" w:fill="F2F2F2"/>
            <w:vAlign w:val="center"/>
            <w:hideMark/>
          </w:tcPr>
          <w:p w14:paraId="04144C4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64" w:type="pct"/>
            <w:tcBorders>
              <w:top w:val="nil"/>
              <w:left w:val="nil"/>
              <w:bottom w:val="nil"/>
              <w:right w:val="nil"/>
            </w:tcBorders>
            <w:shd w:val="clear" w:color="000000" w:fill="F2F2F2"/>
            <w:vAlign w:val="center"/>
            <w:hideMark/>
          </w:tcPr>
          <w:p w14:paraId="19BE96A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6.54</w:t>
            </w:r>
          </w:p>
        </w:tc>
        <w:tc>
          <w:tcPr>
            <w:tcW w:w="464" w:type="pct"/>
            <w:tcBorders>
              <w:top w:val="nil"/>
              <w:left w:val="nil"/>
              <w:bottom w:val="nil"/>
              <w:right w:val="nil"/>
            </w:tcBorders>
            <w:shd w:val="clear" w:color="000000" w:fill="F2F2F2"/>
            <w:vAlign w:val="center"/>
            <w:hideMark/>
          </w:tcPr>
          <w:p w14:paraId="3FA68F9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6.14</w:t>
            </w:r>
          </w:p>
        </w:tc>
        <w:tc>
          <w:tcPr>
            <w:tcW w:w="462" w:type="pct"/>
            <w:tcBorders>
              <w:top w:val="nil"/>
              <w:left w:val="nil"/>
              <w:bottom w:val="nil"/>
              <w:right w:val="nil"/>
            </w:tcBorders>
            <w:shd w:val="clear" w:color="000000" w:fill="FFFFFF"/>
            <w:vAlign w:val="center"/>
            <w:hideMark/>
          </w:tcPr>
          <w:p w14:paraId="73DF3E3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4.17</w:t>
            </w:r>
          </w:p>
        </w:tc>
      </w:tr>
      <w:tr w:rsidR="00726DBE" w:rsidRPr="00693325" w14:paraId="3904C097" w14:textId="77777777" w:rsidTr="00841CFC">
        <w:trPr>
          <w:trHeight w:val="87"/>
        </w:trPr>
        <w:tc>
          <w:tcPr>
            <w:tcW w:w="898" w:type="pct"/>
            <w:tcBorders>
              <w:top w:val="nil"/>
              <w:left w:val="nil"/>
              <w:bottom w:val="nil"/>
              <w:right w:val="nil"/>
            </w:tcBorders>
            <w:shd w:val="clear" w:color="000000" w:fill="FFFFFF"/>
            <w:vAlign w:val="center"/>
            <w:hideMark/>
          </w:tcPr>
          <w:p w14:paraId="7BA9D8F3"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3DF4CF8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73CA1B3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658 (919)</w:t>
            </w:r>
          </w:p>
        </w:tc>
        <w:tc>
          <w:tcPr>
            <w:tcW w:w="460" w:type="pct"/>
            <w:tcBorders>
              <w:top w:val="nil"/>
              <w:left w:val="nil"/>
              <w:bottom w:val="nil"/>
              <w:right w:val="nil"/>
            </w:tcBorders>
            <w:shd w:val="clear" w:color="000000" w:fill="F2F2F2"/>
            <w:vAlign w:val="center"/>
            <w:hideMark/>
          </w:tcPr>
          <w:p w14:paraId="2B8347D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637 (890)</w:t>
            </w:r>
          </w:p>
        </w:tc>
        <w:tc>
          <w:tcPr>
            <w:tcW w:w="754" w:type="pct"/>
            <w:tcBorders>
              <w:top w:val="nil"/>
              <w:left w:val="nil"/>
              <w:bottom w:val="nil"/>
              <w:right w:val="nil"/>
            </w:tcBorders>
            <w:shd w:val="clear" w:color="000000" w:fill="FFFFFF"/>
            <w:vAlign w:val="center"/>
            <w:hideMark/>
          </w:tcPr>
          <w:p w14:paraId="666850A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 (5)</w:t>
            </w:r>
          </w:p>
        </w:tc>
        <w:tc>
          <w:tcPr>
            <w:tcW w:w="535" w:type="pct"/>
            <w:tcBorders>
              <w:top w:val="nil"/>
              <w:left w:val="nil"/>
              <w:bottom w:val="nil"/>
              <w:right w:val="nil"/>
            </w:tcBorders>
            <w:shd w:val="clear" w:color="000000" w:fill="F2F2F2"/>
            <w:vAlign w:val="center"/>
            <w:hideMark/>
          </w:tcPr>
          <w:p w14:paraId="4AEA39E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16BC581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66 (74)</w:t>
            </w:r>
          </w:p>
        </w:tc>
        <w:tc>
          <w:tcPr>
            <w:tcW w:w="464" w:type="pct"/>
            <w:tcBorders>
              <w:top w:val="nil"/>
              <w:left w:val="nil"/>
              <w:bottom w:val="nil"/>
              <w:right w:val="nil"/>
            </w:tcBorders>
            <w:shd w:val="clear" w:color="000000" w:fill="F2F2F2"/>
            <w:vAlign w:val="center"/>
            <w:hideMark/>
          </w:tcPr>
          <w:p w14:paraId="528B55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61 (72)</w:t>
            </w:r>
          </w:p>
        </w:tc>
        <w:tc>
          <w:tcPr>
            <w:tcW w:w="462" w:type="pct"/>
            <w:tcBorders>
              <w:top w:val="nil"/>
              <w:left w:val="nil"/>
              <w:bottom w:val="nil"/>
              <w:right w:val="nil"/>
            </w:tcBorders>
            <w:shd w:val="clear" w:color="000000" w:fill="FFFFFF"/>
            <w:vAlign w:val="center"/>
            <w:hideMark/>
          </w:tcPr>
          <w:p w14:paraId="4657FFF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46 (138)</w:t>
            </w:r>
          </w:p>
        </w:tc>
      </w:tr>
      <w:tr w:rsidR="00726DBE" w:rsidRPr="00693325" w14:paraId="48778DF3" w14:textId="77777777" w:rsidTr="00841CFC">
        <w:trPr>
          <w:trHeight w:val="87"/>
        </w:trPr>
        <w:tc>
          <w:tcPr>
            <w:tcW w:w="898" w:type="pct"/>
            <w:tcBorders>
              <w:top w:val="nil"/>
              <w:left w:val="nil"/>
              <w:bottom w:val="nil"/>
              <w:right w:val="nil"/>
            </w:tcBorders>
            <w:shd w:val="clear" w:color="000000" w:fill="FFFFFF"/>
            <w:vAlign w:val="center"/>
            <w:hideMark/>
          </w:tcPr>
          <w:p w14:paraId="065D2A5D"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Cerebral palsy</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3F2EEC8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0634E07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17.97 (0.45; 100.10)</w:t>
            </w:r>
          </w:p>
        </w:tc>
        <w:tc>
          <w:tcPr>
            <w:tcW w:w="460" w:type="pct"/>
            <w:tcBorders>
              <w:top w:val="nil"/>
              <w:left w:val="nil"/>
              <w:bottom w:val="nil"/>
              <w:right w:val="nil"/>
            </w:tcBorders>
            <w:shd w:val="clear" w:color="000000" w:fill="F2F2F2"/>
            <w:vAlign w:val="center"/>
            <w:hideMark/>
          </w:tcPr>
          <w:p w14:paraId="359424E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17.25 (0.44; 96.09)</w:t>
            </w:r>
          </w:p>
        </w:tc>
        <w:tc>
          <w:tcPr>
            <w:tcW w:w="754" w:type="pct"/>
            <w:tcBorders>
              <w:top w:val="nil"/>
              <w:left w:val="nil"/>
              <w:bottom w:val="nil"/>
              <w:right w:val="nil"/>
            </w:tcBorders>
            <w:shd w:val="clear" w:color="000000" w:fill="FFFFFF"/>
            <w:vAlign w:val="center"/>
            <w:hideMark/>
          </w:tcPr>
          <w:p w14:paraId="0F57719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28AD0A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116CC1F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9.27)</w:t>
            </w:r>
          </w:p>
        </w:tc>
        <w:tc>
          <w:tcPr>
            <w:tcW w:w="464" w:type="pct"/>
            <w:tcBorders>
              <w:top w:val="nil"/>
              <w:left w:val="nil"/>
              <w:bottom w:val="nil"/>
              <w:right w:val="nil"/>
            </w:tcBorders>
            <w:shd w:val="clear" w:color="000000" w:fill="F2F2F2"/>
            <w:vAlign w:val="center"/>
            <w:hideMark/>
          </w:tcPr>
          <w:p w14:paraId="1459AAC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9.00)</w:t>
            </w:r>
          </w:p>
        </w:tc>
        <w:tc>
          <w:tcPr>
            <w:tcW w:w="462" w:type="pct"/>
            <w:tcBorders>
              <w:top w:val="nil"/>
              <w:left w:val="nil"/>
              <w:bottom w:val="nil"/>
              <w:right w:val="nil"/>
            </w:tcBorders>
            <w:shd w:val="clear" w:color="000000" w:fill="FFFFFF"/>
            <w:vAlign w:val="center"/>
            <w:hideMark/>
          </w:tcPr>
          <w:p w14:paraId="4EF92E7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1DC9A497" w14:textId="77777777" w:rsidTr="00841CFC">
        <w:trPr>
          <w:trHeight w:val="87"/>
        </w:trPr>
        <w:tc>
          <w:tcPr>
            <w:tcW w:w="898" w:type="pct"/>
            <w:tcBorders>
              <w:top w:val="nil"/>
              <w:left w:val="nil"/>
              <w:bottom w:val="nil"/>
              <w:right w:val="nil"/>
            </w:tcBorders>
            <w:shd w:val="clear" w:color="000000" w:fill="FFFFFF"/>
            <w:vAlign w:val="center"/>
            <w:hideMark/>
          </w:tcPr>
          <w:p w14:paraId="2D8D888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29BAA5E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787BCEC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0" w:type="pct"/>
            <w:tcBorders>
              <w:top w:val="nil"/>
              <w:left w:val="nil"/>
              <w:bottom w:val="nil"/>
              <w:right w:val="nil"/>
            </w:tcBorders>
            <w:shd w:val="clear" w:color="000000" w:fill="F2F2F2"/>
            <w:vAlign w:val="center"/>
            <w:hideMark/>
          </w:tcPr>
          <w:p w14:paraId="40B9BC0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754" w:type="pct"/>
            <w:tcBorders>
              <w:top w:val="nil"/>
              <w:left w:val="nil"/>
              <w:bottom w:val="nil"/>
              <w:right w:val="nil"/>
            </w:tcBorders>
            <w:shd w:val="clear" w:color="000000" w:fill="FFFFFF"/>
            <w:vAlign w:val="center"/>
            <w:hideMark/>
          </w:tcPr>
          <w:p w14:paraId="306E664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16568B8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134B7A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E765F2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0E2E359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4E7E20F7" w14:textId="77777777" w:rsidTr="00841CFC">
        <w:trPr>
          <w:trHeight w:val="87"/>
        </w:trPr>
        <w:tc>
          <w:tcPr>
            <w:tcW w:w="898" w:type="pct"/>
            <w:tcBorders>
              <w:top w:val="nil"/>
              <w:left w:val="nil"/>
              <w:bottom w:val="nil"/>
              <w:right w:val="nil"/>
            </w:tcBorders>
            <w:shd w:val="clear" w:color="000000" w:fill="FFFFFF"/>
            <w:vAlign w:val="center"/>
            <w:hideMark/>
          </w:tcPr>
          <w:p w14:paraId="5BBBEF13"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53CF8AE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5C10F2C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5.00</w:t>
            </w:r>
          </w:p>
        </w:tc>
        <w:tc>
          <w:tcPr>
            <w:tcW w:w="460" w:type="pct"/>
            <w:tcBorders>
              <w:top w:val="nil"/>
              <w:left w:val="nil"/>
              <w:bottom w:val="nil"/>
              <w:right w:val="nil"/>
            </w:tcBorders>
            <w:shd w:val="clear" w:color="000000" w:fill="F2F2F2"/>
            <w:vAlign w:val="center"/>
            <w:hideMark/>
          </w:tcPr>
          <w:p w14:paraId="113E5F8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754" w:type="pct"/>
            <w:tcBorders>
              <w:top w:val="nil"/>
              <w:left w:val="nil"/>
              <w:bottom w:val="nil"/>
              <w:right w:val="nil"/>
            </w:tcBorders>
            <w:shd w:val="clear" w:color="000000" w:fill="FFFFFF"/>
            <w:vAlign w:val="center"/>
            <w:hideMark/>
          </w:tcPr>
          <w:p w14:paraId="20E2E64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3BA9FD4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366567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80F427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4C7563A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3E87D52A" w14:textId="77777777" w:rsidTr="00841CFC">
        <w:trPr>
          <w:trHeight w:val="87"/>
        </w:trPr>
        <w:tc>
          <w:tcPr>
            <w:tcW w:w="898" w:type="pct"/>
            <w:tcBorders>
              <w:top w:val="nil"/>
              <w:left w:val="nil"/>
              <w:bottom w:val="nil"/>
              <w:right w:val="nil"/>
            </w:tcBorders>
            <w:shd w:val="clear" w:color="000000" w:fill="FFFFFF"/>
            <w:vAlign w:val="center"/>
            <w:hideMark/>
          </w:tcPr>
          <w:p w14:paraId="57C38F40"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045B7D3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44DE8CB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1,219 (NA)</w:t>
            </w:r>
          </w:p>
        </w:tc>
        <w:tc>
          <w:tcPr>
            <w:tcW w:w="460" w:type="pct"/>
            <w:tcBorders>
              <w:top w:val="nil"/>
              <w:left w:val="nil"/>
              <w:bottom w:val="nil"/>
              <w:right w:val="nil"/>
            </w:tcBorders>
            <w:shd w:val="clear" w:color="000000" w:fill="F2F2F2"/>
            <w:vAlign w:val="center"/>
            <w:hideMark/>
          </w:tcPr>
          <w:p w14:paraId="28C8AF4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1,180 (NA)</w:t>
            </w:r>
          </w:p>
        </w:tc>
        <w:tc>
          <w:tcPr>
            <w:tcW w:w="754" w:type="pct"/>
            <w:tcBorders>
              <w:top w:val="nil"/>
              <w:left w:val="nil"/>
              <w:bottom w:val="nil"/>
              <w:right w:val="nil"/>
            </w:tcBorders>
            <w:shd w:val="clear" w:color="000000" w:fill="FFFFFF"/>
            <w:vAlign w:val="center"/>
            <w:hideMark/>
          </w:tcPr>
          <w:p w14:paraId="35FA1BF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57101B1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1FEC0FF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3E2CF23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2" w:type="pct"/>
            <w:tcBorders>
              <w:top w:val="nil"/>
              <w:left w:val="nil"/>
              <w:bottom w:val="nil"/>
              <w:right w:val="nil"/>
            </w:tcBorders>
            <w:shd w:val="clear" w:color="000000" w:fill="FFFFFF"/>
            <w:vAlign w:val="center"/>
            <w:hideMark/>
          </w:tcPr>
          <w:p w14:paraId="5D55C58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0B35EACC" w14:textId="77777777" w:rsidTr="00841CFC">
        <w:trPr>
          <w:trHeight w:val="87"/>
        </w:trPr>
        <w:tc>
          <w:tcPr>
            <w:tcW w:w="898" w:type="pct"/>
            <w:tcBorders>
              <w:top w:val="nil"/>
              <w:left w:val="nil"/>
              <w:bottom w:val="nil"/>
              <w:right w:val="nil"/>
            </w:tcBorders>
            <w:shd w:val="clear" w:color="000000" w:fill="FFFFFF"/>
            <w:vAlign w:val="center"/>
            <w:hideMark/>
          </w:tcPr>
          <w:p w14:paraId="7C096F2A"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Mobility problems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10FAA65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7ACBB8F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17.16 (0.43; 95.63)</w:t>
            </w:r>
          </w:p>
        </w:tc>
        <w:tc>
          <w:tcPr>
            <w:tcW w:w="460" w:type="pct"/>
            <w:tcBorders>
              <w:top w:val="nil"/>
              <w:left w:val="nil"/>
              <w:bottom w:val="nil"/>
              <w:right w:val="nil"/>
            </w:tcBorders>
            <w:shd w:val="clear" w:color="000000" w:fill="F2F2F2"/>
            <w:vAlign w:val="center"/>
            <w:hideMark/>
          </w:tcPr>
          <w:p w14:paraId="7483840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16.51 (0.42; 91.96)</w:t>
            </w:r>
          </w:p>
        </w:tc>
        <w:tc>
          <w:tcPr>
            <w:tcW w:w="754" w:type="pct"/>
            <w:tcBorders>
              <w:top w:val="nil"/>
              <w:left w:val="nil"/>
              <w:bottom w:val="nil"/>
              <w:right w:val="nil"/>
            </w:tcBorders>
            <w:shd w:val="clear" w:color="000000" w:fill="FFFFFF"/>
            <w:vAlign w:val="center"/>
            <w:hideMark/>
          </w:tcPr>
          <w:p w14:paraId="746D695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6.32 (0.77; 22.84)</w:t>
            </w:r>
          </w:p>
        </w:tc>
        <w:tc>
          <w:tcPr>
            <w:tcW w:w="535" w:type="pct"/>
            <w:tcBorders>
              <w:top w:val="nil"/>
              <w:left w:val="nil"/>
              <w:bottom w:val="nil"/>
              <w:right w:val="nil"/>
            </w:tcBorders>
            <w:shd w:val="clear" w:color="000000" w:fill="F2F2F2"/>
            <w:vAlign w:val="center"/>
            <w:hideMark/>
          </w:tcPr>
          <w:p w14:paraId="246F3C9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5A74752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7.81 (1.61; 22.82)</w:t>
            </w:r>
          </w:p>
        </w:tc>
        <w:tc>
          <w:tcPr>
            <w:tcW w:w="464" w:type="pct"/>
            <w:tcBorders>
              <w:top w:val="nil"/>
              <w:left w:val="nil"/>
              <w:bottom w:val="nil"/>
              <w:right w:val="nil"/>
            </w:tcBorders>
            <w:shd w:val="clear" w:color="000000" w:fill="F2F2F2"/>
            <w:vAlign w:val="center"/>
            <w:hideMark/>
          </w:tcPr>
          <w:p w14:paraId="40BF1C2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7.57 (1.56; 22.13)</w:t>
            </w:r>
          </w:p>
        </w:tc>
        <w:tc>
          <w:tcPr>
            <w:tcW w:w="462" w:type="pct"/>
            <w:tcBorders>
              <w:top w:val="nil"/>
              <w:left w:val="nil"/>
              <w:bottom w:val="nil"/>
              <w:right w:val="nil"/>
            </w:tcBorders>
            <w:shd w:val="clear" w:color="000000" w:fill="FFFFFF"/>
            <w:vAlign w:val="center"/>
            <w:hideMark/>
          </w:tcPr>
          <w:p w14:paraId="7EA7ECD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11.50 (6.29; 19.30)</w:t>
            </w:r>
          </w:p>
        </w:tc>
      </w:tr>
      <w:tr w:rsidR="00726DBE" w:rsidRPr="00693325" w14:paraId="30639E4C" w14:textId="77777777" w:rsidTr="00841CFC">
        <w:trPr>
          <w:trHeight w:val="87"/>
        </w:trPr>
        <w:tc>
          <w:tcPr>
            <w:tcW w:w="898" w:type="pct"/>
            <w:tcBorders>
              <w:top w:val="nil"/>
              <w:left w:val="nil"/>
              <w:bottom w:val="nil"/>
              <w:right w:val="nil"/>
            </w:tcBorders>
            <w:shd w:val="clear" w:color="000000" w:fill="FFFFFF"/>
            <w:vAlign w:val="center"/>
            <w:hideMark/>
          </w:tcPr>
          <w:p w14:paraId="2E7D3CCC"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lastRenderedPageBreak/>
              <w:t>Sample size (n)</w:t>
            </w:r>
          </w:p>
        </w:tc>
        <w:tc>
          <w:tcPr>
            <w:tcW w:w="562" w:type="pct"/>
            <w:tcBorders>
              <w:top w:val="nil"/>
              <w:left w:val="nil"/>
              <w:bottom w:val="nil"/>
              <w:right w:val="nil"/>
            </w:tcBorders>
            <w:shd w:val="clear" w:color="000000" w:fill="F2F2F2"/>
            <w:vAlign w:val="center"/>
            <w:hideMark/>
          </w:tcPr>
          <w:p w14:paraId="159229C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2359EF6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0" w:type="pct"/>
            <w:tcBorders>
              <w:top w:val="nil"/>
              <w:left w:val="nil"/>
              <w:bottom w:val="nil"/>
              <w:right w:val="nil"/>
            </w:tcBorders>
            <w:shd w:val="clear" w:color="000000" w:fill="F2F2F2"/>
            <w:vAlign w:val="center"/>
            <w:hideMark/>
          </w:tcPr>
          <w:p w14:paraId="4C41B45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754" w:type="pct"/>
            <w:tcBorders>
              <w:top w:val="nil"/>
              <w:left w:val="nil"/>
              <w:bottom w:val="nil"/>
              <w:right w:val="nil"/>
            </w:tcBorders>
            <w:shd w:val="clear" w:color="000000" w:fill="FFFFFF"/>
            <w:vAlign w:val="center"/>
            <w:hideMark/>
          </w:tcPr>
          <w:p w14:paraId="0FAFF50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535" w:type="pct"/>
            <w:tcBorders>
              <w:top w:val="nil"/>
              <w:left w:val="nil"/>
              <w:bottom w:val="nil"/>
              <w:right w:val="nil"/>
            </w:tcBorders>
            <w:shd w:val="clear" w:color="000000" w:fill="F2F2F2"/>
            <w:vAlign w:val="center"/>
            <w:hideMark/>
          </w:tcPr>
          <w:p w14:paraId="6C57C05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D7ACFA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64" w:type="pct"/>
            <w:tcBorders>
              <w:top w:val="nil"/>
              <w:left w:val="nil"/>
              <w:bottom w:val="nil"/>
              <w:right w:val="nil"/>
            </w:tcBorders>
            <w:shd w:val="clear" w:color="000000" w:fill="F2F2F2"/>
            <w:vAlign w:val="center"/>
            <w:hideMark/>
          </w:tcPr>
          <w:p w14:paraId="6B7D11D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62" w:type="pct"/>
            <w:tcBorders>
              <w:top w:val="nil"/>
              <w:left w:val="nil"/>
              <w:bottom w:val="nil"/>
              <w:right w:val="nil"/>
            </w:tcBorders>
            <w:shd w:val="clear" w:color="000000" w:fill="FFFFFF"/>
            <w:vAlign w:val="center"/>
            <w:hideMark/>
          </w:tcPr>
          <w:p w14:paraId="3822F6D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w:t>
            </w:r>
          </w:p>
        </w:tc>
      </w:tr>
      <w:tr w:rsidR="00726DBE" w:rsidRPr="00693325" w14:paraId="54B588FD" w14:textId="77777777" w:rsidTr="00841CFC">
        <w:trPr>
          <w:trHeight w:val="87"/>
        </w:trPr>
        <w:tc>
          <w:tcPr>
            <w:tcW w:w="898" w:type="pct"/>
            <w:tcBorders>
              <w:top w:val="nil"/>
              <w:left w:val="nil"/>
              <w:bottom w:val="nil"/>
              <w:right w:val="nil"/>
            </w:tcBorders>
            <w:shd w:val="clear" w:color="000000" w:fill="FFFFFF"/>
            <w:vAlign w:val="center"/>
            <w:hideMark/>
          </w:tcPr>
          <w:p w14:paraId="78BC9270"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754AC1C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4FF9E4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5.00</w:t>
            </w:r>
          </w:p>
        </w:tc>
        <w:tc>
          <w:tcPr>
            <w:tcW w:w="460" w:type="pct"/>
            <w:tcBorders>
              <w:top w:val="nil"/>
              <w:left w:val="nil"/>
              <w:bottom w:val="nil"/>
              <w:right w:val="nil"/>
            </w:tcBorders>
            <w:shd w:val="clear" w:color="000000" w:fill="F2F2F2"/>
            <w:vAlign w:val="center"/>
            <w:hideMark/>
          </w:tcPr>
          <w:p w14:paraId="40AF06C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754" w:type="pct"/>
            <w:tcBorders>
              <w:top w:val="nil"/>
              <w:left w:val="nil"/>
              <w:bottom w:val="nil"/>
              <w:right w:val="nil"/>
            </w:tcBorders>
            <w:shd w:val="clear" w:color="000000" w:fill="FFFFFF"/>
            <w:vAlign w:val="center"/>
            <w:hideMark/>
          </w:tcPr>
          <w:p w14:paraId="15A3559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1.90</w:t>
            </w:r>
          </w:p>
        </w:tc>
        <w:tc>
          <w:tcPr>
            <w:tcW w:w="535" w:type="pct"/>
            <w:tcBorders>
              <w:top w:val="nil"/>
              <w:left w:val="nil"/>
              <w:bottom w:val="nil"/>
              <w:right w:val="nil"/>
            </w:tcBorders>
            <w:shd w:val="clear" w:color="000000" w:fill="F2F2F2"/>
            <w:vAlign w:val="center"/>
            <w:hideMark/>
          </w:tcPr>
          <w:p w14:paraId="361720C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05232F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2.78</w:t>
            </w:r>
          </w:p>
        </w:tc>
        <w:tc>
          <w:tcPr>
            <w:tcW w:w="464" w:type="pct"/>
            <w:tcBorders>
              <w:top w:val="nil"/>
              <w:left w:val="nil"/>
              <w:bottom w:val="nil"/>
              <w:right w:val="nil"/>
            </w:tcBorders>
            <w:shd w:val="clear" w:color="000000" w:fill="F2F2F2"/>
            <w:vAlign w:val="center"/>
            <w:hideMark/>
          </w:tcPr>
          <w:p w14:paraId="5C7AD79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2.61</w:t>
            </w:r>
          </w:p>
        </w:tc>
        <w:tc>
          <w:tcPr>
            <w:tcW w:w="462" w:type="pct"/>
            <w:tcBorders>
              <w:top w:val="nil"/>
              <w:left w:val="nil"/>
              <w:bottom w:val="nil"/>
              <w:right w:val="nil"/>
            </w:tcBorders>
            <w:shd w:val="clear" w:color="000000" w:fill="FFFFFF"/>
            <w:vAlign w:val="center"/>
            <w:hideMark/>
          </w:tcPr>
          <w:p w14:paraId="6FACD6B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2.43</w:t>
            </w:r>
          </w:p>
        </w:tc>
      </w:tr>
      <w:tr w:rsidR="00726DBE" w:rsidRPr="00693325" w14:paraId="27CA6AD6" w14:textId="77777777" w:rsidTr="00841CFC">
        <w:trPr>
          <w:trHeight w:val="87"/>
        </w:trPr>
        <w:tc>
          <w:tcPr>
            <w:tcW w:w="898" w:type="pct"/>
            <w:tcBorders>
              <w:top w:val="nil"/>
              <w:left w:val="nil"/>
              <w:bottom w:val="nil"/>
              <w:right w:val="nil"/>
            </w:tcBorders>
            <w:shd w:val="clear" w:color="000000" w:fill="FFFFFF"/>
            <w:vAlign w:val="center"/>
            <w:hideMark/>
          </w:tcPr>
          <w:p w14:paraId="5355246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0462831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524C1D5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 (NA)</w:t>
            </w:r>
          </w:p>
        </w:tc>
        <w:tc>
          <w:tcPr>
            <w:tcW w:w="460" w:type="pct"/>
            <w:tcBorders>
              <w:top w:val="nil"/>
              <w:left w:val="nil"/>
              <w:bottom w:val="nil"/>
              <w:right w:val="nil"/>
            </w:tcBorders>
            <w:shd w:val="clear" w:color="000000" w:fill="F2F2F2"/>
            <w:vAlign w:val="center"/>
            <w:hideMark/>
          </w:tcPr>
          <w:p w14:paraId="4D0E627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 (NA)</w:t>
            </w:r>
          </w:p>
        </w:tc>
        <w:tc>
          <w:tcPr>
            <w:tcW w:w="754" w:type="pct"/>
            <w:tcBorders>
              <w:top w:val="nil"/>
              <w:left w:val="nil"/>
              <w:bottom w:val="nil"/>
              <w:right w:val="nil"/>
            </w:tcBorders>
            <w:shd w:val="clear" w:color="000000" w:fill="FFFFFF"/>
            <w:vAlign w:val="center"/>
            <w:hideMark/>
          </w:tcPr>
          <w:p w14:paraId="3BE4D44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 (7)</w:t>
            </w:r>
          </w:p>
        </w:tc>
        <w:tc>
          <w:tcPr>
            <w:tcW w:w="535" w:type="pct"/>
            <w:tcBorders>
              <w:top w:val="nil"/>
              <w:left w:val="nil"/>
              <w:bottom w:val="nil"/>
              <w:right w:val="nil"/>
            </w:tcBorders>
            <w:shd w:val="clear" w:color="000000" w:fill="F2F2F2"/>
            <w:vAlign w:val="center"/>
            <w:hideMark/>
          </w:tcPr>
          <w:p w14:paraId="54B0D8E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1F7EBE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(2)</w:t>
            </w:r>
          </w:p>
        </w:tc>
        <w:tc>
          <w:tcPr>
            <w:tcW w:w="464" w:type="pct"/>
            <w:tcBorders>
              <w:top w:val="nil"/>
              <w:left w:val="nil"/>
              <w:bottom w:val="nil"/>
              <w:right w:val="nil"/>
            </w:tcBorders>
            <w:shd w:val="clear" w:color="000000" w:fill="F2F2F2"/>
            <w:vAlign w:val="center"/>
            <w:hideMark/>
          </w:tcPr>
          <w:p w14:paraId="5C6CD1B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(2)</w:t>
            </w:r>
          </w:p>
        </w:tc>
        <w:tc>
          <w:tcPr>
            <w:tcW w:w="462" w:type="pct"/>
            <w:tcBorders>
              <w:top w:val="nil"/>
              <w:left w:val="nil"/>
              <w:bottom w:val="nil"/>
              <w:right w:val="nil"/>
            </w:tcBorders>
            <w:shd w:val="clear" w:color="000000" w:fill="FFFFFF"/>
            <w:vAlign w:val="center"/>
            <w:hideMark/>
          </w:tcPr>
          <w:p w14:paraId="55B54FF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 (10)</w:t>
            </w:r>
          </w:p>
        </w:tc>
      </w:tr>
      <w:tr w:rsidR="00726DBE" w:rsidRPr="00693325" w14:paraId="4681F79C" w14:textId="77777777" w:rsidTr="00841CFC">
        <w:trPr>
          <w:trHeight w:val="87"/>
        </w:trPr>
        <w:tc>
          <w:tcPr>
            <w:tcW w:w="898" w:type="pct"/>
            <w:tcBorders>
              <w:top w:val="nil"/>
              <w:left w:val="nil"/>
              <w:bottom w:val="nil"/>
              <w:right w:val="nil"/>
            </w:tcBorders>
            <w:shd w:val="clear" w:color="000000" w:fill="FFFFFF"/>
            <w:vAlign w:val="center"/>
            <w:hideMark/>
          </w:tcPr>
          <w:p w14:paraId="1B7169FD"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Monoparesis/Hemiparesis</w:t>
            </w:r>
            <w:r w:rsidRPr="00693325">
              <w:rPr>
                <w:rFonts w:ascii="Times New Roman" w:hAnsi="Times New Roman"/>
                <w:sz w:val="16"/>
                <w:szCs w:val="16"/>
                <w:lang w:val="fr-FR"/>
              </w:rPr>
              <w:t>, IR (95% CI)</w:t>
            </w:r>
          </w:p>
        </w:tc>
        <w:tc>
          <w:tcPr>
            <w:tcW w:w="562" w:type="pct"/>
            <w:tcBorders>
              <w:top w:val="nil"/>
              <w:left w:val="nil"/>
              <w:bottom w:val="nil"/>
              <w:right w:val="nil"/>
            </w:tcBorders>
            <w:shd w:val="clear" w:color="000000" w:fill="F2F2F2"/>
            <w:vAlign w:val="center"/>
            <w:hideMark/>
          </w:tcPr>
          <w:p w14:paraId="68FBC50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1DC1BD1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18.06 (0.46; 100.60)</w:t>
            </w:r>
          </w:p>
        </w:tc>
        <w:tc>
          <w:tcPr>
            <w:tcW w:w="460" w:type="pct"/>
            <w:tcBorders>
              <w:top w:val="nil"/>
              <w:left w:val="nil"/>
              <w:bottom w:val="nil"/>
              <w:right w:val="nil"/>
            </w:tcBorders>
            <w:shd w:val="clear" w:color="000000" w:fill="F2F2F2"/>
            <w:vAlign w:val="center"/>
            <w:hideMark/>
          </w:tcPr>
          <w:p w14:paraId="2C80BDC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17.33 (0.44; 96.55)</w:t>
            </w:r>
          </w:p>
        </w:tc>
        <w:tc>
          <w:tcPr>
            <w:tcW w:w="754" w:type="pct"/>
            <w:tcBorders>
              <w:top w:val="nil"/>
              <w:left w:val="nil"/>
              <w:bottom w:val="nil"/>
              <w:right w:val="nil"/>
            </w:tcBorders>
            <w:shd w:val="clear" w:color="000000" w:fill="FFFFFF"/>
            <w:vAlign w:val="center"/>
            <w:hideMark/>
          </w:tcPr>
          <w:p w14:paraId="61FD56A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4EF1487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1974C46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9.27)</w:t>
            </w:r>
          </w:p>
        </w:tc>
        <w:tc>
          <w:tcPr>
            <w:tcW w:w="464" w:type="pct"/>
            <w:tcBorders>
              <w:top w:val="nil"/>
              <w:left w:val="nil"/>
              <w:bottom w:val="nil"/>
              <w:right w:val="nil"/>
            </w:tcBorders>
            <w:shd w:val="clear" w:color="000000" w:fill="F2F2F2"/>
            <w:vAlign w:val="center"/>
            <w:hideMark/>
          </w:tcPr>
          <w:p w14:paraId="2F9EB95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9.00)</w:t>
            </w:r>
          </w:p>
        </w:tc>
        <w:tc>
          <w:tcPr>
            <w:tcW w:w="462" w:type="pct"/>
            <w:tcBorders>
              <w:top w:val="nil"/>
              <w:left w:val="nil"/>
              <w:bottom w:val="nil"/>
              <w:right w:val="nil"/>
            </w:tcBorders>
            <w:shd w:val="clear" w:color="000000" w:fill="FFFFFF"/>
            <w:vAlign w:val="center"/>
            <w:hideMark/>
          </w:tcPr>
          <w:p w14:paraId="773850D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0601F028" w14:textId="77777777" w:rsidTr="00841CFC">
        <w:trPr>
          <w:trHeight w:val="87"/>
        </w:trPr>
        <w:tc>
          <w:tcPr>
            <w:tcW w:w="898" w:type="pct"/>
            <w:tcBorders>
              <w:top w:val="nil"/>
              <w:left w:val="nil"/>
              <w:bottom w:val="nil"/>
              <w:right w:val="nil"/>
            </w:tcBorders>
            <w:shd w:val="clear" w:color="000000" w:fill="FFFFFF"/>
            <w:vAlign w:val="center"/>
            <w:hideMark/>
          </w:tcPr>
          <w:p w14:paraId="0304FBCF"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713CE96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48D2C6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0" w:type="pct"/>
            <w:tcBorders>
              <w:top w:val="nil"/>
              <w:left w:val="nil"/>
              <w:bottom w:val="nil"/>
              <w:right w:val="nil"/>
            </w:tcBorders>
            <w:shd w:val="clear" w:color="000000" w:fill="F2F2F2"/>
            <w:vAlign w:val="center"/>
            <w:hideMark/>
          </w:tcPr>
          <w:p w14:paraId="5917C7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754" w:type="pct"/>
            <w:tcBorders>
              <w:top w:val="nil"/>
              <w:left w:val="nil"/>
              <w:bottom w:val="nil"/>
              <w:right w:val="nil"/>
            </w:tcBorders>
            <w:shd w:val="clear" w:color="000000" w:fill="FFFFFF"/>
            <w:vAlign w:val="center"/>
            <w:hideMark/>
          </w:tcPr>
          <w:p w14:paraId="004196F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6F4863D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472BAD4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1A2D05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0E203E4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663F78E3" w14:textId="77777777" w:rsidTr="00841CFC">
        <w:trPr>
          <w:trHeight w:val="87"/>
        </w:trPr>
        <w:tc>
          <w:tcPr>
            <w:tcW w:w="898" w:type="pct"/>
            <w:tcBorders>
              <w:top w:val="nil"/>
              <w:left w:val="nil"/>
              <w:bottom w:val="nil"/>
              <w:right w:val="nil"/>
            </w:tcBorders>
            <w:shd w:val="clear" w:color="000000" w:fill="FFFFFF"/>
            <w:vAlign w:val="center"/>
            <w:hideMark/>
          </w:tcPr>
          <w:p w14:paraId="1366D127"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6A72757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4412690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5.00</w:t>
            </w:r>
          </w:p>
        </w:tc>
        <w:tc>
          <w:tcPr>
            <w:tcW w:w="460" w:type="pct"/>
            <w:tcBorders>
              <w:top w:val="nil"/>
              <w:left w:val="nil"/>
              <w:bottom w:val="nil"/>
              <w:right w:val="nil"/>
            </w:tcBorders>
            <w:shd w:val="clear" w:color="000000" w:fill="F2F2F2"/>
            <w:vAlign w:val="center"/>
            <w:hideMark/>
          </w:tcPr>
          <w:p w14:paraId="1154B80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754" w:type="pct"/>
            <w:tcBorders>
              <w:top w:val="nil"/>
              <w:left w:val="nil"/>
              <w:bottom w:val="nil"/>
              <w:right w:val="nil"/>
            </w:tcBorders>
            <w:shd w:val="clear" w:color="000000" w:fill="FFFFFF"/>
            <w:vAlign w:val="center"/>
            <w:hideMark/>
          </w:tcPr>
          <w:p w14:paraId="7A24564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5F0FDAE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E4DD7C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B5B39B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45C309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3145A25F" w14:textId="77777777" w:rsidTr="00841CFC">
        <w:trPr>
          <w:trHeight w:val="87"/>
        </w:trPr>
        <w:tc>
          <w:tcPr>
            <w:tcW w:w="898" w:type="pct"/>
            <w:tcBorders>
              <w:top w:val="nil"/>
              <w:left w:val="nil"/>
              <w:bottom w:val="nil"/>
              <w:right w:val="nil"/>
            </w:tcBorders>
            <w:shd w:val="clear" w:color="000000" w:fill="FFFFFF"/>
            <w:vAlign w:val="center"/>
            <w:hideMark/>
          </w:tcPr>
          <w:p w14:paraId="2C0D80A5"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1D0D0E2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18E51B0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28 (NA)</w:t>
            </w:r>
          </w:p>
        </w:tc>
        <w:tc>
          <w:tcPr>
            <w:tcW w:w="460" w:type="pct"/>
            <w:tcBorders>
              <w:top w:val="nil"/>
              <w:left w:val="nil"/>
              <w:bottom w:val="nil"/>
              <w:right w:val="nil"/>
            </w:tcBorders>
            <w:shd w:val="clear" w:color="000000" w:fill="F2F2F2"/>
            <w:vAlign w:val="center"/>
            <w:hideMark/>
          </w:tcPr>
          <w:p w14:paraId="284AB71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27 (NA)</w:t>
            </w:r>
          </w:p>
        </w:tc>
        <w:tc>
          <w:tcPr>
            <w:tcW w:w="754" w:type="pct"/>
            <w:tcBorders>
              <w:top w:val="nil"/>
              <w:left w:val="nil"/>
              <w:bottom w:val="nil"/>
              <w:right w:val="nil"/>
            </w:tcBorders>
            <w:shd w:val="clear" w:color="000000" w:fill="FFFFFF"/>
            <w:vAlign w:val="center"/>
            <w:hideMark/>
          </w:tcPr>
          <w:p w14:paraId="555F5F4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46D7D44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60F88B2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3A002B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2" w:type="pct"/>
            <w:tcBorders>
              <w:top w:val="nil"/>
              <w:left w:val="nil"/>
              <w:bottom w:val="nil"/>
              <w:right w:val="nil"/>
            </w:tcBorders>
            <w:shd w:val="clear" w:color="000000" w:fill="FFFFFF"/>
            <w:vAlign w:val="center"/>
            <w:hideMark/>
          </w:tcPr>
          <w:p w14:paraId="3385DB9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5EBD8787" w14:textId="77777777" w:rsidTr="00841CFC">
        <w:trPr>
          <w:trHeight w:val="87"/>
        </w:trPr>
        <w:tc>
          <w:tcPr>
            <w:tcW w:w="898" w:type="pct"/>
            <w:tcBorders>
              <w:top w:val="nil"/>
              <w:left w:val="nil"/>
              <w:bottom w:val="nil"/>
              <w:right w:val="nil"/>
            </w:tcBorders>
            <w:shd w:val="clear" w:color="000000" w:fill="FFFFFF"/>
            <w:vAlign w:val="center"/>
            <w:hideMark/>
          </w:tcPr>
          <w:p w14:paraId="5772D5AD"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Motor neuron disease</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6B7C2C6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15C0747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1340B54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34761EA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3283EF8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0A88BA4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9.27)</w:t>
            </w:r>
          </w:p>
        </w:tc>
        <w:tc>
          <w:tcPr>
            <w:tcW w:w="464" w:type="pct"/>
            <w:tcBorders>
              <w:top w:val="nil"/>
              <w:left w:val="nil"/>
              <w:bottom w:val="nil"/>
              <w:right w:val="nil"/>
            </w:tcBorders>
            <w:shd w:val="clear" w:color="000000" w:fill="F2F2F2"/>
            <w:vAlign w:val="center"/>
            <w:hideMark/>
          </w:tcPr>
          <w:p w14:paraId="3A5E098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9.00)</w:t>
            </w:r>
          </w:p>
        </w:tc>
        <w:tc>
          <w:tcPr>
            <w:tcW w:w="462" w:type="pct"/>
            <w:tcBorders>
              <w:top w:val="nil"/>
              <w:left w:val="nil"/>
              <w:bottom w:val="nil"/>
              <w:right w:val="nil"/>
            </w:tcBorders>
            <w:shd w:val="clear" w:color="000000" w:fill="FFFFFF"/>
            <w:vAlign w:val="center"/>
            <w:hideMark/>
          </w:tcPr>
          <w:p w14:paraId="44A08FE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6498F8F3" w14:textId="77777777" w:rsidTr="00841CFC">
        <w:trPr>
          <w:trHeight w:val="87"/>
        </w:trPr>
        <w:tc>
          <w:tcPr>
            <w:tcW w:w="898" w:type="pct"/>
            <w:tcBorders>
              <w:top w:val="nil"/>
              <w:left w:val="nil"/>
              <w:bottom w:val="nil"/>
              <w:right w:val="nil"/>
            </w:tcBorders>
            <w:shd w:val="clear" w:color="000000" w:fill="FFFFFF"/>
            <w:vAlign w:val="center"/>
            <w:hideMark/>
          </w:tcPr>
          <w:p w14:paraId="2805347D"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6ABB6F3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33A62F4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096F92C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185E9EA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00FA50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DEF2FC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C094AC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0B87677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1D366582" w14:textId="77777777" w:rsidTr="00841CFC">
        <w:trPr>
          <w:trHeight w:val="87"/>
        </w:trPr>
        <w:tc>
          <w:tcPr>
            <w:tcW w:w="898" w:type="pct"/>
            <w:tcBorders>
              <w:top w:val="nil"/>
              <w:left w:val="nil"/>
              <w:bottom w:val="nil"/>
              <w:right w:val="nil"/>
            </w:tcBorders>
            <w:shd w:val="clear" w:color="000000" w:fill="FFFFFF"/>
            <w:vAlign w:val="center"/>
            <w:hideMark/>
          </w:tcPr>
          <w:p w14:paraId="5B936F5F"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42247B5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0C9C545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645BFC4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37EACB0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457B6FB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B7A4ED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E30971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7921B55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5B34B2E9" w14:textId="77777777" w:rsidTr="00841CFC">
        <w:trPr>
          <w:trHeight w:val="87"/>
        </w:trPr>
        <w:tc>
          <w:tcPr>
            <w:tcW w:w="898" w:type="pct"/>
            <w:tcBorders>
              <w:top w:val="nil"/>
              <w:left w:val="nil"/>
              <w:bottom w:val="nil"/>
              <w:right w:val="nil"/>
            </w:tcBorders>
            <w:shd w:val="clear" w:color="000000" w:fill="FFFFFF"/>
            <w:vAlign w:val="center"/>
            <w:hideMark/>
          </w:tcPr>
          <w:p w14:paraId="4AE0E7C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3129401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168CC16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30E4100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3847388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1F4F788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46D0318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3C0806D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2" w:type="pct"/>
            <w:tcBorders>
              <w:top w:val="nil"/>
              <w:left w:val="nil"/>
              <w:bottom w:val="nil"/>
              <w:right w:val="nil"/>
            </w:tcBorders>
            <w:shd w:val="clear" w:color="000000" w:fill="FFFFFF"/>
            <w:vAlign w:val="center"/>
            <w:hideMark/>
          </w:tcPr>
          <w:p w14:paraId="1AFC46C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45FA3461" w14:textId="77777777" w:rsidTr="00841CFC">
        <w:trPr>
          <w:trHeight w:val="87"/>
        </w:trPr>
        <w:tc>
          <w:tcPr>
            <w:tcW w:w="898" w:type="pct"/>
            <w:tcBorders>
              <w:top w:val="nil"/>
              <w:left w:val="nil"/>
              <w:bottom w:val="nil"/>
              <w:right w:val="nil"/>
            </w:tcBorders>
            <w:shd w:val="clear" w:color="000000" w:fill="FFFFFF"/>
            <w:vAlign w:val="center"/>
            <w:hideMark/>
          </w:tcPr>
          <w:p w14:paraId="0FC07455"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Movement coordination</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653B92A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39751BB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5CB4B3D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1B6404B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3.11 (0.08; 17.30)</w:t>
            </w:r>
          </w:p>
        </w:tc>
        <w:tc>
          <w:tcPr>
            <w:tcW w:w="535" w:type="pct"/>
            <w:tcBorders>
              <w:top w:val="nil"/>
              <w:left w:val="nil"/>
              <w:bottom w:val="nil"/>
              <w:right w:val="nil"/>
            </w:tcBorders>
            <w:shd w:val="clear" w:color="000000" w:fill="F2F2F2"/>
            <w:vAlign w:val="center"/>
            <w:hideMark/>
          </w:tcPr>
          <w:p w14:paraId="6715B08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312.11)</w:t>
            </w:r>
          </w:p>
        </w:tc>
        <w:tc>
          <w:tcPr>
            <w:tcW w:w="464" w:type="pct"/>
            <w:tcBorders>
              <w:top w:val="nil"/>
              <w:left w:val="nil"/>
              <w:bottom w:val="nil"/>
              <w:right w:val="nil"/>
            </w:tcBorders>
            <w:shd w:val="clear" w:color="000000" w:fill="F2F2F2"/>
            <w:vAlign w:val="center"/>
            <w:hideMark/>
          </w:tcPr>
          <w:p w14:paraId="46211E6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10.51 (2.86; 26.90)</w:t>
            </w:r>
          </w:p>
        </w:tc>
        <w:tc>
          <w:tcPr>
            <w:tcW w:w="464" w:type="pct"/>
            <w:tcBorders>
              <w:top w:val="nil"/>
              <w:left w:val="nil"/>
              <w:bottom w:val="nil"/>
              <w:right w:val="nil"/>
            </w:tcBorders>
            <w:shd w:val="clear" w:color="000000" w:fill="F2F2F2"/>
            <w:vAlign w:val="center"/>
            <w:hideMark/>
          </w:tcPr>
          <w:p w14:paraId="7F98319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10.19 (2.78; 26.09)</w:t>
            </w:r>
          </w:p>
        </w:tc>
        <w:tc>
          <w:tcPr>
            <w:tcW w:w="462" w:type="pct"/>
            <w:tcBorders>
              <w:top w:val="nil"/>
              <w:left w:val="nil"/>
              <w:bottom w:val="nil"/>
              <w:right w:val="nil"/>
            </w:tcBorders>
            <w:shd w:val="clear" w:color="000000" w:fill="FFFFFF"/>
            <w:vAlign w:val="center"/>
            <w:hideMark/>
          </w:tcPr>
          <w:p w14:paraId="0CB2E4A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7.20 (3.29; 13.67)</w:t>
            </w:r>
          </w:p>
        </w:tc>
      </w:tr>
      <w:tr w:rsidR="00726DBE" w:rsidRPr="00693325" w14:paraId="422BB1F7" w14:textId="77777777" w:rsidTr="00841CFC">
        <w:trPr>
          <w:trHeight w:val="87"/>
        </w:trPr>
        <w:tc>
          <w:tcPr>
            <w:tcW w:w="898" w:type="pct"/>
            <w:tcBorders>
              <w:top w:val="nil"/>
              <w:left w:val="nil"/>
              <w:bottom w:val="nil"/>
              <w:right w:val="nil"/>
            </w:tcBorders>
            <w:shd w:val="clear" w:color="000000" w:fill="FFFFFF"/>
            <w:vAlign w:val="center"/>
            <w:hideMark/>
          </w:tcPr>
          <w:p w14:paraId="2AB84E0C"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7B96EFE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687E976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B8361F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5A535F1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535" w:type="pct"/>
            <w:tcBorders>
              <w:top w:val="nil"/>
              <w:left w:val="nil"/>
              <w:bottom w:val="nil"/>
              <w:right w:val="nil"/>
            </w:tcBorders>
            <w:shd w:val="clear" w:color="000000" w:fill="F2F2F2"/>
            <w:vAlign w:val="center"/>
            <w:hideMark/>
          </w:tcPr>
          <w:p w14:paraId="4B73949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C18A7F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4" w:type="pct"/>
            <w:tcBorders>
              <w:top w:val="nil"/>
              <w:left w:val="nil"/>
              <w:bottom w:val="nil"/>
              <w:right w:val="nil"/>
            </w:tcBorders>
            <w:shd w:val="clear" w:color="000000" w:fill="F2F2F2"/>
            <w:vAlign w:val="center"/>
            <w:hideMark/>
          </w:tcPr>
          <w:p w14:paraId="48F0AEA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2" w:type="pct"/>
            <w:tcBorders>
              <w:top w:val="nil"/>
              <w:left w:val="nil"/>
              <w:bottom w:val="nil"/>
              <w:right w:val="nil"/>
            </w:tcBorders>
            <w:shd w:val="clear" w:color="000000" w:fill="FFFFFF"/>
            <w:vAlign w:val="center"/>
            <w:hideMark/>
          </w:tcPr>
          <w:p w14:paraId="5468590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w:t>
            </w:r>
          </w:p>
        </w:tc>
      </w:tr>
      <w:tr w:rsidR="00726DBE" w:rsidRPr="00693325" w14:paraId="777A06C4" w14:textId="77777777" w:rsidTr="00841CFC">
        <w:trPr>
          <w:trHeight w:val="87"/>
        </w:trPr>
        <w:tc>
          <w:tcPr>
            <w:tcW w:w="898" w:type="pct"/>
            <w:tcBorders>
              <w:top w:val="nil"/>
              <w:left w:val="nil"/>
              <w:bottom w:val="nil"/>
              <w:right w:val="nil"/>
            </w:tcBorders>
            <w:shd w:val="clear" w:color="000000" w:fill="FFFFFF"/>
            <w:vAlign w:val="center"/>
            <w:hideMark/>
          </w:tcPr>
          <w:p w14:paraId="21571D7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2611EB5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187E60A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434E4CF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2DEB945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0.95</w:t>
            </w:r>
          </w:p>
        </w:tc>
        <w:tc>
          <w:tcPr>
            <w:tcW w:w="535" w:type="pct"/>
            <w:tcBorders>
              <w:top w:val="nil"/>
              <w:left w:val="nil"/>
              <w:bottom w:val="nil"/>
              <w:right w:val="nil"/>
            </w:tcBorders>
            <w:shd w:val="clear" w:color="000000" w:fill="F2F2F2"/>
            <w:vAlign w:val="center"/>
            <w:hideMark/>
          </w:tcPr>
          <w:p w14:paraId="41A5D98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297757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3.74</w:t>
            </w:r>
          </w:p>
        </w:tc>
        <w:tc>
          <w:tcPr>
            <w:tcW w:w="464" w:type="pct"/>
            <w:tcBorders>
              <w:top w:val="nil"/>
              <w:left w:val="nil"/>
              <w:bottom w:val="nil"/>
              <w:right w:val="nil"/>
            </w:tcBorders>
            <w:shd w:val="clear" w:color="000000" w:fill="F2F2F2"/>
            <w:vAlign w:val="center"/>
            <w:hideMark/>
          </w:tcPr>
          <w:p w14:paraId="578283D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3.51</w:t>
            </w:r>
          </w:p>
        </w:tc>
        <w:tc>
          <w:tcPr>
            <w:tcW w:w="462" w:type="pct"/>
            <w:tcBorders>
              <w:top w:val="nil"/>
              <w:left w:val="nil"/>
              <w:bottom w:val="nil"/>
              <w:right w:val="nil"/>
            </w:tcBorders>
            <w:shd w:val="clear" w:color="000000" w:fill="FFFFFF"/>
            <w:vAlign w:val="center"/>
            <w:hideMark/>
          </w:tcPr>
          <w:p w14:paraId="4508A3A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1.57</w:t>
            </w:r>
          </w:p>
        </w:tc>
      </w:tr>
      <w:tr w:rsidR="00726DBE" w:rsidRPr="00693325" w14:paraId="6A8CF0FC" w14:textId="77777777" w:rsidTr="00841CFC">
        <w:trPr>
          <w:trHeight w:val="87"/>
        </w:trPr>
        <w:tc>
          <w:tcPr>
            <w:tcW w:w="898" w:type="pct"/>
            <w:tcBorders>
              <w:top w:val="nil"/>
              <w:left w:val="nil"/>
              <w:bottom w:val="nil"/>
              <w:right w:val="nil"/>
            </w:tcBorders>
            <w:shd w:val="clear" w:color="000000" w:fill="FFFFFF"/>
            <w:vAlign w:val="center"/>
            <w:hideMark/>
          </w:tcPr>
          <w:p w14:paraId="1F627EA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20A15A1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69099EC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311E5A7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74817D5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(NA)</w:t>
            </w:r>
          </w:p>
        </w:tc>
        <w:tc>
          <w:tcPr>
            <w:tcW w:w="535" w:type="pct"/>
            <w:tcBorders>
              <w:top w:val="nil"/>
              <w:left w:val="nil"/>
              <w:bottom w:val="nil"/>
              <w:right w:val="nil"/>
            </w:tcBorders>
            <w:shd w:val="clear" w:color="000000" w:fill="F2F2F2"/>
            <w:vAlign w:val="center"/>
            <w:hideMark/>
          </w:tcPr>
          <w:p w14:paraId="26B1707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0033FED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94 (80)</w:t>
            </w:r>
          </w:p>
        </w:tc>
        <w:tc>
          <w:tcPr>
            <w:tcW w:w="464" w:type="pct"/>
            <w:tcBorders>
              <w:top w:val="nil"/>
              <w:left w:val="nil"/>
              <w:bottom w:val="nil"/>
              <w:right w:val="nil"/>
            </w:tcBorders>
            <w:shd w:val="clear" w:color="000000" w:fill="F2F2F2"/>
            <w:vAlign w:val="center"/>
            <w:hideMark/>
          </w:tcPr>
          <w:p w14:paraId="65C52D4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92 (77)</w:t>
            </w:r>
          </w:p>
        </w:tc>
        <w:tc>
          <w:tcPr>
            <w:tcW w:w="462" w:type="pct"/>
            <w:tcBorders>
              <w:top w:val="nil"/>
              <w:left w:val="nil"/>
              <w:bottom w:val="nil"/>
              <w:right w:val="nil"/>
            </w:tcBorders>
            <w:shd w:val="clear" w:color="000000" w:fill="FFFFFF"/>
            <w:vAlign w:val="center"/>
            <w:hideMark/>
          </w:tcPr>
          <w:p w14:paraId="5866606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81 (209)</w:t>
            </w:r>
          </w:p>
        </w:tc>
      </w:tr>
      <w:tr w:rsidR="00726DBE" w:rsidRPr="00693325" w14:paraId="42E198AA" w14:textId="77777777" w:rsidTr="00841CFC">
        <w:trPr>
          <w:trHeight w:val="87"/>
        </w:trPr>
        <w:tc>
          <w:tcPr>
            <w:tcW w:w="898" w:type="pct"/>
            <w:tcBorders>
              <w:top w:val="nil"/>
              <w:left w:val="nil"/>
              <w:bottom w:val="nil"/>
              <w:right w:val="nil"/>
            </w:tcBorders>
            <w:shd w:val="clear" w:color="000000" w:fill="FFFFFF"/>
            <w:vAlign w:val="center"/>
            <w:hideMark/>
          </w:tcPr>
          <w:p w14:paraId="3C05DBC6"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Muscle weakness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47CD07C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1FB1519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7094BD7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1535585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3A8BFBC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2746847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2.51 (0.06; 14.01)</w:t>
            </w:r>
          </w:p>
        </w:tc>
        <w:tc>
          <w:tcPr>
            <w:tcW w:w="464" w:type="pct"/>
            <w:tcBorders>
              <w:top w:val="nil"/>
              <w:left w:val="nil"/>
              <w:bottom w:val="nil"/>
              <w:right w:val="nil"/>
            </w:tcBorders>
            <w:shd w:val="clear" w:color="000000" w:fill="F2F2F2"/>
            <w:vAlign w:val="center"/>
            <w:hideMark/>
          </w:tcPr>
          <w:p w14:paraId="5753AEA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2.44 (0.06; 13.60)</w:t>
            </w:r>
          </w:p>
        </w:tc>
        <w:tc>
          <w:tcPr>
            <w:tcW w:w="462" w:type="pct"/>
            <w:tcBorders>
              <w:top w:val="nil"/>
              <w:left w:val="nil"/>
              <w:bottom w:val="nil"/>
              <w:right w:val="nil"/>
            </w:tcBorders>
            <w:shd w:val="clear" w:color="000000" w:fill="FFFFFF"/>
            <w:vAlign w:val="center"/>
            <w:hideMark/>
          </w:tcPr>
          <w:p w14:paraId="4060211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6.45 (2.78; 12.70)</w:t>
            </w:r>
          </w:p>
        </w:tc>
      </w:tr>
      <w:tr w:rsidR="00726DBE" w:rsidRPr="00693325" w14:paraId="061183C0" w14:textId="77777777" w:rsidTr="00841CFC">
        <w:trPr>
          <w:trHeight w:val="87"/>
        </w:trPr>
        <w:tc>
          <w:tcPr>
            <w:tcW w:w="898" w:type="pct"/>
            <w:tcBorders>
              <w:top w:val="nil"/>
              <w:left w:val="nil"/>
              <w:bottom w:val="nil"/>
              <w:right w:val="nil"/>
            </w:tcBorders>
            <w:shd w:val="clear" w:color="000000" w:fill="FFFFFF"/>
            <w:vAlign w:val="center"/>
            <w:hideMark/>
          </w:tcPr>
          <w:p w14:paraId="63AA8587"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1FD168B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3FAB9B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35871D2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1B76B0B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3366623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9D32DA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358C213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5BE1F21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w:t>
            </w:r>
          </w:p>
        </w:tc>
      </w:tr>
      <w:tr w:rsidR="00726DBE" w:rsidRPr="00693325" w14:paraId="186CD4B4" w14:textId="77777777" w:rsidTr="00841CFC">
        <w:trPr>
          <w:trHeight w:val="87"/>
        </w:trPr>
        <w:tc>
          <w:tcPr>
            <w:tcW w:w="898" w:type="pct"/>
            <w:tcBorders>
              <w:top w:val="nil"/>
              <w:left w:val="nil"/>
              <w:bottom w:val="nil"/>
              <w:right w:val="nil"/>
            </w:tcBorders>
            <w:shd w:val="clear" w:color="000000" w:fill="FFFFFF"/>
            <w:vAlign w:val="center"/>
            <w:hideMark/>
          </w:tcPr>
          <w:p w14:paraId="68F807F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0E5720F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3F989C7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CB6666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5C84597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5C68D2F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C732CE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0.93</w:t>
            </w:r>
          </w:p>
        </w:tc>
        <w:tc>
          <w:tcPr>
            <w:tcW w:w="464" w:type="pct"/>
            <w:tcBorders>
              <w:top w:val="nil"/>
              <w:left w:val="nil"/>
              <w:bottom w:val="nil"/>
              <w:right w:val="nil"/>
            </w:tcBorders>
            <w:shd w:val="clear" w:color="000000" w:fill="F2F2F2"/>
            <w:vAlign w:val="center"/>
            <w:hideMark/>
          </w:tcPr>
          <w:p w14:paraId="298F1AA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bottom w:val="nil"/>
              <w:right w:val="nil"/>
            </w:tcBorders>
            <w:shd w:val="clear" w:color="000000" w:fill="FFFFFF"/>
            <w:vAlign w:val="center"/>
            <w:hideMark/>
          </w:tcPr>
          <w:p w14:paraId="71FD2B2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1.39</w:t>
            </w:r>
          </w:p>
        </w:tc>
      </w:tr>
      <w:tr w:rsidR="00726DBE" w:rsidRPr="00693325" w14:paraId="1115E73B" w14:textId="77777777" w:rsidTr="00841CFC">
        <w:trPr>
          <w:trHeight w:val="87"/>
        </w:trPr>
        <w:tc>
          <w:tcPr>
            <w:tcW w:w="898" w:type="pct"/>
            <w:tcBorders>
              <w:top w:val="nil"/>
              <w:left w:val="nil"/>
              <w:bottom w:val="nil"/>
              <w:right w:val="nil"/>
            </w:tcBorders>
            <w:shd w:val="clear" w:color="000000" w:fill="FFFFFF"/>
            <w:vAlign w:val="center"/>
            <w:hideMark/>
          </w:tcPr>
          <w:p w14:paraId="2228C1F4"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10A568D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34B3A04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6A178E2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24B5D61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6EE2513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7B51D12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71 (NA)</w:t>
            </w:r>
          </w:p>
        </w:tc>
        <w:tc>
          <w:tcPr>
            <w:tcW w:w="464" w:type="pct"/>
            <w:tcBorders>
              <w:top w:val="nil"/>
              <w:left w:val="nil"/>
              <w:bottom w:val="nil"/>
              <w:right w:val="nil"/>
            </w:tcBorders>
            <w:shd w:val="clear" w:color="000000" w:fill="F2F2F2"/>
            <w:vAlign w:val="center"/>
            <w:hideMark/>
          </w:tcPr>
          <w:p w14:paraId="0CD1342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 (NA)</w:t>
            </w:r>
          </w:p>
        </w:tc>
        <w:tc>
          <w:tcPr>
            <w:tcW w:w="462" w:type="pct"/>
            <w:tcBorders>
              <w:top w:val="nil"/>
              <w:left w:val="nil"/>
              <w:bottom w:val="nil"/>
              <w:right w:val="nil"/>
            </w:tcBorders>
            <w:shd w:val="clear" w:color="000000" w:fill="FFFFFF"/>
            <w:vAlign w:val="center"/>
            <w:hideMark/>
          </w:tcPr>
          <w:p w14:paraId="50CAD9E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39 (89)</w:t>
            </w:r>
          </w:p>
        </w:tc>
      </w:tr>
      <w:tr w:rsidR="00726DBE" w:rsidRPr="00693325" w14:paraId="3C533AFA" w14:textId="77777777" w:rsidTr="00841CFC">
        <w:trPr>
          <w:trHeight w:val="87"/>
        </w:trPr>
        <w:tc>
          <w:tcPr>
            <w:tcW w:w="898" w:type="pct"/>
            <w:tcBorders>
              <w:top w:val="nil"/>
              <w:left w:val="nil"/>
              <w:bottom w:val="nil"/>
              <w:right w:val="nil"/>
            </w:tcBorders>
            <w:shd w:val="clear" w:color="000000" w:fill="FFFFFF"/>
            <w:vAlign w:val="center"/>
            <w:hideMark/>
          </w:tcPr>
          <w:p w14:paraId="10548F63"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Paralysis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170D915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7E8DC8A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17.99 (0.46; 100.22)</w:t>
            </w:r>
          </w:p>
        </w:tc>
        <w:tc>
          <w:tcPr>
            <w:tcW w:w="460" w:type="pct"/>
            <w:tcBorders>
              <w:top w:val="nil"/>
              <w:left w:val="nil"/>
              <w:bottom w:val="nil"/>
              <w:right w:val="nil"/>
            </w:tcBorders>
            <w:shd w:val="clear" w:color="000000" w:fill="F2F2F2"/>
            <w:vAlign w:val="center"/>
            <w:hideMark/>
          </w:tcPr>
          <w:p w14:paraId="2057161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17.27 (0.44; 96.20)</w:t>
            </w:r>
          </w:p>
        </w:tc>
        <w:tc>
          <w:tcPr>
            <w:tcW w:w="754" w:type="pct"/>
            <w:tcBorders>
              <w:top w:val="nil"/>
              <w:left w:val="nil"/>
              <w:bottom w:val="nil"/>
              <w:right w:val="nil"/>
            </w:tcBorders>
            <w:shd w:val="clear" w:color="000000" w:fill="FFFFFF"/>
            <w:vAlign w:val="center"/>
            <w:hideMark/>
          </w:tcPr>
          <w:p w14:paraId="47F75A6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775315E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497C108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2.54 (0.06; 14.14)</w:t>
            </w:r>
          </w:p>
        </w:tc>
        <w:tc>
          <w:tcPr>
            <w:tcW w:w="464" w:type="pct"/>
            <w:tcBorders>
              <w:top w:val="nil"/>
              <w:left w:val="nil"/>
              <w:bottom w:val="nil"/>
              <w:right w:val="nil"/>
            </w:tcBorders>
            <w:shd w:val="clear" w:color="000000" w:fill="F2F2F2"/>
            <w:vAlign w:val="center"/>
            <w:hideMark/>
          </w:tcPr>
          <w:p w14:paraId="37926A7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2.46 (0.06; 13.72)</w:t>
            </w:r>
          </w:p>
        </w:tc>
        <w:tc>
          <w:tcPr>
            <w:tcW w:w="462" w:type="pct"/>
            <w:tcBorders>
              <w:top w:val="nil"/>
              <w:left w:val="nil"/>
              <w:bottom w:val="nil"/>
              <w:right w:val="nil"/>
            </w:tcBorders>
            <w:shd w:val="clear" w:color="000000" w:fill="FFFFFF"/>
            <w:vAlign w:val="center"/>
            <w:hideMark/>
          </w:tcPr>
          <w:p w14:paraId="070A971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79997DD5" w14:textId="77777777" w:rsidTr="00841CFC">
        <w:trPr>
          <w:trHeight w:val="87"/>
        </w:trPr>
        <w:tc>
          <w:tcPr>
            <w:tcW w:w="898" w:type="pct"/>
            <w:tcBorders>
              <w:top w:val="nil"/>
              <w:left w:val="nil"/>
              <w:bottom w:val="nil"/>
              <w:right w:val="nil"/>
            </w:tcBorders>
            <w:shd w:val="clear" w:color="000000" w:fill="FFFFFF"/>
            <w:vAlign w:val="center"/>
            <w:hideMark/>
          </w:tcPr>
          <w:p w14:paraId="600A58B1"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07F9704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0754C51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0" w:type="pct"/>
            <w:tcBorders>
              <w:top w:val="nil"/>
              <w:left w:val="nil"/>
              <w:bottom w:val="nil"/>
              <w:right w:val="nil"/>
            </w:tcBorders>
            <w:shd w:val="clear" w:color="000000" w:fill="F2F2F2"/>
            <w:vAlign w:val="center"/>
            <w:hideMark/>
          </w:tcPr>
          <w:p w14:paraId="5A1A85E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754" w:type="pct"/>
            <w:tcBorders>
              <w:top w:val="nil"/>
              <w:left w:val="nil"/>
              <w:bottom w:val="nil"/>
              <w:right w:val="nil"/>
            </w:tcBorders>
            <w:shd w:val="clear" w:color="000000" w:fill="FFFFFF"/>
            <w:vAlign w:val="center"/>
            <w:hideMark/>
          </w:tcPr>
          <w:p w14:paraId="4690F59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422AA4E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905263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5597957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334F05A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28D0FBD7" w14:textId="77777777" w:rsidTr="00841CFC">
        <w:trPr>
          <w:trHeight w:val="87"/>
        </w:trPr>
        <w:tc>
          <w:tcPr>
            <w:tcW w:w="898" w:type="pct"/>
            <w:tcBorders>
              <w:top w:val="nil"/>
              <w:left w:val="nil"/>
              <w:right w:val="nil"/>
            </w:tcBorders>
            <w:shd w:val="clear" w:color="000000" w:fill="FFFFFF"/>
            <w:vAlign w:val="center"/>
            <w:hideMark/>
          </w:tcPr>
          <w:p w14:paraId="107D593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right w:val="nil"/>
            </w:tcBorders>
            <w:shd w:val="clear" w:color="000000" w:fill="F2F2F2"/>
            <w:vAlign w:val="center"/>
            <w:hideMark/>
          </w:tcPr>
          <w:p w14:paraId="33D4E1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right w:val="nil"/>
            </w:tcBorders>
            <w:shd w:val="clear" w:color="000000" w:fill="F2F2F2"/>
            <w:vAlign w:val="center"/>
            <w:hideMark/>
          </w:tcPr>
          <w:p w14:paraId="08E97BF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5.00</w:t>
            </w:r>
          </w:p>
        </w:tc>
        <w:tc>
          <w:tcPr>
            <w:tcW w:w="460" w:type="pct"/>
            <w:tcBorders>
              <w:top w:val="nil"/>
              <w:left w:val="nil"/>
              <w:right w:val="nil"/>
            </w:tcBorders>
            <w:shd w:val="clear" w:color="000000" w:fill="F2F2F2"/>
            <w:vAlign w:val="center"/>
            <w:hideMark/>
          </w:tcPr>
          <w:p w14:paraId="004520F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754" w:type="pct"/>
            <w:tcBorders>
              <w:top w:val="nil"/>
              <w:left w:val="nil"/>
              <w:right w:val="nil"/>
            </w:tcBorders>
            <w:shd w:val="clear" w:color="000000" w:fill="FFFFFF"/>
            <w:vAlign w:val="center"/>
            <w:hideMark/>
          </w:tcPr>
          <w:p w14:paraId="770EC86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right w:val="nil"/>
            </w:tcBorders>
            <w:shd w:val="clear" w:color="000000" w:fill="F2F2F2"/>
            <w:vAlign w:val="center"/>
            <w:hideMark/>
          </w:tcPr>
          <w:p w14:paraId="0D2BBA8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right w:val="nil"/>
            </w:tcBorders>
            <w:shd w:val="clear" w:color="000000" w:fill="F2F2F2"/>
            <w:vAlign w:val="center"/>
            <w:hideMark/>
          </w:tcPr>
          <w:p w14:paraId="619F35B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0.93</w:t>
            </w:r>
          </w:p>
        </w:tc>
        <w:tc>
          <w:tcPr>
            <w:tcW w:w="464" w:type="pct"/>
            <w:tcBorders>
              <w:top w:val="nil"/>
              <w:left w:val="nil"/>
              <w:right w:val="nil"/>
            </w:tcBorders>
            <w:shd w:val="clear" w:color="000000" w:fill="F2F2F2"/>
            <w:vAlign w:val="center"/>
            <w:hideMark/>
          </w:tcPr>
          <w:p w14:paraId="33DD810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right w:val="nil"/>
            </w:tcBorders>
            <w:shd w:val="clear" w:color="000000" w:fill="FFFFFF"/>
            <w:vAlign w:val="center"/>
            <w:hideMark/>
          </w:tcPr>
          <w:p w14:paraId="53ACD76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653B6B54" w14:textId="77777777" w:rsidTr="00841CFC">
        <w:trPr>
          <w:trHeight w:val="280"/>
        </w:trPr>
        <w:tc>
          <w:tcPr>
            <w:tcW w:w="898" w:type="pct"/>
            <w:tcBorders>
              <w:top w:val="nil"/>
              <w:left w:val="nil"/>
              <w:bottom w:val="single" w:sz="4" w:space="0" w:color="auto"/>
              <w:right w:val="nil"/>
            </w:tcBorders>
            <w:shd w:val="clear" w:color="000000" w:fill="FFFFFF"/>
            <w:vAlign w:val="center"/>
            <w:hideMark/>
          </w:tcPr>
          <w:p w14:paraId="745A2405"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single" w:sz="4" w:space="0" w:color="auto"/>
              <w:right w:val="nil"/>
            </w:tcBorders>
            <w:shd w:val="clear" w:color="000000" w:fill="F2F2F2"/>
            <w:vAlign w:val="center"/>
            <w:hideMark/>
          </w:tcPr>
          <w:p w14:paraId="4124C7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single" w:sz="4" w:space="0" w:color="auto"/>
              <w:right w:val="nil"/>
            </w:tcBorders>
            <w:shd w:val="clear" w:color="000000" w:fill="F2F2F2"/>
            <w:vAlign w:val="center"/>
            <w:hideMark/>
          </w:tcPr>
          <w:p w14:paraId="3B068B1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72 (NA)</w:t>
            </w:r>
          </w:p>
        </w:tc>
        <w:tc>
          <w:tcPr>
            <w:tcW w:w="460" w:type="pct"/>
            <w:tcBorders>
              <w:top w:val="nil"/>
              <w:left w:val="nil"/>
              <w:bottom w:val="single" w:sz="4" w:space="0" w:color="auto"/>
              <w:right w:val="nil"/>
            </w:tcBorders>
            <w:shd w:val="clear" w:color="000000" w:fill="F2F2F2"/>
            <w:vAlign w:val="center"/>
            <w:hideMark/>
          </w:tcPr>
          <w:p w14:paraId="0512A2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70 (NA)</w:t>
            </w:r>
          </w:p>
        </w:tc>
        <w:tc>
          <w:tcPr>
            <w:tcW w:w="754" w:type="pct"/>
            <w:tcBorders>
              <w:top w:val="nil"/>
              <w:left w:val="nil"/>
              <w:bottom w:val="single" w:sz="4" w:space="0" w:color="auto"/>
              <w:right w:val="nil"/>
            </w:tcBorders>
            <w:shd w:val="clear" w:color="000000" w:fill="FFFFFF"/>
            <w:vAlign w:val="center"/>
            <w:hideMark/>
          </w:tcPr>
          <w:p w14:paraId="36DFF5D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single" w:sz="4" w:space="0" w:color="auto"/>
              <w:right w:val="nil"/>
            </w:tcBorders>
            <w:shd w:val="clear" w:color="000000" w:fill="F2F2F2"/>
            <w:vAlign w:val="center"/>
            <w:hideMark/>
          </w:tcPr>
          <w:p w14:paraId="48E6EB2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single" w:sz="4" w:space="0" w:color="auto"/>
              <w:right w:val="nil"/>
            </w:tcBorders>
            <w:shd w:val="clear" w:color="000000" w:fill="F2F2F2"/>
            <w:vAlign w:val="center"/>
            <w:hideMark/>
          </w:tcPr>
          <w:p w14:paraId="5DD8444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 (NA)</w:t>
            </w:r>
          </w:p>
        </w:tc>
        <w:tc>
          <w:tcPr>
            <w:tcW w:w="464" w:type="pct"/>
            <w:tcBorders>
              <w:top w:val="nil"/>
              <w:left w:val="nil"/>
              <w:bottom w:val="single" w:sz="4" w:space="0" w:color="auto"/>
              <w:right w:val="nil"/>
            </w:tcBorders>
            <w:shd w:val="clear" w:color="000000" w:fill="F2F2F2"/>
            <w:vAlign w:val="center"/>
            <w:hideMark/>
          </w:tcPr>
          <w:p w14:paraId="4CBF72F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 (NA)</w:t>
            </w:r>
          </w:p>
        </w:tc>
        <w:tc>
          <w:tcPr>
            <w:tcW w:w="462" w:type="pct"/>
            <w:tcBorders>
              <w:top w:val="nil"/>
              <w:left w:val="nil"/>
              <w:bottom w:val="single" w:sz="4" w:space="0" w:color="auto"/>
              <w:right w:val="nil"/>
            </w:tcBorders>
            <w:shd w:val="clear" w:color="000000" w:fill="FFFFFF"/>
            <w:vAlign w:val="center"/>
            <w:hideMark/>
          </w:tcPr>
          <w:p w14:paraId="67A94EA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27B29CCE" w14:textId="77777777" w:rsidTr="00841CFC">
        <w:trPr>
          <w:trHeight w:val="87"/>
        </w:trPr>
        <w:tc>
          <w:tcPr>
            <w:tcW w:w="898" w:type="pct"/>
            <w:tcBorders>
              <w:top w:val="single" w:sz="4" w:space="0" w:color="auto"/>
              <w:left w:val="nil"/>
              <w:bottom w:val="nil"/>
              <w:right w:val="nil"/>
            </w:tcBorders>
            <w:shd w:val="clear" w:color="000000" w:fill="FFFFFF"/>
            <w:vAlign w:val="center"/>
            <w:hideMark/>
          </w:tcPr>
          <w:p w14:paraId="33916FBA" w14:textId="77777777" w:rsidR="00726DBE" w:rsidRPr="00693325" w:rsidRDefault="00726DBE" w:rsidP="00841CFC">
            <w:pPr>
              <w:rPr>
                <w:rFonts w:ascii="Times New Roman" w:hAnsi="Times New Roman"/>
                <w:b/>
                <w:bCs/>
                <w:sz w:val="16"/>
                <w:szCs w:val="16"/>
              </w:rPr>
            </w:pPr>
            <w:r w:rsidRPr="00693325">
              <w:rPr>
                <w:rFonts w:ascii="Times New Roman" w:hAnsi="Times New Roman"/>
                <w:b/>
                <w:bCs/>
                <w:sz w:val="16"/>
                <w:szCs w:val="16"/>
              </w:rPr>
              <w:t xml:space="preserve">Musculoskeletal deficiencies, IR (95% CI) </w:t>
            </w:r>
          </w:p>
        </w:tc>
        <w:tc>
          <w:tcPr>
            <w:tcW w:w="562" w:type="pct"/>
            <w:tcBorders>
              <w:top w:val="single" w:sz="4" w:space="0" w:color="auto"/>
              <w:left w:val="nil"/>
              <w:bottom w:val="nil"/>
              <w:right w:val="nil"/>
            </w:tcBorders>
            <w:shd w:val="clear" w:color="000000" w:fill="F2F2F2"/>
            <w:vAlign w:val="center"/>
            <w:hideMark/>
          </w:tcPr>
          <w:p w14:paraId="6D77EF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single" w:sz="4" w:space="0" w:color="auto"/>
              <w:left w:val="nil"/>
              <w:bottom w:val="nil"/>
              <w:right w:val="nil"/>
            </w:tcBorders>
            <w:shd w:val="clear" w:color="000000" w:fill="F2F2F2"/>
            <w:vAlign w:val="center"/>
            <w:hideMark/>
          </w:tcPr>
          <w:p w14:paraId="2D39BB1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35.93 (4.35; 129.79)</w:t>
            </w:r>
          </w:p>
        </w:tc>
        <w:tc>
          <w:tcPr>
            <w:tcW w:w="460" w:type="pct"/>
            <w:tcBorders>
              <w:top w:val="single" w:sz="4" w:space="0" w:color="auto"/>
              <w:left w:val="nil"/>
              <w:bottom w:val="nil"/>
              <w:right w:val="nil"/>
            </w:tcBorders>
            <w:shd w:val="clear" w:color="000000" w:fill="F2F2F2"/>
            <w:vAlign w:val="center"/>
            <w:hideMark/>
          </w:tcPr>
          <w:p w14:paraId="1ACB380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34.49 (4.18; 124.59)</w:t>
            </w:r>
          </w:p>
        </w:tc>
        <w:tc>
          <w:tcPr>
            <w:tcW w:w="754" w:type="pct"/>
            <w:tcBorders>
              <w:top w:val="single" w:sz="4" w:space="0" w:color="auto"/>
              <w:left w:val="nil"/>
              <w:bottom w:val="nil"/>
              <w:right w:val="nil"/>
            </w:tcBorders>
            <w:shd w:val="clear" w:color="000000" w:fill="FFFFFF"/>
            <w:vAlign w:val="center"/>
            <w:hideMark/>
          </w:tcPr>
          <w:p w14:paraId="013204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9.69 (2.00; 28.32)</w:t>
            </w:r>
          </w:p>
        </w:tc>
        <w:tc>
          <w:tcPr>
            <w:tcW w:w="535" w:type="pct"/>
            <w:tcBorders>
              <w:top w:val="single" w:sz="4" w:space="0" w:color="auto"/>
              <w:left w:val="nil"/>
              <w:bottom w:val="nil"/>
              <w:right w:val="nil"/>
            </w:tcBorders>
            <w:shd w:val="clear" w:color="000000" w:fill="F2F2F2"/>
            <w:vAlign w:val="center"/>
            <w:hideMark/>
          </w:tcPr>
          <w:p w14:paraId="76DA91B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85.16 (2.16; 474.49)</w:t>
            </w:r>
          </w:p>
        </w:tc>
        <w:tc>
          <w:tcPr>
            <w:tcW w:w="464" w:type="pct"/>
            <w:tcBorders>
              <w:top w:val="single" w:sz="4" w:space="0" w:color="auto"/>
              <w:left w:val="nil"/>
              <w:bottom w:val="nil"/>
              <w:right w:val="nil"/>
            </w:tcBorders>
            <w:shd w:val="clear" w:color="000000" w:fill="F2F2F2"/>
            <w:vAlign w:val="center"/>
            <w:hideMark/>
          </w:tcPr>
          <w:p w14:paraId="3A154B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24.56 (11.23; 46.62)</w:t>
            </w:r>
          </w:p>
        </w:tc>
        <w:tc>
          <w:tcPr>
            <w:tcW w:w="464" w:type="pct"/>
            <w:tcBorders>
              <w:top w:val="single" w:sz="4" w:space="0" w:color="auto"/>
              <w:left w:val="nil"/>
              <w:bottom w:val="nil"/>
              <w:right w:val="nil"/>
            </w:tcBorders>
            <w:shd w:val="clear" w:color="000000" w:fill="F2F2F2"/>
            <w:vAlign w:val="center"/>
            <w:hideMark/>
          </w:tcPr>
          <w:p w14:paraId="5DED768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26.44 (12.68; 48.63)</w:t>
            </w:r>
          </w:p>
        </w:tc>
        <w:tc>
          <w:tcPr>
            <w:tcW w:w="462" w:type="pct"/>
            <w:tcBorders>
              <w:top w:val="single" w:sz="4" w:space="0" w:color="auto"/>
              <w:left w:val="nil"/>
              <w:bottom w:val="nil"/>
              <w:right w:val="nil"/>
            </w:tcBorders>
            <w:shd w:val="clear" w:color="000000" w:fill="FFFFFF"/>
            <w:vAlign w:val="center"/>
            <w:hideMark/>
          </w:tcPr>
          <w:p w14:paraId="79EA2C4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16.55 (10.11; 25.56)</w:t>
            </w:r>
          </w:p>
        </w:tc>
      </w:tr>
      <w:tr w:rsidR="00726DBE" w:rsidRPr="00693325" w14:paraId="525FD69F" w14:textId="77777777" w:rsidTr="00841CFC">
        <w:trPr>
          <w:trHeight w:val="87"/>
        </w:trPr>
        <w:tc>
          <w:tcPr>
            <w:tcW w:w="898" w:type="pct"/>
            <w:tcBorders>
              <w:top w:val="nil"/>
              <w:left w:val="nil"/>
              <w:bottom w:val="nil"/>
              <w:right w:val="nil"/>
            </w:tcBorders>
            <w:shd w:val="clear" w:color="000000" w:fill="FFFFFF"/>
            <w:vAlign w:val="center"/>
            <w:hideMark/>
          </w:tcPr>
          <w:p w14:paraId="0A36570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61B5EA0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1AE1099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0" w:type="pct"/>
            <w:tcBorders>
              <w:top w:val="nil"/>
              <w:left w:val="nil"/>
              <w:bottom w:val="nil"/>
              <w:right w:val="nil"/>
            </w:tcBorders>
            <w:shd w:val="clear" w:color="000000" w:fill="F2F2F2"/>
            <w:vAlign w:val="center"/>
            <w:hideMark/>
          </w:tcPr>
          <w:p w14:paraId="463A561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754" w:type="pct"/>
            <w:tcBorders>
              <w:top w:val="nil"/>
              <w:left w:val="nil"/>
              <w:bottom w:val="nil"/>
              <w:right w:val="nil"/>
            </w:tcBorders>
            <w:shd w:val="clear" w:color="000000" w:fill="FFFFFF"/>
            <w:vAlign w:val="center"/>
            <w:hideMark/>
          </w:tcPr>
          <w:p w14:paraId="4704FDC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535" w:type="pct"/>
            <w:tcBorders>
              <w:top w:val="nil"/>
              <w:left w:val="nil"/>
              <w:bottom w:val="nil"/>
              <w:right w:val="nil"/>
            </w:tcBorders>
            <w:shd w:val="clear" w:color="000000" w:fill="F2F2F2"/>
            <w:vAlign w:val="center"/>
            <w:hideMark/>
          </w:tcPr>
          <w:p w14:paraId="2588A43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060FD10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w:t>
            </w:r>
          </w:p>
        </w:tc>
        <w:tc>
          <w:tcPr>
            <w:tcW w:w="464" w:type="pct"/>
            <w:tcBorders>
              <w:top w:val="nil"/>
              <w:left w:val="nil"/>
              <w:bottom w:val="nil"/>
              <w:right w:val="nil"/>
            </w:tcBorders>
            <w:shd w:val="clear" w:color="000000" w:fill="F2F2F2"/>
            <w:vAlign w:val="center"/>
            <w:hideMark/>
          </w:tcPr>
          <w:p w14:paraId="27D2E29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w:t>
            </w:r>
          </w:p>
        </w:tc>
        <w:tc>
          <w:tcPr>
            <w:tcW w:w="462" w:type="pct"/>
            <w:tcBorders>
              <w:top w:val="nil"/>
              <w:left w:val="nil"/>
              <w:bottom w:val="nil"/>
              <w:right w:val="nil"/>
            </w:tcBorders>
            <w:shd w:val="clear" w:color="000000" w:fill="FFFFFF"/>
            <w:vAlign w:val="center"/>
            <w:hideMark/>
          </w:tcPr>
          <w:p w14:paraId="604BAE0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20</w:t>
            </w:r>
          </w:p>
        </w:tc>
      </w:tr>
      <w:tr w:rsidR="00726DBE" w:rsidRPr="00693325" w14:paraId="39734464" w14:textId="77777777" w:rsidTr="00841CFC">
        <w:trPr>
          <w:trHeight w:val="87"/>
        </w:trPr>
        <w:tc>
          <w:tcPr>
            <w:tcW w:w="898" w:type="pct"/>
            <w:tcBorders>
              <w:top w:val="nil"/>
              <w:left w:val="nil"/>
              <w:bottom w:val="nil"/>
              <w:right w:val="nil"/>
            </w:tcBorders>
            <w:shd w:val="clear" w:color="000000" w:fill="FFFFFF"/>
            <w:vAlign w:val="center"/>
            <w:hideMark/>
          </w:tcPr>
          <w:p w14:paraId="41B985AD"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054A179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01" w:type="pct"/>
            <w:tcBorders>
              <w:top w:val="nil"/>
              <w:left w:val="nil"/>
              <w:bottom w:val="nil"/>
              <w:right w:val="nil"/>
            </w:tcBorders>
            <w:shd w:val="clear" w:color="000000" w:fill="F2F2F2"/>
            <w:vAlign w:val="center"/>
            <w:hideMark/>
          </w:tcPr>
          <w:p w14:paraId="0678ACB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10.00</w:t>
            </w:r>
          </w:p>
        </w:tc>
        <w:tc>
          <w:tcPr>
            <w:tcW w:w="460" w:type="pct"/>
            <w:tcBorders>
              <w:top w:val="nil"/>
              <w:left w:val="nil"/>
              <w:bottom w:val="nil"/>
              <w:right w:val="nil"/>
            </w:tcBorders>
            <w:shd w:val="clear" w:color="000000" w:fill="F2F2F2"/>
            <w:vAlign w:val="center"/>
            <w:hideMark/>
          </w:tcPr>
          <w:p w14:paraId="5E87AC2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9.52</w:t>
            </w:r>
          </w:p>
        </w:tc>
        <w:tc>
          <w:tcPr>
            <w:tcW w:w="754" w:type="pct"/>
            <w:tcBorders>
              <w:top w:val="nil"/>
              <w:left w:val="nil"/>
              <w:bottom w:val="nil"/>
              <w:right w:val="nil"/>
            </w:tcBorders>
            <w:shd w:val="clear" w:color="000000" w:fill="FFFFFF"/>
            <w:vAlign w:val="center"/>
            <w:hideMark/>
          </w:tcPr>
          <w:p w14:paraId="15E4E1D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2.86</w:t>
            </w:r>
          </w:p>
        </w:tc>
        <w:tc>
          <w:tcPr>
            <w:tcW w:w="535" w:type="pct"/>
            <w:tcBorders>
              <w:top w:val="nil"/>
              <w:left w:val="nil"/>
              <w:bottom w:val="nil"/>
              <w:right w:val="nil"/>
            </w:tcBorders>
            <w:shd w:val="clear" w:color="000000" w:fill="F2F2F2"/>
            <w:vAlign w:val="center"/>
            <w:hideMark/>
          </w:tcPr>
          <w:p w14:paraId="08B89E0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0.88</w:t>
            </w:r>
          </w:p>
        </w:tc>
        <w:tc>
          <w:tcPr>
            <w:tcW w:w="464" w:type="pct"/>
            <w:tcBorders>
              <w:top w:val="nil"/>
              <w:left w:val="nil"/>
              <w:bottom w:val="nil"/>
              <w:right w:val="nil"/>
            </w:tcBorders>
            <w:shd w:val="clear" w:color="000000" w:fill="F2F2F2"/>
            <w:vAlign w:val="center"/>
            <w:hideMark/>
          </w:tcPr>
          <w:p w14:paraId="2D92E00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8.49</w:t>
            </w:r>
          </w:p>
        </w:tc>
        <w:tc>
          <w:tcPr>
            <w:tcW w:w="464" w:type="pct"/>
            <w:tcBorders>
              <w:top w:val="nil"/>
              <w:left w:val="nil"/>
              <w:bottom w:val="nil"/>
              <w:right w:val="nil"/>
            </w:tcBorders>
            <w:shd w:val="clear" w:color="000000" w:fill="F2F2F2"/>
            <w:vAlign w:val="center"/>
            <w:hideMark/>
          </w:tcPr>
          <w:p w14:paraId="76A9984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8.77</w:t>
            </w:r>
          </w:p>
        </w:tc>
        <w:tc>
          <w:tcPr>
            <w:tcW w:w="462" w:type="pct"/>
            <w:tcBorders>
              <w:top w:val="nil"/>
              <w:left w:val="nil"/>
              <w:bottom w:val="nil"/>
              <w:right w:val="nil"/>
            </w:tcBorders>
            <w:shd w:val="clear" w:color="000000" w:fill="FFFFFF"/>
            <w:vAlign w:val="center"/>
            <w:hideMark/>
          </w:tcPr>
          <w:p w14:paraId="6343C1E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3.48</w:t>
            </w:r>
          </w:p>
        </w:tc>
      </w:tr>
      <w:tr w:rsidR="00726DBE" w:rsidRPr="00693325" w14:paraId="2FBB69BF" w14:textId="77777777" w:rsidTr="00841CFC">
        <w:trPr>
          <w:trHeight w:val="87"/>
        </w:trPr>
        <w:tc>
          <w:tcPr>
            <w:tcW w:w="898" w:type="pct"/>
            <w:tcBorders>
              <w:top w:val="nil"/>
              <w:left w:val="nil"/>
              <w:bottom w:val="nil"/>
              <w:right w:val="nil"/>
            </w:tcBorders>
            <w:shd w:val="clear" w:color="000000" w:fill="FFFFFF"/>
            <w:vAlign w:val="center"/>
            <w:hideMark/>
          </w:tcPr>
          <w:p w14:paraId="16137903"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041622E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60460EA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 (6)</w:t>
            </w:r>
          </w:p>
        </w:tc>
        <w:tc>
          <w:tcPr>
            <w:tcW w:w="460" w:type="pct"/>
            <w:tcBorders>
              <w:top w:val="nil"/>
              <w:left w:val="nil"/>
              <w:bottom w:val="nil"/>
              <w:right w:val="nil"/>
            </w:tcBorders>
            <w:shd w:val="clear" w:color="000000" w:fill="F2F2F2"/>
            <w:vAlign w:val="center"/>
            <w:hideMark/>
          </w:tcPr>
          <w:p w14:paraId="7AADC80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 (5)</w:t>
            </w:r>
          </w:p>
        </w:tc>
        <w:tc>
          <w:tcPr>
            <w:tcW w:w="754" w:type="pct"/>
            <w:tcBorders>
              <w:top w:val="nil"/>
              <w:left w:val="nil"/>
              <w:bottom w:val="nil"/>
              <w:right w:val="nil"/>
            </w:tcBorders>
            <w:shd w:val="clear" w:color="000000" w:fill="FFFFFF"/>
            <w:vAlign w:val="center"/>
            <w:hideMark/>
          </w:tcPr>
          <w:p w14:paraId="77DEC14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30 (36)</w:t>
            </w:r>
          </w:p>
        </w:tc>
        <w:tc>
          <w:tcPr>
            <w:tcW w:w="535" w:type="pct"/>
            <w:tcBorders>
              <w:top w:val="nil"/>
              <w:left w:val="nil"/>
              <w:bottom w:val="nil"/>
              <w:right w:val="nil"/>
            </w:tcBorders>
            <w:shd w:val="clear" w:color="000000" w:fill="F2F2F2"/>
            <w:vAlign w:val="center"/>
            <w:hideMark/>
          </w:tcPr>
          <w:p w14:paraId="37AA996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11,187 (NA)</w:t>
            </w:r>
          </w:p>
        </w:tc>
        <w:tc>
          <w:tcPr>
            <w:tcW w:w="464" w:type="pct"/>
            <w:tcBorders>
              <w:top w:val="nil"/>
              <w:left w:val="nil"/>
              <w:bottom w:val="nil"/>
              <w:right w:val="nil"/>
            </w:tcBorders>
            <w:shd w:val="clear" w:color="000000" w:fill="F2F2F2"/>
            <w:vAlign w:val="center"/>
            <w:hideMark/>
          </w:tcPr>
          <w:p w14:paraId="26CB52E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(2)</w:t>
            </w:r>
          </w:p>
        </w:tc>
        <w:tc>
          <w:tcPr>
            <w:tcW w:w="464" w:type="pct"/>
            <w:tcBorders>
              <w:top w:val="nil"/>
              <w:left w:val="nil"/>
              <w:bottom w:val="nil"/>
              <w:right w:val="nil"/>
            </w:tcBorders>
            <w:shd w:val="clear" w:color="000000" w:fill="F2F2F2"/>
            <w:vAlign w:val="center"/>
            <w:hideMark/>
          </w:tcPr>
          <w:p w14:paraId="6137CC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 (73)</w:t>
            </w:r>
          </w:p>
        </w:tc>
        <w:tc>
          <w:tcPr>
            <w:tcW w:w="462" w:type="pct"/>
            <w:tcBorders>
              <w:top w:val="nil"/>
              <w:left w:val="nil"/>
              <w:bottom w:val="nil"/>
              <w:right w:val="nil"/>
            </w:tcBorders>
            <w:shd w:val="clear" w:color="000000" w:fill="FFFFFF"/>
            <w:vAlign w:val="center"/>
            <w:hideMark/>
          </w:tcPr>
          <w:p w14:paraId="34A16C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 (22)</w:t>
            </w:r>
          </w:p>
        </w:tc>
      </w:tr>
      <w:tr w:rsidR="00726DBE" w:rsidRPr="00693325" w14:paraId="1A206EDE" w14:textId="77777777" w:rsidTr="00841CFC">
        <w:trPr>
          <w:trHeight w:val="87"/>
        </w:trPr>
        <w:tc>
          <w:tcPr>
            <w:tcW w:w="898" w:type="pct"/>
            <w:tcBorders>
              <w:top w:val="nil"/>
              <w:left w:val="nil"/>
              <w:bottom w:val="nil"/>
              <w:right w:val="nil"/>
            </w:tcBorders>
            <w:shd w:val="clear" w:color="000000" w:fill="FFFFFF"/>
            <w:vAlign w:val="center"/>
            <w:hideMark/>
          </w:tcPr>
          <w:p w14:paraId="43D48640"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 xml:space="preserve">Acquired limb deficiency, IR (95% CI) </w:t>
            </w:r>
          </w:p>
        </w:tc>
        <w:tc>
          <w:tcPr>
            <w:tcW w:w="562" w:type="pct"/>
            <w:tcBorders>
              <w:top w:val="nil"/>
              <w:left w:val="nil"/>
              <w:bottom w:val="nil"/>
              <w:right w:val="nil"/>
            </w:tcBorders>
            <w:shd w:val="clear" w:color="000000" w:fill="F2F2F2"/>
            <w:vAlign w:val="center"/>
            <w:hideMark/>
          </w:tcPr>
          <w:p w14:paraId="4B2F122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67D73D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17.29 (0.44; 96.36)</w:t>
            </w:r>
          </w:p>
        </w:tc>
        <w:tc>
          <w:tcPr>
            <w:tcW w:w="460" w:type="pct"/>
            <w:tcBorders>
              <w:top w:val="nil"/>
              <w:left w:val="nil"/>
              <w:bottom w:val="nil"/>
              <w:right w:val="nil"/>
            </w:tcBorders>
            <w:shd w:val="clear" w:color="000000" w:fill="F2F2F2"/>
            <w:vAlign w:val="center"/>
            <w:hideMark/>
          </w:tcPr>
          <w:p w14:paraId="475B61D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16.63 (0.42; 92.64)</w:t>
            </w:r>
          </w:p>
        </w:tc>
        <w:tc>
          <w:tcPr>
            <w:tcW w:w="754" w:type="pct"/>
            <w:tcBorders>
              <w:top w:val="nil"/>
              <w:left w:val="nil"/>
              <w:bottom w:val="nil"/>
              <w:right w:val="nil"/>
            </w:tcBorders>
            <w:shd w:val="clear" w:color="000000" w:fill="FFFFFF"/>
            <w:vAlign w:val="center"/>
            <w:hideMark/>
          </w:tcPr>
          <w:p w14:paraId="17C59BF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3.18 (0.08; 17.70)</w:t>
            </w:r>
          </w:p>
        </w:tc>
        <w:tc>
          <w:tcPr>
            <w:tcW w:w="535" w:type="pct"/>
            <w:tcBorders>
              <w:top w:val="nil"/>
              <w:left w:val="nil"/>
              <w:bottom w:val="nil"/>
              <w:right w:val="nil"/>
            </w:tcBorders>
            <w:shd w:val="clear" w:color="000000" w:fill="F2F2F2"/>
            <w:vAlign w:val="center"/>
            <w:hideMark/>
          </w:tcPr>
          <w:p w14:paraId="12FD66A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311.97)</w:t>
            </w:r>
          </w:p>
        </w:tc>
        <w:tc>
          <w:tcPr>
            <w:tcW w:w="464" w:type="pct"/>
            <w:tcBorders>
              <w:top w:val="nil"/>
              <w:left w:val="nil"/>
              <w:bottom w:val="nil"/>
              <w:right w:val="nil"/>
            </w:tcBorders>
            <w:shd w:val="clear" w:color="000000" w:fill="F2F2F2"/>
            <w:vAlign w:val="center"/>
            <w:hideMark/>
          </w:tcPr>
          <w:p w14:paraId="1E576A7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10.33 (2.81; 26.44)</w:t>
            </w:r>
          </w:p>
        </w:tc>
        <w:tc>
          <w:tcPr>
            <w:tcW w:w="464" w:type="pct"/>
            <w:tcBorders>
              <w:top w:val="nil"/>
              <w:left w:val="nil"/>
              <w:bottom w:val="nil"/>
              <w:right w:val="nil"/>
            </w:tcBorders>
            <w:shd w:val="clear" w:color="000000" w:fill="F2F2F2"/>
            <w:vAlign w:val="center"/>
            <w:hideMark/>
          </w:tcPr>
          <w:p w14:paraId="1A9CE6C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10.02 (2.73; 25.66)</w:t>
            </w:r>
          </w:p>
        </w:tc>
        <w:tc>
          <w:tcPr>
            <w:tcW w:w="462" w:type="pct"/>
            <w:tcBorders>
              <w:top w:val="nil"/>
              <w:left w:val="nil"/>
              <w:bottom w:val="nil"/>
              <w:right w:val="nil"/>
            </w:tcBorders>
            <w:shd w:val="clear" w:color="000000" w:fill="FFFFFF"/>
            <w:vAlign w:val="center"/>
            <w:hideMark/>
          </w:tcPr>
          <w:p w14:paraId="104DF79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3.97 (1.29; 9.27)</w:t>
            </w:r>
          </w:p>
        </w:tc>
      </w:tr>
      <w:tr w:rsidR="00726DBE" w:rsidRPr="00693325" w14:paraId="1085BF7F" w14:textId="77777777" w:rsidTr="00841CFC">
        <w:trPr>
          <w:trHeight w:val="87"/>
        </w:trPr>
        <w:tc>
          <w:tcPr>
            <w:tcW w:w="898" w:type="pct"/>
            <w:tcBorders>
              <w:top w:val="nil"/>
              <w:left w:val="nil"/>
              <w:bottom w:val="nil"/>
              <w:right w:val="nil"/>
            </w:tcBorders>
            <w:shd w:val="clear" w:color="000000" w:fill="FFFFFF"/>
            <w:vAlign w:val="center"/>
            <w:hideMark/>
          </w:tcPr>
          <w:p w14:paraId="6949FCA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566EBA3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70EA62C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0" w:type="pct"/>
            <w:tcBorders>
              <w:top w:val="nil"/>
              <w:left w:val="nil"/>
              <w:bottom w:val="nil"/>
              <w:right w:val="nil"/>
            </w:tcBorders>
            <w:shd w:val="clear" w:color="000000" w:fill="F2F2F2"/>
            <w:vAlign w:val="center"/>
            <w:hideMark/>
          </w:tcPr>
          <w:p w14:paraId="6ADCA98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754" w:type="pct"/>
            <w:tcBorders>
              <w:top w:val="nil"/>
              <w:left w:val="nil"/>
              <w:bottom w:val="nil"/>
              <w:right w:val="nil"/>
            </w:tcBorders>
            <w:shd w:val="clear" w:color="000000" w:fill="FFFFFF"/>
            <w:vAlign w:val="center"/>
            <w:hideMark/>
          </w:tcPr>
          <w:p w14:paraId="2E61CC8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535" w:type="pct"/>
            <w:tcBorders>
              <w:top w:val="nil"/>
              <w:left w:val="nil"/>
              <w:bottom w:val="nil"/>
              <w:right w:val="nil"/>
            </w:tcBorders>
            <w:shd w:val="clear" w:color="000000" w:fill="F2F2F2"/>
            <w:vAlign w:val="center"/>
            <w:hideMark/>
          </w:tcPr>
          <w:p w14:paraId="78F15C4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5E6E9AF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4" w:type="pct"/>
            <w:tcBorders>
              <w:top w:val="nil"/>
              <w:left w:val="nil"/>
              <w:bottom w:val="nil"/>
              <w:right w:val="nil"/>
            </w:tcBorders>
            <w:shd w:val="clear" w:color="000000" w:fill="F2F2F2"/>
            <w:vAlign w:val="center"/>
            <w:hideMark/>
          </w:tcPr>
          <w:p w14:paraId="543CAB8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2" w:type="pct"/>
            <w:tcBorders>
              <w:top w:val="nil"/>
              <w:left w:val="nil"/>
              <w:bottom w:val="nil"/>
              <w:right w:val="nil"/>
            </w:tcBorders>
            <w:shd w:val="clear" w:color="000000" w:fill="FFFFFF"/>
            <w:vAlign w:val="center"/>
            <w:hideMark/>
          </w:tcPr>
          <w:p w14:paraId="368E6A0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w:t>
            </w:r>
          </w:p>
        </w:tc>
      </w:tr>
      <w:tr w:rsidR="00726DBE" w:rsidRPr="00693325" w14:paraId="65FF221C" w14:textId="77777777" w:rsidTr="00841CFC">
        <w:trPr>
          <w:trHeight w:val="87"/>
        </w:trPr>
        <w:tc>
          <w:tcPr>
            <w:tcW w:w="898" w:type="pct"/>
            <w:tcBorders>
              <w:top w:val="nil"/>
              <w:left w:val="nil"/>
              <w:bottom w:val="nil"/>
              <w:right w:val="nil"/>
            </w:tcBorders>
            <w:shd w:val="clear" w:color="000000" w:fill="FFFFFF"/>
            <w:vAlign w:val="center"/>
            <w:hideMark/>
          </w:tcPr>
          <w:p w14:paraId="76102CC5"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6592864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4135AC8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5.00</w:t>
            </w:r>
          </w:p>
        </w:tc>
        <w:tc>
          <w:tcPr>
            <w:tcW w:w="460" w:type="pct"/>
            <w:tcBorders>
              <w:top w:val="nil"/>
              <w:left w:val="nil"/>
              <w:bottom w:val="nil"/>
              <w:right w:val="nil"/>
            </w:tcBorders>
            <w:shd w:val="clear" w:color="000000" w:fill="F2F2F2"/>
            <w:vAlign w:val="center"/>
            <w:hideMark/>
          </w:tcPr>
          <w:p w14:paraId="432992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754" w:type="pct"/>
            <w:tcBorders>
              <w:top w:val="nil"/>
              <w:left w:val="nil"/>
              <w:bottom w:val="nil"/>
              <w:right w:val="nil"/>
            </w:tcBorders>
            <w:shd w:val="clear" w:color="000000" w:fill="FFFFFF"/>
            <w:vAlign w:val="center"/>
            <w:hideMark/>
          </w:tcPr>
          <w:p w14:paraId="2CF3E2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0.95</w:t>
            </w:r>
          </w:p>
        </w:tc>
        <w:tc>
          <w:tcPr>
            <w:tcW w:w="535" w:type="pct"/>
            <w:tcBorders>
              <w:top w:val="nil"/>
              <w:left w:val="nil"/>
              <w:bottom w:val="nil"/>
              <w:right w:val="nil"/>
            </w:tcBorders>
            <w:shd w:val="clear" w:color="000000" w:fill="F2F2F2"/>
            <w:vAlign w:val="center"/>
            <w:hideMark/>
          </w:tcPr>
          <w:p w14:paraId="23454DE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4C94A2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3.74</w:t>
            </w:r>
          </w:p>
        </w:tc>
        <w:tc>
          <w:tcPr>
            <w:tcW w:w="464" w:type="pct"/>
            <w:tcBorders>
              <w:top w:val="nil"/>
              <w:left w:val="nil"/>
              <w:bottom w:val="nil"/>
              <w:right w:val="nil"/>
            </w:tcBorders>
            <w:shd w:val="clear" w:color="000000" w:fill="F2F2F2"/>
            <w:vAlign w:val="center"/>
            <w:hideMark/>
          </w:tcPr>
          <w:p w14:paraId="292E10A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3.51</w:t>
            </w:r>
          </w:p>
        </w:tc>
        <w:tc>
          <w:tcPr>
            <w:tcW w:w="462" w:type="pct"/>
            <w:tcBorders>
              <w:top w:val="nil"/>
              <w:left w:val="nil"/>
              <w:bottom w:val="nil"/>
              <w:right w:val="nil"/>
            </w:tcBorders>
            <w:shd w:val="clear" w:color="000000" w:fill="FFFFFF"/>
            <w:vAlign w:val="center"/>
            <w:hideMark/>
          </w:tcPr>
          <w:p w14:paraId="6741E51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r>
      <w:tr w:rsidR="00726DBE" w:rsidRPr="00693325" w14:paraId="53E26328" w14:textId="77777777" w:rsidTr="00841CFC">
        <w:trPr>
          <w:trHeight w:val="87"/>
        </w:trPr>
        <w:tc>
          <w:tcPr>
            <w:tcW w:w="898" w:type="pct"/>
            <w:tcBorders>
              <w:top w:val="nil"/>
              <w:left w:val="nil"/>
              <w:bottom w:val="nil"/>
              <w:right w:val="nil"/>
            </w:tcBorders>
            <w:shd w:val="clear" w:color="000000" w:fill="FFFFFF"/>
            <w:vAlign w:val="center"/>
            <w:hideMark/>
          </w:tcPr>
          <w:p w14:paraId="07CC7C3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4AC52C7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09484BD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 (NA)</w:t>
            </w:r>
          </w:p>
        </w:tc>
        <w:tc>
          <w:tcPr>
            <w:tcW w:w="460" w:type="pct"/>
            <w:tcBorders>
              <w:top w:val="nil"/>
              <w:left w:val="nil"/>
              <w:bottom w:val="nil"/>
              <w:right w:val="nil"/>
            </w:tcBorders>
            <w:shd w:val="clear" w:color="000000" w:fill="F2F2F2"/>
            <w:vAlign w:val="center"/>
            <w:hideMark/>
          </w:tcPr>
          <w:p w14:paraId="35934DA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 (NA)</w:t>
            </w:r>
          </w:p>
        </w:tc>
        <w:tc>
          <w:tcPr>
            <w:tcW w:w="754" w:type="pct"/>
            <w:tcBorders>
              <w:top w:val="nil"/>
              <w:left w:val="nil"/>
              <w:bottom w:val="nil"/>
              <w:right w:val="nil"/>
            </w:tcBorders>
            <w:shd w:val="clear" w:color="000000" w:fill="FFFFFF"/>
            <w:vAlign w:val="center"/>
            <w:hideMark/>
          </w:tcPr>
          <w:p w14:paraId="6F17D15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(NA)</w:t>
            </w:r>
          </w:p>
        </w:tc>
        <w:tc>
          <w:tcPr>
            <w:tcW w:w="535" w:type="pct"/>
            <w:tcBorders>
              <w:top w:val="nil"/>
              <w:left w:val="nil"/>
              <w:bottom w:val="nil"/>
              <w:right w:val="nil"/>
            </w:tcBorders>
            <w:shd w:val="clear" w:color="000000" w:fill="F2F2F2"/>
            <w:vAlign w:val="center"/>
            <w:hideMark/>
          </w:tcPr>
          <w:p w14:paraId="7FC7F61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35389C6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(3)</w:t>
            </w:r>
          </w:p>
        </w:tc>
        <w:tc>
          <w:tcPr>
            <w:tcW w:w="464" w:type="pct"/>
            <w:tcBorders>
              <w:top w:val="nil"/>
              <w:left w:val="nil"/>
              <w:bottom w:val="nil"/>
              <w:right w:val="nil"/>
            </w:tcBorders>
            <w:shd w:val="clear" w:color="000000" w:fill="F2F2F2"/>
            <w:vAlign w:val="center"/>
            <w:hideMark/>
          </w:tcPr>
          <w:p w14:paraId="57D529B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(3)</w:t>
            </w:r>
          </w:p>
        </w:tc>
        <w:tc>
          <w:tcPr>
            <w:tcW w:w="462" w:type="pct"/>
            <w:tcBorders>
              <w:top w:val="nil"/>
              <w:left w:val="nil"/>
              <w:bottom w:val="nil"/>
              <w:right w:val="nil"/>
            </w:tcBorders>
            <w:shd w:val="clear" w:color="000000" w:fill="FFFFFF"/>
            <w:vAlign w:val="center"/>
            <w:hideMark/>
          </w:tcPr>
          <w:p w14:paraId="27ADDC1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 (8)</w:t>
            </w:r>
          </w:p>
        </w:tc>
      </w:tr>
      <w:tr w:rsidR="00726DBE" w:rsidRPr="00693325" w14:paraId="6ABE4EC1" w14:textId="77777777" w:rsidTr="00841CFC">
        <w:trPr>
          <w:trHeight w:val="87"/>
        </w:trPr>
        <w:tc>
          <w:tcPr>
            <w:tcW w:w="898" w:type="pct"/>
            <w:tcBorders>
              <w:top w:val="nil"/>
              <w:left w:val="nil"/>
              <w:bottom w:val="nil"/>
              <w:right w:val="nil"/>
            </w:tcBorders>
            <w:shd w:val="clear" w:color="000000" w:fill="FFFFFF"/>
            <w:vAlign w:val="center"/>
            <w:hideMark/>
          </w:tcPr>
          <w:p w14:paraId="2F02E3D4"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Arthralgia</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1CEAFDE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7E1A6D9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17.66 (0.45; 98.38)</w:t>
            </w:r>
          </w:p>
        </w:tc>
        <w:tc>
          <w:tcPr>
            <w:tcW w:w="460" w:type="pct"/>
            <w:tcBorders>
              <w:top w:val="nil"/>
              <w:left w:val="nil"/>
              <w:bottom w:val="nil"/>
              <w:right w:val="nil"/>
            </w:tcBorders>
            <w:shd w:val="clear" w:color="000000" w:fill="F2F2F2"/>
            <w:vAlign w:val="center"/>
            <w:hideMark/>
          </w:tcPr>
          <w:p w14:paraId="56EC07C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16.96 (0.43; 94.50)</w:t>
            </w:r>
          </w:p>
        </w:tc>
        <w:tc>
          <w:tcPr>
            <w:tcW w:w="754" w:type="pct"/>
            <w:tcBorders>
              <w:top w:val="nil"/>
              <w:left w:val="nil"/>
              <w:bottom w:val="nil"/>
              <w:right w:val="nil"/>
            </w:tcBorders>
            <w:shd w:val="clear" w:color="000000" w:fill="FFFFFF"/>
            <w:vAlign w:val="center"/>
            <w:hideMark/>
          </w:tcPr>
          <w:p w14:paraId="37F4801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6.31 (0.76; 22.81)</w:t>
            </w:r>
          </w:p>
        </w:tc>
        <w:tc>
          <w:tcPr>
            <w:tcW w:w="535" w:type="pct"/>
            <w:tcBorders>
              <w:top w:val="nil"/>
              <w:left w:val="nil"/>
              <w:bottom w:val="nil"/>
              <w:right w:val="nil"/>
            </w:tcBorders>
            <w:shd w:val="clear" w:color="000000" w:fill="F2F2F2"/>
            <w:vAlign w:val="center"/>
            <w:hideMark/>
          </w:tcPr>
          <w:p w14:paraId="39E1ED4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2B58CC9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13.09 (4.25; 30.55)</w:t>
            </w:r>
          </w:p>
        </w:tc>
        <w:tc>
          <w:tcPr>
            <w:tcW w:w="464" w:type="pct"/>
            <w:tcBorders>
              <w:top w:val="nil"/>
              <w:left w:val="nil"/>
              <w:bottom w:val="nil"/>
              <w:right w:val="nil"/>
            </w:tcBorders>
            <w:shd w:val="clear" w:color="000000" w:fill="F2F2F2"/>
            <w:vAlign w:val="center"/>
            <w:hideMark/>
          </w:tcPr>
          <w:p w14:paraId="08AD396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12.70 (4.12; 29.63)</w:t>
            </w:r>
          </w:p>
        </w:tc>
        <w:tc>
          <w:tcPr>
            <w:tcW w:w="462" w:type="pct"/>
            <w:tcBorders>
              <w:top w:val="nil"/>
              <w:left w:val="nil"/>
              <w:bottom w:val="nil"/>
              <w:right w:val="nil"/>
            </w:tcBorders>
            <w:shd w:val="clear" w:color="000000" w:fill="FFFFFF"/>
            <w:vAlign w:val="center"/>
            <w:hideMark/>
          </w:tcPr>
          <w:p w14:paraId="78803D5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13.08 (7.48; 21.24)</w:t>
            </w:r>
          </w:p>
        </w:tc>
      </w:tr>
      <w:tr w:rsidR="00726DBE" w:rsidRPr="00693325" w14:paraId="7731EE6F" w14:textId="77777777" w:rsidTr="00841CFC">
        <w:trPr>
          <w:trHeight w:val="87"/>
        </w:trPr>
        <w:tc>
          <w:tcPr>
            <w:tcW w:w="898" w:type="pct"/>
            <w:tcBorders>
              <w:top w:val="nil"/>
              <w:left w:val="nil"/>
              <w:bottom w:val="nil"/>
              <w:right w:val="nil"/>
            </w:tcBorders>
            <w:shd w:val="clear" w:color="000000" w:fill="FFFFFF"/>
            <w:vAlign w:val="center"/>
            <w:hideMark/>
          </w:tcPr>
          <w:p w14:paraId="21E030A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30B68D9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6663CD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0" w:type="pct"/>
            <w:tcBorders>
              <w:top w:val="nil"/>
              <w:left w:val="nil"/>
              <w:bottom w:val="nil"/>
              <w:right w:val="nil"/>
            </w:tcBorders>
            <w:shd w:val="clear" w:color="000000" w:fill="F2F2F2"/>
            <w:vAlign w:val="center"/>
            <w:hideMark/>
          </w:tcPr>
          <w:p w14:paraId="1DC6DF5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754" w:type="pct"/>
            <w:tcBorders>
              <w:top w:val="nil"/>
              <w:left w:val="nil"/>
              <w:bottom w:val="nil"/>
              <w:right w:val="nil"/>
            </w:tcBorders>
            <w:shd w:val="clear" w:color="000000" w:fill="FFFFFF"/>
            <w:vAlign w:val="center"/>
            <w:hideMark/>
          </w:tcPr>
          <w:p w14:paraId="71727EB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535" w:type="pct"/>
            <w:tcBorders>
              <w:top w:val="nil"/>
              <w:left w:val="nil"/>
              <w:bottom w:val="nil"/>
              <w:right w:val="nil"/>
            </w:tcBorders>
            <w:shd w:val="clear" w:color="000000" w:fill="F2F2F2"/>
            <w:vAlign w:val="center"/>
            <w:hideMark/>
          </w:tcPr>
          <w:p w14:paraId="5075281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98F2DD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w:t>
            </w:r>
          </w:p>
        </w:tc>
        <w:tc>
          <w:tcPr>
            <w:tcW w:w="464" w:type="pct"/>
            <w:tcBorders>
              <w:top w:val="nil"/>
              <w:left w:val="nil"/>
              <w:bottom w:val="nil"/>
              <w:right w:val="nil"/>
            </w:tcBorders>
            <w:shd w:val="clear" w:color="000000" w:fill="F2F2F2"/>
            <w:vAlign w:val="center"/>
            <w:hideMark/>
          </w:tcPr>
          <w:p w14:paraId="44DEF2F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w:t>
            </w:r>
          </w:p>
        </w:tc>
        <w:tc>
          <w:tcPr>
            <w:tcW w:w="462" w:type="pct"/>
            <w:tcBorders>
              <w:top w:val="nil"/>
              <w:left w:val="nil"/>
              <w:bottom w:val="nil"/>
              <w:right w:val="nil"/>
            </w:tcBorders>
            <w:shd w:val="clear" w:color="000000" w:fill="FFFFFF"/>
            <w:vAlign w:val="center"/>
            <w:hideMark/>
          </w:tcPr>
          <w:p w14:paraId="381ACC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w:t>
            </w:r>
          </w:p>
        </w:tc>
      </w:tr>
      <w:tr w:rsidR="00726DBE" w:rsidRPr="00693325" w14:paraId="2EC0EFAC" w14:textId="77777777" w:rsidTr="00841CFC">
        <w:trPr>
          <w:trHeight w:val="87"/>
        </w:trPr>
        <w:tc>
          <w:tcPr>
            <w:tcW w:w="898" w:type="pct"/>
            <w:tcBorders>
              <w:top w:val="nil"/>
              <w:left w:val="nil"/>
              <w:bottom w:val="nil"/>
              <w:right w:val="nil"/>
            </w:tcBorders>
            <w:shd w:val="clear" w:color="000000" w:fill="FFFFFF"/>
            <w:vAlign w:val="center"/>
            <w:hideMark/>
          </w:tcPr>
          <w:p w14:paraId="51950259"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5C87EB1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6551EA1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5.00</w:t>
            </w:r>
          </w:p>
        </w:tc>
        <w:tc>
          <w:tcPr>
            <w:tcW w:w="460" w:type="pct"/>
            <w:tcBorders>
              <w:top w:val="nil"/>
              <w:left w:val="nil"/>
              <w:bottom w:val="nil"/>
              <w:right w:val="nil"/>
            </w:tcBorders>
            <w:shd w:val="clear" w:color="000000" w:fill="F2F2F2"/>
            <w:vAlign w:val="center"/>
            <w:hideMark/>
          </w:tcPr>
          <w:p w14:paraId="128EDC1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754" w:type="pct"/>
            <w:tcBorders>
              <w:top w:val="nil"/>
              <w:left w:val="nil"/>
              <w:bottom w:val="nil"/>
              <w:right w:val="nil"/>
            </w:tcBorders>
            <w:shd w:val="clear" w:color="000000" w:fill="FFFFFF"/>
            <w:vAlign w:val="center"/>
            <w:hideMark/>
          </w:tcPr>
          <w:p w14:paraId="0D9EF0E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1.90</w:t>
            </w:r>
          </w:p>
        </w:tc>
        <w:tc>
          <w:tcPr>
            <w:tcW w:w="535" w:type="pct"/>
            <w:tcBorders>
              <w:top w:val="nil"/>
              <w:left w:val="nil"/>
              <w:bottom w:val="nil"/>
              <w:right w:val="nil"/>
            </w:tcBorders>
            <w:shd w:val="clear" w:color="000000" w:fill="F2F2F2"/>
            <w:vAlign w:val="center"/>
            <w:hideMark/>
          </w:tcPr>
          <w:p w14:paraId="258C490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1DB329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4.63</w:t>
            </w:r>
          </w:p>
        </w:tc>
        <w:tc>
          <w:tcPr>
            <w:tcW w:w="464" w:type="pct"/>
            <w:tcBorders>
              <w:top w:val="nil"/>
              <w:left w:val="nil"/>
              <w:bottom w:val="nil"/>
              <w:right w:val="nil"/>
            </w:tcBorders>
            <w:shd w:val="clear" w:color="000000" w:fill="F2F2F2"/>
            <w:vAlign w:val="center"/>
            <w:hideMark/>
          </w:tcPr>
          <w:p w14:paraId="2131A8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4.35</w:t>
            </w:r>
          </w:p>
        </w:tc>
        <w:tc>
          <w:tcPr>
            <w:tcW w:w="462" w:type="pct"/>
            <w:tcBorders>
              <w:top w:val="nil"/>
              <w:left w:val="nil"/>
              <w:bottom w:val="nil"/>
              <w:right w:val="nil"/>
            </w:tcBorders>
            <w:shd w:val="clear" w:color="000000" w:fill="FFFFFF"/>
            <w:vAlign w:val="center"/>
            <w:hideMark/>
          </w:tcPr>
          <w:p w14:paraId="0916121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2.78</w:t>
            </w:r>
          </w:p>
        </w:tc>
      </w:tr>
      <w:tr w:rsidR="00726DBE" w:rsidRPr="00693325" w14:paraId="146149CF" w14:textId="77777777" w:rsidTr="00841CFC">
        <w:trPr>
          <w:trHeight w:val="87"/>
        </w:trPr>
        <w:tc>
          <w:tcPr>
            <w:tcW w:w="898" w:type="pct"/>
            <w:tcBorders>
              <w:top w:val="nil"/>
              <w:left w:val="nil"/>
              <w:bottom w:val="nil"/>
              <w:right w:val="nil"/>
            </w:tcBorders>
            <w:shd w:val="clear" w:color="000000" w:fill="FFFFFF"/>
            <w:vAlign w:val="center"/>
            <w:hideMark/>
          </w:tcPr>
          <w:p w14:paraId="3AB761DE"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lastRenderedPageBreak/>
              <w:t>Costs ($), mean (SD)</w:t>
            </w:r>
          </w:p>
        </w:tc>
        <w:tc>
          <w:tcPr>
            <w:tcW w:w="562" w:type="pct"/>
            <w:tcBorders>
              <w:top w:val="nil"/>
              <w:left w:val="nil"/>
              <w:bottom w:val="nil"/>
              <w:right w:val="nil"/>
            </w:tcBorders>
            <w:shd w:val="clear" w:color="000000" w:fill="F2F2F2"/>
            <w:vAlign w:val="center"/>
            <w:hideMark/>
          </w:tcPr>
          <w:p w14:paraId="283246F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2BD8FF8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(NA)</w:t>
            </w:r>
          </w:p>
        </w:tc>
        <w:tc>
          <w:tcPr>
            <w:tcW w:w="460" w:type="pct"/>
            <w:tcBorders>
              <w:top w:val="nil"/>
              <w:left w:val="nil"/>
              <w:bottom w:val="nil"/>
              <w:right w:val="nil"/>
            </w:tcBorders>
            <w:shd w:val="clear" w:color="000000" w:fill="F2F2F2"/>
            <w:vAlign w:val="center"/>
            <w:hideMark/>
          </w:tcPr>
          <w:p w14:paraId="3ECF54F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(NA)</w:t>
            </w:r>
          </w:p>
        </w:tc>
        <w:tc>
          <w:tcPr>
            <w:tcW w:w="754" w:type="pct"/>
            <w:tcBorders>
              <w:top w:val="nil"/>
              <w:left w:val="nil"/>
              <w:bottom w:val="nil"/>
              <w:right w:val="nil"/>
            </w:tcBorders>
            <w:shd w:val="clear" w:color="000000" w:fill="FFFFFF"/>
            <w:vAlign w:val="center"/>
            <w:hideMark/>
          </w:tcPr>
          <w:p w14:paraId="32FBD57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12 (8)</w:t>
            </w:r>
          </w:p>
        </w:tc>
        <w:tc>
          <w:tcPr>
            <w:tcW w:w="535" w:type="pct"/>
            <w:tcBorders>
              <w:top w:val="nil"/>
              <w:left w:val="nil"/>
              <w:bottom w:val="nil"/>
              <w:right w:val="nil"/>
            </w:tcBorders>
            <w:shd w:val="clear" w:color="000000" w:fill="F2F2F2"/>
            <w:vAlign w:val="center"/>
            <w:hideMark/>
          </w:tcPr>
          <w:p w14:paraId="0239C7A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7DACD75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(1)</w:t>
            </w:r>
          </w:p>
        </w:tc>
        <w:tc>
          <w:tcPr>
            <w:tcW w:w="464" w:type="pct"/>
            <w:tcBorders>
              <w:top w:val="nil"/>
              <w:left w:val="nil"/>
              <w:bottom w:val="nil"/>
              <w:right w:val="nil"/>
            </w:tcBorders>
            <w:shd w:val="clear" w:color="000000" w:fill="F2F2F2"/>
            <w:vAlign w:val="center"/>
            <w:hideMark/>
          </w:tcPr>
          <w:p w14:paraId="6ACEDD2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 (1)</w:t>
            </w:r>
          </w:p>
        </w:tc>
        <w:tc>
          <w:tcPr>
            <w:tcW w:w="462" w:type="pct"/>
            <w:tcBorders>
              <w:top w:val="nil"/>
              <w:left w:val="nil"/>
              <w:bottom w:val="nil"/>
              <w:right w:val="nil"/>
            </w:tcBorders>
            <w:shd w:val="clear" w:color="000000" w:fill="FFFFFF"/>
            <w:vAlign w:val="center"/>
            <w:hideMark/>
          </w:tcPr>
          <w:p w14:paraId="1D0643B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(3)</w:t>
            </w:r>
          </w:p>
        </w:tc>
      </w:tr>
      <w:tr w:rsidR="00726DBE" w:rsidRPr="00693325" w14:paraId="3F12B088" w14:textId="77777777" w:rsidTr="00841CFC">
        <w:trPr>
          <w:trHeight w:val="87"/>
        </w:trPr>
        <w:tc>
          <w:tcPr>
            <w:tcW w:w="898" w:type="pct"/>
            <w:tcBorders>
              <w:top w:val="nil"/>
              <w:left w:val="nil"/>
              <w:bottom w:val="nil"/>
              <w:right w:val="nil"/>
            </w:tcBorders>
            <w:shd w:val="clear" w:color="000000" w:fill="FFFFFF"/>
            <w:vAlign w:val="center"/>
            <w:hideMark/>
          </w:tcPr>
          <w:p w14:paraId="73593AC0"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Arthritis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412FCC9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61C7910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40143FF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63E5DE6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3.14 (0.08; 17.48)</w:t>
            </w:r>
          </w:p>
        </w:tc>
        <w:tc>
          <w:tcPr>
            <w:tcW w:w="535" w:type="pct"/>
            <w:tcBorders>
              <w:top w:val="nil"/>
              <w:left w:val="nil"/>
              <w:bottom w:val="nil"/>
              <w:right w:val="nil"/>
            </w:tcBorders>
            <w:shd w:val="clear" w:color="000000" w:fill="F2F2F2"/>
            <w:vAlign w:val="center"/>
            <w:hideMark/>
          </w:tcPr>
          <w:p w14:paraId="0493390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84.41 (2.14; 470.32)</w:t>
            </w:r>
          </w:p>
        </w:tc>
        <w:tc>
          <w:tcPr>
            <w:tcW w:w="464" w:type="pct"/>
            <w:tcBorders>
              <w:top w:val="nil"/>
              <w:left w:val="nil"/>
              <w:bottom w:val="nil"/>
              <w:right w:val="nil"/>
            </w:tcBorders>
            <w:shd w:val="clear" w:color="000000" w:fill="F2F2F2"/>
            <w:vAlign w:val="center"/>
            <w:hideMark/>
          </w:tcPr>
          <w:p w14:paraId="1EFF2F7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9.39)</w:t>
            </w:r>
          </w:p>
        </w:tc>
        <w:tc>
          <w:tcPr>
            <w:tcW w:w="464" w:type="pct"/>
            <w:tcBorders>
              <w:top w:val="nil"/>
              <w:left w:val="nil"/>
              <w:bottom w:val="nil"/>
              <w:right w:val="nil"/>
            </w:tcBorders>
            <w:shd w:val="clear" w:color="000000" w:fill="F2F2F2"/>
            <w:vAlign w:val="center"/>
            <w:hideMark/>
          </w:tcPr>
          <w:p w14:paraId="3ECD8A8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2.47 (0.06; 13.77)</w:t>
            </w:r>
          </w:p>
        </w:tc>
        <w:tc>
          <w:tcPr>
            <w:tcW w:w="462" w:type="pct"/>
            <w:tcBorders>
              <w:top w:val="nil"/>
              <w:left w:val="nil"/>
              <w:bottom w:val="nil"/>
              <w:right w:val="nil"/>
            </w:tcBorders>
            <w:shd w:val="clear" w:color="000000" w:fill="FFFFFF"/>
            <w:vAlign w:val="center"/>
            <w:hideMark/>
          </w:tcPr>
          <w:p w14:paraId="6E47444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0.79 (0.02; 4.40)</w:t>
            </w:r>
          </w:p>
        </w:tc>
      </w:tr>
      <w:tr w:rsidR="00726DBE" w:rsidRPr="00693325" w14:paraId="6D248645" w14:textId="77777777" w:rsidTr="00841CFC">
        <w:trPr>
          <w:trHeight w:val="87"/>
        </w:trPr>
        <w:tc>
          <w:tcPr>
            <w:tcW w:w="898" w:type="pct"/>
            <w:tcBorders>
              <w:top w:val="nil"/>
              <w:left w:val="nil"/>
              <w:bottom w:val="nil"/>
              <w:right w:val="nil"/>
            </w:tcBorders>
            <w:shd w:val="clear" w:color="000000" w:fill="FFFFFF"/>
            <w:vAlign w:val="center"/>
            <w:hideMark/>
          </w:tcPr>
          <w:p w14:paraId="4B0B245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057E6D7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5E39F66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70AE792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706B902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535" w:type="pct"/>
            <w:tcBorders>
              <w:top w:val="nil"/>
              <w:left w:val="nil"/>
              <w:bottom w:val="nil"/>
              <w:right w:val="nil"/>
            </w:tcBorders>
            <w:shd w:val="clear" w:color="000000" w:fill="F2F2F2"/>
            <w:vAlign w:val="center"/>
            <w:hideMark/>
          </w:tcPr>
          <w:p w14:paraId="6987370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0356432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F5A4F6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66A543B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r>
      <w:tr w:rsidR="00726DBE" w:rsidRPr="00693325" w14:paraId="203B5D3C" w14:textId="77777777" w:rsidTr="00841CFC">
        <w:trPr>
          <w:trHeight w:val="87"/>
        </w:trPr>
        <w:tc>
          <w:tcPr>
            <w:tcW w:w="898" w:type="pct"/>
            <w:tcBorders>
              <w:top w:val="nil"/>
              <w:left w:val="nil"/>
              <w:right w:val="nil"/>
            </w:tcBorders>
            <w:shd w:val="clear" w:color="000000" w:fill="FFFFFF"/>
            <w:vAlign w:val="center"/>
            <w:hideMark/>
          </w:tcPr>
          <w:p w14:paraId="2D3FF263"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right w:val="nil"/>
            </w:tcBorders>
            <w:shd w:val="clear" w:color="000000" w:fill="F2F2F2"/>
            <w:vAlign w:val="center"/>
            <w:hideMark/>
          </w:tcPr>
          <w:p w14:paraId="09429A6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right w:val="nil"/>
            </w:tcBorders>
            <w:shd w:val="clear" w:color="000000" w:fill="F2F2F2"/>
            <w:vAlign w:val="center"/>
            <w:hideMark/>
          </w:tcPr>
          <w:p w14:paraId="5B2A447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right w:val="nil"/>
            </w:tcBorders>
            <w:shd w:val="clear" w:color="000000" w:fill="F2F2F2"/>
            <w:vAlign w:val="center"/>
            <w:hideMark/>
          </w:tcPr>
          <w:p w14:paraId="7F91B4B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right w:val="nil"/>
            </w:tcBorders>
            <w:shd w:val="clear" w:color="000000" w:fill="FFFFFF"/>
            <w:vAlign w:val="center"/>
            <w:hideMark/>
          </w:tcPr>
          <w:p w14:paraId="13CFAE4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0.95</w:t>
            </w:r>
          </w:p>
        </w:tc>
        <w:tc>
          <w:tcPr>
            <w:tcW w:w="535" w:type="pct"/>
            <w:tcBorders>
              <w:top w:val="nil"/>
              <w:left w:val="nil"/>
              <w:right w:val="nil"/>
            </w:tcBorders>
            <w:shd w:val="clear" w:color="000000" w:fill="F2F2F2"/>
            <w:vAlign w:val="center"/>
            <w:hideMark/>
          </w:tcPr>
          <w:p w14:paraId="215C7CD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4" w:type="pct"/>
            <w:tcBorders>
              <w:top w:val="nil"/>
              <w:left w:val="nil"/>
              <w:right w:val="nil"/>
            </w:tcBorders>
            <w:shd w:val="clear" w:color="000000" w:fill="F2F2F2"/>
            <w:vAlign w:val="center"/>
            <w:hideMark/>
          </w:tcPr>
          <w:p w14:paraId="742DB7F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right w:val="nil"/>
            </w:tcBorders>
            <w:shd w:val="clear" w:color="000000" w:fill="F2F2F2"/>
            <w:vAlign w:val="center"/>
            <w:hideMark/>
          </w:tcPr>
          <w:p w14:paraId="18F76E9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right w:val="nil"/>
            </w:tcBorders>
            <w:shd w:val="clear" w:color="000000" w:fill="FFFFFF"/>
            <w:vAlign w:val="center"/>
            <w:hideMark/>
          </w:tcPr>
          <w:p w14:paraId="675AC4C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0.17</w:t>
            </w:r>
          </w:p>
        </w:tc>
      </w:tr>
      <w:tr w:rsidR="00726DBE" w:rsidRPr="00693325" w14:paraId="49BA190E" w14:textId="77777777" w:rsidTr="00841CFC">
        <w:trPr>
          <w:trHeight w:val="87"/>
        </w:trPr>
        <w:tc>
          <w:tcPr>
            <w:tcW w:w="898" w:type="pct"/>
            <w:tcBorders>
              <w:top w:val="nil"/>
              <w:left w:val="nil"/>
              <w:bottom w:val="single" w:sz="4" w:space="0" w:color="auto"/>
              <w:right w:val="nil"/>
            </w:tcBorders>
            <w:shd w:val="clear" w:color="000000" w:fill="FFFFFF"/>
            <w:vAlign w:val="center"/>
            <w:hideMark/>
          </w:tcPr>
          <w:p w14:paraId="20748BF5"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single" w:sz="4" w:space="0" w:color="auto"/>
              <w:right w:val="nil"/>
            </w:tcBorders>
            <w:shd w:val="clear" w:color="000000" w:fill="F2F2F2"/>
            <w:vAlign w:val="center"/>
            <w:hideMark/>
          </w:tcPr>
          <w:p w14:paraId="322A029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single" w:sz="4" w:space="0" w:color="auto"/>
              <w:right w:val="nil"/>
            </w:tcBorders>
            <w:shd w:val="clear" w:color="000000" w:fill="F2F2F2"/>
            <w:vAlign w:val="center"/>
            <w:hideMark/>
          </w:tcPr>
          <w:p w14:paraId="10B1DA0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single" w:sz="4" w:space="0" w:color="auto"/>
              <w:right w:val="nil"/>
            </w:tcBorders>
            <w:shd w:val="clear" w:color="000000" w:fill="F2F2F2"/>
            <w:vAlign w:val="center"/>
            <w:hideMark/>
          </w:tcPr>
          <w:p w14:paraId="12063ED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single" w:sz="4" w:space="0" w:color="auto"/>
              <w:right w:val="nil"/>
            </w:tcBorders>
            <w:shd w:val="clear" w:color="000000" w:fill="FFFFFF"/>
            <w:vAlign w:val="center"/>
            <w:hideMark/>
          </w:tcPr>
          <w:p w14:paraId="14A4D6E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64 (NA)</w:t>
            </w:r>
          </w:p>
        </w:tc>
        <w:tc>
          <w:tcPr>
            <w:tcW w:w="535" w:type="pct"/>
            <w:tcBorders>
              <w:top w:val="nil"/>
              <w:left w:val="nil"/>
              <w:bottom w:val="single" w:sz="4" w:space="0" w:color="auto"/>
              <w:right w:val="nil"/>
            </w:tcBorders>
            <w:shd w:val="clear" w:color="000000" w:fill="F2F2F2"/>
            <w:vAlign w:val="center"/>
            <w:hideMark/>
          </w:tcPr>
          <w:p w14:paraId="12D63DB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11,187 (NA)</w:t>
            </w:r>
          </w:p>
        </w:tc>
        <w:tc>
          <w:tcPr>
            <w:tcW w:w="464" w:type="pct"/>
            <w:tcBorders>
              <w:top w:val="nil"/>
              <w:left w:val="nil"/>
              <w:bottom w:val="single" w:sz="4" w:space="0" w:color="auto"/>
              <w:right w:val="nil"/>
            </w:tcBorders>
            <w:shd w:val="clear" w:color="000000" w:fill="F2F2F2"/>
            <w:vAlign w:val="center"/>
            <w:hideMark/>
          </w:tcPr>
          <w:p w14:paraId="400AFD8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single" w:sz="4" w:space="0" w:color="auto"/>
              <w:right w:val="nil"/>
            </w:tcBorders>
            <w:shd w:val="clear" w:color="000000" w:fill="F2F2F2"/>
            <w:vAlign w:val="center"/>
            <w:hideMark/>
          </w:tcPr>
          <w:p w14:paraId="00AD390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232 (NA)</w:t>
            </w:r>
          </w:p>
        </w:tc>
        <w:tc>
          <w:tcPr>
            <w:tcW w:w="462" w:type="pct"/>
            <w:tcBorders>
              <w:top w:val="nil"/>
              <w:left w:val="nil"/>
              <w:bottom w:val="single" w:sz="4" w:space="0" w:color="auto"/>
              <w:right w:val="nil"/>
            </w:tcBorders>
            <w:shd w:val="clear" w:color="000000" w:fill="FFFFFF"/>
            <w:vAlign w:val="center"/>
            <w:hideMark/>
          </w:tcPr>
          <w:p w14:paraId="107092B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100 (NA)</w:t>
            </w:r>
          </w:p>
        </w:tc>
      </w:tr>
      <w:tr w:rsidR="00726DBE" w:rsidRPr="00693325" w14:paraId="44AB79D6" w14:textId="77777777" w:rsidTr="00841CFC">
        <w:trPr>
          <w:trHeight w:val="87"/>
        </w:trPr>
        <w:tc>
          <w:tcPr>
            <w:tcW w:w="898" w:type="pct"/>
            <w:tcBorders>
              <w:top w:val="single" w:sz="4" w:space="0" w:color="auto"/>
              <w:left w:val="nil"/>
              <w:bottom w:val="nil"/>
              <w:right w:val="nil"/>
            </w:tcBorders>
            <w:shd w:val="clear" w:color="000000" w:fill="FFFFFF"/>
            <w:vAlign w:val="center"/>
            <w:hideMark/>
          </w:tcPr>
          <w:p w14:paraId="035FFC81" w14:textId="77777777" w:rsidR="00726DBE" w:rsidRPr="00693325" w:rsidRDefault="00726DBE" w:rsidP="00841CFC">
            <w:pPr>
              <w:rPr>
                <w:rFonts w:ascii="Times New Roman" w:hAnsi="Times New Roman"/>
                <w:b/>
                <w:bCs/>
                <w:sz w:val="16"/>
                <w:szCs w:val="16"/>
              </w:rPr>
            </w:pPr>
            <w:r w:rsidRPr="00693325">
              <w:rPr>
                <w:rFonts w:ascii="Times New Roman" w:hAnsi="Times New Roman"/>
                <w:b/>
                <w:bCs/>
                <w:sz w:val="16"/>
                <w:szCs w:val="16"/>
              </w:rPr>
              <w:t xml:space="preserve">Neurodevelopmental and mental health disorders, IR (95% CI) </w:t>
            </w:r>
          </w:p>
        </w:tc>
        <w:tc>
          <w:tcPr>
            <w:tcW w:w="562" w:type="pct"/>
            <w:tcBorders>
              <w:top w:val="single" w:sz="4" w:space="0" w:color="auto"/>
              <w:left w:val="nil"/>
              <w:bottom w:val="nil"/>
              <w:right w:val="nil"/>
            </w:tcBorders>
            <w:shd w:val="clear" w:color="000000" w:fill="F2F2F2"/>
            <w:vAlign w:val="center"/>
            <w:hideMark/>
          </w:tcPr>
          <w:p w14:paraId="1466848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466.16 (11.80; 2,597.25)</w:t>
            </w:r>
          </w:p>
        </w:tc>
        <w:tc>
          <w:tcPr>
            <w:tcW w:w="401" w:type="pct"/>
            <w:tcBorders>
              <w:top w:val="single" w:sz="4" w:space="0" w:color="auto"/>
              <w:left w:val="nil"/>
              <w:bottom w:val="nil"/>
              <w:right w:val="nil"/>
            </w:tcBorders>
            <w:shd w:val="clear" w:color="000000" w:fill="F2F2F2"/>
            <w:vAlign w:val="center"/>
            <w:hideMark/>
          </w:tcPr>
          <w:p w14:paraId="3BF71A9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184.97 (67.88; 402.59)</w:t>
            </w:r>
          </w:p>
        </w:tc>
        <w:tc>
          <w:tcPr>
            <w:tcW w:w="460" w:type="pct"/>
            <w:tcBorders>
              <w:top w:val="single" w:sz="4" w:space="0" w:color="auto"/>
              <w:left w:val="nil"/>
              <w:bottom w:val="nil"/>
              <w:right w:val="nil"/>
            </w:tcBorders>
            <w:shd w:val="clear" w:color="000000" w:fill="F2F2F2"/>
            <w:vAlign w:val="center"/>
            <w:hideMark/>
          </w:tcPr>
          <w:p w14:paraId="11C2F94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202.41 (81.38; 417.04)</w:t>
            </w:r>
          </w:p>
        </w:tc>
        <w:tc>
          <w:tcPr>
            <w:tcW w:w="754" w:type="pct"/>
            <w:tcBorders>
              <w:top w:val="single" w:sz="4" w:space="0" w:color="auto"/>
              <w:left w:val="nil"/>
              <w:bottom w:val="nil"/>
              <w:right w:val="nil"/>
            </w:tcBorders>
            <w:shd w:val="clear" w:color="000000" w:fill="FFFFFF"/>
            <w:vAlign w:val="center"/>
            <w:hideMark/>
          </w:tcPr>
          <w:p w14:paraId="7FE0FE8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29.59 (13.53; 56.17)</w:t>
            </w:r>
          </w:p>
        </w:tc>
        <w:tc>
          <w:tcPr>
            <w:tcW w:w="535" w:type="pct"/>
            <w:tcBorders>
              <w:top w:val="single" w:sz="4" w:space="0" w:color="auto"/>
              <w:left w:val="nil"/>
              <w:bottom w:val="nil"/>
              <w:right w:val="nil"/>
            </w:tcBorders>
            <w:shd w:val="clear" w:color="000000" w:fill="F2F2F2"/>
            <w:vAlign w:val="center"/>
            <w:hideMark/>
          </w:tcPr>
          <w:p w14:paraId="7590E7D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85.58 (2.17; 476.82)</w:t>
            </w:r>
          </w:p>
        </w:tc>
        <w:tc>
          <w:tcPr>
            <w:tcW w:w="464" w:type="pct"/>
            <w:tcBorders>
              <w:top w:val="single" w:sz="4" w:space="0" w:color="auto"/>
              <w:left w:val="nil"/>
              <w:bottom w:val="nil"/>
              <w:right w:val="nil"/>
            </w:tcBorders>
            <w:shd w:val="clear" w:color="000000" w:fill="F2F2F2"/>
            <w:vAlign w:val="center"/>
            <w:hideMark/>
          </w:tcPr>
          <w:p w14:paraId="531C084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93.09 (62.35; 133.70)</w:t>
            </w:r>
          </w:p>
        </w:tc>
        <w:tc>
          <w:tcPr>
            <w:tcW w:w="464" w:type="pct"/>
            <w:tcBorders>
              <w:top w:val="single" w:sz="4" w:space="0" w:color="auto"/>
              <w:left w:val="nil"/>
              <w:bottom w:val="nil"/>
              <w:right w:val="nil"/>
            </w:tcBorders>
            <w:shd w:val="clear" w:color="000000" w:fill="F2F2F2"/>
            <w:vAlign w:val="center"/>
            <w:hideMark/>
          </w:tcPr>
          <w:p w14:paraId="7576D43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92.82 (62.63; 132.51)</w:t>
            </w:r>
          </w:p>
        </w:tc>
        <w:tc>
          <w:tcPr>
            <w:tcW w:w="462" w:type="pct"/>
            <w:tcBorders>
              <w:top w:val="single" w:sz="4" w:space="0" w:color="auto"/>
              <w:left w:val="nil"/>
              <w:bottom w:val="nil"/>
              <w:right w:val="nil"/>
            </w:tcBorders>
            <w:shd w:val="clear" w:color="000000" w:fill="FFFFFF"/>
            <w:vAlign w:val="center"/>
            <w:hideMark/>
          </w:tcPr>
          <w:p w14:paraId="6AB88AA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58.01 (44.57; 74.22)</w:t>
            </w:r>
          </w:p>
        </w:tc>
      </w:tr>
      <w:tr w:rsidR="00726DBE" w:rsidRPr="00693325" w14:paraId="756324BD" w14:textId="77777777" w:rsidTr="00841CFC">
        <w:trPr>
          <w:trHeight w:val="87"/>
        </w:trPr>
        <w:tc>
          <w:tcPr>
            <w:tcW w:w="898" w:type="pct"/>
            <w:tcBorders>
              <w:top w:val="nil"/>
              <w:left w:val="nil"/>
              <w:bottom w:val="nil"/>
              <w:right w:val="nil"/>
            </w:tcBorders>
            <w:shd w:val="clear" w:color="000000" w:fill="FFFFFF"/>
            <w:vAlign w:val="center"/>
            <w:hideMark/>
          </w:tcPr>
          <w:p w14:paraId="016DF2C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7208065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01" w:type="pct"/>
            <w:tcBorders>
              <w:top w:val="nil"/>
              <w:left w:val="nil"/>
              <w:bottom w:val="nil"/>
              <w:right w:val="nil"/>
            </w:tcBorders>
            <w:shd w:val="clear" w:color="000000" w:fill="F2F2F2"/>
            <w:vAlign w:val="center"/>
            <w:hideMark/>
          </w:tcPr>
          <w:p w14:paraId="38E9664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w:t>
            </w:r>
          </w:p>
        </w:tc>
        <w:tc>
          <w:tcPr>
            <w:tcW w:w="460" w:type="pct"/>
            <w:tcBorders>
              <w:top w:val="nil"/>
              <w:left w:val="nil"/>
              <w:bottom w:val="nil"/>
              <w:right w:val="nil"/>
            </w:tcBorders>
            <w:shd w:val="clear" w:color="000000" w:fill="F2F2F2"/>
            <w:vAlign w:val="center"/>
            <w:hideMark/>
          </w:tcPr>
          <w:p w14:paraId="6D06335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w:t>
            </w:r>
          </w:p>
        </w:tc>
        <w:tc>
          <w:tcPr>
            <w:tcW w:w="754" w:type="pct"/>
            <w:tcBorders>
              <w:top w:val="nil"/>
              <w:left w:val="nil"/>
              <w:bottom w:val="nil"/>
              <w:right w:val="nil"/>
            </w:tcBorders>
            <w:shd w:val="clear" w:color="000000" w:fill="FFFFFF"/>
            <w:vAlign w:val="center"/>
            <w:hideMark/>
          </w:tcPr>
          <w:p w14:paraId="21EBB61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w:t>
            </w:r>
          </w:p>
        </w:tc>
        <w:tc>
          <w:tcPr>
            <w:tcW w:w="535" w:type="pct"/>
            <w:tcBorders>
              <w:top w:val="nil"/>
              <w:left w:val="nil"/>
              <w:bottom w:val="nil"/>
              <w:right w:val="nil"/>
            </w:tcBorders>
            <w:shd w:val="clear" w:color="000000" w:fill="F2F2F2"/>
            <w:vAlign w:val="center"/>
            <w:hideMark/>
          </w:tcPr>
          <w:p w14:paraId="6AB5805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500AAB8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29</w:t>
            </w:r>
          </w:p>
        </w:tc>
        <w:tc>
          <w:tcPr>
            <w:tcW w:w="464" w:type="pct"/>
            <w:tcBorders>
              <w:top w:val="nil"/>
              <w:left w:val="nil"/>
              <w:bottom w:val="nil"/>
              <w:right w:val="nil"/>
            </w:tcBorders>
            <w:shd w:val="clear" w:color="000000" w:fill="F2F2F2"/>
            <w:vAlign w:val="center"/>
            <w:hideMark/>
          </w:tcPr>
          <w:p w14:paraId="446447C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30</w:t>
            </w:r>
          </w:p>
        </w:tc>
        <w:tc>
          <w:tcPr>
            <w:tcW w:w="462" w:type="pct"/>
            <w:tcBorders>
              <w:top w:val="nil"/>
              <w:left w:val="nil"/>
              <w:bottom w:val="nil"/>
              <w:right w:val="nil"/>
            </w:tcBorders>
            <w:shd w:val="clear" w:color="000000" w:fill="FFFFFF"/>
            <w:vAlign w:val="center"/>
            <w:hideMark/>
          </w:tcPr>
          <w:p w14:paraId="56221A9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63</w:t>
            </w:r>
          </w:p>
        </w:tc>
      </w:tr>
      <w:tr w:rsidR="00726DBE" w:rsidRPr="00693325" w14:paraId="473164C5" w14:textId="77777777" w:rsidTr="00841CFC">
        <w:trPr>
          <w:trHeight w:val="87"/>
        </w:trPr>
        <w:tc>
          <w:tcPr>
            <w:tcW w:w="898" w:type="pct"/>
            <w:tcBorders>
              <w:top w:val="nil"/>
              <w:left w:val="nil"/>
              <w:bottom w:val="nil"/>
              <w:right w:val="nil"/>
            </w:tcBorders>
            <w:shd w:val="clear" w:color="000000" w:fill="FFFFFF"/>
            <w:vAlign w:val="center"/>
            <w:hideMark/>
          </w:tcPr>
          <w:p w14:paraId="77855999"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51CB34F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5.00</w:t>
            </w:r>
          </w:p>
        </w:tc>
        <w:tc>
          <w:tcPr>
            <w:tcW w:w="401" w:type="pct"/>
            <w:tcBorders>
              <w:top w:val="nil"/>
              <w:left w:val="nil"/>
              <w:bottom w:val="nil"/>
              <w:right w:val="nil"/>
            </w:tcBorders>
            <w:shd w:val="clear" w:color="000000" w:fill="F2F2F2"/>
            <w:vAlign w:val="center"/>
            <w:hideMark/>
          </w:tcPr>
          <w:p w14:paraId="7BBD028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33.33</w:t>
            </w:r>
          </w:p>
        </w:tc>
        <w:tc>
          <w:tcPr>
            <w:tcW w:w="460" w:type="pct"/>
            <w:tcBorders>
              <w:top w:val="nil"/>
              <w:left w:val="nil"/>
              <w:bottom w:val="nil"/>
              <w:right w:val="nil"/>
            </w:tcBorders>
            <w:shd w:val="clear" w:color="000000" w:fill="F2F2F2"/>
            <w:vAlign w:val="center"/>
            <w:hideMark/>
          </w:tcPr>
          <w:p w14:paraId="1D1825A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35.00</w:t>
            </w:r>
          </w:p>
        </w:tc>
        <w:tc>
          <w:tcPr>
            <w:tcW w:w="754" w:type="pct"/>
            <w:tcBorders>
              <w:top w:val="nil"/>
              <w:left w:val="nil"/>
              <w:bottom w:val="nil"/>
              <w:right w:val="nil"/>
            </w:tcBorders>
            <w:shd w:val="clear" w:color="000000" w:fill="FFFFFF"/>
            <w:vAlign w:val="center"/>
            <w:hideMark/>
          </w:tcPr>
          <w:p w14:paraId="426A564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8.57</w:t>
            </w:r>
          </w:p>
        </w:tc>
        <w:tc>
          <w:tcPr>
            <w:tcW w:w="535" w:type="pct"/>
            <w:tcBorders>
              <w:top w:val="nil"/>
              <w:left w:val="nil"/>
              <w:bottom w:val="nil"/>
              <w:right w:val="nil"/>
            </w:tcBorders>
            <w:shd w:val="clear" w:color="000000" w:fill="F2F2F2"/>
            <w:vAlign w:val="center"/>
            <w:hideMark/>
          </w:tcPr>
          <w:p w14:paraId="047BF7D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0.88</w:t>
            </w:r>
          </w:p>
        </w:tc>
        <w:tc>
          <w:tcPr>
            <w:tcW w:w="464" w:type="pct"/>
            <w:tcBorders>
              <w:top w:val="nil"/>
              <w:left w:val="nil"/>
              <w:bottom w:val="nil"/>
              <w:right w:val="nil"/>
            </w:tcBorders>
            <w:shd w:val="clear" w:color="000000" w:fill="F2F2F2"/>
            <w:vAlign w:val="center"/>
            <w:hideMark/>
          </w:tcPr>
          <w:p w14:paraId="22DFF97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27.36</w:t>
            </w:r>
          </w:p>
        </w:tc>
        <w:tc>
          <w:tcPr>
            <w:tcW w:w="464" w:type="pct"/>
            <w:tcBorders>
              <w:top w:val="nil"/>
              <w:left w:val="nil"/>
              <w:bottom w:val="nil"/>
              <w:right w:val="nil"/>
            </w:tcBorders>
            <w:shd w:val="clear" w:color="000000" w:fill="F2F2F2"/>
            <w:vAlign w:val="center"/>
            <w:hideMark/>
          </w:tcPr>
          <w:p w14:paraId="0571A4C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26.55</w:t>
            </w:r>
          </w:p>
        </w:tc>
        <w:tc>
          <w:tcPr>
            <w:tcW w:w="462" w:type="pct"/>
            <w:tcBorders>
              <w:top w:val="nil"/>
              <w:left w:val="nil"/>
              <w:bottom w:val="nil"/>
              <w:right w:val="nil"/>
            </w:tcBorders>
            <w:shd w:val="clear" w:color="000000" w:fill="FFFFFF"/>
            <w:vAlign w:val="center"/>
            <w:hideMark/>
          </w:tcPr>
          <w:p w14:paraId="73CAD3E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10.96</w:t>
            </w:r>
          </w:p>
        </w:tc>
      </w:tr>
      <w:tr w:rsidR="00726DBE" w:rsidRPr="00693325" w14:paraId="372F6915" w14:textId="77777777" w:rsidTr="00841CFC">
        <w:trPr>
          <w:trHeight w:val="87"/>
        </w:trPr>
        <w:tc>
          <w:tcPr>
            <w:tcW w:w="898" w:type="pct"/>
            <w:tcBorders>
              <w:top w:val="nil"/>
              <w:left w:val="nil"/>
              <w:bottom w:val="nil"/>
              <w:right w:val="nil"/>
            </w:tcBorders>
            <w:shd w:val="clear" w:color="000000" w:fill="FFFFFF"/>
            <w:vAlign w:val="center"/>
            <w:hideMark/>
          </w:tcPr>
          <w:p w14:paraId="4CF3B79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3CD767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81 (NA)</w:t>
            </w:r>
          </w:p>
        </w:tc>
        <w:tc>
          <w:tcPr>
            <w:tcW w:w="401" w:type="pct"/>
            <w:tcBorders>
              <w:top w:val="nil"/>
              <w:left w:val="nil"/>
              <w:bottom w:val="nil"/>
              <w:right w:val="nil"/>
            </w:tcBorders>
            <w:shd w:val="clear" w:color="000000" w:fill="F2F2F2"/>
            <w:vAlign w:val="center"/>
            <w:hideMark/>
          </w:tcPr>
          <w:p w14:paraId="2E9F5B6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73 (113)</w:t>
            </w:r>
          </w:p>
        </w:tc>
        <w:tc>
          <w:tcPr>
            <w:tcW w:w="460" w:type="pct"/>
            <w:tcBorders>
              <w:top w:val="nil"/>
              <w:left w:val="nil"/>
              <w:bottom w:val="nil"/>
              <w:right w:val="nil"/>
            </w:tcBorders>
            <w:shd w:val="clear" w:color="000000" w:fill="F2F2F2"/>
            <w:vAlign w:val="center"/>
            <w:hideMark/>
          </w:tcPr>
          <w:p w14:paraId="328287F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62 (103)</w:t>
            </w:r>
          </w:p>
        </w:tc>
        <w:tc>
          <w:tcPr>
            <w:tcW w:w="754" w:type="pct"/>
            <w:tcBorders>
              <w:top w:val="nil"/>
              <w:left w:val="nil"/>
              <w:bottom w:val="nil"/>
              <w:right w:val="nil"/>
            </w:tcBorders>
            <w:shd w:val="clear" w:color="000000" w:fill="FFFFFF"/>
            <w:vAlign w:val="center"/>
            <w:hideMark/>
          </w:tcPr>
          <w:p w14:paraId="54A7BB4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 (9)</w:t>
            </w:r>
          </w:p>
        </w:tc>
        <w:tc>
          <w:tcPr>
            <w:tcW w:w="535" w:type="pct"/>
            <w:tcBorders>
              <w:top w:val="nil"/>
              <w:left w:val="nil"/>
              <w:bottom w:val="nil"/>
              <w:right w:val="nil"/>
            </w:tcBorders>
            <w:shd w:val="clear" w:color="000000" w:fill="F2F2F2"/>
            <w:vAlign w:val="center"/>
            <w:hideMark/>
          </w:tcPr>
          <w:p w14:paraId="41C80F0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297 (NA)</w:t>
            </w:r>
          </w:p>
        </w:tc>
        <w:tc>
          <w:tcPr>
            <w:tcW w:w="464" w:type="pct"/>
            <w:tcBorders>
              <w:top w:val="nil"/>
              <w:left w:val="nil"/>
              <w:bottom w:val="nil"/>
              <w:right w:val="nil"/>
            </w:tcBorders>
            <w:shd w:val="clear" w:color="000000" w:fill="F2F2F2"/>
            <w:vAlign w:val="center"/>
            <w:hideMark/>
          </w:tcPr>
          <w:p w14:paraId="32F6160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28 (60)</w:t>
            </w:r>
          </w:p>
        </w:tc>
        <w:tc>
          <w:tcPr>
            <w:tcW w:w="464" w:type="pct"/>
            <w:tcBorders>
              <w:top w:val="nil"/>
              <w:left w:val="nil"/>
              <w:bottom w:val="nil"/>
              <w:right w:val="nil"/>
            </w:tcBorders>
            <w:shd w:val="clear" w:color="000000" w:fill="F2F2F2"/>
            <w:vAlign w:val="center"/>
            <w:hideMark/>
          </w:tcPr>
          <w:p w14:paraId="25B8D0A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27 (58)</w:t>
            </w:r>
          </w:p>
        </w:tc>
        <w:tc>
          <w:tcPr>
            <w:tcW w:w="462" w:type="pct"/>
            <w:tcBorders>
              <w:top w:val="nil"/>
              <w:left w:val="nil"/>
              <w:bottom w:val="nil"/>
              <w:right w:val="nil"/>
            </w:tcBorders>
            <w:shd w:val="clear" w:color="000000" w:fill="FFFFFF"/>
            <w:vAlign w:val="center"/>
            <w:hideMark/>
          </w:tcPr>
          <w:p w14:paraId="3E289D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41 (87)</w:t>
            </w:r>
          </w:p>
        </w:tc>
      </w:tr>
      <w:tr w:rsidR="00726DBE" w:rsidRPr="00693325" w14:paraId="01458D9C" w14:textId="77777777" w:rsidTr="00841CFC">
        <w:trPr>
          <w:trHeight w:val="87"/>
        </w:trPr>
        <w:tc>
          <w:tcPr>
            <w:tcW w:w="898" w:type="pct"/>
            <w:tcBorders>
              <w:top w:val="nil"/>
              <w:left w:val="nil"/>
              <w:bottom w:val="nil"/>
              <w:right w:val="nil"/>
            </w:tcBorders>
            <w:shd w:val="clear" w:color="000000" w:fill="FFFFFF"/>
            <w:vAlign w:val="center"/>
            <w:hideMark/>
          </w:tcPr>
          <w:p w14:paraId="30DF10D7"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ADHD</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7895C32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246C67B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39.68 (4.81; 143.35)</w:t>
            </w:r>
          </w:p>
        </w:tc>
        <w:tc>
          <w:tcPr>
            <w:tcW w:w="460" w:type="pct"/>
            <w:tcBorders>
              <w:top w:val="nil"/>
              <w:left w:val="nil"/>
              <w:bottom w:val="nil"/>
              <w:right w:val="nil"/>
            </w:tcBorders>
            <w:shd w:val="clear" w:color="000000" w:fill="F2F2F2"/>
            <w:vAlign w:val="center"/>
            <w:hideMark/>
          </w:tcPr>
          <w:p w14:paraId="6DD49CE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37.94 (4.59; 137.04)</w:t>
            </w:r>
          </w:p>
        </w:tc>
        <w:tc>
          <w:tcPr>
            <w:tcW w:w="754" w:type="pct"/>
            <w:tcBorders>
              <w:top w:val="nil"/>
              <w:left w:val="nil"/>
              <w:bottom w:val="nil"/>
              <w:right w:val="nil"/>
            </w:tcBorders>
            <w:shd w:val="clear" w:color="000000" w:fill="FFFFFF"/>
            <w:vAlign w:val="center"/>
            <w:hideMark/>
          </w:tcPr>
          <w:p w14:paraId="1093D1D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3.11 (0.08; 17.34)</w:t>
            </w:r>
          </w:p>
        </w:tc>
        <w:tc>
          <w:tcPr>
            <w:tcW w:w="535" w:type="pct"/>
            <w:tcBorders>
              <w:top w:val="nil"/>
              <w:left w:val="nil"/>
              <w:bottom w:val="nil"/>
              <w:right w:val="nil"/>
            </w:tcBorders>
            <w:shd w:val="clear" w:color="000000" w:fill="F2F2F2"/>
            <w:vAlign w:val="center"/>
            <w:hideMark/>
          </w:tcPr>
          <w:p w14:paraId="11E6C8A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5DAC7F7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29.57 (14.76; 52.91)</w:t>
            </w:r>
          </w:p>
        </w:tc>
        <w:tc>
          <w:tcPr>
            <w:tcW w:w="464" w:type="pct"/>
            <w:tcBorders>
              <w:top w:val="nil"/>
              <w:left w:val="nil"/>
              <w:bottom w:val="nil"/>
              <w:right w:val="nil"/>
            </w:tcBorders>
            <w:shd w:val="clear" w:color="000000" w:fill="F2F2F2"/>
            <w:vAlign w:val="center"/>
            <w:hideMark/>
          </w:tcPr>
          <w:p w14:paraId="3DA1E4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28.65 (14.30; 51.27)</w:t>
            </w:r>
          </w:p>
        </w:tc>
        <w:tc>
          <w:tcPr>
            <w:tcW w:w="462" w:type="pct"/>
            <w:tcBorders>
              <w:top w:val="nil"/>
              <w:left w:val="nil"/>
              <w:bottom w:val="nil"/>
              <w:right w:val="nil"/>
            </w:tcBorders>
            <w:shd w:val="clear" w:color="000000" w:fill="FFFFFF"/>
            <w:vAlign w:val="center"/>
            <w:hideMark/>
          </w:tcPr>
          <w:p w14:paraId="06C9A82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11.28 (6.17; 18.93)</w:t>
            </w:r>
          </w:p>
        </w:tc>
      </w:tr>
      <w:tr w:rsidR="00726DBE" w:rsidRPr="00693325" w14:paraId="06D38A8B" w14:textId="77777777" w:rsidTr="00841CFC">
        <w:trPr>
          <w:trHeight w:val="87"/>
        </w:trPr>
        <w:tc>
          <w:tcPr>
            <w:tcW w:w="898" w:type="pct"/>
            <w:tcBorders>
              <w:top w:val="nil"/>
              <w:left w:val="nil"/>
              <w:bottom w:val="nil"/>
              <w:right w:val="nil"/>
            </w:tcBorders>
            <w:shd w:val="clear" w:color="000000" w:fill="FFFFFF"/>
            <w:vAlign w:val="center"/>
            <w:hideMark/>
          </w:tcPr>
          <w:p w14:paraId="6456432E"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5C5C2DA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575135B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0" w:type="pct"/>
            <w:tcBorders>
              <w:top w:val="nil"/>
              <w:left w:val="nil"/>
              <w:bottom w:val="nil"/>
              <w:right w:val="nil"/>
            </w:tcBorders>
            <w:shd w:val="clear" w:color="000000" w:fill="F2F2F2"/>
            <w:vAlign w:val="center"/>
            <w:hideMark/>
          </w:tcPr>
          <w:p w14:paraId="61868E9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754" w:type="pct"/>
            <w:tcBorders>
              <w:top w:val="nil"/>
              <w:left w:val="nil"/>
              <w:bottom w:val="nil"/>
              <w:right w:val="nil"/>
            </w:tcBorders>
            <w:shd w:val="clear" w:color="000000" w:fill="FFFFFF"/>
            <w:vAlign w:val="center"/>
            <w:hideMark/>
          </w:tcPr>
          <w:p w14:paraId="0218F9E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535" w:type="pct"/>
            <w:tcBorders>
              <w:top w:val="nil"/>
              <w:left w:val="nil"/>
              <w:bottom w:val="nil"/>
              <w:right w:val="nil"/>
            </w:tcBorders>
            <w:shd w:val="clear" w:color="000000" w:fill="F2F2F2"/>
            <w:vAlign w:val="center"/>
            <w:hideMark/>
          </w:tcPr>
          <w:p w14:paraId="133875A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80653D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w:t>
            </w:r>
          </w:p>
        </w:tc>
        <w:tc>
          <w:tcPr>
            <w:tcW w:w="464" w:type="pct"/>
            <w:tcBorders>
              <w:top w:val="nil"/>
              <w:left w:val="nil"/>
              <w:bottom w:val="nil"/>
              <w:right w:val="nil"/>
            </w:tcBorders>
            <w:shd w:val="clear" w:color="000000" w:fill="F2F2F2"/>
            <w:vAlign w:val="center"/>
            <w:hideMark/>
          </w:tcPr>
          <w:p w14:paraId="25CC787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w:t>
            </w:r>
          </w:p>
        </w:tc>
        <w:tc>
          <w:tcPr>
            <w:tcW w:w="462" w:type="pct"/>
            <w:tcBorders>
              <w:top w:val="nil"/>
              <w:left w:val="nil"/>
              <w:bottom w:val="nil"/>
              <w:right w:val="nil"/>
            </w:tcBorders>
            <w:shd w:val="clear" w:color="000000" w:fill="FFFFFF"/>
            <w:vAlign w:val="center"/>
            <w:hideMark/>
          </w:tcPr>
          <w:p w14:paraId="3035463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w:t>
            </w:r>
          </w:p>
        </w:tc>
      </w:tr>
      <w:tr w:rsidR="00726DBE" w:rsidRPr="00693325" w14:paraId="24D32B83" w14:textId="77777777" w:rsidTr="00841CFC">
        <w:trPr>
          <w:trHeight w:val="87"/>
        </w:trPr>
        <w:tc>
          <w:tcPr>
            <w:tcW w:w="898" w:type="pct"/>
            <w:tcBorders>
              <w:top w:val="nil"/>
              <w:left w:val="nil"/>
              <w:bottom w:val="nil"/>
              <w:right w:val="nil"/>
            </w:tcBorders>
            <w:shd w:val="clear" w:color="000000" w:fill="FFFFFF"/>
            <w:vAlign w:val="center"/>
            <w:hideMark/>
          </w:tcPr>
          <w:p w14:paraId="7C76B2CF"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70B6B7D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2CB8A57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10.00</w:t>
            </w:r>
          </w:p>
        </w:tc>
        <w:tc>
          <w:tcPr>
            <w:tcW w:w="460" w:type="pct"/>
            <w:tcBorders>
              <w:top w:val="nil"/>
              <w:left w:val="nil"/>
              <w:bottom w:val="nil"/>
              <w:right w:val="nil"/>
            </w:tcBorders>
            <w:shd w:val="clear" w:color="000000" w:fill="F2F2F2"/>
            <w:vAlign w:val="center"/>
            <w:hideMark/>
          </w:tcPr>
          <w:p w14:paraId="42B10D7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9.52</w:t>
            </w:r>
          </w:p>
        </w:tc>
        <w:tc>
          <w:tcPr>
            <w:tcW w:w="754" w:type="pct"/>
            <w:tcBorders>
              <w:top w:val="nil"/>
              <w:left w:val="nil"/>
              <w:bottom w:val="nil"/>
              <w:right w:val="nil"/>
            </w:tcBorders>
            <w:shd w:val="clear" w:color="000000" w:fill="FFFFFF"/>
            <w:vAlign w:val="center"/>
            <w:hideMark/>
          </w:tcPr>
          <w:p w14:paraId="1D5E67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0.95</w:t>
            </w:r>
          </w:p>
        </w:tc>
        <w:tc>
          <w:tcPr>
            <w:tcW w:w="535" w:type="pct"/>
            <w:tcBorders>
              <w:top w:val="nil"/>
              <w:left w:val="nil"/>
              <w:bottom w:val="nil"/>
              <w:right w:val="nil"/>
            </w:tcBorders>
            <w:shd w:val="clear" w:color="000000" w:fill="F2F2F2"/>
            <w:vAlign w:val="center"/>
            <w:hideMark/>
          </w:tcPr>
          <w:p w14:paraId="49B16D6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6BDD3F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10.19</w:t>
            </w:r>
          </w:p>
        </w:tc>
        <w:tc>
          <w:tcPr>
            <w:tcW w:w="464" w:type="pct"/>
            <w:tcBorders>
              <w:top w:val="nil"/>
              <w:left w:val="nil"/>
              <w:bottom w:val="nil"/>
              <w:right w:val="nil"/>
            </w:tcBorders>
            <w:shd w:val="clear" w:color="000000" w:fill="F2F2F2"/>
            <w:vAlign w:val="center"/>
            <w:hideMark/>
          </w:tcPr>
          <w:p w14:paraId="2B7A822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9.57</w:t>
            </w:r>
          </w:p>
        </w:tc>
        <w:tc>
          <w:tcPr>
            <w:tcW w:w="462" w:type="pct"/>
            <w:tcBorders>
              <w:top w:val="nil"/>
              <w:left w:val="nil"/>
              <w:bottom w:val="nil"/>
              <w:right w:val="nil"/>
            </w:tcBorders>
            <w:shd w:val="clear" w:color="000000" w:fill="FFFFFF"/>
            <w:vAlign w:val="center"/>
            <w:hideMark/>
          </w:tcPr>
          <w:p w14:paraId="15DEF11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2.43</w:t>
            </w:r>
          </w:p>
        </w:tc>
      </w:tr>
      <w:tr w:rsidR="00726DBE" w:rsidRPr="00693325" w14:paraId="4F71EA1B" w14:textId="77777777" w:rsidTr="00841CFC">
        <w:trPr>
          <w:trHeight w:val="87"/>
        </w:trPr>
        <w:tc>
          <w:tcPr>
            <w:tcW w:w="898" w:type="pct"/>
            <w:tcBorders>
              <w:top w:val="nil"/>
              <w:left w:val="nil"/>
              <w:bottom w:val="nil"/>
              <w:right w:val="nil"/>
            </w:tcBorders>
            <w:shd w:val="clear" w:color="000000" w:fill="FFFFFF"/>
            <w:vAlign w:val="center"/>
            <w:hideMark/>
          </w:tcPr>
          <w:p w14:paraId="5439109D"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2C3F309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0F37539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12 (2)</w:t>
            </w:r>
          </w:p>
        </w:tc>
        <w:tc>
          <w:tcPr>
            <w:tcW w:w="460" w:type="pct"/>
            <w:tcBorders>
              <w:top w:val="nil"/>
              <w:left w:val="nil"/>
              <w:bottom w:val="nil"/>
              <w:right w:val="nil"/>
            </w:tcBorders>
            <w:shd w:val="clear" w:color="000000" w:fill="F2F2F2"/>
            <w:vAlign w:val="center"/>
            <w:hideMark/>
          </w:tcPr>
          <w:p w14:paraId="588DA52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12 (2)</w:t>
            </w:r>
          </w:p>
        </w:tc>
        <w:tc>
          <w:tcPr>
            <w:tcW w:w="754" w:type="pct"/>
            <w:tcBorders>
              <w:top w:val="nil"/>
              <w:left w:val="nil"/>
              <w:bottom w:val="nil"/>
              <w:right w:val="nil"/>
            </w:tcBorders>
            <w:shd w:val="clear" w:color="000000" w:fill="FFFFFF"/>
            <w:vAlign w:val="center"/>
            <w:hideMark/>
          </w:tcPr>
          <w:p w14:paraId="4D06EF2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(NA)</w:t>
            </w:r>
          </w:p>
        </w:tc>
        <w:tc>
          <w:tcPr>
            <w:tcW w:w="535" w:type="pct"/>
            <w:tcBorders>
              <w:top w:val="nil"/>
              <w:left w:val="nil"/>
              <w:bottom w:val="nil"/>
              <w:right w:val="nil"/>
            </w:tcBorders>
            <w:shd w:val="clear" w:color="000000" w:fill="F2F2F2"/>
            <w:vAlign w:val="center"/>
            <w:hideMark/>
          </w:tcPr>
          <w:p w14:paraId="1E11F81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3267A8C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(2)</w:t>
            </w:r>
          </w:p>
        </w:tc>
        <w:tc>
          <w:tcPr>
            <w:tcW w:w="464" w:type="pct"/>
            <w:tcBorders>
              <w:top w:val="nil"/>
              <w:left w:val="nil"/>
              <w:bottom w:val="nil"/>
              <w:right w:val="nil"/>
            </w:tcBorders>
            <w:shd w:val="clear" w:color="000000" w:fill="F2F2F2"/>
            <w:vAlign w:val="center"/>
            <w:hideMark/>
          </w:tcPr>
          <w:p w14:paraId="4DC1CD8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(2)</w:t>
            </w:r>
          </w:p>
        </w:tc>
        <w:tc>
          <w:tcPr>
            <w:tcW w:w="462" w:type="pct"/>
            <w:tcBorders>
              <w:top w:val="nil"/>
              <w:left w:val="nil"/>
              <w:bottom w:val="nil"/>
              <w:right w:val="nil"/>
            </w:tcBorders>
            <w:shd w:val="clear" w:color="000000" w:fill="FFFFFF"/>
            <w:vAlign w:val="center"/>
            <w:hideMark/>
          </w:tcPr>
          <w:p w14:paraId="1EF59C1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21 (58)</w:t>
            </w:r>
          </w:p>
        </w:tc>
      </w:tr>
      <w:tr w:rsidR="00726DBE" w:rsidRPr="00693325" w14:paraId="72F43030" w14:textId="77777777" w:rsidTr="00841CFC">
        <w:trPr>
          <w:trHeight w:val="87"/>
        </w:trPr>
        <w:tc>
          <w:tcPr>
            <w:tcW w:w="898" w:type="pct"/>
            <w:tcBorders>
              <w:top w:val="nil"/>
              <w:left w:val="nil"/>
              <w:bottom w:val="nil"/>
              <w:right w:val="nil"/>
            </w:tcBorders>
            <w:shd w:val="clear" w:color="000000" w:fill="FFFFFF"/>
            <w:vAlign w:val="center"/>
            <w:hideMark/>
          </w:tcPr>
          <w:p w14:paraId="602F0026"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Anxiety</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062592B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6A793E7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485DE42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550650E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6.37 (0.77; 23.03)</w:t>
            </w:r>
          </w:p>
        </w:tc>
        <w:tc>
          <w:tcPr>
            <w:tcW w:w="535" w:type="pct"/>
            <w:tcBorders>
              <w:top w:val="nil"/>
              <w:left w:val="nil"/>
              <w:bottom w:val="nil"/>
              <w:right w:val="nil"/>
            </w:tcBorders>
            <w:shd w:val="clear" w:color="000000" w:fill="F2F2F2"/>
            <w:vAlign w:val="center"/>
            <w:hideMark/>
          </w:tcPr>
          <w:p w14:paraId="6E59C81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055DF9F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10.26 (2.80; 26.27)</w:t>
            </w:r>
          </w:p>
        </w:tc>
        <w:tc>
          <w:tcPr>
            <w:tcW w:w="464" w:type="pct"/>
            <w:tcBorders>
              <w:top w:val="nil"/>
              <w:left w:val="nil"/>
              <w:bottom w:val="nil"/>
              <w:right w:val="nil"/>
            </w:tcBorders>
            <w:shd w:val="clear" w:color="000000" w:fill="F2F2F2"/>
            <w:vAlign w:val="center"/>
            <w:hideMark/>
          </w:tcPr>
          <w:p w14:paraId="014B49E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9.96 (2.71; 25.49)</w:t>
            </w:r>
          </w:p>
        </w:tc>
        <w:tc>
          <w:tcPr>
            <w:tcW w:w="462" w:type="pct"/>
            <w:tcBorders>
              <w:top w:val="nil"/>
              <w:left w:val="nil"/>
              <w:bottom w:val="nil"/>
              <w:right w:val="nil"/>
            </w:tcBorders>
            <w:shd w:val="clear" w:color="000000" w:fill="FFFFFF"/>
            <w:vAlign w:val="center"/>
            <w:hideMark/>
          </w:tcPr>
          <w:p w14:paraId="405E0BB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6.37 (2.75; 12.56)</w:t>
            </w:r>
          </w:p>
        </w:tc>
      </w:tr>
      <w:tr w:rsidR="00726DBE" w:rsidRPr="00693325" w14:paraId="7F7A9E45" w14:textId="77777777" w:rsidTr="00841CFC">
        <w:trPr>
          <w:trHeight w:val="87"/>
        </w:trPr>
        <w:tc>
          <w:tcPr>
            <w:tcW w:w="898" w:type="pct"/>
            <w:tcBorders>
              <w:top w:val="nil"/>
              <w:left w:val="nil"/>
              <w:bottom w:val="nil"/>
              <w:right w:val="nil"/>
            </w:tcBorders>
            <w:shd w:val="clear" w:color="000000" w:fill="FFFFFF"/>
            <w:vAlign w:val="center"/>
            <w:hideMark/>
          </w:tcPr>
          <w:p w14:paraId="1CE99C6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4921AB6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2BB8762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E99FF8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54EBADF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535" w:type="pct"/>
            <w:tcBorders>
              <w:top w:val="nil"/>
              <w:left w:val="nil"/>
              <w:bottom w:val="nil"/>
              <w:right w:val="nil"/>
            </w:tcBorders>
            <w:shd w:val="clear" w:color="000000" w:fill="F2F2F2"/>
            <w:vAlign w:val="center"/>
            <w:hideMark/>
          </w:tcPr>
          <w:p w14:paraId="707D95C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CE6C95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4" w:type="pct"/>
            <w:tcBorders>
              <w:top w:val="nil"/>
              <w:left w:val="nil"/>
              <w:bottom w:val="nil"/>
              <w:right w:val="nil"/>
            </w:tcBorders>
            <w:shd w:val="clear" w:color="000000" w:fill="F2F2F2"/>
            <w:vAlign w:val="center"/>
            <w:hideMark/>
          </w:tcPr>
          <w:p w14:paraId="5CC7836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2" w:type="pct"/>
            <w:tcBorders>
              <w:top w:val="nil"/>
              <w:left w:val="nil"/>
              <w:bottom w:val="nil"/>
              <w:right w:val="nil"/>
            </w:tcBorders>
            <w:shd w:val="clear" w:color="000000" w:fill="FFFFFF"/>
            <w:vAlign w:val="center"/>
            <w:hideMark/>
          </w:tcPr>
          <w:p w14:paraId="6D08A3A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w:t>
            </w:r>
          </w:p>
        </w:tc>
      </w:tr>
      <w:tr w:rsidR="00726DBE" w:rsidRPr="00693325" w14:paraId="5A507B7E" w14:textId="77777777" w:rsidTr="00841CFC">
        <w:trPr>
          <w:trHeight w:val="87"/>
        </w:trPr>
        <w:tc>
          <w:tcPr>
            <w:tcW w:w="898" w:type="pct"/>
            <w:tcBorders>
              <w:top w:val="nil"/>
              <w:left w:val="nil"/>
              <w:bottom w:val="nil"/>
              <w:right w:val="nil"/>
            </w:tcBorders>
            <w:shd w:val="clear" w:color="000000" w:fill="FFFFFF"/>
            <w:vAlign w:val="center"/>
            <w:hideMark/>
          </w:tcPr>
          <w:p w14:paraId="1E16B93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68CC98C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0C0EA2D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288954E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378A794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1.90</w:t>
            </w:r>
          </w:p>
        </w:tc>
        <w:tc>
          <w:tcPr>
            <w:tcW w:w="535" w:type="pct"/>
            <w:tcBorders>
              <w:top w:val="nil"/>
              <w:left w:val="nil"/>
              <w:bottom w:val="nil"/>
              <w:right w:val="nil"/>
            </w:tcBorders>
            <w:shd w:val="clear" w:color="000000" w:fill="F2F2F2"/>
            <w:vAlign w:val="center"/>
            <w:hideMark/>
          </w:tcPr>
          <w:p w14:paraId="565C944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8B24E8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3.70</w:t>
            </w:r>
          </w:p>
        </w:tc>
        <w:tc>
          <w:tcPr>
            <w:tcW w:w="464" w:type="pct"/>
            <w:tcBorders>
              <w:top w:val="nil"/>
              <w:left w:val="nil"/>
              <w:bottom w:val="nil"/>
              <w:right w:val="nil"/>
            </w:tcBorders>
            <w:shd w:val="clear" w:color="000000" w:fill="F2F2F2"/>
            <w:vAlign w:val="center"/>
            <w:hideMark/>
          </w:tcPr>
          <w:p w14:paraId="2B7C456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3.48</w:t>
            </w:r>
          </w:p>
        </w:tc>
        <w:tc>
          <w:tcPr>
            <w:tcW w:w="462" w:type="pct"/>
            <w:tcBorders>
              <w:top w:val="nil"/>
              <w:left w:val="nil"/>
              <w:bottom w:val="nil"/>
              <w:right w:val="nil"/>
            </w:tcBorders>
            <w:shd w:val="clear" w:color="000000" w:fill="FFFFFF"/>
            <w:vAlign w:val="center"/>
            <w:hideMark/>
          </w:tcPr>
          <w:p w14:paraId="597E38A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1.39</w:t>
            </w:r>
          </w:p>
        </w:tc>
      </w:tr>
      <w:tr w:rsidR="00726DBE" w:rsidRPr="00693325" w14:paraId="245B5E72" w14:textId="77777777" w:rsidTr="00841CFC">
        <w:trPr>
          <w:trHeight w:val="87"/>
        </w:trPr>
        <w:tc>
          <w:tcPr>
            <w:tcW w:w="898" w:type="pct"/>
            <w:tcBorders>
              <w:top w:val="nil"/>
              <w:left w:val="nil"/>
              <w:bottom w:val="nil"/>
              <w:right w:val="nil"/>
            </w:tcBorders>
            <w:shd w:val="clear" w:color="000000" w:fill="FFFFFF"/>
            <w:vAlign w:val="center"/>
            <w:hideMark/>
          </w:tcPr>
          <w:p w14:paraId="5C9E714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456CAF3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7589FB6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497EDAB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229963C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 (13)</w:t>
            </w:r>
          </w:p>
        </w:tc>
        <w:tc>
          <w:tcPr>
            <w:tcW w:w="535" w:type="pct"/>
            <w:tcBorders>
              <w:top w:val="nil"/>
              <w:left w:val="nil"/>
              <w:bottom w:val="nil"/>
              <w:right w:val="nil"/>
            </w:tcBorders>
            <w:shd w:val="clear" w:color="000000" w:fill="F2F2F2"/>
            <w:vAlign w:val="center"/>
            <w:hideMark/>
          </w:tcPr>
          <w:p w14:paraId="719616E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25F9393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 (7)</w:t>
            </w:r>
          </w:p>
        </w:tc>
        <w:tc>
          <w:tcPr>
            <w:tcW w:w="464" w:type="pct"/>
            <w:tcBorders>
              <w:top w:val="nil"/>
              <w:left w:val="nil"/>
              <w:bottom w:val="nil"/>
              <w:right w:val="nil"/>
            </w:tcBorders>
            <w:shd w:val="clear" w:color="000000" w:fill="F2F2F2"/>
            <w:vAlign w:val="center"/>
            <w:hideMark/>
          </w:tcPr>
          <w:p w14:paraId="6514CDB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 (7)</w:t>
            </w:r>
          </w:p>
        </w:tc>
        <w:tc>
          <w:tcPr>
            <w:tcW w:w="462" w:type="pct"/>
            <w:tcBorders>
              <w:top w:val="nil"/>
              <w:left w:val="nil"/>
              <w:bottom w:val="nil"/>
              <w:right w:val="nil"/>
            </w:tcBorders>
            <w:shd w:val="clear" w:color="000000" w:fill="FFFFFF"/>
            <w:vAlign w:val="center"/>
            <w:hideMark/>
          </w:tcPr>
          <w:p w14:paraId="6A24E46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 (5)</w:t>
            </w:r>
          </w:p>
        </w:tc>
      </w:tr>
      <w:tr w:rsidR="00726DBE" w:rsidRPr="00693325" w14:paraId="08786C41" w14:textId="77777777" w:rsidTr="00841CFC">
        <w:trPr>
          <w:trHeight w:val="87"/>
        </w:trPr>
        <w:tc>
          <w:tcPr>
            <w:tcW w:w="898" w:type="pct"/>
            <w:tcBorders>
              <w:top w:val="nil"/>
              <w:left w:val="nil"/>
              <w:bottom w:val="nil"/>
              <w:right w:val="nil"/>
            </w:tcBorders>
            <w:shd w:val="clear" w:color="000000" w:fill="FFFFFF"/>
            <w:vAlign w:val="center"/>
            <w:hideMark/>
          </w:tcPr>
          <w:p w14:paraId="60430E22"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Autism spectrum disorder</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07821C9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258EEE4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17.93 (0.45; 99.90)</w:t>
            </w:r>
          </w:p>
        </w:tc>
        <w:tc>
          <w:tcPr>
            <w:tcW w:w="460" w:type="pct"/>
            <w:tcBorders>
              <w:top w:val="nil"/>
              <w:left w:val="nil"/>
              <w:bottom w:val="nil"/>
              <w:right w:val="nil"/>
            </w:tcBorders>
            <w:shd w:val="clear" w:color="000000" w:fill="F2F2F2"/>
            <w:vAlign w:val="center"/>
            <w:hideMark/>
          </w:tcPr>
          <w:p w14:paraId="7758AA9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17.21 (0.44; 95.90)</w:t>
            </w:r>
          </w:p>
        </w:tc>
        <w:tc>
          <w:tcPr>
            <w:tcW w:w="754" w:type="pct"/>
            <w:tcBorders>
              <w:top w:val="nil"/>
              <w:left w:val="nil"/>
              <w:bottom w:val="nil"/>
              <w:right w:val="nil"/>
            </w:tcBorders>
            <w:shd w:val="clear" w:color="000000" w:fill="FFFFFF"/>
            <w:vAlign w:val="center"/>
            <w:hideMark/>
          </w:tcPr>
          <w:p w14:paraId="1F95E3B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3.11 (0.08; 17.32)</w:t>
            </w:r>
          </w:p>
        </w:tc>
        <w:tc>
          <w:tcPr>
            <w:tcW w:w="535" w:type="pct"/>
            <w:tcBorders>
              <w:top w:val="nil"/>
              <w:left w:val="nil"/>
              <w:bottom w:val="nil"/>
              <w:right w:val="nil"/>
            </w:tcBorders>
            <w:shd w:val="clear" w:color="000000" w:fill="F2F2F2"/>
            <w:vAlign w:val="center"/>
            <w:hideMark/>
          </w:tcPr>
          <w:p w14:paraId="544D8A1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3DB69CE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5.05 (0.61; 18.24)</w:t>
            </w:r>
          </w:p>
        </w:tc>
        <w:tc>
          <w:tcPr>
            <w:tcW w:w="464" w:type="pct"/>
            <w:tcBorders>
              <w:top w:val="nil"/>
              <w:left w:val="nil"/>
              <w:bottom w:val="nil"/>
              <w:right w:val="nil"/>
            </w:tcBorders>
            <w:shd w:val="clear" w:color="000000" w:fill="F2F2F2"/>
            <w:vAlign w:val="center"/>
            <w:hideMark/>
          </w:tcPr>
          <w:p w14:paraId="21AECF0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4.90 (0.59; 17.70)</w:t>
            </w:r>
          </w:p>
        </w:tc>
        <w:tc>
          <w:tcPr>
            <w:tcW w:w="462" w:type="pct"/>
            <w:tcBorders>
              <w:top w:val="nil"/>
              <w:left w:val="nil"/>
              <w:bottom w:val="nil"/>
              <w:right w:val="nil"/>
            </w:tcBorders>
            <w:shd w:val="clear" w:color="000000" w:fill="FFFFFF"/>
            <w:vAlign w:val="center"/>
            <w:hideMark/>
          </w:tcPr>
          <w:p w14:paraId="4A49B3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4.78 (1.75; 10.39)</w:t>
            </w:r>
          </w:p>
        </w:tc>
      </w:tr>
      <w:tr w:rsidR="00726DBE" w:rsidRPr="00693325" w14:paraId="42368D1E" w14:textId="77777777" w:rsidTr="00841CFC">
        <w:trPr>
          <w:trHeight w:val="87"/>
        </w:trPr>
        <w:tc>
          <w:tcPr>
            <w:tcW w:w="898" w:type="pct"/>
            <w:tcBorders>
              <w:top w:val="nil"/>
              <w:left w:val="nil"/>
              <w:bottom w:val="nil"/>
              <w:right w:val="nil"/>
            </w:tcBorders>
            <w:shd w:val="clear" w:color="000000" w:fill="FFFFFF"/>
            <w:vAlign w:val="center"/>
            <w:hideMark/>
          </w:tcPr>
          <w:p w14:paraId="0EDDADE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6965BB9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7EDAFBB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0" w:type="pct"/>
            <w:tcBorders>
              <w:top w:val="nil"/>
              <w:left w:val="nil"/>
              <w:bottom w:val="nil"/>
              <w:right w:val="nil"/>
            </w:tcBorders>
            <w:shd w:val="clear" w:color="000000" w:fill="F2F2F2"/>
            <w:vAlign w:val="center"/>
            <w:hideMark/>
          </w:tcPr>
          <w:p w14:paraId="31F8074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754" w:type="pct"/>
            <w:tcBorders>
              <w:top w:val="nil"/>
              <w:left w:val="nil"/>
              <w:bottom w:val="nil"/>
              <w:right w:val="nil"/>
            </w:tcBorders>
            <w:shd w:val="clear" w:color="000000" w:fill="FFFFFF"/>
            <w:vAlign w:val="center"/>
            <w:hideMark/>
          </w:tcPr>
          <w:p w14:paraId="133C209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535" w:type="pct"/>
            <w:tcBorders>
              <w:top w:val="nil"/>
              <w:left w:val="nil"/>
              <w:bottom w:val="nil"/>
              <w:right w:val="nil"/>
            </w:tcBorders>
            <w:shd w:val="clear" w:color="000000" w:fill="F2F2F2"/>
            <w:vAlign w:val="center"/>
            <w:hideMark/>
          </w:tcPr>
          <w:p w14:paraId="04BBD72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5394B1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4" w:type="pct"/>
            <w:tcBorders>
              <w:top w:val="nil"/>
              <w:left w:val="nil"/>
              <w:bottom w:val="nil"/>
              <w:right w:val="nil"/>
            </w:tcBorders>
            <w:shd w:val="clear" w:color="000000" w:fill="F2F2F2"/>
            <w:vAlign w:val="center"/>
            <w:hideMark/>
          </w:tcPr>
          <w:p w14:paraId="720237A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2" w:type="pct"/>
            <w:tcBorders>
              <w:top w:val="nil"/>
              <w:left w:val="nil"/>
              <w:bottom w:val="nil"/>
              <w:right w:val="nil"/>
            </w:tcBorders>
            <w:shd w:val="clear" w:color="000000" w:fill="FFFFFF"/>
            <w:vAlign w:val="center"/>
            <w:hideMark/>
          </w:tcPr>
          <w:p w14:paraId="5A1DBF0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w:t>
            </w:r>
          </w:p>
        </w:tc>
      </w:tr>
      <w:tr w:rsidR="00726DBE" w:rsidRPr="00693325" w14:paraId="2AA57645" w14:textId="77777777" w:rsidTr="00841CFC">
        <w:trPr>
          <w:trHeight w:val="87"/>
        </w:trPr>
        <w:tc>
          <w:tcPr>
            <w:tcW w:w="898" w:type="pct"/>
            <w:tcBorders>
              <w:top w:val="nil"/>
              <w:left w:val="nil"/>
              <w:bottom w:val="nil"/>
              <w:right w:val="nil"/>
            </w:tcBorders>
            <w:shd w:val="clear" w:color="000000" w:fill="FFFFFF"/>
            <w:vAlign w:val="center"/>
            <w:hideMark/>
          </w:tcPr>
          <w:p w14:paraId="41D0915D"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796571F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43D271D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5.00</w:t>
            </w:r>
          </w:p>
        </w:tc>
        <w:tc>
          <w:tcPr>
            <w:tcW w:w="460" w:type="pct"/>
            <w:tcBorders>
              <w:top w:val="nil"/>
              <w:left w:val="nil"/>
              <w:bottom w:val="nil"/>
              <w:right w:val="nil"/>
            </w:tcBorders>
            <w:shd w:val="clear" w:color="000000" w:fill="F2F2F2"/>
            <w:vAlign w:val="center"/>
            <w:hideMark/>
          </w:tcPr>
          <w:p w14:paraId="7B652B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754" w:type="pct"/>
            <w:tcBorders>
              <w:top w:val="nil"/>
              <w:left w:val="nil"/>
              <w:bottom w:val="nil"/>
              <w:right w:val="nil"/>
            </w:tcBorders>
            <w:shd w:val="clear" w:color="000000" w:fill="FFFFFF"/>
            <w:vAlign w:val="center"/>
            <w:hideMark/>
          </w:tcPr>
          <w:p w14:paraId="733A202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0.95</w:t>
            </w:r>
          </w:p>
        </w:tc>
        <w:tc>
          <w:tcPr>
            <w:tcW w:w="535" w:type="pct"/>
            <w:tcBorders>
              <w:top w:val="nil"/>
              <w:left w:val="nil"/>
              <w:bottom w:val="nil"/>
              <w:right w:val="nil"/>
            </w:tcBorders>
            <w:shd w:val="clear" w:color="000000" w:fill="F2F2F2"/>
            <w:vAlign w:val="center"/>
            <w:hideMark/>
          </w:tcPr>
          <w:p w14:paraId="17F05E9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B69D2B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1.85</w:t>
            </w:r>
          </w:p>
        </w:tc>
        <w:tc>
          <w:tcPr>
            <w:tcW w:w="464" w:type="pct"/>
            <w:tcBorders>
              <w:top w:val="nil"/>
              <w:left w:val="nil"/>
              <w:bottom w:val="nil"/>
              <w:right w:val="nil"/>
            </w:tcBorders>
            <w:shd w:val="clear" w:color="000000" w:fill="F2F2F2"/>
            <w:vAlign w:val="center"/>
            <w:hideMark/>
          </w:tcPr>
          <w:p w14:paraId="25C6C7F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w:t>
            </w:r>
          </w:p>
        </w:tc>
        <w:tc>
          <w:tcPr>
            <w:tcW w:w="462" w:type="pct"/>
            <w:tcBorders>
              <w:top w:val="nil"/>
              <w:left w:val="nil"/>
              <w:bottom w:val="nil"/>
              <w:right w:val="nil"/>
            </w:tcBorders>
            <w:shd w:val="clear" w:color="000000" w:fill="FFFFFF"/>
            <w:vAlign w:val="center"/>
            <w:hideMark/>
          </w:tcPr>
          <w:p w14:paraId="55F171B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1.04</w:t>
            </w:r>
          </w:p>
        </w:tc>
      </w:tr>
      <w:tr w:rsidR="00726DBE" w:rsidRPr="00693325" w14:paraId="03A75852" w14:textId="77777777" w:rsidTr="00841CFC">
        <w:trPr>
          <w:trHeight w:val="87"/>
        </w:trPr>
        <w:tc>
          <w:tcPr>
            <w:tcW w:w="898" w:type="pct"/>
            <w:tcBorders>
              <w:top w:val="nil"/>
              <w:left w:val="nil"/>
              <w:bottom w:val="nil"/>
              <w:right w:val="nil"/>
            </w:tcBorders>
            <w:shd w:val="clear" w:color="000000" w:fill="FFFFFF"/>
            <w:vAlign w:val="center"/>
            <w:hideMark/>
          </w:tcPr>
          <w:p w14:paraId="28B6EC4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0C93A7B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17956F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 (NA)</w:t>
            </w:r>
          </w:p>
        </w:tc>
        <w:tc>
          <w:tcPr>
            <w:tcW w:w="460" w:type="pct"/>
            <w:tcBorders>
              <w:top w:val="nil"/>
              <w:left w:val="nil"/>
              <w:bottom w:val="nil"/>
              <w:right w:val="nil"/>
            </w:tcBorders>
            <w:shd w:val="clear" w:color="000000" w:fill="F2F2F2"/>
            <w:vAlign w:val="center"/>
            <w:hideMark/>
          </w:tcPr>
          <w:p w14:paraId="5AE5087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 (NA)</w:t>
            </w:r>
          </w:p>
        </w:tc>
        <w:tc>
          <w:tcPr>
            <w:tcW w:w="754" w:type="pct"/>
            <w:tcBorders>
              <w:top w:val="nil"/>
              <w:left w:val="nil"/>
              <w:bottom w:val="nil"/>
              <w:right w:val="nil"/>
            </w:tcBorders>
            <w:shd w:val="clear" w:color="000000" w:fill="FFFFFF"/>
            <w:vAlign w:val="center"/>
            <w:hideMark/>
          </w:tcPr>
          <w:p w14:paraId="1F8225A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(NA)</w:t>
            </w:r>
          </w:p>
        </w:tc>
        <w:tc>
          <w:tcPr>
            <w:tcW w:w="535" w:type="pct"/>
            <w:tcBorders>
              <w:top w:val="nil"/>
              <w:left w:val="nil"/>
              <w:bottom w:val="nil"/>
              <w:right w:val="nil"/>
            </w:tcBorders>
            <w:shd w:val="clear" w:color="000000" w:fill="F2F2F2"/>
            <w:vAlign w:val="center"/>
            <w:hideMark/>
          </w:tcPr>
          <w:p w14:paraId="5EEA630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60E5358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 (0)</w:t>
            </w:r>
          </w:p>
        </w:tc>
        <w:tc>
          <w:tcPr>
            <w:tcW w:w="464" w:type="pct"/>
            <w:tcBorders>
              <w:top w:val="nil"/>
              <w:left w:val="nil"/>
              <w:bottom w:val="nil"/>
              <w:right w:val="nil"/>
            </w:tcBorders>
            <w:shd w:val="clear" w:color="000000" w:fill="F2F2F2"/>
            <w:vAlign w:val="center"/>
            <w:hideMark/>
          </w:tcPr>
          <w:p w14:paraId="5443EBF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 (0)</w:t>
            </w:r>
          </w:p>
        </w:tc>
        <w:tc>
          <w:tcPr>
            <w:tcW w:w="462" w:type="pct"/>
            <w:tcBorders>
              <w:top w:val="nil"/>
              <w:left w:val="nil"/>
              <w:bottom w:val="nil"/>
              <w:right w:val="nil"/>
            </w:tcBorders>
            <w:shd w:val="clear" w:color="000000" w:fill="FFFFFF"/>
            <w:vAlign w:val="center"/>
            <w:hideMark/>
          </w:tcPr>
          <w:p w14:paraId="4CC02DB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 (11)</w:t>
            </w:r>
          </w:p>
        </w:tc>
      </w:tr>
      <w:tr w:rsidR="00726DBE" w:rsidRPr="00693325" w14:paraId="54B7860A" w14:textId="77777777" w:rsidTr="00841CFC">
        <w:trPr>
          <w:trHeight w:val="87"/>
        </w:trPr>
        <w:tc>
          <w:tcPr>
            <w:tcW w:w="898" w:type="pct"/>
            <w:tcBorders>
              <w:top w:val="nil"/>
              <w:left w:val="nil"/>
              <w:bottom w:val="nil"/>
              <w:right w:val="nil"/>
            </w:tcBorders>
            <w:shd w:val="clear" w:color="000000" w:fill="FFFFFF"/>
            <w:vAlign w:val="center"/>
            <w:hideMark/>
          </w:tcPr>
          <w:p w14:paraId="45F3FF28"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Communication deficits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3C90724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0C7DECD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55F380B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799CF3E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3.11 (0.08; 17.34)</w:t>
            </w:r>
          </w:p>
        </w:tc>
        <w:tc>
          <w:tcPr>
            <w:tcW w:w="535" w:type="pct"/>
            <w:tcBorders>
              <w:top w:val="nil"/>
              <w:left w:val="nil"/>
              <w:bottom w:val="nil"/>
              <w:right w:val="nil"/>
            </w:tcBorders>
            <w:shd w:val="clear" w:color="000000" w:fill="F2F2F2"/>
            <w:vAlign w:val="center"/>
            <w:hideMark/>
          </w:tcPr>
          <w:p w14:paraId="1546749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4AF4506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7.62 (1.57; 22.27)</w:t>
            </w:r>
          </w:p>
        </w:tc>
        <w:tc>
          <w:tcPr>
            <w:tcW w:w="464" w:type="pct"/>
            <w:tcBorders>
              <w:top w:val="nil"/>
              <w:left w:val="nil"/>
              <w:bottom w:val="nil"/>
              <w:right w:val="nil"/>
            </w:tcBorders>
            <w:shd w:val="clear" w:color="000000" w:fill="F2F2F2"/>
            <w:vAlign w:val="center"/>
            <w:hideMark/>
          </w:tcPr>
          <w:p w14:paraId="19BE319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7.40 (1.53; 21.61)</w:t>
            </w:r>
          </w:p>
        </w:tc>
        <w:tc>
          <w:tcPr>
            <w:tcW w:w="462" w:type="pct"/>
            <w:tcBorders>
              <w:top w:val="nil"/>
              <w:left w:val="nil"/>
              <w:bottom w:val="nil"/>
              <w:right w:val="nil"/>
            </w:tcBorders>
            <w:shd w:val="clear" w:color="000000" w:fill="FFFFFF"/>
            <w:vAlign w:val="center"/>
            <w:hideMark/>
          </w:tcPr>
          <w:p w14:paraId="3080B54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4.75 (1.74; 10.33)</w:t>
            </w:r>
          </w:p>
        </w:tc>
      </w:tr>
      <w:tr w:rsidR="00726DBE" w:rsidRPr="00693325" w14:paraId="78961822" w14:textId="77777777" w:rsidTr="00841CFC">
        <w:trPr>
          <w:trHeight w:val="87"/>
        </w:trPr>
        <w:tc>
          <w:tcPr>
            <w:tcW w:w="898" w:type="pct"/>
            <w:tcBorders>
              <w:top w:val="nil"/>
              <w:left w:val="nil"/>
              <w:bottom w:val="nil"/>
              <w:right w:val="nil"/>
            </w:tcBorders>
            <w:shd w:val="clear" w:color="000000" w:fill="FFFFFF"/>
            <w:vAlign w:val="center"/>
            <w:hideMark/>
          </w:tcPr>
          <w:p w14:paraId="1F9E0347"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0BF085E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254C960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06235D9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15CAFAD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535" w:type="pct"/>
            <w:tcBorders>
              <w:top w:val="nil"/>
              <w:left w:val="nil"/>
              <w:bottom w:val="nil"/>
              <w:right w:val="nil"/>
            </w:tcBorders>
            <w:shd w:val="clear" w:color="000000" w:fill="F2F2F2"/>
            <w:vAlign w:val="center"/>
            <w:hideMark/>
          </w:tcPr>
          <w:p w14:paraId="2705194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9A70A6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64" w:type="pct"/>
            <w:tcBorders>
              <w:top w:val="nil"/>
              <w:left w:val="nil"/>
              <w:bottom w:val="nil"/>
              <w:right w:val="nil"/>
            </w:tcBorders>
            <w:shd w:val="clear" w:color="000000" w:fill="F2F2F2"/>
            <w:vAlign w:val="center"/>
            <w:hideMark/>
          </w:tcPr>
          <w:p w14:paraId="68474DA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62" w:type="pct"/>
            <w:tcBorders>
              <w:top w:val="nil"/>
              <w:left w:val="nil"/>
              <w:bottom w:val="nil"/>
              <w:right w:val="nil"/>
            </w:tcBorders>
            <w:shd w:val="clear" w:color="000000" w:fill="FFFFFF"/>
            <w:vAlign w:val="center"/>
            <w:hideMark/>
          </w:tcPr>
          <w:p w14:paraId="127A4AD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w:t>
            </w:r>
          </w:p>
        </w:tc>
      </w:tr>
      <w:tr w:rsidR="00726DBE" w:rsidRPr="00693325" w14:paraId="693046B5" w14:textId="77777777" w:rsidTr="00841CFC">
        <w:trPr>
          <w:trHeight w:val="87"/>
        </w:trPr>
        <w:tc>
          <w:tcPr>
            <w:tcW w:w="898" w:type="pct"/>
            <w:tcBorders>
              <w:top w:val="nil"/>
              <w:left w:val="nil"/>
              <w:bottom w:val="nil"/>
              <w:right w:val="nil"/>
            </w:tcBorders>
            <w:shd w:val="clear" w:color="000000" w:fill="FFFFFF"/>
            <w:vAlign w:val="center"/>
            <w:hideMark/>
          </w:tcPr>
          <w:p w14:paraId="3128BE1F"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0312892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7924412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7EE396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7C0D270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0.95</w:t>
            </w:r>
          </w:p>
        </w:tc>
        <w:tc>
          <w:tcPr>
            <w:tcW w:w="535" w:type="pct"/>
            <w:tcBorders>
              <w:top w:val="nil"/>
              <w:left w:val="nil"/>
              <w:bottom w:val="nil"/>
              <w:right w:val="nil"/>
            </w:tcBorders>
            <w:shd w:val="clear" w:color="000000" w:fill="F2F2F2"/>
            <w:vAlign w:val="center"/>
            <w:hideMark/>
          </w:tcPr>
          <w:p w14:paraId="1FA0553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64F23F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2.78</w:t>
            </w:r>
          </w:p>
        </w:tc>
        <w:tc>
          <w:tcPr>
            <w:tcW w:w="464" w:type="pct"/>
            <w:tcBorders>
              <w:top w:val="nil"/>
              <w:left w:val="nil"/>
              <w:bottom w:val="nil"/>
              <w:right w:val="nil"/>
            </w:tcBorders>
            <w:shd w:val="clear" w:color="000000" w:fill="F2F2F2"/>
            <w:vAlign w:val="center"/>
            <w:hideMark/>
          </w:tcPr>
          <w:p w14:paraId="3C77282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2.61</w:t>
            </w:r>
          </w:p>
        </w:tc>
        <w:tc>
          <w:tcPr>
            <w:tcW w:w="462" w:type="pct"/>
            <w:tcBorders>
              <w:top w:val="nil"/>
              <w:left w:val="nil"/>
              <w:bottom w:val="nil"/>
              <w:right w:val="nil"/>
            </w:tcBorders>
            <w:shd w:val="clear" w:color="000000" w:fill="FFFFFF"/>
            <w:vAlign w:val="center"/>
            <w:hideMark/>
          </w:tcPr>
          <w:p w14:paraId="424B98C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1.04</w:t>
            </w:r>
          </w:p>
        </w:tc>
      </w:tr>
      <w:tr w:rsidR="00726DBE" w:rsidRPr="00693325" w14:paraId="7403A8E0" w14:textId="77777777" w:rsidTr="00841CFC">
        <w:trPr>
          <w:trHeight w:val="87"/>
        </w:trPr>
        <w:tc>
          <w:tcPr>
            <w:tcW w:w="898" w:type="pct"/>
            <w:tcBorders>
              <w:top w:val="nil"/>
              <w:left w:val="nil"/>
              <w:bottom w:val="nil"/>
              <w:right w:val="nil"/>
            </w:tcBorders>
            <w:shd w:val="clear" w:color="000000" w:fill="FFFFFF"/>
            <w:vAlign w:val="center"/>
            <w:hideMark/>
          </w:tcPr>
          <w:p w14:paraId="7C156DBC"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5D1FB94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2514064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0C40B23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2901060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20 (NA)</w:t>
            </w:r>
          </w:p>
        </w:tc>
        <w:tc>
          <w:tcPr>
            <w:tcW w:w="535" w:type="pct"/>
            <w:tcBorders>
              <w:top w:val="nil"/>
              <w:left w:val="nil"/>
              <w:bottom w:val="nil"/>
              <w:right w:val="nil"/>
            </w:tcBorders>
            <w:shd w:val="clear" w:color="000000" w:fill="F2F2F2"/>
            <w:vAlign w:val="center"/>
            <w:hideMark/>
          </w:tcPr>
          <w:p w14:paraId="2751EB0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0CB332C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(1)</w:t>
            </w:r>
          </w:p>
        </w:tc>
        <w:tc>
          <w:tcPr>
            <w:tcW w:w="464" w:type="pct"/>
            <w:tcBorders>
              <w:top w:val="nil"/>
              <w:left w:val="nil"/>
              <w:bottom w:val="nil"/>
              <w:right w:val="nil"/>
            </w:tcBorders>
            <w:shd w:val="clear" w:color="000000" w:fill="F2F2F2"/>
            <w:vAlign w:val="center"/>
            <w:hideMark/>
          </w:tcPr>
          <w:p w14:paraId="51AEF89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(1)</w:t>
            </w:r>
          </w:p>
        </w:tc>
        <w:tc>
          <w:tcPr>
            <w:tcW w:w="462" w:type="pct"/>
            <w:tcBorders>
              <w:top w:val="nil"/>
              <w:left w:val="nil"/>
              <w:bottom w:val="nil"/>
              <w:right w:val="nil"/>
            </w:tcBorders>
            <w:shd w:val="clear" w:color="000000" w:fill="FFFFFF"/>
            <w:vAlign w:val="center"/>
            <w:hideMark/>
          </w:tcPr>
          <w:p w14:paraId="4082C67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96 (226)</w:t>
            </w:r>
          </w:p>
        </w:tc>
      </w:tr>
      <w:tr w:rsidR="00726DBE" w:rsidRPr="00693325" w14:paraId="02017BE0" w14:textId="77777777" w:rsidTr="00841CFC">
        <w:trPr>
          <w:trHeight w:val="87"/>
        </w:trPr>
        <w:tc>
          <w:tcPr>
            <w:tcW w:w="898" w:type="pct"/>
            <w:tcBorders>
              <w:top w:val="nil"/>
              <w:left w:val="nil"/>
              <w:bottom w:val="nil"/>
              <w:right w:val="nil"/>
            </w:tcBorders>
            <w:shd w:val="clear" w:color="000000" w:fill="FFFFFF"/>
            <w:vAlign w:val="center"/>
            <w:hideMark/>
          </w:tcPr>
          <w:p w14:paraId="4B7292AF"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Conduct disorder</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0572206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1,666.39)</w:t>
            </w:r>
          </w:p>
        </w:tc>
        <w:tc>
          <w:tcPr>
            <w:tcW w:w="401" w:type="pct"/>
            <w:tcBorders>
              <w:top w:val="nil"/>
              <w:left w:val="nil"/>
              <w:bottom w:val="nil"/>
              <w:right w:val="nil"/>
            </w:tcBorders>
            <w:shd w:val="clear" w:color="000000" w:fill="F2F2F2"/>
            <w:vAlign w:val="center"/>
            <w:hideMark/>
          </w:tcPr>
          <w:p w14:paraId="0652380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63.14)</w:t>
            </w:r>
          </w:p>
        </w:tc>
        <w:tc>
          <w:tcPr>
            <w:tcW w:w="460" w:type="pct"/>
            <w:tcBorders>
              <w:top w:val="nil"/>
              <w:left w:val="nil"/>
              <w:bottom w:val="nil"/>
              <w:right w:val="nil"/>
            </w:tcBorders>
            <w:shd w:val="clear" w:color="000000" w:fill="F2F2F2"/>
            <w:vAlign w:val="center"/>
            <w:hideMark/>
          </w:tcPr>
          <w:p w14:paraId="1B3B72B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60.84)</w:t>
            </w:r>
          </w:p>
        </w:tc>
        <w:tc>
          <w:tcPr>
            <w:tcW w:w="754" w:type="pct"/>
            <w:tcBorders>
              <w:top w:val="nil"/>
              <w:left w:val="nil"/>
              <w:bottom w:val="nil"/>
              <w:right w:val="nil"/>
            </w:tcBorders>
            <w:shd w:val="clear" w:color="000000" w:fill="FFFFFF"/>
            <w:vAlign w:val="center"/>
            <w:hideMark/>
          </w:tcPr>
          <w:p w14:paraId="52AD26C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3.11 (0.08; 17.31)</w:t>
            </w:r>
          </w:p>
        </w:tc>
        <w:tc>
          <w:tcPr>
            <w:tcW w:w="535" w:type="pct"/>
            <w:tcBorders>
              <w:top w:val="nil"/>
              <w:left w:val="nil"/>
              <w:bottom w:val="nil"/>
              <w:right w:val="nil"/>
            </w:tcBorders>
            <w:shd w:val="clear" w:color="000000" w:fill="F2F2F2"/>
            <w:vAlign w:val="center"/>
            <w:hideMark/>
          </w:tcPr>
          <w:p w14:paraId="57B59EF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6DA17C6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15.48 (5.68; 33.69)</w:t>
            </w:r>
          </w:p>
        </w:tc>
        <w:tc>
          <w:tcPr>
            <w:tcW w:w="464" w:type="pct"/>
            <w:tcBorders>
              <w:top w:val="nil"/>
              <w:left w:val="nil"/>
              <w:bottom w:val="nil"/>
              <w:right w:val="nil"/>
            </w:tcBorders>
            <w:shd w:val="clear" w:color="000000" w:fill="F2F2F2"/>
            <w:vAlign w:val="center"/>
            <w:hideMark/>
          </w:tcPr>
          <w:p w14:paraId="672E0DC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15.01 (5.51; 32.68)</w:t>
            </w:r>
          </w:p>
        </w:tc>
        <w:tc>
          <w:tcPr>
            <w:tcW w:w="462" w:type="pct"/>
            <w:tcBorders>
              <w:top w:val="nil"/>
              <w:left w:val="nil"/>
              <w:bottom w:val="nil"/>
              <w:right w:val="nil"/>
            </w:tcBorders>
            <w:shd w:val="clear" w:color="000000" w:fill="FFFFFF"/>
            <w:vAlign w:val="center"/>
            <w:hideMark/>
          </w:tcPr>
          <w:p w14:paraId="6CD3521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3.96 (1.29; 9.25)</w:t>
            </w:r>
          </w:p>
        </w:tc>
      </w:tr>
      <w:tr w:rsidR="00726DBE" w:rsidRPr="00693325" w14:paraId="7389D448" w14:textId="77777777" w:rsidTr="00841CFC">
        <w:trPr>
          <w:trHeight w:val="87"/>
        </w:trPr>
        <w:tc>
          <w:tcPr>
            <w:tcW w:w="898" w:type="pct"/>
            <w:tcBorders>
              <w:top w:val="nil"/>
              <w:left w:val="nil"/>
              <w:bottom w:val="nil"/>
              <w:right w:val="nil"/>
            </w:tcBorders>
            <w:shd w:val="clear" w:color="000000" w:fill="FFFFFF"/>
            <w:vAlign w:val="center"/>
            <w:hideMark/>
          </w:tcPr>
          <w:p w14:paraId="0DF9FE5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4A9F31C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5844F4B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686DA38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5127DDC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535" w:type="pct"/>
            <w:tcBorders>
              <w:top w:val="nil"/>
              <w:left w:val="nil"/>
              <w:bottom w:val="nil"/>
              <w:right w:val="nil"/>
            </w:tcBorders>
            <w:shd w:val="clear" w:color="000000" w:fill="F2F2F2"/>
            <w:vAlign w:val="center"/>
            <w:hideMark/>
          </w:tcPr>
          <w:p w14:paraId="017392F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49DA547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w:t>
            </w:r>
          </w:p>
        </w:tc>
        <w:tc>
          <w:tcPr>
            <w:tcW w:w="464" w:type="pct"/>
            <w:tcBorders>
              <w:top w:val="nil"/>
              <w:left w:val="nil"/>
              <w:bottom w:val="nil"/>
              <w:right w:val="nil"/>
            </w:tcBorders>
            <w:shd w:val="clear" w:color="000000" w:fill="F2F2F2"/>
            <w:vAlign w:val="center"/>
            <w:hideMark/>
          </w:tcPr>
          <w:p w14:paraId="57E641C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w:t>
            </w:r>
          </w:p>
        </w:tc>
        <w:tc>
          <w:tcPr>
            <w:tcW w:w="462" w:type="pct"/>
            <w:tcBorders>
              <w:top w:val="nil"/>
              <w:left w:val="nil"/>
              <w:bottom w:val="nil"/>
              <w:right w:val="nil"/>
            </w:tcBorders>
            <w:shd w:val="clear" w:color="000000" w:fill="FFFFFF"/>
            <w:vAlign w:val="center"/>
            <w:hideMark/>
          </w:tcPr>
          <w:p w14:paraId="3777371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w:t>
            </w:r>
          </w:p>
        </w:tc>
      </w:tr>
      <w:tr w:rsidR="00726DBE" w:rsidRPr="00693325" w14:paraId="014288B6" w14:textId="77777777" w:rsidTr="00841CFC">
        <w:trPr>
          <w:trHeight w:val="87"/>
        </w:trPr>
        <w:tc>
          <w:tcPr>
            <w:tcW w:w="898" w:type="pct"/>
            <w:tcBorders>
              <w:top w:val="nil"/>
              <w:left w:val="nil"/>
              <w:bottom w:val="nil"/>
              <w:right w:val="nil"/>
            </w:tcBorders>
            <w:shd w:val="clear" w:color="000000" w:fill="FFFFFF"/>
            <w:vAlign w:val="center"/>
            <w:hideMark/>
          </w:tcPr>
          <w:p w14:paraId="09A1C75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1E683D5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20057D4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0DA31A3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4532075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0.95</w:t>
            </w:r>
          </w:p>
        </w:tc>
        <w:tc>
          <w:tcPr>
            <w:tcW w:w="535" w:type="pct"/>
            <w:tcBorders>
              <w:top w:val="nil"/>
              <w:left w:val="nil"/>
              <w:bottom w:val="nil"/>
              <w:right w:val="nil"/>
            </w:tcBorders>
            <w:shd w:val="clear" w:color="000000" w:fill="F2F2F2"/>
            <w:vAlign w:val="center"/>
            <w:hideMark/>
          </w:tcPr>
          <w:p w14:paraId="2B4FD65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0DEA39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5.56</w:t>
            </w:r>
          </w:p>
        </w:tc>
        <w:tc>
          <w:tcPr>
            <w:tcW w:w="464" w:type="pct"/>
            <w:tcBorders>
              <w:top w:val="nil"/>
              <w:left w:val="nil"/>
              <w:bottom w:val="nil"/>
              <w:right w:val="nil"/>
            </w:tcBorders>
            <w:shd w:val="clear" w:color="000000" w:fill="F2F2F2"/>
            <w:vAlign w:val="center"/>
            <w:hideMark/>
          </w:tcPr>
          <w:p w14:paraId="6837C05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5.22</w:t>
            </w:r>
          </w:p>
        </w:tc>
        <w:tc>
          <w:tcPr>
            <w:tcW w:w="462" w:type="pct"/>
            <w:tcBorders>
              <w:top w:val="nil"/>
              <w:left w:val="nil"/>
              <w:bottom w:val="nil"/>
              <w:right w:val="nil"/>
            </w:tcBorders>
            <w:shd w:val="clear" w:color="000000" w:fill="FFFFFF"/>
            <w:vAlign w:val="center"/>
            <w:hideMark/>
          </w:tcPr>
          <w:p w14:paraId="3DDA78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r>
      <w:tr w:rsidR="00726DBE" w:rsidRPr="00693325" w14:paraId="77DCB6A5" w14:textId="77777777" w:rsidTr="00841CFC">
        <w:trPr>
          <w:trHeight w:val="87"/>
        </w:trPr>
        <w:tc>
          <w:tcPr>
            <w:tcW w:w="898" w:type="pct"/>
            <w:tcBorders>
              <w:top w:val="nil"/>
              <w:left w:val="nil"/>
              <w:bottom w:val="nil"/>
              <w:right w:val="nil"/>
            </w:tcBorders>
            <w:shd w:val="clear" w:color="000000" w:fill="FFFFFF"/>
            <w:vAlign w:val="center"/>
            <w:hideMark/>
          </w:tcPr>
          <w:p w14:paraId="70836077"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7B18B7D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7E513C7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0D89BC8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7813824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 (NA)</w:t>
            </w:r>
          </w:p>
        </w:tc>
        <w:tc>
          <w:tcPr>
            <w:tcW w:w="535" w:type="pct"/>
            <w:tcBorders>
              <w:top w:val="nil"/>
              <w:left w:val="nil"/>
              <w:bottom w:val="nil"/>
              <w:right w:val="nil"/>
            </w:tcBorders>
            <w:shd w:val="clear" w:color="000000" w:fill="F2F2F2"/>
            <w:vAlign w:val="center"/>
            <w:hideMark/>
          </w:tcPr>
          <w:p w14:paraId="1F78DC5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7AA8EE0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(3)</w:t>
            </w:r>
          </w:p>
        </w:tc>
        <w:tc>
          <w:tcPr>
            <w:tcW w:w="464" w:type="pct"/>
            <w:tcBorders>
              <w:top w:val="nil"/>
              <w:left w:val="nil"/>
              <w:bottom w:val="nil"/>
              <w:right w:val="nil"/>
            </w:tcBorders>
            <w:shd w:val="clear" w:color="000000" w:fill="F2F2F2"/>
            <w:vAlign w:val="center"/>
            <w:hideMark/>
          </w:tcPr>
          <w:p w14:paraId="3DC19F1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(3)</w:t>
            </w:r>
          </w:p>
        </w:tc>
        <w:tc>
          <w:tcPr>
            <w:tcW w:w="462" w:type="pct"/>
            <w:tcBorders>
              <w:top w:val="nil"/>
              <w:left w:val="nil"/>
              <w:bottom w:val="nil"/>
              <w:right w:val="nil"/>
            </w:tcBorders>
            <w:shd w:val="clear" w:color="000000" w:fill="FFFFFF"/>
            <w:vAlign w:val="center"/>
            <w:hideMark/>
          </w:tcPr>
          <w:p w14:paraId="4801606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(5)</w:t>
            </w:r>
          </w:p>
        </w:tc>
      </w:tr>
      <w:tr w:rsidR="00726DBE" w:rsidRPr="00693325" w14:paraId="3D702592" w14:textId="77777777" w:rsidTr="00841CFC">
        <w:trPr>
          <w:trHeight w:val="87"/>
        </w:trPr>
        <w:tc>
          <w:tcPr>
            <w:tcW w:w="898" w:type="pct"/>
            <w:tcBorders>
              <w:top w:val="nil"/>
              <w:left w:val="nil"/>
              <w:bottom w:val="nil"/>
              <w:right w:val="nil"/>
            </w:tcBorders>
            <w:shd w:val="clear" w:color="000000" w:fill="FFFFFF"/>
            <w:vAlign w:val="center"/>
            <w:hideMark/>
          </w:tcPr>
          <w:p w14:paraId="6957C69C"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Depression</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676B337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16A1A8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52C576C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7C6A1BC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0DB7EA8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63ACD2B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2.53 (0.06; 14.07)</w:t>
            </w:r>
          </w:p>
        </w:tc>
        <w:tc>
          <w:tcPr>
            <w:tcW w:w="464" w:type="pct"/>
            <w:tcBorders>
              <w:top w:val="nil"/>
              <w:left w:val="nil"/>
              <w:bottom w:val="nil"/>
              <w:right w:val="nil"/>
            </w:tcBorders>
            <w:shd w:val="clear" w:color="000000" w:fill="F2F2F2"/>
            <w:vAlign w:val="center"/>
            <w:hideMark/>
          </w:tcPr>
          <w:p w14:paraId="781BE37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2.45 (0.06; 13.66)</w:t>
            </w:r>
          </w:p>
        </w:tc>
        <w:tc>
          <w:tcPr>
            <w:tcW w:w="462" w:type="pct"/>
            <w:tcBorders>
              <w:top w:val="nil"/>
              <w:left w:val="nil"/>
              <w:bottom w:val="nil"/>
              <w:right w:val="nil"/>
            </w:tcBorders>
            <w:shd w:val="clear" w:color="000000" w:fill="FFFFFF"/>
            <w:vAlign w:val="center"/>
            <w:hideMark/>
          </w:tcPr>
          <w:p w14:paraId="60F1F5D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1.57 (0.19; 5.68)</w:t>
            </w:r>
          </w:p>
        </w:tc>
      </w:tr>
      <w:tr w:rsidR="00726DBE" w:rsidRPr="00693325" w14:paraId="074252A4" w14:textId="77777777" w:rsidTr="00841CFC">
        <w:trPr>
          <w:trHeight w:val="87"/>
        </w:trPr>
        <w:tc>
          <w:tcPr>
            <w:tcW w:w="898" w:type="pct"/>
            <w:tcBorders>
              <w:top w:val="nil"/>
              <w:left w:val="nil"/>
              <w:bottom w:val="nil"/>
              <w:right w:val="nil"/>
            </w:tcBorders>
            <w:shd w:val="clear" w:color="000000" w:fill="FFFFFF"/>
            <w:vAlign w:val="center"/>
            <w:hideMark/>
          </w:tcPr>
          <w:p w14:paraId="125E394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43C8B14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054527F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491AF34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29F43F7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1A32989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2137CD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60AA1F1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7977E2B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r>
      <w:tr w:rsidR="00726DBE" w:rsidRPr="00693325" w14:paraId="14B8AC2E" w14:textId="77777777" w:rsidTr="00841CFC">
        <w:trPr>
          <w:trHeight w:val="87"/>
        </w:trPr>
        <w:tc>
          <w:tcPr>
            <w:tcW w:w="898" w:type="pct"/>
            <w:tcBorders>
              <w:top w:val="nil"/>
              <w:left w:val="nil"/>
              <w:bottom w:val="nil"/>
              <w:right w:val="nil"/>
            </w:tcBorders>
            <w:shd w:val="clear" w:color="000000" w:fill="FFFFFF"/>
            <w:vAlign w:val="center"/>
            <w:hideMark/>
          </w:tcPr>
          <w:p w14:paraId="1669194D"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58FC498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619DC6D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7CE1F72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03D467B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069BC6C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124837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0.93</w:t>
            </w:r>
          </w:p>
        </w:tc>
        <w:tc>
          <w:tcPr>
            <w:tcW w:w="464" w:type="pct"/>
            <w:tcBorders>
              <w:top w:val="nil"/>
              <w:left w:val="nil"/>
              <w:bottom w:val="nil"/>
              <w:right w:val="nil"/>
            </w:tcBorders>
            <w:shd w:val="clear" w:color="000000" w:fill="F2F2F2"/>
            <w:vAlign w:val="center"/>
            <w:hideMark/>
          </w:tcPr>
          <w:p w14:paraId="10D49CF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bottom w:val="nil"/>
              <w:right w:val="nil"/>
            </w:tcBorders>
            <w:shd w:val="clear" w:color="000000" w:fill="FFFFFF"/>
            <w:vAlign w:val="center"/>
            <w:hideMark/>
          </w:tcPr>
          <w:p w14:paraId="47975C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0.35</w:t>
            </w:r>
          </w:p>
        </w:tc>
      </w:tr>
      <w:tr w:rsidR="00726DBE" w:rsidRPr="00693325" w14:paraId="244AF22B" w14:textId="77777777" w:rsidTr="00841CFC">
        <w:trPr>
          <w:trHeight w:val="87"/>
        </w:trPr>
        <w:tc>
          <w:tcPr>
            <w:tcW w:w="898" w:type="pct"/>
            <w:tcBorders>
              <w:top w:val="nil"/>
              <w:left w:val="nil"/>
              <w:bottom w:val="nil"/>
              <w:right w:val="nil"/>
            </w:tcBorders>
            <w:shd w:val="clear" w:color="000000" w:fill="FFFFFF"/>
            <w:vAlign w:val="center"/>
            <w:hideMark/>
          </w:tcPr>
          <w:p w14:paraId="0BB2152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49E2A56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16F1372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3EDD332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470109A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0DDD4B3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7D9BC2F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222 (NA)</w:t>
            </w:r>
          </w:p>
        </w:tc>
        <w:tc>
          <w:tcPr>
            <w:tcW w:w="464" w:type="pct"/>
            <w:tcBorders>
              <w:top w:val="nil"/>
              <w:left w:val="nil"/>
              <w:bottom w:val="nil"/>
              <w:right w:val="nil"/>
            </w:tcBorders>
            <w:shd w:val="clear" w:color="000000" w:fill="F2F2F2"/>
            <w:vAlign w:val="center"/>
            <w:hideMark/>
          </w:tcPr>
          <w:p w14:paraId="5B926D5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219 (NA)</w:t>
            </w:r>
          </w:p>
        </w:tc>
        <w:tc>
          <w:tcPr>
            <w:tcW w:w="462" w:type="pct"/>
            <w:tcBorders>
              <w:top w:val="nil"/>
              <w:left w:val="nil"/>
              <w:bottom w:val="nil"/>
              <w:right w:val="nil"/>
            </w:tcBorders>
            <w:shd w:val="clear" w:color="000000" w:fill="FFFFFF"/>
            <w:vAlign w:val="center"/>
            <w:hideMark/>
          </w:tcPr>
          <w:p w14:paraId="1B79A2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(1)</w:t>
            </w:r>
          </w:p>
        </w:tc>
      </w:tr>
      <w:tr w:rsidR="00726DBE" w:rsidRPr="00693325" w14:paraId="723E1B18" w14:textId="77777777" w:rsidTr="00841CFC">
        <w:trPr>
          <w:trHeight w:val="87"/>
        </w:trPr>
        <w:tc>
          <w:tcPr>
            <w:tcW w:w="898" w:type="pct"/>
            <w:tcBorders>
              <w:top w:val="nil"/>
              <w:left w:val="nil"/>
              <w:bottom w:val="nil"/>
              <w:right w:val="nil"/>
            </w:tcBorders>
            <w:shd w:val="clear" w:color="000000" w:fill="FFFFFF"/>
            <w:vAlign w:val="center"/>
            <w:hideMark/>
          </w:tcPr>
          <w:p w14:paraId="6A39117E"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lastRenderedPageBreak/>
              <w:t>Eating disorder</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2A60FF9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663B190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17.48 (0.44; 97.38)</w:t>
            </w:r>
          </w:p>
        </w:tc>
        <w:tc>
          <w:tcPr>
            <w:tcW w:w="460" w:type="pct"/>
            <w:tcBorders>
              <w:top w:val="nil"/>
              <w:left w:val="nil"/>
              <w:bottom w:val="nil"/>
              <w:right w:val="nil"/>
            </w:tcBorders>
            <w:shd w:val="clear" w:color="000000" w:fill="F2F2F2"/>
            <w:vAlign w:val="center"/>
            <w:hideMark/>
          </w:tcPr>
          <w:p w14:paraId="043B159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16.80 (0.43; 93.58)</w:t>
            </w:r>
          </w:p>
        </w:tc>
        <w:tc>
          <w:tcPr>
            <w:tcW w:w="754" w:type="pct"/>
            <w:tcBorders>
              <w:top w:val="nil"/>
              <w:left w:val="nil"/>
              <w:bottom w:val="nil"/>
              <w:right w:val="nil"/>
            </w:tcBorders>
            <w:shd w:val="clear" w:color="000000" w:fill="FFFFFF"/>
            <w:vAlign w:val="center"/>
            <w:hideMark/>
          </w:tcPr>
          <w:p w14:paraId="69B79CE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440BA82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312.25)</w:t>
            </w:r>
          </w:p>
        </w:tc>
        <w:tc>
          <w:tcPr>
            <w:tcW w:w="464" w:type="pct"/>
            <w:tcBorders>
              <w:top w:val="nil"/>
              <w:left w:val="nil"/>
              <w:bottom w:val="nil"/>
              <w:right w:val="nil"/>
            </w:tcBorders>
            <w:shd w:val="clear" w:color="000000" w:fill="F2F2F2"/>
            <w:vAlign w:val="center"/>
            <w:hideMark/>
          </w:tcPr>
          <w:p w14:paraId="0E3ED6A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9.28)</w:t>
            </w:r>
          </w:p>
        </w:tc>
        <w:tc>
          <w:tcPr>
            <w:tcW w:w="464" w:type="pct"/>
            <w:tcBorders>
              <w:top w:val="nil"/>
              <w:left w:val="nil"/>
              <w:bottom w:val="nil"/>
              <w:right w:val="nil"/>
            </w:tcBorders>
            <w:shd w:val="clear" w:color="000000" w:fill="F2F2F2"/>
            <w:vAlign w:val="center"/>
            <w:hideMark/>
          </w:tcPr>
          <w:p w14:paraId="1BBCBF0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9.01)</w:t>
            </w:r>
          </w:p>
        </w:tc>
        <w:tc>
          <w:tcPr>
            <w:tcW w:w="462" w:type="pct"/>
            <w:tcBorders>
              <w:top w:val="nil"/>
              <w:left w:val="nil"/>
              <w:bottom w:val="nil"/>
              <w:right w:val="nil"/>
            </w:tcBorders>
            <w:shd w:val="clear" w:color="000000" w:fill="FFFFFF"/>
            <w:vAlign w:val="center"/>
            <w:hideMark/>
          </w:tcPr>
          <w:p w14:paraId="32F814A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2E6B0A26" w14:textId="77777777" w:rsidTr="00841CFC">
        <w:trPr>
          <w:trHeight w:val="280"/>
        </w:trPr>
        <w:tc>
          <w:tcPr>
            <w:tcW w:w="898" w:type="pct"/>
            <w:tcBorders>
              <w:top w:val="nil"/>
              <w:left w:val="nil"/>
              <w:bottom w:val="nil"/>
              <w:right w:val="nil"/>
            </w:tcBorders>
            <w:shd w:val="clear" w:color="000000" w:fill="FFFFFF"/>
            <w:vAlign w:val="center"/>
            <w:hideMark/>
          </w:tcPr>
          <w:p w14:paraId="53A25749"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15FB773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6B186D5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0" w:type="pct"/>
            <w:tcBorders>
              <w:top w:val="nil"/>
              <w:left w:val="nil"/>
              <w:bottom w:val="nil"/>
              <w:right w:val="nil"/>
            </w:tcBorders>
            <w:shd w:val="clear" w:color="000000" w:fill="F2F2F2"/>
            <w:vAlign w:val="center"/>
            <w:hideMark/>
          </w:tcPr>
          <w:p w14:paraId="2326801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754" w:type="pct"/>
            <w:tcBorders>
              <w:top w:val="nil"/>
              <w:left w:val="nil"/>
              <w:bottom w:val="nil"/>
              <w:right w:val="nil"/>
            </w:tcBorders>
            <w:shd w:val="clear" w:color="000000" w:fill="FFFFFF"/>
            <w:vAlign w:val="center"/>
            <w:hideMark/>
          </w:tcPr>
          <w:p w14:paraId="170CA6B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5B652C7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5368F8C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D1DA3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750A7D0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19B76AE9" w14:textId="77777777" w:rsidTr="00841CFC">
        <w:trPr>
          <w:trHeight w:val="280"/>
        </w:trPr>
        <w:tc>
          <w:tcPr>
            <w:tcW w:w="898" w:type="pct"/>
            <w:tcBorders>
              <w:top w:val="nil"/>
              <w:left w:val="nil"/>
              <w:bottom w:val="nil"/>
              <w:right w:val="nil"/>
            </w:tcBorders>
            <w:shd w:val="clear" w:color="000000" w:fill="FFFFFF"/>
            <w:vAlign w:val="center"/>
            <w:hideMark/>
          </w:tcPr>
          <w:p w14:paraId="5B712BD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1FABE7B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20E5470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5.00</w:t>
            </w:r>
          </w:p>
        </w:tc>
        <w:tc>
          <w:tcPr>
            <w:tcW w:w="460" w:type="pct"/>
            <w:tcBorders>
              <w:top w:val="nil"/>
              <w:left w:val="nil"/>
              <w:bottom w:val="nil"/>
              <w:right w:val="nil"/>
            </w:tcBorders>
            <w:shd w:val="clear" w:color="000000" w:fill="F2F2F2"/>
            <w:vAlign w:val="center"/>
            <w:hideMark/>
          </w:tcPr>
          <w:p w14:paraId="16E382F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754" w:type="pct"/>
            <w:tcBorders>
              <w:top w:val="nil"/>
              <w:left w:val="nil"/>
              <w:bottom w:val="nil"/>
              <w:right w:val="nil"/>
            </w:tcBorders>
            <w:shd w:val="clear" w:color="000000" w:fill="FFFFFF"/>
            <w:vAlign w:val="center"/>
            <w:hideMark/>
          </w:tcPr>
          <w:p w14:paraId="3123C48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44381D0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7BD89A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D56A0C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7F63260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26730C8C" w14:textId="77777777" w:rsidTr="00841CFC">
        <w:trPr>
          <w:trHeight w:val="87"/>
        </w:trPr>
        <w:tc>
          <w:tcPr>
            <w:tcW w:w="898" w:type="pct"/>
            <w:tcBorders>
              <w:top w:val="nil"/>
              <w:left w:val="nil"/>
              <w:bottom w:val="nil"/>
              <w:right w:val="nil"/>
            </w:tcBorders>
            <w:shd w:val="clear" w:color="000000" w:fill="FFFFFF"/>
            <w:vAlign w:val="center"/>
            <w:hideMark/>
          </w:tcPr>
          <w:p w14:paraId="2C8D2A50"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3E9D055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28E2E95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 (NA)</w:t>
            </w:r>
          </w:p>
        </w:tc>
        <w:tc>
          <w:tcPr>
            <w:tcW w:w="460" w:type="pct"/>
            <w:tcBorders>
              <w:top w:val="nil"/>
              <w:left w:val="nil"/>
              <w:bottom w:val="nil"/>
              <w:right w:val="nil"/>
            </w:tcBorders>
            <w:shd w:val="clear" w:color="000000" w:fill="F2F2F2"/>
            <w:vAlign w:val="center"/>
            <w:hideMark/>
          </w:tcPr>
          <w:p w14:paraId="241EAFC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 (NA)</w:t>
            </w:r>
          </w:p>
        </w:tc>
        <w:tc>
          <w:tcPr>
            <w:tcW w:w="754" w:type="pct"/>
            <w:tcBorders>
              <w:top w:val="nil"/>
              <w:left w:val="nil"/>
              <w:bottom w:val="nil"/>
              <w:right w:val="nil"/>
            </w:tcBorders>
            <w:shd w:val="clear" w:color="000000" w:fill="FFFFFF"/>
            <w:vAlign w:val="center"/>
            <w:hideMark/>
          </w:tcPr>
          <w:p w14:paraId="484A6B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69FF00F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76D5704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75413E7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2" w:type="pct"/>
            <w:tcBorders>
              <w:top w:val="nil"/>
              <w:left w:val="nil"/>
              <w:bottom w:val="nil"/>
              <w:right w:val="nil"/>
            </w:tcBorders>
            <w:shd w:val="clear" w:color="000000" w:fill="FFFFFF"/>
            <w:vAlign w:val="center"/>
            <w:hideMark/>
          </w:tcPr>
          <w:p w14:paraId="6307346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61559735" w14:textId="77777777" w:rsidTr="00841CFC">
        <w:trPr>
          <w:trHeight w:val="87"/>
        </w:trPr>
        <w:tc>
          <w:tcPr>
            <w:tcW w:w="898" w:type="pct"/>
            <w:tcBorders>
              <w:top w:val="nil"/>
              <w:left w:val="nil"/>
              <w:bottom w:val="nil"/>
              <w:right w:val="nil"/>
            </w:tcBorders>
            <w:shd w:val="clear" w:color="000000" w:fill="FFFFFF"/>
            <w:vAlign w:val="center"/>
            <w:hideMark/>
          </w:tcPr>
          <w:p w14:paraId="26B50D42"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Intellectual disability</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0ACA71E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137F4A2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154BD7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198B284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0A95DFF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32BE30A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9.27)</w:t>
            </w:r>
          </w:p>
        </w:tc>
        <w:tc>
          <w:tcPr>
            <w:tcW w:w="464" w:type="pct"/>
            <w:tcBorders>
              <w:top w:val="nil"/>
              <w:left w:val="nil"/>
              <w:bottom w:val="nil"/>
              <w:right w:val="nil"/>
            </w:tcBorders>
            <w:shd w:val="clear" w:color="000000" w:fill="F2F2F2"/>
            <w:vAlign w:val="center"/>
            <w:hideMark/>
          </w:tcPr>
          <w:p w14:paraId="455DE87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9.00)</w:t>
            </w:r>
          </w:p>
        </w:tc>
        <w:tc>
          <w:tcPr>
            <w:tcW w:w="462" w:type="pct"/>
            <w:tcBorders>
              <w:top w:val="nil"/>
              <w:left w:val="nil"/>
              <w:bottom w:val="nil"/>
              <w:right w:val="nil"/>
            </w:tcBorders>
            <w:shd w:val="clear" w:color="000000" w:fill="FFFFFF"/>
            <w:vAlign w:val="center"/>
            <w:hideMark/>
          </w:tcPr>
          <w:p w14:paraId="3EABD6A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1.57 (0.19; 5.67)</w:t>
            </w:r>
          </w:p>
        </w:tc>
      </w:tr>
      <w:tr w:rsidR="00726DBE" w:rsidRPr="00693325" w14:paraId="75FBF492" w14:textId="77777777" w:rsidTr="00841CFC">
        <w:trPr>
          <w:trHeight w:val="87"/>
        </w:trPr>
        <w:tc>
          <w:tcPr>
            <w:tcW w:w="898" w:type="pct"/>
            <w:tcBorders>
              <w:top w:val="nil"/>
              <w:left w:val="nil"/>
              <w:bottom w:val="nil"/>
              <w:right w:val="nil"/>
            </w:tcBorders>
            <w:shd w:val="clear" w:color="000000" w:fill="FFFFFF"/>
            <w:vAlign w:val="center"/>
            <w:hideMark/>
          </w:tcPr>
          <w:p w14:paraId="2B96B95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5051772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6054FB9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3745BE2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099DC62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04C6842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4EC9A84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949CE9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0F882B9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r>
      <w:tr w:rsidR="00726DBE" w:rsidRPr="00693325" w14:paraId="7104790F" w14:textId="77777777" w:rsidTr="00841CFC">
        <w:trPr>
          <w:trHeight w:val="87"/>
        </w:trPr>
        <w:tc>
          <w:tcPr>
            <w:tcW w:w="898" w:type="pct"/>
            <w:tcBorders>
              <w:top w:val="nil"/>
              <w:left w:val="nil"/>
              <w:bottom w:val="nil"/>
              <w:right w:val="nil"/>
            </w:tcBorders>
            <w:shd w:val="clear" w:color="000000" w:fill="FFFFFF"/>
            <w:vAlign w:val="center"/>
            <w:hideMark/>
          </w:tcPr>
          <w:p w14:paraId="5DE28D4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5751FF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7FC3F29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1B3E9F4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4C71AD4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40115D0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529AB8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5AA654C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3A0F1E2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0.35</w:t>
            </w:r>
          </w:p>
        </w:tc>
      </w:tr>
      <w:tr w:rsidR="00726DBE" w:rsidRPr="00693325" w14:paraId="5E6E7E16" w14:textId="77777777" w:rsidTr="00841CFC">
        <w:trPr>
          <w:trHeight w:val="87"/>
        </w:trPr>
        <w:tc>
          <w:tcPr>
            <w:tcW w:w="898" w:type="pct"/>
            <w:tcBorders>
              <w:top w:val="nil"/>
              <w:left w:val="nil"/>
              <w:bottom w:val="nil"/>
              <w:right w:val="nil"/>
            </w:tcBorders>
            <w:shd w:val="clear" w:color="000000" w:fill="FFFFFF"/>
            <w:vAlign w:val="center"/>
            <w:hideMark/>
          </w:tcPr>
          <w:p w14:paraId="53A52BCF"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028E8BA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31913FC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2C482CD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67EC9DB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7B6AD05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4BC689A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1A9C41A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2" w:type="pct"/>
            <w:tcBorders>
              <w:top w:val="nil"/>
              <w:left w:val="nil"/>
              <w:bottom w:val="nil"/>
              <w:right w:val="nil"/>
            </w:tcBorders>
            <w:shd w:val="clear" w:color="000000" w:fill="FFFFFF"/>
            <w:vAlign w:val="center"/>
            <w:hideMark/>
          </w:tcPr>
          <w:p w14:paraId="778FB06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54 (76)</w:t>
            </w:r>
          </w:p>
        </w:tc>
      </w:tr>
      <w:tr w:rsidR="00726DBE" w:rsidRPr="00693325" w14:paraId="799CB80A" w14:textId="77777777" w:rsidTr="00841CFC">
        <w:trPr>
          <w:trHeight w:val="87"/>
        </w:trPr>
        <w:tc>
          <w:tcPr>
            <w:tcW w:w="898" w:type="pct"/>
            <w:tcBorders>
              <w:top w:val="nil"/>
              <w:left w:val="nil"/>
              <w:bottom w:val="nil"/>
              <w:right w:val="nil"/>
            </w:tcBorders>
            <w:shd w:val="clear" w:color="000000" w:fill="FFFFFF"/>
            <w:vAlign w:val="center"/>
            <w:hideMark/>
          </w:tcPr>
          <w:p w14:paraId="4FE7EDC7"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Learning disability</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0F99D8B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443.50 (11.23; 2,471.02)</w:t>
            </w:r>
          </w:p>
        </w:tc>
        <w:tc>
          <w:tcPr>
            <w:tcW w:w="401" w:type="pct"/>
            <w:tcBorders>
              <w:top w:val="nil"/>
              <w:left w:val="nil"/>
              <w:bottom w:val="nil"/>
              <w:right w:val="nil"/>
            </w:tcBorders>
            <w:shd w:val="clear" w:color="000000" w:fill="F2F2F2"/>
            <w:vAlign w:val="center"/>
            <w:hideMark/>
          </w:tcPr>
          <w:p w14:paraId="1C1AB9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103.16 (28.11; 264.13)</w:t>
            </w:r>
          </w:p>
        </w:tc>
        <w:tc>
          <w:tcPr>
            <w:tcW w:w="460" w:type="pct"/>
            <w:tcBorders>
              <w:top w:val="nil"/>
              <w:left w:val="nil"/>
              <w:bottom w:val="nil"/>
              <w:right w:val="nil"/>
            </w:tcBorders>
            <w:shd w:val="clear" w:color="000000" w:fill="F2F2F2"/>
            <w:vAlign w:val="center"/>
            <w:hideMark/>
          </w:tcPr>
          <w:p w14:paraId="4842640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121.86 (39.57; 284.38)</w:t>
            </w:r>
          </w:p>
        </w:tc>
        <w:tc>
          <w:tcPr>
            <w:tcW w:w="754" w:type="pct"/>
            <w:tcBorders>
              <w:top w:val="nil"/>
              <w:left w:val="nil"/>
              <w:bottom w:val="nil"/>
              <w:right w:val="nil"/>
            </w:tcBorders>
            <w:shd w:val="clear" w:color="000000" w:fill="FFFFFF"/>
            <w:vAlign w:val="center"/>
            <w:hideMark/>
          </w:tcPr>
          <w:p w14:paraId="36046A3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15.95 (5.18; 37.23)</w:t>
            </w:r>
          </w:p>
        </w:tc>
        <w:tc>
          <w:tcPr>
            <w:tcW w:w="535" w:type="pct"/>
            <w:tcBorders>
              <w:top w:val="nil"/>
              <w:left w:val="nil"/>
              <w:bottom w:val="nil"/>
              <w:right w:val="nil"/>
            </w:tcBorders>
            <w:shd w:val="clear" w:color="000000" w:fill="F2F2F2"/>
            <w:vAlign w:val="center"/>
            <w:hideMark/>
          </w:tcPr>
          <w:p w14:paraId="626A80C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84.75 (2.15; 472.17)</w:t>
            </w:r>
          </w:p>
        </w:tc>
        <w:tc>
          <w:tcPr>
            <w:tcW w:w="464" w:type="pct"/>
            <w:tcBorders>
              <w:top w:val="nil"/>
              <w:left w:val="nil"/>
              <w:bottom w:val="nil"/>
              <w:right w:val="nil"/>
            </w:tcBorders>
            <w:shd w:val="clear" w:color="000000" w:fill="F2F2F2"/>
            <w:vAlign w:val="center"/>
            <w:hideMark/>
          </w:tcPr>
          <w:p w14:paraId="2ADAA4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39.55 (21.62; 66.37)</w:t>
            </w:r>
          </w:p>
        </w:tc>
        <w:tc>
          <w:tcPr>
            <w:tcW w:w="464" w:type="pct"/>
            <w:tcBorders>
              <w:top w:val="nil"/>
              <w:left w:val="nil"/>
              <w:bottom w:val="nil"/>
              <w:right w:val="nil"/>
            </w:tcBorders>
            <w:shd w:val="clear" w:color="000000" w:fill="F2F2F2"/>
            <w:vAlign w:val="center"/>
            <w:hideMark/>
          </w:tcPr>
          <w:p w14:paraId="20D4D0E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41.01 (22.95; 67.64)</w:t>
            </w:r>
          </w:p>
        </w:tc>
        <w:tc>
          <w:tcPr>
            <w:tcW w:w="462" w:type="pct"/>
            <w:tcBorders>
              <w:top w:val="nil"/>
              <w:left w:val="nil"/>
              <w:bottom w:val="nil"/>
              <w:right w:val="nil"/>
            </w:tcBorders>
            <w:shd w:val="clear" w:color="000000" w:fill="FFFFFF"/>
            <w:vAlign w:val="center"/>
            <w:hideMark/>
          </w:tcPr>
          <w:p w14:paraId="1F5E242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25.16 (16.98; 35.92)</w:t>
            </w:r>
          </w:p>
        </w:tc>
      </w:tr>
      <w:tr w:rsidR="00726DBE" w:rsidRPr="00693325" w14:paraId="52BF566B" w14:textId="77777777" w:rsidTr="00841CFC">
        <w:trPr>
          <w:trHeight w:val="87"/>
        </w:trPr>
        <w:tc>
          <w:tcPr>
            <w:tcW w:w="898" w:type="pct"/>
            <w:tcBorders>
              <w:top w:val="nil"/>
              <w:left w:val="nil"/>
              <w:bottom w:val="nil"/>
              <w:right w:val="nil"/>
            </w:tcBorders>
            <w:shd w:val="clear" w:color="000000" w:fill="FFFFFF"/>
            <w:vAlign w:val="center"/>
            <w:hideMark/>
          </w:tcPr>
          <w:p w14:paraId="0C4D3E5D"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0A5E2A7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01" w:type="pct"/>
            <w:tcBorders>
              <w:top w:val="nil"/>
              <w:left w:val="nil"/>
              <w:bottom w:val="nil"/>
              <w:right w:val="nil"/>
            </w:tcBorders>
            <w:shd w:val="clear" w:color="000000" w:fill="F2F2F2"/>
            <w:vAlign w:val="center"/>
            <w:hideMark/>
          </w:tcPr>
          <w:p w14:paraId="598FBEF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0" w:type="pct"/>
            <w:tcBorders>
              <w:top w:val="nil"/>
              <w:left w:val="nil"/>
              <w:bottom w:val="nil"/>
              <w:right w:val="nil"/>
            </w:tcBorders>
            <w:shd w:val="clear" w:color="000000" w:fill="F2F2F2"/>
            <w:vAlign w:val="center"/>
            <w:hideMark/>
          </w:tcPr>
          <w:p w14:paraId="7A9D07B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w:t>
            </w:r>
          </w:p>
        </w:tc>
        <w:tc>
          <w:tcPr>
            <w:tcW w:w="754" w:type="pct"/>
            <w:tcBorders>
              <w:top w:val="nil"/>
              <w:left w:val="nil"/>
              <w:bottom w:val="nil"/>
              <w:right w:val="nil"/>
            </w:tcBorders>
            <w:shd w:val="clear" w:color="000000" w:fill="FFFFFF"/>
            <w:vAlign w:val="center"/>
            <w:hideMark/>
          </w:tcPr>
          <w:p w14:paraId="753E652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w:t>
            </w:r>
          </w:p>
        </w:tc>
        <w:tc>
          <w:tcPr>
            <w:tcW w:w="535" w:type="pct"/>
            <w:tcBorders>
              <w:top w:val="nil"/>
              <w:left w:val="nil"/>
              <w:bottom w:val="nil"/>
              <w:right w:val="nil"/>
            </w:tcBorders>
            <w:shd w:val="clear" w:color="000000" w:fill="F2F2F2"/>
            <w:vAlign w:val="center"/>
            <w:hideMark/>
          </w:tcPr>
          <w:p w14:paraId="75BB694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31C38A9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w:t>
            </w:r>
          </w:p>
        </w:tc>
        <w:tc>
          <w:tcPr>
            <w:tcW w:w="464" w:type="pct"/>
            <w:tcBorders>
              <w:top w:val="nil"/>
              <w:left w:val="nil"/>
              <w:bottom w:val="nil"/>
              <w:right w:val="nil"/>
            </w:tcBorders>
            <w:shd w:val="clear" w:color="000000" w:fill="F2F2F2"/>
            <w:vAlign w:val="center"/>
            <w:hideMark/>
          </w:tcPr>
          <w:p w14:paraId="35A9623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w:t>
            </w:r>
          </w:p>
        </w:tc>
        <w:tc>
          <w:tcPr>
            <w:tcW w:w="462" w:type="pct"/>
            <w:tcBorders>
              <w:top w:val="nil"/>
              <w:left w:val="nil"/>
              <w:bottom w:val="nil"/>
              <w:right w:val="nil"/>
            </w:tcBorders>
            <w:shd w:val="clear" w:color="000000" w:fill="FFFFFF"/>
            <w:vAlign w:val="center"/>
            <w:hideMark/>
          </w:tcPr>
          <w:p w14:paraId="3E29556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30</w:t>
            </w:r>
          </w:p>
        </w:tc>
      </w:tr>
      <w:tr w:rsidR="00726DBE" w:rsidRPr="00693325" w14:paraId="7C325106" w14:textId="77777777" w:rsidTr="00841CFC">
        <w:trPr>
          <w:trHeight w:val="87"/>
        </w:trPr>
        <w:tc>
          <w:tcPr>
            <w:tcW w:w="898" w:type="pct"/>
            <w:tcBorders>
              <w:top w:val="nil"/>
              <w:left w:val="nil"/>
              <w:bottom w:val="nil"/>
              <w:right w:val="nil"/>
            </w:tcBorders>
            <w:shd w:val="clear" w:color="000000" w:fill="FFFFFF"/>
            <w:vAlign w:val="center"/>
            <w:hideMark/>
          </w:tcPr>
          <w:p w14:paraId="1163319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25717AB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401" w:type="pct"/>
            <w:tcBorders>
              <w:top w:val="nil"/>
              <w:left w:val="nil"/>
              <w:bottom w:val="nil"/>
              <w:right w:val="nil"/>
            </w:tcBorders>
            <w:shd w:val="clear" w:color="000000" w:fill="F2F2F2"/>
            <w:vAlign w:val="center"/>
            <w:hideMark/>
          </w:tcPr>
          <w:p w14:paraId="0D7CAB2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21.05</w:t>
            </w:r>
          </w:p>
        </w:tc>
        <w:tc>
          <w:tcPr>
            <w:tcW w:w="460" w:type="pct"/>
            <w:tcBorders>
              <w:top w:val="nil"/>
              <w:left w:val="nil"/>
              <w:bottom w:val="nil"/>
              <w:right w:val="nil"/>
            </w:tcBorders>
            <w:shd w:val="clear" w:color="000000" w:fill="F2F2F2"/>
            <w:vAlign w:val="center"/>
            <w:hideMark/>
          </w:tcPr>
          <w:p w14:paraId="02BF8CC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23.81</w:t>
            </w:r>
          </w:p>
        </w:tc>
        <w:tc>
          <w:tcPr>
            <w:tcW w:w="754" w:type="pct"/>
            <w:tcBorders>
              <w:top w:val="nil"/>
              <w:left w:val="nil"/>
              <w:bottom w:val="nil"/>
              <w:right w:val="nil"/>
            </w:tcBorders>
            <w:shd w:val="clear" w:color="000000" w:fill="FFFFFF"/>
            <w:vAlign w:val="center"/>
            <w:hideMark/>
          </w:tcPr>
          <w:p w14:paraId="0988875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535" w:type="pct"/>
            <w:tcBorders>
              <w:top w:val="nil"/>
              <w:left w:val="nil"/>
              <w:bottom w:val="nil"/>
              <w:right w:val="nil"/>
            </w:tcBorders>
            <w:shd w:val="clear" w:color="000000" w:fill="F2F2F2"/>
            <w:vAlign w:val="center"/>
            <w:hideMark/>
          </w:tcPr>
          <w:p w14:paraId="55BBB37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0.88</w:t>
            </w:r>
          </w:p>
        </w:tc>
        <w:tc>
          <w:tcPr>
            <w:tcW w:w="464" w:type="pct"/>
            <w:tcBorders>
              <w:top w:val="nil"/>
              <w:left w:val="nil"/>
              <w:bottom w:val="nil"/>
              <w:right w:val="nil"/>
            </w:tcBorders>
            <w:shd w:val="clear" w:color="000000" w:fill="F2F2F2"/>
            <w:vAlign w:val="center"/>
            <w:hideMark/>
          </w:tcPr>
          <w:p w14:paraId="1CE013C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13.08</w:t>
            </w:r>
          </w:p>
        </w:tc>
        <w:tc>
          <w:tcPr>
            <w:tcW w:w="464" w:type="pct"/>
            <w:tcBorders>
              <w:top w:val="nil"/>
              <w:left w:val="nil"/>
              <w:bottom w:val="nil"/>
              <w:right w:val="nil"/>
            </w:tcBorders>
            <w:shd w:val="clear" w:color="000000" w:fill="F2F2F2"/>
            <w:vAlign w:val="center"/>
            <w:hideMark/>
          </w:tcPr>
          <w:p w14:paraId="5B631E5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13.16</w:t>
            </w:r>
          </w:p>
        </w:tc>
        <w:tc>
          <w:tcPr>
            <w:tcW w:w="462" w:type="pct"/>
            <w:tcBorders>
              <w:top w:val="nil"/>
              <w:left w:val="nil"/>
              <w:bottom w:val="nil"/>
              <w:right w:val="nil"/>
            </w:tcBorders>
            <w:shd w:val="clear" w:color="000000" w:fill="FFFFFF"/>
            <w:vAlign w:val="center"/>
            <w:hideMark/>
          </w:tcPr>
          <w:p w14:paraId="048EFAA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5.22</w:t>
            </w:r>
          </w:p>
        </w:tc>
      </w:tr>
      <w:tr w:rsidR="00726DBE" w:rsidRPr="00693325" w14:paraId="490777E8" w14:textId="77777777" w:rsidTr="00841CFC">
        <w:trPr>
          <w:trHeight w:val="87"/>
        </w:trPr>
        <w:tc>
          <w:tcPr>
            <w:tcW w:w="898" w:type="pct"/>
            <w:tcBorders>
              <w:top w:val="nil"/>
              <w:left w:val="nil"/>
              <w:bottom w:val="nil"/>
              <w:right w:val="nil"/>
            </w:tcBorders>
            <w:shd w:val="clear" w:color="000000" w:fill="FFFFFF"/>
            <w:vAlign w:val="center"/>
            <w:hideMark/>
          </w:tcPr>
          <w:p w14:paraId="315B3F27"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14928B4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81 (NA)</w:t>
            </w:r>
          </w:p>
        </w:tc>
        <w:tc>
          <w:tcPr>
            <w:tcW w:w="401" w:type="pct"/>
            <w:tcBorders>
              <w:top w:val="nil"/>
              <w:left w:val="nil"/>
              <w:bottom w:val="nil"/>
              <w:right w:val="nil"/>
            </w:tcBorders>
            <w:shd w:val="clear" w:color="000000" w:fill="F2F2F2"/>
            <w:vAlign w:val="center"/>
            <w:hideMark/>
          </w:tcPr>
          <w:p w14:paraId="54F590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100 (129)</w:t>
            </w:r>
          </w:p>
        </w:tc>
        <w:tc>
          <w:tcPr>
            <w:tcW w:w="460" w:type="pct"/>
            <w:tcBorders>
              <w:top w:val="nil"/>
              <w:left w:val="nil"/>
              <w:bottom w:val="nil"/>
              <w:right w:val="nil"/>
            </w:tcBorders>
            <w:shd w:val="clear" w:color="000000" w:fill="F2F2F2"/>
            <w:vAlign w:val="center"/>
            <w:hideMark/>
          </w:tcPr>
          <w:p w14:paraId="6BAA3FA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79 (115)</w:t>
            </w:r>
          </w:p>
        </w:tc>
        <w:tc>
          <w:tcPr>
            <w:tcW w:w="754" w:type="pct"/>
            <w:tcBorders>
              <w:top w:val="nil"/>
              <w:left w:val="nil"/>
              <w:bottom w:val="nil"/>
              <w:right w:val="nil"/>
            </w:tcBorders>
            <w:shd w:val="clear" w:color="000000" w:fill="FFFFFF"/>
            <w:vAlign w:val="center"/>
            <w:hideMark/>
          </w:tcPr>
          <w:p w14:paraId="7D58FA4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(2)</w:t>
            </w:r>
          </w:p>
        </w:tc>
        <w:tc>
          <w:tcPr>
            <w:tcW w:w="535" w:type="pct"/>
            <w:tcBorders>
              <w:top w:val="nil"/>
              <w:left w:val="nil"/>
              <w:bottom w:val="nil"/>
              <w:right w:val="nil"/>
            </w:tcBorders>
            <w:shd w:val="clear" w:color="000000" w:fill="F2F2F2"/>
            <w:vAlign w:val="center"/>
            <w:hideMark/>
          </w:tcPr>
          <w:p w14:paraId="5986658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297 (NA)</w:t>
            </w:r>
          </w:p>
        </w:tc>
        <w:tc>
          <w:tcPr>
            <w:tcW w:w="464" w:type="pct"/>
            <w:tcBorders>
              <w:top w:val="nil"/>
              <w:left w:val="nil"/>
              <w:bottom w:val="nil"/>
              <w:right w:val="nil"/>
            </w:tcBorders>
            <w:shd w:val="clear" w:color="000000" w:fill="F2F2F2"/>
            <w:vAlign w:val="center"/>
            <w:hideMark/>
          </w:tcPr>
          <w:p w14:paraId="13F125D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34 (60)</w:t>
            </w:r>
          </w:p>
        </w:tc>
        <w:tc>
          <w:tcPr>
            <w:tcW w:w="464" w:type="pct"/>
            <w:tcBorders>
              <w:top w:val="nil"/>
              <w:left w:val="nil"/>
              <w:bottom w:val="nil"/>
              <w:right w:val="nil"/>
            </w:tcBorders>
            <w:shd w:val="clear" w:color="000000" w:fill="F2F2F2"/>
            <w:vAlign w:val="center"/>
            <w:hideMark/>
          </w:tcPr>
          <w:p w14:paraId="2545550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 (56)</w:t>
            </w:r>
          </w:p>
        </w:tc>
        <w:tc>
          <w:tcPr>
            <w:tcW w:w="462" w:type="pct"/>
            <w:tcBorders>
              <w:top w:val="nil"/>
              <w:left w:val="nil"/>
              <w:bottom w:val="nil"/>
              <w:right w:val="nil"/>
            </w:tcBorders>
            <w:shd w:val="clear" w:color="000000" w:fill="FFFFFF"/>
            <w:vAlign w:val="center"/>
            <w:hideMark/>
          </w:tcPr>
          <w:p w14:paraId="6FDB3E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 (70)</w:t>
            </w:r>
          </w:p>
        </w:tc>
      </w:tr>
      <w:tr w:rsidR="00726DBE" w:rsidRPr="00693325" w14:paraId="019D3AF1" w14:textId="77777777" w:rsidTr="00841CFC">
        <w:trPr>
          <w:trHeight w:val="87"/>
        </w:trPr>
        <w:tc>
          <w:tcPr>
            <w:tcW w:w="898" w:type="pct"/>
            <w:tcBorders>
              <w:top w:val="nil"/>
              <w:left w:val="nil"/>
              <w:bottom w:val="nil"/>
              <w:right w:val="nil"/>
            </w:tcBorders>
            <w:shd w:val="clear" w:color="000000" w:fill="FFFFFF"/>
            <w:vAlign w:val="center"/>
            <w:hideMark/>
          </w:tcPr>
          <w:p w14:paraId="3E8FCE08" w14:textId="77777777" w:rsidR="00726DBE" w:rsidRPr="00693325" w:rsidRDefault="00726DBE" w:rsidP="00841CFC">
            <w:pPr>
              <w:rPr>
                <w:rFonts w:ascii="Times New Roman" w:hAnsi="Times New Roman"/>
                <w:sz w:val="16"/>
                <w:szCs w:val="16"/>
                <w:lang w:val="fr-FR"/>
              </w:rPr>
            </w:pPr>
            <w:r w:rsidRPr="00693325">
              <w:rPr>
                <w:rFonts w:ascii="Times New Roman" w:hAnsi="Times New Roman"/>
                <w:sz w:val="16"/>
                <w:szCs w:val="16"/>
                <w:lang w:val="fr-FR"/>
              </w:rPr>
              <w:t xml:space="preserve">Oppositional defiant disorder, IR (95% CI) </w:t>
            </w:r>
          </w:p>
        </w:tc>
        <w:tc>
          <w:tcPr>
            <w:tcW w:w="562" w:type="pct"/>
            <w:tcBorders>
              <w:top w:val="nil"/>
              <w:left w:val="nil"/>
              <w:bottom w:val="nil"/>
              <w:right w:val="nil"/>
            </w:tcBorders>
            <w:shd w:val="clear" w:color="000000" w:fill="F2F2F2"/>
            <w:vAlign w:val="center"/>
            <w:hideMark/>
          </w:tcPr>
          <w:p w14:paraId="2DDFDF1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007DB1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710B533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5A83876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02EE182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0321E15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7.67 (1.58; 22.42)</w:t>
            </w:r>
          </w:p>
        </w:tc>
        <w:tc>
          <w:tcPr>
            <w:tcW w:w="464" w:type="pct"/>
            <w:tcBorders>
              <w:top w:val="nil"/>
              <w:left w:val="nil"/>
              <w:bottom w:val="nil"/>
              <w:right w:val="nil"/>
            </w:tcBorders>
            <w:shd w:val="clear" w:color="000000" w:fill="F2F2F2"/>
            <w:vAlign w:val="center"/>
            <w:hideMark/>
          </w:tcPr>
          <w:p w14:paraId="45CFB2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7.45 (1.54; 21.76)</w:t>
            </w:r>
          </w:p>
        </w:tc>
        <w:tc>
          <w:tcPr>
            <w:tcW w:w="462" w:type="pct"/>
            <w:tcBorders>
              <w:top w:val="nil"/>
              <w:left w:val="nil"/>
              <w:bottom w:val="nil"/>
              <w:right w:val="nil"/>
            </w:tcBorders>
            <w:shd w:val="clear" w:color="000000" w:fill="FFFFFF"/>
            <w:vAlign w:val="center"/>
            <w:hideMark/>
          </w:tcPr>
          <w:p w14:paraId="4BFB454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0.79 (0.02; 4.39)</w:t>
            </w:r>
          </w:p>
        </w:tc>
      </w:tr>
      <w:tr w:rsidR="00726DBE" w:rsidRPr="00693325" w14:paraId="75822F15" w14:textId="77777777" w:rsidTr="00841CFC">
        <w:trPr>
          <w:trHeight w:val="87"/>
        </w:trPr>
        <w:tc>
          <w:tcPr>
            <w:tcW w:w="898" w:type="pct"/>
            <w:tcBorders>
              <w:top w:val="nil"/>
              <w:left w:val="nil"/>
              <w:bottom w:val="nil"/>
              <w:right w:val="nil"/>
            </w:tcBorders>
            <w:shd w:val="clear" w:color="000000" w:fill="FFFFFF"/>
            <w:vAlign w:val="center"/>
            <w:hideMark/>
          </w:tcPr>
          <w:p w14:paraId="07EADEFC"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58791C3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393BADC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418673F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5E1BF8A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721E759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592A6D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64" w:type="pct"/>
            <w:tcBorders>
              <w:top w:val="nil"/>
              <w:left w:val="nil"/>
              <w:bottom w:val="nil"/>
              <w:right w:val="nil"/>
            </w:tcBorders>
            <w:shd w:val="clear" w:color="000000" w:fill="F2F2F2"/>
            <w:vAlign w:val="center"/>
            <w:hideMark/>
          </w:tcPr>
          <w:p w14:paraId="3617060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62" w:type="pct"/>
            <w:tcBorders>
              <w:top w:val="nil"/>
              <w:left w:val="nil"/>
              <w:bottom w:val="nil"/>
              <w:right w:val="nil"/>
            </w:tcBorders>
            <w:shd w:val="clear" w:color="000000" w:fill="FFFFFF"/>
            <w:vAlign w:val="center"/>
            <w:hideMark/>
          </w:tcPr>
          <w:p w14:paraId="2C4F33C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r>
      <w:tr w:rsidR="00726DBE" w:rsidRPr="00693325" w14:paraId="0AEEC374" w14:textId="77777777" w:rsidTr="00841CFC">
        <w:trPr>
          <w:trHeight w:val="87"/>
        </w:trPr>
        <w:tc>
          <w:tcPr>
            <w:tcW w:w="898" w:type="pct"/>
            <w:tcBorders>
              <w:top w:val="nil"/>
              <w:left w:val="nil"/>
              <w:bottom w:val="nil"/>
              <w:right w:val="nil"/>
            </w:tcBorders>
            <w:shd w:val="clear" w:color="000000" w:fill="FFFFFF"/>
            <w:vAlign w:val="center"/>
            <w:hideMark/>
          </w:tcPr>
          <w:p w14:paraId="1E55380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4652767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6497E05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31854D8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61FC268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215F1E3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5917635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2.78</w:t>
            </w:r>
          </w:p>
        </w:tc>
        <w:tc>
          <w:tcPr>
            <w:tcW w:w="464" w:type="pct"/>
            <w:tcBorders>
              <w:top w:val="nil"/>
              <w:left w:val="nil"/>
              <w:bottom w:val="nil"/>
              <w:right w:val="nil"/>
            </w:tcBorders>
            <w:shd w:val="clear" w:color="000000" w:fill="F2F2F2"/>
            <w:vAlign w:val="center"/>
            <w:hideMark/>
          </w:tcPr>
          <w:p w14:paraId="714B23B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2.61</w:t>
            </w:r>
          </w:p>
        </w:tc>
        <w:tc>
          <w:tcPr>
            <w:tcW w:w="462" w:type="pct"/>
            <w:tcBorders>
              <w:top w:val="nil"/>
              <w:left w:val="nil"/>
              <w:bottom w:val="nil"/>
              <w:right w:val="nil"/>
            </w:tcBorders>
            <w:shd w:val="clear" w:color="000000" w:fill="FFFFFF"/>
            <w:vAlign w:val="center"/>
            <w:hideMark/>
          </w:tcPr>
          <w:p w14:paraId="6AA65A9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0.17</w:t>
            </w:r>
          </w:p>
        </w:tc>
      </w:tr>
      <w:tr w:rsidR="00726DBE" w:rsidRPr="00693325" w14:paraId="4F4C6E67" w14:textId="77777777" w:rsidTr="00841CFC">
        <w:trPr>
          <w:trHeight w:val="87"/>
        </w:trPr>
        <w:tc>
          <w:tcPr>
            <w:tcW w:w="898" w:type="pct"/>
            <w:tcBorders>
              <w:top w:val="nil"/>
              <w:left w:val="nil"/>
              <w:bottom w:val="nil"/>
              <w:right w:val="nil"/>
            </w:tcBorders>
            <w:shd w:val="clear" w:color="000000" w:fill="FFFFFF"/>
            <w:vAlign w:val="center"/>
            <w:hideMark/>
          </w:tcPr>
          <w:p w14:paraId="04CCF623"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460B4AA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3A3B830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181F147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7B5FE58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28F63C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0977D75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(2)</w:t>
            </w:r>
          </w:p>
        </w:tc>
        <w:tc>
          <w:tcPr>
            <w:tcW w:w="464" w:type="pct"/>
            <w:tcBorders>
              <w:top w:val="nil"/>
              <w:left w:val="nil"/>
              <w:bottom w:val="nil"/>
              <w:right w:val="nil"/>
            </w:tcBorders>
            <w:shd w:val="clear" w:color="000000" w:fill="F2F2F2"/>
            <w:vAlign w:val="center"/>
            <w:hideMark/>
          </w:tcPr>
          <w:p w14:paraId="558E017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(2)</w:t>
            </w:r>
          </w:p>
        </w:tc>
        <w:tc>
          <w:tcPr>
            <w:tcW w:w="462" w:type="pct"/>
            <w:tcBorders>
              <w:top w:val="nil"/>
              <w:left w:val="nil"/>
              <w:bottom w:val="nil"/>
              <w:right w:val="nil"/>
            </w:tcBorders>
            <w:shd w:val="clear" w:color="000000" w:fill="FFFFFF"/>
            <w:vAlign w:val="center"/>
            <w:hideMark/>
          </w:tcPr>
          <w:p w14:paraId="43DB4E0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 (NA)</w:t>
            </w:r>
          </w:p>
        </w:tc>
      </w:tr>
      <w:tr w:rsidR="00726DBE" w:rsidRPr="00693325" w14:paraId="27D05F82" w14:textId="77777777" w:rsidTr="00841CFC">
        <w:trPr>
          <w:trHeight w:val="87"/>
        </w:trPr>
        <w:tc>
          <w:tcPr>
            <w:tcW w:w="898" w:type="pct"/>
            <w:tcBorders>
              <w:top w:val="nil"/>
              <w:left w:val="nil"/>
              <w:bottom w:val="nil"/>
              <w:right w:val="nil"/>
            </w:tcBorders>
            <w:shd w:val="clear" w:color="000000" w:fill="FFFFFF"/>
            <w:vAlign w:val="center"/>
            <w:hideMark/>
          </w:tcPr>
          <w:p w14:paraId="423450CA"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PTSD</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6C0C3A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2C28BC1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31C5576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7AB73DC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62CA8F1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0FE0CA1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5.11 (0.62; 18.45)</w:t>
            </w:r>
          </w:p>
        </w:tc>
        <w:tc>
          <w:tcPr>
            <w:tcW w:w="464" w:type="pct"/>
            <w:tcBorders>
              <w:top w:val="nil"/>
              <w:left w:val="nil"/>
              <w:bottom w:val="nil"/>
              <w:right w:val="nil"/>
            </w:tcBorders>
            <w:shd w:val="clear" w:color="000000" w:fill="F2F2F2"/>
            <w:vAlign w:val="center"/>
            <w:hideMark/>
          </w:tcPr>
          <w:p w14:paraId="3DB6831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4.96 (0.60; 17.90)</w:t>
            </w:r>
          </w:p>
        </w:tc>
        <w:tc>
          <w:tcPr>
            <w:tcW w:w="462" w:type="pct"/>
            <w:tcBorders>
              <w:top w:val="nil"/>
              <w:left w:val="nil"/>
              <w:bottom w:val="nil"/>
              <w:right w:val="nil"/>
            </w:tcBorders>
            <w:shd w:val="clear" w:color="000000" w:fill="FFFFFF"/>
            <w:vAlign w:val="center"/>
            <w:hideMark/>
          </w:tcPr>
          <w:p w14:paraId="1DCEF66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1.58 (0.19; 5.69)</w:t>
            </w:r>
          </w:p>
        </w:tc>
      </w:tr>
      <w:tr w:rsidR="00726DBE" w:rsidRPr="00693325" w14:paraId="64C702D2" w14:textId="77777777" w:rsidTr="00841CFC">
        <w:trPr>
          <w:trHeight w:val="87"/>
        </w:trPr>
        <w:tc>
          <w:tcPr>
            <w:tcW w:w="898" w:type="pct"/>
            <w:tcBorders>
              <w:top w:val="nil"/>
              <w:left w:val="nil"/>
              <w:bottom w:val="nil"/>
              <w:right w:val="nil"/>
            </w:tcBorders>
            <w:shd w:val="clear" w:color="000000" w:fill="FFFFFF"/>
            <w:vAlign w:val="center"/>
            <w:hideMark/>
          </w:tcPr>
          <w:p w14:paraId="7FECC2A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38F3BAD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7953727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115C21F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168EF03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04A1793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41B5198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4" w:type="pct"/>
            <w:tcBorders>
              <w:top w:val="nil"/>
              <w:left w:val="nil"/>
              <w:bottom w:val="nil"/>
              <w:right w:val="nil"/>
            </w:tcBorders>
            <w:shd w:val="clear" w:color="000000" w:fill="F2F2F2"/>
            <w:vAlign w:val="center"/>
            <w:hideMark/>
          </w:tcPr>
          <w:p w14:paraId="5BA0963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2" w:type="pct"/>
            <w:tcBorders>
              <w:top w:val="nil"/>
              <w:left w:val="nil"/>
              <w:bottom w:val="nil"/>
              <w:right w:val="nil"/>
            </w:tcBorders>
            <w:shd w:val="clear" w:color="000000" w:fill="FFFFFF"/>
            <w:vAlign w:val="center"/>
            <w:hideMark/>
          </w:tcPr>
          <w:p w14:paraId="3AAEF3A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r>
      <w:tr w:rsidR="00726DBE" w:rsidRPr="00693325" w14:paraId="717D13F2" w14:textId="77777777" w:rsidTr="00841CFC">
        <w:trPr>
          <w:trHeight w:val="87"/>
        </w:trPr>
        <w:tc>
          <w:tcPr>
            <w:tcW w:w="898" w:type="pct"/>
            <w:tcBorders>
              <w:top w:val="nil"/>
              <w:left w:val="nil"/>
              <w:bottom w:val="nil"/>
              <w:right w:val="nil"/>
            </w:tcBorders>
            <w:shd w:val="clear" w:color="000000" w:fill="FFFFFF"/>
            <w:vAlign w:val="center"/>
            <w:hideMark/>
          </w:tcPr>
          <w:p w14:paraId="41C41D5D"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1BA741E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7A9892A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4A3E4EE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5364FBA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641747C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6C297EC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1.85</w:t>
            </w:r>
          </w:p>
        </w:tc>
        <w:tc>
          <w:tcPr>
            <w:tcW w:w="464" w:type="pct"/>
            <w:tcBorders>
              <w:top w:val="nil"/>
              <w:left w:val="nil"/>
              <w:bottom w:val="nil"/>
              <w:right w:val="nil"/>
            </w:tcBorders>
            <w:shd w:val="clear" w:color="000000" w:fill="F2F2F2"/>
            <w:vAlign w:val="center"/>
            <w:hideMark/>
          </w:tcPr>
          <w:p w14:paraId="0EF157D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w:t>
            </w:r>
          </w:p>
        </w:tc>
        <w:tc>
          <w:tcPr>
            <w:tcW w:w="462" w:type="pct"/>
            <w:tcBorders>
              <w:top w:val="nil"/>
              <w:left w:val="nil"/>
              <w:bottom w:val="nil"/>
              <w:right w:val="nil"/>
            </w:tcBorders>
            <w:shd w:val="clear" w:color="000000" w:fill="FFFFFF"/>
            <w:vAlign w:val="center"/>
            <w:hideMark/>
          </w:tcPr>
          <w:p w14:paraId="5BC3616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0.35</w:t>
            </w:r>
          </w:p>
        </w:tc>
      </w:tr>
      <w:tr w:rsidR="00726DBE" w:rsidRPr="00693325" w14:paraId="60ADEB0F" w14:textId="77777777" w:rsidTr="00841CFC">
        <w:trPr>
          <w:trHeight w:val="87"/>
        </w:trPr>
        <w:tc>
          <w:tcPr>
            <w:tcW w:w="898" w:type="pct"/>
            <w:tcBorders>
              <w:top w:val="nil"/>
              <w:left w:val="nil"/>
              <w:bottom w:val="nil"/>
              <w:right w:val="nil"/>
            </w:tcBorders>
            <w:shd w:val="clear" w:color="000000" w:fill="FFFFFF"/>
            <w:vAlign w:val="center"/>
            <w:hideMark/>
          </w:tcPr>
          <w:p w14:paraId="66730F17"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6716E00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739CBA3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5E9FC13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31C5407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7746E00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750C913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107 (149)</w:t>
            </w:r>
          </w:p>
        </w:tc>
        <w:tc>
          <w:tcPr>
            <w:tcW w:w="464" w:type="pct"/>
            <w:tcBorders>
              <w:top w:val="nil"/>
              <w:left w:val="nil"/>
              <w:bottom w:val="nil"/>
              <w:right w:val="nil"/>
            </w:tcBorders>
            <w:shd w:val="clear" w:color="000000" w:fill="F2F2F2"/>
            <w:vAlign w:val="center"/>
            <w:hideMark/>
          </w:tcPr>
          <w:p w14:paraId="7E2B680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106 (148)</w:t>
            </w:r>
          </w:p>
        </w:tc>
        <w:tc>
          <w:tcPr>
            <w:tcW w:w="462" w:type="pct"/>
            <w:tcBorders>
              <w:top w:val="nil"/>
              <w:left w:val="nil"/>
              <w:bottom w:val="nil"/>
              <w:right w:val="nil"/>
            </w:tcBorders>
            <w:shd w:val="clear" w:color="000000" w:fill="FFFFFF"/>
            <w:vAlign w:val="center"/>
            <w:hideMark/>
          </w:tcPr>
          <w:p w14:paraId="6243DE2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 (14)</w:t>
            </w:r>
          </w:p>
        </w:tc>
      </w:tr>
      <w:tr w:rsidR="00726DBE" w:rsidRPr="00693325" w14:paraId="0B3BC2BB" w14:textId="77777777" w:rsidTr="00841CFC">
        <w:trPr>
          <w:trHeight w:val="87"/>
        </w:trPr>
        <w:tc>
          <w:tcPr>
            <w:tcW w:w="898" w:type="pct"/>
            <w:tcBorders>
              <w:top w:val="nil"/>
              <w:left w:val="nil"/>
              <w:bottom w:val="nil"/>
              <w:right w:val="nil"/>
            </w:tcBorders>
            <w:shd w:val="clear" w:color="000000" w:fill="FFFFFF"/>
            <w:vAlign w:val="center"/>
            <w:hideMark/>
          </w:tcPr>
          <w:p w14:paraId="0B1F9271"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Sleep disturbances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5541B36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548CFCD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3FCBBBD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05F0E4E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0589DFD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155DDD6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23.83 (10.90; 45.23)</w:t>
            </w:r>
          </w:p>
        </w:tc>
        <w:tc>
          <w:tcPr>
            <w:tcW w:w="464" w:type="pct"/>
            <w:tcBorders>
              <w:top w:val="nil"/>
              <w:left w:val="nil"/>
              <w:bottom w:val="nil"/>
              <w:right w:val="nil"/>
            </w:tcBorders>
            <w:shd w:val="clear" w:color="000000" w:fill="F2F2F2"/>
            <w:vAlign w:val="center"/>
            <w:hideMark/>
          </w:tcPr>
          <w:p w14:paraId="4D029FA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23.10 (10.56; 43.85)</w:t>
            </w:r>
          </w:p>
        </w:tc>
        <w:tc>
          <w:tcPr>
            <w:tcW w:w="462" w:type="pct"/>
            <w:tcBorders>
              <w:top w:val="nil"/>
              <w:left w:val="nil"/>
              <w:bottom w:val="nil"/>
              <w:right w:val="nil"/>
            </w:tcBorders>
            <w:shd w:val="clear" w:color="000000" w:fill="FFFFFF"/>
            <w:vAlign w:val="center"/>
            <w:hideMark/>
          </w:tcPr>
          <w:p w14:paraId="78B3226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19.17 (12.15; 28.76)</w:t>
            </w:r>
          </w:p>
        </w:tc>
      </w:tr>
      <w:tr w:rsidR="00726DBE" w:rsidRPr="00693325" w14:paraId="255AC56E" w14:textId="77777777" w:rsidTr="00841CFC">
        <w:trPr>
          <w:trHeight w:val="87"/>
        </w:trPr>
        <w:tc>
          <w:tcPr>
            <w:tcW w:w="898" w:type="pct"/>
            <w:tcBorders>
              <w:top w:val="nil"/>
              <w:left w:val="nil"/>
              <w:bottom w:val="nil"/>
              <w:right w:val="nil"/>
            </w:tcBorders>
            <w:shd w:val="clear" w:color="000000" w:fill="FFFFFF"/>
            <w:vAlign w:val="center"/>
            <w:hideMark/>
          </w:tcPr>
          <w:p w14:paraId="0EAA3669"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32F60FA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24C2FAF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6721CCC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16B92D2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59071D7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10263A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w:t>
            </w:r>
          </w:p>
        </w:tc>
        <w:tc>
          <w:tcPr>
            <w:tcW w:w="464" w:type="pct"/>
            <w:tcBorders>
              <w:top w:val="nil"/>
              <w:left w:val="nil"/>
              <w:bottom w:val="nil"/>
              <w:right w:val="nil"/>
            </w:tcBorders>
            <w:shd w:val="clear" w:color="000000" w:fill="F2F2F2"/>
            <w:vAlign w:val="center"/>
            <w:hideMark/>
          </w:tcPr>
          <w:p w14:paraId="53B6D0F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w:t>
            </w:r>
          </w:p>
        </w:tc>
        <w:tc>
          <w:tcPr>
            <w:tcW w:w="462" w:type="pct"/>
            <w:tcBorders>
              <w:top w:val="nil"/>
              <w:left w:val="nil"/>
              <w:bottom w:val="nil"/>
              <w:right w:val="nil"/>
            </w:tcBorders>
            <w:shd w:val="clear" w:color="000000" w:fill="FFFFFF"/>
            <w:vAlign w:val="center"/>
            <w:hideMark/>
          </w:tcPr>
          <w:p w14:paraId="277A996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w:t>
            </w:r>
          </w:p>
        </w:tc>
      </w:tr>
      <w:tr w:rsidR="00726DBE" w:rsidRPr="00693325" w14:paraId="1CB6FEE5" w14:textId="77777777" w:rsidTr="00841CFC">
        <w:trPr>
          <w:trHeight w:val="87"/>
        </w:trPr>
        <w:tc>
          <w:tcPr>
            <w:tcW w:w="898" w:type="pct"/>
            <w:tcBorders>
              <w:top w:val="nil"/>
              <w:left w:val="nil"/>
              <w:right w:val="nil"/>
            </w:tcBorders>
            <w:shd w:val="clear" w:color="000000" w:fill="FFFFFF"/>
            <w:vAlign w:val="center"/>
            <w:hideMark/>
          </w:tcPr>
          <w:p w14:paraId="2654C05D"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right w:val="nil"/>
            </w:tcBorders>
            <w:shd w:val="clear" w:color="000000" w:fill="F2F2F2"/>
            <w:vAlign w:val="center"/>
            <w:hideMark/>
          </w:tcPr>
          <w:p w14:paraId="1C647A7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right w:val="nil"/>
            </w:tcBorders>
            <w:shd w:val="clear" w:color="000000" w:fill="F2F2F2"/>
            <w:vAlign w:val="center"/>
            <w:hideMark/>
          </w:tcPr>
          <w:p w14:paraId="55BBEAE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right w:val="nil"/>
            </w:tcBorders>
            <w:shd w:val="clear" w:color="000000" w:fill="F2F2F2"/>
            <w:vAlign w:val="center"/>
            <w:hideMark/>
          </w:tcPr>
          <w:p w14:paraId="25302D9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right w:val="nil"/>
            </w:tcBorders>
            <w:shd w:val="clear" w:color="000000" w:fill="FFFFFF"/>
            <w:vAlign w:val="center"/>
            <w:hideMark/>
          </w:tcPr>
          <w:p w14:paraId="4451A2C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right w:val="nil"/>
            </w:tcBorders>
            <w:shd w:val="clear" w:color="000000" w:fill="F2F2F2"/>
            <w:vAlign w:val="center"/>
            <w:hideMark/>
          </w:tcPr>
          <w:p w14:paraId="0ADE19C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right w:val="nil"/>
            </w:tcBorders>
            <w:shd w:val="clear" w:color="000000" w:fill="F2F2F2"/>
            <w:vAlign w:val="center"/>
            <w:hideMark/>
          </w:tcPr>
          <w:p w14:paraId="0590130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8.33</w:t>
            </w:r>
          </w:p>
        </w:tc>
        <w:tc>
          <w:tcPr>
            <w:tcW w:w="464" w:type="pct"/>
            <w:tcBorders>
              <w:top w:val="nil"/>
              <w:left w:val="nil"/>
              <w:right w:val="nil"/>
            </w:tcBorders>
            <w:shd w:val="clear" w:color="000000" w:fill="F2F2F2"/>
            <w:vAlign w:val="center"/>
            <w:hideMark/>
          </w:tcPr>
          <w:p w14:paraId="0336D9A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7.83</w:t>
            </w:r>
          </w:p>
        </w:tc>
        <w:tc>
          <w:tcPr>
            <w:tcW w:w="462" w:type="pct"/>
            <w:tcBorders>
              <w:top w:val="nil"/>
              <w:left w:val="nil"/>
              <w:right w:val="nil"/>
            </w:tcBorders>
            <w:shd w:val="clear" w:color="000000" w:fill="FFFFFF"/>
            <w:vAlign w:val="center"/>
            <w:hideMark/>
          </w:tcPr>
          <w:p w14:paraId="6A4965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4.00</w:t>
            </w:r>
          </w:p>
        </w:tc>
      </w:tr>
      <w:tr w:rsidR="00726DBE" w:rsidRPr="00693325" w14:paraId="2D8D69DC" w14:textId="77777777" w:rsidTr="00841CFC">
        <w:trPr>
          <w:trHeight w:val="87"/>
        </w:trPr>
        <w:tc>
          <w:tcPr>
            <w:tcW w:w="898" w:type="pct"/>
            <w:tcBorders>
              <w:top w:val="nil"/>
              <w:left w:val="nil"/>
              <w:bottom w:val="single" w:sz="4" w:space="0" w:color="auto"/>
              <w:right w:val="nil"/>
            </w:tcBorders>
            <w:shd w:val="clear" w:color="000000" w:fill="FFFFFF"/>
            <w:vAlign w:val="center"/>
            <w:hideMark/>
          </w:tcPr>
          <w:p w14:paraId="335D46C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single" w:sz="4" w:space="0" w:color="auto"/>
              <w:right w:val="nil"/>
            </w:tcBorders>
            <w:shd w:val="clear" w:color="000000" w:fill="F2F2F2"/>
            <w:vAlign w:val="center"/>
            <w:hideMark/>
          </w:tcPr>
          <w:p w14:paraId="1C70DA8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single" w:sz="4" w:space="0" w:color="auto"/>
              <w:right w:val="nil"/>
            </w:tcBorders>
            <w:shd w:val="clear" w:color="000000" w:fill="F2F2F2"/>
            <w:vAlign w:val="center"/>
            <w:hideMark/>
          </w:tcPr>
          <w:p w14:paraId="307BE9D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single" w:sz="4" w:space="0" w:color="auto"/>
              <w:right w:val="nil"/>
            </w:tcBorders>
            <w:shd w:val="clear" w:color="000000" w:fill="F2F2F2"/>
            <w:vAlign w:val="center"/>
            <w:hideMark/>
          </w:tcPr>
          <w:p w14:paraId="1CC5FE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single" w:sz="4" w:space="0" w:color="auto"/>
              <w:right w:val="nil"/>
            </w:tcBorders>
            <w:shd w:val="clear" w:color="000000" w:fill="FFFFFF"/>
            <w:vAlign w:val="center"/>
            <w:hideMark/>
          </w:tcPr>
          <w:p w14:paraId="72BD521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single" w:sz="4" w:space="0" w:color="auto"/>
              <w:right w:val="nil"/>
            </w:tcBorders>
            <w:shd w:val="clear" w:color="000000" w:fill="F2F2F2"/>
            <w:vAlign w:val="center"/>
            <w:hideMark/>
          </w:tcPr>
          <w:p w14:paraId="6404122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single" w:sz="4" w:space="0" w:color="auto"/>
              <w:right w:val="nil"/>
            </w:tcBorders>
            <w:shd w:val="clear" w:color="000000" w:fill="F2F2F2"/>
            <w:vAlign w:val="center"/>
            <w:hideMark/>
          </w:tcPr>
          <w:p w14:paraId="0B3A3B1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 (13)</w:t>
            </w:r>
          </w:p>
        </w:tc>
        <w:tc>
          <w:tcPr>
            <w:tcW w:w="464" w:type="pct"/>
            <w:tcBorders>
              <w:top w:val="nil"/>
              <w:left w:val="nil"/>
              <w:bottom w:val="single" w:sz="4" w:space="0" w:color="auto"/>
              <w:right w:val="nil"/>
            </w:tcBorders>
            <w:shd w:val="clear" w:color="000000" w:fill="F2F2F2"/>
            <w:vAlign w:val="center"/>
            <w:hideMark/>
          </w:tcPr>
          <w:p w14:paraId="53F8B22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 (12)</w:t>
            </w:r>
          </w:p>
        </w:tc>
        <w:tc>
          <w:tcPr>
            <w:tcW w:w="462" w:type="pct"/>
            <w:tcBorders>
              <w:top w:val="nil"/>
              <w:left w:val="nil"/>
              <w:bottom w:val="single" w:sz="4" w:space="0" w:color="auto"/>
              <w:right w:val="nil"/>
            </w:tcBorders>
            <w:shd w:val="clear" w:color="000000" w:fill="FFFFFF"/>
            <w:vAlign w:val="center"/>
            <w:hideMark/>
          </w:tcPr>
          <w:p w14:paraId="06D8284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 (34)</w:t>
            </w:r>
          </w:p>
        </w:tc>
      </w:tr>
      <w:tr w:rsidR="00726DBE" w:rsidRPr="00693325" w14:paraId="15B2F668" w14:textId="77777777" w:rsidTr="00841CFC">
        <w:trPr>
          <w:trHeight w:val="87"/>
        </w:trPr>
        <w:tc>
          <w:tcPr>
            <w:tcW w:w="898" w:type="pct"/>
            <w:tcBorders>
              <w:top w:val="single" w:sz="4" w:space="0" w:color="auto"/>
              <w:left w:val="nil"/>
              <w:bottom w:val="nil"/>
              <w:right w:val="nil"/>
            </w:tcBorders>
            <w:shd w:val="clear" w:color="000000" w:fill="FFFFFF"/>
            <w:vAlign w:val="center"/>
            <w:hideMark/>
          </w:tcPr>
          <w:p w14:paraId="2522D665" w14:textId="77777777" w:rsidR="00726DBE" w:rsidRPr="00693325" w:rsidRDefault="00726DBE" w:rsidP="00841CFC">
            <w:pPr>
              <w:rPr>
                <w:rFonts w:ascii="Times New Roman" w:hAnsi="Times New Roman"/>
                <w:b/>
                <w:bCs/>
                <w:sz w:val="16"/>
                <w:szCs w:val="16"/>
              </w:rPr>
            </w:pPr>
            <w:r w:rsidRPr="00693325">
              <w:rPr>
                <w:rFonts w:ascii="Times New Roman" w:hAnsi="Times New Roman"/>
                <w:b/>
                <w:bCs/>
                <w:sz w:val="16"/>
                <w:szCs w:val="16"/>
              </w:rPr>
              <w:t xml:space="preserve">Neurological disorders, IR (95% CI) </w:t>
            </w:r>
          </w:p>
        </w:tc>
        <w:tc>
          <w:tcPr>
            <w:tcW w:w="562" w:type="pct"/>
            <w:tcBorders>
              <w:top w:val="single" w:sz="4" w:space="0" w:color="auto"/>
              <w:left w:val="nil"/>
              <w:bottom w:val="nil"/>
              <w:right w:val="nil"/>
            </w:tcBorders>
            <w:shd w:val="clear" w:color="000000" w:fill="F2F2F2"/>
            <w:vAlign w:val="center"/>
            <w:hideMark/>
          </w:tcPr>
          <w:p w14:paraId="4487A06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8,863.13 (4,424.44; 15,858.60)</w:t>
            </w:r>
          </w:p>
        </w:tc>
        <w:tc>
          <w:tcPr>
            <w:tcW w:w="401" w:type="pct"/>
            <w:tcBorders>
              <w:top w:val="single" w:sz="4" w:space="0" w:color="auto"/>
              <w:left w:val="nil"/>
              <w:bottom w:val="nil"/>
              <w:right w:val="nil"/>
            </w:tcBorders>
            <w:shd w:val="clear" w:color="000000" w:fill="F2F2F2"/>
            <w:vAlign w:val="center"/>
            <w:hideMark/>
          </w:tcPr>
          <w:p w14:paraId="2220923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160.88)</w:t>
            </w:r>
          </w:p>
        </w:tc>
        <w:tc>
          <w:tcPr>
            <w:tcW w:w="460" w:type="pct"/>
            <w:tcBorders>
              <w:top w:val="single" w:sz="4" w:space="0" w:color="auto"/>
              <w:left w:val="nil"/>
              <w:bottom w:val="nil"/>
              <w:right w:val="nil"/>
            </w:tcBorders>
            <w:shd w:val="clear" w:color="000000" w:fill="F2F2F2"/>
            <w:vAlign w:val="center"/>
            <w:hideMark/>
          </w:tcPr>
          <w:p w14:paraId="56960DD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455.11 (227.19; 814.32)</w:t>
            </w:r>
          </w:p>
        </w:tc>
        <w:tc>
          <w:tcPr>
            <w:tcW w:w="754" w:type="pct"/>
            <w:tcBorders>
              <w:top w:val="single" w:sz="4" w:space="0" w:color="auto"/>
              <w:left w:val="nil"/>
              <w:bottom w:val="nil"/>
              <w:right w:val="nil"/>
            </w:tcBorders>
            <w:shd w:val="clear" w:color="000000" w:fill="FFFFFF"/>
            <w:vAlign w:val="center"/>
            <w:hideMark/>
          </w:tcPr>
          <w:p w14:paraId="559CC97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13.10 (3.57; 33.54)</w:t>
            </w:r>
          </w:p>
        </w:tc>
        <w:tc>
          <w:tcPr>
            <w:tcW w:w="535" w:type="pct"/>
            <w:tcBorders>
              <w:top w:val="single" w:sz="4" w:space="0" w:color="auto"/>
              <w:left w:val="nil"/>
              <w:bottom w:val="nil"/>
              <w:right w:val="nil"/>
            </w:tcBorders>
            <w:shd w:val="clear" w:color="000000" w:fill="F2F2F2"/>
            <w:vAlign w:val="center"/>
            <w:hideMark/>
          </w:tcPr>
          <w:p w14:paraId="7AEAB3F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10,374.68 (7,815.63; 13,504.07)</w:t>
            </w:r>
          </w:p>
        </w:tc>
        <w:tc>
          <w:tcPr>
            <w:tcW w:w="464" w:type="pct"/>
            <w:tcBorders>
              <w:top w:val="single" w:sz="4" w:space="0" w:color="auto"/>
              <w:left w:val="nil"/>
              <w:bottom w:val="nil"/>
              <w:right w:val="nil"/>
            </w:tcBorders>
            <w:shd w:val="clear" w:color="000000" w:fill="F2F2F2"/>
            <w:vAlign w:val="center"/>
            <w:hideMark/>
          </w:tcPr>
          <w:p w14:paraId="19064E9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25.11 (6.84; 64.30)</w:t>
            </w:r>
          </w:p>
        </w:tc>
        <w:tc>
          <w:tcPr>
            <w:tcW w:w="464" w:type="pct"/>
            <w:tcBorders>
              <w:top w:val="single" w:sz="4" w:space="0" w:color="auto"/>
              <w:left w:val="nil"/>
              <w:bottom w:val="nil"/>
              <w:right w:val="nil"/>
            </w:tcBorders>
            <w:shd w:val="clear" w:color="000000" w:fill="F2F2F2"/>
            <w:vAlign w:val="center"/>
            <w:hideMark/>
          </w:tcPr>
          <w:p w14:paraId="2200C9B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358.47 (272.89; 462.41)</w:t>
            </w:r>
          </w:p>
        </w:tc>
        <w:tc>
          <w:tcPr>
            <w:tcW w:w="462" w:type="pct"/>
            <w:tcBorders>
              <w:top w:val="single" w:sz="4" w:space="0" w:color="auto"/>
              <w:left w:val="nil"/>
              <w:bottom w:val="nil"/>
              <w:right w:val="nil"/>
            </w:tcBorders>
            <w:shd w:val="clear" w:color="000000" w:fill="FFFFFF"/>
            <w:vAlign w:val="center"/>
            <w:hideMark/>
          </w:tcPr>
          <w:p w14:paraId="134694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10.55 (5.62; 18.04)</w:t>
            </w:r>
          </w:p>
        </w:tc>
      </w:tr>
      <w:tr w:rsidR="00726DBE" w:rsidRPr="00693325" w14:paraId="7344EA1D" w14:textId="77777777" w:rsidTr="00841CFC">
        <w:trPr>
          <w:trHeight w:val="87"/>
        </w:trPr>
        <w:tc>
          <w:tcPr>
            <w:tcW w:w="898" w:type="pct"/>
            <w:tcBorders>
              <w:top w:val="nil"/>
              <w:left w:val="nil"/>
              <w:bottom w:val="nil"/>
              <w:right w:val="nil"/>
            </w:tcBorders>
            <w:shd w:val="clear" w:color="000000" w:fill="FFFFFF"/>
            <w:vAlign w:val="center"/>
            <w:hideMark/>
          </w:tcPr>
          <w:p w14:paraId="0DA3B75F"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5CBE64D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w:t>
            </w:r>
          </w:p>
        </w:tc>
        <w:tc>
          <w:tcPr>
            <w:tcW w:w="401" w:type="pct"/>
            <w:tcBorders>
              <w:top w:val="nil"/>
              <w:left w:val="nil"/>
              <w:bottom w:val="nil"/>
              <w:right w:val="nil"/>
            </w:tcBorders>
            <w:shd w:val="clear" w:color="000000" w:fill="F2F2F2"/>
            <w:vAlign w:val="center"/>
            <w:hideMark/>
          </w:tcPr>
          <w:p w14:paraId="0F2F88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2D886B7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w:t>
            </w:r>
          </w:p>
        </w:tc>
        <w:tc>
          <w:tcPr>
            <w:tcW w:w="754" w:type="pct"/>
            <w:tcBorders>
              <w:top w:val="nil"/>
              <w:left w:val="nil"/>
              <w:bottom w:val="nil"/>
              <w:right w:val="nil"/>
            </w:tcBorders>
            <w:shd w:val="clear" w:color="000000" w:fill="FFFFFF"/>
            <w:vAlign w:val="center"/>
            <w:hideMark/>
          </w:tcPr>
          <w:p w14:paraId="659049E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535" w:type="pct"/>
            <w:tcBorders>
              <w:top w:val="nil"/>
              <w:left w:val="nil"/>
              <w:bottom w:val="nil"/>
              <w:right w:val="nil"/>
            </w:tcBorders>
            <w:shd w:val="clear" w:color="000000" w:fill="F2F2F2"/>
            <w:vAlign w:val="center"/>
            <w:hideMark/>
          </w:tcPr>
          <w:p w14:paraId="6B7075F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55</w:t>
            </w:r>
          </w:p>
        </w:tc>
        <w:tc>
          <w:tcPr>
            <w:tcW w:w="464" w:type="pct"/>
            <w:tcBorders>
              <w:top w:val="nil"/>
              <w:left w:val="nil"/>
              <w:bottom w:val="nil"/>
              <w:right w:val="nil"/>
            </w:tcBorders>
            <w:shd w:val="clear" w:color="000000" w:fill="F2F2F2"/>
            <w:vAlign w:val="center"/>
            <w:hideMark/>
          </w:tcPr>
          <w:p w14:paraId="546B5EE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4" w:type="pct"/>
            <w:tcBorders>
              <w:top w:val="nil"/>
              <w:left w:val="nil"/>
              <w:bottom w:val="nil"/>
              <w:right w:val="nil"/>
            </w:tcBorders>
            <w:shd w:val="clear" w:color="000000" w:fill="F2F2F2"/>
            <w:vAlign w:val="center"/>
            <w:hideMark/>
          </w:tcPr>
          <w:p w14:paraId="36247E4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59</w:t>
            </w:r>
          </w:p>
        </w:tc>
        <w:tc>
          <w:tcPr>
            <w:tcW w:w="462" w:type="pct"/>
            <w:tcBorders>
              <w:top w:val="nil"/>
              <w:left w:val="nil"/>
              <w:bottom w:val="nil"/>
              <w:right w:val="nil"/>
            </w:tcBorders>
            <w:shd w:val="clear" w:color="000000" w:fill="FFFFFF"/>
            <w:vAlign w:val="center"/>
            <w:hideMark/>
          </w:tcPr>
          <w:p w14:paraId="310DA37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w:t>
            </w:r>
          </w:p>
        </w:tc>
      </w:tr>
      <w:tr w:rsidR="00726DBE" w:rsidRPr="00693325" w14:paraId="3DF704DC" w14:textId="77777777" w:rsidTr="00841CFC">
        <w:trPr>
          <w:trHeight w:val="87"/>
        </w:trPr>
        <w:tc>
          <w:tcPr>
            <w:tcW w:w="898" w:type="pct"/>
            <w:tcBorders>
              <w:top w:val="nil"/>
              <w:left w:val="nil"/>
              <w:bottom w:val="nil"/>
              <w:right w:val="nil"/>
            </w:tcBorders>
            <w:shd w:val="clear" w:color="000000" w:fill="FFFFFF"/>
            <w:vAlign w:val="center"/>
            <w:hideMark/>
          </w:tcPr>
          <w:p w14:paraId="35D64B3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7910D11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55.00</w:t>
            </w:r>
          </w:p>
        </w:tc>
        <w:tc>
          <w:tcPr>
            <w:tcW w:w="401" w:type="pct"/>
            <w:tcBorders>
              <w:top w:val="nil"/>
              <w:left w:val="nil"/>
              <w:bottom w:val="nil"/>
              <w:right w:val="nil"/>
            </w:tcBorders>
            <w:shd w:val="clear" w:color="000000" w:fill="F2F2F2"/>
            <w:vAlign w:val="center"/>
            <w:hideMark/>
          </w:tcPr>
          <w:p w14:paraId="1532B4E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60" w:type="pct"/>
            <w:tcBorders>
              <w:top w:val="nil"/>
              <w:left w:val="nil"/>
              <w:bottom w:val="nil"/>
              <w:right w:val="nil"/>
            </w:tcBorders>
            <w:shd w:val="clear" w:color="000000" w:fill="F2F2F2"/>
            <w:vAlign w:val="center"/>
            <w:hideMark/>
          </w:tcPr>
          <w:p w14:paraId="5552CF7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55.00</w:t>
            </w:r>
          </w:p>
        </w:tc>
        <w:tc>
          <w:tcPr>
            <w:tcW w:w="754" w:type="pct"/>
            <w:tcBorders>
              <w:top w:val="nil"/>
              <w:left w:val="nil"/>
              <w:bottom w:val="nil"/>
              <w:right w:val="nil"/>
            </w:tcBorders>
            <w:shd w:val="clear" w:color="000000" w:fill="FFFFFF"/>
            <w:vAlign w:val="center"/>
            <w:hideMark/>
          </w:tcPr>
          <w:p w14:paraId="64EE085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3.81</w:t>
            </w:r>
          </w:p>
        </w:tc>
        <w:tc>
          <w:tcPr>
            <w:tcW w:w="535" w:type="pct"/>
            <w:tcBorders>
              <w:top w:val="nil"/>
              <w:left w:val="nil"/>
              <w:bottom w:val="nil"/>
              <w:right w:val="nil"/>
            </w:tcBorders>
            <w:shd w:val="clear" w:color="000000" w:fill="F2F2F2"/>
            <w:vAlign w:val="center"/>
            <w:hideMark/>
          </w:tcPr>
          <w:p w14:paraId="1AC37C2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51.40</w:t>
            </w:r>
          </w:p>
        </w:tc>
        <w:tc>
          <w:tcPr>
            <w:tcW w:w="464" w:type="pct"/>
            <w:tcBorders>
              <w:top w:val="nil"/>
              <w:left w:val="nil"/>
              <w:bottom w:val="nil"/>
              <w:right w:val="nil"/>
            </w:tcBorders>
            <w:shd w:val="clear" w:color="000000" w:fill="F2F2F2"/>
            <w:vAlign w:val="center"/>
            <w:hideMark/>
          </w:tcPr>
          <w:p w14:paraId="587DB52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8.16</w:t>
            </w:r>
          </w:p>
        </w:tc>
        <w:tc>
          <w:tcPr>
            <w:tcW w:w="464" w:type="pct"/>
            <w:tcBorders>
              <w:top w:val="nil"/>
              <w:left w:val="nil"/>
              <w:bottom w:val="nil"/>
              <w:right w:val="nil"/>
            </w:tcBorders>
            <w:shd w:val="clear" w:color="000000" w:fill="F2F2F2"/>
            <w:vAlign w:val="center"/>
            <w:hideMark/>
          </w:tcPr>
          <w:p w14:paraId="699ACD9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55.14</w:t>
            </w:r>
          </w:p>
        </w:tc>
        <w:tc>
          <w:tcPr>
            <w:tcW w:w="462" w:type="pct"/>
            <w:tcBorders>
              <w:top w:val="nil"/>
              <w:left w:val="nil"/>
              <w:bottom w:val="nil"/>
              <w:right w:val="nil"/>
            </w:tcBorders>
            <w:shd w:val="clear" w:color="000000" w:fill="FFFFFF"/>
            <w:vAlign w:val="center"/>
            <w:hideMark/>
          </w:tcPr>
          <w:p w14:paraId="72CD02F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2.26</w:t>
            </w:r>
          </w:p>
        </w:tc>
      </w:tr>
      <w:tr w:rsidR="00726DBE" w:rsidRPr="00693325" w14:paraId="11463C64" w14:textId="77777777" w:rsidTr="00841CFC">
        <w:trPr>
          <w:trHeight w:val="87"/>
        </w:trPr>
        <w:tc>
          <w:tcPr>
            <w:tcW w:w="898" w:type="pct"/>
            <w:tcBorders>
              <w:top w:val="nil"/>
              <w:left w:val="nil"/>
              <w:bottom w:val="nil"/>
              <w:right w:val="nil"/>
            </w:tcBorders>
            <w:shd w:val="clear" w:color="000000" w:fill="FFFFFF"/>
            <w:vAlign w:val="center"/>
            <w:hideMark/>
          </w:tcPr>
          <w:p w14:paraId="48824B01"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4984527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64,798 (91,071)</w:t>
            </w:r>
          </w:p>
        </w:tc>
        <w:tc>
          <w:tcPr>
            <w:tcW w:w="401" w:type="pct"/>
            <w:tcBorders>
              <w:top w:val="nil"/>
              <w:left w:val="nil"/>
              <w:bottom w:val="nil"/>
              <w:right w:val="nil"/>
            </w:tcBorders>
            <w:shd w:val="clear" w:color="000000" w:fill="F2F2F2"/>
            <w:vAlign w:val="center"/>
            <w:hideMark/>
          </w:tcPr>
          <w:p w14:paraId="745C3E5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11CFDE9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18,744 (53,071)</w:t>
            </w:r>
          </w:p>
        </w:tc>
        <w:tc>
          <w:tcPr>
            <w:tcW w:w="754" w:type="pct"/>
            <w:tcBorders>
              <w:top w:val="nil"/>
              <w:left w:val="nil"/>
              <w:bottom w:val="nil"/>
              <w:right w:val="nil"/>
            </w:tcBorders>
            <w:shd w:val="clear" w:color="000000" w:fill="FFFFFF"/>
            <w:vAlign w:val="center"/>
            <w:hideMark/>
          </w:tcPr>
          <w:p w14:paraId="6E9B9BE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 (18)</w:t>
            </w:r>
          </w:p>
        </w:tc>
        <w:tc>
          <w:tcPr>
            <w:tcW w:w="535" w:type="pct"/>
            <w:tcBorders>
              <w:top w:val="nil"/>
              <w:left w:val="nil"/>
              <w:bottom w:val="nil"/>
              <w:right w:val="nil"/>
            </w:tcBorders>
            <w:shd w:val="clear" w:color="000000" w:fill="F2F2F2"/>
            <w:vAlign w:val="center"/>
            <w:hideMark/>
          </w:tcPr>
          <w:p w14:paraId="62B7C9B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3,022 (9,708)</w:t>
            </w:r>
          </w:p>
        </w:tc>
        <w:tc>
          <w:tcPr>
            <w:tcW w:w="464" w:type="pct"/>
            <w:tcBorders>
              <w:top w:val="nil"/>
              <w:left w:val="nil"/>
              <w:bottom w:val="nil"/>
              <w:right w:val="nil"/>
            </w:tcBorders>
            <w:shd w:val="clear" w:color="000000" w:fill="F2F2F2"/>
            <w:vAlign w:val="center"/>
            <w:hideMark/>
          </w:tcPr>
          <w:p w14:paraId="3FC2A70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 (3)</w:t>
            </w:r>
          </w:p>
        </w:tc>
        <w:tc>
          <w:tcPr>
            <w:tcW w:w="464" w:type="pct"/>
            <w:tcBorders>
              <w:top w:val="nil"/>
              <w:left w:val="nil"/>
              <w:bottom w:val="nil"/>
              <w:right w:val="nil"/>
            </w:tcBorders>
            <w:shd w:val="clear" w:color="000000" w:fill="F2F2F2"/>
            <w:vAlign w:val="center"/>
            <w:hideMark/>
          </w:tcPr>
          <w:p w14:paraId="298EBC2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697 (3,541)</w:t>
            </w:r>
          </w:p>
        </w:tc>
        <w:tc>
          <w:tcPr>
            <w:tcW w:w="462" w:type="pct"/>
            <w:tcBorders>
              <w:top w:val="nil"/>
              <w:left w:val="nil"/>
              <w:bottom w:val="nil"/>
              <w:right w:val="nil"/>
            </w:tcBorders>
            <w:shd w:val="clear" w:color="000000" w:fill="FFFFFF"/>
            <w:vAlign w:val="center"/>
            <w:hideMark/>
          </w:tcPr>
          <w:p w14:paraId="63D5846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1,453 (5,191)</w:t>
            </w:r>
          </w:p>
        </w:tc>
      </w:tr>
      <w:tr w:rsidR="00726DBE" w:rsidRPr="00693325" w14:paraId="1E55EAD2" w14:textId="77777777" w:rsidTr="00841CFC">
        <w:trPr>
          <w:trHeight w:val="87"/>
        </w:trPr>
        <w:tc>
          <w:tcPr>
            <w:tcW w:w="898" w:type="pct"/>
            <w:tcBorders>
              <w:top w:val="nil"/>
              <w:left w:val="nil"/>
              <w:bottom w:val="nil"/>
              <w:right w:val="nil"/>
            </w:tcBorders>
            <w:shd w:val="clear" w:color="000000" w:fill="FFFFFF"/>
            <w:vAlign w:val="center"/>
            <w:hideMark/>
          </w:tcPr>
          <w:p w14:paraId="4E87864B"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Aphasia</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4037CD6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37CFC04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3811730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10760B8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1BA5719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350494F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9.27)</w:t>
            </w:r>
          </w:p>
        </w:tc>
        <w:tc>
          <w:tcPr>
            <w:tcW w:w="464" w:type="pct"/>
            <w:tcBorders>
              <w:top w:val="nil"/>
              <w:left w:val="nil"/>
              <w:bottom w:val="nil"/>
              <w:right w:val="nil"/>
            </w:tcBorders>
            <w:shd w:val="clear" w:color="000000" w:fill="F2F2F2"/>
            <w:vAlign w:val="center"/>
            <w:hideMark/>
          </w:tcPr>
          <w:p w14:paraId="0BD4788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9.00)</w:t>
            </w:r>
          </w:p>
        </w:tc>
        <w:tc>
          <w:tcPr>
            <w:tcW w:w="462" w:type="pct"/>
            <w:tcBorders>
              <w:top w:val="nil"/>
              <w:left w:val="nil"/>
              <w:bottom w:val="nil"/>
              <w:right w:val="nil"/>
            </w:tcBorders>
            <w:shd w:val="clear" w:color="000000" w:fill="FFFFFF"/>
            <w:vAlign w:val="center"/>
            <w:hideMark/>
          </w:tcPr>
          <w:p w14:paraId="71211CA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1.57 (0.19; 5.67)</w:t>
            </w:r>
          </w:p>
        </w:tc>
      </w:tr>
      <w:tr w:rsidR="00726DBE" w:rsidRPr="00693325" w14:paraId="0609D3B4" w14:textId="77777777" w:rsidTr="00841CFC">
        <w:trPr>
          <w:trHeight w:val="87"/>
        </w:trPr>
        <w:tc>
          <w:tcPr>
            <w:tcW w:w="898" w:type="pct"/>
            <w:tcBorders>
              <w:top w:val="nil"/>
              <w:left w:val="nil"/>
              <w:bottom w:val="nil"/>
              <w:right w:val="nil"/>
            </w:tcBorders>
            <w:shd w:val="clear" w:color="000000" w:fill="FFFFFF"/>
            <w:vAlign w:val="center"/>
            <w:hideMark/>
          </w:tcPr>
          <w:p w14:paraId="611E495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61F05A4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5CC4678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75C48B0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10171F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6220711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19FD91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C58681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269D927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r>
      <w:tr w:rsidR="00726DBE" w:rsidRPr="00693325" w14:paraId="7A730C96" w14:textId="77777777" w:rsidTr="00841CFC">
        <w:trPr>
          <w:trHeight w:val="87"/>
        </w:trPr>
        <w:tc>
          <w:tcPr>
            <w:tcW w:w="898" w:type="pct"/>
            <w:tcBorders>
              <w:top w:val="nil"/>
              <w:left w:val="nil"/>
              <w:bottom w:val="nil"/>
              <w:right w:val="nil"/>
            </w:tcBorders>
            <w:shd w:val="clear" w:color="000000" w:fill="FFFFFF"/>
            <w:vAlign w:val="center"/>
            <w:hideMark/>
          </w:tcPr>
          <w:p w14:paraId="420B5165"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473E619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3F32A5C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150EF83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7A5655C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5D25019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6FBBD3E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3BD260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5A689D9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0.35</w:t>
            </w:r>
          </w:p>
        </w:tc>
      </w:tr>
      <w:tr w:rsidR="00726DBE" w:rsidRPr="00693325" w14:paraId="141E60DE" w14:textId="77777777" w:rsidTr="00841CFC">
        <w:trPr>
          <w:trHeight w:val="87"/>
        </w:trPr>
        <w:tc>
          <w:tcPr>
            <w:tcW w:w="898" w:type="pct"/>
            <w:tcBorders>
              <w:top w:val="nil"/>
              <w:left w:val="nil"/>
              <w:bottom w:val="nil"/>
              <w:right w:val="nil"/>
            </w:tcBorders>
            <w:shd w:val="clear" w:color="000000" w:fill="FFFFFF"/>
            <w:vAlign w:val="center"/>
            <w:hideMark/>
          </w:tcPr>
          <w:p w14:paraId="2AB6C90F"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lastRenderedPageBreak/>
              <w:t>Costs ($), mean (SD)</w:t>
            </w:r>
          </w:p>
        </w:tc>
        <w:tc>
          <w:tcPr>
            <w:tcW w:w="562" w:type="pct"/>
            <w:tcBorders>
              <w:top w:val="nil"/>
              <w:left w:val="nil"/>
              <w:bottom w:val="nil"/>
              <w:right w:val="nil"/>
            </w:tcBorders>
            <w:shd w:val="clear" w:color="000000" w:fill="F2F2F2"/>
            <w:vAlign w:val="center"/>
            <w:hideMark/>
          </w:tcPr>
          <w:p w14:paraId="414C13F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1EA6206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6635E2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3C2E67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5B34B63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103E466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4020882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2" w:type="pct"/>
            <w:tcBorders>
              <w:top w:val="nil"/>
              <w:left w:val="nil"/>
              <w:bottom w:val="nil"/>
              <w:right w:val="nil"/>
            </w:tcBorders>
            <w:shd w:val="clear" w:color="000000" w:fill="FFFFFF"/>
            <w:vAlign w:val="center"/>
            <w:hideMark/>
          </w:tcPr>
          <w:p w14:paraId="3B14481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41 (48)</w:t>
            </w:r>
          </w:p>
        </w:tc>
      </w:tr>
      <w:tr w:rsidR="00726DBE" w:rsidRPr="00693325" w14:paraId="14598A42" w14:textId="77777777" w:rsidTr="00841CFC">
        <w:trPr>
          <w:trHeight w:val="87"/>
        </w:trPr>
        <w:tc>
          <w:tcPr>
            <w:tcW w:w="898" w:type="pct"/>
            <w:tcBorders>
              <w:top w:val="nil"/>
              <w:left w:val="nil"/>
              <w:bottom w:val="nil"/>
              <w:right w:val="nil"/>
            </w:tcBorders>
            <w:shd w:val="clear" w:color="000000" w:fill="FFFFFF"/>
            <w:vAlign w:val="center"/>
            <w:hideMark/>
          </w:tcPr>
          <w:p w14:paraId="6C76D533"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Chronic headaches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25DDFA5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4FD9BC5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6F1B1C2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7E153B5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0F91A98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622294A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9.27)</w:t>
            </w:r>
          </w:p>
        </w:tc>
        <w:tc>
          <w:tcPr>
            <w:tcW w:w="464" w:type="pct"/>
            <w:tcBorders>
              <w:top w:val="nil"/>
              <w:left w:val="nil"/>
              <w:bottom w:val="nil"/>
              <w:right w:val="nil"/>
            </w:tcBorders>
            <w:shd w:val="clear" w:color="000000" w:fill="F2F2F2"/>
            <w:vAlign w:val="center"/>
            <w:hideMark/>
          </w:tcPr>
          <w:p w14:paraId="63ADFCB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9.00)</w:t>
            </w:r>
          </w:p>
        </w:tc>
        <w:tc>
          <w:tcPr>
            <w:tcW w:w="462" w:type="pct"/>
            <w:tcBorders>
              <w:top w:val="nil"/>
              <w:left w:val="nil"/>
              <w:bottom w:val="nil"/>
              <w:right w:val="nil"/>
            </w:tcBorders>
            <w:shd w:val="clear" w:color="000000" w:fill="FFFFFF"/>
            <w:vAlign w:val="center"/>
            <w:hideMark/>
          </w:tcPr>
          <w:p w14:paraId="24C428A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0.79 (0.02; 4.38)</w:t>
            </w:r>
          </w:p>
        </w:tc>
      </w:tr>
      <w:tr w:rsidR="00726DBE" w:rsidRPr="00693325" w14:paraId="468BE047" w14:textId="77777777" w:rsidTr="00841CFC">
        <w:trPr>
          <w:trHeight w:val="87"/>
        </w:trPr>
        <w:tc>
          <w:tcPr>
            <w:tcW w:w="898" w:type="pct"/>
            <w:tcBorders>
              <w:top w:val="nil"/>
              <w:left w:val="nil"/>
              <w:bottom w:val="nil"/>
              <w:right w:val="nil"/>
            </w:tcBorders>
            <w:shd w:val="clear" w:color="000000" w:fill="FFFFFF"/>
            <w:vAlign w:val="center"/>
            <w:hideMark/>
          </w:tcPr>
          <w:p w14:paraId="4A19C0CC"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59061C2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5A72563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6F632EB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4B04D49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135B724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63CD39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568DCC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18E28EC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r>
      <w:tr w:rsidR="00726DBE" w:rsidRPr="00693325" w14:paraId="503C4BAF" w14:textId="77777777" w:rsidTr="00841CFC">
        <w:trPr>
          <w:trHeight w:val="87"/>
        </w:trPr>
        <w:tc>
          <w:tcPr>
            <w:tcW w:w="898" w:type="pct"/>
            <w:tcBorders>
              <w:top w:val="nil"/>
              <w:left w:val="nil"/>
              <w:bottom w:val="nil"/>
              <w:right w:val="nil"/>
            </w:tcBorders>
            <w:shd w:val="clear" w:color="000000" w:fill="FFFFFF"/>
            <w:vAlign w:val="center"/>
            <w:hideMark/>
          </w:tcPr>
          <w:p w14:paraId="7F27CCE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34ED5E5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1149ED8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C2A226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57773C8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145B240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782C1F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E58FAC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76986A8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0.17</w:t>
            </w:r>
          </w:p>
        </w:tc>
      </w:tr>
      <w:tr w:rsidR="00726DBE" w:rsidRPr="00693325" w14:paraId="787AA759" w14:textId="77777777" w:rsidTr="00841CFC">
        <w:trPr>
          <w:trHeight w:val="87"/>
        </w:trPr>
        <w:tc>
          <w:tcPr>
            <w:tcW w:w="898" w:type="pct"/>
            <w:tcBorders>
              <w:top w:val="nil"/>
              <w:left w:val="nil"/>
              <w:bottom w:val="nil"/>
              <w:right w:val="nil"/>
            </w:tcBorders>
            <w:shd w:val="clear" w:color="000000" w:fill="FFFFFF"/>
            <w:vAlign w:val="center"/>
            <w:hideMark/>
          </w:tcPr>
          <w:p w14:paraId="343055B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3D54F87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7FCDB74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11FD709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42D5417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0A3D990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78243B6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21075EB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2" w:type="pct"/>
            <w:tcBorders>
              <w:top w:val="nil"/>
              <w:left w:val="nil"/>
              <w:bottom w:val="nil"/>
              <w:right w:val="nil"/>
            </w:tcBorders>
            <w:shd w:val="clear" w:color="000000" w:fill="FFFFFF"/>
            <w:vAlign w:val="center"/>
            <w:hideMark/>
          </w:tcPr>
          <w:p w14:paraId="32C9883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(NA)</w:t>
            </w:r>
          </w:p>
        </w:tc>
      </w:tr>
      <w:tr w:rsidR="00726DBE" w:rsidRPr="00693325" w14:paraId="3A348106" w14:textId="77777777" w:rsidTr="00841CFC">
        <w:trPr>
          <w:trHeight w:val="87"/>
        </w:trPr>
        <w:tc>
          <w:tcPr>
            <w:tcW w:w="898" w:type="pct"/>
            <w:tcBorders>
              <w:top w:val="nil"/>
              <w:left w:val="nil"/>
              <w:bottom w:val="nil"/>
              <w:right w:val="nil"/>
            </w:tcBorders>
            <w:shd w:val="clear" w:color="000000" w:fill="FFFFFF"/>
            <w:vAlign w:val="center"/>
            <w:hideMark/>
          </w:tcPr>
          <w:p w14:paraId="14730296"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Cranial nerve damage</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1B36F4B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265690C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61FD180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458EC5E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114B7CE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180343B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9.27)</w:t>
            </w:r>
          </w:p>
        </w:tc>
        <w:tc>
          <w:tcPr>
            <w:tcW w:w="464" w:type="pct"/>
            <w:tcBorders>
              <w:top w:val="nil"/>
              <w:left w:val="nil"/>
              <w:bottom w:val="nil"/>
              <w:right w:val="nil"/>
            </w:tcBorders>
            <w:shd w:val="clear" w:color="000000" w:fill="F2F2F2"/>
            <w:vAlign w:val="center"/>
            <w:hideMark/>
          </w:tcPr>
          <w:p w14:paraId="5048C9B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9.00)</w:t>
            </w:r>
          </w:p>
        </w:tc>
        <w:tc>
          <w:tcPr>
            <w:tcW w:w="462" w:type="pct"/>
            <w:tcBorders>
              <w:top w:val="nil"/>
              <w:left w:val="nil"/>
              <w:bottom w:val="nil"/>
              <w:right w:val="nil"/>
            </w:tcBorders>
            <w:shd w:val="clear" w:color="000000" w:fill="FFFFFF"/>
            <w:vAlign w:val="center"/>
            <w:hideMark/>
          </w:tcPr>
          <w:p w14:paraId="136F91A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4B770152" w14:textId="77777777" w:rsidTr="00841CFC">
        <w:trPr>
          <w:trHeight w:val="87"/>
        </w:trPr>
        <w:tc>
          <w:tcPr>
            <w:tcW w:w="898" w:type="pct"/>
            <w:tcBorders>
              <w:top w:val="nil"/>
              <w:left w:val="nil"/>
              <w:bottom w:val="nil"/>
              <w:right w:val="nil"/>
            </w:tcBorders>
            <w:shd w:val="clear" w:color="000000" w:fill="FFFFFF"/>
            <w:vAlign w:val="center"/>
            <w:hideMark/>
          </w:tcPr>
          <w:p w14:paraId="0B46A19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2FB1F29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58B4C22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2988511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6D9AD44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67CEEFE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8D7373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436EADF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0815E82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57A1C859" w14:textId="77777777" w:rsidTr="00841CFC">
        <w:trPr>
          <w:trHeight w:val="87"/>
        </w:trPr>
        <w:tc>
          <w:tcPr>
            <w:tcW w:w="898" w:type="pct"/>
            <w:tcBorders>
              <w:top w:val="nil"/>
              <w:left w:val="nil"/>
              <w:bottom w:val="nil"/>
              <w:right w:val="nil"/>
            </w:tcBorders>
            <w:shd w:val="clear" w:color="000000" w:fill="FFFFFF"/>
            <w:vAlign w:val="center"/>
            <w:hideMark/>
          </w:tcPr>
          <w:p w14:paraId="2F7A7DA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0932775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7018DCA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04D5FEA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209672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46AED1C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BB361C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6BBB64B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0F1299C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2E37C891" w14:textId="77777777" w:rsidTr="00841CFC">
        <w:trPr>
          <w:trHeight w:val="87"/>
        </w:trPr>
        <w:tc>
          <w:tcPr>
            <w:tcW w:w="898" w:type="pct"/>
            <w:tcBorders>
              <w:top w:val="nil"/>
              <w:left w:val="nil"/>
              <w:bottom w:val="nil"/>
              <w:right w:val="nil"/>
            </w:tcBorders>
            <w:shd w:val="clear" w:color="000000" w:fill="FFFFFF"/>
            <w:vAlign w:val="center"/>
            <w:hideMark/>
          </w:tcPr>
          <w:p w14:paraId="748FD77E"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4D4B02D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51B80A7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1C76E2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17DC56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7AE35BC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7F44FA8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144BABB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2" w:type="pct"/>
            <w:tcBorders>
              <w:top w:val="nil"/>
              <w:left w:val="nil"/>
              <w:bottom w:val="nil"/>
              <w:right w:val="nil"/>
            </w:tcBorders>
            <w:shd w:val="clear" w:color="000000" w:fill="FFFFFF"/>
            <w:vAlign w:val="center"/>
            <w:hideMark/>
          </w:tcPr>
          <w:p w14:paraId="3606640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44830CDF" w14:textId="77777777" w:rsidTr="00841CFC">
        <w:trPr>
          <w:trHeight w:val="87"/>
        </w:trPr>
        <w:tc>
          <w:tcPr>
            <w:tcW w:w="898" w:type="pct"/>
            <w:tcBorders>
              <w:top w:val="nil"/>
              <w:left w:val="nil"/>
              <w:bottom w:val="nil"/>
              <w:right w:val="nil"/>
            </w:tcBorders>
            <w:shd w:val="clear" w:color="000000" w:fill="FFFFFF"/>
            <w:vAlign w:val="center"/>
            <w:hideMark/>
          </w:tcPr>
          <w:p w14:paraId="2D1637B9"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Febrile convulsions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48646DE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455.11 (11.52; 2,535.72)</w:t>
            </w:r>
          </w:p>
        </w:tc>
        <w:tc>
          <w:tcPr>
            <w:tcW w:w="401" w:type="pct"/>
            <w:tcBorders>
              <w:top w:val="nil"/>
              <w:left w:val="nil"/>
              <w:bottom w:val="nil"/>
              <w:right w:val="nil"/>
            </w:tcBorders>
            <w:shd w:val="clear" w:color="000000" w:fill="F2F2F2"/>
            <w:vAlign w:val="center"/>
            <w:hideMark/>
          </w:tcPr>
          <w:p w14:paraId="4FD90B8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18.43 (0.47; 102.67)</w:t>
            </w:r>
          </w:p>
        </w:tc>
        <w:tc>
          <w:tcPr>
            <w:tcW w:w="460" w:type="pct"/>
            <w:tcBorders>
              <w:top w:val="nil"/>
              <w:left w:val="nil"/>
              <w:bottom w:val="nil"/>
              <w:right w:val="nil"/>
            </w:tcBorders>
            <w:shd w:val="clear" w:color="000000" w:fill="F2F2F2"/>
            <w:vAlign w:val="center"/>
            <w:hideMark/>
          </w:tcPr>
          <w:p w14:paraId="549B7D3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35.42 (4.29; 127.95)</w:t>
            </w:r>
          </w:p>
        </w:tc>
        <w:tc>
          <w:tcPr>
            <w:tcW w:w="754" w:type="pct"/>
            <w:tcBorders>
              <w:top w:val="nil"/>
              <w:left w:val="nil"/>
              <w:bottom w:val="nil"/>
              <w:right w:val="nil"/>
            </w:tcBorders>
            <w:shd w:val="clear" w:color="000000" w:fill="FFFFFF"/>
            <w:vAlign w:val="center"/>
            <w:hideMark/>
          </w:tcPr>
          <w:p w14:paraId="6C1EFAD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3.12 (0.08; 17.40)</w:t>
            </w:r>
          </w:p>
        </w:tc>
        <w:tc>
          <w:tcPr>
            <w:tcW w:w="535" w:type="pct"/>
            <w:tcBorders>
              <w:top w:val="nil"/>
              <w:left w:val="nil"/>
              <w:bottom w:val="nil"/>
              <w:right w:val="nil"/>
            </w:tcBorders>
            <w:shd w:val="clear" w:color="000000" w:fill="F2F2F2"/>
            <w:vAlign w:val="center"/>
            <w:hideMark/>
          </w:tcPr>
          <w:p w14:paraId="7B8A31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84.55 (2.14; 471.08)</w:t>
            </w:r>
          </w:p>
        </w:tc>
        <w:tc>
          <w:tcPr>
            <w:tcW w:w="464" w:type="pct"/>
            <w:tcBorders>
              <w:top w:val="nil"/>
              <w:left w:val="nil"/>
              <w:bottom w:val="nil"/>
              <w:right w:val="nil"/>
            </w:tcBorders>
            <w:shd w:val="clear" w:color="000000" w:fill="F2F2F2"/>
            <w:vAlign w:val="center"/>
            <w:hideMark/>
          </w:tcPr>
          <w:p w14:paraId="7F8E27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2.60 (0.07; 14.51)</w:t>
            </w:r>
          </w:p>
        </w:tc>
        <w:tc>
          <w:tcPr>
            <w:tcW w:w="464" w:type="pct"/>
            <w:tcBorders>
              <w:top w:val="nil"/>
              <w:left w:val="nil"/>
              <w:bottom w:val="nil"/>
              <w:right w:val="nil"/>
            </w:tcBorders>
            <w:shd w:val="clear" w:color="000000" w:fill="F2F2F2"/>
            <w:vAlign w:val="center"/>
            <w:hideMark/>
          </w:tcPr>
          <w:p w14:paraId="0B8A64F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5.05 (0.61; 18.25)</w:t>
            </w:r>
          </w:p>
        </w:tc>
        <w:tc>
          <w:tcPr>
            <w:tcW w:w="462" w:type="pct"/>
            <w:tcBorders>
              <w:top w:val="nil"/>
              <w:left w:val="nil"/>
              <w:bottom w:val="nil"/>
              <w:right w:val="nil"/>
            </w:tcBorders>
            <w:shd w:val="clear" w:color="000000" w:fill="FFFFFF"/>
            <w:vAlign w:val="center"/>
            <w:hideMark/>
          </w:tcPr>
          <w:p w14:paraId="5750741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1.58 (0.19; 5.69)</w:t>
            </w:r>
          </w:p>
        </w:tc>
      </w:tr>
      <w:tr w:rsidR="00726DBE" w:rsidRPr="00693325" w14:paraId="595E7C6D" w14:textId="77777777" w:rsidTr="00841CFC">
        <w:trPr>
          <w:trHeight w:val="87"/>
        </w:trPr>
        <w:tc>
          <w:tcPr>
            <w:tcW w:w="898" w:type="pct"/>
            <w:tcBorders>
              <w:top w:val="nil"/>
              <w:left w:val="nil"/>
              <w:bottom w:val="nil"/>
              <w:right w:val="nil"/>
            </w:tcBorders>
            <w:shd w:val="clear" w:color="000000" w:fill="FFFFFF"/>
            <w:vAlign w:val="center"/>
            <w:hideMark/>
          </w:tcPr>
          <w:p w14:paraId="7291916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558477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01" w:type="pct"/>
            <w:tcBorders>
              <w:top w:val="nil"/>
              <w:left w:val="nil"/>
              <w:bottom w:val="nil"/>
              <w:right w:val="nil"/>
            </w:tcBorders>
            <w:shd w:val="clear" w:color="000000" w:fill="F2F2F2"/>
            <w:vAlign w:val="center"/>
            <w:hideMark/>
          </w:tcPr>
          <w:p w14:paraId="55E9948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0" w:type="pct"/>
            <w:tcBorders>
              <w:top w:val="nil"/>
              <w:left w:val="nil"/>
              <w:bottom w:val="nil"/>
              <w:right w:val="nil"/>
            </w:tcBorders>
            <w:shd w:val="clear" w:color="000000" w:fill="F2F2F2"/>
            <w:vAlign w:val="center"/>
            <w:hideMark/>
          </w:tcPr>
          <w:p w14:paraId="7CF5261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754" w:type="pct"/>
            <w:tcBorders>
              <w:top w:val="nil"/>
              <w:left w:val="nil"/>
              <w:bottom w:val="nil"/>
              <w:right w:val="nil"/>
            </w:tcBorders>
            <w:shd w:val="clear" w:color="000000" w:fill="FFFFFF"/>
            <w:vAlign w:val="center"/>
            <w:hideMark/>
          </w:tcPr>
          <w:p w14:paraId="63C308A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535" w:type="pct"/>
            <w:tcBorders>
              <w:top w:val="nil"/>
              <w:left w:val="nil"/>
              <w:bottom w:val="nil"/>
              <w:right w:val="nil"/>
            </w:tcBorders>
            <w:shd w:val="clear" w:color="000000" w:fill="F2F2F2"/>
            <w:vAlign w:val="center"/>
            <w:hideMark/>
          </w:tcPr>
          <w:p w14:paraId="4C30202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6D4F1D9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0F2EE90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2" w:type="pct"/>
            <w:tcBorders>
              <w:top w:val="nil"/>
              <w:left w:val="nil"/>
              <w:bottom w:val="nil"/>
              <w:right w:val="nil"/>
            </w:tcBorders>
            <w:shd w:val="clear" w:color="000000" w:fill="FFFFFF"/>
            <w:vAlign w:val="center"/>
            <w:hideMark/>
          </w:tcPr>
          <w:p w14:paraId="15AE437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r>
      <w:tr w:rsidR="00726DBE" w:rsidRPr="00693325" w14:paraId="2834F9D6" w14:textId="77777777" w:rsidTr="00841CFC">
        <w:trPr>
          <w:trHeight w:val="87"/>
        </w:trPr>
        <w:tc>
          <w:tcPr>
            <w:tcW w:w="898" w:type="pct"/>
            <w:tcBorders>
              <w:top w:val="nil"/>
              <w:left w:val="nil"/>
              <w:bottom w:val="nil"/>
              <w:right w:val="nil"/>
            </w:tcBorders>
            <w:shd w:val="clear" w:color="000000" w:fill="FFFFFF"/>
            <w:vAlign w:val="center"/>
            <w:hideMark/>
          </w:tcPr>
          <w:p w14:paraId="18D83FC9"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3B13C1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5.00</w:t>
            </w:r>
          </w:p>
        </w:tc>
        <w:tc>
          <w:tcPr>
            <w:tcW w:w="401" w:type="pct"/>
            <w:tcBorders>
              <w:top w:val="nil"/>
              <w:left w:val="nil"/>
              <w:bottom w:val="nil"/>
              <w:right w:val="nil"/>
            </w:tcBorders>
            <w:shd w:val="clear" w:color="000000" w:fill="F2F2F2"/>
            <w:vAlign w:val="center"/>
            <w:hideMark/>
          </w:tcPr>
          <w:p w14:paraId="0000E57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5.26</w:t>
            </w:r>
          </w:p>
        </w:tc>
        <w:tc>
          <w:tcPr>
            <w:tcW w:w="460" w:type="pct"/>
            <w:tcBorders>
              <w:top w:val="nil"/>
              <w:left w:val="nil"/>
              <w:bottom w:val="nil"/>
              <w:right w:val="nil"/>
            </w:tcBorders>
            <w:shd w:val="clear" w:color="000000" w:fill="F2F2F2"/>
            <w:vAlign w:val="center"/>
            <w:hideMark/>
          </w:tcPr>
          <w:p w14:paraId="3D7010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10.00</w:t>
            </w:r>
          </w:p>
        </w:tc>
        <w:tc>
          <w:tcPr>
            <w:tcW w:w="754" w:type="pct"/>
            <w:tcBorders>
              <w:top w:val="nil"/>
              <w:left w:val="nil"/>
              <w:bottom w:val="nil"/>
              <w:right w:val="nil"/>
            </w:tcBorders>
            <w:shd w:val="clear" w:color="000000" w:fill="FFFFFF"/>
            <w:vAlign w:val="center"/>
            <w:hideMark/>
          </w:tcPr>
          <w:p w14:paraId="0F37B08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0.95</w:t>
            </w:r>
          </w:p>
        </w:tc>
        <w:tc>
          <w:tcPr>
            <w:tcW w:w="535" w:type="pct"/>
            <w:tcBorders>
              <w:top w:val="nil"/>
              <w:left w:val="nil"/>
              <w:bottom w:val="nil"/>
              <w:right w:val="nil"/>
            </w:tcBorders>
            <w:shd w:val="clear" w:color="000000" w:fill="F2F2F2"/>
            <w:vAlign w:val="center"/>
            <w:hideMark/>
          </w:tcPr>
          <w:p w14:paraId="667C720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0.88</w:t>
            </w:r>
          </w:p>
        </w:tc>
        <w:tc>
          <w:tcPr>
            <w:tcW w:w="464" w:type="pct"/>
            <w:tcBorders>
              <w:top w:val="nil"/>
              <w:left w:val="nil"/>
              <w:bottom w:val="nil"/>
              <w:right w:val="nil"/>
            </w:tcBorders>
            <w:shd w:val="clear" w:color="000000" w:fill="F2F2F2"/>
            <w:vAlign w:val="center"/>
            <w:hideMark/>
          </w:tcPr>
          <w:p w14:paraId="4F30475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0.93</w:t>
            </w:r>
          </w:p>
        </w:tc>
        <w:tc>
          <w:tcPr>
            <w:tcW w:w="464" w:type="pct"/>
            <w:tcBorders>
              <w:top w:val="nil"/>
              <w:left w:val="nil"/>
              <w:bottom w:val="nil"/>
              <w:right w:val="nil"/>
            </w:tcBorders>
            <w:shd w:val="clear" w:color="000000" w:fill="F2F2F2"/>
            <w:vAlign w:val="center"/>
            <w:hideMark/>
          </w:tcPr>
          <w:p w14:paraId="0A2DE70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1.75</w:t>
            </w:r>
          </w:p>
        </w:tc>
        <w:tc>
          <w:tcPr>
            <w:tcW w:w="462" w:type="pct"/>
            <w:tcBorders>
              <w:top w:val="nil"/>
              <w:left w:val="nil"/>
              <w:bottom w:val="nil"/>
              <w:right w:val="nil"/>
            </w:tcBorders>
            <w:shd w:val="clear" w:color="000000" w:fill="FFFFFF"/>
            <w:vAlign w:val="center"/>
            <w:hideMark/>
          </w:tcPr>
          <w:p w14:paraId="1E045B7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0.35</w:t>
            </w:r>
          </w:p>
        </w:tc>
      </w:tr>
      <w:tr w:rsidR="00726DBE" w:rsidRPr="00693325" w14:paraId="0C79C323" w14:textId="77777777" w:rsidTr="00841CFC">
        <w:trPr>
          <w:trHeight w:val="87"/>
        </w:trPr>
        <w:tc>
          <w:tcPr>
            <w:tcW w:w="898" w:type="pct"/>
            <w:tcBorders>
              <w:top w:val="nil"/>
              <w:left w:val="nil"/>
              <w:bottom w:val="nil"/>
              <w:right w:val="nil"/>
            </w:tcBorders>
            <w:shd w:val="clear" w:color="000000" w:fill="FFFFFF"/>
            <w:vAlign w:val="center"/>
            <w:hideMark/>
          </w:tcPr>
          <w:p w14:paraId="13613CE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146AC35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2,417 (NA)</w:t>
            </w:r>
          </w:p>
        </w:tc>
        <w:tc>
          <w:tcPr>
            <w:tcW w:w="401" w:type="pct"/>
            <w:tcBorders>
              <w:top w:val="nil"/>
              <w:left w:val="nil"/>
              <w:bottom w:val="nil"/>
              <w:right w:val="nil"/>
            </w:tcBorders>
            <w:shd w:val="clear" w:color="000000" w:fill="F2F2F2"/>
            <w:vAlign w:val="center"/>
            <w:hideMark/>
          </w:tcPr>
          <w:p w14:paraId="5ED57EE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60 (NA)</w:t>
            </w:r>
          </w:p>
        </w:tc>
        <w:tc>
          <w:tcPr>
            <w:tcW w:w="460" w:type="pct"/>
            <w:tcBorders>
              <w:top w:val="nil"/>
              <w:left w:val="nil"/>
              <w:bottom w:val="nil"/>
              <w:right w:val="nil"/>
            </w:tcBorders>
            <w:shd w:val="clear" w:color="000000" w:fill="F2F2F2"/>
            <w:vAlign w:val="center"/>
            <w:hideMark/>
          </w:tcPr>
          <w:p w14:paraId="3F7265F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1,237 (1,669)</w:t>
            </w:r>
          </w:p>
        </w:tc>
        <w:tc>
          <w:tcPr>
            <w:tcW w:w="754" w:type="pct"/>
            <w:tcBorders>
              <w:top w:val="nil"/>
              <w:left w:val="nil"/>
              <w:bottom w:val="nil"/>
              <w:right w:val="nil"/>
            </w:tcBorders>
            <w:shd w:val="clear" w:color="000000" w:fill="FFFFFF"/>
            <w:vAlign w:val="center"/>
            <w:hideMark/>
          </w:tcPr>
          <w:p w14:paraId="22BFA7B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40 (NA)</w:t>
            </w:r>
          </w:p>
        </w:tc>
        <w:tc>
          <w:tcPr>
            <w:tcW w:w="535" w:type="pct"/>
            <w:tcBorders>
              <w:top w:val="nil"/>
              <w:left w:val="nil"/>
              <w:bottom w:val="nil"/>
              <w:right w:val="nil"/>
            </w:tcBorders>
            <w:shd w:val="clear" w:color="000000" w:fill="F2F2F2"/>
            <w:vAlign w:val="center"/>
            <w:hideMark/>
          </w:tcPr>
          <w:p w14:paraId="2D91637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781 (NA)</w:t>
            </w:r>
          </w:p>
        </w:tc>
        <w:tc>
          <w:tcPr>
            <w:tcW w:w="464" w:type="pct"/>
            <w:tcBorders>
              <w:top w:val="nil"/>
              <w:left w:val="nil"/>
              <w:bottom w:val="nil"/>
              <w:right w:val="nil"/>
            </w:tcBorders>
            <w:shd w:val="clear" w:color="000000" w:fill="F2F2F2"/>
            <w:vAlign w:val="center"/>
            <w:hideMark/>
          </w:tcPr>
          <w:p w14:paraId="3DA23D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(NA)</w:t>
            </w:r>
          </w:p>
        </w:tc>
        <w:tc>
          <w:tcPr>
            <w:tcW w:w="464" w:type="pct"/>
            <w:tcBorders>
              <w:top w:val="nil"/>
              <w:left w:val="nil"/>
              <w:bottom w:val="nil"/>
              <w:right w:val="nil"/>
            </w:tcBorders>
            <w:shd w:val="clear" w:color="000000" w:fill="F2F2F2"/>
            <w:vAlign w:val="center"/>
            <w:hideMark/>
          </w:tcPr>
          <w:p w14:paraId="14158D3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392 (550)</w:t>
            </w:r>
          </w:p>
        </w:tc>
        <w:tc>
          <w:tcPr>
            <w:tcW w:w="462" w:type="pct"/>
            <w:tcBorders>
              <w:top w:val="nil"/>
              <w:left w:val="nil"/>
              <w:bottom w:val="nil"/>
              <w:right w:val="nil"/>
            </w:tcBorders>
            <w:shd w:val="clear" w:color="000000" w:fill="FFFFFF"/>
            <w:vAlign w:val="center"/>
            <w:hideMark/>
          </w:tcPr>
          <w:p w14:paraId="19D7F25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(3)</w:t>
            </w:r>
          </w:p>
        </w:tc>
      </w:tr>
      <w:tr w:rsidR="00726DBE" w:rsidRPr="00693325" w14:paraId="3993CFCF" w14:textId="77777777" w:rsidTr="00841CFC">
        <w:trPr>
          <w:trHeight w:val="87"/>
        </w:trPr>
        <w:tc>
          <w:tcPr>
            <w:tcW w:w="898" w:type="pct"/>
            <w:tcBorders>
              <w:top w:val="nil"/>
              <w:left w:val="nil"/>
              <w:bottom w:val="nil"/>
              <w:right w:val="nil"/>
            </w:tcBorders>
            <w:shd w:val="clear" w:color="000000" w:fill="FFFFFF"/>
            <w:vAlign w:val="center"/>
            <w:hideMark/>
          </w:tcPr>
          <w:p w14:paraId="363FD807"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Hydrocephalus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4A4F54D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1,491.83 (307.65; 4,359.75)</w:t>
            </w:r>
          </w:p>
        </w:tc>
        <w:tc>
          <w:tcPr>
            <w:tcW w:w="401" w:type="pct"/>
            <w:tcBorders>
              <w:top w:val="nil"/>
              <w:left w:val="nil"/>
              <w:bottom w:val="nil"/>
              <w:right w:val="nil"/>
            </w:tcBorders>
            <w:shd w:val="clear" w:color="000000" w:fill="F2F2F2"/>
            <w:vAlign w:val="center"/>
            <w:hideMark/>
          </w:tcPr>
          <w:p w14:paraId="607797B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72.37)</w:t>
            </w:r>
          </w:p>
        </w:tc>
        <w:tc>
          <w:tcPr>
            <w:tcW w:w="460" w:type="pct"/>
            <w:tcBorders>
              <w:top w:val="nil"/>
              <w:left w:val="nil"/>
              <w:bottom w:val="nil"/>
              <w:right w:val="nil"/>
            </w:tcBorders>
            <w:shd w:val="clear" w:color="000000" w:fill="F2F2F2"/>
            <w:vAlign w:val="center"/>
            <w:hideMark/>
          </w:tcPr>
          <w:p w14:paraId="670379B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56.62 (11.68; 165.46)</w:t>
            </w:r>
          </w:p>
        </w:tc>
        <w:tc>
          <w:tcPr>
            <w:tcW w:w="754" w:type="pct"/>
            <w:tcBorders>
              <w:top w:val="nil"/>
              <w:left w:val="nil"/>
              <w:bottom w:val="nil"/>
              <w:right w:val="nil"/>
            </w:tcBorders>
            <w:shd w:val="clear" w:color="000000" w:fill="FFFFFF"/>
            <w:vAlign w:val="center"/>
            <w:hideMark/>
          </w:tcPr>
          <w:p w14:paraId="0B60D9C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1D8EF2D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85.58 (2.17; 476.82)</w:t>
            </w:r>
          </w:p>
        </w:tc>
        <w:tc>
          <w:tcPr>
            <w:tcW w:w="464" w:type="pct"/>
            <w:tcBorders>
              <w:top w:val="nil"/>
              <w:left w:val="nil"/>
              <w:bottom w:val="nil"/>
              <w:right w:val="nil"/>
            </w:tcBorders>
            <w:shd w:val="clear" w:color="000000" w:fill="F2F2F2"/>
            <w:vAlign w:val="center"/>
            <w:hideMark/>
          </w:tcPr>
          <w:p w14:paraId="10071C9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9.78)</w:t>
            </w:r>
          </w:p>
        </w:tc>
        <w:tc>
          <w:tcPr>
            <w:tcW w:w="464" w:type="pct"/>
            <w:tcBorders>
              <w:top w:val="nil"/>
              <w:left w:val="nil"/>
              <w:bottom w:val="nil"/>
              <w:right w:val="nil"/>
            </w:tcBorders>
            <w:shd w:val="clear" w:color="000000" w:fill="F2F2F2"/>
            <w:vAlign w:val="center"/>
            <w:hideMark/>
          </w:tcPr>
          <w:p w14:paraId="7BE18C3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2.57 (0.07; 14.32)</w:t>
            </w:r>
          </w:p>
        </w:tc>
        <w:tc>
          <w:tcPr>
            <w:tcW w:w="462" w:type="pct"/>
            <w:tcBorders>
              <w:top w:val="nil"/>
              <w:left w:val="nil"/>
              <w:bottom w:val="nil"/>
              <w:right w:val="nil"/>
            </w:tcBorders>
            <w:shd w:val="clear" w:color="000000" w:fill="FFFFFF"/>
            <w:vAlign w:val="center"/>
            <w:hideMark/>
          </w:tcPr>
          <w:p w14:paraId="16CC603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1F4992E3" w14:textId="77777777" w:rsidTr="00841CFC">
        <w:trPr>
          <w:trHeight w:val="87"/>
        </w:trPr>
        <w:tc>
          <w:tcPr>
            <w:tcW w:w="898" w:type="pct"/>
            <w:tcBorders>
              <w:top w:val="nil"/>
              <w:left w:val="nil"/>
              <w:bottom w:val="nil"/>
              <w:right w:val="nil"/>
            </w:tcBorders>
            <w:shd w:val="clear" w:color="000000" w:fill="FFFFFF"/>
            <w:vAlign w:val="center"/>
            <w:hideMark/>
          </w:tcPr>
          <w:p w14:paraId="76980A05"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41C5492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01" w:type="pct"/>
            <w:tcBorders>
              <w:top w:val="nil"/>
              <w:left w:val="nil"/>
              <w:bottom w:val="nil"/>
              <w:right w:val="nil"/>
            </w:tcBorders>
            <w:shd w:val="clear" w:color="000000" w:fill="F2F2F2"/>
            <w:vAlign w:val="center"/>
            <w:hideMark/>
          </w:tcPr>
          <w:p w14:paraId="4893D68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6A98BFF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754" w:type="pct"/>
            <w:tcBorders>
              <w:top w:val="nil"/>
              <w:left w:val="nil"/>
              <w:bottom w:val="nil"/>
              <w:right w:val="nil"/>
            </w:tcBorders>
            <w:shd w:val="clear" w:color="000000" w:fill="FFFFFF"/>
            <w:vAlign w:val="center"/>
            <w:hideMark/>
          </w:tcPr>
          <w:p w14:paraId="010974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62BE597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3B7B721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9D3C5D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1C590CB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52B517DA" w14:textId="77777777" w:rsidTr="00841CFC">
        <w:trPr>
          <w:trHeight w:val="87"/>
        </w:trPr>
        <w:tc>
          <w:tcPr>
            <w:tcW w:w="898" w:type="pct"/>
            <w:tcBorders>
              <w:top w:val="nil"/>
              <w:left w:val="nil"/>
              <w:bottom w:val="nil"/>
              <w:right w:val="nil"/>
            </w:tcBorders>
            <w:shd w:val="clear" w:color="000000" w:fill="FFFFFF"/>
            <w:vAlign w:val="center"/>
            <w:hideMark/>
          </w:tcPr>
          <w:p w14:paraId="6494D01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3C0053C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14.29</w:t>
            </w:r>
          </w:p>
        </w:tc>
        <w:tc>
          <w:tcPr>
            <w:tcW w:w="401" w:type="pct"/>
            <w:tcBorders>
              <w:top w:val="nil"/>
              <w:left w:val="nil"/>
              <w:bottom w:val="nil"/>
              <w:right w:val="nil"/>
            </w:tcBorders>
            <w:shd w:val="clear" w:color="000000" w:fill="F2F2F2"/>
            <w:vAlign w:val="center"/>
            <w:hideMark/>
          </w:tcPr>
          <w:p w14:paraId="739AED6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199383A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14.29</w:t>
            </w:r>
          </w:p>
        </w:tc>
        <w:tc>
          <w:tcPr>
            <w:tcW w:w="754" w:type="pct"/>
            <w:tcBorders>
              <w:top w:val="nil"/>
              <w:left w:val="nil"/>
              <w:bottom w:val="nil"/>
              <w:right w:val="nil"/>
            </w:tcBorders>
            <w:shd w:val="clear" w:color="000000" w:fill="FFFFFF"/>
            <w:vAlign w:val="center"/>
            <w:hideMark/>
          </w:tcPr>
          <w:p w14:paraId="4B2D9C4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2FD0C24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0.88</w:t>
            </w:r>
          </w:p>
        </w:tc>
        <w:tc>
          <w:tcPr>
            <w:tcW w:w="464" w:type="pct"/>
            <w:tcBorders>
              <w:top w:val="nil"/>
              <w:left w:val="nil"/>
              <w:bottom w:val="nil"/>
              <w:right w:val="nil"/>
            </w:tcBorders>
            <w:shd w:val="clear" w:color="000000" w:fill="F2F2F2"/>
            <w:vAlign w:val="center"/>
            <w:hideMark/>
          </w:tcPr>
          <w:p w14:paraId="76BB0F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15C6FD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0.88</w:t>
            </w:r>
          </w:p>
        </w:tc>
        <w:tc>
          <w:tcPr>
            <w:tcW w:w="462" w:type="pct"/>
            <w:tcBorders>
              <w:top w:val="nil"/>
              <w:left w:val="nil"/>
              <w:bottom w:val="nil"/>
              <w:right w:val="nil"/>
            </w:tcBorders>
            <w:shd w:val="clear" w:color="000000" w:fill="FFFFFF"/>
            <w:vAlign w:val="center"/>
            <w:hideMark/>
          </w:tcPr>
          <w:p w14:paraId="523B944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61DF3594" w14:textId="77777777" w:rsidTr="00841CFC">
        <w:trPr>
          <w:trHeight w:val="87"/>
        </w:trPr>
        <w:tc>
          <w:tcPr>
            <w:tcW w:w="898" w:type="pct"/>
            <w:tcBorders>
              <w:top w:val="nil"/>
              <w:left w:val="nil"/>
              <w:bottom w:val="nil"/>
              <w:right w:val="nil"/>
            </w:tcBorders>
            <w:shd w:val="clear" w:color="000000" w:fill="FFFFFF"/>
            <w:vAlign w:val="center"/>
            <w:hideMark/>
          </w:tcPr>
          <w:p w14:paraId="0860EF40"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09C710B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11,462 (14,444)</w:t>
            </w:r>
          </w:p>
        </w:tc>
        <w:tc>
          <w:tcPr>
            <w:tcW w:w="401" w:type="pct"/>
            <w:tcBorders>
              <w:top w:val="nil"/>
              <w:left w:val="nil"/>
              <w:bottom w:val="nil"/>
              <w:right w:val="nil"/>
            </w:tcBorders>
            <w:shd w:val="clear" w:color="000000" w:fill="F2F2F2"/>
            <w:vAlign w:val="center"/>
            <w:hideMark/>
          </w:tcPr>
          <w:p w14:paraId="34D810B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60073CF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706 (533)</w:t>
            </w:r>
          </w:p>
        </w:tc>
        <w:tc>
          <w:tcPr>
            <w:tcW w:w="754" w:type="pct"/>
            <w:tcBorders>
              <w:top w:val="nil"/>
              <w:left w:val="nil"/>
              <w:bottom w:val="nil"/>
              <w:right w:val="nil"/>
            </w:tcBorders>
            <w:shd w:val="clear" w:color="000000" w:fill="FFFFFF"/>
            <w:vAlign w:val="center"/>
            <w:hideMark/>
          </w:tcPr>
          <w:p w14:paraId="10B99CF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3BC7075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 (NA)</w:t>
            </w:r>
          </w:p>
        </w:tc>
        <w:tc>
          <w:tcPr>
            <w:tcW w:w="464" w:type="pct"/>
            <w:tcBorders>
              <w:top w:val="nil"/>
              <w:left w:val="nil"/>
              <w:bottom w:val="nil"/>
              <w:right w:val="nil"/>
            </w:tcBorders>
            <w:shd w:val="clear" w:color="000000" w:fill="F2F2F2"/>
            <w:vAlign w:val="center"/>
            <w:hideMark/>
          </w:tcPr>
          <w:p w14:paraId="5D71987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69F3748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 (NA)</w:t>
            </w:r>
          </w:p>
        </w:tc>
        <w:tc>
          <w:tcPr>
            <w:tcW w:w="462" w:type="pct"/>
            <w:tcBorders>
              <w:top w:val="nil"/>
              <w:left w:val="nil"/>
              <w:bottom w:val="nil"/>
              <w:right w:val="nil"/>
            </w:tcBorders>
            <w:shd w:val="clear" w:color="000000" w:fill="FFFFFF"/>
            <w:vAlign w:val="center"/>
            <w:hideMark/>
          </w:tcPr>
          <w:p w14:paraId="3BCA7B0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6F0C3D5D" w14:textId="77777777" w:rsidTr="00841CFC">
        <w:trPr>
          <w:trHeight w:val="87"/>
        </w:trPr>
        <w:tc>
          <w:tcPr>
            <w:tcW w:w="898" w:type="pct"/>
            <w:tcBorders>
              <w:top w:val="nil"/>
              <w:left w:val="nil"/>
              <w:bottom w:val="nil"/>
              <w:right w:val="nil"/>
            </w:tcBorders>
            <w:shd w:val="clear" w:color="000000" w:fill="FFFFFF"/>
            <w:vAlign w:val="center"/>
            <w:hideMark/>
          </w:tcPr>
          <w:p w14:paraId="4B174DC6"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Migraine</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580F8B0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6756880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7DAD5C9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7EC6FEB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3326090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5535DA1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2.55 (0.06; 14.21)</w:t>
            </w:r>
          </w:p>
        </w:tc>
        <w:tc>
          <w:tcPr>
            <w:tcW w:w="464" w:type="pct"/>
            <w:tcBorders>
              <w:top w:val="nil"/>
              <w:left w:val="nil"/>
              <w:bottom w:val="nil"/>
              <w:right w:val="nil"/>
            </w:tcBorders>
            <w:shd w:val="clear" w:color="000000" w:fill="F2F2F2"/>
            <w:vAlign w:val="center"/>
            <w:hideMark/>
          </w:tcPr>
          <w:p w14:paraId="0DFD72B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2.48 (0.06; 13.79)</w:t>
            </w:r>
          </w:p>
        </w:tc>
        <w:tc>
          <w:tcPr>
            <w:tcW w:w="462" w:type="pct"/>
            <w:tcBorders>
              <w:top w:val="nil"/>
              <w:left w:val="nil"/>
              <w:bottom w:val="nil"/>
              <w:right w:val="nil"/>
            </w:tcBorders>
            <w:shd w:val="clear" w:color="000000" w:fill="FFFFFF"/>
            <w:vAlign w:val="center"/>
            <w:hideMark/>
          </w:tcPr>
          <w:p w14:paraId="4F258FD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2.38 (0.49; 6.94)</w:t>
            </w:r>
          </w:p>
        </w:tc>
      </w:tr>
      <w:tr w:rsidR="00726DBE" w:rsidRPr="00693325" w14:paraId="255B9B64" w14:textId="77777777" w:rsidTr="00841CFC">
        <w:trPr>
          <w:trHeight w:val="87"/>
        </w:trPr>
        <w:tc>
          <w:tcPr>
            <w:tcW w:w="898" w:type="pct"/>
            <w:tcBorders>
              <w:top w:val="nil"/>
              <w:left w:val="nil"/>
              <w:bottom w:val="nil"/>
              <w:right w:val="nil"/>
            </w:tcBorders>
            <w:shd w:val="clear" w:color="000000" w:fill="FFFFFF"/>
            <w:vAlign w:val="center"/>
            <w:hideMark/>
          </w:tcPr>
          <w:p w14:paraId="439B0834"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2D9690A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04372CE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3C19D0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45B15DC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40682F8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7F5294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133CBE8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1C668DD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r>
      <w:tr w:rsidR="00726DBE" w:rsidRPr="00693325" w14:paraId="07F6C11D" w14:textId="77777777" w:rsidTr="00841CFC">
        <w:trPr>
          <w:trHeight w:val="87"/>
        </w:trPr>
        <w:tc>
          <w:tcPr>
            <w:tcW w:w="898" w:type="pct"/>
            <w:tcBorders>
              <w:top w:val="nil"/>
              <w:left w:val="nil"/>
              <w:bottom w:val="nil"/>
              <w:right w:val="nil"/>
            </w:tcBorders>
            <w:shd w:val="clear" w:color="000000" w:fill="FFFFFF"/>
            <w:vAlign w:val="center"/>
            <w:hideMark/>
          </w:tcPr>
          <w:p w14:paraId="46650699"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2CBAE90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198BB73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2001BAB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7D64B54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1B8A4FF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42B5A9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0.93</w:t>
            </w:r>
          </w:p>
        </w:tc>
        <w:tc>
          <w:tcPr>
            <w:tcW w:w="464" w:type="pct"/>
            <w:tcBorders>
              <w:top w:val="nil"/>
              <w:left w:val="nil"/>
              <w:bottom w:val="nil"/>
              <w:right w:val="nil"/>
            </w:tcBorders>
            <w:shd w:val="clear" w:color="000000" w:fill="F2F2F2"/>
            <w:vAlign w:val="center"/>
            <w:hideMark/>
          </w:tcPr>
          <w:p w14:paraId="2E3EA60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bottom w:val="nil"/>
              <w:right w:val="nil"/>
            </w:tcBorders>
            <w:shd w:val="clear" w:color="000000" w:fill="FFFFFF"/>
            <w:vAlign w:val="center"/>
            <w:hideMark/>
          </w:tcPr>
          <w:p w14:paraId="347502B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0.52</w:t>
            </w:r>
          </w:p>
        </w:tc>
      </w:tr>
      <w:tr w:rsidR="00726DBE" w:rsidRPr="00693325" w14:paraId="709CD745" w14:textId="77777777" w:rsidTr="00841CFC">
        <w:trPr>
          <w:trHeight w:val="87"/>
        </w:trPr>
        <w:tc>
          <w:tcPr>
            <w:tcW w:w="898" w:type="pct"/>
            <w:tcBorders>
              <w:top w:val="nil"/>
              <w:left w:val="nil"/>
              <w:bottom w:val="nil"/>
              <w:right w:val="nil"/>
            </w:tcBorders>
            <w:shd w:val="clear" w:color="000000" w:fill="FFFFFF"/>
            <w:vAlign w:val="center"/>
            <w:hideMark/>
          </w:tcPr>
          <w:p w14:paraId="205B2EB5"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651B9FE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6FD366E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1C20301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19E0EF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6544FDA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22C4854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 (NA)</w:t>
            </w:r>
          </w:p>
        </w:tc>
        <w:tc>
          <w:tcPr>
            <w:tcW w:w="464" w:type="pct"/>
            <w:tcBorders>
              <w:top w:val="nil"/>
              <w:left w:val="nil"/>
              <w:bottom w:val="nil"/>
              <w:right w:val="nil"/>
            </w:tcBorders>
            <w:shd w:val="clear" w:color="000000" w:fill="F2F2F2"/>
            <w:vAlign w:val="center"/>
            <w:hideMark/>
          </w:tcPr>
          <w:p w14:paraId="6839CDC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 (NA)</w:t>
            </w:r>
          </w:p>
        </w:tc>
        <w:tc>
          <w:tcPr>
            <w:tcW w:w="462" w:type="pct"/>
            <w:tcBorders>
              <w:top w:val="nil"/>
              <w:left w:val="nil"/>
              <w:bottom w:val="nil"/>
              <w:right w:val="nil"/>
            </w:tcBorders>
            <w:shd w:val="clear" w:color="000000" w:fill="FFFFFF"/>
            <w:vAlign w:val="center"/>
            <w:hideMark/>
          </w:tcPr>
          <w:p w14:paraId="0C994FF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(1)</w:t>
            </w:r>
          </w:p>
        </w:tc>
      </w:tr>
      <w:tr w:rsidR="00726DBE" w:rsidRPr="00693325" w14:paraId="3B844254" w14:textId="77777777" w:rsidTr="00841CFC">
        <w:trPr>
          <w:trHeight w:val="87"/>
        </w:trPr>
        <w:tc>
          <w:tcPr>
            <w:tcW w:w="898" w:type="pct"/>
            <w:tcBorders>
              <w:top w:val="nil"/>
              <w:left w:val="nil"/>
              <w:bottom w:val="nil"/>
              <w:right w:val="nil"/>
            </w:tcBorders>
            <w:shd w:val="clear" w:color="000000" w:fill="FFFFFF"/>
            <w:vAlign w:val="center"/>
            <w:hideMark/>
          </w:tcPr>
          <w:p w14:paraId="4BFB6289"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Multicerebral infarct</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05FFEDF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1,540.08 (317.60; 4,500.78)</w:t>
            </w:r>
          </w:p>
        </w:tc>
        <w:tc>
          <w:tcPr>
            <w:tcW w:w="401" w:type="pct"/>
            <w:tcBorders>
              <w:top w:val="nil"/>
              <w:left w:val="nil"/>
              <w:bottom w:val="nil"/>
              <w:right w:val="nil"/>
            </w:tcBorders>
            <w:shd w:val="clear" w:color="000000" w:fill="F2F2F2"/>
            <w:vAlign w:val="center"/>
            <w:hideMark/>
          </w:tcPr>
          <w:p w14:paraId="465938E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68.75)</w:t>
            </w:r>
          </w:p>
        </w:tc>
        <w:tc>
          <w:tcPr>
            <w:tcW w:w="460" w:type="pct"/>
            <w:tcBorders>
              <w:top w:val="nil"/>
              <w:left w:val="nil"/>
              <w:bottom w:val="nil"/>
              <w:right w:val="nil"/>
            </w:tcBorders>
            <w:shd w:val="clear" w:color="000000" w:fill="F2F2F2"/>
            <w:vAlign w:val="center"/>
            <w:hideMark/>
          </w:tcPr>
          <w:p w14:paraId="67E7FE4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53.95 (11.13; 157.68)</w:t>
            </w:r>
          </w:p>
        </w:tc>
        <w:tc>
          <w:tcPr>
            <w:tcW w:w="754" w:type="pct"/>
            <w:tcBorders>
              <w:top w:val="nil"/>
              <w:left w:val="nil"/>
              <w:bottom w:val="nil"/>
              <w:right w:val="nil"/>
            </w:tcBorders>
            <w:shd w:val="clear" w:color="000000" w:fill="FFFFFF"/>
            <w:vAlign w:val="center"/>
            <w:hideMark/>
          </w:tcPr>
          <w:p w14:paraId="4A1200B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2FB35FE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351.89 (95.88; 900.98)</w:t>
            </w:r>
          </w:p>
        </w:tc>
        <w:tc>
          <w:tcPr>
            <w:tcW w:w="464" w:type="pct"/>
            <w:tcBorders>
              <w:top w:val="nil"/>
              <w:left w:val="nil"/>
              <w:bottom w:val="nil"/>
              <w:right w:val="nil"/>
            </w:tcBorders>
            <w:shd w:val="clear" w:color="000000" w:fill="F2F2F2"/>
            <w:vAlign w:val="center"/>
            <w:hideMark/>
          </w:tcPr>
          <w:p w14:paraId="0F72E37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9.83)</w:t>
            </w:r>
          </w:p>
        </w:tc>
        <w:tc>
          <w:tcPr>
            <w:tcW w:w="464" w:type="pct"/>
            <w:tcBorders>
              <w:top w:val="nil"/>
              <w:left w:val="nil"/>
              <w:bottom w:val="nil"/>
              <w:right w:val="nil"/>
            </w:tcBorders>
            <w:shd w:val="clear" w:color="000000" w:fill="F2F2F2"/>
            <w:vAlign w:val="center"/>
            <w:hideMark/>
          </w:tcPr>
          <w:p w14:paraId="458CBE5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10.35 (2.82; 26.49)</w:t>
            </w:r>
          </w:p>
        </w:tc>
        <w:tc>
          <w:tcPr>
            <w:tcW w:w="462" w:type="pct"/>
            <w:tcBorders>
              <w:top w:val="nil"/>
              <w:left w:val="nil"/>
              <w:bottom w:val="nil"/>
              <w:right w:val="nil"/>
            </w:tcBorders>
            <w:shd w:val="clear" w:color="000000" w:fill="FFFFFF"/>
            <w:vAlign w:val="center"/>
            <w:hideMark/>
          </w:tcPr>
          <w:p w14:paraId="4370053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0.78 (0.02; 4.37)</w:t>
            </w:r>
          </w:p>
        </w:tc>
      </w:tr>
      <w:tr w:rsidR="00726DBE" w:rsidRPr="00693325" w14:paraId="40D44045" w14:textId="77777777" w:rsidTr="00841CFC">
        <w:trPr>
          <w:trHeight w:val="87"/>
        </w:trPr>
        <w:tc>
          <w:tcPr>
            <w:tcW w:w="898" w:type="pct"/>
            <w:tcBorders>
              <w:top w:val="nil"/>
              <w:left w:val="nil"/>
              <w:bottom w:val="nil"/>
              <w:right w:val="nil"/>
            </w:tcBorders>
            <w:shd w:val="clear" w:color="000000" w:fill="FFFFFF"/>
            <w:vAlign w:val="center"/>
            <w:hideMark/>
          </w:tcPr>
          <w:p w14:paraId="5BF1715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58954AB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01" w:type="pct"/>
            <w:tcBorders>
              <w:top w:val="nil"/>
              <w:left w:val="nil"/>
              <w:bottom w:val="nil"/>
              <w:right w:val="nil"/>
            </w:tcBorders>
            <w:shd w:val="clear" w:color="000000" w:fill="F2F2F2"/>
            <w:vAlign w:val="center"/>
            <w:hideMark/>
          </w:tcPr>
          <w:p w14:paraId="725FB52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CB58A3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754" w:type="pct"/>
            <w:tcBorders>
              <w:top w:val="nil"/>
              <w:left w:val="nil"/>
              <w:bottom w:val="nil"/>
              <w:right w:val="nil"/>
            </w:tcBorders>
            <w:shd w:val="clear" w:color="000000" w:fill="FFFFFF"/>
            <w:vAlign w:val="center"/>
            <w:hideMark/>
          </w:tcPr>
          <w:p w14:paraId="3B84FD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77F96D6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4" w:type="pct"/>
            <w:tcBorders>
              <w:top w:val="nil"/>
              <w:left w:val="nil"/>
              <w:bottom w:val="nil"/>
              <w:right w:val="nil"/>
            </w:tcBorders>
            <w:shd w:val="clear" w:color="000000" w:fill="F2F2F2"/>
            <w:vAlign w:val="center"/>
            <w:hideMark/>
          </w:tcPr>
          <w:p w14:paraId="36E7936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6D0E1DF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2" w:type="pct"/>
            <w:tcBorders>
              <w:top w:val="nil"/>
              <w:left w:val="nil"/>
              <w:bottom w:val="nil"/>
              <w:right w:val="nil"/>
            </w:tcBorders>
            <w:shd w:val="clear" w:color="000000" w:fill="FFFFFF"/>
            <w:vAlign w:val="center"/>
            <w:hideMark/>
          </w:tcPr>
          <w:p w14:paraId="51A1A21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r>
      <w:tr w:rsidR="00726DBE" w:rsidRPr="00693325" w14:paraId="16A71839" w14:textId="77777777" w:rsidTr="00841CFC">
        <w:trPr>
          <w:trHeight w:val="87"/>
        </w:trPr>
        <w:tc>
          <w:tcPr>
            <w:tcW w:w="898" w:type="pct"/>
            <w:tcBorders>
              <w:top w:val="nil"/>
              <w:left w:val="nil"/>
              <w:bottom w:val="nil"/>
              <w:right w:val="nil"/>
            </w:tcBorders>
            <w:shd w:val="clear" w:color="000000" w:fill="FFFFFF"/>
            <w:vAlign w:val="center"/>
            <w:hideMark/>
          </w:tcPr>
          <w:p w14:paraId="29B270D5"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3D9F661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14.29</w:t>
            </w:r>
          </w:p>
        </w:tc>
        <w:tc>
          <w:tcPr>
            <w:tcW w:w="401" w:type="pct"/>
            <w:tcBorders>
              <w:top w:val="nil"/>
              <w:left w:val="nil"/>
              <w:bottom w:val="nil"/>
              <w:right w:val="nil"/>
            </w:tcBorders>
            <w:shd w:val="clear" w:color="000000" w:fill="F2F2F2"/>
            <w:vAlign w:val="center"/>
            <w:hideMark/>
          </w:tcPr>
          <w:p w14:paraId="271C112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7ACA5FE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14.29</w:t>
            </w:r>
          </w:p>
        </w:tc>
        <w:tc>
          <w:tcPr>
            <w:tcW w:w="754" w:type="pct"/>
            <w:tcBorders>
              <w:top w:val="nil"/>
              <w:left w:val="nil"/>
              <w:bottom w:val="nil"/>
              <w:right w:val="nil"/>
            </w:tcBorders>
            <w:shd w:val="clear" w:color="000000" w:fill="FFFFFF"/>
            <w:vAlign w:val="center"/>
            <w:hideMark/>
          </w:tcPr>
          <w:p w14:paraId="40CEFCB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5FC2990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3.54</w:t>
            </w:r>
          </w:p>
        </w:tc>
        <w:tc>
          <w:tcPr>
            <w:tcW w:w="464" w:type="pct"/>
            <w:tcBorders>
              <w:top w:val="nil"/>
              <w:left w:val="nil"/>
              <w:bottom w:val="nil"/>
              <w:right w:val="nil"/>
            </w:tcBorders>
            <w:shd w:val="clear" w:color="000000" w:fill="F2F2F2"/>
            <w:vAlign w:val="center"/>
            <w:hideMark/>
          </w:tcPr>
          <w:p w14:paraId="47758E7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3E82F4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3.54</w:t>
            </w:r>
          </w:p>
        </w:tc>
        <w:tc>
          <w:tcPr>
            <w:tcW w:w="462" w:type="pct"/>
            <w:tcBorders>
              <w:top w:val="nil"/>
              <w:left w:val="nil"/>
              <w:bottom w:val="nil"/>
              <w:right w:val="nil"/>
            </w:tcBorders>
            <w:shd w:val="clear" w:color="000000" w:fill="FFFFFF"/>
            <w:vAlign w:val="center"/>
            <w:hideMark/>
          </w:tcPr>
          <w:p w14:paraId="7D6B40E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0.17</w:t>
            </w:r>
          </w:p>
        </w:tc>
      </w:tr>
      <w:tr w:rsidR="00726DBE" w:rsidRPr="00693325" w14:paraId="1EDE82AA" w14:textId="77777777" w:rsidTr="00841CFC">
        <w:trPr>
          <w:trHeight w:val="87"/>
        </w:trPr>
        <w:tc>
          <w:tcPr>
            <w:tcW w:w="898" w:type="pct"/>
            <w:tcBorders>
              <w:top w:val="nil"/>
              <w:left w:val="nil"/>
              <w:bottom w:val="nil"/>
              <w:right w:val="nil"/>
            </w:tcBorders>
            <w:shd w:val="clear" w:color="000000" w:fill="FFFFFF"/>
            <w:vAlign w:val="center"/>
            <w:hideMark/>
          </w:tcPr>
          <w:p w14:paraId="2358FEE0"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2836ABB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51,740 (50,278)</w:t>
            </w:r>
          </w:p>
        </w:tc>
        <w:tc>
          <w:tcPr>
            <w:tcW w:w="401" w:type="pct"/>
            <w:tcBorders>
              <w:top w:val="nil"/>
              <w:left w:val="nil"/>
              <w:bottom w:val="nil"/>
              <w:right w:val="nil"/>
            </w:tcBorders>
            <w:shd w:val="clear" w:color="000000" w:fill="F2F2F2"/>
            <w:vAlign w:val="center"/>
            <w:hideMark/>
          </w:tcPr>
          <w:p w14:paraId="5467861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22901A0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6,758 (8,974)</w:t>
            </w:r>
          </w:p>
        </w:tc>
        <w:tc>
          <w:tcPr>
            <w:tcW w:w="754" w:type="pct"/>
            <w:tcBorders>
              <w:top w:val="nil"/>
              <w:left w:val="nil"/>
              <w:bottom w:val="nil"/>
              <w:right w:val="nil"/>
            </w:tcBorders>
            <w:shd w:val="clear" w:color="000000" w:fill="FFFFFF"/>
            <w:vAlign w:val="center"/>
            <w:hideMark/>
          </w:tcPr>
          <w:p w14:paraId="0D43CAE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7CCAB3A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2,034 (2,621)</w:t>
            </w:r>
          </w:p>
        </w:tc>
        <w:tc>
          <w:tcPr>
            <w:tcW w:w="464" w:type="pct"/>
            <w:tcBorders>
              <w:top w:val="nil"/>
              <w:left w:val="nil"/>
              <w:bottom w:val="nil"/>
              <w:right w:val="nil"/>
            </w:tcBorders>
            <w:shd w:val="clear" w:color="000000" w:fill="F2F2F2"/>
            <w:vAlign w:val="center"/>
            <w:hideMark/>
          </w:tcPr>
          <w:p w14:paraId="075B54C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55CF3B6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719 (1,218)</w:t>
            </w:r>
          </w:p>
        </w:tc>
        <w:tc>
          <w:tcPr>
            <w:tcW w:w="462" w:type="pct"/>
            <w:tcBorders>
              <w:top w:val="nil"/>
              <w:left w:val="nil"/>
              <w:bottom w:val="nil"/>
              <w:right w:val="nil"/>
            </w:tcBorders>
            <w:shd w:val="clear" w:color="000000" w:fill="FFFFFF"/>
            <w:vAlign w:val="center"/>
            <w:hideMark/>
          </w:tcPr>
          <w:p w14:paraId="0A27406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359 (NA)</w:t>
            </w:r>
          </w:p>
        </w:tc>
      </w:tr>
      <w:tr w:rsidR="00726DBE" w:rsidRPr="00693325" w14:paraId="75BF844F" w14:textId="77777777" w:rsidTr="00841CFC">
        <w:trPr>
          <w:trHeight w:val="87"/>
        </w:trPr>
        <w:tc>
          <w:tcPr>
            <w:tcW w:w="898" w:type="pct"/>
            <w:tcBorders>
              <w:top w:val="nil"/>
              <w:left w:val="nil"/>
              <w:bottom w:val="nil"/>
              <w:right w:val="nil"/>
            </w:tcBorders>
            <w:shd w:val="clear" w:color="000000" w:fill="FFFFFF"/>
            <w:vAlign w:val="center"/>
            <w:hideMark/>
          </w:tcPr>
          <w:p w14:paraId="59478607"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Radiculopathy</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27EDA55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62EBE80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0F31E31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07E27F5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173C021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74295C9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9.27)</w:t>
            </w:r>
          </w:p>
        </w:tc>
        <w:tc>
          <w:tcPr>
            <w:tcW w:w="464" w:type="pct"/>
            <w:tcBorders>
              <w:top w:val="nil"/>
              <w:left w:val="nil"/>
              <w:bottom w:val="nil"/>
              <w:right w:val="nil"/>
            </w:tcBorders>
            <w:shd w:val="clear" w:color="000000" w:fill="F2F2F2"/>
            <w:vAlign w:val="center"/>
            <w:hideMark/>
          </w:tcPr>
          <w:p w14:paraId="71D1C8B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9.00)</w:t>
            </w:r>
          </w:p>
        </w:tc>
        <w:tc>
          <w:tcPr>
            <w:tcW w:w="462" w:type="pct"/>
            <w:tcBorders>
              <w:top w:val="nil"/>
              <w:left w:val="nil"/>
              <w:bottom w:val="nil"/>
              <w:right w:val="nil"/>
            </w:tcBorders>
            <w:shd w:val="clear" w:color="000000" w:fill="FFFFFF"/>
            <w:vAlign w:val="center"/>
            <w:hideMark/>
          </w:tcPr>
          <w:p w14:paraId="180E402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7383BE92" w14:textId="77777777" w:rsidTr="00841CFC">
        <w:trPr>
          <w:trHeight w:val="87"/>
        </w:trPr>
        <w:tc>
          <w:tcPr>
            <w:tcW w:w="898" w:type="pct"/>
            <w:tcBorders>
              <w:top w:val="nil"/>
              <w:left w:val="nil"/>
              <w:bottom w:val="nil"/>
              <w:right w:val="nil"/>
            </w:tcBorders>
            <w:shd w:val="clear" w:color="000000" w:fill="FFFFFF"/>
            <w:vAlign w:val="center"/>
            <w:hideMark/>
          </w:tcPr>
          <w:p w14:paraId="4F43C5B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76057AA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4B3F9C8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6264E00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52F439F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7E60EAD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671DE45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0CEAEB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1411375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6AD481DF" w14:textId="77777777" w:rsidTr="00841CFC">
        <w:trPr>
          <w:trHeight w:val="87"/>
        </w:trPr>
        <w:tc>
          <w:tcPr>
            <w:tcW w:w="898" w:type="pct"/>
            <w:tcBorders>
              <w:top w:val="nil"/>
              <w:left w:val="nil"/>
              <w:bottom w:val="nil"/>
              <w:right w:val="nil"/>
            </w:tcBorders>
            <w:shd w:val="clear" w:color="000000" w:fill="FFFFFF"/>
            <w:vAlign w:val="center"/>
            <w:hideMark/>
          </w:tcPr>
          <w:p w14:paraId="2032C97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57676AA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3572E6F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1412DC2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3294C93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10F919C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F5EC15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12CA6A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1901883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4CF9EFB7" w14:textId="77777777" w:rsidTr="00841CFC">
        <w:trPr>
          <w:trHeight w:val="87"/>
        </w:trPr>
        <w:tc>
          <w:tcPr>
            <w:tcW w:w="898" w:type="pct"/>
            <w:tcBorders>
              <w:top w:val="nil"/>
              <w:left w:val="nil"/>
              <w:bottom w:val="nil"/>
              <w:right w:val="nil"/>
            </w:tcBorders>
            <w:shd w:val="clear" w:color="000000" w:fill="FFFFFF"/>
            <w:vAlign w:val="center"/>
            <w:hideMark/>
          </w:tcPr>
          <w:p w14:paraId="75872F8F"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5E38825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38ED84D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0B0E3D9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3C5EA67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162636A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530B2FF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6F3C9A6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2" w:type="pct"/>
            <w:tcBorders>
              <w:top w:val="nil"/>
              <w:left w:val="nil"/>
              <w:bottom w:val="nil"/>
              <w:right w:val="nil"/>
            </w:tcBorders>
            <w:shd w:val="clear" w:color="000000" w:fill="FFFFFF"/>
            <w:vAlign w:val="center"/>
            <w:hideMark/>
          </w:tcPr>
          <w:p w14:paraId="02FD5D8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00578FD2" w14:textId="77777777" w:rsidTr="00841CFC">
        <w:trPr>
          <w:trHeight w:val="87"/>
        </w:trPr>
        <w:tc>
          <w:tcPr>
            <w:tcW w:w="898" w:type="pct"/>
            <w:tcBorders>
              <w:top w:val="nil"/>
              <w:left w:val="nil"/>
              <w:bottom w:val="nil"/>
              <w:right w:val="nil"/>
            </w:tcBorders>
            <w:shd w:val="clear" w:color="000000" w:fill="FFFFFF"/>
            <w:vAlign w:val="center"/>
            <w:hideMark/>
          </w:tcPr>
          <w:p w14:paraId="2B6E19FF"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Seizures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39E8264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1,512.43 (311.90; 4,419.97)</w:t>
            </w:r>
          </w:p>
        </w:tc>
        <w:tc>
          <w:tcPr>
            <w:tcW w:w="401" w:type="pct"/>
            <w:tcBorders>
              <w:top w:val="nil"/>
              <w:left w:val="nil"/>
              <w:bottom w:val="nil"/>
              <w:right w:val="nil"/>
            </w:tcBorders>
            <w:shd w:val="clear" w:color="000000" w:fill="F2F2F2"/>
            <w:vAlign w:val="center"/>
            <w:hideMark/>
          </w:tcPr>
          <w:p w14:paraId="1A12299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71.14)</w:t>
            </w:r>
          </w:p>
        </w:tc>
        <w:tc>
          <w:tcPr>
            <w:tcW w:w="460" w:type="pct"/>
            <w:tcBorders>
              <w:top w:val="nil"/>
              <w:left w:val="nil"/>
              <w:bottom w:val="nil"/>
              <w:right w:val="nil"/>
            </w:tcBorders>
            <w:shd w:val="clear" w:color="000000" w:fill="F2F2F2"/>
            <w:vAlign w:val="center"/>
            <w:hideMark/>
          </w:tcPr>
          <w:p w14:paraId="45D1987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55.73 (11.49; 162.85)</w:t>
            </w:r>
          </w:p>
        </w:tc>
        <w:tc>
          <w:tcPr>
            <w:tcW w:w="754" w:type="pct"/>
            <w:tcBorders>
              <w:top w:val="nil"/>
              <w:left w:val="nil"/>
              <w:bottom w:val="nil"/>
              <w:right w:val="nil"/>
            </w:tcBorders>
            <w:shd w:val="clear" w:color="000000" w:fill="FFFFFF"/>
            <w:vAlign w:val="center"/>
            <w:hideMark/>
          </w:tcPr>
          <w:p w14:paraId="14D2B93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3.20 (0.08; 17.85)</w:t>
            </w:r>
          </w:p>
        </w:tc>
        <w:tc>
          <w:tcPr>
            <w:tcW w:w="535" w:type="pct"/>
            <w:tcBorders>
              <w:top w:val="nil"/>
              <w:left w:val="nil"/>
              <w:bottom w:val="nil"/>
              <w:right w:val="nil"/>
            </w:tcBorders>
            <w:shd w:val="clear" w:color="000000" w:fill="F2F2F2"/>
            <w:vAlign w:val="center"/>
            <w:hideMark/>
          </w:tcPr>
          <w:p w14:paraId="73183E5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172.86 (20.93; 624.44)</w:t>
            </w:r>
          </w:p>
        </w:tc>
        <w:tc>
          <w:tcPr>
            <w:tcW w:w="464" w:type="pct"/>
            <w:tcBorders>
              <w:top w:val="nil"/>
              <w:left w:val="nil"/>
              <w:bottom w:val="nil"/>
              <w:right w:val="nil"/>
            </w:tcBorders>
            <w:shd w:val="clear" w:color="000000" w:fill="F2F2F2"/>
            <w:vAlign w:val="center"/>
            <w:hideMark/>
          </w:tcPr>
          <w:p w14:paraId="041D1EE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10.55 (2.87; 27.01)</w:t>
            </w:r>
          </w:p>
        </w:tc>
        <w:tc>
          <w:tcPr>
            <w:tcW w:w="464" w:type="pct"/>
            <w:tcBorders>
              <w:top w:val="nil"/>
              <w:left w:val="nil"/>
              <w:bottom w:val="nil"/>
              <w:right w:val="nil"/>
            </w:tcBorders>
            <w:shd w:val="clear" w:color="000000" w:fill="F2F2F2"/>
            <w:vAlign w:val="center"/>
            <w:hideMark/>
          </w:tcPr>
          <w:p w14:paraId="6C3812E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15.35 (5.63; 33.42)</w:t>
            </w:r>
          </w:p>
        </w:tc>
        <w:tc>
          <w:tcPr>
            <w:tcW w:w="462" w:type="pct"/>
            <w:tcBorders>
              <w:top w:val="nil"/>
              <w:left w:val="nil"/>
              <w:bottom w:val="nil"/>
              <w:right w:val="nil"/>
            </w:tcBorders>
            <w:shd w:val="clear" w:color="000000" w:fill="FFFFFF"/>
            <w:vAlign w:val="center"/>
            <w:hideMark/>
          </w:tcPr>
          <w:p w14:paraId="3E3B347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1.57 (0.19; 5.69)</w:t>
            </w:r>
          </w:p>
        </w:tc>
      </w:tr>
      <w:tr w:rsidR="00726DBE" w:rsidRPr="00693325" w14:paraId="4250BB68" w14:textId="77777777" w:rsidTr="00841CFC">
        <w:trPr>
          <w:trHeight w:val="87"/>
        </w:trPr>
        <w:tc>
          <w:tcPr>
            <w:tcW w:w="898" w:type="pct"/>
            <w:tcBorders>
              <w:top w:val="nil"/>
              <w:left w:val="nil"/>
              <w:bottom w:val="nil"/>
              <w:right w:val="nil"/>
            </w:tcBorders>
            <w:shd w:val="clear" w:color="000000" w:fill="FFFFFF"/>
            <w:vAlign w:val="center"/>
            <w:hideMark/>
          </w:tcPr>
          <w:p w14:paraId="3A352AAE"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24B3225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01" w:type="pct"/>
            <w:tcBorders>
              <w:top w:val="nil"/>
              <w:left w:val="nil"/>
              <w:bottom w:val="nil"/>
              <w:right w:val="nil"/>
            </w:tcBorders>
            <w:shd w:val="clear" w:color="000000" w:fill="F2F2F2"/>
            <w:vAlign w:val="center"/>
            <w:hideMark/>
          </w:tcPr>
          <w:p w14:paraId="07383BC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1359ACD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754" w:type="pct"/>
            <w:tcBorders>
              <w:top w:val="nil"/>
              <w:left w:val="nil"/>
              <w:bottom w:val="nil"/>
              <w:right w:val="nil"/>
            </w:tcBorders>
            <w:shd w:val="clear" w:color="000000" w:fill="FFFFFF"/>
            <w:vAlign w:val="center"/>
            <w:hideMark/>
          </w:tcPr>
          <w:p w14:paraId="7248776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535" w:type="pct"/>
            <w:tcBorders>
              <w:top w:val="nil"/>
              <w:left w:val="nil"/>
              <w:bottom w:val="nil"/>
              <w:right w:val="nil"/>
            </w:tcBorders>
            <w:shd w:val="clear" w:color="000000" w:fill="F2F2F2"/>
            <w:vAlign w:val="center"/>
            <w:hideMark/>
          </w:tcPr>
          <w:p w14:paraId="6119158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4" w:type="pct"/>
            <w:tcBorders>
              <w:top w:val="nil"/>
              <w:left w:val="nil"/>
              <w:bottom w:val="nil"/>
              <w:right w:val="nil"/>
            </w:tcBorders>
            <w:shd w:val="clear" w:color="000000" w:fill="F2F2F2"/>
            <w:vAlign w:val="center"/>
            <w:hideMark/>
          </w:tcPr>
          <w:p w14:paraId="1A5B28D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4" w:type="pct"/>
            <w:tcBorders>
              <w:top w:val="nil"/>
              <w:left w:val="nil"/>
              <w:bottom w:val="nil"/>
              <w:right w:val="nil"/>
            </w:tcBorders>
            <w:shd w:val="clear" w:color="000000" w:fill="F2F2F2"/>
            <w:vAlign w:val="center"/>
            <w:hideMark/>
          </w:tcPr>
          <w:p w14:paraId="363BA42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w:t>
            </w:r>
          </w:p>
        </w:tc>
        <w:tc>
          <w:tcPr>
            <w:tcW w:w="462" w:type="pct"/>
            <w:tcBorders>
              <w:top w:val="nil"/>
              <w:left w:val="nil"/>
              <w:bottom w:val="nil"/>
              <w:right w:val="nil"/>
            </w:tcBorders>
            <w:shd w:val="clear" w:color="000000" w:fill="FFFFFF"/>
            <w:vAlign w:val="center"/>
            <w:hideMark/>
          </w:tcPr>
          <w:p w14:paraId="2915BF1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r>
      <w:tr w:rsidR="00726DBE" w:rsidRPr="00693325" w14:paraId="2ED8628F" w14:textId="77777777" w:rsidTr="00841CFC">
        <w:trPr>
          <w:trHeight w:val="87"/>
        </w:trPr>
        <w:tc>
          <w:tcPr>
            <w:tcW w:w="898" w:type="pct"/>
            <w:tcBorders>
              <w:top w:val="nil"/>
              <w:left w:val="nil"/>
              <w:bottom w:val="nil"/>
              <w:right w:val="nil"/>
            </w:tcBorders>
            <w:shd w:val="clear" w:color="000000" w:fill="FFFFFF"/>
            <w:vAlign w:val="center"/>
            <w:hideMark/>
          </w:tcPr>
          <w:p w14:paraId="2E326DC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5FA9714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14.29</w:t>
            </w:r>
          </w:p>
        </w:tc>
        <w:tc>
          <w:tcPr>
            <w:tcW w:w="401" w:type="pct"/>
            <w:tcBorders>
              <w:top w:val="nil"/>
              <w:left w:val="nil"/>
              <w:bottom w:val="nil"/>
              <w:right w:val="nil"/>
            </w:tcBorders>
            <w:shd w:val="clear" w:color="000000" w:fill="F2F2F2"/>
            <w:vAlign w:val="center"/>
            <w:hideMark/>
          </w:tcPr>
          <w:p w14:paraId="026CC8A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225995A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14.29</w:t>
            </w:r>
          </w:p>
        </w:tc>
        <w:tc>
          <w:tcPr>
            <w:tcW w:w="754" w:type="pct"/>
            <w:tcBorders>
              <w:top w:val="nil"/>
              <w:left w:val="nil"/>
              <w:bottom w:val="nil"/>
              <w:right w:val="nil"/>
            </w:tcBorders>
            <w:shd w:val="clear" w:color="000000" w:fill="FFFFFF"/>
            <w:vAlign w:val="center"/>
            <w:hideMark/>
          </w:tcPr>
          <w:p w14:paraId="61CF780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0.95</w:t>
            </w:r>
          </w:p>
        </w:tc>
        <w:tc>
          <w:tcPr>
            <w:tcW w:w="535" w:type="pct"/>
            <w:tcBorders>
              <w:top w:val="nil"/>
              <w:left w:val="nil"/>
              <w:bottom w:val="nil"/>
              <w:right w:val="nil"/>
            </w:tcBorders>
            <w:shd w:val="clear" w:color="000000" w:fill="F2F2F2"/>
            <w:vAlign w:val="center"/>
            <w:hideMark/>
          </w:tcPr>
          <w:p w14:paraId="6F3D344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1.75</w:t>
            </w:r>
          </w:p>
        </w:tc>
        <w:tc>
          <w:tcPr>
            <w:tcW w:w="464" w:type="pct"/>
            <w:tcBorders>
              <w:top w:val="nil"/>
              <w:left w:val="nil"/>
              <w:bottom w:val="nil"/>
              <w:right w:val="nil"/>
            </w:tcBorders>
            <w:shd w:val="clear" w:color="000000" w:fill="F2F2F2"/>
            <w:vAlign w:val="center"/>
            <w:hideMark/>
          </w:tcPr>
          <w:p w14:paraId="1A0C8D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3.77</w:t>
            </w:r>
          </w:p>
        </w:tc>
        <w:tc>
          <w:tcPr>
            <w:tcW w:w="464" w:type="pct"/>
            <w:tcBorders>
              <w:top w:val="nil"/>
              <w:left w:val="nil"/>
              <w:bottom w:val="nil"/>
              <w:right w:val="nil"/>
            </w:tcBorders>
            <w:shd w:val="clear" w:color="000000" w:fill="F2F2F2"/>
            <w:vAlign w:val="center"/>
            <w:hideMark/>
          </w:tcPr>
          <w:p w14:paraId="6E94707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5.26</w:t>
            </w:r>
          </w:p>
        </w:tc>
        <w:tc>
          <w:tcPr>
            <w:tcW w:w="462" w:type="pct"/>
            <w:tcBorders>
              <w:top w:val="nil"/>
              <w:left w:val="nil"/>
              <w:bottom w:val="nil"/>
              <w:right w:val="nil"/>
            </w:tcBorders>
            <w:shd w:val="clear" w:color="000000" w:fill="FFFFFF"/>
            <w:vAlign w:val="center"/>
            <w:hideMark/>
          </w:tcPr>
          <w:p w14:paraId="4FACAF9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0.35</w:t>
            </w:r>
          </w:p>
        </w:tc>
      </w:tr>
      <w:tr w:rsidR="00726DBE" w:rsidRPr="00693325" w14:paraId="3D3BC4F8" w14:textId="77777777" w:rsidTr="00841CFC">
        <w:trPr>
          <w:trHeight w:val="87"/>
        </w:trPr>
        <w:tc>
          <w:tcPr>
            <w:tcW w:w="898" w:type="pct"/>
            <w:tcBorders>
              <w:top w:val="nil"/>
              <w:left w:val="nil"/>
              <w:bottom w:val="nil"/>
              <w:right w:val="nil"/>
            </w:tcBorders>
            <w:shd w:val="clear" w:color="000000" w:fill="FFFFFF"/>
            <w:vAlign w:val="center"/>
            <w:hideMark/>
          </w:tcPr>
          <w:p w14:paraId="3E49DEB7"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32F1F95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5,005 (7,188)</w:t>
            </w:r>
          </w:p>
        </w:tc>
        <w:tc>
          <w:tcPr>
            <w:tcW w:w="401" w:type="pct"/>
            <w:tcBorders>
              <w:top w:val="nil"/>
              <w:left w:val="nil"/>
              <w:bottom w:val="nil"/>
              <w:right w:val="nil"/>
            </w:tcBorders>
            <w:shd w:val="clear" w:color="000000" w:fill="F2F2F2"/>
            <w:vAlign w:val="center"/>
            <w:hideMark/>
          </w:tcPr>
          <w:p w14:paraId="07F800F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50499C3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404 (301)</w:t>
            </w:r>
          </w:p>
        </w:tc>
        <w:tc>
          <w:tcPr>
            <w:tcW w:w="754" w:type="pct"/>
            <w:tcBorders>
              <w:top w:val="nil"/>
              <w:left w:val="nil"/>
              <w:bottom w:val="nil"/>
              <w:right w:val="nil"/>
            </w:tcBorders>
            <w:shd w:val="clear" w:color="000000" w:fill="FFFFFF"/>
            <w:vAlign w:val="center"/>
            <w:hideMark/>
          </w:tcPr>
          <w:p w14:paraId="32FB6C7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 (NA)</w:t>
            </w:r>
          </w:p>
        </w:tc>
        <w:tc>
          <w:tcPr>
            <w:tcW w:w="535" w:type="pct"/>
            <w:tcBorders>
              <w:top w:val="nil"/>
              <w:left w:val="nil"/>
              <w:bottom w:val="nil"/>
              <w:right w:val="nil"/>
            </w:tcBorders>
            <w:shd w:val="clear" w:color="000000" w:fill="F2F2F2"/>
            <w:vAlign w:val="center"/>
            <w:hideMark/>
          </w:tcPr>
          <w:p w14:paraId="727D9DD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4,794 (6,539)</w:t>
            </w:r>
          </w:p>
        </w:tc>
        <w:tc>
          <w:tcPr>
            <w:tcW w:w="464" w:type="pct"/>
            <w:tcBorders>
              <w:top w:val="nil"/>
              <w:left w:val="nil"/>
              <w:bottom w:val="nil"/>
              <w:right w:val="nil"/>
            </w:tcBorders>
            <w:shd w:val="clear" w:color="000000" w:fill="F2F2F2"/>
            <w:vAlign w:val="center"/>
            <w:hideMark/>
          </w:tcPr>
          <w:p w14:paraId="581D6EA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116 (195)</w:t>
            </w:r>
          </w:p>
        </w:tc>
        <w:tc>
          <w:tcPr>
            <w:tcW w:w="464" w:type="pct"/>
            <w:tcBorders>
              <w:top w:val="nil"/>
              <w:left w:val="nil"/>
              <w:bottom w:val="nil"/>
              <w:right w:val="nil"/>
            </w:tcBorders>
            <w:shd w:val="clear" w:color="000000" w:fill="F2F2F2"/>
            <w:vAlign w:val="center"/>
            <w:hideMark/>
          </w:tcPr>
          <w:p w14:paraId="7C2A572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97 (130)</w:t>
            </w:r>
          </w:p>
        </w:tc>
        <w:tc>
          <w:tcPr>
            <w:tcW w:w="462" w:type="pct"/>
            <w:tcBorders>
              <w:top w:val="nil"/>
              <w:left w:val="nil"/>
              <w:bottom w:val="nil"/>
              <w:right w:val="nil"/>
            </w:tcBorders>
            <w:shd w:val="clear" w:color="000000" w:fill="FFFFFF"/>
            <w:vAlign w:val="center"/>
            <w:hideMark/>
          </w:tcPr>
          <w:p w14:paraId="7F5D66C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(1)</w:t>
            </w:r>
          </w:p>
        </w:tc>
      </w:tr>
      <w:tr w:rsidR="00726DBE" w:rsidRPr="00693325" w14:paraId="01DB2376" w14:textId="77777777" w:rsidTr="00841CFC">
        <w:trPr>
          <w:trHeight w:val="87"/>
        </w:trPr>
        <w:tc>
          <w:tcPr>
            <w:tcW w:w="898" w:type="pct"/>
            <w:tcBorders>
              <w:top w:val="nil"/>
              <w:left w:val="nil"/>
              <w:bottom w:val="nil"/>
              <w:right w:val="nil"/>
            </w:tcBorders>
            <w:shd w:val="clear" w:color="000000" w:fill="FFFFFF"/>
            <w:vAlign w:val="center"/>
            <w:hideMark/>
          </w:tcPr>
          <w:p w14:paraId="39002341"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lastRenderedPageBreak/>
              <w:t>Severe brain damage</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5555413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1,425.78 (294.03; 4,166.74)</w:t>
            </w:r>
          </w:p>
        </w:tc>
        <w:tc>
          <w:tcPr>
            <w:tcW w:w="401" w:type="pct"/>
            <w:tcBorders>
              <w:top w:val="nil"/>
              <w:left w:val="nil"/>
              <w:bottom w:val="nil"/>
              <w:right w:val="nil"/>
            </w:tcBorders>
            <w:shd w:val="clear" w:color="000000" w:fill="F2F2F2"/>
            <w:vAlign w:val="center"/>
            <w:hideMark/>
          </w:tcPr>
          <w:p w14:paraId="42B2C0B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70.72)</w:t>
            </w:r>
          </w:p>
        </w:tc>
        <w:tc>
          <w:tcPr>
            <w:tcW w:w="460" w:type="pct"/>
            <w:tcBorders>
              <w:top w:val="nil"/>
              <w:left w:val="nil"/>
              <w:bottom w:val="nil"/>
              <w:right w:val="nil"/>
            </w:tcBorders>
            <w:shd w:val="clear" w:color="000000" w:fill="F2F2F2"/>
            <w:vAlign w:val="center"/>
            <w:hideMark/>
          </w:tcPr>
          <w:p w14:paraId="5E97934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55.28 (11.40; 161.56)</w:t>
            </w:r>
          </w:p>
        </w:tc>
        <w:tc>
          <w:tcPr>
            <w:tcW w:w="754" w:type="pct"/>
            <w:tcBorders>
              <w:top w:val="nil"/>
              <w:left w:val="nil"/>
              <w:bottom w:val="nil"/>
              <w:right w:val="nil"/>
            </w:tcBorders>
            <w:shd w:val="clear" w:color="000000" w:fill="FFFFFF"/>
            <w:vAlign w:val="center"/>
            <w:hideMark/>
          </w:tcPr>
          <w:p w14:paraId="77FAEFF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6.31 (0.76; 22.79)</w:t>
            </w:r>
          </w:p>
        </w:tc>
        <w:tc>
          <w:tcPr>
            <w:tcW w:w="535" w:type="pct"/>
            <w:tcBorders>
              <w:top w:val="nil"/>
              <w:left w:val="nil"/>
              <w:bottom w:val="nil"/>
              <w:right w:val="nil"/>
            </w:tcBorders>
            <w:shd w:val="clear" w:color="000000" w:fill="F2F2F2"/>
            <w:vAlign w:val="center"/>
            <w:hideMark/>
          </w:tcPr>
          <w:p w14:paraId="70D51F1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544.91 (199.97; 1,186.04)</w:t>
            </w:r>
          </w:p>
        </w:tc>
        <w:tc>
          <w:tcPr>
            <w:tcW w:w="464" w:type="pct"/>
            <w:tcBorders>
              <w:top w:val="nil"/>
              <w:left w:val="nil"/>
              <w:bottom w:val="nil"/>
              <w:right w:val="nil"/>
            </w:tcBorders>
            <w:shd w:val="clear" w:color="000000" w:fill="F2F2F2"/>
            <w:vAlign w:val="center"/>
            <w:hideMark/>
          </w:tcPr>
          <w:p w14:paraId="3B16841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5.57 (0.68; 20.14)</w:t>
            </w:r>
          </w:p>
        </w:tc>
        <w:tc>
          <w:tcPr>
            <w:tcW w:w="464" w:type="pct"/>
            <w:tcBorders>
              <w:top w:val="nil"/>
              <w:left w:val="nil"/>
              <w:bottom w:val="nil"/>
              <w:right w:val="nil"/>
            </w:tcBorders>
            <w:shd w:val="clear" w:color="000000" w:fill="F2F2F2"/>
            <w:vAlign w:val="center"/>
            <w:hideMark/>
          </w:tcPr>
          <w:p w14:paraId="69D6D60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21.63 (9.34; 42.63)</w:t>
            </w:r>
          </w:p>
        </w:tc>
        <w:tc>
          <w:tcPr>
            <w:tcW w:w="462" w:type="pct"/>
            <w:tcBorders>
              <w:top w:val="nil"/>
              <w:left w:val="nil"/>
              <w:bottom w:val="nil"/>
              <w:right w:val="nil"/>
            </w:tcBorders>
            <w:shd w:val="clear" w:color="000000" w:fill="FFFFFF"/>
            <w:vAlign w:val="center"/>
            <w:hideMark/>
          </w:tcPr>
          <w:p w14:paraId="71DE8D2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2.37 (0.49; 6.92)</w:t>
            </w:r>
          </w:p>
        </w:tc>
      </w:tr>
      <w:tr w:rsidR="00726DBE" w:rsidRPr="00693325" w14:paraId="25A3E457" w14:textId="77777777" w:rsidTr="00841CFC">
        <w:trPr>
          <w:trHeight w:val="87"/>
        </w:trPr>
        <w:tc>
          <w:tcPr>
            <w:tcW w:w="898" w:type="pct"/>
            <w:tcBorders>
              <w:top w:val="nil"/>
              <w:left w:val="nil"/>
              <w:bottom w:val="nil"/>
              <w:right w:val="nil"/>
            </w:tcBorders>
            <w:shd w:val="clear" w:color="000000" w:fill="FFFFFF"/>
            <w:vAlign w:val="center"/>
            <w:hideMark/>
          </w:tcPr>
          <w:p w14:paraId="4EEC222F"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53E847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01" w:type="pct"/>
            <w:tcBorders>
              <w:top w:val="nil"/>
              <w:left w:val="nil"/>
              <w:bottom w:val="nil"/>
              <w:right w:val="nil"/>
            </w:tcBorders>
            <w:shd w:val="clear" w:color="000000" w:fill="F2F2F2"/>
            <w:vAlign w:val="center"/>
            <w:hideMark/>
          </w:tcPr>
          <w:p w14:paraId="1107511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60BDEA8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754" w:type="pct"/>
            <w:tcBorders>
              <w:top w:val="nil"/>
              <w:left w:val="nil"/>
              <w:bottom w:val="nil"/>
              <w:right w:val="nil"/>
            </w:tcBorders>
            <w:shd w:val="clear" w:color="000000" w:fill="FFFFFF"/>
            <w:vAlign w:val="center"/>
            <w:hideMark/>
          </w:tcPr>
          <w:p w14:paraId="70DBA98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535" w:type="pct"/>
            <w:tcBorders>
              <w:top w:val="nil"/>
              <w:left w:val="nil"/>
              <w:bottom w:val="nil"/>
              <w:right w:val="nil"/>
            </w:tcBorders>
            <w:shd w:val="clear" w:color="000000" w:fill="F2F2F2"/>
            <w:vAlign w:val="center"/>
            <w:hideMark/>
          </w:tcPr>
          <w:p w14:paraId="360310A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w:t>
            </w:r>
          </w:p>
        </w:tc>
        <w:tc>
          <w:tcPr>
            <w:tcW w:w="464" w:type="pct"/>
            <w:tcBorders>
              <w:top w:val="nil"/>
              <w:left w:val="nil"/>
              <w:bottom w:val="nil"/>
              <w:right w:val="nil"/>
            </w:tcBorders>
            <w:shd w:val="clear" w:color="000000" w:fill="F2F2F2"/>
            <w:vAlign w:val="center"/>
            <w:hideMark/>
          </w:tcPr>
          <w:p w14:paraId="2EA3DA6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4" w:type="pct"/>
            <w:tcBorders>
              <w:top w:val="nil"/>
              <w:left w:val="nil"/>
              <w:bottom w:val="nil"/>
              <w:right w:val="nil"/>
            </w:tcBorders>
            <w:shd w:val="clear" w:color="000000" w:fill="F2F2F2"/>
            <w:vAlign w:val="center"/>
            <w:hideMark/>
          </w:tcPr>
          <w:p w14:paraId="5EFF3AB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w:t>
            </w:r>
          </w:p>
        </w:tc>
        <w:tc>
          <w:tcPr>
            <w:tcW w:w="462" w:type="pct"/>
            <w:tcBorders>
              <w:top w:val="nil"/>
              <w:left w:val="nil"/>
              <w:bottom w:val="nil"/>
              <w:right w:val="nil"/>
            </w:tcBorders>
            <w:shd w:val="clear" w:color="000000" w:fill="FFFFFF"/>
            <w:vAlign w:val="center"/>
            <w:hideMark/>
          </w:tcPr>
          <w:p w14:paraId="007BBA3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r>
      <w:tr w:rsidR="00726DBE" w:rsidRPr="00693325" w14:paraId="09123444" w14:textId="77777777" w:rsidTr="00841CFC">
        <w:trPr>
          <w:trHeight w:val="87"/>
        </w:trPr>
        <w:tc>
          <w:tcPr>
            <w:tcW w:w="898" w:type="pct"/>
            <w:tcBorders>
              <w:top w:val="nil"/>
              <w:left w:val="nil"/>
              <w:bottom w:val="nil"/>
              <w:right w:val="nil"/>
            </w:tcBorders>
            <w:shd w:val="clear" w:color="000000" w:fill="FFFFFF"/>
            <w:vAlign w:val="center"/>
            <w:hideMark/>
          </w:tcPr>
          <w:p w14:paraId="1B7BA9F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723404D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14.29</w:t>
            </w:r>
          </w:p>
        </w:tc>
        <w:tc>
          <w:tcPr>
            <w:tcW w:w="401" w:type="pct"/>
            <w:tcBorders>
              <w:top w:val="nil"/>
              <w:left w:val="nil"/>
              <w:bottom w:val="nil"/>
              <w:right w:val="nil"/>
            </w:tcBorders>
            <w:shd w:val="clear" w:color="000000" w:fill="F2F2F2"/>
            <w:vAlign w:val="center"/>
            <w:hideMark/>
          </w:tcPr>
          <w:p w14:paraId="50AB87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F6EFAA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14.29</w:t>
            </w:r>
          </w:p>
        </w:tc>
        <w:tc>
          <w:tcPr>
            <w:tcW w:w="754" w:type="pct"/>
            <w:tcBorders>
              <w:top w:val="nil"/>
              <w:left w:val="nil"/>
              <w:bottom w:val="nil"/>
              <w:right w:val="nil"/>
            </w:tcBorders>
            <w:shd w:val="clear" w:color="000000" w:fill="FFFFFF"/>
            <w:vAlign w:val="center"/>
            <w:hideMark/>
          </w:tcPr>
          <w:p w14:paraId="3F92E94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1.90</w:t>
            </w:r>
          </w:p>
        </w:tc>
        <w:tc>
          <w:tcPr>
            <w:tcW w:w="535" w:type="pct"/>
            <w:tcBorders>
              <w:top w:val="nil"/>
              <w:left w:val="nil"/>
              <w:bottom w:val="nil"/>
              <w:right w:val="nil"/>
            </w:tcBorders>
            <w:shd w:val="clear" w:color="000000" w:fill="F2F2F2"/>
            <w:vAlign w:val="center"/>
            <w:hideMark/>
          </w:tcPr>
          <w:p w14:paraId="020C385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5.31</w:t>
            </w:r>
          </w:p>
        </w:tc>
        <w:tc>
          <w:tcPr>
            <w:tcW w:w="464" w:type="pct"/>
            <w:tcBorders>
              <w:top w:val="nil"/>
              <w:left w:val="nil"/>
              <w:bottom w:val="nil"/>
              <w:right w:val="nil"/>
            </w:tcBorders>
            <w:shd w:val="clear" w:color="000000" w:fill="F2F2F2"/>
            <w:vAlign w:val="center"/>
            <w:hideMark/>
          </w:tcPr>
          <w:p w14:paraId="29DB0D0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1.98</w:t>
            </w:r>
          </w:p>
        </w:tc>
        <w:tc>
          <w:tcPr>
            <w:tcW w:w="464" w:type="pct"/>
            <w:tcBorders>
              <w:top w:val="nil"/>
              <w:left w:val="nil"/>
              <w:bottom w:val="nil"/>
              <w:right w:val="nil"/>
            </w:tcBorders>
            <w:shd w:val="clear" w:color="000000" w:fill="F2F2F2"/>
            <w:vAlign w:val="center"/>
            <w:hideMark/>
          </w:tcPr>
          <w:p w14:paraId="538F4C5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7.08</w:t>
            </w:r>
          </w:p>
        </w:tc>
        <w:tc>
          <w:tcPr>
            <w:tcW w:w="462" w:type="pct"/>
            <w:tcBorders>
              <w:top w:val="nil"/>
              <w:left w:val="nil"/>
              <w:bottom w:val="nil"/>
              <w:right w:val="nil"/>
            </w:tcBorders>
            <w:shd w:val="clear" w:color="000000" w:fill="FFFFFF"/>
            <w:vAlign w:val="center"/>
            <w:hideMark/>
          </w:tcPr>
          <w:p w14:paraId="3B716A9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0.52</w:t>
            </w:r>
          </w:p>
        </w:tc>
      </w:tr>
      <w:tr w:rsidR="00726DBE" w:rsidRPr="00693325" w14:paraId="4256C5A9" w14:textId="77777777" w:rsidTr="00841CFC">
        <w:trPr>
          <w:trHeight w:val="87"/>
        </w:trPr>
        <w:tc>
          <w:tcPr>
            <w:tcW w:w="898" w:type="pct"/>
            <w:tcBorders>
              <w:top w:val="nil"/>
              <w:left w:val="nil"/>
              <w:bottom w:val="nil"/>
              <w:right w:val="nil"/>
            </w:tcBorders>
            <w:shd w:val="clear" w:color="000000" w:fill="FFFFFF"/>
            <w:vAlign w:val="center"/>
            <w:hideMark/>
          </w:tcPr>
          <w:p w14:paraId="1A6BC449"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3355E51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58,961 (101,022)</w:t>
            </w:r>
          </w:p>
        </w:tc>
        <w:tc>
          <w:tcPr>
            <w:tcW w:w="401" w:type="pct"/>
            <w:tcBorders>
              <w:top w:val="nil"/>
              <w:left w:val="nil"/>
              <w:bottom w:val="nil"/>
              <w:right w:val="nil"/>
            </w:tcBorders>
            <w:shd w:val="clear" w:color="000000" w:fill="F2F2F2"/>
            <w:vAlign w:val="center"/>
            <w:hideMark/>
          </w:tcPr>
          <w:p w14:paraId="01432CA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0915C9F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58,554 (101,374)</w:t>
            </w:r>
          </w:p>
        </w:tc>
        <w:tc>
          <w:tcPr>
            <w:tcW w:w="754" w:type="pct"/>
            <w:tcBorders>
              <w:top w:val="nil"/>
              <w:left w:val="nil"/>
              <w:bottom w:val="nil"/>
              <w:right w:val="nil"/>
            </w:tcBorders>
            <w:shd w:val="clear" w:color="000000" w:fill="FFFFFF"/>
            <w:vAlign w:val="center"/>
            <w:hideMark/>
          </w:tcPr>
          <w:p w14:paraId="23F17F1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(0)</w:t>
            </w:r>
          </w:p>
        </w:tc>
        <w:tc>
          <w:tcPr>
            <w:tcW w:w="535" w:type="pct"/>
            <w:tcBorders>
              <w:top w:val="nil"/>
              <w:left w:val="nil"/>
              <w:bottom w:val="nil"/>
              <w:right w:val="nil"/>
            </w:tcBorders>
            <w:shd w:val="clear" w:color="000000" w:fill="F2F2F2"/>
            <w:vAlign w:val="center"/>
            <w:hideMark/>
          </w:tcPr>
          <w:p w14:paraId="02A483F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6,631 (8,478)</w:t>
            </w:r>
          </w:p>
        </w:tc>
        <w:tc>
          <w:tcPr>
            <w:tcW w:w="464" w:type="pct"/>
            <w:tcBorders>
              <w:top w:val="nil"/>
              <w:left w:val="nil"/>
              <w:bottom w:val="nil"/>
              <w:right w:val="nil"/>
            </w:tcBorders>
            <w:shd w:val="clear" w:color="000000" w:fill="F2F2F2"/>
            <w:vAlign w:val="center"/>
            <w:hideMark/>
          </w:tcPr>
          <w:p w14:paraId="7C6728D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22 (24)</w:t>
            </w:r>
          </w:p>
        </w:tc>
        <w:tc>
          <w:tcPr>
            <w:tcW w:w="464" w:type="pct"/>
            <w:tcBorders>
              <w:top w:val="nil"/>
              <w:left w:val="nil"/>
              <w:bottom w:val="nil"/>
              <w:right w:val="nil"/>
            </w:tcBorders>
            <w:shd w:val="clear" w:color="000000" w:fill="F2F2F2"/>
            <w:vAlign w:val="center"/>
            <w:hideMark/>
          </w:tcPr>
          <w:p w14:paraId="1C9729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475 (679)</w:t>
            </w:r>
          </w:p>
        </w:tc>
        <w:tc>
          <w:tcPr>
            <w:tcW w:w="462" w:type="pct"/>
            <w:tcBorders>
              <w:top w:val="nil"/>
              <w:left w:val="nil"/>
              <w:bottom w:val="nil"/>
              <w:right w:val="nil"/>
            </w:tcBorders>
            <w:shd w:val="clear" w:color="000000" w:fill="FFFFFF"/>
            <w:vAlign w:val="center"/>
            <w:hideMark/>
          </w:tcPr>
          <w:p w14:paraId="6E1BFA1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89 (99)</w:t>
            </w:r>
          </w:p>
        </w:tc>
      </w:tr>
      <w:tr w:rsidR="00726DBE" w:rsidRPr="00693325" w14:paraId="0150CD07" w14:textId="77777777" w:rsidTr="00841CFC">
        <w:trPr>
          <w:trHeight w:val="87"/>
        </w:trPr>
        <w:tc>
          <w:tcPr>
            <w:tcW w:w="898" w:type="pct"/>
            <w:tcBorders>
              <w:top w:val="nil"/>
              <w:left w:val="nil"/>
              <w:bottom w:val="nil"/>
              <w:right w:val="nil"/>
            </w:tcBorders>
            <w:shd w:val="clear" w:color="000000" w:fill="FFFFFF"/>
            <w:vAlign w:val="center"/>
            <w:hideMark/>
          </w:tcPr>
          <w:p w14:paraId="15E9B4F2"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Subdural empyema</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41CF658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8,690.48 (4,338.25; 15,549.66)</w:t>
            </w:r>
          </w:p>
        </w:tc>
        <w:tc>
          <w:tcPr>
            <w:tcW w:w="401" w:type="pct"/>
            <w:tcBorders>
              <w:top w:val="nil"/>
              <w:left w:val="nil"/>
              <w:bottom w:val="nil"/>
              <w:right w:val="nil"/>
            </w:tcBorders>
            <w:shd w:val="clear" w:color="000000" w:fill="F2F2F2"/>
            <w:vAlign w:val="center"/>
            <w:hideMark/>
          </w:tcPr>
          <w:p w14:paraId="4C75EB8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160.88)</w:t>
            </w:r>
          </w:p>
        </w:tc>
        <w:tc>
          <w:tcPr>
            <w:tcW w:w="460" w:type="pct"/>
            <w:tcBorders>
              <w:top w:val="nil"/>
              <w:left w:val="nil"/>
              <w:bottom w:val="nil"/>
              <w:right w:val="nil"/>
            </w:tcBorders>
            <w:shd w:val="clear" w:color="000000" w:fill="F2F2F2"/>
            <w:vAlign w:val="center"/>
            <w:hideMark/>
          </w:tcPr>
          <w:p w14:paraId="62D9F9A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454.65 (226.96; 813.49)</w:t>
            </w:r>
          </w:p>
        </w:tc>
        <w:tc>
          <w:tcPr>
            <w:tcW w:w="754" w:type="pct"/>
            <w:tcBorders>
              <w:top w:val="nil"/>
              <w:left w:val="nil"/>
              <w:bottom w:val="nil"/>
              <w:right w:val="nil"/>
            </w:tcBorders>
            <w:shd w:val="clear" w:color="000000" w:fill="FFFFFF"/>
            <w:vAlign w:val="center"/>
            <w:hideMark/>
          </w:tcPr>
          <w:p w14:paraId="5F4A6FE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45B4BA2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9,874.40 (7,459.01; 12,822.72)</w:t>
            </w:r>
          </w:p>
        </w:tc>
        <w:tc>
          <w:tcPr>
            <w:tcW w:w="464" w:type="pct"/>
            <w:tcBorders>
              <w:top w:val="nil"/>
              <w:left w:val="nil"/>
              <w:bottom w:val="nil"/>
              <w:right w:val="nil"/>
            </w:tcBorders>
            <w:shd w:val="clear" w:color="000000" w:fill="F2F2F2"/>
            <w:vAlign w:val="center"/>
            <w:hideMark/>
          </w:tcPr>
          <w:p w14:paraId="415648F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15.70 (3.24; 45.87)</w:t>
            </w:r>
          </w:p>
        </w:tc>
        <w:tc>
          <w:tcPr>
            <w:tcW w:w="464" w:type="pct"/>
            <w:tcBorders>
              <w:top w:val="nil"/>
              <w:left w:val="nil"/>
              <w:bottom w:val="nil"/>
              <w:right w:val="nil"/>
            </w:tcBorders>
            <w:shd w:val="clear" w:color="000000" w:fill="F2F2F2"/>
            <w:vAlign w:val="center"/>
            <w:hideMark/>
          </w:tcPr>
          <w:p w14:paraId="263989D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299.81 (228.23; 386.73)</w:t>
            </w:r>
          </w:p>
        </w:tc>
        <w:tc>
          <w:tcPr>
            <w:tcW w:w="462" w:type="pct"/>
            <w:tcBorders>
              <w:top w:val="nil"/>
              <w:left w:val="nil"/>
              <w:bottom w:val="nil"/>
              <w:right w:val="nil"/>
            </w:tcBorders>
            <w:shd w:val="clear" w:color="000000" w:fill="FFFFFF"/>
            <w:vAlign w:val="center"/>
            <w:hideMark/>
          </w:tcPr>
          <w:p w14:paraId="086AB93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1.58 (0.19; 5.71)</w:t>
            </w:r>
          </w:p>
        </w:tc>
      </w:tr>
      <w:tr w:rsidR="00726DBE" w:rsidRPr="00693325" w14:paraId="781112B8" w14:textId="77777777" w:rsidTr="00841CFC">
        <w:trPr>
          <w:trHeight w:val="87"/>
        </w:trPr>
        <w:tc>
          <w:tcPr>
            <w:tcW w:w="898" w:type="pct"/>
            <w:tcBorders>
              <w:top w:val="nil"/>
              <w:left w:val="nil"/>
              <w:bottom w:val="nil"/>
              <w:right w:val="nil"/>
            </w:tcBorders>
            <w:shd w:val="clear" w:color="000000" w:fill="FFFFFF"/>
            <w:vAlign w:val="center"/>
            <w:hideMark/>
          </w:tcPr>
          <w:p w14:paraId="13D628B0"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19E3A2A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w:t>
            </w:r>
          </w:p>
        </w:tc>
        <w:tc>
          <w:tcPr>
            <w:tcW w:w="401" w:type="pct"/>
            <w:tcBorders>
              <w:top w:val="nil"/>
              <w:left w:val="nil"/>
              <w:bottom w:val="nil"/>
              <w:right w:val="nil"/>
            </w:tcBorders>
            <w:shd w:val="clear" w:color="000000" w:fill="F2F2F2"/>
            <w:vAlign w:val="center"/>
            <w:hideMark/>
          </w:tcPr>
          <w:p w14:paraId="4CE4E22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03C430A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w:t>
            </w:r>
          </w:p>
        </w:tc>
        <w:tc>
          <w:tcPr>
            <w:tcW w:w="754" w:type="pct"/>
            <w:tcBorders>
              <w:top w:val="nil"/>
              <w:left w:val="nil"/>
              <w:bottom w:val="nil"/>
              <w:right w:val="nil"/>
            </w:tcBorders>
            <w:shd w:val="clear" w:color="000000" w:fill="FFFFFF"/>
            <w:vAlign w:val="center"/>
            <w:hideMark/>
          </w:tcPr>
          <w:p w14:paraId="188AF68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2620183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56</w:t>
            </w:r>
          </w:p>
        </w:tc>
        <w:tc>
          <w:tcPr>
            <w:tcW w:w="464" w:type="pct"/>
            <w:tcBorders>
              <w:top w:val="nil"/>
              <w:left w:val="nil"/>
              <w:bottom w:val="nil"/>
              <w:right w:val="nil"/>
            </w:tcBorders>
            <w:shd w:val="clear" w:color="000000" w:fill="F2F2F2"/>
            <w:vAlign w:val="center"/>
            <w:hideMark/>
          </w:tcPr>
          <w:p w14:paraId="384DF64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64" w:type="pct"/>
            <w:tcBorders>
              <w:top w:val="nil"/>
              <w:left w:val="nil"/>
              <w:bottom w:val="nil"/>
              <w:right w:val="nil"/>
            </w:tcBorders>
            <w:shd w:val="clear" w:color="000000" w:fill="F2F2F2"/>
            <w:vAlign w:val="center"/>
            <w:hideMark/>
          </w:tcPr>
          <w:p w14:paraId="21ED1A9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59</w:t>
            </w:r>
          </w:p>
        </w:tc>
        <w:tc>
          <w:tcPr>
            <w:tcW w:w="462" w:type="pct"/>
            <w:tcBorders>
              <w:top w:val="nil"/>
              <w:left w:val="nil"/>
              <w:bottom w:val="nil"/>
              <w:right w:val="nil"/>
            </w:tcBorders>
            <w:shd w:val="clear" w:color="000000" w:fill="FFFFFF"/>
            <w:vAlign w:val="center"/>
            <w:hideMark/>
          </w:tcPr>
          <w:p w14:paraId="2022F4A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r>
      <w:tr w:rsidR="00726DBE" w:rsidRPr="00693325" w14:paraId="0A5F4005" w14:textId="77777777" w:rsidTr="00841CFC">
        <w:trPr>
          <w:trHeight w:val="87"/>
        </w:trPr>
        <w:tc>
          <w:tcPr>
            <w:tcW w:w="898" w:type="pct"/>
            <w:tcBorders>
              <w:top w:val="nil"/>
              <w:left w:val="nil"/>
              <w:bottom w:val="nil"/>
              <w:right w:val="nil"/>
            </w:tcBorders>
            <w:shd w:val="clear" w:color="000000" w:fill="FFFFFF"/>
            <w:vAlign w:val="center"/>
            <w:hideMark/>
          </w:tcPr>
          <w:p w14:paraId="42080B70"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49ABA56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52.38</w:t>
            </w:r>
          </w:p>
        </w:tc>
        <w:tc>
          <w:tcPr>
            <w:tcW w:w="401" w:type="pct"/>
            <w:tcBorders>
              <w:top w:val="nil"/>
              <w:left w:val="nil"/>
              <w:bottom w:val="nil"/>
              <w:right w:val="nil"/>
            </w:tcBorders>
            <w:shd w:val="clear" w:color="000000" w:fill="F2F2F2"/>
            <w:vAlign w:val="center"/>
            <w:hideMark/>
          </w:tcPr>
          <w:p w14:paraId="58F602F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70DD8D2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52.38</w:t>
            </w:r>
          </w:p>
        </w:tc>
        <w:tc>
          <w:tcPr>
            <w:tcW w:w="754" w:type="pct"/>
            <w:tcBorders>
              <w:top w:val="nil"/>
              <w:left w:val="nil"/>
              <w:bottom w:val="nil"/>
              <w:right w:val="nil"/>
            </w:tcBorders>
            <w:shd w:val="clear" w:color="000000" w:fill="FFFFFF"/>
            <w:vAlign w:val="center"/>
            <w:hideMark/>
          </w:tcPr>
          <w:p w14:paraId="7E7E25C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487C3E1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50.45</w:t>
            </w:r>
          </w:p>
        </w:tc>
        <w:tc>
          <w:tcPr>
            <w:tcW w:w="464" w:type="pct"/>
            <w:tcBorders>
              <w:top w:val="nil"/>
              <w:left w:val="nil"/>
              <w:bottom w:val="nil"/>
              <w:right w:val="nil"/>
            </w:tcBorders>
            <w:shd w:val="clear" w:color="000000" w:fill="F2F2F2"/>
            <w:vAlign w:val="center"/>
            <w:hideMark/>
          </w:tcPr>
          <w:p w14:paraId="61673A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5.77</w:t>
            </w:r>
          </w:p>
        </w:tc>
        <w:tc>
          <w:tcPr>
            <w:tcW w:w="464" w:type="pct"/>
            <w:tcBorders>
              <w:top w:val="nil"/>
              <w:left w:val="nil"/>
              <w:bottom w:val="nil"/>
              <w:right w:val="nil"/>
            </w:tcBorders>
            <w:shd w:val="clear" w:color="000000" w:fill="F2F2F2"/>
            <w:vAlign w:val="center"/>
            <w:hideMark/>
          </w:tcPr>
          <w:p w14:paraId="5030665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53.15</w:t>
            </w:r>
          </w:p>
        </w:tc>
        <w:tc>
          <w:tcPr>
            <w:tcW w:w="462" w:type="pct"/>
            <w:tcBorders>
              <w:top w:val="nil"/>
              <w:left w:val="nil"/>
              <w:bottom w:val="nil"/>
              <w:right w:val="nil"/>
            </w:tcBorders>
            <w:shd w:val="clear" w:color="000000" w:fill="FFFFFF"/>
            <w:vAlign w:val="center"/>
            <w:hideMark/>
          </w:tcPr>
          <w:p w14:paraId="6BD2A05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0.35</w:t>
            </w:r>
          </w:p>
        </w:tc>
      </w:tr>
      <w:tr w:rsidR="00726DBE" w:rsidRPr="00693325" w14:paraId="747D2CD4" w14:textId="77777777" w:rsidTr="00841CFC">
        <w:trPr>
          <w:trHeight w:val="87"/>
        </w:trPr>
        <w:tc>
          <w:tcPr>
            <w:tcW w:w="898" w:type="pct"/>
            <w:tcBorders>
              <w:top w:val="nil"/>
              <w:left w:val="nil"/>
              <w:bottom w:val="nil"/>
              <w:right w:val="nil"/>
            </w:tcBorders>
            <w:shd w:val="clear" w:color="000000" w:fill="FFFFFF"/>
            <w:vAlign w:val="center"/>
            <w:hideMark/>
          </w:tcPr>
          <w:p w14:paraId="0327BBB0"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2658076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39,702 (84,390)</w:t>
            </w:r>
          </w:p>
        </w:tc>
        <w:tc>
          <w:tcPr>
            <w:tcW w:w="401" w:type="pct"/>
            <w:tcBorders>
              <w:top w:val="nil"/>
              <w:left w:val="nil"/>
              <w:bottom w:val="nil"/>
              <w:right w:val="nil"/>
            </w:tcBorders>
            <w:shd w:val="clear" w:color="000000" w:fill="F2F2F2"/>
            <w:vAlign w:val="center"/>
            <w:hideMark/>
          </w:tcPr>
          <w:p w14:paraId="1A22058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263A81C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777 (1,321)</w:t>
            </w:r>
          </w:p>
        </w:tc>
        <w:tc>
          <w:tcPr>
            <w:tcW w:w="754" w:type="pct"/>
            <w:tcBorders>
              <w:top w:val="nil"/>
              <w:left w:val="nil"/>
              <w:bottom w:val="nil"/>
              <w:right w:val="nil"/>
            </w:tcBorders>
            <w:shd w:val="clear" w:color="000000" w:fill="FFFFFF"/>
            <w:vAlign w:val="center"/>
            <w:hideMark/>
          </w:tcPr>
          <w:p w14:paraId="2D918D8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43F0476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2,190 (9,136)</w:t>
            </w:r>
          </w:p>
        </w:tc>
        <w:tc>
          <w:tcPr>
            <w:tcW w:w="464" w:type="pct"/>
            <w:tcBorders>
              <w:top w:val="nil"/>
              <w:left w:val="nil"/>
              <w:bottom w:val="nil"/>
              <w:right w:val="nil"/>
            </w:tcBorders>
            <w:shd w:val="clear" w:color="000000" w:fill="F2F2F2"/>
            <w:vAlign w:val="center"/>
            <w:hideMark/>
          </w:tcPr>
          <w:p w14:paraId="73EFBA1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 (5)</w:t>
            </w:r>
          </w:p>
        </w:tc>
        <w:tc>
          <w:tcPr>
            <w:tcW w:w="464" w:type="pct"/>
            <w:tcBorders>
              <w:top w:val="nil"/>
              <w:left w:val="nil"/>
              <w:bottom w:val="nil"/>
              <w:right w:val="nil"/>
            </w:tcBorders>
            <w:shd w:val="clear" w:color="000000" w:fill="F2F2F2"/>
            <w:vAlign w:val="center"/>
            <w:hideMark/>
          </w:tcPr>
          <w:p w14:paraId="4EC3F53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620 (3,426)</w:t>
            </w:r>
          </w:p>
        </w:tc>
        <w:tc>
          <w:tcPr>
            <w:tcW w:w="462" w:type="pct"/>
            <w:tcBorders>
              <w:top w:val="nil"/>
              <w:left w:val="nil"/>
              <w:bottom w:val="nil"/>
              <w:right w:val="nil"/>
            </w:tcBorders>
            <w:shd w:val="clear" w:color="000000" w:fill="FFFFFF"/>
            <w:vAlign w:val="center"/>
            <w:hideMark/>
          </w:tcPr>
          <w:p w14:paraId="4EA3944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9,365 (13,243)</w:t>
            </w:r>
          </w:p>
        </w:tc>
      </w:tr>
      <w:tr w:rsidR="00726DBE" w:rsidRPr="00693325" w14:paraId="350FB866" w14:textId="77777777" w:rsidTr="00841CFC">
        <w:trPr>
          <w:trHeight w:val="87"/>
        </w:trPr>
        <w:tc>
          <w:tcPr>
            <w:tcW w:w="898" w:type="pct"/>
            <w:tcBorders>
              <w:top w:val="nil"/>
              <w:left w:val="nil"/>
              <w:bottom w:val="nil"/>
              <w:right w:val="nil"/>
            </w:tcBorders>
            <w:shd w:val="clear" w:color="000000" w:fill="FFFFFF"/>
            <w:vAlign w:val="center"/>
            <w:hideMark/>
          </w:tcPr>
          <w:p w14:paraId="012DBF93"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Vegetative state</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531B15E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5125601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21E5529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759E2FB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509956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84.53 (2.14; 470.97)</w:t>
            </w:r>
          </w:p>
        </w:tc>
        <w:tc>
          <w:tcPr>
            <w:tcW w:w="464" w:type="pct"/>
            <w:tcBorders>
              <w:top w:val="nil"/>
              <w:left w:val="nil"/>
              <w:bottom w:val="nil"/>
              <w:right w:val="nil"/>
            </w:tcBorders>
            <w:shd w:val="clear" w:color="000000" w:fill="F2F2F2"/>
            <w:vAlign w:val="center"/>
            <w:hideMark/>
          </w:tcPr>
          <w:p w14:paraId="259A15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9.45)</w:t>
            </w:r>
          </w:p>
        </w:tc>
        <w:tc>
          <w:tcPr>
            <w:tcW w:w="464" w:type="pct"/>
            <w:tcBorders>
              <w:top w:val="nil"/>
              <w:left w:val="nil"/>
              <w:bottom w:val="nil"/>
              <w:right w:val="nil"/>
            </w:tcBorders>
            <w:shd w:val="clear" w:color="000000" w:fill="F2F2F2"/>
            <w:vAlign w:val="center"/>
            <w:hideMark/>
          </w:tcPr>
          <w:p w14:paraId="2333AA0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2.49 (0.06; 13.86)</w:t>
            </w:r>
          </w:p>
        </w:tc>
        <w:tc>
          <w:tcPr>
            <w:tcW w:w="462" w:type="pct"/>
            <w:tcBorders>
              <w:top w:val="nil"/>
              <w:left w:val="nil"/>
              <w:bottom w:val="nil"/>
              <w:right w:val="nil"/>
            </w:tcBorders>
            <w:shd w:val="clear" w:color="000000" w:fill="FFFFFF"/>
            <w:vAlign w:val="center"/>
            <w:hideMark/>
          </w:tcPr>
          <w:p w14:paraId="100F467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07EA0AF4" w14:textId="77777777" w:rsidTr="00841CFC">
        <w:trPr>
          <w:trHeight w:val="87"/>
        </w:trPr>
        <w:tc>
          <w:tcPr>
            <w:tcW w:w="898" w:type="pct"/>
            <w:tcBorders>
              <w:top w:val="nil"/>
              <w:left w:val="nil"/>
              <w:bottom w:val="nil"/>
              <w:right w:val="nil"/>
            </w:tcBorders>
            <w:shd w:val="clear" w:color="000000" w:fill="FFFFFF"/>
            <w:vAlign w:val="center"/>
            <w:hideMark/>
          </w:tcPr>
          <w:p w14:paraId="3721E11F"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29C6215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30FA514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0E0D445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2E02DFB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3F4D7F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1B15637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E960FA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7DE2FBF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4E3FAD9B" w14:textId="77777777" w:rsidTr="00841CFC">
        <w:trPr>
          <w:trHeight w:val="87"/>
        </w:trPr>
        <w:tc>
          <w:tcPr>
            <w:tcW w:w="898" w:type="pct"/>
            <w:tcBorders>
              <w:top w:val="nil"/>
              <w:left w:val="nil"/>
              <w:bottom w:val="nil"/>
              <w:right w:val="nil"/>
            </w:tcBorders>
            <w:shd w:val="clear" w:color="000000" w:fill="FFFFFF"/>
            <w:vAlign w:val="center"/>
            <w:hideMark/>
          </w:tcPr>
          <w:p w14:paraId="38B2F7CD"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44D9400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5D7AFEA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2871A0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23FECA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00A2B4B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4" w:type="pct"/>
            <w:tcBorders>
              <w:top w:val="nil"/>
              <w:left w:val="nil"/>
              <w:bottom w:val="nil"/>
              <w:right w:val="nil"/>
            </w:tcBorders>
            <w:shd w:val="clear" w:color="000000" w:fill="F2F2F2"/>
            <w:vAlign w:val="center"/>
            <w:hideMark/>
          </w:tcPr>
          <w:p w14:paraId="7CFB05A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4513B9B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bottom w:val="nil"/>
              <w:right w:val="nil"/>
            </w:tcBorders>
            <w:shd w:val="clear" w:color="000000" w:fill="FFFFFF"/>
            <w:vAlign w:val="center"/>
            <w:hideMark/>
          </w:tcPr>
          <w:p w14:paraId="20C8B11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0C7787DA" w14:textId="77777777" w:rsidTr="00841CFC">
        <w:trPr>
          <w:trHeight w:val="87"/>
        </w:trPr>
        <w:tc>
          <w:tcPr>
            <w:tcW w:w="898" w:type="pct"/>
            <w:tcBorders>
              <w:top w:val="nil"/>
              <w:left w:val="nil"/>
              <w:bottom w:val="nil"/>
              <w:right w:val="nil"/>
            </w:tcBorders>
            <w:shd w:val="clear" w:color="000000" w:fill="FFFFFF"/>
            <w:vAlign w:val="center"/>
            <w:hideMark/>
          </w:tcPr>
          <w:p w14:paraId="7BF3E7C0"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570EA5C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67FB05B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2417BE7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3DF375E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4000385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127 (NA)</w:t>
            </w:r>
          </w:p>
        </w:tc>
        <w:tc>
          <w:tcPr>
            <w:tcW w:w="464" w:type="pct"/>
            <w:tcBorders>
              <w:top w:val="nil"/>
              <w:left w:val="nil"/>
              <w:bottom w:val="nil"/>
              <w:right w:val="nil"/>
            </w:tcBorders>
            <w:shd w:val="clear" w:color="000000" w:fill="F2F2F2"/>
            <w:vAlign w:val="center"/>
            <w:hideMark/>
          </w:tcPr>
          <w:p w14:paraId="637DB49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68853ED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(NA)</w:t>
            </w:r>
          </w:p>
        </w:tc>
        <w:tc>
          <w:tcPr>
            <w:tcW w:w="462" w:type="pct"/>
            <w:tcBorders>
              <w:top w:val="nil"/>
              <w:left w:val="nil"/>
              <w:bottom w:val="nil"/>
              <w:right w:val="nil"/>
            </w:tcBorders>
            <w:shd w:val="clear" w:color="000000" w:fill="FFFFFF"/>
            <w:vAlign w:val="center"/>
            <w:hideMark/>
          </w:tcPr>
          <w:p w14:paraId="5AC9D83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70BD7D7C" w14:textId="77777777" w:rsidTr="00841CFC">
        <w:trPr>
          <w:trHeight w:val="87"/>
        </w:trPr>
        <w:tc>
          <w:tcPr>
            <w:tcW w:w="898" w:type="pct"/>
            <w:tcBorders>
              <w:top w:val="nil"/>
              <w:left w:val="nil"/>
              <w:bottom w:val="nil"/>
              <w:right w:val="nil"/>
            </w:tcBorders>
            <w:shd w:val="clear" w:color="000000" w:fill="FFFFFF"/>
            <w:vAlign w:val="center"/>
            <w:hideMark/>
          </w:tcPr>
          <w:p w14:paraId="60A36493"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Vertigo</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775645F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43C6605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2C6B5E3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2E0B72E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0843BD7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29C95FB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5.18 (0.63; 18.72)</w:t>
            </w:r>
          </w:p>
        </w:tc>
        <w:tc>
          <w:tcPr>
            <w:tcW w:w="464" w:type="pct"/>
            <w:tcBorders>
              <w:top w:val="nil"/>
              <w:left w:val="nil"/>
              <w:bottom w:val="nil"/>
              <w:right w:val="nil"/>
            </w:tcBorders>
            <w:shd w:val="clear" w:color="000000" w:fill="F2F2F2"/>
            <w:vAlign w:val="center"/>
            <w:hideMark/>
          </w:tcPr>
          <w:p w14:paraId="2D6AD51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5.03 (0.61; 18.16)</w:t>
            </w:r>
          </w:p>
        </w:tc>
        <w:tc>
          <w:tcPr>
            <w:tcW w:w="462" w:type="pct"/>
            <w:tcBorders>
              <w:top w:val="nil"/>
              <w:left w:val="nil"/>
              <w:bottom w:val="nil"/>
              <w:right w:val="nil"/>
            </w:tcBorders>
            <w:shd w:val="clear" w:color="000000" w:fill="FFFFFF"/>
            <w:vAlign w:val="center"/>
            <w:hideMark/>
          </w:tcPr>
          <w:p w14:paraId="767E923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67E3B1A5" w14:textId="77777777" w:rsidTr="00841CFC">
        <w:trPr>
          <w:trHeight w:val="87"/>
        </w:trPr>
        <w:tc>
          <w:tcPr>
            <w:tcW w:w="898" w:type="pct"/>
            <w:tcBorders>
              <w:top w:val="nil"/>
              <w:left w:val="nil"/>
              <w:bottom w:val="nil"/>
              <w:right w:val="nil"/>
            </w:tcBorders>
            <w:shd w:val="clear" w:color="000000" w:fill="FFFFFF"/>
            <w:vAlign w:val="center"/>
            <w:hideMark/>
          </w:tcPr>
          <w:p w14:paraId="3083EEF7"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5073496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71D2EB4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4399B36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7A8351F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1AEBBC9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60AE69C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4" w:type="pct"/>
            <w:tcBorders>
              <w:top w:val="nil"/>
              <w:left w:val="nil"/>
              <w:bottom w:val="nil"/>
              <w:right w:val="nil"/>
            </w:tcBorders>
            <w:shd w:val="clear" w:color="000000" w:fill="F2F2F2"/>
            <w:vAlign w:val="center"/>
            <w:hideMark/>
          </w:tcPr>
          <w:p w14:paraId="1E1D0CB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2" w:type="pct"/>
            <w:tcBorders>
              <w:top w:val="nil"/>
              <w:left w:val="nil"/>
              <w:bottom w:val="nil"/>
              <w:right w:val="nil"/>
            </w:tcBorders>
            <w:shd w:val="clear" w:color="000000" w:fill="FFFFFF"/>
            <w:vAlign w:val="center"/>
            <w:hideMark/>
          </w:tcPr>
          <w:p w14:paraId="5B7D103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61762DE5" w14:textId="77777777" w:rsidTr="00841CFC">
        <w:trPr>
          <w:trHeight w:val="87"/>
        </w:trPr>
        <w:tc>
          <w:tcPr>
            <w:tcW w:w="898" w:type="pct"/>
            <w:tcBorders>
              <w:top w:val="nil"/>
              <w:left w:val="nil"/>
              <w:right w:val="nil"/>
            </w:tcBorders>
            <w:shd w:val="clear" w:color="000000" w:fill="FFFFFF"/>
            <w:vAlign w:val="center"/>
            <w:hideMark/>
          </w:tcPr>
          <w:p w14:paraId="2522F277"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right w:val="nil"/>
            </w:tcBorders>
            <w:shd w:val="clear" w:color="000000" w:fill="F2F2F2"/>
            <w:vAlign w:val="center"/>
            <w:hideMark/>
          </w:tcPr>
          <w:p w14:paraId="48BC8BC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right w:val="nil"/>
            </w:tcBorders>
            <w:shd w:val="clear" w:color="000000" w:fill="F2F2F2"/>
            <w:vAlign w:val="center"/>
            <w:hideMark/>
          </w:tcPr>
          <w:p w14:paraId="044C501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right w:val="nil"/>
            </w:tcBorders>
            <w:shd w:val="clear" w:color="000000" w:fill="F2F2F2"/>
            <w:vAlign w:val="center"/>
            <w:hideMark/>
          </w:tcPr>
          <w:p w14:paraId="7EA9CF5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right w:val="nil"/>
            </w:tcBorders>
            <w:shd w:val="clear" w:color="000000" w:fill="FFFFFF"/>
            <w:vAlign w:val="center"/>
            <w:hideMark/>
          </w:tcPr>
          <w:p w14:paraId="5384D5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right w:val="nil"/>
            </w:tcBorders>
            <w:shd w:val="clear" w:color="000000" w:fill="F2F2F2"/>
            <w:vAlign w:val="center"/>
            <w:hideMark/>
          </w:tcPr>
          <w:p w14:paraId="29EE9C2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right w:val="nil"/>
            </w:tcBorders>
            <w:shd w:val="clear" w:color="000000" w:fill="F2F2F2"/>
            <w:vAlign w:val="center"/>
            <w:hideMark/>
          </w:tcPr>
          <w:p w14:paraId="41E9801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1.85</w:t>
            </w:r>
          </w:p>
        </w:tc>
        <w:tc>
          <w:tcPr>
            <w:tcW w:w="464" w:type="pct"/>
            <w:tcBorders>
              <w:top w:val="nil"/>
              <w:left w:val="nil"/>
              <w:right w:val="nil"/>
            </w:tcBorders>
            <w:shd w:val="clear" w:color="000000" w:fill="F2F2F2"/>
            <w:vAlign w:val="center"/>
            <w:hideMark/>
          </w:tcPr>
          <w:p w14:paraId="35E4298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w:t>
            </w:r>
          </w:p>
        </w:tc>
        <w:tc>
          <w:tcPr>
            <w:tcW w:w="462" w:type="pct"/>
            <w:tcBorders>
              <w:top w:val="nil"/>
              <w:left w:val="nil"/>
              <w:right w:val="nil"/>
            </w:tcBorders>
            <w:shd w:val="clear" w:color="000000" w:fill="FFFFFF"/>
            <w:vAlign w:val="center"/>
            <w:hideMark/>
          </w:tcPr>
          <w:p w14:paraId="0D1B0AB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403798A5" w14:textId="77777777" w:rsidTr="00841CFC">
        <w:trPr>
          <w:trHeight w:val="87"/>
        </w:trPr>
        <w:tc>
          <w:tcPr>
            <w:tcW w:w="898" w:type="pct"/>
            <w:tcBorders>
              <w:top w:val="nil"/>
              <w:left w:val="nil"/>
              <w:bottom w:val="single" w:sz="4" w:space="0" w:color="auto"/>
              <w:right w:val="nil"/>
            </w:tcBorders>
            <w:shd w:val="clear" w:color="000000" w:fill="FFFFFF"/>
            <w:vAlign w:val="center"/>
            <w:hideMark/>
          </w:tcPr>
          <w:p w14:paraId="0DCBA53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single" w:sz="4" w:space="0" w:color="auto"/>
              <w:right w:val="nil"/>
            </w:tcBorders>
            <w:shd w:val="clear" w:color="000000" w:fill="F2F2F2"/>
            <w:vAlign w:val="center"/>
            <w:hideMark/>
          </w:tcPr>
          <w:p w14:paraId="588E5F4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single" w:sz="4" w:space="0" w:color="auto"/>
              <w:right w:val="nil"/>
            </w:tcBorders>
            <w:shd w:val="clear" w:color="000000" w:fill="F2F2F2"/>
            <w:vAlign w:val="center"/>
            <w:hideMark/>
          </w:tcPr>
          <w:p w14:paraId="68EA5CB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single" w:sz="4" w:space="0" w:color="auto"/>
              <w:right w:val="nil"/>
            </w:tcBorders>
            <w:shd w:val="clear" w:color="000000" w:fill="F2F2F2"/>
            <w:vAlign w:val="center"/>
            <w:hideMark/>
          </w:tcPr>
          <w:p w14:paraId="01F3D99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single" w:sz="4" w:space="0" w:color="auto"/>
              <w:right w:val="nil"/>
            </w:tcBorders>
            <w:shd w:val="clear" w:color="000000" w:fill="FFFFFF"/>
            <w:vAlign w:val="center"/>
            <w:hideMark/>
          </w:tcPr>
          <w:p w14:paraId="02EF01B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single" w:sz="4" w:space="0" w:color="auto"/>
              <w:right w:val="nil"/>
            </w:tcBorders>
            <w:shd w:val="clear" w:color="000000" w:fill="F2F2F2"/>
            <w:vAlign w:val="center"/>
            <w:hideMark/>
          </w:tcPr>
          <w:p w14:paraId="2620D7F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single" w:sz="4" w:space="0" w:color="auto"/>
              <w:right w:val="nil"/>
            </w:tcBorders>
            <w:shd w:val="clear" w:color="000000" w:fill="F2F2F2"/>
            <w:vAlign w:val="center"/>
            <w:hideMark/>
          </w:tcPr>
          <w:p w14:paraId="550A087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 (1)</w:t>
            </w:r>
          </w:p>
        </w:tc>
        <w:tc>
          <w:tcPr>
            <w:tcW w:w="464" w:type="pct"/>
            <w:tcBorders>
              <w:top w:val="nil"/>
              <w:left w:val="nil"/>
              <w:bottom w:val="single" w:sz="4" w:space="0" w:color="auto"/>
              <w:right w:val="nil"/>
            </w:tcBorders>
            <w:shd w:val="clear" w:color="000000" w:fill="F2F2F2"/>
            <w:vAlign w:val="center"/>
            <w:hideMark/>
          </w:tcPr>
          <w:p w14:paraId="7CF3014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 (1)</w:t>
            </w:r>
          </w:p>
        </w:tc>
        <w:tc>
          <w:tcPr>
            <w:tcW w:w="462" w:type="pct"/>
            <w:tcBorders>
              <w:top w:val="nil"/>
              <w:left w:val="nil"/>
              <w:bottom w:val="single" w:sz="4" w:space="0" w:color="auto"/>
              <w:right w:val="nil"/>
            </w:tcBorders>
            <w:shd w:val="clear" w:color="000000" w:fill="FFFFFF"/>
            <w:vAlign w:val="center"/>
            <w:hideMark/>
          </w:tcPr>
          <w:p w14:paraId="118541B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7502C054" w14:textId="77777777" w:rsidTr="00841CFC">
        <w:trPr>
          <w:trHeight w:val="87"/>
        </w:trPr>
        <w:tc>
          <w:tcPr>
            <w:tcW w:w="898" w:type="pct"/>
            <w:tcBorders>
              <w:top w:val="single" w:sz="4" w:space="0" w:color="auto"/>
              <w:left w:val="nil"/>
              <w:bottom w:val="nil"/>
              <w:right w:val="nil"/>
            </w:tcBorders>
            <w:shd w:val="clear" w:color="000000" w:fill="FFFFFF"/>
            <w:vAlign w:val="center"/>
            <w:hideMark/>
          </w:tcPr>
          <w:p w14:paraId="2FE7D97E" w14:textId="77777777" w:rsidR="00726DBE" w:rsidRPr="00693325" w:rsidRDefault="00726DBE" w:rsidP="00841CFC">
            <w:pPr>
              <w:rPr>
                <w:rFonts w:ascii="Times New Roman" w:hAnsi="Times New Roman"/>
                <w:b/>
                <w:bCs/>
                <w:sz w:val="16"/>
                <w:szCs w:val="16"/>
              </w:rPr>
            </w:pPr>
            <w:r w:rsidRPr="00693325">
              <w:rPr>
                <w:rFonts w:ascii="Times New Roman" w:hAnsi="Times New Roman"/>
                <w:b/>
                <w:bCs/>
                <w:sz w:val="16"/>
                <w:szCs w:val="16"/>
              </w:rPr>
              <w:t xml:space="preserve">Renal conditions, IR (95% CI) </w:t>
            </w:r>
          </w:p>
        </w:tc>
        <w:tc>
          <w:tcPr>
            <w:tcW w:w="562" w:type="pct"/>
            <w:tcBorders>
              <w:top w:val="single" w:sz="4" w:space="0" w:color="auto"/>
              <w:left w:val="nil"/>
              <w:bottom w:val="nil"/>
              <w:right w:val="nil"/>
            </w:tcBorders>
            <w:shd w:val="clear" w:color="000000" w:fill="F2F2F2"/>
            <w:vAlign w:val="center"/>
            <w:hideMark/>
          </w:tcPr>
          <w:p w14:paraId="6C8F91A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1,016.71 (123.13; 3,672.72)</w:t>
            </w:r>
          </w:p>
        </w:tc>
        <w:tc>
          <w:tcPr>
            <w:tcW w:w="401" w:type="pct"/>
            <w:tcBorders>
              <w:top w:val="single" w:sz="4" w:space="0" w:color="auto"/>
              <w:left w:val="nil"/>
              <w:bottom w:val="nil"/>
              <w:right w:val="nil"/>
            </w:tcBorders>
            <w:shd w:val="clear" w:color="000000" w:fill="F2F2F2"/>
            <w:vAlign w:val="center"/>
            <w:hideMark/>
          </w:tcPr>
          <w:p w14:paraId="5AD3E6E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64.86)</w:t>
            </w:r>
          </w:p>
        </w:tc>
        <w:tc>
          <w:tcPr>
            <w:tcW w:w="460" w:type="pct"/>
            <w:tcBorders>
              <w:top w:val="single" w:sz="4" w:space="0" w:color="auto"/>
              <w:left w:val="nil"/>
              <w:bottom w:val="nil"/>
              <w:right w:val="nil"/>
            </w:tcBorders>
            <w:shd w:val="clear" w:color="000000" w:fill="F2F2F2"/>
            <w:vAlign w:val="center"/>
            <w:hideMark/>
          </w:tcPr>
          <w:p w14:paraId="0E4DCB9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33.99 (4.12; 122.78)</w:t>
            </w:r>
          </w:p>
        </w:tc>
        <w:tc>
          <w:tcPr>
            <w:tcW w:w="754" w:type="pct"/>
            <w:tcBorders>
              <w:top w:val="single" w:sz="4" w:space="0" w:color="auto"/>
              <w:left w:val="nil"/>
              <w:bottom w:val="nil"/>
              <w:right w:val="nil"/>
            </w:tcBorders>
            <w:shd w:val="clear" w:color="000000" w:fill="FFFFFF"/>
            <w:vAlign w:val="center"/>
            <w:hideMark/>
          </w:tcPr>
          <w:p w14:paraId="5989198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single" w:sz="4" w:space="0" w:color="auto"/>
              <w:left w:val="nil"/>
              <w:bottom w:val="nil"/>
              <w:right w:val="nil"/>
            </w:tcBorders>
            <w:shd w:val="clear" w:color="000000" w:fill="F2F2F2"/>
            <w:vAlign w:val="center"/>
            <w:hideMark/>
          </w:tcPr>
          <w:p w14:paraId="7BA4510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349.03 (95.10; 893.66)</w:t>
            </w:r>
          </w:p>
        </w:tc>
        <w:tc>
          <w:tcPr>
            <w:tcW w:w="464" w:type="pct"/>
            <w:tcBorders>
              <w:top w:val="single" w:sz="4" w:space="0" w:color="auto"/>
              <w:left w:val="nil"/>
              <w:bottom w:val="nil"/>
              <w:right w:val="nil"/>
            </w:tcBorders>
            <w:shd w:val="clear" w:color="000000" w:fill="F2F2F2"/>
            <w:vAlign w:val="center"/>
            <w:hideMark/>
          </w:tcPr>
          <w:p w14:paraId="69C5CB0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9.82)</w:t>
            </w:r>
          </w:p>
        </w:tc>
        <w:tc>
          <w:tcPr>
            <w:tcW w:w="464" w:type="pct"/>
            <w:tcBorders>
              <w:top w:val="single" w:sz="4" w:space="0" w:color="auto"/>
              <w:left w:val="nil"/>
              <w:bottom w:val="nil"/>
              <w:right w:val="nil"/>
            </w:tcBorders>
            <w:shd w:val="clear" w:color="000000" w:fill="F2F2F2"/>
            <w:vAlign w:val="center"/>
            <w:hideMark/>
          </w:tcPr>
          <w:p w14:paraId="640B39B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10.33 (2.81; 26.45)</w:t>
            </w:r>
          </w:p>
        </w:tc>
        <w:tc>
          <w:tcPr>
            <w:tcW w:w="462" w:type="pct"/>
            <w:tcBorders>
              <w:top w:val="single" w:sz="4" w:space="0" w:color="auto"/>
              <w:left w:val="nil"/>
              <w:bottom w:val="nil"/>
              <w:right w:val="nil"/>
            </w:tcBorders>
            <w:shd w:val="clear" w:color="000000" w:fill="FFFFFF"/>
            <w:vAlign w:val="center"/>
            <w:hideMark/>
          </w:tcPr>
          <w:p w14:paraId="1DB2F2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2.36 (0.49; 6.88)</w:t>
            </w:r>
          </w:p>
        </w:tc>
      </w:tr>
      <w:tr w:rsidR="00726DBE" w:rsidRPr="00693325" w14:paraId="12FB809B" w14:textId="77777777" w:rsidTr="00841CFC">
        <w:trPr>
          <w:trHeight w:val="87"/>
        </w:trPr>
        <w:tc>
          <w:tcPr>
            <w:tcW w:w="898" w:type="pct"/>
            <w:tcBorders>
              <w:top w:val="nil"/>
              <w:left w:val="nil"/>
              <w:bottom w:val="nil"/>
              <w:right w:val="nil"/>
            </w:tcBorders>
            <w:shd w:val="clear" w:color="000000" w:fill="FFFFFF"/>
            <w:vAlign w:val="center"/>
            <w:hideMark/>
          </w:tcPr>
          <w:p w14:paraId="059957FF"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66D1805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01" w:type="pct"/>
            <w:tcBorders>
              <w:top w:val="nil"/>
              <w:left w:val="nil"/>
              <w:bottom w:val="nil"/>
              <w:right w:val="nil"/>
            </w:tcBorders>
            <w:shd w:val="clear" w:color="000000" w:fill="F2F2F2"/>
            <w:vAlign w:val="center"/>
            <w:hideMark/>
          </w:tcPr>
          <w:p w14:paraId="0E34837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0FA500A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754" w:type="pct"/>
            <w:tcBorders>
              <w:top w:val="nil"/>
              <w:left w:val="nil"/>
              <w:bottom w:val="nil"/>
              <w:right w:val="nil"/>
            </w:tcBorders>
            <w:shd w:val="clear" w:color="000000" w:fill="FFFFFF"/>
            <w:vAlign w:val="center"/>
            <w:hideMark/>
          </w:tcPr>
          <w:p w14:paraId="4816703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1FDACEC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4" w:type="pct"/>
            <w:tcBorders>
              <w:top w:val="nil"/>
              <w:left w:val="nil"/>
              <w:bottom w:val="nil"/>
              <w:right w:val="nil"/>
            </w:tcBorders>
            <w:shd w:val="clear" w:color="000000" w:fill="F2F2F2"/>
            <w:vAlign w:val="center"/>
            <w:hideMark/>
          </w:tcPr>
          <w:p w14:paraId="283AC2D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1518E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2" w:type="pct"/>
            <w:tcBorders>
              <w:top w:val="nil"/>
              <w:left w:val="nil"/>
              <w:bottom w:val="nil"/>
              <w:right w:val="nil"/>
            </w:tcBorders>
            <w:shd w:val="clear" w:color="000000" w:fill="FFFFFF"/>
            <w:vAlign w:val="center"/>
            <w:hideMark/>
          </w:tcPr>
          <w:p w14:paraId="60C8D0B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r>
      <w:tr w:rsidR="00726DBE" w:rsidRPr="00693325" w14:paraId="70DCD80D" w14:textId="77777777" w:rsidTr="00841CFC">
        <w:trPr>
          <w:trHeight w:val="87"/>
        </w:trPr>
        <w:tc>
          <w:tcPr>
            <w:tcW w:w="898" w:type="pct"/>
            <w:tcBorders>
              <w:top w:val="nil"/>
              <w:left w:val="nil"/>
              <w:bottom w:val="nil"/>
              <w:right w:val="nil"/>
            </w:tcBorders>
            <w:shd w:val="clear" w:color="000000" w:fill="FFFFFF"/>
            <w:vAlign w:val="center"/>
            <w:hideMark/>
          </w:tcPr>
          <w:p w14:paraId="55816D69"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614F2A5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9.52</w:t>
            </w:r>
          </w:p>
        </w:tc>
        <w:tc>
          <w:tcPr>
            <w:tcW w:w="401" w:type="pct"/>
            <w:tcBorders>
              <w:top w:val="nil"/>
              <w:left w:val="nil"/>
              <w:bottom w:val="nil"/>
              <w:right w:val="nil"/>
            </w:tcBorders>
            <w:shd w:val="clear" w:color="000000" w:fill="F2F2F2"/>
            <w:vAlign w:val="center"/>
            <w:hideMark/>
          </w:tcPr>
          <w:p w14:paraId="3518133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60" w:type="pct"/>
            <w:tcBorders>
              <w:top w:val="nil"/>
              <w:left w:val="nil"/>
              <w:bottom w:val="nil"/>
              <w:right w:val="nil"/>
            </w:tcBorders>
            <w:shd w:val="clear" w:color="000000" w:fill="F2F2F2"/>
            <w:vAlign w:val="center"/>
            <w:hideMark/>
          </w:tcPr>
          <w:p w14:paraId="77A6D7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9.52</w:t>
            </w:r>
          </w:p>
        </w:tc>
        <w:tc>
          <w:tcPr>
            <w:tcW w:w="754" w:type="pct"/>
            <w:tcBorders>
              <w:top w:val="nil"/>
              <w:left w:val="nil"/>
              <w:bottom w:val="nil"/>
              <w:right w:val="nil"/>
            </w:tcBorders>
            <w:shd w:val="clear" w:color="000000" w:fill="FFFFFF"/>
            <w:vAlign w:val="center"/>
            <w:hideMark/>
          </w:tcPr>
          <w:p w14:paraId="56A699F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535" w:type="pct"/>
            <w:tcBorders>
              <w:top w:val="nil"/>
              <w:left w:val="nil"/>
              <w:bottom w:val="nil"/>
              <w:right w:val="nil"/>
            </w:tcBorders>
            <w:shd w:val="clear" w:color="000000" w:fill="F2F2F2"/>
            <w:vAlign w:val="center"/>
            <w:hideMark/>
          </w:tcPr>
          <w:p w14:paraId="506CE5B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3.48</w:t>
            </w:r>
          </w:p>
        </w:tc>
        <w:tc>
          <w:tcPr>
            <w:tcW w:w="464" w:type="pct"/>
            <w:tcBorders>
              <w:top w:val="nil"/>
              <w:left w:val="nil"/>
              <w:bottom w:val="nil"/>
              <w:right w:val="nil"/>
            </w:tcBorders>
            <w:shd w:val="clear" w:color="000000" w:fill="F2F2F2"/>
            <w:vAlign w:val="center"/>
            <w:hideMark/>
          </w:tcPr>
          <w:p w14:paraId="7CB50FD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w:t>
            </w:r>
          </w:p>
        </w:tc>
        <w:tc>
          <w:tcPr>
            <w:tcW w:w="464" w:type="pct"/>
            <w:tcBorders>
              <w:top w:val="nil"/>
              <w:left w:val="nil"/>
              <w:bottom w:val="nil"/>
              <w:right w:val="nil"/>
            </w:tcBorders>
            <w:shd w:val="clear" w:color="000000" w:fill="F2F2F2"/>
            <w:vAlign w:val="center"/>
            <w:hideMark/>
          </w:tcPr>
          <w:p w14:paraId="492DA90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3.48</w:t>
            </w:r>
          </w:p>
        </w:tc>
        <w:tc>
          <w:tcPr>
            <w:tcW w:w="462" w:type="pct"/>
            <w:tcBorders>
              <w:top w:val="nil"/>
              <w:left w:val="nil"/>
              <w:bottom w:val="nil"/>
              <w:right w:val="nil"/>
            </w:tcBorders>
            <w:shd w:val="clear" w:color="000000" w:fill="FFFFFF"/>
            <w:vAlign w:val="center"/>
            <w:hideMark/>
          </w:tcPr>
          <w:p w14:paraId="77BB8B5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0.52</w:t>
            </w:r>
          </w:p>
        </w:tc>
      </w:tr>
      <w:tr w:rsidR="00726DBE" w:rsidRPr="00693325" w14:paraId="6A34D773" w14:textId="77777777" w:rsidTr="00841CFC">
        <w:trPr>
          <w:trHeight w:val="87"/>
        </w:trPr>
        <w:tc>
          <w:tcPr>
            <w:tcW w:w="898" w:type="pct"/>
            <w:tcBorders>
              <w:top w:val="nil"/>
              <w:left w:val="nil"/>
              <w:bottom w:val="nil"/>
              <w:right w:val="nil"/>
            </w:tcBorders>
            <w:shd w:val="clear" w:color="000000" w:fill="FFFFFF"/>
            <w:vAlign w:val="center"/>
            <w:hideMark/>
          </w:tcPr>
          <w:p w14:paraId="63594FF3"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745D06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5,446 (6,930)</w:t>
            </w:r>
          </w:p>
        </w:tc>
        <w:tc>
          <w:tcPr>
            <w:tcW w:w="401" w:type="pct"/>
            <w:tcBorders>
              <w:top w:val="nil"/>
              <w:left w:val="nil"/>
              <w:bottom w:val="nil"/>
              <w:right w:val="nil"/>
            </w:tcBorders>
            <w:shd w:val="clear" w:color="000000" w:fill="F2F2F2"/>
            <w:vAlign w:val="center"/>
            <w:hideMark/>
          </w:tcPr>
          <w:p w14:paraId="2FCB713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2AC21B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3,232 (4,512)</w:t>
            </w:r>
          </w:p>
        </w:tc>
        <w:tc>
          <w:tcPr>
            <w:tcW w:w="754" w:type="pct"/>
            <w:tcBorders>
              <w:top w:val="nil"/>
              <w:left w:val="nil"/>
              <w:bottom w:val="nil"/>
              <w:right w:val="nil"/>
            </w:tcBorders>
            <w:shd w:val="clear" w:color="000000" w:fill="FFFFFF"/>
            <w:vAlign w:val="center"/>
            <w:hideMark/>
          </w:tcPr>
          <w:p w14:paraId="739D284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6F1F933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162 (275)</w:t>
            </w:r>
          </w:p>
        </w:tc>
        <w:tc>
          <w:tcPr>
            <w:tcW w:w="464" w:type="pct"/>
            <w:tcBorders>
              <w:top w:val="nil"/>
              <w:left w:val="nil"/>
              <w:bottom w:val="nil"/>
              <w:right w:val="nil"/>
            </w:tcBorders>
            <w:shd w:val="clear" w:color="000000" w:fill="F2F2F2"/>
            <w:vAlign w:val="center"/>
            <w:hideMark/>
          </w:tcPr>
          <w:p w14:paraId="2960B52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7E13385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27 (37)</w:t>
            </w:r>
          </w:p>
        </w:tc>
        <w:tc>
          <w:tcPr>
            <w:tcW w:w="462" w:type="pct"/>
            <w:tcBorders>
              <w:top w:val="nil"/>
              <w:left w:val="nil"/>
              <w:bottom w:val="nil"/>
              <w:right w:val="nil"/>
            </w:tcBorders>
            <w:shd w:val="clear" w:color="000000" w:fill="FFFFFF"/>
            <w:vAlign w:val="center"/>
            <w:hideMark/>
          </w:tcPr>
          <w:p w14:paraId="426650C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12,410 (18,398)</w:t>
            </w:r>
          </w:p>
        </w:tc>
      </w:tr>
      <w:tr w:rsidR="00726DBE" w:rsidRPr="00693325" w14:paraId="18489C0A" w14:textId="77777777" w:rsidTr="00841CFC">
        <w:trPr>
          <w:trHeight w:val="87"/>
        </w:trPr>
        <w:tc>
          <w:tcPr>
            <w:tcW w:w="898" w:type="pct"/>
            <w:tcBorders>
              <w:top w:val="nil"/>
              <w:left w:val="nil"/>
              <w:bottom w:val="nil"/>
              <w:right w:val="nil"/>
            </w:tcBorders>
            <w:shd w:val="clear" w:color="000000" w:fill="FFFFFF"/>
            <w:vAlign w:val="center"/>
            <w:hideMark/>
          </w:tcPr>
          <w:p w14:paraId="083A40BB"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Dialysis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3DD1F34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1,016.71 (123.13; 3,672.72)</w:t>
            </w:r>
          </w:p>
        </w:tc>
        <w:tc>
          <w:tcPr>
            <w:tcW w:w="401" w:type="pct"/>
            <w:tcBorders>
              <w:top w:val="nil"/>
              <w:left w:val="nil"/>
              <w:bottom w:val="nil"/>
              <w:right w:val="nil"/>
            </w:tcBorders>
            <w:shd w:val="clear" w:color="000000" w:fill="F2F2F2"/>
            <w:vAlign w:val="center"/>
            <w:hideMark/>
          </w:tcPr>
          <w:p w14:paraId="3A6E4D6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64.86)</w:t>
            </w:r>
          </w:p>
        </w:tc>
        <w:tc>
          <w:tcPr>
            <w:tcW w:w="460" w:type="pct"/>
            <w:tcBorders>
              <w:top w:val="nil"/>
              <w:left w:val="nil"/>
              <w:bottom w:val="nil"/>
              <w:right w:val="nil"/>
            </w:tcBorders>
            <w:shd w:val="clear" w:color="000000" w:fill="F2F2F2"/>
            <w:vAlign w:val="center"/>
            <w:hideMark/>
          </w:tcPr>
          <w:p w14:paraId="349CFA4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33.99 (4.12; 122.78)</w:t>
            </w:r>
          </w:p>
        </w:tc>
        <w:tc>
          <w:tcPr>
            <w:tcW w:w="754" w:type="pct"/>
            <w:tcBorders>
              <w:top w:val="nil"/>
              <w:left w:val="nil"/>
              <w:bottom w:val="nil"/>
              <w:right w:val="nil"/>
            </w:tcBorders>
            <w:shd w:val="clear" w:color="000000" w:fill="FFFFFF"/>
            <w:vAlign w:val="center"/>
            <w:hideMark/>
          </w:tcPr>
          <w:p w14:paraId="053A720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2E35302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346.38 (94.38; 886.88)</w:t>
            </w:r>
          </w:p>
        </w:tc>
        <w:tc>
          <w:tcPr>
            <w:tcW w:w="464" w:type="pct"/>
            <w:tcBorders>
              <w:top w:val="nil"/>
              <w:left w:val="nil"/>
              <w:bottom w:val="nil"/>
              <w:right w:val="nil"/>
            </w:tcBorders>
            <w:shd w:val="clear" w:color="000000" w:fill="F2F2F2"/>
            <w:vAlign w:val="center"/>
            <w:hideMark/>
          </w:tcPr>
          <w:p w14:paraId="498588E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9.82)</w:t>
            </w:r>
          </w:p>
        </w:tc>
        <w:tc>
          <w:tcPr>
            <w:tcW w:w="464" w:type="pct"/>
            <w:tcBorders>
              <w:top w:val="nil"/>
              <w:left w:val="nil"/>
              <w:bottom w:val="nil"/>
              <w:right w:val="nil"/>
            </w:tcBorders>
            <w:shd w:val="clear" w:color="000000" w:fill="F2F2F2"/>
            <w:vAlign w:val="center"/>
            <w:hideMark/>
          </w:tcPr>
          <w:p w14:paraId="22E126D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10.33 (2.81; 26.44)</w:t>
            </w:r>
          </w:p>
        </w:tc>
        <w:tc>
          <w:tcPr>
            <w:tcW w:w="462" w:type="pct"/>
            <w:tcBorders>
              <w:top w:val="nil"/>
              <w:left w:val="nil"/>
              <w:bottom w:val="nil"/>
              <w:right w:val="nil"/>
            </w:tcBorders>
            <w:shd w:val="clear" w:color="000000" w:fill="FFFFFF"/>
            <w:vAlign w:val="center"/>
            <w:hideMark/>
          </w:tcPr>
          <w:p w14:paraId="329BA65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0.78 (0.02; 4.37)</w:t>
            </w:r>
          </w:p>
        </w:tc>
      </w:tr>
      <w:tr w:rsidR="00726DBE" w:rsidRPr="00693325" w14:paraId="50548259" w14:textId="77777777" w:rsidTr="00841CFC">
        <w:trPr>
          <w:trHeight w:val="280"/>
        </w:trPr>
        <w:tc>
          <w:tcPr>
            <w:tcW w:w="898" w:type="pct"/>
            <w:tcBorders>
              <w:top w:val="nil"/>
              <w:left w:val="nil"/>
              <w:bottom w:val="nil"/>
              <w:right w:val="nil"/>
            </w:tcBorders>
            <w:shd w:val="clear" w:color="000000" w:fill="FFFFFF"/>
            <w:vAlign w:val="center"/>
            <w:hideMark/>
          </w:tcPr>
          <w:p w14:paraId="3496F5F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1E66BF6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01" w:type="pct"/>
            <w:tcBorders>
              <w:top w:val="nil"/>
              <w:left w:val="nil"/>
              <w:bottom w:val="nil"/>
              <w:right w:val="nil"/>
            </w:tcBorders>
            <w:shd w:val="clear" w:color="000000" w:fill="F2F2F2"/>
            <w:vAlign w:val="center"/>
            <w:hideMark/>
          </w:tcPr>
          <w:p w14:paraId="66C98E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D6D04F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754" w:type="pct"/>
            <w:tcBorders>
              <w:top w:val="nil"/>
              <w:left w:val="nil"/>
              <w:bottom w:val="nil"/>
              <w:right w:val="nil"/>
            </w:tcBorders>
            <w:shd w:val="clear" w:color="000000" w:fill="FFFFFF"/>
            <w:vAlign w:val="center"/>
            <w:hideMark/>
          </w:tcPr>
          <w:p w14:paraId="3A65501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5BBEC86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4" w:type="pct"/>
            <w:tcBorders>
              <w:top w:val="nil"/>
              <w:left w:val="nil"/>
              <w:bottom w:val="nil"/>
              <w:right w:val="nil"/>
            </w:tcBorders>
            <w:shd w:val="clear" w:color="000000" w:fill="F2F2F2"/>
            <w:vAlign w:val="center"/>
            <w:hideMark/>
          </w:tcPr>
          <w:p w14:paraId="411A811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0D7244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462" w:type="pct"/>
            <w:tcBorders>
              <w:top w:val="nil"/>
              <w:left w:val="nil"/>
              <w:bottom w:val="nil"/>
              <w:right w:val="nil"/>
            </w:tcBorders>
            <w:shd w:val="clear" w:color="000000" w:fill="FFFFFF"/>
            <w:vAlign w:val="center"/>
            <w:hideMark/>
          </w:tcPr>
          <w:p w14:paraId="48967D5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r>
      <w:tr w:rsidR="00726DBE" w:rsidRPr="00693325" w14:paraId="5614D96E" w14:textId="77777777" w:rsidTr="00841CFC">
        <w:trPr>
          <w:trHeight w:val="87"/>
        </w:trPr>
        <w:tc>
          <w:tcPr>
            <w:tcW w:w="898" w:type="pct"/>
            <w:tcBorders>
              <w:top w:val="nil"/>
              <w:left w:val="nil"/>
              <w:bottom w:val="nil"/>
              <w:right w:val="nil"/>
            </w:tcBorders>
            <w:shd w:val="clear" w:color="000000" w:fill="FFFFFF"/>
            <w:vAlign w:val="center"/>
            <w:hideMark/>
          </w:tcPr>
          <w:p w14:paraId="55196C31"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4B58882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9.52</w:t>
            </w:r>
          </w:p>
        </w:tc>
        <w:tc>
          <w:tcPr>
            <w:tcW w:w="401" w:type="pct"/>
            <w:tcBorders>
              <w:top w:val="nil"/>
              <w:left w:val="nil"/>
              <w:bottom w:val="nil"/>
              <w:right w:val="nil"/>
            </w:tcBorders>
            <w:shd w:val="clear" w:color="000000" w:fill="F2F2F2"/>
            <w:vAlign w:val="center"/>
            <w:hideMark/>
          </w:tcPr>
          <w:p w14:paraId="1E6C907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45EF23E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9.52</w:t>
            </w:r>
          </w:p>
        </w:tc>
        <w:tc>
          <w:tcPr>
            <w:tcW w:w="754" w:type="pct"/>
            <w:tcBorders>
              <w:top w:val="nil"/>
              <w:left w:val="nil"/>
              <w:bottom w:val="nil"/>
              <w:right w:val="nil"/>
            </w:tcBorders>
            <w:shd w:val="clear" w:color="000000" w:fill="FFFFFF"/>
            <w:vAlign w:val="center"/>
            <w:hideMark/>
          </w:tcPr>
          <w:p w14:paraId="0242679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488C9E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3.48</w:t>
            </w:r>
          </w:p>
        </w:tc>
        <w:tc>
          <w:tcPr>
            <w:tcW w:w="464" w:type="pct"/>
            <w:tcBorders>
              <w:top w:val="nil"/>
              <w:left w:val="nil"/>
              <w:bottom w:val="nil"/>
              <w:right w:val="nil"/>
            </w:tcBorders>
            <w:shd w:val="clear" w:color="000000" w:fill="F2F2F2"/>
            <w:vAlign w:val="center"/>
            <w:hideMark/>
          </w:tcPr>
          <w:p w14:paraId="559E6AB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970CAF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3.48</w:t>
            </w:r>
          </w:p>
        </w:tc>
        <w:tc>
          <w:tcPr>
            <w:tcW w:w="462" w:type="pct"/>
            <w:tcBorders>
              <w:top w:val="nil"/>
              <w:left w:val="nil"/>
              <w:bottom w:val="nil"/>
              <w:right w:val="nil"/>
            </w:tcBorders>
            <w:shd w:val="clear" w:color="000000" w:fill="FFFFFF"/>
            <w:vAlign w:val="center"/>
            <w:hideMark/>
          </w:tcPr>
          <w:p w14:paraId="37265EE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0.17</w:t>
            </w:r>
          </w:p>
        </w:tc>
      </w:tr>
      <w:tr w:rsidR="00726DBE" w:rsidRPr="00693325" w14:paraId="58C54634" w14:textId="77777777" w:rsidTr="00841CFC">
        <w:trPr>
          <w:trHeight w:val="87"/>
        </w:trPr>
        <w:tc>
          <w:tcPr>
            <w:tcW w:w="898" w:type="pct"/>
            <w:tcBorders>
              <w:top w:val="nil"/>
              <w:left w:val="nil"/>
              <w:bottom w:val="nil"/>
              <w:right w:val="nil"/>
            </w:tcBorders>
            <w:shd w:val="clear" w:color="000000" w:fill="FFFFFF"/>
            <w:vAlign w:val="center"/>
            <w:hideMark/>
          </w:tcPr>
          <w:p w14:paraId="78E62C4C"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313E498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5,205 (6,939)</w:t>
            </w:r>
          </w:p>
        </w:tc>
        <w:tc>
          <w:tcPr>
            <w:tcW w:w="401" w:type="pct"/>
            <w:tcBorders>
              <w:top w:val="nil"/>
              <w:left w:val="nil"/>
              <w:bottom w:val="nil"/>
              <w:right w:val="nil"/>
            </w:tcBorders>
            <w:shd w:val="clear" w:color="000000" w:fill="F2F2F2"/>
            <w:vAlign w:val="center"/>
            <w:hideMark/>
          </w:tcPr>
          <w:p w14:paraId="3D98C6C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290F3D6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3,114 (4,371)</w:t>
            </w:r>
          </w:p>
        </w:tc>
        <w:tc>
          <w:tcPr>
            <w:tcW w:w="754" w:type="pct"/>
            <w:tcBorders>
              <w:top w:val="nil"/>
              <w:left w:val="nil"/>
              <w:bottom w:val="nil"/>
              <w:right w:val="nil"/>
            </w:tcBorders>
            <w:shd w:val="clear" w:color="000000" w:fill="FFFFFF"/>
            <w:vAlign w:val="center"/>
            <w:hideMark/>
          </w:tcPr>
          <w:p w14:paraId="48B3623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24CBFB5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38 (76)</w:t>
            </w:r>
          </w:p>
        </w:tc>
        <w:tc>
          <w:tcPr>
            <w:tcW w:w="464" w:type="pct"/>
            <w:tcBorders>
              <w:top w:val="nil"/>
              <w:left w:val="nil"/>
              <w:bottom w:val="nil"/>
              <w:right w:val="nil"/>
            </w:tcBorders>
            <w:shd w:val="clear" w:color="000000" w:fill="F2F2F2"/>
            <w:vAlign w:val="center"/>
            <w:hideMark/>
          </w:tcPr>
          <w:p w14:paraId="4075781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758CFB7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(4)</w:t>
            </w:r>
          </w:p>
        </w:tc>
        <w:tc>
          <w:tcPr>
            <w:tcW w:w="462" w:type="pct"/>
            <w:tcBorders>
              <w:top w:val="nil"/>
              <w:left w:val="nil"/>
              <w:bottom w:val="nil"/>
              <w:right w:val="nil"/>
            </w:tcBorders>
            <w:shd w:val="clear" w:color="000000" w:fill="FFFFFF"/>
            <w:vAlign w:val="center"/>
            <w:hideMark/>
          </w:tcPr>
          <w:p w14:paraId="3C991B9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264 (NA)</w:t>
            </w:r>
          </w:p>
        </w:tc>
      </w:tr>
      <w:tr w:rsidR="00726DBE" w:rsidRPr="00693325" w14:paraId="69216C72" w14:textId="77777777" w:rsidTr="00841CFC">
        <w:trPr>
          <w:trHeight w:val="87"/>
        </w:trPr>
        <w:tc>
          <w:tcPr>
            <w:tcW w:w="898" w:type="pct"/>
            <w:tcBorders>
              <w:top w:val="nil"/>
              <w:left w:val="nil"/>
              <w:bottom w:val="nil"/>
              <w:right w:val="nil"/>
            </w:tcBorders>
            <w:shd w:val="clear" w:color="000000" w:fill="FFFFFF"/>
            <w:vAlign w:val="center"/>
            <w:hideMark/>
          </w:tcPr>
          <w:p w14:paraId="23230F83"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Renal failure</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1316C72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946.82 (114.66; 3,420.25)</w:t>
            </w:r>
          </w:p>
        </w:tc>
        <w:tc>
          <w:tcPr>
            <w:tcW w:w="401" w:type="pct"/>
            <w:tcBorders>
              <w:top w:val="nil"/>
              <w:left w:val="nil"/>
              <w:bottom w:val="nil"/>
              <w:right w:val="nil"/>
            </w:tcBorders>
            <w:shd w:val="clear" w:color="000000" w:fill="F2F2F2"/>
            <w:vAlign w:val="center"/>
            <w:hideMark/>
          </w:tcPr>
          <w:p w14:paraId="6BE387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64.86)</w:t>
            </w:r>
          </w:p>
        </w:tc>
        <w:tc>
          <w:tcPr>
            <w:tcW w:w="460" w:type="pct"/>
            <w:tcBorders>
              <w:top w:val="nil"/>
              <w:left w:val="nil"/>
              <w:bottom w:val="nil"/>
              <w:right w:val="nil"/>
            </w:tcBorders>
            <w:shd w:val="clear" w:color="000000" w:fill="F2F2F2"/>
            <w:vAlign w:val="center"/>
            <w:hideMark/>
          </w:tcPr>
          <w:p w14:paraId="12CE388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33.91 (4.11; 122.48)</w:t>
            </w:r>
          </w:p>
        </w:tc>
        <w:tc>
          <w:tcPr>
            <w:tcW w:w="754" w:type="pct"/>
            <w:tcBorders>
              <w:top w:val="nil"/>
              <w:left w:val="nil"/>
              <w:bottom w:val="nil"/>
              <w:right w:val="nil"/>
            </w:tcBorders>
            <w:shd w:val="clear" w:color="000000" w:fill="FFFFFF"/>
            <w:vAlign w:val="center"/>
            <w:hideMark/>
          </w:tcPr>
          <w:p w14:paraId="0C5BA99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3385430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170.52 (20.65; 615.98)</w:t>
            </w:r>
          </w:p>
        </w:tc>
        <w:tc>
          <w:tcPr>
            <w:tcW w:w="464" w:type="pct"/>
            <w:tcBorders>
              <w:top w:val="nil"/>
              <w:left w:val="nil"/>
              <w:bottom w:val="nil"/>
              <w:right w:val="nil"/>
            </w:tcBorders>
            <w:shd w:val="clear" w:color="000000" w:fill="F2F2F2"/>
            <w:vAlign w:val="center"/>
            <w:hideMark/>
          </w:tcPr>
          <w:p w14:paraId="1A68EFC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9.36)</w:t>
            </w:r>
          </w:p>
        </w:tc>
        <w:tc>
          <w:tcPr>
            <w:tcW w:w="464" w:type="pct"/>
            <w:tcBorders>
              <w:top w:val="nil"/>
              <w:left w:val="nil"/>
              <w:bottom w:val="nil"/>
              <w:right w:val="nil"/>
            </w:tcBorders>
            <w:shd w:val="clear" w:color="000000" w:fill="F2F2F2"/>
            <w:vAlign w:val="center"/>
            <w:hideMark/>
          </w:tcPr>
          <w:p w14:paraId="46C2B04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4.93 (0.60; 17.81)</w:t>
            </w:r>
          </w:p>
        </w:tc>
        <w:tc>
          <w:tcPr>
            <w:tcW w:w="462" w:type="pct"/>
            <w:tcBorders>
              <w:top w:val="nil"/>
              <w:left w:val="nil"/>
              <w:bottom w:val="nil"/>
              <w:right w:val="nil"/>
            </w:tcBorders>
            <w:shd w:val="clear" w:color="000000" w:fill="FFFFFF"/>
            <w:vAlign w:val="center"/>
            <w:hideMark/>
          </w:tcPr>
          <w:p w14:paraId="35F0921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1.57 (0.19; 5.67)</w:t>
            </w:r>
          </w:p>
        </w:tc>
      </w:tr>
      <w:tr w:rsidR="00726DBE" w:rsidRPr="00693325" w14:paraId="7B454868" w14:textId="77777777" w:rsidTr="00841CFC">
        <w:trPr>
          <w:trHeight w:val="87"/>
        </w:trPr>
        <w:tc>
          <w:tcPr>
            <w:tcW w:w="898" w:type="pct"/>
            <w:tcBorders>
              <w:top w:val="nil"/>
              <w:left w:val="nil"/>
              <w:bottom w:val="nil"/>
              <w:right w:val="nil"/>
            </w:tcBorders>
            <w:shd w:val="clear" w:color="000000" w:fill="FFFFFF"/>
            <w:vAlign w:val="center"/>
            <w:hideMark/>
          </w:tcPr>
          <w:p w14:paraId="424A476D"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36A2FDA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01" w:type="pct"/>
            <w:tcBorders>
              <w:top w:val="nil"/>
              <w:left w:val="nil"/>
              <w:bottom w:val="nil"/>
              <w:right w:val="nil"/>
            </w:tcBorders>
            <w:shd w:val="clear" w:color="000000" w:fill="F2F2F2"/>
            <w:vAlign w:val="center"/>
            <w:hideMark/>
          </w:tcPr>
          <w:p w14:paraId="25EA06C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1E13A81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754" w:type="pct"/>
            <w:tcBorders>
              <w:top w:val="nil"/>
              <w:left w:val="nil"/>
              <w:bottom w:val="nil"/>
              <w:right w:val="nil"/>
            </w:tcBorders>
            <w:shd w:val="clear" w:color="000000" w:fill="FFFFFF"/>
            <w:vAlign w:val="center"/>
            <w:hideMark/>
          </w:tcPr>
          <w:p w14:paraId="7325188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712A010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4" w:type="pct"/>
            <w:tcBorders>
              <w:top w:val="nil"/>
              <w:left w:val="nil"/>
              <w:bottom w:val="nil"/>
              <w:right w:val="nil"/>
            </w:tcBorders>
            <w:shd w:val="clear" w:color="000000" w:fill="F2F2F2"/>
            <w:vAlign w:val="center"/>
            <w:hideMark/>
          </w:tcPr>
          <w:p w14:paraId="73754BD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5EA83A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2" w:type="pct"/>
            <w:tcBorders>
              <w:top w:val="nil"/>
              <w:left w:val="nil"/>
              <w:bottom w:val="nil"/>
              <w:right w:val="nil"/>
            </w:tcBorders>
            <w:shd w:val="clear" w:color="000000" w:fill="FFFFFF"/>
            <w:vAlign w:val="center"/>
            <w:hideMark/>
          </w:tcPr>
          <w:p w14:paraId="40C9080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r>
      <w:tr w:rsidR="00726DBE" w:rsidRPr="00693325" w14:paraId="75DA5E8D" w14:textId="77777777" w:rsidTr="00841CFC">
        <w:trPr>
          <w:trHeight w:val="87"/>
        </w:trPr>
        <w:tc>
          <w:tcPr>
            <w:tcW w:w="898" w:type="pct"/>
            <w:tcBorders>
              <w:top w:val="nil"/>
              <w:left w:val="nil"/>
              <w:bottom w:val="nil"/>
              <w:right w:val="nil"/>
            </w:tcBorders>
            <w:shd w:val="clear" w:color="000000" w:fill="FFFFFF"/>
            <w:vAlign w:val="center"/>
            <w:hideMark/>
          </w:tcPr>
          <w:p w14:paraId="2BF7BE8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5A545D7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9.52</w:t>
            </w:r>
          </w:p>
        </w:tc>
        <w:tc>
          <w:tcPr>
            <w:tcW w:w="401" w:type="pct"/>
            <w:tcBorders>
              <w:top w:val="nil"/>
              <w:left w:val="nil"/>
              <w:bottom w:val="nil"/>
              <w:right w:val="nil"/>
            </w:tcBorders>
            <w:shd w:val="clear" w:color="000000" w:fill="F2F2F2"/>
            <w:vAlign w:val="center"/>
            <w:hideMark/>
          </w:tcPr>
          <w:p w14:paraId="719268B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18C7D6B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9.52</w:t>
            </w:r>
          </w:p>
        </w:tc>
        <w:tc>
          <w:tcPr>
            <w:tcW w:w="754" w:type="pct"/>
            <w:tcBorders>
              <w:top w:val="nil"/>
              <w:left w:val="nil"/>
              <w:bottom w:val="nil"/>
              <w:right w:val="nil"/>
            </w:tcBorders>
            <w:shd w:val="clear" w:color="000000" w:fill="FFFFFF"/>
            <w:vAlign w:val="center"/>
            <w:hideMark/>
          </w:tcPr>
          <w:p w14:paraId="4585517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26944A4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w:t>
            </w:r>
          </w:p>
        </w:tc>
        <w:tc>
          <w:tcPr>
            <w:tcW w:w="464" w:type="pct"/>
            <w:tcBorders>
              <w:top w:val="nil"/>
              <w:left w:val="nil"/>
              <w:bottom w:val="nil"/>
              <w:right w:val="nil"/>
            </w:tcBorders>
            <w:shd w:val="clear" w:color="000000" w:fill="F2F2F2"/>
            <w:vAlign w:val="center"/>
            <w:hideMark/>
          </w:tcPr>
          <w:p w14:paraId="21F186A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49C7120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w:t>
            </w:r>
          </w:p>
        </w:tc>
        <w:tc>
          <w:tcPr>
            <w:tcW w:w="462" w:type="pct"/>
            <w:tcBorders>
              <w:top w:val="nil"/>
              <w:left w:val="nil"/>
              <w:bottom w:val="nil"/>
              <w:right w:val="nil"/>
            </w:tcBorders>
            <w:shd w:val="clear" w:color="000000" w:fill="FFFFFF"/>
            <w:vAlign w:val="center"/>
            <w:hideMark/>
          </w:tcPr>
          <w:p w14:paraId="750C59B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0.35</w:t>
            </w:r>
          </w:p>
        </w:tc>
      </w:tr>
      <w:tr w:rsidR="00726DBE" w:rsidRPr="00693325" w14:paraId="50AA9711" w14:textId="77777777" w:rsidTr="00841CFC">
        <w:trPr>
          <w:trHeight w:val="87"/>
        </w:trPr>
        <w:tc>
          <w:tcPr>
            <w:tcW w:w="898" w:type="pct"/>
            <w:tcBorders>
              <w:top w:val="nil"/>
              <w:left w:val="nil"/>
              <w:bottom w:val="nil"/>
              <w:right w:val="nil"/>
            </w:tcBorders>
            <w:shd w:val="clear" w:color="000000" w:fill="FFFFFF"/>
            <w:vAlign w:val="center"/>
            <w:hideMark/>
          </w:tcPr>
          <w:p w14:paraId="556A335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6640950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390 (220)</w:t>
            </w:r>
          </w:p>
        </w:tc>
        <w:tc>
          <w:tcPr>
            <w:tcW w:w="401" w:type="pct"/>
            <w:tcBorders>
              <w:top w:val="nil"/>
              <w:left w:val="nil"/>
              <w:bottom w:val="nil"/>
              <w:right w:val="nil"/>
            </w:tcBorders>
            <w:shd w:val="clear" w:color="000000" w:fill="F2F2F2"/>
            <w:vAlign w:val="center"/>
            <w:hideMark/>
          </w:tcPr>
          <w:p w14:paraId="56A11FA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7E473C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129 (125)</w:t>
            </w:r>
          </w:p>
        </w:tc>
        <w:tc>
          <w:tcPr>
            <w:tcW w:w="754" w:type="pct"/>
            <w:tcBorders>
              <w:top w:val="nil"/>
              <w:left w:val="nil"/>
              <w:bottom w:val="nil"/>
              <w:right w:val="nil"/>
            </w:tcBorders>
            <w:shd w:val="clear" w:color="000000" w:fill="FFFFFF"/>
            <w:vAlign w:val="center"/>
            <w:hideMark/>
          </w:tcPr>
          <w:p w14:paraId="0DE0530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71DCED5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324 (348)</w:t>
            </w:r>
          </w:p>
        </w:tc>
        <w:tc>
          <w:tcPr>
            <w:tcW w:w="464" w:type="pct"/>
            <w:tcBorders>
              <w:top w:val="nil"/>
              <w:left w:val="nil"/>
              <w:bottom w:val="nil"/>
              <w:right w:val="nil"/>
            </w:tcBorders>
            <w:shd w:val="clear" w:color="000000" w:fill="F2F2F2"/>
            <w:vAlign w:val="center"/>
            <w:hideMark/>
          </w:tcPr>
          <w:p w14:paraId="438AAB6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39DE654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54 (34)</w:t>
            </w:r>
          </w:p>
        </w:tc>
        <w:tc>
          <w:tcPr>
            <w:tcW w:w="462" w:type="pct"/>
            <w:tcBorders>
              <w:top w:val="nil"/>
              <w:left w:val="nil"/>
              <w:bottom w:val="nil"/>
              <w:right w:val="nil"/>
            </w:tcBorders>
            <w:shd w:val="clear" w:color="000000" w:fill="FFFFFF"/>
            <w:vAlign w:val="center"/>
            <w:hideMark/>
          </w:tcPr>
          <w:p w14:paraId="23DF82D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16,939 (23,488)</w:t>
            </w:r>
          </w:p>
        </w:tc>
      </w:tr>
      <w:tr w:rsidR="00726DBE" w:rsidRPr="00693325" w14:paraId="7B7ADA44" w14:textId="77777777" w:rsidTr="00841CFC">
        <w:trPr>
          <w:trHeight w:val="87"/>
        </w:trPr>
        <w:tc>
          <w:tcPr>
            <w:tcW w:w="898" w:type="pct"/>
            <w:tcBorders>
              <w:top w:val="nil"/>
              <w:left w:val="nil"/>
              <w:bottom w:val="nil"/>
              <w:right w:val="nil"/>
            </w:tcBorders>
            <w:shd w:val="clear" w:color="000000" w:fill="FFFFFF"/>
            <w:vAlign w:val="center"/>
            <w:hideMark/>
          </w:tcPr>
          <w:p w14:paraId="3B724CC7"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Renal insufficiency</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2AF853D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13B47DD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0E4CD08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33E813E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69501E0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85.04 (2.15; 473.82)</w:t>
            </w:r>
          </w:p>
        </w:tc>
        <w:tc>
          <w:tcPr>
            <w:tcW w:w="464" w:type="pct"/>
            <w:tcBorders>
              <w:top w:val="nil"/>
              <w:left w:val="nil"/>
              <w:bottom w:val="nil"/>
              <w:right w:val="nil"/>
            </w:tcBorders>
            <w:shd w:val="clear" w:color="000000" w:fill="F2F2F2"/>
            <w:vAlign w:val="center"/>
            <w:hideMark/>
          </w:tcPr>
          <w:p w14:paraId="419C79E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9.53)</w:t>
            </w:r>
          </w:p>
        </w:tc>
        <w:tc>
          <w:tcPr>
            <w:tcW w:w="464" w:type="pct"/>
            <w:tcBorders>
              <w:top w:val="nil"/>
              <w:left w:val="nil"/>
              <w:bottom w:val="nil"/>
              <w:right w:val="nil"/>
            </w:tcBorders>
            <w:shd w:val="clear" w:color="000000" w:fill="F2F2F2"/>
            <w:vAlign w:val="center"/>
            <w:hideMark/>
          </w:tcPr>
          <w:p w14:paraId="2AFCCBA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2.51 (0.06; 13.97)</w:t>
            </w:r>
          </w:p>
        </w:tc>
        <w:tc>
          <w:tcPr>
            <w:tcW w:w="462" w:type="pct"/>
            <w:tcBorders>
              <w:top w:val="nil"/>
              <w:left w:val="nil"/>
              <w:bottom w:val="nil"/>
              <w:right w:val="nil"/>
            </w:tcBorders>
            <w:shd w:val="clear" w:color="000000" w:fill="FFFFFF"/>
            <w:vAlign w:val="center"/>
            <w:hideMark/>
          </w:tcPr>
          <w:p w14:paraId="3F1DF63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1.57 (0.19; 5.67)</w:t>
            </w:r>
          </w:p>
        </w:tc>
      </w:tr>
      <w:tr w:rsidR="00726DBE" w:rsidRPr="00693325" w14:paraId="1223D6B0" w14:textId="77777777" w:rsidTr="00841CFC">
        <w:trPr>
          <w:trHeight w:val="87"/>
        </w:trPr>
        <w:tc>
          <w:tcPr>
            <w:tcW w:w="898" w:type="pct"/>
            <w:tcBorders>
              <w:top w:val="nil"/>
              <w:left w:val="nil"/>
              <w:bottom w:val="nil"/>
              <w:right w:val="nil"/>
            </w:tcBorders>
            <w:shd w:val="clear" w:color="000000" w:fill="FFFFFF"/>
            <w:vAlign w:val="center"/>
            <w:hideMark/>
          </w:tcPr>
          <w:p w14:paraId="33145771"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2E6B63E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68E3F37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0C014EE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293C4F0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09B197D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7D1ADF1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AED098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4292BB2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r>
      <w:tr w:rsidR="00726DBE" w:rsidRPr="00693325" w14:paraId="12D8310B" w14:textId="77777777" w:rsidTr="00841CFC">
        <w:trPr>
          <w:trHeight w:val="87"/>
        </w:trPr>
        <w:tc>
          <w:tcPr>
            <w:tcW w:w="898" w:type="pct"/>
            <w:tcBorders>
              <w:top w:val="nil"/>
              <w:left w:val="nil"/>
              <w:bottom w:val="nil"/>
              <w:right w:val="nil"/>
            </w:tcBorders>
            <w:shd w:val="clear" w:color="000000" w:fill="FFFFFF"/>
            <w:vAlign w:val="center"/>
            <w:hideMark/>
          </w:tcPr>
          <w:p w14:paraId="03EFE4E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252CFF8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4A54C6A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3156976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61FAA82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68129FC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4" w:type="pct"/>
            <w:tcBorders>
              <w:top w:val="nil"/>
              <w:left w:val="nil"/>
              <w:bottom w:val="nil"/>
              <w:right w:val="nil"/>
            </w:tcBorders>
            <w:shd w:val="clear" w:color="000000" w:fill="F2F2F2"/>
            <w:vAlign w:val="center"/>
            <w:hideMark/>
          </w:tcPr>
          <w:p w14:paraId="2D89C3C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927B11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bottom w:val="nil"/>
              <w:right w:val="nil"/>
            </w:tcBorders>
            <w:shd w:val="clear" w:color="000000" w:fill="FFFFFF"/>
            <w:vAlign w:val="center"/>
            <w:hideMark/>
          </w:tcPr>
          <w:p w14:paraId="22C24B8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0.35</w:t>
            </w:r>
          </w:p>
        </w:tc>
      </w:tr>
      <w:tr w:rsidR="00726DBE" w:rsidRPr="00693325" w14:paraId="27B5127E" w14:textId="77777777" w:rsidTr="00841CFC">
        <w:trPr>
          <w:trHeight w:val="87"/>
        </w:trPr>
        <w:tc>
          <w:tcPr>
            <w:tcW w:w="898" w:type="pct"/>
            <w:tcBorders>
              <w:top w:val="nil"/>
              <w:left w:val="nil"/>
              <w:bottom w:val="nil"/>
              <w:right w:val="nil"/>
            </w:tcBorders>
            <w:shd w:val="clear" w:color="000000" w:fill="FFFFFF"/>
            <w:vAlign w:val="center"/>
            <w:hideMark/>
          </w:tcPr>
          <w:p w14:paraId="0ADE32E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0953EC2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7397C0B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1FC985A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11180DE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62D9913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 (NA)</w:t>
            </w:r>
          </w:p>
        </w:tc>
        <w:tc>
          <w:tcPr>
            <w:tcW w:w="464" w:type="pct"/>
            <w:tcBorders>
              <w:top w:val="nil"/>
              <w:left w:val="nil"/>
              <w:bottom w:val="nil"/>
              <w:right w:val="nil"/>
            </w:tcBorders>
            <w:shd w:val="clear" w:color="000000" w:fill="F2F2F2"/>
            <w:vAlign w:val="center"/>
            <w:hideMark/>
          </w:tcPr>
          <w:p w14:paraId="4FA5877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1C4B6DF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 (NA)</w:t>
            </w:r>
          </w:p>
        </w:tc>
        <w:tc>
          <w:tcPr>
            <w:tcW w:w="462" w:type="pct"/>
            <w:tcBorders>
              <w:top w:val="nil"/>
              <w:left w:val="nil"/>
              <w:bottom w:val="nil"/>
              <w:right w:val="nil"/>
            </w:tcBorders>
            <w:shd w:val="clear" w:color="000000" w:fill="FFFFFF"/>
            <w:vAlign w:val="center"/>
            <w:hideMark/>
          </w:tcPr>
          <w:p w14:paraId="14C6BFB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1,676 (2,361)</w:t>
            </w:r>
          </w:p>
        </w:tc>
      </w:tr>
      <w:tr w:rsidR="00726DBE" w:rsidRPr="00693325" w14:paraId="72530556" w14:textId="77777777" w:rsidTr="00841CFC">
        <w:trPr>
          <w:trHeight w:val="87"/>
        </w:trPr>
        <w:tc>
          <w:tcPr>
            <w:tcW w:w="898" w:type="pct"/>
            <w:tcBorders>
              <w:top w:val="nil"/>
              <w:left w:val="nil"/>
              <w:bottom w:val="nil"/>
              <w:right w:val="nil"/>
            </w:tcBorders>
            <w:shd w:val="clear" w:color="000000" w:fill="FFFFFF"/>
            <w:vAlign w:val="center"/>
            <w:hideMark/>
          </w:tcPr>
          <w:p w14:paraId="689324CB"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lastRenderedPageBreak/>
              <w:t>Urinary retention</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6FF7625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0084F20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074606E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2484B32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11D8AFB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40DA2D4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9.27)</w:t>
            </w:r>
          </w:p>
        </w:tc>
        <w:tc>
          <w:tcPr>
            <w:tcW w:w="464" w:type="pct"/>
            <w:tcBorders>
              <w:top w:val="nil"/>
              <w:left w:val="nil"/>
              <w:bottom w:val="nil"/>
              <w:right w:val="nil"/>
            </w:tcBorders>
            <w:shd w:val="clear" w:color="000000" w:fill="F2F2F2"/>
            <w:vAlign w:val="center"/>
            <w:hideMark/>
          </w:tcPr>
          <w:p w14:paraId="0D07CF8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9.00)</w:t>
            </w:r>
          </w:p>
        </w:tc>
        <w:tc>
          <w:tcPr>
            <w:tcW w:w="462" w:type="pct"/>
            <w:tcBorders>
              <w:top w:val="nil"/>
              <w:left w:val="nil"/>
              <w:bottom w:val="nil"/>
              <w:right w:val="nil"/>
            </w:tcBorders>
            <w:shd w:val="clear" w:color="000000" w:fill="FFFFFF"/>
            <w:vAlign w:val="center"/>
            <w:hideMark/>
          </w:tcPr>
          <w:p w14:paraId="7FB232C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53B4CDD9" w14:textId="77777777" w:rsidTr="00841CFC">
        <w:trPr>
          <w:trHeight w:val="87"/>
        </w:trPr>
        <w:tc>
          <w:tcPr>
            <w:tcW w:w="898" w:type="pct"/>
            <w:tcBorders>
              <w:top w:val="nil"/>
              <w:left w:val="nil"/>
              <w:bottom w:val="nil"/>
              <w:right w:val="nil"/>
            </w:tcBorders>
            <w:shd w:val="clear" w:color="000000" w:fill="FFFFFF"/>
            <w:vAlign w:val="center"/>
            <w:hideMark/>
          </w:tcPr>
          <w:p w14:paraId="7600969F"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0F9F3EA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6B32A3D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10C46AE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5A45630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32F3DD5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507FA42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4BCA546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2C1599A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2823374A" w14:textId="77777777" w:rsidTr="00841CFC">
        <w:trPr>
          <w:trHeight w:val="87"/>
        </w:trPr>
        <w:tc>
          <w:tcPr>
            <w:tcW w:w="898" w:type="pct"/>
            <w:tcBorders>
              <w:top w:val="nil"/>
              <w:left w:val="nil"/>
              <w:right w:val="nil"/>
            </w:tcBorders>
            <w:shd w:val="clear" w:color="000000" w:fill="FFFFFF"/>
            <w:vAlign w:val="center"/>
            <w:hideMark/>
          </w:tcPr>
          <w:p w14:paraId="5A49D56C"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right w:val="nil"/>
            </w:tcBorders>
            <w:shd w:val="clear" w:color="000000" w:fill="F2F2F2"/>
            <w:vAlign w:val="center"/>
            <w:hideMark/>
          </w:tcPr>
          <w:p w14:paraId="5D8D770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right w:val="nil"/>
            </w:tcBorders>
            <w:shd w:val="clear" w:color="000000" w:fill="F2F2F2"/>
            <w:vAlign w:val="center"/>
            <w:hideMark/>
          </w:tcPr>
          <w:p w14:paraId="171C763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right w:val="nil"/>
            </w:tcBorders>
            <w:shd w:val="clear" w:color="000000" w:fill="F2F2F2"/>
            <w:vAlign w:val="center"/>
            <w:hideMark/>
          </w:tcPr>
          <w:p w14:paraId="39EF6BE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right w:val="nil"/>
            </w:tcBorders>
            <w:shd w:val="clear" w:color="000000" w:fill="FFFFFF"/>
            <w:vAlign w:val="center"/>
            <w:hideMark/>
          </w:tcPr>
          <w:p w14:paraId="310A590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right w:val="nil"/>
            </w:tcBorders>
            <w:shd w:val="clear" w:color="000000" w:fill="F2F2F2"/>
            <w:vAlign w:val="center"/>
            <w:hideMark/>
          </w:tcPr>
          <w:p w14:paraId="7507180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right w:val="nil"/>
            </w:tcBorders>
            <w:shd w:val="clear" w:color="000000" w:fill="F2F2F2"/>
            <w:vAlign w:val="center"/>
            <w:hideMark/>
          </w:tcPr>
          <w:p w14:paraId="2C32536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right w:val="nil"/>
            </w:tcBorders>
            <w:shd w:val="clear" w:color="000000" w:fill="F2F2F2"/>
            <w:vAlign w:val="center"/>
            <w:hideMark/>
          </w:tcPr>
          <w:p w14:paraId="21B6AEE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right w:val="nil"/>
            </w:tcBorders>
            <w:shd w:val="clear" w:color="000000" w:fill="FFFFFF"/>
            <w:vAlign w:val="center"/>
            <w:hideMark/>
          </w:tcPr>
          <w:p w14:paraId="7860798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700F4C6E" w14:textId="77777777" w:rsidTr="00841CFC">
        <w:trPr>
          <w:trHeight w:val="87"/>
        </w:trPr>
        <w:tc>
          <w:tcPr>
            <w:tcW w:w="898" w:type="pct"/>
            <w:tcBorders>
              <w:top w:val="nil"/>
              <w:left w:val="nil"/>
              <w:bottom w:val="single" w:sz="4" w:space="0" w:color="auto"/>
              <w:right w:val="nil"/>
            </w:tcBorders>
            <w:shd w:val="clear" w:color="000000" w:fill="FFFFFF"/>
            <w:vAlign w:val="center"/>
            <w:hideMark/>
          </w:tcPr>
          <w:p w14:paraId="6A0CE67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single" w:sz="4" w:space="0" w:color="auto"/>
              <w:right w:val="nil"/>
            </w:tcBorders>
            <w:shd w:val="clear" w:color="000000" w:fill="F2F2F2"/>
            <w:vAlign w:val="center"/>
            <w:hideMark/>
          </w:tcPr>
          <w:p w14:paraId="0BF2B2E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single" w:sz="4" w:space="0" w:color="auto"/>
              <w:right w:val="nil"/>
            </w:tcBorders>
            <w:shd w:val="clear" w:color="000000" w:fill="F2F2F2"/>
            <w:vAlign w:val="center"/>
            <w:hideMark/>
          </w:tcPr>
          <w:p w14:paraId="78C741C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single" w:sz="4" w:space="0" w:color="auto"/>
              <w:right w:val="nil"/>
            </w:tcBorders>
            <w:shd w:val="clear" w:color="000000" w:fill="F2F2F2"/>
            <w:vAlign w:val="center"/>
            <w:hideMark/>
          </w:tcPr>
          <w:p w14:paraId="0F33700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single" w:sz="4" w:space="0" w:color="auto"/>
              <w:right w:val="nil"/>
            </w:tcBorders>
            <w:shd w:val="clear" w:color="000000" w:fill="FFFFFF"/>
            <w:vAlign w:val="center"/>
            <w:hideMark/>
          </w:tcPr>
          <w:p w14:paraId="435D4C0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single" w:sz="4" w:space="0" w:color="auto"/>
              <w:right w:val="nil"/>
            </w:tcBorders>
            <w:shd w:val="clear" w:color="000000" w:fill="F2F2F2"/>
            <w:vAlign w:val="center"/>
            <w:hideMark/>
          </w:tcPr>
          <w:p w14:paraId="6D3B7F9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single" w:sz="4" w:space="0" w:color="auto"/>
              <w:right w:val="nil"/>
            </w:tcBorders>
            <w:shd w:val="clear" w:color="000000" w:fill="F2F2F2"/>
            <w:vAlign w:val="center"/>
            <w:hideMark/>
          </w:tcPr>
          <w:p w14:paraId="1E99A64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single" w:sz="4" w:space="0" w:color="auto"/>
              <w:right w:val="nil"/>
            </w:tcBorders>
            <w:shd w:val="clear" w:color="000000" w:fill="F2F2F2"/>
            <w:vAlign w:val="center"/>
            <w:hideMark/>
          </w:tcPr>
          <w:p w14:paraId="078CF27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2" w:type="pct"/>
            <w:tcBorders>
              <w:top w:val="nil"/>
              <w:left w:val="nil"/>
              <w:bottom w:val="single" w:sz="4" w:space="0" w:color="auto"/>
              <w:right w:val="nil"/>
            </w:tcBorders>
            <w:shd w:val="clear" w:color="000000" w:fill="FFFFFF"/>
            <w:vAlign w:val="center"/>
            <w:hideMark/>
          </w:tcPr>
          <w:p w14:paraId="453DD48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065C055B" w14:textId="77777777" w:rsidTr="00841CFC">
        <w:trPr>
          <w:trHeight w:val="87"/>
        </w:trPr>
        <w:tc>
          <w:tcPr>
            <w:tcW w:w="898" w:type="pct"/>
            <w:tcBorders>
              <w:top w:val="single" w:sz="4" w:space="0" w:color="auto"/>
              <w:left w:val="nil"/>
              <w:bottom w:val="nil"/>
              <w:right w:val="nil"/>
            </w:tcBorders>
            <w:shd w:val="clear" w:color="000000" w:fill="FFFFFF"/>
            <w:vAlign w:val="center"/>
            <w:hideMark/>
          </w:tcPr>
          <w:p w14:paraId="15F40ECD" w14:textId="77777777" w:rsidR="00726DBE" w:rsidRPr="00693325" w:rsidRDefault="00726DBE" w:rsidP="00841CFC">
            <w:pPr>
              <w:rPr>
                <w:rFonts w:ascii="Times New Roman" w:hAnsi="Times New Roman"/>
                <w:b/>
                <w:bCs/>
                <w:sz w:val="16"/>
                <w:szCs w:val="16"/>
              </w:rPr>
            </w:pPr>
            <w:r w:rsidRPr="00693325">
              <w:rPr>
                <w:rFonts w:ascii="Times New Roman" w:hAnsi="Times New Roman"/>
                <w:b/>
                <w:bCs/>
                <w:sz w:val="16"/>
                <w:szCs w:val="16"/>
              </w:rPr>
              <w:t xml:space="preserve">Sensory system deficits, IR (95% CI)  </w:t>
            </w:r>
          </w:p>
        </w:tc>
        <w:tc>
          <w:tcPr>
            <w:tcW w:w="562" w:type="pct"/>
            <w:tcBorders>
              <w:top w:val="single" w:sz="4" w:space="0" w:color="auto"/>
              <w:left w:val="nil"/>
              <w:bottom w:val="nil"/>
              <w:right w:val="nil"/>
            </w:tcBorders>
            <w:shd w:val="clear" w:color="000000" w:fill="F2F2F2"/>
            <w:vAlign w:val="center"/>
            <w:hideMark/>
          </w:tcPr>
          <w:p w14:paraId="4EE8853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1,542.25 (318.05; 4,507.12)</w:t>
            </w:r>
          </w:p>
        </w:tc>
        <w:tc>
          <w:tcPr>
            <w:tcW w:w="401" w:type="pct"/>
            <w:tcBorders>
              <w:top w:val="single" w:sz="4" w:space="0" w:color="auto"/>
              <w:left w:val="nil"/>
              <w:bottom w:val="nil"/>
              <w:right w:val="nil"/>
            </w:tcBorders>
            <w:shd w:val="clear" w:color="000000" w:fill="F2F2F2"/>
            <w:vAlign w:val="center"/>
            <w:hideMark/>
          </w:tcPr>
          <w:p w14:paraId="494C934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23.91 (0.61; 133.24)</w:t>
            </w:r>
          </w:p>
        </w:tc>
        <w:tc>
          <w:tcPr>
            <w:tcW w:w="460" w:type="pct"/>
            <w:tcBorders>
              <w:top w:val="single" w:sz="4" w:space="0" w:color="auto"/>
              <w:left w:val="nil"/>
              <w:bottom w:val="nil"/>
              <w:right w:val="nil"/>
            </w:tcBorders>
            <w:shd w:val="clear" w:color="000000" w:fill="F2F2F2"/>
            <w:vAlign w:val="center"/>
            <w:hideMark/>
          </w:tcPr>
          <w:p w14:paraId="19BA2E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91.40 (24.90; 234.03)</w:t>
            </w:r>
          </w:p>
        </w:tc>
        <w:tc>
          <w:tcPr>
            <w:tcW w:w="754" w:type="pct"/>
            <w:tcBorders>
              <w:top w:val="single" w:sz="4" w:space="0" w:color="auto"/>
              <w:left w:val="nil"/>
              <w:bottom w:val="nil"/>
              <w:right w:val="nil"/>
            </w:tcBorders>
            <w:shd w:val="clear" w:color="000000" w:fill="FFFFFF"/>
            <w:vAlign w:val="center"/>
            <w:hideMark/>
          </w:tcPr>
          <w:p w14:paraId="16A4664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6.29 (0.76; 22.72)</w:t>
            </w:r>
          </w:p>
        </w:tc>
        <w:tc>
          <w:tcPr>
            <w:tcW w:w="535" w:type="pct"/>
            <w:tcBorders>
              <w:top w:val="single" w:sz="4" w:space="0" w:color="auto"/>
              <w:left w:val="nil"/>
              <w:bottom w:val="nil"/>
              <w:right w:val="nil"/>
            </w:tcBorders>
            <w:shd w:val="clear" w:color="000000" w:fill="F2F2F2"/>
            <w:vAlign w:val="center"/>
            <w:hideMark/>
          </w:tcPr>
          <w:p w14:paraId="3BF42F5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429.31 (139.40; 1,001.87)</w:t>
            </w:r>
          </w:p>
        </w:tc>
        <w:tc>
          <w:tcPr>
            <w:tcW w:w="464" w:type="pct"/>
            <w:tcBorders>
              <w:top w:val="single" w:sz="4" w:space="0" w:color="auto"/>
              <w:left w:val="nil"/>
              <w:bottom w:val="nil"/>
              <w:right w:val="nil"/>
            </w:tcBorders>
            <w:shd w:val="clear" w:color="000000" w:fill="F2F2F2"/>
            <w:vAlign w:val="center"/>
            <w:hideMark/>
          </w:tcPr>
          <w:p w14:paraId="21C836D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41.84 (22.88; 70.21)</w:t>
            </w:r>
          </w:p>
        </w:tc>
        <w:tc>
          <w:tcPr>
            <w:tcW w:w="464" w:type="pct"/>
            <w:tcBorders>
              <w:top w:val="single" w:sz="4" w:space="0" w:color="auto"/>
              <w:left w:val="nil"/>
              <w:bottom w:val="nil"/>
              <w:right w:val="nil"/>
            </w:tcBorders>
            <w:shd w:val="clear" w:color="000000" w:fill="F2F2F2"/>
            <w:vAlign w:val="center"/>
            <w:hideMark/>
          </w:tcPr>
          <w:p w14:paraId="18ED2FC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54.88 (33.04; 85.70)</w:t>
            </w:r>
          </w:p>
        </w:tc>
        <w:tc>
          <w:tcPr>
            <w:tcW w:w="462" w:type="pct"/>
            <w:tcBorders>
              <w:top w:val="single" w:sz="4" w:space="0" w:color="auto"/>
              <w:left w:val="nil"/>
              <w:bottom w:val="nil"/>
              <w:right w:val="nil"/>
            </w:tcBorders>
            <w:shd w:val="clear" w:color="000000" w:fill="FFFFFF"/>
            <w:vAlign w:val="center"/>
            <w:hideMark/>
          </w:tcPr>
          <w:p w14:paraId="5E4E8BF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22.76 (15.00; 33.12)</w:t>
            </w:r>
          </w:p>
        </w:tc>
      </w:tr>
      <w:tr w:rsidR="00726DBE" w:rsidRPr="00693325" w14:paraId="3B9B25B9" w14:textId="77777777" w:rsidTr="00841CFC">
        <w:trPr>
          <w:trHeight w:val="87"/>
        </w:trPr>
        <w:tc>
          <w:tcPr>
            <w:tcW w:w="898" w:type="pct"/>
            <w:tcBorders>
              <w:top w:val="nil"/>
              <w:left w:val="nil"/>
              <w:bottom w:val="nil"/>
              <w:right w:val="nil"/>
            </w:tcBorders>
            <w:shd w:val="clear" w:color="000000" w:fill="FFFFFF"/>
            <w:vAlign w:val="center"/>
            <w:hideMark/>
          </w:tcPr>
          <w:p w14:paraId="13463540"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07758CC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01" w:type="pct"/>
            <w:tcBorders>
              <w:top w:val="nil"/>
              <w:left w:val="nil"/>
              <w:bottom w:val="nil"/>
              <w:right w:val="nil"/>
            </w:tcBorders>
            <w:shd w:val="clear" w:color="000000" w:fill="F2F2F2"/>
            <w:vAlign w:val="center"/>
            <w:hideMark/>
          </w:tcPr>
          <w:p w14:paraId="43A66E6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0" w:type="pct"/>
            <w:tcBorders>
              <w:top w:val="nil"/>
              <w:left w:val="nil"/>
              <w:bottom w:val="nil"/>
              <w:right w:val="nil"/>
            </w:tcBorders>
            <w:shd w:val="clear" w:color="000000" w:fill="F2F2F2"/>
            <w:vAlign w:val="center"/>
            <w:hideMark/>
          </w:tcPr>
          <w:p w14:paraId="62E75E6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754" w:type="pct"/>
            <w:tcBorders>
              <w:top w:val="nil"/>
              <w:left w:val="nil"/>
              <w:bottom w:val="nil"/>
              <w:right w:val="nil"/>
            </w:tcBorders>
            <w:shd w:val="clear" w:color="000000" w:fill="FFFFFF"/>
            <w:vAlign w:val="center"/>
            <w:hideMark/>
          </w:tcPr>
          <w:p w14:paraId="611CA91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535" w:type="pct"/>
            <w:tcBorders>
              <w:top w:val="nil"/>
              <w:left w:val="nil"/>
              <w:bottom w:val="nil"/>
              <w:right w:val="nil"/>
            </w:tcBorders>
            <w:shd w:val="clear" w:color="000000" w:fill="F2F2F2"/>
            <w:vAlign w:val="center"/>
            <w:hideMark/>
          </w:tcPr>
          <w:p w14:paraId="238EFEB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w:t>
            </w:r>
          </w:p>
        </w:tc>
        <w:tc>
          <w:tcPr>
            <w:tcW w:w="464" w:type="pct"/>
            <w:tcBorders>
              <w:top w:val="nil"/>
              <w:left w:val="nil"/>
              <w:bottom w:val="nil"/>
              <w:right w:val="nil"/>
            </w:tcBorders>
            <w:shd w:val="clear" w:color="000000" w:fill="F2F2F2"/>
            <w:vAlign w:val="center"/>
            <w:hideMark/>
          </w:tcPr>
          <w:p w14:paraId="3FCE90E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w:t>
            </w:r>
          </w:p>
        </w:tc>
        <w:tc>
          <w:tcPr>
            <w:tcW w:w="464" w:type="pct"/>
            <w:tcBorders>
              <w:top w:val="nil"/>
              <w:left w:val="nil"/>
              <w:bottom w:val="nil"/>
              <w:right w:val="nil"/>
            </w:tcBorders>
            <w:shd w:val="clear" w:color="000000" w:fill="F2F2F2"/>
            <w:vAlign w:val="center"/>
            <w:hideMark/>
          </w:tcPr>
          <w:p w14:paraId="72994F9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w:t>
            </w:r>
          </w:p>
        </w:tc>
        <w:tc>
          <w:tcPr>
            <w:tcW w:w="462" w:type="pct"/>
            <w:tcBorders>
              <w:top w:val="nil"/>
              <w:left w:val="nil"/>
              <w:bottom w:val="nil"/>
              <w:right w:val="nil"/>
            </w:tcBorders>
            <w:shd w:val="clear" w:color="000000" w:fill="FFFFFF"/>
            <w:vAlign w:val="center"/>
            <w:hideMark/>
          </w:tcPr>
          <w:p w14:paraId="7E8E7E9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27</w:t>
            </w:r>
          </w:p>
        </w:tc>
      </w:tr>
      <w:tr w:rsidR="00726DBE" w:rsidRPr="00693325" w14:paraId="57773C35" w14:textId="77777777" w:rsidTr="00841CFC">
        <w:trPr>
          <w:trHeight w:val="87"/>
        </w:trPr>
        <w:tc>
          <w:tcPr>
            <w:tcW w:w="898" w:type="pct"/>
            <w:tcBorders>
              <w:top w:val="nil"/>
              <w:left w:val="nil"/>
              <w:bottom w:val="nil"/>
              <w:right w:val="nil"/>
            </w:tcBorders>
            <w:shd w:val="clear" w:color="000000" w:fill="FFFFFF"/>
            <w:vAlign w:val="center"/>
            <w:hideMark/>
          </w:tcPr>
          <w:p w14:paraId="4A02ECF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6D49B9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15.00</w:t>
            </w:r>
          </w:p>
        </w:tc>
        <w:tc>
          <w:tcPr>
            <w:tcW w:w="401" w:type="pct"/>
            <w:tcBorders>
              <w:top w:val="nil"/>
              <w:left w:val="nil"/>
              <w:bottom w:val="nil"/>
              <w:right w:val="nil"/>
            </w:tcBorders>
            <w:shd w:val="clear" w:color="000000" w:fill="F2F2F2"/>
            <w:vAlign w:val="center"/>
            <w:hideMark/>
          </w:tcPr>
          <w:p w14:paraId="406C2FF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6.25</w:t>
            </w:r>
          </w:p>
        </w:tc>
        <w:tc>
          <w:tcPr>
            <w:tcW w:w="460" w:type="pct"/>
            <w:tcBorders>
              <w:top w:val="nil"/>
              <w:left w:val="nil"/>
              <w:bottom w:val="nil"/>
              <w:right w:val="nil"/>
            </w:tcBorders>
            <w:shd w:val="clear" w:color="000000" w:fill="F2F2F2"/>
            <w:vAlign w:val="center"/>
            <w:hideMark/>
          </w:tcPr>
          <w:p w14:paraId="1179317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20.00</w:t>
            </w:r>
          </w:p>
        </w:tc>
        <w:tc>
          <w:tcPr>
            <w:tcW w:w="754" w:type="pct"/>
            <w:tcBorders>
              <w:top w:val="nil"/>
              <w:left w:val="nil"/>
              <w:bottom w:val="nil"/>
              <w:right w:val="nil"/>
            </w:tcBorders>
            <w:shd w:val="clear" w:color="000000" w:fill="FFFFFF"/>
            <w:vAlign w:val="center"/>
            <w:hideMark/>
          </w:tcPr>
          <w:p w14:paraId="716B32B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1.90</w:t>
            </w:r>
          </w:p>
        </w:tc>
        <w:tc>
          <w:tcPr>
            <w:tcW w:w="535" w:type="pct"/>
            <w:tcBorders>
              <w:top w:val="nil"/>
              <w:left w:val="nil"/>
              <w:bottom w:val="nil"/>
              <w:right w:val="nil"/>
            </w:tcBorders>
            <w:shd w:val="clear" w:color="000000" w:fill="F2F2F2"/>
            <w:vAlign w:val="center"/>
            <w:hideMark/>
          </w:tcPr>
          <w:p w14:paraId="38856ED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4.35</w:t>
            </w:r>
          </w:p>
        </w:tc>
        <w:tc>
          <w:tcPr>
            <w:tcW w:w="464" w:type="pct"/>
            <w:tcBorders>
              <w:top w:val="nil"/>
              <w:left w:val="nil"/>
              <w:bottom w:val="nil"/>
              <w:right w:val="nil"/>
            </w:tcBorders>
            <w:shd w:val="clear" w:color="000000" w:fill="F2F2F2"/>
            <w:vAlign w:val="center"/>
            <w:hideMark/>
          </w:tcPr>
          <w:p w14:paraId="71F94E1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13.59</w:t>
            </w:r>
          </w:p>
        </w:tc>
        <w:tc>
          <w:tcPr>
            <w:tcW w:w="464" w:type="pct"/>
            <w:tcBorders>
              <w:top w:val="nil"/>
              <w:left w:val="nil"/>
              <w:bottom w:val="nil"/>
              <w:right w:val="nil"/>
            </w:tcBorders>
            <w:shd w:val="clear" w:color="000000" w:fill="F2F2F2"/>
            <w:vAlign w:val="center"/>
            <w:hideMark/>
          </w:tcPr>
          <w:p w14:paraId="0436E15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16.52</w:t>
            </w:r>
          </w:p>
        </w:tc>
        <w:tc>
          <w:tcPr>
            <w:tcW w:w="462" w:type="pct"/>
            <w:tcBorders>
              <w:top w:val="nil"/>
              <w:left w:val="nil"/>
              <w:bottom w:val="nil"/>
              <w:right w:val="nil"/>
            </w:tcBorders>
            <w:shd w:val="clear" w:color="000000" w:fill="FFFFFF"/>
            <w:vAlign w:val="center"/>
            <w:hideMark/>
          </w:tcPr>
          <w:p w14:paraId="486EA33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4.70</w:t>
            </w:r>
          </w:p>
        </w:tc>
      </w:tr>
      <w:tr w:rsidR="00726DBE" w:rsidRPr="00693325" w14:paraId="23B6FDAD" w14:textId="77777777" w:rsidTr="00841CFC">
        <w:trPr>
          <w:trHeight w:val="87"/>
        </w:trPr>
        <w:tc>
          <w:tcPr>
            <w:tcW w:w="898" w:type="pct"/>
            <w:tcBorders>
              <w:top w:val="nil"/>
              <w:left w:val="nil"/>
              <w:bottom w:val="nil"/>
              <w:right w:val="nil"/>
            </w:tcBorders>
            <w:shd w:val="clear" w:color="000000" w:fill="FFFFFF"/>
            <w:vAlign w:val="center"/>
            <w:hideMark/>
          </w:tcPr>
          <w:p w14:paraId="144D99F1"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0017807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429 (303)</w:t>
            </w:r>
          </w:p>
        </w:tc>
        <w:tc>
          <w:tcPr>
            <w:tcW w:w="401" w:type="pct"/>
            <w:tcBorders>
              <w:top w:val="nil"/>
              <w:left w:val="nil"/>
              <w:bottom w:val="nil"/>
              <w:right w:val="nil"/>
            </w:tcBorders>
            <w:shd w:val="clear" w:color="000000" w:fill="F2F2F2"/>
            <w:vAlign w:val="center"/>
            <w:hideMark/>
          </w:tcPr>
          <w:p w14:paraId="20A89E9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86 (NA)</w:t>
            </w:r>
          </w:p>
        </w:tc>
        <w:tc>
          <w:tcPr>
            <w:tcW w:w="460" w:type="pct"/>
            <w:tcBorders>
              <w:top w:val="nil"/>
              <w:left w:val="nil"/>
              <w:bottom w:val="nil"/>
              <w:right w:val="nil"/>
            </w:tcBorders>
            <w:shd w:val="clear" w:color="000000" w:fill="F2F2F2"/>
            <w:vAlign w:val="center"/>
            <w:hideMark/>
          </w:tcPr>
          <w:p w14:paraId="7FD7D6C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228 (409)</w:t>
            </w:r>
          </w:p>
        </w:tc>
        <w:tc>
          <w:tcPr>
            <w:tcW w:w="754" w:type="pct"/>
            <w:tcBorders>
              <w:top w:val="nil"/>
              <w:left w:val="nil"/>
              <w:bottom w:val="nil"/>
              <w:right w:val="nil"/>
            </w:tcBorders>
            <w:shd w:val="clear" w:color="000000" w:fill="FFFFFF"/>
            <w:vAlign w:val="center"/>
            <w:hideMark/>
          </w:tcPr>
          <w:p w14:paraId="165756F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 (2)</w:t>
            </w:r>
          </w:p>
        </w:tc>
        <w:tc>
          <w:tcPr>
            <w:tcW w:w="535" w:type="pct"/>
            <w:tcBorders>
              <w:top w:val="nil"/>
              <w:left w:val="nil"/>
              <w:bottom w:val="nil"/>
              <w:right w:val="nil"/>
            </w:tcBorders>
            <w:shd w:val="clear" w:color="000000" w:fill="F2F2F2"/>
            <w:vAlign w:val="center"/>
            <w:hideMark/>
          </w:tcPr>
          <w:p w14:paraId="2FAF8D3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90 (104)</w:t>
            </w:r>
          </w:p>
        </w:tc>
        <w:tc>
          <w:tcPr>
            <w:tcW w:w="464" w:type="pct"/>
            <w:tcBorders>
              <w:top w:val="nil"/>
              <w:left w:val="nil"/>
              <w:bottom w:val="nil"/>
              <w:right w:val="nil"/>
            </w:tcBorders>
            <w:shd w:val="clear" w:color="000000" w:fill="F2F2F2"/>
            <w:vAlign w:val="center"/>
            <w:hideMark/>
          </w:tcPr>
          <w:p w14:paraId="7CC8F76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 (15)</w:t>
            </w:r>
          </w:p>
        </w:tc>
        <w:tc>
          <w:tcPr>
            <w:tcW w:w="464" w:type="pct"/>
            <w:tcBorders>
              <w:top w:val="nil"/>
              <w:left w:val="nil"/>
              <w:bottom w:val="nil"/>
              <w:right w:val="nil"/>
            </w:tcBorders>
            <w:shd w:val="clear" w:color="000000" w:fill="F2F2F2"/>
            <w:vAlign w:val="center"/>
            <w:hideMark/>
          </w:tcPr>
          <w:p w14:paraId="44C9143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 (55)</w:t>
            </w:r>
          </w:p>
        </w:tc>
        <w:tc>
          <w:tcPr>
            <w:tcW w:w="462" w:type="pct"/>
            <w:tcBorders>
              <w:top w:val="nil"/>
              <w:left w:val="nil"/>
              <w:bottom w:val="nil"/>
              <w:right w:val="nil"/>
            </w:tcBorders>
            <w:shd w:val="clear" w:color="000000" w:fill="FFFFFF"/>
            <w:vAlign w:val="center"/>
            <w:hideMark/>
          </w:tcPr>
          <w:p w14:paraId="711A944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28 (57)</w:t>
            </w:r>
          </w:p>
        </w:tc>
      </w:tr>
      <w:tr w:rsidR="00726DBE" w:rsidRPr="00693325" w14:paraId="595DA3B6" w14:textId="77777777" w:rsidTr="00841CFC">
        <w:trPr>
          <w:trHeight w:val="87"/>
        </w:trPr>
        <w:tc>
          <w:tcPr>
            <w:tcW w:w="898" w:type="pct"/>
            <w:tcBorders>
              <w:top w:val="nil"/>
              <w:left w:val="nil"/>
              <w:bottom w:val="nil"/>
              <w:right w:val="nil"/>
            </w:tcBorders>
            <w:shd w:val="clear" w:color="000000" w:fill="FFFFFF"/>
            <w:vAlign w:val="center"/>
            <w:hideMark/>
          </w:tcPr>
          <w:p w14:paraId="3E2E8AD3"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Bell's Palsy</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1A90843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352DEBD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3DBE064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3E03A3D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2CB144F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27AFE47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9.27)</w:t>
            </w:r>
          </w:p>
        </w:tc>
        <w:tc>
          <w:tcPr>
            <w:tcW w:w="464" w:type="pct"/>
            <w:tcBorders>
              <w:top w:val="nil"/>
              <w:left w:val="nil"/>
              <w:bottom w:val="nil"/>
              <w:right w:val="nil"/>
            </w:tcBorders>
            <w:shd w:val="clear" w:color="000000" w:fill="F2F2F2"/>
            <w:vAlign w:val="center"/>
            <w:hideMark/>
          </w:tcPr>
          <w:p w14:paraId="21DB90A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9.00)</w:t>
            </w:r>
          </w:p>
        </w:tc>
        <w:tc>
          <w:tcPr>
            <w:tcW w:w="462" w:type="pct"/>
            <w:tcBorders>
              <w:top w:val="nil"/>
              <w:left w:val="nil"/>
              <w:bottom w:val="nil"/>
              <w:right w:val="nil"/>
            </w:tcBorders>
            <w:shd w:val="clear" w:color="000000" w:fill="FFFFFF"/>
            <w:vAlign w:val="center"/>
            <w:hideMark/>
          </w:tcPr>
          <w:p w14:paraId="7F4A1D9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67511683" w14:textId="77777777" w:rsidTr="00841CFC">
        <w:trPr>
          <w:trHeight w:val="87"/>
        </w:trPr>
        <w:tc>
          <w:tcPr>
            <w:tcW w:w="898" w:type="pct"/>
            <w:tcBorders>
              <w:top w:val="nil"/>
              <w:left w:val="nil"/>
              <w:bottom w:val="nil"/>
              <w:right w:val="nil"/>
            </w:tcBorders>
            <w:shd w:val="clear" w:color="000000" w:fill="FFFFFF"/>
            <w:vAlign w:val="center"/>
            <w:hideMark/>
          </w:tcPr>
          <w:p w14:paraId="785E5B2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56DBBF6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474BDE4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449AA17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7B31D02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410BA4F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6C54D8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A3D440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6B66F1A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019D2C63" w14:textId="77777777" w:rsidTr="00841CFC">
        <w:trPr>
          <w:trHeight w:val="87"/>
        </w:trPr>
        <w:tc>
          <w:tcPr>
            <w:tcW w:w="898" w:type="pct"/>
            <w:tcBorders>
              <w:top w:val="nil"/>
              <w:left w:val="nil"/>
              <w:bottom w:val="nil"/>
              <w:right w:val="nil"/>
            </w:tcBorders>
            <w:shd w:val="clear" w:color="000000" w:fill="FFFFFF"/>
            <w:vAlign w:val="center"/>
            <w:hideMark/>
          </w:tcPr>
          <w:p w14:paraId="2CD99C3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334A06A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39ED07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545E8D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76020EB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47FB6C6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37B8BC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5AF417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2F70489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4725BBB1" w14:textId="77777777" w:rsidTr="00841CFC">
        <w:trPr>
          <w:trHeight w:val="87"/>
        </w:trPr>
        <w:tc>
          <w:tcPr>
            <w:tcW w:w="898" w:type="pct"/>
            <w:tcBorders>
              <w:top w:val="nil"/>
              <w:left w:val="nil"/>
              <w:bottom w:val="nil"/>
              <w:right w:val="nil"/>
            </w:tcBorders>
            <w:shd w:val="clear" w:color="000000" w:fill="FFFFFF"/>
            <w:vAlign w:val="center"/>
            <w:hideMark/>
          </w:tcPr>
          <w:p w14:paraId="05BC848C"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2C35934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1E5FD46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5D646A8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70572C2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5B45760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12CE150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0708AA1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2" w:type="pct"/>
            <w:tcBorders>
              <w:top w:val="nil"/>
              <w:left w:val="nil"/>
              <w:bottom w:val="nil"/>
              <w:right w:val="nil"/>
            </w:tcBorders>
            <w:shd w:val="clear" w:color="000000" w:fill="FFFFFF"/>
            <w:vAlign w:val="center"/>
            <w:hideMark/>
          </w:tcPr>
          <w:p w14:paraId="72732A2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0322D707" w14:textId="77777777" w:rsidTr="00841CFC">
        <w:trPr>
          <w:trHeight w:val="87"/>
        </w:trPr>
        <w:tc>
          <w:tcPr>
            <w:tcW w:w="898" w:type="pct"/>
            <w:tcBorders>
              <w:top w:val="nil"/>
              <w:left w:val="nil"/>
              <w:bottom w:val="nil"/>
              <w:right w:val="nil"/>
            </w:tcBorders>
            <w:shd w:val="clear" w:color="000000" w:fill="FFFFFF"/>
            <w:vAlign w:val="center"/>
            <w:hideMark/>
          </w:tcPr>
          <w:p w14:paraId="0D9E49C0"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Blindness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0C7FF31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239C7C0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454E58B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69ADD48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4CBED81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5073F7A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5.06 (0.61; 18.27)</w:t>
            </w:r>
          </w:p>
        </w:tc>
        <w:tc>
          <w:tcPr>
            <w:tcW w:w="464" w:type="pct"/>
            <w:tcBorders>
              <w:top w:val="nil"/>
              <w:left w:val="nil"/>
              <w:bottom w:val="nil"/>
              <w:right w:val="nil"/>
            </w:tcBorders>
            <w:shd w:val="clear" w:color="000000" w:fill="F2F2F2"/>
            <w:vAlign w:val="center"/>
            <w:hideMark/>
          </w:tcPr>
          <w:p w14:paraId="0BF024E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4.91 (0.59; 17.73)</w:t>
            </w:r>
          </w:p>
        </w:tc>
        <w:tc>
          <w:tcPr>
            <w:tcW w:w="462" w:type="pct"/>
            <w:tcBorders>
              <w:top w:val="nil"/>
              <w:left w:val="nil"/>
              <w:bottom w:val="nil"/>
              <w:right w:val="nil"/>
            </w:tcBorders>
            <w:shd w:val="clear" w:color="000000" w:fill="FFFFFF"/>
            <w:vAlign w:val="center"/>
            <w:hideMark/>
          </w:tcPr>
          <w:p w14:paraId="16C448A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3.15 (0.86; 8.06)</w:t>
            </w:r>
          </w:p>
        </w:tc>
      </w:tr>
      <w:tr w:rsidR="00726DBE" w:rsidRPr="00693325" w14:paraId="0CBA0F83" w14:textId="77777777" w:rsidTr="00841CFC">
        <w:trPr>
          <w:trHeight w:val="87"/>
        </w:trPr>
        <w:tc>
          <w:tcPr>
            <w:tcW w:w="898" w:type="pct"/>
            <w:tcBorders>
              <w:top w:val="nil"/>
              <w:left w:val="nil"/>
              <w:bottom w:val="nil"/>
              <w:right w:val="nil"/>
            </w:tcBorders>
            <w:shd w:val="clear" w:color="000000" w:fill="FFFFFF"/>
            <w:vAlign w:val="center"/>
            <w:hideMark/>
          </w:tcPr>
          <w:p w14:paraId="6A9FE42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1300D0B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2153C27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25581BB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402CC03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0FD7757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57C254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4" w:type="pct"/>
            <w:tcBorders>
              <w:top w:val="nil"/>
              <w:left w:val="nil"/>
              <w:bottom w:val="nil"/>
              <w:right w:val="nil"/>
            </w:tcBorders>
            <w:shd w:val="clear" w:color="000000" w:fill="F2F2F2"/>
            <w:vAlign w:val="center"/>
            <w:hideMark/>
          </w:tcPr>
          <w:p w14:paraId="553E54B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2" w:type="pct"/>
            <w:tcBorders>
              <w:top w:val="nil"/>
              <w:left w:val="nil"/>
              <w:bottom w:val="nil"/>
              <w:right w:val="nil"/>
            </w:tcBorders>
            <w:shd w:val="clear" w:color="000000" w:fill="FFFFFF"/>
            <w:vAlign w:val="center"/>
            <w:hideMark/>
          </w:tcPr>
          <w:p w14:paraId="5344AD5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r>
      <w:tr w:rsidR="00726DBE" w:rsidRPr="00693325" w14:paraId="4CDC596B" w14:textId="77777777" w:rsidTr="00841CFC">
        <w:trPr>
          <w:trHeight w:val="87"/>
        </w:trPr>
        <w:tc>
          <w:tcPr>
            <w:tcW w:w="898" w:type="pct"/>
            <w:tcBorders>
              <w:top w:val="nil"/>
              <w:left w:val="nil"/>
              <w:bottom w:val="nil"/>
              <w:right w:val="nil"/>
            </w:tcBorders>
            <w:shd w:val="clear" w:color="000000" w:fill="FFFFFF"/>
            <w:vAlign w:val="center"/>
            <w:hideMark/>
          </w:tcPr>
          <w:p w14:paraId="58F1DD9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51CE00B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66FEE5D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BC4562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1628EE7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3B51AAE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4715CE3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1.85</w:t>
            </w:r>
          </w:p>
        </w:tc>
        <w:tc>
          <w:tcPr>
            <w:tcW w:w="464" w:type="pct"/>
            <w:tcBorders>
              <w:top w:val="nil"/>
              <w:left w:val="nil"/>
              <w:bottom w:val="nil"/>
              <w:right w:val="nil"/>
            </w:tcBorders>
            <w:shd w:val="clear" w:color="000000" w:fill="F2F2F2"/>
            <w:vAlign w:val="center"/>
            <w:hideMark/>
          </w:tcPr>
          <w:p w14:paraId="2A95B2B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w:t>
            </w:r>
          </w:p>
        </w:tc>
        <w:tc>
          <w:tcPr>
            <w:tcW w:w="462" w:type="pct"/>
            <w:tcBorders>
              <w:top w:val="nil"/>
              <w:left w:val="nil"/>
              <w:bottom w:val="nil"/>
              <w:right w:val="nil"/>
            </w:tcBorders>
            <w:shd w:val="clear" w:color="000000" w:fill="FFFFFF"/>
            <w:vAlign w:val="center"/>
            <w:hideMark/>
          </w:tcPr>
          <w:p w14:paraId="4BF68F1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0.7</w:t>
            </w:r>
          </w:p>
        </w:tc>
      </w:tr>
      <w:tr w:rsidR="00726DBE" w:rsidRPr="00693325" w14:paraId="4ED95C7E" w14:textId="77777777" w:rsidTr="00841CFC">
        <w:trPr>
          <w:trHeight w:val="87"/>
        </w:trPr>
        <w:tc>
          <w:tcPr>
            <w:tcW w:w="898" w:type="pct"/>
            <w:tcBorders>
              <w:top w:val="nil"/>
              <w:left w:val="nil"/>
              <w:bottom w:val="nil"/>
              <w:right w:val="nil"/>
            </w:tcBorders>
            <w:shd w:val="clear" w:color="000000" w:fill="FFFFFF"/>
            <w:vAlign w:val="center"/>
            <w:hideMark/>
          </w:tcPr>
          <w:p w14:paraId="3C5F4593"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2DFCDAD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58652E8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3CB777A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6576A7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14068A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59F0359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(0)</w:t>
            </w:r>
          </w:p>
        </w:tc>
        <w:tc>
          <w:tcPr>
            <w:tcW w:w="464" w:type="pct"/>
            <w:tcBorders>
              <w:top w:val="nil"/>
              <w:left w:val="nil"/>
              <w:bottom w:val="nil"/>
              <w:right w:val="nil"/>
            </w:tcBorders>
            <w:shd w:val="clear" w:color="000000" w:fill="F2F2F2"/>
            <w:vAlign w:val="center"/>
            <w:hideMark/>
          </w:tcPr>
          <w:p w14:paraId="6F44E01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(0)</w:t>
            </w:r>
          </w:p>
        </w:tc>
        <w:tc>
          <w:tcPr>
            <w:tcW w:w="462" w:type="pct"/>
            <w:tcBorders>
              <w:top w:val="nil"/>
              <w:left w:val="nil"/>
              <w:bottom w:val="nil"/>
              <w:right w:val="nil"/>
            </w:tcBorders>
            <w:shd w:val="clear" w:color="000000" w:fill="FFFFFF"/>
            <w:vAlign w:val="center"/>
            <w:hideMark/>
          </w:tcPr>
          <w:p w14:paraId="40566E7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(0)</w:t>
            </w:r>
          </w:p>
        </w:tc>
      </w:tr>
      <w:tr w:rsidR="00726DBE" w:rsidRPr="00693325" w14:paraId="13E23442" w14:textId="77777777" w:rsidTr="00841CFC">
        <w:trPr>
          <w:trHeight w:val="87"/>
        </w:trPr>
        <w:tc>
          <w:tcPr>
            <w:tcW w:w="898" w:type="pct"/>
            <w:tcBorders>
              <w:top w:val="nil"/>
              <w:left w:val="nil"/>
              <w:bottom w:val="nil"/>
              <w:right w:val="nil"/>
            </w:tcBorders>
            <w:shd w:val="clear" w:color="000000" w:fill="FFFFFF"/>
            <w:vAlign w:val="center"/>
            <w:hideMark/>
          </w:tcPr>
          <w:p w14:paraId="03BE38A0"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 xml:space="preserve">Hearing aids/cochlear implants, IR (95% CI)  </w:t>
            </w:r>
          </w:p>
        </w:tc>
        <w:tc>
          <w:tcPr>
            <w:tcW w:w="562" w:type="pct"/>
            <w:tcBorders>
              <w:top w:val="nil"/>
              <w:left w:val="nil"/>
              <w:bottom w:val="nil"/>
              <w:right w:val="nil"/>
            </w:tcBorders>
            <w:shd w:val="clear" w:color="000000" w:fill="F2F2F2"/>
            <w:vAlign w:val="center"/>
            <w:hideMark/>
          </w:tcPr>
          <w:p w14:paraId="338F065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10F3755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66E8C7B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0B41C9A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75E1411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84.04 (2.13; 468.26)</w:t>
            </w:r>
          </w:p>
        </w:tc>
        <w:tc>
          <w:tcPr>
            <w:tcW w:w="464" w:type="pct"/>
            <w:tcBorders>
              <w:top w:val="nil"/>
              <w:left w:val="nil"/>
              <w:bottom w:val="nil"/>
              <w:right w:val="nil"/>
            </w:tcBorders>
            <w:shd w:val="clear" w:color="000000" w:fill="F2F2F2"/>
            <w:vAlign w:val="center"/>
            <w:hideMark/>
          </w:tcPr>
          <w:p w14:paraId="5D8BD9A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9.31)</w:t>
            </w:r>
          </w:p>
        </w:tc>
        <w:tc>
          <w:tcPr>
            <w:tcW w:w="464" w:type="pct"/>
            <w:tcBorders>
              <w:top w:val="nil"/>
              <w:left w:val="nil"/>
              <w:bottom w:val="nil"/>
              <w:right w:val="nil"/>
            </w:tcBorders>
            <w:shd w:val="clear" w:color="000000" w:fill="F2F2F2"/>
            <w:vAlign w:val="center"/>
            <w:hideMark/>
          </w:tcPr>
          <w:p w14:paraId="592935D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2.45 (0.06; 13.64)</w:t>
            </w:r>
          </w:p>
        </w:tc>
        <w:tc>
          <w:tcPr>
            <w:tcW w:w="462" w:type="pct"/>
            <w:tcBorders>
              <w:top w:val="nil"/>
              <w:left w:val="nil"/>
              <w:bottom w:val="nil"/>
              <w:right w:val="nil"/>
            </w:tcBorders>
            <w:shd w:val="clear" w:color="000000" w:fill="FFFFFF"/>
            <w:vAlign w:val="center"/>
            <w:hideMark/>
          </w:tcPr>
          <w:p w14:paraId="1D02EA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3.97 (1.29; 9.27)</w:t>
            </w:r>
          </w:p>
        </w:tc>
      </w:tr>
      <w:tr w:rsidR="00726DBE" w:rsidRPr="00693325" w14:paraId="07938CCB" w14:textId="77777777" w:rsidTr="00841CFC">
        <w:trPr>
          <w:trHeight w:val="87"/>
        </w:trPr>
        <w:tc>
          <w:tcPr>
            <w:tcW w:w="898" w:type="pct"/>
            <w:tcBorders>
              <w:top w:val="nil"/>
              <w:left w:val="nil"/>
              <w:bottom w:val="nil"/>
              <w:right w:val="nil"/>
            </w:tcBorders>
            <w:shd w:val="clear" w:color="000000" w:fill="FFFFFF"/>
            <w:vAlign w:val="center"/>
            <w:hideMark/>
          </w:tcPr>
          <w:p w14:paraId="67FB7DA0"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360F3F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01F31DC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66CA5AB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7C082A1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60441AA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2FC0938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9E76CD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0E4852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w:t>
            </w:r>
          </w:p>
        </w:tc>
      </w:tr>
      <w:tr w:rsidR="00726DBE" w:rsidRPr="00693325" w14:paraId="6578E524" w14:textId="77777777" w:rsidTr="00841CFC">
        <w:trPr>
          <w:trHeight w:val="87"/>
        </w:trPr>
        <w:tc>
          <w:tcPr>
            <w:tcW w:w="898" w:type="pct"/>
            <w:tcBorders>
              <w:top w:val="nil"/>
              <w:left w:val="nil"/>
              <w:bottom w:val="nil"/>
              <w:right w:val="nil"/>
            </w:tcBorders>
            <w:shd w:val="clear" w:color="000000" w:fill="FFFFFF"/>
            <w:vAlign w:val="center"/>
            <w:hideMark/>
          </w:tcPr>
          <w:p w14:paraId="428D099C"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37B6728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6D554CA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7C69D2A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02C2DE1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08CE92E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4" w:type="pct"/>
            <w:tcBorders>
              <w:top w:val="nil"/>
              <w:left w:val="nil"/>
              <w:bottom w:val="nil"/>
              <w:right w:val="nil"/>
            </w:tcBorders>
            <w:shd w:val="clear" w:color="000000" w:fill="F2F2F2"/>
            <w:vAlign w:val="center"/>
            <w:hideMark/>
          </w:tcPr>
          <w:p w14:paraId="77E5DE5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488F923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bottom w:val="nil"/>
              <w:right w:val="nil"/>
            </w:tcBorders>
            <w:shd w:val="clear" w:color="000000" w:fill="FFFFFF"/>
            <w:vAlign w:val="center"/>
            <w:hideMark/>
          </w:tcPr>
          <w:p w14:paraId="46E8A11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r>
      <w:tr w:rsidR="00726DBE" w:rsidRPr="00693325" w14:paraId="720FC5BB" w14:textId="77777777" w:rsidTr="00841CFC">
        <w:trPr>
          <w:trHeight w:val="87"/>
        </w:trPr>
        <w:tc>
          <w:tcPr>
            <w:tcW w:w="898" w:type="pct"/>
            <w:tcBorders>
              <w:top w:val="nil"/>
              <w:left w:val="nil"/>
              <w:bottom w:val="nil"/>
              <w:right w:val="nil"/>
            </w:tcBorders>
            <w:shd w:val="clear" w:color="000000" w:fill="FFFFFF"/>
            <w:vAlign w:val="center"/>
            <w:hideMark/>
          </w:tcPr>
          <w:p w14:paraId="69FB849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711AB85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291F15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287D7B3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70ED4C4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5A93B1A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 (NA)</w:t>
            </w:r>
          </w:p>
        </w:tc>
        <w:tc>
          <w:tcPr>
            <w:tcW w:w="464" w:type="pct"/>
            <w:tcBorders>
              <w:top w:val="nil"/>
              <w:left w:val="nil"/>
              <w:bottom w:val="nil"/>
              <w:right w:val="nil"/>
            </w:tcBorders>
            <w:shd w:val="clear" w:color="000000" w:fill="F2F2F2"/>
            <w:vAlign w:val="center"/>
            <w:hideMark/>
          </w:tcPr>
          <w:p w14:paraId="6F12611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2F2406B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 (NA)</w:t>
            </w:r>
          </w:p>
        </w:tc>
        <w:tc>
          <w:tcPr>
            <w:tcW w:w="462" w:type="pct"/>
            <w:tcBorders>
              <w:top w:val="nil"/>
              <w:left w:val="nil"/>
              <w:bottom w:val="nil"/>
              <w:right w:val="nil"/>
            </w:tcBorders>
            <w:shd w:val="clear" w:color="000000" w:fill="FFFFFF"/>
            <w:vAlign w:val="center"/>
            <w:hideMark/>
          </w:tcPr>
          <w:p w14:paraId="1421DC5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46 (71)</w:t>
            </w:r>
          </w:p>
        </w:tc>
      </w:tr>
      <w:tr w:rsidR="00726DBE" w:rsidRPr="00693325" w14:paraId="49F84F94" w14:textId="77777777" w:rsidTr="00841CFC">
        <w:trPr>
          <w:trHeight w:val="87"/>
        </w:trPr>
        <w:tc>
          <w:tcPr>
            <w:tcW w:w="898" w:type="pct"/>
            <w:tcBorders>
              <w:top w:val="nil"/>
              <w:left w:val="nil"/>
              <w:bottom w:val="nil"/>
              <w:right w:val="nil"/>
            </w:tcBorders>
            <w:shd w:val="clear" w:color="000000" w:fill="FFFFFF"/>
            <w:vAlign w:val="center"/>
            <w:hideMark/>
          </w:tcPr>
          <w:p w14:paraId="622190FD"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Hearing loss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3CC4361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1,510.34 (311.47; 4,413.87)</w:t>
            </w:r>
          </w:p>
        </w:tc>
        <w:tc>
          <w:tcPr>
            <w:tcW w:w="401" w:type="pct"/>
            <w:tcBorders>
              <w:top w:val="nil"/>
              <w:left w:val="nil"/>
              <w:bottom w:val="nil"/>
              <w:right w:val="nil"/>
            </w:tcBorders>
            <w:shd w:val="clear" w:color="000000" w:fill="F2F2F2"/>
            <w:vAlign w:val="center"/>
            <w:hideMark/>
          </w:tcPr>
          <w:p w14:paraId="4E5B03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23.91 (0.61; 133.24)</w:t>
            </w:r>
          </w:p>
        </w:tc>
        <w:tc>
          <w:tcPr>
            <w:tcW w:w="460" w:type="pct"/>
            <w:tcBorders>
              <w:top w:val="nil"/>
              <w:left w:val="nil"/>
              <w:bottom w:val="nil"/>
              <w:right w:val="nil"/>
            </w:tcBorders>
            <w:shd w:val="clear" w:color="000000" w:fill="F2F2F2"/>
            <w:vAlign w:val="center"/>
            <w:hideMark/>
          </w:tcPr>
          <w:p w14:paraId="1496408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91.32 (24.88; 233.81)</w:t>
            </w:r>
          </w:p>
        </w:tc>
        <w:tc>
          <w:tcPr>
            <w:tcW w:w="754" w:type="pct"/>
            <w:tcBorders>
              <w:top w:val="nil"/>
              <w:left w:val="nil"/>
              <w:bottom w:val="nil"/>
              <w:right w:val="nil"/>
            </w:tcBorders>
            <w:shd w:val="clear" w:color="000000" w:fill="FFFFFF"/>
            <w:vAlign w:val="center"/>
            <w:hideMark/>
          </w:tcPr>
          <w:p w14:paraId="63371B3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3.11 (0.08; 17.32)</w:t>
            </w:r>
          </w:p>
        </w:tc>
        <w:tc>
          <w:tcPr>
            <w:tcW w:w="535" w:type="pct"/>
            <w:tcBorders>
              <w:top w:val="nil"/>
              <w:left w:val="nil"/>
              <w:bottom w:val="nil"/>
              <w:right w:val="nil"/>
            </w:tcBorders>
            <w:shd w:val="clear" w:color="000000" w:fill="F2F2F2"/>
            <w:vAlign w:val="center"/>
            <w:hideMark/>
          </w:tcPr>
          <w:p w14:paraId="541BFD7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429.31 (139.40; 1,001.87)</w:t>
            </w:r>
          </w:p>
        </w:tc>
        <w:tc>
          <w:tcPr>
            <w:tcW w:w="464" w:type="pct"/>
            <w:tcBorders>
              <w:top w:val="nil"/>
              <w:left w:val="nil"/>
              <w:bottom w:val="nil"/>
              <w:right w:val="nil"/>
            </w:tcBorders>
            <w:shd w:val="clear" w:color="000000" w:fill="F2F2F2"/>
            <w:vAlign w:val="center"/>
            <w:hideMark/>
          </w:tcPr>
          <w:p w14:paraId="50D6F0E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26.15 (11.96; 49.65)</w:t>
            </w:r>
          </w:p>
        </w:tc>
        <w:tc>
          <w:tcPr>
            <w:tcW w:w="464" w:type="pct"/>
            <w:tcBorders>
              <w:top w:val="nil"/>
              <w:left w:val="nil"/>
              <w:bottom w:val="nil"/>
              <w:right w:val="nil"/>
            </w:tcBorders>
            <w:shd w:val="clear" w:color="000000" w:fill="F2F2F2"/>
            <w:vAlign w:val="center"/>
            <w:hideMark/>
          </w:tcPr>
          <w:p w14:paraId="60E4BCB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39.35 (21.51; 66.02)</w:t>
            </w:r>
          </w:p>
        </w:tc>
        <w:tc>
          <w:tcPr>
            <w:tcW w:w="462" w:type="pct"/>
            <w:tcBorders>
              <w:top w:val="nil"/>
              <w:left w:val="nil"/>
              <w:bottom w:val="nil"/>
              <w:right w:val="nil"/>
            </w:tcBorders>
            <w:shd w:val="clear" w:color="000000" w:fill="FFFFFF"/>
            <w:vAlign w:val="center"/>
            <w:hideMark/>
          </w:tcPr>
          <w:p w14:paraId="42296AF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13.98 (8.14; 22.38)</w:t>
            </w:r>
          </w:p>
        </w:tc>
      </w:tr>
      <w:tr w:rsidR="00726DBE" w:rsidRPr="00693325" w14:paraId="74A14254" w14:textId="77777777" w:rsidTr="00841CFC">
        <w:trPr>
          <w:trHeight w:val="87"/>
        </w:trPr>
        <w:tc>
          <w:tcPr>
            <w:tcW w:w="898" w:type="pct"/>
            <w:tcBorders>
              <w:top w:val="nil"/>
              <w:left w:val="nil"/>
              <w:bottom w:val="nil"/>
              <w:right w:val="nil"/>
            </w:tcBorders>
            <w:shd w:val="clear" w:color="000000" w:fill="FFFFFF"/>
            <w:vAlign w:val="center"/>
            <w:hideMark/>
          </w:tcPr>
          <w:p w14:paraId="5611CB2A"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03ABE16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01" w:type="pct"/>
            <w:tcBorders>
              <w:top w:val="nil"/>
              <w:left w:val="nil"/>
              <w:bottom w:val="nil"/>
              <w:right w:val="nil"/>
            </w:tcBorders>
            <w:shd w:val="clear" w:color="000000" w:fill="F2F2F2"/>
            <w:vAlign w:val="center"/>
            <w:hideMark/>
          </w:tcPr>
          <w:p w14:paraId="73F2E96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0" w:type="pct"/>
            <w:tcBorders>
              <w:top w:val="nil"/>
              <w:left w:val="nil"/>
              <w:bottom w:val="nil"/>
              <w:right w:val="nil"/>
            </w:tcBorders>
            <w:shd w:val="clear" w:color="000000" w:fill="F2F2F2"/>
            <w:vAlign w:val="center"/>
            <w:hideMark/>
          </w:tcPr>
          <w:p w14:paraId="48F1357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754" w:type="pct"/>
            <w:tcBorders>
              <w:top w:val="nil"/>
              <w:left w:val="nil"/>
              <w:bottom w:val="nil"/>
              <w:right w:val="nil"/>
            </w:tcBorders>
            <w:shd w:val="clear" w:color="000000" w:fill="FFFFFF"/>
            <w:vAlign w:val="center"/>
            <w:hideMark/>
          </w:tcPr>
          <w:p w14:paraId="689BF0D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535" w:type="pct"/>
            <w:tcBorders>
              <w:top w:val="nil"/>
              <w:left w:val="nil"/>
              <w:bottom w:val="nil"/>
              <w:right w:val="nil"/>
            </w:tcBorders>
            <w:shd w:val="clear" w:color="000000" w:fill="F2F2F2"/>
            <w:vAlign w:val="center"/>
            <w:hideMark/>
          </w:tcPr>
          <w:p w14:paraId="41742CB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w:t>
            </w:r>
          </w:p>
        </w:tc>
        <w:tc>
          <w:tcPr>
            <w:tcW w:w="464" w:type="pct"/>
            <w:tcBorders>
              <w:top w:val="nil"/>
              <w:left w:val="nil"/>
              <w:bottom w:val="nil"/>
              <w:right w:val="nil"/>
            </w:tcBorders>
            <w:shd w:val="clear" w:color="000000" w:fill="F2F2F2"/>
            <w:vAlign w:val="center"/>
            <w:hideMark/>
          </w:tcPr>
          <w:p w14:paraId="20E37D6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w:t>
            </w:r>
          </w:p>
        </w:tc>
        <w:tc>
          <w:tcPr>
            <w:tcW w:w="464" w:type="pct"/>
            <w:tcBorders>
              <w:top w:val="nil"/>
              <w:left w:val="nil"/>
              <w:bottom w:val="nil"/>
              <w:right w:val="nil"/>
            </w:tcBorders>
            <w:shd w:val="clear" w:color="000000" w:fill="F2F2F2"/>
            <w:vAlign w:val="center"/>
            <w:hideMark/>
          </w:tcPr>
          <w:p w14:paraId="524EE95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w:t>
            </w:r>
          </w:p>
        </w:tc>
        <w:tc>
          <w:tcPr>
            <w:tcW w:w="462" w:type="pct"/>
            <w:tcBorders>
              <w:top w:val="nil"/>
              <w:left w:val="nil"/>
              <w:bottom w:val="nil"/>
              <w:right w:val="nil"/>
            </w:tcBorders>
            <w:shd w:val="clear" w:color="000000" w:fill="FFFFFF"/>
            <w:vAlign w:val="center"/>
            <w:hideMark/>
          </w:tcPr>
          <w:p w14:paraId="385A209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w:t>
            </w:r>
          </w:p>
        </w:tc>
      </w:tr>
      <w:tr w:rsidR="00726DBE" w:rsidRPr="00693325" w14:paraId="503605E4" w14:textId="77777777" w:rsidTr="00841CFC">
        <w:trPr>
          <w:trHeight w:val="87"/>
        </w:trPr>
        <w:tc>
          <w:tcPr>
            <w:tcW w:w="898" w:type="pct"/>
            <w:tcBorders>
              <w:top w:val="nil"/>
              <w:left w:val="nil"/>
              <w:bottom w:val="nil"/>
              <w:right w:val="nil"/>
            </w:tcBorders>
            <w:shd w:val="clear" w:color="000000" w:fill="FFFFFF"/>
            <w:vAlign w:val="center"/>
            <w:hideMark/>
          </w:tcPr>
          <w:p w14:paraId="697A8BEC"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1D56BCD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15.00</w:t>
            </w:r>
          </w:p>
        </w:tc>
        <w:tc>
          <w:tcPr>
            <w:tcW w:w="401" w:type="pct"/>
            <w:tcBorders>
              <w:top w:val="nil"/>
              <w:left w:val="nil"/>
              <w:bottom w:val="nil"/>
              <w:right w:val="nil"/>
            </w:tcBorders>
            <w:shd w:val="clear" w:color="000000" w:fill="F2F2F2"/>
            <w:vAlign w:val="center"/>
            <w:hideMark/>
          </w:tcPr>
          <w:p w14:paraId="23986C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6.25</w:t>
            </w:r>
          </w:p>
        </w:tc>
        <w:tc>
          <w:tcPr>
            <w:tcW w:w="460" w:type="pct"/>
            <w:tcBorders>
              <w:top w:val="nil"/>
              <w:left w:val="nil"/>
              <w:bottom w:val="nil"/>
              <w:right w:val="nil"/>
            </w:tcBorders>
            <w:shd w:val="clear" w:color="000000" w:fill="F2F2F2"/>
            <w:vAlign w:val="center"/>
            <w:hideMark/>
          </w:tcPr>
          <w:p w14:paraId="297C2C1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20.00</w:t>
            </w:r>
          </w:p>
        </w:tc>
        <w:tc>
          <w:tcPr>
            <w:tcW w:w="754" w:type="pct"/>
            <w:tcBorders>
              <w:top w:val="nil"/>
              <w:left w:val="nil"/>
              <w:bottom w:val="nil"/>
              <w:right w:val="nil"/>
            </w:tcBorders>
            <w:shd w:val="clear" w:color="000000" w:fill="FFFFFF"/>
            <w:vAlign w:val="center"/>
            <w:hideMark/>
          </w:tcPr>
          <w:p w14:paraId="1BB4F5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0.95</w:t>
            </w:r>
          </w:p>
        </w:tc>
        <w:tc>
          <w:tcPr>
            <w:tcW w:w="535" w:type="pct"/>
            <w:tcBorders>
              <w:top w:val="nil"/>
              <w:left w:val="nil"/>
              <w:bottom w:val="nil"/>
              <w:right w:val="nil"/>
            </w:tcBorders>
            <w:shd w:val="clear" w:color="000000" w:fill="F2F2F2"/>
            <w:vAlign w:val="center"/>
            <w:hideMark/>
          </w:tcPr>
          <w:p w14:paraId="083B2CB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4.35</w:t>
            </w:r>
          </w:p>
        </w:tc>
        <w:tc>
          <w:tcPr>
            <w:tcW w:w="464" w:type="pct"/>
            <w:tcBorders>
              <w:top w:val="nil"/>
              <w:left w:val="nil"/>
              <w:bottom w:val="nil"/>
              <w:right w:val="nil"/>
            </w:tcBorders>
            <w:shd w:val="clear" w:color="000000" w:fill="F2F2F2"/>
            <w:vAlign w:val="center"/>
            <w:hideMark/>
          </w:tcPr>
          <w:p w14:paraId="612EE33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8.74</w:t>
            </w:r>
          </w:p>
        </w:tc>
        <w:tc>
          <w:tcPr>
            <w:tcW w:w="464" w:type="pct"/>
            <w:tcBorders>
              <w:top w:val="nil"/>
              <w:left w:val="nil"/>
              <w:bottom w:val="nil"/>
              <w:right w:val="nil"/>
            </w:tcBorders>
            <w:shd w:val="clear" w:color="000000" w:fill="F2F2F2"/>
            <w:vAlign w:val="center"/>
            <w:hideMark/>
          </w:tcPr>
          <w:p w14:paraId="5ED0599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12.17</w:t>
            </w:r>
          </w:p>
        </w:tc>
        <w:tc>
          <w:tcPr>
            <w:tcW w:w="462" w:type="pct"/>
            <w:tcBorders>
              <w:top w:val="nil"/>
              <w:left w:val="nil"/>
              <w:bottom w:val="nil"/>
              <w:right w:val="nil"/>
            </w:tcBorders>
            <w:shd w:val="clear" w:color="000000" w:fill="FFFFFF"/>
            <w:vAlign w:val="center"/>
            <w:hideMark/>
          </w:tcPr>
          <w:p w14:paraId="7A09420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2.96</w:t>
            </w:r>
          </w:p>
        </w:tc>
      </w:tr>
      <w:tr w:rsidR="00726DBE" w:rsidRPr="00693325" w14:paraId="414C4F99" w14:textId="77777777" w:rsidTr="00841CFC">
        <w:trPr>
          <w:trHeight w:val="87"/>
        </w:trPr>
        <w:tc>
          <w:tcPr>
            <w:tcW w:w="898" w:type="pct"/>
            <w:tcBorders>
              <w:top w:val="nil"/>
              <w:left w:val="nil"/>
              <w:bottom w:val="nil"/>
              <w:right w:val="nil"/>
            </w:tcBorders>
            <w:shd w:val="clear" w:color="000000" w:fill="FFFFFF"/>
            <w:vAlign w:val="center"/>
            <w:hideMark/>
          </w:tcPr>
          <w:p w14:paraId="438CDA7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0DA5CA8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384 (355)</w:t>
            </w:r>
          </w:p>
        </w:tc>
        <w:tc>
          <w:tcPr>
            <w:tcW w:w="401" w:type="pct"/>
            <w:tcBorders>
              <w:top w:val="nil"/>
              <w:left w:val="nil"/>
              <w:bottom w:val="nil"/>
              <w:right w:val="nil"/>
            </w:tcBorders>
            <w:shd w:val="clear" w:color="000000" w:fill="F2F2F2"/>
            <w:vAlign w:val="center"/>
            <w:hideMark/>
          </w:tcPr>
          <w:p w14:paraId="2C57082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86 (NA)</w:t>
            </w:r>
          </w:p>
        </w:tc>
        <w:tc>
          <w:tcPr>
            <w:tcW w:w="460" w:type="pct"/>
            <w:tcBorders>
              <w:top w:val="nil"/>
              <w:left w:val="nil"/>
              <w:bottom w:val="nil"/>
              <w:right w:val="nil"/>
            </w:tcBorders>
            <w:shd w:val="clear" w:color="000000" w:fill="F2F2F2"/>
            <w:vAlign w:val="center"/>
            <w:hideMark/>
          </w:tcPr>
          <w:p w14:paraId="21E00CE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227 (407)</w:t>
            </w:r>
          </w:p>
        </w:tc>
        <w:tc>
          <w:tcPr>
            <w:tcW w:w="754" w:type="pct"/>
            <w:tcBorders>
              <w:top w:val="nil"/>
              <w:left w:val="nil"/>
              <w:bottom w:val="nil"/>
              <w:right w:val="nil"/>
            </w:tcBorders>
            <w:shd w:val="clear" w:color="000000" w:fill="FFFFFF"/>
            <w:vAlign w:val="center"/>
            <w:hideMark/>
          </w:tcPr>
          <w:p w14:paraId="2B5C63E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 (NA)</w:t>
            </w:r>
          </w:p>
        </w:tc>
        <w:tc>
          <w:tcPr>
            <w:tcW w:w="535" w:type="pct"/>
            <w:tcBorders>
              <w:top w:val="nil"/>
              <w:left w:val="nil"/>
              <w:bottom w:val="nil"/>
              <w:right w:val="nil"/>
            </w:tcBorders>
            <w:shd w:val="clear" w:color="000000" w:fill="F2F2F2"/>
            <w:vAlign w:val="center"/>
            <w:hideMark/>
          </w:tcPr>
          <w:p w14:paraId="1272125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90 (104)</w:t>
            </w:r>
          </w:p>
        </w:tc>
        <w:tc>
          <w:tcPr>
            <w:tcW w:w="464" w:type="pct"/>
            <w:tcBorders>
              <w:top w:val="nil"/>
              <w:left w:val="nil"/>
              <w:bottom w:val="nil"/>
              <w:right w:val="nil"/>
            </w:tcBorders>
            <w:shd w:val="clear" w:color="000000" w:fill="F2F2F2"/>
            <w:vAlign w:val="center"/>
            <w:hideMark/>
          </w:tcPr>
          <w:p w14:paraId="3D35DFD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12 (19)</w:t>
            </w:r>
          </w:p>
        </w:tc>
        <w:tc>
          <w:tcPr>
            <w:tcW w:w="464" w:type="pct"/>
            <w:tcBorders>
              <w:top w:val="nil"/>
              <w:left w:val="nil"/>
              <w:bottom w:val="nil"/>
              <w:right w:val="nil"/>
            </w:tcBorders>
            <w:shd w:val="clear" w:color="000000" w:fill="F2F2F2"/>
            <w:vAlign w:val="center"/>
            <w:hideMark/>
          </w:tcPr>
          <w:p w14:paraId="56D8B48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 (63)</w:t>
            </w:r>
          </w:p>
        </w:tc>
        <w:tc>
          <w:tcPr>
            <w:tcW w:w="462" w:type="pct"/>
            <w:tcBorders>
              <w:top w:val="nil"/>
              <w:left w:val="nil"/>
              <w:bottom w:val="nil"/>
              <w:right w:val="nil"/>
            </w:tcBorders>
            <w:shd w:val="clear" w:color="000000" w:fill="FFFFFF"/>
            <w:vAlign w:val="center"/>
            <w:hideMark/>
          </w:tcPr>
          <w:p w14:paraId="5291E00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32 (60)</w:t>
            </w:r>
          </w:p>
        </w:tc>
      </w:tr>
      <w:tr w:rsidR="00726DBE" w:rsidRPr="00693325" w14:paraId="4037CA28" w14:textId="77777777" w:rsidTr="00841CFC">
        <w:trPr>
          <w:trHeight w:val="87"/>
        </w:trPr>
        <w:tc>
          <w:tcPr>
            <w:tcW w:w="898" w:type="pct"/>
            <w:tcBorders>
              <w:top w:val="nil"/>
              <w:left w:val="nil"/>
              <w:bottom w:val="nil"/>
              <w:right w:val="nil"/>
            </w:tcBorders>
            <w:shd w:val="clear" w:color="000000" w:fill="FFFFFF"/>
            <w:vAlign w:val="center"/>
            <w:hideMark/>
          </w:tcPr>
          <w:p w14:paraId="27967F5E"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 xml:space="preserve">Optic disc swelling, IR (95% CI) </w:t>
            </w:r>
          </w:p>
        </w:tc>
        <w:tc>
          <w:tcPr>
            <w:tcW w:w="562" w:type="pct"/>
            <w:tcBorders>
              <w:top w:val="nil"/>
              <w:left w:val="nil"/>
              <w:bottom w:val="nil"/>
              <w:right w:val="nil"/>
            </w:tcBorders>
            <w:shd w:val="clear" w:color="000000" w:fill="F2F2F2"/>
            <w:vAlign w:val="center"/>
            <w:hideMark/>
          </w:tcPr>
          <w:p w14:paraId="53A10A5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453.42 (11.48; 2,526.27)</w:t>
            </w:r>
          </w:p>
        </w:tc>
        <w:tc>
          <w:tcPr>
            <w:tcW w:w="401" w:type="pct"/>
            <w:tcBorders>
              <w:top w:val="nil"/>
              <w:left w:val="nil"/>
              <w:bottom w:val="nil"/>
              <w:right w:val="nil"/>
            </w:tcBorders>
            <w:shd w:val="clear" w:color="000000" w:fill="F2F2F2"/>
            <w:vAlign w:val="center"/>
            <w:hideMark/>
          </w:tcPr>
          <w:p w14:paraId="6417B47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66.89)</w:t>
            </w:r>
          </w:p>
        </w:tc>
        <w:tc>
          <w:tcPr>
            <w:tcW w:w="460" w:type="pct"/>
            <w:tcBorders>
              <w:top w:val="nil"/>
              <w:left w:val="nil"/>
              <w:bottom w:val="nil"/>
              <w:right w:val="nil"/>
            </w:tcBorders>
            <w:shd w:val="clear" w:color="000000" w:fill="F2F2F2"/>
            <w:vAlign w:val="center"/>
            <w:hideMark/>
          </w:tcPr>
          <w:p w14:paraId="7C72AD1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17.43 (0.44; 97.14)</w:t>
            </w:r>
          </w:p>
        </w:tc>
        <w:tc>
          <w:tcPr>
            <w:tcW w:w="754" w:type="pct"/>
            <w:tcBorders>
              <w:top w:val="nil"/>
              <w:left w:val="nil"/>
              <w:bottom w:val="nil"/>
              <w:right w:val="nil"/>
            </w:tcBorders>
            <w:shd w:val="clear" w:color="000000" w:fill="FFFFFF"/>
            <w:vAlign w:val="center"/>
            <w:hideMark/>
          </w:tcPr>
          <w:p w14:paraId="56673B3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5157DAE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327526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2.52 (0.06; 14.05)</w:t>
            </w:r>
          </w:p>
        </w:tc>
        <w:tc>
          <w:tcPr>
            <w:tcW w:w="464" w:type="pct"/>
            <w:tcBorders>
              <w:top w:val="nil"/>
              <w:left w:val="nil"/>
              <w:bottom w:val="nil"/>
              <w:right w:val="nil"/>
            </w:tcBorders>
            <w:shd w:val="clear" w:color="000000" w:fill="F2F2F2"/>
            <w:vAlign w:val="center"/>
            <w:hideMark/>
          </w:tcPr>
          <w:p w14:paraId="53608B1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2.45 (0.06; 13.64)</w:t>
            </w:r>
          </w:p>
        </w:tc>
        <w:tc>
          <w:tcPr>
            <w:tcW w:w="462" w:type="pct"/>
            <w:tcBorders>
              <w:top w:val="nil"/>
              <w:left w:val="nil"/>
              <w:bottom w:val="nil"/>
              <w:right w:val="nil"/>
            </w:tcBorders>
            <w:shd w:val="clear" w:color="000000" w:fill="FFFFFF"/>
            <w:vAlign w:val="center"/>
            <w:hideMark/>
          </w:tcPr>
          <w:p w14:paraId="39C4713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1.58 (0.19; 5.69)</w:t>
            </w:r>
          </w:p>
        </w:tc>
      </w:tr>
      <w:tr w:rsidR="00726DBE" w:rsidRPr="00693325" w14:paraId="309B098A" w14:textId="77777777" w:rsidTr="00841CFC">
        <w:trPr>
          <w:trHeight w:val="87"/>
        </w:trPr>
        <w:tc>
          <w:tcPr>
            <w:tcW w:w="898" w:type="pct"/>
            <w:tcBorders>
              <w:top w:val="nil"/>
              <w:left w:val="nil"/>
              <w:bottom w:val="nil"/>
              <w:right w:val="nil"/>
            </w:tcBorders>
            <w:shd w:val="clear" w:color="000000" w:fill="FFFFFF"/>
            <w:vAlign w:val="center"/>
            <w:hideMark/>
          </w:tcPr>
          <w:p w14:paraId="37533A7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0EF6000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01" w:type="pct"/>
            <w:tcBorders>
              <w:top w:val="nil"/>
              <w:left w:val="nil"/>
              <w:bottom w:val="nil"/>
              <w:right w:val="nil"/>
            </w:tcBorders>
            <w:shd w:val="clear" w:color="000000" w:fill="F2F2F2"/>
            <w:vAlign w:val="center"/>
            <w:hideMark/>
          </w:tcPr>
          <w:p w14:paraId="0E6CEE5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0400E7A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754" w:type="pct"/>
            <w:tcBorders>
              <w:top w:val="nil"/>
              <w:left w:val="nil"/>
              <w:bottom w:val="nil"/>
              <w:right w:val="nil"/>
            </w:tcBorders>
            <w:shd w:val="clear" w:color="000000" w:fill="FFFFFF"/>
            <w:vAlign w:val="center"/>
            <w:hideMark/>
          </w:tcPr>
          <w:p w14:paraId="31C406A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483F05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4D0ABA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4456F51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570687F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r>
      <w:tr w:rsidR="00726DBE" w:rsidRPr="00693325" w14:paraId="0D08EF99" w14:textId="77777777" w:rsidTr="00841CFC">
        <w:trPr>
          <w:trHeight w:val="87"/>
        </w:trPr>
        <w:tc>
          <w:tcPr>
            <w:tcW w:w="898" w:type="pct"/>
            <w:tcBorders>
              <w:top w:val="nil"/>
              <w:left w:val="nil"/>
              <w:bottom w:val="nil"/>
              <w:right w:val="nil"/>
            </w:tcBorders>
            <w:shd w:val="clear" w:color="000000" w:fill="FFFFFF"/>
            <w:vAlign w:val="center"/>
            <w:hideMark/>
          </w:tcPr>
          <w:p w14:paraId="46C9C1CF"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451CF1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401" w:type="pct"/>
            <w:tcBorders>
              <w:top w:val="nil"/>
              <w:left w:val="nil"/>
              <w:bottom w:val="nil"/>
              <w:right w:val="nil"/>
            </w:tcBorders>
            <w:shd w:val="clear" w:color="000000" w:fill="F2F2F2"/>
            <w:vAlign w:val="center"/>
            <w:hideMark/>
          </w:tcPr>
          <w:p w14:paraId="0265AFA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1211164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754" w:type="pct"/>
            <w:tcBorders>
              <w:top w:val="nil"/>
              <w:left w:val="nil"/>
              <w:bottom w:val="nil"/>
              <w:right w:val="nil"/>
            </w:tcBorders>
            <w:shd w:val="clear" w:color="000000" w:fill="FFFFFF"/>
            <w:vAlign w:val="center"/>
            <w:hideMark/>
          </w:tcPr>
          <w:p w14:paraId="348F7B0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7F6EB97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55CDFDD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0.93</w:t>
            </w:r>
          </w:p>
        </w:tc>
        <w:tc>
          <w:tcPr>
            <w:tcW w:w="464" w:type="pct"/>
            <w:tcBorders>
              <w:top w:val="nil"/>
              <w:left w:val="nil"/>
              <w:bottom w:val="nil"/>
              <w:right w:val="nil"/>
            </w:tcBorders>
            <w:shd w:val="clear" w:color="000000" w:fill="F2F2F2"/>
            <w:vAlign w:val="center"/>
            <w:hideMark/>
          </w:tcPr>
          <w:p w14:paraId="5A902BC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bottom w:val="nil"/>
              <w:right w:val="nil"/>
            </w:tcBorders>
            <w:shd w:val="clear" w:color="000000" w:fill="FFFFFF"/>
            <w:vAlign w:val="center"/>
            <w:hideMark/>
          </w:tcPr>
          <w:p w14:paraId="67ED134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0.35</w:t>
            </w:r>
          </w:p>
        </w:tc>
      </w:tr>
      <w:tr w:rsidR="00726DBE" w:rsidRPr="00693325" w14:paraId="5B731778" w14:textId="77777777" w:rsidTr="00841CFC">
        <w:trPr>
          <w:trHeight w:val="87"/>
        </w:trPr>
        <w:tc>
          <w:tcPr>
            <w:tcW w:w="898" w:type="pct"/>
            <w:tcBorders>
              <w:top w:val="nil"/>
              <w:left w:val="nil"/>
              <w:bottom w:val="nil"/>
              <w:right w:val="nil"/>
            </w:tcBorders>
            <w:shd w:val="clear" w:color="000000" w:fill="FFFFFF"/>
            <w:vAlign w:val="center"/>
            <w:hideMark/>
          </w:tcPr>
          <w:p w14:paraId="2ADC768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66BC10D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133 (NA)</w:t>
            </w:r>
          </w:p>
        </w:tc>
        <w:tc>
          <w:tcPr>
            <w:tcW w:w="401" w:type="pct"/>
            <w:tcBorders>
              <w:top w:val="nil"/>
              <w:left w:val="nil"/>
              <w:bottom w:val="nil"/>
              <w:right w:val="nil"/>
            </w:tcBorders>
            <w:shd w:val="clear" w:color="000000" w:fill="F2F2F2"/>
            <w:vAlign w:val="center"/>
            <w:hideMark/>
          </w:tcPr>
          <w:p w14:paraId="57DF660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305A8E9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 (NA)</w:t>
            </w:r>
          </w:p>
        </w:tc>
        <w:tc>
          <w:tcPr>
            <w:tcW w:w="754" w:type="pct"/>
            <w:tcBorders>
              <w:top w:val="nil"/>
              <w:left w:val="nil"/>
              <w:bottom w:val="nil"/>
              <w:right w:val="nil"/>
            </w:tcBorders>
            <w:shd w:val="clear" w:color="000000" w:fill="FFFFFF"/>
            <w:vAlign w:val="center"/>
            <w:hideMark/>
          </w:tcPr>
          <w:p w14:paraId="1D1CDB2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770F0AC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171E52C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(NA)</w:t>
            </w:r>
          </w:p>
        </w:tc>
        <w:tc>
          <w:tcPr>
            <w:tcW w:w="464" w:type="pct"/>
            <w:tcBorders>
              <w:top w:val="nil"/>
              <w:left w:val="nil"/>
              <w:bottom w:val="nil"/>
              <w:right w:val="nil"/>
            </w:tcBorders>
            <w:shd w:val="clear" w:color="000000" w:fill="F2F2F2"/>
            <w:vAlign w:val="center"/>
            <w:hideMark/>
          </w:tcPr>
          <w:p w14:paraId="015B9E4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(NA)</w:t>
            </w:r>
          </w:p>
        </w:tc>
        <w:tc>
          <w:tcPr>
            <w:tcW w:w="462" w:type="pct"/>
            <w:tcBorders>
              <w:top w:val="nil"/>
              <w:left w:val="nil"/>
              <w:bottom w:val="nil"/>
              <w:right w:val="nil"/>
            </w:tcBorders>
            <w:shd w:val="clear" w:color="000000" w:fill="FFFFFF"/>
            <w:vAlign w:val="center"/>
            <w:hideMark/>
          </w:tcPr>
          <w:p w14:paraId="32D2C8E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(3)</w:t>
            </w:r>
          </w:p>
        </w:tc>
      </w:tr>
      <w:tr w:rsidR="00726DBE" w:rsidRPr="00693325" w14:paraId="28144DF2" w14:textId="77777777" w:rsidTr="00841CFC">
        <w:trPr>
          <w:trHeight w:val="87"/>
        </w:trPr>
        <w:tc>
          <w:tcPr>
            <w:tcW w:w="898" w:type="pct"/>
            <w:tcBorders>
              <w:top w:val="nil"/>
              <w:left w:val="nil"/>
              <w:bottom w:val="nil"/>
              <w:right w:val="nil"/>
            </w:tcBorders>
            <w:shd w:val="clear" w:color="000000" w:fill="FFFFFF"/>
            <w:vAlign w:val="center"/>
            <w:hideMark/>
          </w:tcPr>
          <w:p w14:paraId="69584719"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Paresthesia</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7AAC6CD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43D8370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58C3763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5D9BB73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39D05D2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0993309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2.52 (0.06; 14.02)</w:t>
            </w:r>
          </w:p>
        </w:tc>
        <w:tc>
          <w:tcPr>
            <w:tcW w:w="464" w:type="pct"/>
            <w:tcBorders>
              <w:top w:val="nil"/>
              <w:left w:val="nil"/>
              <w:bottom w:val="nil"/>
              <w:right w:val="nil"/>
            </w:tcBorders>
            <w:shd w:val="clear" w:color="000000" w:fill="F2F2F2"/>
            <w:vAlign w:val="center"/>
            <w:hideMark/>
          </w:tcPr>
          <w:p w14:paraId="6EBAB40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2.44 (0.06; 13.61)</w:t>
            </w:r>
          </w:p>
        </w:tc>
        <w:tc>
          <w:tcPr>
            <w:tcW w:w="462" w:type="pct"/>
            <w:tcBorders>
              <w:top w:val="nil"/>
              <w:left w:val="nil"/>
              <w:bottom w:val="nil"/>
              <w:right w:val="nil"/>
            </w:tcBorders>
            <w:shd w:val="clear" w:color="000000" w:fill="FFFFFF"/>
            <w:vAlign w:val="center"/>
            <w:hideMark/>
          </w:tcPr>
          <w:p w14:paraId="0B99D88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627F8C5F" w14:textId="77777777" w:rsidTr="00841CFC">
        <w:trPr>
          <w:trHeight w:val="87"/>
        </w:trPr>
        <w:tc>
          <w:tcPr>
            <w:tcW w:w="898" w:type="pct"/>
            <w:tcBorders>
              <w:top w:val="nil"/>
              <w:left w:val="nil"/>
              <w:bottom w:val="nil"/>
              <w:right w:val="nil"/>
            </w:tcBorders>
            <w:shd w:val="clear" w:color="000000" w:fill="FFFFFF"/>
            <w:vAlign w:val="center"/>
            <w:hideMark/>
          </w:tcPr>
          <w:p w14:paraId="2DFEF869"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298C902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108361B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1B47934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23E8D0D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359FE89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52AA128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6196086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53CC5FA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00BEF9BC" w14:textId="77777777" w:rsidTr="00841CFC">
        <w:trPr>
          <w:trHeight w:val="87"/>
        </w:trPr>
        <w:tc>
          <w:tcPr>
            <w:tcW w:w="898" w:type="pct"/>
            <w:tcBorders>
              <w:top w:val="nil"/>
              <w:left w:val="nil"/>
              <w:bottom w:val="nil"/>
              <w:right w:val="nil"/>
            </w:tcBorders>
            <w:shd w:val="clear" w:color="000000" w:fill="FFFFFF"/>
            <w:vAlign w:val="center"/>
            <w:hideMark/>
          </w:tcPr>
          <w:p w14:paraId="5239038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70487AC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279A008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A1205F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007AC76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014117A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93656D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0.93</w:t>
            </w:r>
          </w:p>
        </w:tc>
        <w:tc>
          <w:tcPr>
            <w:tcW w:w="464" w:type="pct"/>
            <w:tcBorders>
              <w:top w:val="nil"/>
              <w:left w:val="nil"/>
              <w:bottom w:val="nil"/>
              <w:right w:val="nil"/>
            </w:tcBorders>
            <w:shd w:val="clear" w:color="000000" w:fill="F2F2F2"/>
            <w:vAlign w:val="center"/>
            <w:hideMark/>
          </w:tcPr>
          <w:p w14:paraId="74AD3E6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bottom w:val="nil"/>
              <w:right w:val="nil"/>
            </w:tcBorders>
            <w:shd w:val="clear" w:color="000000" w:fill="FFFFFF"/>
            <w:vAlign w:val="center"/>
            <w:hideMark/>
          </w:tcPr>
          <w:p w14:paraId="354059B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3C084271" w14:textId="77777777" w:rsidTr="00841CFC">
        <w:trPr>
          <w:trHeight w:val="87"/>
        </w:trPr>
        <w:tc>
          <w:tcPr>
            <w:tcW w:w="898" w:type="pct"/>
            <w:tcBorders>
              <w:top w:val="nil"/>
              <w:left w:val="nil"/>
              <w:bottom w:val="nil"/>
              <w:right w:val="nil"/>
            </w:tcBorders>
            <w:shd w:val="clear" w:color="000000" w:fill="FFFFFF"/>
            <w:vAlign w:val="center"/>
            <w:hideMark/>
          </w:tcPr>
          <w:p w14:paraId="397F4783"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62E7387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5B6F1F2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510AEBC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2B048F4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68FA84E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6DC90BB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54D2A8F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 </w:t>
            </w:r>
          </w:p>
        </w:tc>
        <w:tc>
          <w:tcPr>
            <w:tcW w:w="462" w:type="pct"/>
            <w:tcBorders>
              <w:top w:val="nil"/>
              <w:left w:val="nil"/>
              <w:bottom w:val="nil"/>
              <w:right w:val="nil"/>
            </w:tcBorders>
            <w:shd w:val="clear" w:color="000000" w:fill="FFFFFF"/>
            <w:vAlign w:val="center"/>
            <w:hideMark/>
          </w:tcPr>
          <w:p w14:paraId="30A81A5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71268CC7" w14:textId="77777777" w:rsidTr="00841CFC">
        <w:trPr>
          <w:trHeight w:val="87"/>
        </w:trPr>
        <w:tc>
          <w:tcPr>
            <w:tcW w:w="898" w:type="pct"/>
            <w:tcBorders>
              <w:top w:val="nil"/>
              <w:left w:val="nil"/>
              <w:bottom w:val="nil"/>
              <w:right w:val="nil"/>
            </w:tcBorders>
            <w:shd w:val="clear" w:color="000000" w:fill="FFFFFF"/>
            <w:vAlign w:val="center"/>
            <w:hideMark/>
          </w:tcPr>
          <w:p w14:paraId="23E9CF08"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Strabismic amblyopia</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5BB821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41EBE82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1236EAE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5FDE709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3.14 (0.08; 17.50)</w:t>
            </w:r>
          </w:p>
        </w:tc>
        <w:tc>
          <w:tcPr>
            <w:tcW w:w="535" w:type="pct"/>
            <w:tcBorders>
              <w:top w:val="nil"/>
              <w:left w:val="nil"/>
              <w:bottom w:val="nil"/>
              <w:right w:val="nil"/>
            </w:tcBorders>
            <w:shd w:val="clear" w:color="000000" w:fill="F2F2F2"/>
            <w:vAlign w:val="center"/>
            <w:hideMark/>
          </w:tcPr>
          <w:p w14:paraId="739328E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6F95E98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2.54 (0.06; 14.17)</w:t>
            </w:r>
          </w:p>
        </w:tc>
        <w:tc>
          <w:tcPr>
            <w:tcW w:w="464" w:type="pct"/>
            <w:tcBorders>
              <w:top w:val="nil"/>
              <w:left w:val="nil"/>
              <w:bottom w:val="nil"/>
              <w:right w:val="nil"/>
            </w:tcBorders>
            <w:shd w:val="clear" w:color="000000" w:fill="F2F2F2"/>
            <w:vAlign w:val="center"/>
            <w:hideMark/>
          </w:tcPr>
          <w:p w14:paraId="652CF3B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2.47 (0.06; 13.75)</w:t>
            </w:r>
          </w:p>
        </w:tc>
        <w:tc>
          <w:tcPr>
            <w:tcW w:w="462" w:type="pct"/>
            <w:tcBorders>
              <w:top w:val="nil"/>
              <w:left w:val="nil"/>
              <w:bottom w:val="nil"/>
              <w:right w:val="nil"/>
            </w:tcBorders>
            <w:shd w:val="clear" w:color="000000" w:fill="FFFFFF"/>
            <w:vAlign w:val="center"/>
            <w:hideMark/>
          </w:tcPr>
          <w:p w14:paraId="088F010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1.58 (0.19; 5.70)</w:t>
            </w:r>
          </w:p>
        </w:tc>
      </w:tr>
      <w:tr w:rsidR="00726DBE" w:rsidRPr="00693325" w14:paraId="59231227" w14:textId="77777777" w:rsidTr="00841CFC">
        <w:trPr>
          <w:trHeight w:val="87"/>
        </w:trPr>
        <w:tc>
          <w:tcPr>
            <w:tcW w:w="898" w:type="pct"/>
            <w:tcBorders>
              <w:top w:val="nil"/>
              <w:left w:val="nil"/>
              <w:bottom w:val="nil"/>
              <w:right w:val="nil"/>
            </w:tcBorders>
            <w:shd w:val="clear" w:color="000000" w:fill="FFFFFF"/>
            <w:vAlign w:val="center"/>
            <w:hideMark/>
          </w:tcPr>
          <w:p w14:paraId="6EF3B370"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lastRenderedPageBreak/>
              <w:t>Sample size (n)</w:t>
            </w:r>
          </w:p>
        </w:tc>
        <w:tc>
          <w:tcPr>
            <w:tcW w:w="562" w:type="pct"/>
            <w:tcBorders>
              <w:top w:val="nil"/>
              <w:left w:val="nil"/>
              <w:bottom w:val="nil"/>
              <w:right w:val="nil"/>
            </w:tcBorders>
            <w:shd w:val="clear" w:color="000000" w:fill="F2F2F2"/>
            <w:vAlign w:val="center"/>
            <w:hideMark/>
          </w:tcPr>
          <w:p w14:paraId="1637C75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74E77E5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6FE5D33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5EE51DD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535" w:type="pct"/>
            <w:tcBorders>
              <w:top w:val="nil"/>
              <w:left w:val="nil"/>
              <w:bottom w:val="nil"/>
              <w:right w:val="nil"/>
            </w:tcBorders>
            <w:shd w:val="clear" w:color="000000" w:fill="F2F2F2"/>
            <w:vAlign w:val="center"/>
            <w:hideMark/>
          </w:tcPr>
          <w:p w14:paraId="16B62C0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65C4C6F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4912B0B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2" w:type="pct"/>
            <w:tcBorders>
              <w:top w:val="nil"/>
              <w:left w:val="nil"/>
              <w:bottom w:val="nil"/>
              <w:right w:val="nil"/>
            </w:tcBorders>
            <w:shd w:val="clear" w:color="000000" w:fill="FFFFFF"/>
            <w:vAlign w:val="center"/>
            <w:hideMark/>
          </w:tcPr>
          <w:p w14:paraId="6D11A63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r>
      <w:tr w:rsidR="00726DBE" w:rsidRPr="00693325" w14:paraId="7A44DA91" w14:textId="77777777" w:rsidTr="00841CFC">
        <w:trPr>
          <w:trHeight w:val="87"/>
        </w:trPr>
        <w:tc>
          <w:tcPr>
            <w:tcW w:w="898" w:type="pct"/>
            <w:tcBorders>
              <w:top w:val="nil"/>
              <w:left w:val="nil"/>
              <w:bottom w:val="nil"/>
              <w:right w:val="nil"/>
            </w:tcBorders>
            <w:shd w:val="clear" w:color="000000" w:fill="FFFFFF"/>
            <w:vAlign w:val="center"/>
            <w:hideMark/>
          </w:tcPr>
          <w:p w14:paraId="317C519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0952C52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476244F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1FFC320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2918649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0.95</w:t>
            </w:r>
          </w:p>
        </w:tc>
        <w:tc>
          <w:tcPr>
            <w:tcW w:w="535" w:type="pct"/>
            <w:tcBorders>
              <w:top w:val="nil"/>
              <w:left w:val="nil"/>
              <w:bottom w:val="nil"/>
              <w:right w:val="nil"/>
            </w:tcBorders>
            <w:shd w:val="clear" w:color="000000" w:fill="F2F2F2"/>
            <w:vAlign w:val="center"/>
            <w:hideMark/>
          </w:tcPr>
          <w:p w14:paraId="27D83FE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E18B0E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0.93</w:t>
            </w:r>
          </w:p>
        </w:tc>
        <w:tc>
          <w:tcPr>
            <w:tcW w:w="464" w:type="pct"/>
            <w:tcBorders>
              <w:top w:val="nil"/>
              <w:left w:val="nil"/>
              <w:bottom w:val="nil"/>
              <w:right w:val="nil"/>
            </w:tcBorders>
            <w:shd w:val="clear" w:color="000000" w:fill="F2F2F2"/>
            <w:vAlign w:val="center"/>
            <w:hideMark/>
          </w:tcPr>
          <w:p w14:paraId="0448416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0.87</w:t>
            </w:r>
          </w:p>
        </w:tc>
        <w:tc>
          <w:tcPr>
            <w:tcW w:w="462" w:type="pct"/>
            <w:tcBorders>
              <w:top w:val="nil"/>
              <w:left w:val="nil"/>
              <w:bottom w:val="nil"/>
              <w:right w:val="nil"/>
            </w:tcBorders>
            <w:shd w:val="clear" w:color="000000" w:fill="FFFFFF"/>
            <w:vAlign w:val="center"/>
            <w:hideMark/>
          </w:tcPr>
          <w:p w14:paraId="6302B77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0.35</w:t>
            </w:r>
          </w:p>
        </w:tc>
      </w:tr>
      <w:tr w:rsidR="00726DBE" w:rsidRPr="00693325" w14:paraId="14C05E99" w14:textId="77777777" w:rsidTr="00841CFC">
        <w:trPr>
          <w:trHeight w:val="87"/>
        </w:trPr>
        <w:tc>
          <w:tcPr>
            <w:tcW w:w="898" w:type="pct"/>
            <w:tcBorders>
              <w:top w:val="nil"/>
              <w:left w:val="nil"/>
              <w:bottom w:val="nil"/>
              <w:right w:val="nil"/>
            </w:tcBorders>
            <w:shd w:val="clear" w:color="000000" w:fill="FFFFFF"/>
            <w:vAlign w:val="center"/>
            <w:hideMark/>
          </w:tcPr>
          <w:p w14:paraId="3E81EF6D"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19CB011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1BF596B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37A2B4C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77FE242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(NA)</w:t>
            </w:r>
          </w:p>
        </w:tc>
        <w:tc>
          <w:tcPr>
            <w:tcW w:w="535" w:type="pct"/>
            <w:tcBorders>
              <w:top w:val="nil"/>
              <w:left w:val="nil"/>
              <w:bottom w:val="nil"/>
              <w:right w:val="nil"/>
            </w:tcBorders>
            <w:shd w:val="clear" w:color="000000" w:fill="F2F2F2"/>
            <w:vAlign w:val="center"/>
            <w:hideMark/>
          </w:tcPr>
          <w:p w14:paraId="6BBD377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5506C27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 (NA)</w:t>
            </w:r>
          </w:p>
        </w:tc>
        <w:tc>
          <w:tcPr>
            <w:tcW w:w="464" w:type="pct"/>
            <w:tcBorders>
              <w:top w:val="nil"/>
              <w:left w:val="nil"/>
              <w:bottom w:val="nil"/>
              <w:right w:val="nil"/>
            </w:tcBorders>
            <w:shd w:val="clear" w:color="000000" w:fill="F2F2F2"/>
            <w:vAlign w:val="center"/>
            <w:hideMark/>
          </w:tcPr>
          <w:p w14:paraId="7F5EA25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 (NA)</w:t>
            </w:r>
          </w:p>
        </w:tc>
        <w:tc>
          <w:tcPr>
            <w:tcW w:w="462" w:type="pct"/>
            <w:tcBorders>
              <w:top w:val="nil"/>
              <w:left w:val="nil"/>
              <w:bottom w:val="nil"/>
              <w:right w:val="nil"/>
            </w:tcBorders>
            <w:shd w:val="clear" w:color="000000" w:fill="FFFFFF"/>
            <w:vAlign w:val="center"/>
            <w:hideMark/>
          </w:tcPr>
          <w:p w14:paraId="6C8711B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20 (26)</w:t>
            </w:r>
          </w:p>
        </w:tc>
      </w:tr>
      <w:tr w:rsidR="00726DBE" w:rsidRPr="00693325" w14:paraId="1ADAFB87" w14:textId="77777777" w:rsidTr="00841CFC">
        <w:trPr>
          <w:trHeight w:val="87"/>
        </w:trPr>
        <w:tc>
          <w:tcPr>
            <w:tcW w:w="898" w:type="pct"/>
            <w:tcBorders>
              <w:top w:val="nil"/>
              <w:left w:val="nil"/>
              <w:bottom w:val="nil"/>
              <w:right w:val="nil"/>
            </w:tcBorders>
            <w:shd w:val="clear" w:color="000000" w:fill="FFFFFF"/>
            <w:vAlign w:val="center"/>
            <w:hideMark/>
          </w:tcPr>
          <w:p w14:paraId="32F9CC74"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Tinnitus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342552D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16E6B2C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2B65657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6BF36D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74BD132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1494B3F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9.27)</w:t>
            </w:r>
          </w:p>
        </w:tc>
        <w:tc>
          <w:tcPr>
            <w:tcW w:w="464" w:type="pct"/>
            <w:tcBorders>
              <w:top w:val="nil"/>
              <w:left w:val="nil"/>
              <w:bottom w:val="nil"/>
              <w:right w:val="nil"/>
            </w:tcBorders>
            <w:shd w:val="clear" w:color="000000" w:fill="F2F2F2"/>
            <w:vAlign w:val="center"/>
            <w:hideMark/>
          </w:tcPr>
          <w:p w14:paraId="27C984E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9.00)</w:t>
            </w:r>
          </w:p>
        </w:tc>
        <w:tc>
          <w:tcPr>
            <w:tcW w:w="462" w:type="pct"/>
            <w:tcBorders>
              <w:top w:val="nil"/>
              <w:left w:val="nil"/>
              <w:bottom w:val="nil"/>
              <w:right w:val="nil"/>
            </w:tcBorders>
            <w:shd w:val="clear" w:color="000000" w:fill="FFFFFF"/>
            <w:vAlign w:val="center"/>
            <w:hideMark/>
          </w:tcPr>
          <w:p w14:paraId="78FCF1F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0015202C" w14:textId="77777777" w:rsidTr="00841CFC">
        <w:trPr>
          <w:trHeight w:val="87"/>
        </w:trPr>
        <w:tc>
          <w:tcPr>
            <w:tcW w:w="898" w:type="pct"/>
            <w:tcBorders>
              <w:top w:val="nil"/>
              <w:left w:val="nil"/>
              <w:bottom w:val="nil"/>
              <w:right w:val="nil"/>
            </w:tcBorders>
            <w:shd w:val="clear" w:color="000000" w:fill="FFFFFF"/>
            <w:vAlign w:val="center"/>
            <w:hideMark/>
          </w:tcPr>
          <w:p w14:paraId="5DF0347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6318E16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4C8C7DD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44C4953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449E5A3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09F6EE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6128A97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6FFB56C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183D3B3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5BE1CD77" w14:textId="77777777" w:rsidTr="00841CFC">
        <w:trPr>
          <w:trHeight w:val="87"/>
        </w:trPr>
        <w:tc>
          <w:tcPr>
            <w:tcW w:w="898" w:type="pct"/>
            <w:tcBorders>
              <w:top w:val="nil"/>
              <w:left w:val="nil"/>
              <w:bottom w:val="nil"/>
              <w:right w:val="nil"/>
            </w:tcBorders>
            <w:shd w:val="clear" w:color="000000" w:fill="FFFFFF"/>
            <w:vAlign w:val="center"/>
            <w:hideMark/>
          </w:tcPr>
          <w:p w14:paraId="457FE923"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571FC3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789DC5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7B0771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27D537C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39C963E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7E0B290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D31D8A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4C51096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4F198CE3" w14:textId="77777777" w:rsidTr="00841CFC">
        <w:trPr>
          <w:trHeight w:val="87"/>
        </w:trPr>
        <w:tc>
          <w:tcPr>
            <w:tcW w:w="898" w:type="pct"/>
            <w:tcBorders>
              <w:top w:val="nil"/>
              <w:left w:val="nil"/>
              <w:bottom w:val="nil"/>
              <w:right w:val="nil"/>
            </w:tcBorders>
            <w:shd w:val="clear" w:color="000000" w:fill="FFFFFF"/>
            <w:vAlign w:val="center"/>
            <w:hideMark/>
          </w:tcPr>
          <w:p w14:paraId="0094386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5144B00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5321792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46326B9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1757760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115888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0C7B22B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6AEEFD9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2" w:type="pct"/>
            <w:tcBorders>
              <w:top w:val="nil"/>
              <w:left w:val="nil"/>
              <w:bottom w:val="nil"/>
              <w:right w:val="nil"/>
            </w:tcBorders>
            <w:shd w:val="clear" w:color="000000" w:fill="FFFFFF"/>
            <w:vAlign w:val="center"/>
            <w:hideMark/>
          </w:tcPr>
          <w:p w14:paraId="6D82D45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19F6E8A2" w14:textId="77777777" w:rsidTr="00841CFC">
        <w:trPr>
          <w:trHeight w:val="87"/>
        </w:trPr>
        <w:tc>
          <w:tcPr>
            <w:tcW w:w="898" w:type="pct"/>
            <w:tcBorders>
              <w:top w:val="nil"/>
              <w:left w:val="nil"/>
              <w:bottom w:val="nil"/>
              <w:right w:val="nil"/>
            </w:tcBorders>
            <w:shd w:val="clear" w:color="000000" w:fill="FFFFFF"/>
            <w:vAlign w:val="center"/>
            <w:hideMark/>
          </w:tcPr>
          <w:p w14:paraId="223EB49D"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Visual disturbances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5AA39DD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51EAFA6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3E95FFB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1B7FDA5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12E7DA5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63AF8E1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5.08 (0.62; 18.36)</w:t>
            </w:r>
          </w:p>
        </w:tc>
        <w:tc>
          <w:tcPr>
            <w:tcW w:w="464" w:type="pct"/>
            <w:tcBorders>
              <w:top w:val="nil"/>
              <w:left w:val="nil"/>
              <w:bottom w:val="nil"/>
              <w:right w:val="nil"/>
            </w:tcBorders>
            <w:shd w:val="clear" w:color="000000" w:fill="F2F2F2"/>
            <w:vAlign w:val="center"/>
            <w:hideMark/>
          </w:tcPr>
          <w:p w14:paraId="60EC31A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4.93 (0.60; 17.82)</w:t>
            </w:r>
          </w:p>
        </w:tc>
        <w:tc>
          <w:tcPr>
            <w:tcW w:w="462" w:type="pct"/>
            <w:tcBorders>
              <w:top w:val="nil"/>
              <w:left w:val="nil"/>
              <w:bottom w:val="nil"/>
              <w:right w:val="nil"/>
            </w:tcBorders>
            <w:shd w:val="clear" w:color="000000" w:fill="FFFFFF"/>
            <w:vAlign w:val="center"/>
            <w:hideMark/>
          </w:tcPr>
          <w:p w14:paraId="603986D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3.18 (0.87; 8.14)</w:t>
            </w:r>
          </w:p>
        </w:tc>
      </w:tr>
      <w:tr w:rsidR="00726DBE" w:rsidRPr="00693325" w14:paraId="56A4856E" w14:textId="77777777" w:rsidTr="00841CFC">
        <w:trPr>
          <w:trHeight w:val="87"/>
        </w:trPr>
        <w:tc>
          <w:tcPr>
            <w:tcW w:w="898" w:type="pct"/>
            <w:tcBorders>
              <w:top w:val="nil"/>
              <w:left w:val="nil"/>
              <w:bottom w:val="nil"/>
              <w:right w:val="nil"/>
            </w:tcBorders>
            <w:shd w:val="clear" w:color="000000" w:fill="FFFFFF"/>
            <w:vAlign w:val="center"/>
            <w:hideMark/>
          </w:tcPr>
          <w:p w14:paraId="3047525D"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3B2F868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2948296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06A32A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15254A3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529DFAB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11A9638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4" w:type="pct"/>
            <w:tcBorders>
              <w:top w:val="nil"/>
              <w:left w:val="nil"/>
              <w:bottom w:val="nil"/>
              <w:right w:val="nil"/>
            </w:tcBorders>
            <w:shd w:val="clear" w:color="000000" w:fill="F2F2F2"/>
            <w:vAlign w:val="center"/>
            <w:hideMark/>
          </w:tcPr>
          <w:p w14:paraId="2A5B17D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2" w:type="pct"/>
            <w:tcBorders>
              <w:top w:val="nil"/>
              <w:left w:val="nil"/>
              <w:bottom w:val="nil"/>
              <w:right w:val="nil"/>
            </w:tcBorders>
            <w:shd w:val="clear" w:color="000000" w:fill="FFFFFF"/>
            <w:vAlign w:val="center"/>
            <w:hideMark/>
          </w:tcPr>
          <w:p w14:paraId="03AE73F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r>
      <w:tr w:rsidR="00726DBE" w:rsidRPr="00693325" w14:paraId="2F793EEA" w14:textId="77777777" w:rsidTr="00841CFC">
        <w:trPr>
          <w:trHeight w:val="87"/>
        </w:trPr>
        <w:tc>
          <w:tcPr>
            <w:tcW w:w="898" w:type="pct"/>
            <w:tcBorders>
              <w:top w:val="nil"/>
              <w:left w:val="nil"/>
              <w:right w:val="nil"/>
            </w:tcBorders>
            <w:shd w:val="clear" w:color="000000" w:fill="FFFFFF"/>
            <w:vAlign w:val="center"/>
            <w:hideMark/>
          </w:tcPr>
          <w:p w14:paraId="009FA29C"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right w:val="nil"/>
            </w:tcBorders>
            <w:shd w:val="clear" w:color="000000" w:fill="F2F2F2"/>
            <w:vAlign w:val="center"/>
            <w:hideMark/>
          </w:tcPr>
          <w:p w14:paraId="072DDF6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right w:val="nil"/>
            </w:tcBorders>
            <w:shd w:val="clear" w:color="000000" w:fill="F2F2F2"/>
            <w:vAlign w:val="center"/>
            <w:hideMark/>
          </w:tcPr>
          <w:p w14:paraId="05DFB2F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right w:val="nil"/>
            </w:tcBorders>
            <w:shd w:val="clear" w:color="000000" w:fill="F2F2F2"/>
            <w:vAlign w:val="center"/>
            <w:hideMark/>
          </w:tcPr>
          <w:p w14:paraId="71E125B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right w:val="nil"/>
            </w:tcBorders>
            <w:shd w:val="clear" w:color="000000" w:fill="FFFFFF"/>
            <w:vAlign w:val="center"/>
            <w:hideMark/>
          </w:tcPr>
          <w:p w14:paraId="6572168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right w:val="nil"/>
            </w:tcBorders>
            <w:shd w:val="clear" w:color="000000" w:fill="F2F2F2"/>
            <w:vAlign w:val="center"/>
            <w:hideMark/>
          </w:tcPr>
          <w:p w14:paraId="64D7C85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right w:val="nil"/>
            </w:tcBorders>
            <w:shd w:val="clear" w:color="000000" w:fill="F2F2F2"/>
            <w:vAlign w:val="center"/>
            <w:hideMark/>
          </w:tcPr>
          <w:p w14:paraId="452E40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1.85</w:t>
            </w:r>
          </w:p>
        </w:tc>
        <w:tc>
          <w:tcPr>
            <w:tcW w:w="464" w:type="pct"/>
            <w:tcBorders>
              <w:top w:val="nil"/>
              <w:left w:val="nil"/>
              <w:right w:val="nil"/>
            </w:tcBorders>
            <w:shd w:val="clear" w:color="000000" w:fill="F2F2F2"/>
            <w:vAlign w:val="center"/>
            <w:hideMark/>
          </w:tcPr>
          <w:p w14:paraId="1A6F0D8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w:t>
            </w:r>
          </w:p>
        </w:tc>
        <w:tc>
          <w:tcPr>
            <w:tcW w:w="462" w:type="pct"/>
            <w:tcBorders>
              <w:top w:val="nil"/>
              <w:left w:val="nil"/>
              <w:right w:val="nil"/>
            </w:tcBorders>
            <w:shd w:val="clear" w:color="000000" w:fill="FFFFFF"/>
            <w:vAlign w:val="center"/>
            <w:hideMark/>
          </w:tcPr>
          <w:p w14:paraId="3165F51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0.70</w:t>
            </w:r>
          </w:p>
        </w:tc>
      </w:tr>
      <w:tr w:rsidR="00726DBE" w:rsidRPr="00693325" w14:paraId="17010829" w14:textId="77777777" w:rsidTr="00841CFC">
        <w:trPr>
          <w:trHeight w:val="87"/>
        </w:trPr>
        <w:tc>
          <w:tcPr>
            <w:tcW w:w="898" w:type="pct"/>
            <w:tcBorders>
              <w:top w:val="nil"/>
              <w:left w:val="nil"/>
              <w:bottom w:val="single" w:sz="4" w:space="0" w:color="auto"/>
              <w:right w:val="nil"/>
            </w:tcBorders>
            <w:shd w:val="clear" w:color="000000" w:fill="FFFFFF"/>
            <w:vAlign w:val="center"/>
            <w:hideMark/>
          </w:tcPr>
          <w:p w14:paraId="596F67A1"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single" w:sz="4" w:space="0" w:color="auto"/>
              <w:right w:val="nil"/>
            </w:tcBorders>
            <w:shd w:val="clear" w:color="000000" w:fill="F2F2F2"/>
            <w:vAlign w:val="center"/>
            <w:hideMark/>
          </w:tcPr>
          <w:p w14:paraId="21E7766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single" w:sz="4" w:space="0" w:color="auto"/>
              <w:right w:val="nil"/>
            </w:tcBorders>
            <w:shd w:val="clear" w:color="000000" w:fill="F2F2F2"/>
            <w:vAlign w:val="center"/>
            <w:hideMark/>
          </w:tcPr>
          <w:p w14:paraId="47B67BB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single" w:sz="4" w:space="0" w:color="auto"/>
              <w:right w:val="nil"/>
            </w:tcBorders>
            <w:shd w:val="clear" w:color="000000" w:fill="F2F2F2"/>
            <w:vAlign w:val="center"/>
            <w:hideMark/>
          </w:tcPr>
          <w:p w14:paraId="3EB46EE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single" w:sz="4" w:space="0" w:color="auto"/>
              <w:right w:val="nil"/>
            </w:tcBorders>
            <w:shd w:val="clear" w:color="000000" w:fill="FFFFFF"/>
            <w:vAlign w:val="center"/>
            <w:hideMark/>
          </w:tcPr>
          <w:p w14:paraId="2B0F447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single" w:sz="4" w:space="0" w:color="auto"/>
              <w:right w:val="nil"/>
            </w:tcBorders>
            <w:shd w:val="clear" w:color="000000" w:fill="F2F2F2"/>
            <w:vAlign w:val="center"/>
            <w:hideMark/>
          </w:tcPr>
          <w:p w14:paraId="03C2A46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single" w:sz="4" w:space="0" w:color="auto"/>
              <w:right w:val="nil"/>
            </w:tcBorders>
            <w:shd w:val="clear" w:color="000000" w:fill="F2F2F2"/>
            <w:vAlign w:val="center"/>
            <w:hideMark/>
          </w:tcPr>
          <w:p w14:paraId="5D2A0A7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(3)</w:t>
            </w:r>
          </w:p>
        </w:tc>
        <w:tc>
          <w:tcPr>
            <w:tcW w:w="464" w:type="pct"/>
            <w:tcBorders>
              <w:top w:val="nil"/>
              <w:left w:val="nil"/>
              <w:bottom w:val="single" w:sz="4" w:space="0" w:color="auto"/>
              <w:right w:val="nil"/>
            </w:tcBorders>
            <w:shd w:val="clear" w:color="000000" w:fill="F2F2F2"/>
            <w:vAlign w:val="center"/>
            <w:hideMark/>
          </w:tcPr>
          <w:p w14:paraId="30DF50A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(3)</w:t>
            </w:r>
          </w:p>
        </w:tc>
        <w:tc>
          <w:tcPr>
            <w:tcW w:w="462" w:type="pct"/>
            <w:tcBorders>
              <w:top w:val="nil"/>
              <w:left w:val="nil"/>
              <w:bottom w:val="single" w:sz="4" w:space="0" w:color="auto"/>
              <w:right w:val="nil"/>
            </w:tcBorders>
            <w:shd w:val="clear" w:color="000000" w:fill="FFFFFF"/>
            <w:vAlign w:val="center"/>
            <w:hideMark/>
          </w:tcPr>
          <w:p w14:paraId="02266BC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(1)</w:t>
            </w:r>
          </w:p>
        </w:tc>
      </w:tr>
      <w:tr w:rsidR="00726DBE" w:rsidRPr="00693325" w14:paraId="3A52770E" w14:textId="77777777" w:rsidTr="00841CFC">
        <w:trPr>
          <w:trHeight w:val="87"/>
        </w:trPr>
        <w:tc>
          <w:tcPr>
            <w:tcW w:w="898" w:type="pct"/>
            <w:tcBorders>
              <w:top w:val="single" w:sz="4" w:space="0" w:color="auto"/>
              <w:left w:val="nil"/>
              <w:bottom w:val="nil"/>
              <w:right w:val="nil"/>
            </w:tcBorders>
            <w:shd w:val="clear" w:color="000000" w:fill="FFFFFF"/>
            <w:vAlign w:val="center"/>
            <w:hideMark/>
          </w:tcPr>
          <w:p w14:paraId="1DA2CB17" w14:textId="77777777" w:rsidR="00726DBE" w:rsidRPr="00693325" w:rsidRDefault="00726DBE" w:rsidP="00841CFC">
            <w:pPr>
              <w:rPr>
                <w:rFonts w:ascii="Times New Roman" w:hAnsi="Times New Roman"/>
                <w:b/>
                <w:bCs/>
                <w:sz w:val="16"/>
                <w:szCs w:val="16"/>
              </w:rPr>
            </w:pPr>
            <w:r w:rsidRPr="00693325">
              <w:rPr>
                <w:rFonts w:ascii="Times New Roman" w:hAnsi="Times New Roman"/>
                <w:b/>
                <w:bCs/>
                <w:sz w:val="16"/>
                <w:szCs w:val="16"/>
              </w:rPr>
              <w:t xml:space="preserve">Other physical conditions, IR (95% CI) </w:t>
            </w:r>
          </w:p>
        </w:tc>
        <w:tc>
          <w:tcPr>
            <w:tcW w:w="562" w:type="pct"/>
            <w:tcBorders>
              <w:top w:val="single" w:sz="4" w:space="0" w:color="auto"/>
              <w:left w:val="nil"/>
              <w:bottom w:val="nil"/>
              <w:right w:val="nil"/>
            </w:tcBorders>
            <w:shd w:val="clear" w:color="000000" w:fill="F2F2F2"/>
            <w:vAlign w:val="center"/>
            <w:hideMark/>
          </w:tcPr>
          <w:p w14:paraId="0955F2B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3,802.08 (1,234.53; 8,872.79)</w:t>
            </w:r>
          </w:p>
        </w:tc>
        <w:tc>
          <w:tcPr>
            <w:tcW w:w="401" w:type="pct"/>
            <w:tcBorders>
              <w:top w:val="single" w:sz="4" w:space="0" w:color="auto"/>
              <w:left w:val="nil"/>
              <w:bottom w:val="nil"/>
              <w:right w:val="nil"/>
            </w:tcBorders>
            <w:shd w:val="clear" w:color="000000" w:fill="F2F2F2"/>
            <w:vAlign w:val="center"/>
            <w:hideMark/>
          </w:tcPr>
          <w:p w14:paraId="414C592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150.54 (31.04; 439.93)</w:t>
            </w:r>
          </w:p>
        </w:tc>
        <w:tc>
          <w:tcPr>
            <w:tcW w:w="460" w:type="pct"/>
            <w:tcBorders>
              <w:top w:val="single" w:sz="4" w:space="0" w:color="auto"/>
              <w:left w:val="nil"/>
              <w:bottom w:val="nil"/>
              <w:right w:val="nil"/>
            </w:tcBorders>
            <w:shd w:val="clear" w:color="000000" w:fill="F2F2F2"/>
            <w:vAlign w:val="center"/>
            <w:hideMark/>
          </w:tcPr>
          <w:p w14:paraId="2903FEE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376.58 (162.58; 742.01)</w:t>
            </w:r>
          </w:p>
        </w:tc>
        <w:tc>
          <w:tcPr>
            <w:tcW w:w="754" w:type="pct"/>
            <w:tcBorders>
              <w:top w:val="single" w:sz="4" w:space="0" w:color="auto"/>
              <w:left w:val="nil"/>
              <w:bottom w:val="nil"/>
              <w:right w:val="nil"/>
            </w:tcBorders>
            <w:shd w:val="clear" w:color="000000" w:fill="FFFFFF"/>
            <w:vAlign w:val="center"/>
            <w:hideMark/>
          </w:tcPr>
          <w:p w14:paraId="195611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96.79 (62.63; 142.87)</w:t>
            </w:r>
          </w:p>
        </w:tc>
        <w:tc>
          <w:tcPr>
            <w:tcW w:w="535" w:type="pct"/>
            <w:tcBorders>
              <w:top w:val="single" w:sz="4" w:space="0" w:color="auto"/>
              <w:left w:val="nil"/>
              <w:bottom w:val="nil"/>
              <w:right w:val="nil"/>
            </w:tcBorders>
            <w:shd w:val="clear" w:color="000000" w:fill="F2F2F2"/>
            <w:vAlign w:val="center"/>
            <w:hideMark/>
          </w:tcPr>
          <w:p w14:paraId="15E176D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2,660.70 (1,667.45; 4,028.34)</w:t>
            </w:r>
          </w:p>
        </w:tc>
        <w:tc>
          <w:tcPr>
            <w:tcW w:w="464" w:type="pct"/>
            <w:tcBorders>
              <w:top w:val="single" w:sz="4" w:space="0" w:color="auto"/>
              <w:left w:val="nil"/>
              <w:bottom w:val="nil"/>
              <w:right w:val="nil"/>
            </w:tcBorders>
            <w:shd w:val="clear" w:color="000000" w:fill="F2F2F2"/>
            <w:vAlign w:val="center"/>
            <w:hideMark/>
          </w:tcPr>
          <w:p w14:paraId="059993E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155.08 (100.36; 228.92)</w:t>
            </w:r>
          </w:p>
        </w:tc>
        <w:tc>
          <w:tcPr>
            <w:tcW w:w="464" w:type="pct"/>
            <w:tcBorders>
              <w:top w:val="single" w:sz="4" w:space="0" w:color="auto"/>
              <w:left w:val="nil"/>
              <w:bottom w:val="nil"/>
              <w:right w:val="nil"/>
            </w:tcBorders>
            <w:shd w:val="clear" w:color="000000" w:fill="F2F2F2"/>
            <w:vAlign w:val="center"/>
            <w:hideMark/>
          </w:tcPr>
          <w:p w14:paraId="6FCB4D9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277.32 (203.76; 368.78)</w:t>
            </w:r>
          </w:p>
        </w:tc>
        <w:tc>
          <w:tcPr>
            <w:tcW w:w="462" w:type="pct"/>
            <w:tcBorders>
              <w:top w:val="single" w:sz="4" w:space="0" w:color="auto"/>
              <w:left w:val="nil"/>
              <w:bottom w:val="nil"/>
              <w:right w:val="nil"/>
            </w:tcBorders>
            <w:shd w:val="clear" w:color="000000" w:fill="FFFFFF"/>
            <w:vAlign w:val="center"/>
            <w:hideMark/>
          </w:tcPr>
          <w:p w14:paraId="656DA4A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172.80 (146.08; 202.99)</w:t>
            </w:r>
          </w:p>
        </w:tc>
      </w:tr>
      <w:tr w:rsidR="00726DBE" w:rsidRPr="00693325" w14:paraId="25748F46" w14:textId="77777777" w:rsidTr="00841CFC">
        <w:trPr>
          <w:trHeight w:val="87"/>
        </w:trPr>
        <w:tc>
          <w:tcPr>
            <w:tcW w:w="898" w:type="pct"/>
            <w:tcBorders>
              <w:top w:val="nil"/>
              <w:left w:val="nil"/>
              <w:bottom w:val="nil"/>
              <w:right w:val="nil"/>
            </w:tcBorders>
            <w:shd w:val="clear" w:color="000000" w:fill="FFFFFF"/>
            <w:vAlign w:val="center"/>
            <w:hideMark/>
          </w:tcPr>
          <w:p w14:paraId="08AE2C81"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1CEE113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w:t>
            </w:r>
          </w:p>
        </w:tc>
        <w:tc>
          <w:tcPr>
            <w:tcW w:w="401" w:type="pct"/>
            <w:tcBorders>
              <w:top w:val="nil"/>
              <w:left w:val="nil"/>
              <w:bottom w:val="nil"/>
              <w:right w:val="nil"/>
            </w:tcBorders>
            <w:shd w:val="clear" w:color="000000" w:fill="F2F2F2"/>
            <w:vAlign w:val="center"/>
            <w:hideMark/>
          </w:tcPr>
          <w:p w14:paraId="7417B90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60" w:type="pct"/>
            <w:tcBorders>
              <w:top w:val="nil"/>
              <w:left w:val="nil"/>
              <w:bottom w:val="nil"/>
              <w:right w:val="nil"/>
            </w:tcBorders>
            <w:shd w:val="clear" w:color="000000" w:fill="F2F2F2"/>
            <w:vAlign w:val="center"/>
            <w:hideMark/>
          </w:tcPr>
          <w:p w14:paraId="4D22556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w:t>
            </w:r>
          </w:p>
        </w:tc>
        <w:tc>
          <w:tcPr>
            <w:tcW w:w="754" w:type="pct"/>
            <w:tcBorders>
              <w:top w:val="nil"/>
              <w:left w:val="nil"/>
              <w:bottom w:val="nil"/>
              <w:right w:val="nil"/>
            </w:tcBorders>
            <w:shd w:val="clear" w:color="000000" w:fill="FFFFFF"/>
            <w:vAlign w:val="center"/>
            <w:hideMark/>
          </w:tcPr>
          <w:p w14:paraId="39322C4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w:t>
            </w:r>
          </w:p>
        </w:tc>
        <w:tc>
          <w:tcPr>
            <w:tcW w:w="535" w:type="pct"/>
            <w:tcBorders>
              <w:top w:val="nil"/>
              <w:left w:val="nil"/>
              <w:bottom w:val="nil"/>
              <w:right w:val="nil"/>
            </w:tcBorders>
            <w:shd w:val="clear" w:color="000000" w:fill="F2F2F2"/>
            <w:vAlign w:val="center"/>
            <w:hideMark/>
          </w:tcPr>
          <w:p w14:paraId="54D86E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22</w:t>
            </w:r>
          </w:p>
        </w:tc>
        <w:tc>
          <w:tcPr>
            <w:tcW w:w="464" w:type="pct"/>
            <w:tcBorders>
              <w:top w:val="nil"/>
              <w:left w:val="nil"/>
              <w:bottom w:val="nil"/>
              <w:right w:val="nil"/>
            </w:tcBorders>
            <w:shd w:val="clear" w:color="000000" w:fill="F2F2F2"/>
            <w:vAlign w:val="center"/>
            <w:hideMark/>
          </w:tcPr>
          <w:p w14:paraId="0E033B5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w:t>
            </w:r>
          </w:p>
        </w:tc>
        <w:tc>
          <w:tcPr>
            <w:tcW w:w="464" w:type="pct"/>
            <w:tcBorders>
              <w:top w:val="nil"/>
              <w:left w:val="nil"/>
              <w:bottom w:val="nil"/>
              <w:right w:val="nil"/>
            </w:tcBorders>
            <w:shd w:val="clear" w:color="000000" w:fill="F2F2F2"/>
            <w:vAlign w:val="center"/>
            <w:hideMark/>
          </w:tcPr>
          <w:p w14:paraId="2D088F8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w:t>
            </w:r>
          </w:p>
        </w:tc>
        <w:tc>
          <w:tcPr>
            <w:tcW w:w="462" w:type="pct"/>
            <w:tcBorders>
              <w:top w:val="nil"/>
              <w:left w:val="nil"/>
              <w:bottom w:val="nil"/>
              <w:right w:val="nil"/>
            </w:tcBorders>
            <w:shd w:val="clear" w:color="000000" w:fill="FFFFFF"/>
            <w:vAlign w:val="center"/>
            <w:hideMark/>
          </w:tcPr>
          <w:p w14:paraId="3C7667B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148</w:t>
            </w:r>
          </w:p>
        </w:tc>
      </w:tr>
      <w:tr w:rsidR="00726DBE" w:rsidRPr="00693325" w14:paraId="167AFCC6" w14:textId="77777777" w:rsidTr="00841CFC">
        <w:trPr>
          <w:trHeight w:val="87"/>
        </w:trPr>
        <w:tc>
          <w:tcPr>
            <w:tcW w:w="898" w:type="pct"/>
            <w:tcBorders>
              <w:top w:val="nil"/>
              <w:left w:val="nil"/>
              <w:bottom w:val="nil"/>
              <w:right w:val="nil"/>
            </w:tcBorders>
            <w:shd w:val="clear" w:color="000000" w:fill="FFFFFF"/>
            <w:vAlign w:val="center"/>
            <w:hideMark/>
          </w:tcPr>
          <w:p w14:paraId="03A93D1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0E99218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31.25</w:t>
            </w:r>
          </w:p>
        </w:tc>
        <w:tc>
          <w:tcPr>
            <w:tcW w:w="401" w:type="pct"/>
            <w:tcBorders>
              <w:top w:val="nil"/>
              <w:left w:val="nil"/>
              <w:bottom w:val="nil"/>
              <w:right w:val="nil"/>
            </w:tcBorders>
            <w:shd w:val="clear" w:color="000000" w:fill="F2F2F2"/>
            <w:vAlign w:val="center"/>
            <w:hideMark/>
          </w:tcPr>
          <w:p w14:paraId="23A7014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30.00</w:t>
            </w:r>
          </w:p>
        </w:tc>
        <w:tc>
          <w:tcPr>
            <w:tcW w:w="460" w:type="pct"/>
            <w:tcBorders>
              <w:top w:val="nil"/>
              <w:left w:val="nil"/>
              <w:bottom w:val="nil"/>
              <w:right w:val="nil"/>
            </w:tcBorders>
            <w:shd w:val="clear" w:color="000000" w:fill="F2F2F2"/>
            <w:vAlign w:val="center"/>
            <w:hideMark/>
          </w:tcPr>
          <w:p w14:paraId="58E9734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50.00</w:t>
            </w:r>
          </w:p>
        </w:tc>
        <w:tc>
          <w:tcPr>
            <w:tcW w:w="754" w:type="pct"/>
            <w:tcBorders>
              <w:top w:val="nil"/>
              <w:left w:val="nil"/>
              <w:bottom w:val="nil"/>
              <w:right w:val="nil"/>
            </w:tcBorders>
            <w:shd w:val="clear" w:color="000000" w:fill="FFFFFF"/>
            <w:vAlign w:val="center"/>
            <w:hideMark/>
          </w:tcPr>
          <w:p w14:paraId="0EF7A31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23.81</w:t>
            </w:r>
          </w:p>
        </w:tc>
        <w:tc>
          <w:tcPr>
            <w:tcW w:w="535" w:type="pct"/>
            <w:tcBorders>
              <w:top w:val="nil"/>
              <w:left w:val="nil"/>
              <w:bottom w:val="nil"/>
              <w:right w:val="nil"/>
            </w:tcBorders>
            <w:shd w:val="clear" w:color="000000" w:fill="F2F2F2"/>
            <w:vAlign w:val="center"/>
            <w:hideMark/>
          </w:tcPr>
          <w:p w14:paraId="4D38635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22.00</w:t>
            </w:r>
          </w:p>
        </w:tc>
        <w:tc>
          <w:tcPr>
            <w:tcW w:w="464" w:type="pct"/>
            <w:tcBorders>
              <w:top w:val="nil"/>
              <w:left w:val="nil"/>
              <w:bottom w:val="nil"/>
              <w:right w:val="nil"/>
            </w:tcBorders>
            <w:shd w:val="clear" w:color="000000" w:fill="F2F2F2"/>
            <w:vAlign w:val="center"/>
            <w:hideMark/>
          </w:tcPr>
          <w:p w14:paraId="07483DC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33.33</w:t>
            </w:r>
          </w:p>
        </w:tc>
        <w:tc>
          <w:tcPr>
            <w:tcW w:w="464" w:type="pct"/>
            <w:tcBorders>
              <w:top w:val="nil"/>
              <w:left w:val="nil"/>
              <w:bottom w:val="nil"/>
              <w:right w:val="nil"/>
            </w:tcBorders>
            <w:shd w:val="clear" w:color="000000" w:fill="F2F2F2"/>
            <w:vAlign w:val="center"/>
            <w:hideMark/>
          </w:tcPr>
          <w:p w14:paraId="7977AD9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47.00</w:t>
            </w:r>
          </w:p>
        </w:tc>
        <w:tc>
          <w:tcPr>
            <w:tcW w:w="462" w:type="pct"/>
            <w:tcBorders>
              <w:top w:val="nil"/>
              <w:left w:val="nil"/>
              <w:bottom w:val="nil"/>
              <w:right w:val="nil"/>
            </w:tcBorders>
            <w:shd w:val="clear" w:color="000000" w:fill="FFFFFF"/>
            <w:vAlign w:val="center"/>
            <w:hideMark/>
          </w:tcPr>
          <w:p w14:paraId="7F4BB5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25.74</w:t>
            </w:r>
          </w:p>
        </w:tc>
      </w:tr>
      <w:tr w:rsidR="00726DBE" w:rsidRPr="00693325" w14:paraId="419063D9" w14:textId="77777777" w:rsidTr="00841CFC">
        <w:trPr>
          <w:trHeight w:val="87"/>
        </w:trPr>
        <w:tc>
          <w:tcPr>
            <w:tcW w:w="898" w:type="pct"/>
            <w:tcBorders>
              <w:top w:val="nil"/>
              <w:left w:val="nil"/>
              <w:bottom w:val="nil"/>
              <w:right w:val="nil"/>
            </w:tcBorders>
            <w:shd w:val="clear" w:color="000000" w:fill="FFFFFF"/>
            <w:vAlign w:val="center"/>
            <w:hideMark/>
          </w:tcPr>
          <w:p w14:paraId="073FEF01"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3AC0C03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56,042 (111,822)</w:t>
            </w:r>
          </w:p>
        </w:tc>
        <w:tc>
          <w:tcPr>
            <w:tcW w:w="401" w:type="pct"/>
            <w:tcBorders>
              <w:top w:val="nil"/>
              <w:left w:val="nil"/>
              <w:bottom w:val="nil"/>
              <w:right w:val="nil"/>
            </w:tcBorders>
            <w:shd w:val="clear" w:color="000000" w:fill="F2F2F2"/>
            <w:vAlign w:val="center"/>
            <w:hideMark/>
          </w:tcPr>
          <w:p w14:paraId="0F9C044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 (3)</w:t>
            </w:r>
          </w:p>
        </w:tc>
        <w:tc>
          <w:tcPr>
            <w:tcW w:w="460" w:type="pct"/>
            <w:tcBorders>
              <w:top w:val="nil"/>
              <w:left w:val="nil"/>
              <w:bottom w:val="nil"/>
              <w:right w:val="nil"/>
            </w:tcBorders>
            <w:shd w:val="clear" w:color="000000" w:fill="F2F2F2"/>
            <w:vAlign w:val="center"/>
            <w:hideMark/>
          </w:tcPr>
          <w:p w14:paraId="6F5D1E5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834 (1,185)</w:t>
            </w:r>
          </w:p>
        </w:tc>
        <w:tc>
          <w:tcPr>
            <w:tcW w:w="754" w:type="pct"/>
            <w:tcBorders>
              <w:top w:val="nil"/>
              <w:left w:val="nil"/>
              <w:bottom w:val="nil"/>
              <w:right w:val="nil"/>
            </w:tcBorders>
            <w:shd w:val="clear" w:color="000000" w:fill="FFFFFF"/>
            <w:vAlign w:val="center"/>
            <w:hideMark/>
          </w:tcPr>
          <w:p w14:paraId="6262B85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70 (108)</w:t>
            </w:r>
          </w:p>
        </w:tc>
        <w:tc>
          <w:tcPr>
            <w:tcW w:w="535" w:type="pct"/>
            <w:tcBorders>
              <w:top w:val="nil"/>
              <w:left w:val="nil"/>
              <w:bottom w:val="nil"/>
              <w:right w:val="nil"/>
            </w:tcBorders>
            <w:shd w:val="clear" w:color="000000" w:fill="F2F2F2"/>
            <w:vAlign w:val="center"/>
            <w:hideMark/>
          </w:tcPr>
          <w:p w14:paraId="0045CFE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767 (3,038)</w:t>
            </w:r>
          </w:p>
        </w:tc>
        <w:tc>
          <w:tcPr>
            <w:tcW w:w="464" w:type="pct"/>
            <w:tcBorders>
              <w:top w:val="nil"/>
              <w:left w:val="nil"/>
              <w:bottom w:val="nil"/>
              <w:right w:val="nil"/>
            </w:tcBorders>
            <w:shd w:val="clear" w:color="000000" w:fill="F2F2F2"/>
            <w:vAlign w:val="center"/>
            <w:hideMark/>
          </w:tcPr>
          <w:p w14:paraId="11446CB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 (31)</w:t>
            </w:r>
          </w:p>
        </w:tc>
        <w:tc>
          <w:tcPr>
            <w:tcW w:w="464" w:type="pct"/>
            <w:tcBorders>
              <w:top w:val="nil"/>
              <w:left w:val="nil"/>
              <w:bottom w:val="nil"/>
              <w:right w:val="nil"/>
            </w:tcBorders>
            <w:shd w:val="clear" w:color="000000" w:fill="F2F2F2"/>
            <w:vAlign w:val="center"/>
            <w:hideMark/>
          </w:tcPr>
          <w:p w14:paraId="090A6B2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42 (137)</w:t>
            </w:r>
          </w:p>
        </w:tc>
        <w:tc>
          <w:tcPr>
            <w:tcW w:w="462" w:type="pct"/>
            <w:tcBorders>
              <w:top w:val="nil"/>
              <w:left w:val="nil"/>
              <w:bottom w:val="nil"/>
              <w:right w:val="nil"/>
            </w:tcBorders>
            <w:shd w:val="clear" w:color="000000" w:fill="FFFFFF"/>
            <w:vAlign w:val="center"/>
            <w:hideMark/>
          </w:tcPr>
          <w:p w14:paraId="6FBD05B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169 (935)</w:t>
            </w:r>
          </w:p>
        </w:tc>
      </w:tr>
      <w:tr w:rsidR="00726DBE" w:rsidRPr="00693325" w14:paraId="64E352FE" w14:textId="77777777" w:rsidTr="00841CFC">
        <w:trPr>
          <w:trHeight w:val="87"/>
        </w:trPr>
        <w:tc>
          <w:tcPr>
            <w:tcW w:w="898" w:type="pct"/>
            <w:tcBorders>
              <w:top w:val="nil"/>
              <w:left w:val="nil"/>
              <w:bottom w:val="nil"/>
              <w:right w:val="nil"/>
            </w:tcBorders>
            <w:shd w:val="clear" w:color="000000" w:fill="FFFFFF"/>
            <w:vAlign w:val="center"/>
            <w:hideMark/>
          </w:tcPr>
          <w:p w14:paraId="5B535452"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Adrenal insufficiency</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26D6BB7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1,587.78)</w:t>
            </w:r>
          </w:p>
        </w:tc>
        <w:tc>
          <w:tcPr>
            <w:tcW w:w="401" w:type="pct"/>
            <w:tcBorders>
              <w:top w:val="nil"/>
              <w:left w:val="nil"/>
              <w:bottom w:val="nil"/>
              <w:right w:val="nil"/>
            </w:tcBorders>
            <w:shd w:val="clear" w:color="000000" w:fill="F2F2F2"/>
            <w:vAlign w:val="center"/>
            <w:hideMark/>
          </w:tcPr>
          <w:p w14:paraId="16E35AE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62.74)</w:t>
            </w:r>
          </w:p>
        </w:tc>
        <w:tc>
          <w:tcPr>
            <w:tcW w:w="460" w:type="pct"/>
            <w:tcBorders>
              <w:top w:val="nil"/>
              <w:left w:val="nil"/>
              <w:bottom w:val="nil"/>
              <w:right w:val="nil"/>
            </w:tcBorders>
            <w:shd w:val="clear" w:color="000000" w:fill="F2F2F2"/>
            <w:vAlign w:val="center"/>
            <w:hideMark/>
          </w:tcPr>
          <w:p w14:paraId="2B22A45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60.36)</w:t>
            </w:r>
          </w:p>
        </w:tc>
        <w:tc>
          <w:tcPr>
            <w:tcW w:w="754" w:type="pct"/>
            <w:tcBorders>
              <w:top w:val="nil"/>
              <w:left w:val="nil"/>
              <w:bottom w:val="nil"/>
              <w:right w:val="nil"/>
            </w:tcBorders>
            <w:shd w:val="clear" w:color="000000" w:fill="FFFFFF"/>
            <w:vAlign w:val="center"/>
            <w:hideMark/>
          </w:tcPr>
          <w:p w14:paraId="6B064F7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11.45)</w:t>
            </w:r>
          </w:p>
        </w:tc>
        <w:tc>
          <w:tcPr>
            <w:tcW w:w="535" w:type="pct"/>
            <w:tcBorders>
              <w:top w:val="nil"/>
              <w:left w:val="nil"/>
              <w:bottom w:val="nil"/>
              <w:right w:val="nil"/>
            </w:tcBorders>
            <w:shd w:val="clear" w:color="000000" w:fill="F2F2F2"/>
            <w:vAlign w:val="center"/>
            <w:hideMark/>
          </w:tcPr>
          <w:p w14:paraId="6C23E0E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309.24)</w:t>
            </w:r>
          </w:p>
        </w:tc>
        <w:tc>
          <w:tcPr>
            <w:tcW w:w="464" w:type="pct"/>
            <w:tcBorders>
              <w:top w:val="nil"/>
              <w:left w:val="nil"/>
              <w:bottom w:val="nil"/>
              <w:right w:val="nil"/>
            </w:tcBorders>
            <w:shd w:val="clear" w:color="000000" w:fill="F2F2F2"/>
            <w:vAlign w:val="center"/>
            <w:hideMark/>
          </w:tcPr>
          <w:p w14:paraId="3778A34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9.27)</w:t>
            </w:r>
          </w:p>
        </w:tc>
        <w:tc>
          <w:tcPr>
            <w:tcW w:w="464" w:type="pct"/>
            <w:tcBorders>
              <w:top w:val="nil"/>
              <w:left w:val="nil"/>
              <w:bottom w:val="nil"/>
              <w:right w:val="nil"/>
            </w:tcBorders>
            <w:shd w:val="clear" w:color="000000" w:fill="F2F2F2"/>
            <w:vAlign w:val="center"/>
            <w:hideMark/>
          </w:tcPr>
          <w:p w14:paraId="2A1C1FF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9.00)</w:t>
            </w:r>
          </w:p>
        </w:tc>
        <w:tc>
          <w:tcPr>
            <w:tcW w:w="462" w:type="pct"/>
            <w:tcBorders>
              <w:top w:val="nil"/>
              <w:left w:val="nil"/>
              <w:bottom w:val="nil"/>
              <w:right w:val="nil"/>
            </w:tcBorders>
            <w:shd w:val="clear" w:color="000000" w:fill="FFFFFF"/>
            <w:vAlign w:val="center"/>
            <w:hideMark/>
          </w:tcPr>
          <w:p w14:paraId="14037D1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2.89)</w:t>
            </w:r>
          </w:p>
        </w:tc>
      </w:tr>
      <w:tr w:rsidR="00726DBE" w:rsidRPr="00693325" w14:paraId="0AC7F635" w14:textId="77777777" w:rsidTr="00841CFC">
        <w:trPr>
          <w:trHeight w:val="87"/>
        </w:trPr>
        <w:tc>
          <w:tcPr>
            <w:tcW w:w="898" w:type="pct"/>
            <w:tcBorders>
              <w:top w:val="nil"/>
              <w:left w:val="nil"/>
              <w:bottom w:val="nil"/>
              <w:right w:val="nil"/>
            </w:tcBorders>
            <w:shd w:val="clear" w:color="000000" w:fill="FFFFFF"/>
            <w:vAlign w:val="center"/>
            <w:hideMark/>
          </w:tcPr>
          <w:p w14:paraId="7FF3C079"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452BD8D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3E2BA0A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2ABFF97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21D33F2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402A6F9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3708DFE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6A839E0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56515F7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2EEC9C88" w14:textId="77777777" w:rsidTr="00841CFC">
        <w:trPr>
          <w:trHeight w:val="87"/>
        </w:trPr>
        <w:tc>
          <w:tcPr>
            <w:tcW w:w="898" w:type="pct"/>
            <w:tcBorders>
              <w:top w:val="nil"/>
              <w:left w:val="nil"/>
              <w:bottom w:val="nil"/>
              <w:right w:val="nil"/>
            </w:tcBorders>
            <w:shd w:val="clear" w:color="000000" w:fill="FFFFFF"/>
            <w:vAlign w:val="center"/>
            <w:hideMark/>
          </w:tcPr>
          <w:p w14:paraId="343CF58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21A4A85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44DBF3F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452A3D9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754" w:type="pct"/>
            <w:tcBorders>
              <w:top w:val="nil"/>
              <w:left w:val="nil"/>
              <w:bottom w:val="nil"/>
              <w:right w:val="nil"/>
            </w:tcBorders>
            <w:shd w:val="clear" w:color="000000" w:fill="FFFFFF"/>
            <w:vAlign w:val="center"/>
            <w:hideMark/>
          </w:tcPr>
          <w:p w14:paraId="0088B56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535" w:type="pct"/>
            <w:tcBorders>
              <w:top w:val="nil"/>
              <w:left w:val="nil"/>
              <w:bottom w:val="nil"/>
              <w:right w:val="nil"/>
            </w:tcBorders>
            <w:shd w:val="clear" w:color="000000" w:fill="F2F2F2"/>
            <w:vAlign w:val="center"/>
            <w:hideMark/>
          </w:tcPr>
          <w:p w14:paraId="17A4D09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8E3215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2C8244C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2" w:type="pct"/>
            <w:tcBorders>
              <w:top w:val="nil"/>
              <w:left w:val="nil"/>
              <w:bottom w:val="nil"/>
              <w:right w:val="nil"/>
            </w:tcBorders>
            <w:shd w:val="clear" w:color="000000" w:fill="FFFFFF"/>
            <w:vAlign w:val="center"/>
            <w:hideMark/>
          </w:tcPr>
          <w:p w14:paraId="1C9583C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r>
      <w:tr w:rsidR="00726DBE" w:rsidRPr="00693325" w14:paraId="1CD9B22B" w14:textId="77777777" w:rsidTr="00841CFC">
        <w:trPr>
          <w:trHeight w:val="87"/>
        </w:trPr>
        <w:tc>
          <w:tcPr>
            <w:tcW w:w="898" w:type="pct"/>
            <w:tcBorders>
              <w:top w:val="nil"/>
              <w:left w:val="nil"/>
              <w:bottom w:val="nil"/>
              <w:right w:val="nil"/>
            </w:tcBorders>
            <w:shd w:val="clear" w:color="000000" w:fill="FFFFFF"/>
            <w:vAlign w:val="center"/>
            <w:hideMark/>
          </w:tcPr>
          <w:p w14:paraId="463DD094"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4C77A4A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24F5806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794AC28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754" w:type="pct"/>
            <w:tcBorders>
              <w:top w:val="nil"/>
              <w:left w:val="nil"/>
              <w:bottom w:val="nil"/>
              <w:right w:val="nil"/>
            </w:tcBorders>
            <w:shd w:val="clear" w:color="000000" w:fill="FFFFFF"/>
            <w:vAlign w:val="center"/>
            <w:hideMark/>
          </w:tcPr>
          <w:p w14:paraId="4416C01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535" w:type="pct"/>
            <w:tcBorders>
              <w:top w:val="nil"/>
              <w:left w:val="nil"/>
              <w:bottom w:val="nil"/>
              <w:right w:val="nil"/>
            </w:tcBorders>
            <w:shd w:val="clear" w:color="000000" w:fill="F2F2F2"/>
            <w:vAlign w:val="center"/>
            <w:hideMark/>
          </w:tcPr>
          <w:p w14:paraId="37D3170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382752F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57A79FE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2" w:type="pct"/>
            <w:tcBorders>
              <w:top w:val="nil"/>
              <w:left w:val="nil"/>
              <w:bottom w:val="nil"/>
              <w:right w:val="nil"/>
            </w:tcBorders>
            <w:shd w:val="clear" w:color="000000" w:fill="FFFFFF"/>
            <w:vAlign w:val="center"/>
            <w:hideMark/>
          </w:tcPr>
          <w:p w14:paraId="54AD712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r>
      <w:tr w:rsidR="00726DBE" w:rsidRPr="00693325" w14:paraId="412F0E9F" w14:textId="77777777" w:rsidTr="00841CFC">
        <w:trPr>
          <w:trHeight w:val="87"/>
        </w:trPr>
        <w:tc>
          <w:tcPr>
            <w:tcW w:w="898" w:type="pct"/>
            <w:tcBorders>
              <w:top w:val="nil"/>
              <w:left w:val="nil"/>
              <w:bottom w:val="nil"/>
              <w:right w:val="nil"/>
            </w:tcBorders>
            <w:shd w:val="clear" w:color="000000" w:fill="FFFFFF"/>
            <w:vAlign w:val="center"/>
            <w:hideMark/>
          </w:tcPr>
          <w:p w14:paraId="6694D16B"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Anemia</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7632DFB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997.27 (120.77; 3,602.47)</w:t>
            </w:r>
          </w:p>
        </w:tc>
        <w:tc>
          <w:tcPr>
            <w:tcW w:w="401" w:type="pct"/>
            <w:tcBorders>
              <w:top w:val="nil"/>
              <w:left w:val="nil"/>
              <w:bottom w:val="nil"/>
              <w:right w:val="nil"/>
            </w:tcBorders>
            <w:shd w:val="clear" w:color="000000" w:fill="F2F2F2"/>
            <w:vAlign w:val="center"/>
            <w:hideMark/>
          </w:tcPr>
          <w:p w14:paraId="18BE6F1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78.57)</w:t>
            </w:r>
          </w:p>
        </w:tc>
        <w:tc>
          <w:tcPr>
            <w:tcW w:w="460" w:type="pct"/>
            <w:tcBorders>
              <w:top w:val="nil"/>
              <w:left w:val="nil"/>
              <w:bottom w:val="nil"/>
              <w:right w:val="nil"/>
            </w:tcBorders>
            <w:shd w:val="clear" w:color="000000" w:fill="F2F2F2"/>
            <w:vAlign w:val="center"/>
            <w:hideMark/>
          </w:tcPr>
          <w:p w14:paraId="5CB9855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40.85 (4.95; 147.57)</w:t>
            </w:r>
          </w:p>
        </w:tc>
        <w:tc>
          <w:tcPr>
            <w:tcW w:w="754" w:type="pct"/>
            <w:tcBorders>
              <w:top w:val="nil"/>
              <w:left w:val="nil"/>
              <w:bottom w:val="nil"/>
              <w:right w:val="nil"/>
            </w:tcBorders>
            <w:shd w:val="clear" w:color="000000" w:fill="FFFFFF"/>
            <w:vAlign w:val="center"/>
            <w:hideMark/>
          </w:tcPr>
          <w:p w14:paraId="543E858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13.07 (3.56; 33.46)</w:t>
            </w:r>
          </w:p>
        </w:tc>
        <w:tc>
          <w:tcPr>
            <w:tcW w:w="535" w:type="pct"/>
            <w:tcBorders>
              <w:top w:val="nil"/>
              <w:left w:val="nil"/>
              <w:bottom w:val="nil"/>
              <w:right w:val="nil"/>
            </w:tcBorders>
            <w:shd w:val="clear" w:color="000000" w:fill="F2F2F2"/>
            <w:vAlign w:val="center"/>
            <w:hideMark/>
          </w:tcPr>
          <w:p w14:paraId="7D96253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735.70 (317.62; 1,449.63)</w:t>
            </w:r>
          </w:p>
        </w:tc>
        <w:tc>
          <w:tcPr>
            <w:tcW w:w="464" w:type="pct"/>
            <w:tcBorders>
              <w:top w:val="nil"/>
              <w:left w:val="nil"/>
              <w:bottom w:val="nil"/>
              <w:right w:val="nil"/>
            </w:tcBorders>
            <w:shd w:val="clear" w:color="000000" w:fill="F2F2F2"/>
            <w:vAlign w:val="center"/>
            <w:hideMark/>
          </w:tcPr>
          <w:p w14:paraId="041FD67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17.05 (6.26; 37.11)</w:t>
            </w:r>
          </w:p>
        </w:tc>
        <w:tc>
          <w:tcPr>
            <w:tcW w:w="464" w:type="pct"/>
            <w:tcBorders>
              <w:top w:val="nil"/>
              <w:left w:val="nil"/>
              <w:bottom w:val="nil"/>
              <w:right w:val="nil"/>
            </w:tcBorders>
            <w:shd w:val="clear" w:color="000000" w:fill="F2F2F2"/>
            <w:vAlign w:val="center"/>
            <w:hideMark/>
          </w:tcPr>
          <w:p w14:paraId="5473D21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38.59 (21.10; 64.74)</w:t>
            </w:r>
          </w:p>
        </w:tc>
        <w:tc>
          <w:tcPr>
            <w:tcW w:w="462" w:type="pct"/>
            <w:tcBorders>
              <w:top w:val="nil"/>
              <w:left w:val="nil"/>
              <w:bottom w:val="nil"/>
              <w:right w:val="nil"/>
            </w:tcBorders>
            <w:shd w:val="clear" w:color="000000" w:fill="FFFFFF"/>
            <w:vAlign w:val="center"/>
            <w:hideMark/>
          </w:tcPr>
          <w:p w14:paraId="7A4EEEE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16.65 (10.17; 25.72)</w:t>
            </w:r>
          </w:p>
        </w:tc>
      </w:tr>
      <w:tr w:rsidR="00726DBE" w:rsidRPr="00693325" w14:paraId="11B55D98" w14:textId="77777777" w:rsidTr="00841CFC">
        <w:trPr>
          <w:trHeight w:val="87"/>
        </w:trPr>
        <w:tc>
          <w:tcPr>
            <w:tcW w:w="898" w:type="pct"/>
            <w:tcBorders>
              <w:top w:val="nil"/>
              <w:left w:val="nil"/>
              <w:bottom w:val="nil"/>
              <w:right w:val="nil"/>
            </w:tcBorders>
            <w:shd w:val="clear" w:color="000000" w:fill="FFFFFF"/>
            <w:vAlign w:val="center"/>
            <w:hideMark/>
          </w:tcPr>
          <w:p w14:paraId="4550BE5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45A385A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01" w:type="pct"/>
            <w:tcBorders>
              <w:top w:val="nil"/>
              <w:left w:val="nil"/>
              <w:bottom w:val="nil"/>
              <w:right w:val="nil"/>
            </w:tcBorders>
            <w:shd w:val="clear" w:color="000000" w:fill="F2F2F2"/>
            <w:vAlign w:val="center"/>
            <w:hideMark/>
          </w:tcPr>
          <w:p w14:paraId="2D4BDE7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2A16F6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754" w:type="pct"/>
            <w:tcBorders>
              <w:top w:val="nil"/>
              <w:left w:val="nil"/>
              <w:bottom w:val="nil"/>
              <w:right w:val="nil"/>
            </w:tcBorders>
            <w:shd w:val="clear" w:color="000000" w:fill="FFFFFF"/>
            <w:vAlign w:val="center"/>
            <w:hideMark/>
          </w:tcPr>
          <w:p w14:paraId="163C119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535" w:type="pct"/>
            <w:tcBorders>
              <w:top w:val="nil"/>
              <w:left w:val="nil"/>
              <w:bottom w:val="nil"/>
              <w:right w:val="nil"/>
            </w:tcBorders>
            <w:shd w:val="clear" w:color="000000" w:fill="F2F2F2"/>
            <w:vAlign w:val="center"/>
            <w:hideMark/>
          </w:tcPr>
          <w:p w14:paraId="197BD72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w:t>
            </w:r>
          </w:p>
        </w:tc>
        <w:tc>
          <w:tcPr>
            <w:tcW w:w="464" w:type="pct"/>
            <w:tcBorders>
              <w:top w:val="nil"/>
              <w:left w:val="nil"/>
              <w:bottom w:val="nil"/>
              <w:right w:val="nil"/>
            </w:tcBorders>
            <w:shd w:val="clear" w:color="000000" w:fill="F2F2F2"/>
            <w:vAlign w:val="center"/>
            <w:hideMark/>
          </w:tcPr>
          <w:p w14:paraId="3EF8B77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w:t>
            </w:r>
          </w:p>
        </w:tc>
        <w:tc>
          <w:tcPr>
            <w:tcW w:w="464" w:type="pct"/>
            <w:tcBorders>
              <w:top w:val="nil"/>
              <w:left w:val="nil"/>
              <w:bottom w:val="nil"/>
              <w:right w:val="nil"/>
            </w:tcBorders>
            <w:shd w:val="clear" w:color="000000" w:fill="F2F2F2"/>
            <w:vAlign w:val="center"/>
            <w:hideMark/>
          </w:tcPr>
          <w:p w14:paraId="66A3766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w:t>
            </w:r>
          </w:p>
        </w:tc>
        <w:tc>
          <w:tcPr>
            <w:tcW w:w="462" w:type="pct"/>
            <w:tcBorders>
              <w:top w:val="nil"/>
              <w:left w:val="nil"/>
              <w:bottom w:val="nil"/>
              <w:right w:val="nil"/>
            </w:tcBorders>
            <w:shd w:val="clear" w:color="000000" w:fill="FFFFFF"/>
            <w:vAlign w:val="center"/>
            <w:hideMark/>
          </w:tcPr>
          <w:p w14:paraId="2802E26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20</w:t>
            </w:r>
          </w:p>
        </w:tc>
      </w:tr>
      <w:tr w:rsidR="00726DBE" w:rsidRPr="00693325" w14:paraId="215C5A6E" w14:textId="77777777" w:rsidTr="00841CFC">
        <w:trPr>
          <w:trHeight w:val="87"/>
        </w:trPr>
        <w:tc>
          <w:tcPr>
            <w:tcW w:w="898" w:type="pct"/>
            <w:tcBorders>
              <w:top w:val="nil"/>
              <w:left w:val="nil"/>
              <w:bottom w:val="nil"/>
              <w:right w:val="nil"/>
            </w:tcBorders>
            <w:shd w:val="clear" w:color="000000" w:fill="FFFFFF"/>
            <w:vAlign w:val="center"/>
            <w:hideMark/>
          </w:tcPr>
          <w:p w14:paraId="75D45C91"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6EF02A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10.00</w:t>
            </w:r>
          </w:p>
        </w:tc>
        <w:tc>
          <w:tcPr>
            <w:tcW w:w="401" w:type="pct"/>
            <w:tcBorders>
              <w:top w:val="nil"/>
              <w:left w:val="nil"/>
              <w:bottom w:val="nil"/>
              <w:right w:val="nil"/>
            </w:tcBorders>
            <w:shd w:val="clear" w:color="000000" w:fill="F2F2F2"/>
            <w:vAlign w:val="center"/>
            <w:hideMark/>
          </w:tcPr>
          <w:p w14:paraId="0E97717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62E961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10.00</w:t>
            </w:r>
          </w:p>
        </w:tc>
        <w:tc>
          <w:tcPr>
            <w:tcW w:w="754" w:type="pct"/>
            <w:tcBorders>
              <w:top w:val="nil"/>
              <w:left w:val="nil"/>
              <w:bottom w:val="nil"/>
              <w:right w:val="nil"/>
            </w:tcBorders>
            <w:shd w:val="clear" w:color="000000" w:fill="FFFFFF"/>
            <w:vAlign w:val="center"/>
            <w:hideMark/>
          </w:tcPr>
          <w:p w14:paraId="2E43332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3.81</w:t>
            </w:r>
          </w:p>
        </w:tc>
        <w:tc>
          <w:tcPr>
            <w:tcW w:w="535" w:type="pct"/>
            <w:tcBorders>
              <w:top w:val="nil"/>
              <w:left w:val="nil"/>
              <w:bottom w:val="nil"/>
              <w:right w:val="nil"/>
            </w:tcBorders>
            <w:shd w:val="clear" w:color="000000" w:fill="F2F2F2"/>
            <w:vAlign w:val="center"/>
            <w:hideMark/>
          </w:tcPr>
          <w:p w14:paraId="630F280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7.08</w:t>
            </w:r>
          </w:p>
        </w:tc>
        <w:tc>
          <w:tcPr>
            <w:tcW w:w="464" w:type="pct"/>
            <w:tcBorders>
              <w:top w:val="nil"/>
              <w:left w:val="nil"/>
              <w:bottom w:val="nil"/>
              <w:right w:val="nil"/>
            </w:tcBorders>
            <w:shd w:val="clear" w:color="000000" w:fill="F2F2F2"/>
            <w:vAlign w:val="center"/>
            <w:hideMark/>
          </w:tcPr>
          <w:p w14:paraId="577F76D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6.06</w:t>
            </w:r>
          </w:p>
        </w:tc>
        <w:tc>
          <w:tcPr>
            <w:tcW w:w="464" w:type="pct"/>
            <w:tcBorders>
              <w:top w:val="nil"/>
              <w:left w:val="nil"/>
              <w:bottom w:val="nil"/>
              <w:right w:val="nil"/>
            </w:tcBorders>
            <w:shd w:val="clear" w:color="000000" w:fill="F2F2F2"/>
            <w:vAlign w:val="center"/>
            <w:hideMark/>
          </w:tcPr>
          <w:p w14:paraId="4FFF48A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12.39</w:t>
            </w:r>
          </w:p>
        </w:tc>
        <w:tc>
          <w:tcPr>
            <w:tcW w:w="462" w:type="pct"/>
            <w:tcBorders>
              <w:top w:val="nil"/>
              <w:left w:val="nil"/>
              <w:bottom w:val="nil"/>
              <w:right w:val="nil"/>
            </w:tcBorders>
            <w:shd w:val="clear" w:color="000000" w:fill="FFFFFF"/>
            <w:vAlign w:val="center"/>
            <w:hideMark/>
          </w:tcPr>
          <w:p w14:paraId="0F934F7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3.48</w:t>
            </w:r>
          </w:p>
        </w:tc>
      </w:tr>
      <w:tr w:rsidR="00726DBE" w:rsidRPr="00693325" w14:paraId="01E8D085" w14:textId="77777777" w:rsidTr="00841CFC">
        <w:trPr>
          <w:trHeight w:val="87"/>
        </w:trPr>
        <w:tc>
          <w:tcPr>
            <w:tcW w:w="898" w:type="pct"/>
            <w:tcBorders>
              <w:top w:val="nil"/>
              <w:left w:val="nil"/>
              <w:bottom w:val="nil"/>
              <w:right w:val="nil"/>
            </w:tcBorders>
            <w:shd w:val="clear" w:color="000000" w:fill="FFFFFF"/>
            <w:vAlign w:val="center"/>
            <w:hideMark/>
          </w:tcPr>
          <w:p w14:paraId="6F05EB66"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5124A62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135,582 (169,995)</w:t>
            </w:r>
          </w:p>
        </w:tc>
        <w:tc>
          <w:tcPr>
            <w:tcW w:w="401" w:type="pct"/>
            <w:tcBorders>
              <w:top w:val="nil"/>
              <w:left w:val="nil"/>
              <w:bottom w:val="nil"/>
              <w:right w:val="nil"/>
            </w:tcBorders>
            <w:shd w:val="clear" w:color="000000" w:fill="F2F2F2"/>
            <w:vAlign w:val="center"/>
            <w:hideMark/>
          </w:tcPr>
          <w:p w14:paraId="0607415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5F62ADA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2,605 (91)</w:t>
            </w:r>
          </w:p>
        </w:tc>
        <w:tc>
          <w:tcPr>
            <w:tcW w:w="754" w:type="pct"/>
            <w:tcBorders>
              <w:top w:val="nil"/>
              <w:left w:val="nil"/>
              <w:bottom w:val="nil"/>
              <w:right w:val="nil"/>
            </w:tcBorders>
            <w:shd w:val="clear" w:color="000000" w:fill="FFFFFF"/>
            <w:vAlign w:val="center"/>
            <w:hideMark/>
          </w:tcPr>
          <w:p w14:paraId="67ABB91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 (16)</w:t>
            </w:r>
          </w:p>
        </w:tc>
        <w:tc>
          <w:tcPr>
            <w:tcW w:w="535" w:type="pct"/>
            <w:tcBorders>
              <w:top w:val="nil"/>
              <w:left w:val="nil"/>
              <w:bottom w:val="nil"/>
              <w:right w:val="nil"/>
            </w:tcBorders>
            <w:shd w:val="clear" w:color="000000" w:fill="F2F2F2"/>
            <w:vAlign w:val="center"/>
            <w:hideMark/>
          </w:tcPr>
          <w:p w14:paraId="41E8FC7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1,969 (5,007)</w:t>
            </w:r>
          </w:p>
        </w:tc>
        <w:tc>
          <w:tcPr>
            <w:tcW w:w="464" w:type="pct"/>
            <w:tcBorders>
              <w:top w:val="nil"/>
              <w:left w:val="nil"/>
              <w:bottom w:val="nil"/>
              <w:right w:val="nil"/>
            </w:tcBorders>
            <w:shd w:val="clear" w:color="000000" w:fill="F2F2F2"/>
            <w:vAlign w:val="center"/>
            <w:hideMark/>
          </w:tcPr>
          <w:p w14:paraId="2229B81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(3)</w:t>
            </w:r>
          </w:p>
        </w:tc>
        <w:tc>
          <w:tcPr>
            <w:tcW w:w="464" w:type="pct"/>
            <w:tcBorders>
              <w:top w:val="nil"/>
              <w:left w:val="nil"/>
              <w:bottom w:val="nil"/>
              <w:right w:val="nil"/>
            </w:tcBorders>
            <w:shd w:val="clear" w:color="000000" w:fill="F2F2F2"/>
            <w:vAlign w:val="center"/>
            <w:hideMark/>
          </w:tcPr>
          <w:p w14:paraId="3588554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82 (224)</w:t>
            </w:r>
          </w:p>
        </w:tc>
        <w:tc>
          <w:tcPr>
            <w:tcW w:w="462" w:type="pct"/>
            <w:tcBorders>
              <w:top w:val="nil"/>
              <w:left w:val="nil"/>
              <w:bottom w:val="nil"/>
              <w:right w:val="nil"/>
            </w:tcBorders>
            <w:shd w:val="clear" w:color="000000" w:fill="FFFFFF"/>
            <w:vAlign w:val="center"/>
            <w:hideMark/>
          </w:tcPr>
          <w:p w14:paraId="4A3C2F2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165 (726)</w:t>
            </w:r>
          </w:p>
        </w:tc>
      </w:tr>
      <w:tr w:rsidR="00726DBE" w:rsidRPr="00693325" w14:paraId="176D25EB" w14:textId="77777777" w:rsidTr="00841CFC">
        <w:trPr>
          <w:trHeight w:val="87"/>
        </w:trPr>
        <w:tc>
          <w:tcPr>
            <w:tcW w:w="898" w:type="pct"/>
            <w:tcBorders>
              <w:top w:val="nil"/>
              <w:left w:val="nil"/>
              <w:bottom w:val="nil"/>
              <w:right w:val="nil"/>
            </w:tcBorders>
            <w:shd w:val="clear" w:color="000000" w:fill="FFFFFF"/>
            <w:vAlign w:val="center"/>
            <w:hideMark/>
          </w:tcPr>
          <w:p w14:paraId="5B943563"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Autoimmune disease</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5FD104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472.80 (11.97; 2,634.26)</w:t>
            </w:r>
          </w:p>
        </w:tc>
        <w:tc>
          <w:tcPr>
            <w:tcW w:w="401" w:type="pct"/>
            <w:tcBorders>
              <w:top w:val="nil"/>
              <w:left w:val="nil"/>
              <w:bottom w:val="nil"/>
              <w:right w:val="nil"/>
            </w:tcBorders>
            <w:shd w:val="clear" w:color="000000" w:fill="F2F2F2"/>
            <w:vAlign w:val="center"/>
            <w:hideMark/>
          </w:tcPr>
          <w:p w14:paraId="709B760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63.71 (13.14; 186.20)</w:t>
            </w:r>
          </w:p>
        </w:tc>
        <w:tc>
          <w:tcPr>
            <w:tcW w:w="460" w:type="pct"/>
            <w:tcBorders>
              <w:top w:val="nil"/>
              <w:left w:val="nil"/>
              <w:bottom w:val="nil"/>
              <w:right w:val="nil"/>
            </w:tcBorders>
            <w:shd w:val="clear" w:color="000000" w:fill="F2F2F2"/>
            <w:vAlign w:val="center"/>
            <w:hideMark/>
          </w:tcPr>
          <w:p w14:paraId="170B4E9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81.30 (22.15; 208.16)</w:t>
            </w:r>
          </w:p>
        </w:tc>
        <w:tc>
          <w:tcPr>
            <w:tcW w:w="754" w:type="pct"/>
            <w:tcBorders>
              <w:top w:val="nil"/>
              <w:left w:val="nil"/>
              <w:bottom w:val="nil"/>
              <w:right w:val="nil"/>
            </w:tcBorders>
            <w:shd w:val="clear" w:color="000000" w:fill="FFFFFF"/>
            <w:vAlign w:val="center"/>
            <w:hideMark/>
          </w:tcPr>
          <w:p w14:paraId="27D300A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19.40 (7.12; 42.23)</w:t>
            </w:r>
          </w:p>
        </w:tc>
        <w:tc>
          <w:tcPr>
            <w:tcW w:w="535" w:type="pct"/>
            <w:tcBorders>
              <w:top w:val="nil"/>
              <w:left w:val="nil"/>
              <w:bottom w:val="nil"/>
              <w:right w:val="nil"/>
            </w:tcBorders>
            <w:shd w:val="clear" w:color="000000" w:fill="F2F2F2"/>
            <w:vAlign w:val="center"/>
            <w:hideMark/>
          </w:tcPr>
          <w:p w14:paraId="64CCBB9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172.13 (20.85; 621.79)</w:t>
            </w:r>
          </w:p>
        </w:tc>
        <w:tc>
          <w:tcPr>
            <w:tcW w:w="464" w:type="pct"/>
            <w:tcBorders>
              <w:top w:val="nil"/>
              <w:left w:val="nil"/>
              <w:bottom w:val="nil"/>
              <w:right w:val="nil"/>
            </w:tcBorders>
            <w:shd w:val="clear" w:color="000000" w:fill="F2F2F2"/>
            <w:vAlign w:val="center"/>
            <w:hideMark/>
          </w:tcPr>
          <w:p w14:paraId="1D448CA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19.74 (7.94; 40.66)</w:t>
            </w:r>
          </w:p>
        </w:tc>
        <w:tc>
          <w:tcPr>
            <w:tcW w:w="464" w:type="pct"/>
            <w:tcBorders>
              <w:top w:val="nil"/>
              <w:left w:val="nil"/>
              <w:bottom w:val="nil"/>
              <w:right w:val="nil"/>
            </w:tcBorders>
            <w:shd w:val="clear" w:color="000000" w:fill="F2F2F2"/>
            <w:vAlign w:val="center"/>
            <w:hideMark/>
          </w:tcPr>
          <w:p w14:paraId="69D4E0D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24.57 (11.24; 46.64)</w:t>
            </w:r>
          </w:p>
        </w:tc>
        <w:tc>
          <w:tcPr>
            <w:tcW w:w="462" w:type="pct"/>
            <w:tcBorders>
              <w:top w:val="nil"/>
              <w:left w:val="nil"/>
              <w:bottom w:val="nil"/>
              <w:right w:val="nil"/>
            </w:tcBorders>
            <w:shd w:val="clear" w:color="000000" w:fill="FFFFFF"/>
            <w:vAlign w:val="center"/>
            <w:hideMark/>
          </w:tcPr>
          <w:p w14:paraId="26C2BA2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20.09 (12.87; 29.89)</w:t>
            </w:r>
          </w:p>
        </w:tc>
      </w:tr>
      <w:tr w:rsidR="00726DBE" w:rsidRPr="00693325" w14:paraId="27CCC111" w14:textId="77777777" w:rsidTr="00841CFC">
        <w:trPr>
          <w:trHeight w:val="87"/>
        </w:trPr>
        <w:tc>
          <w:tcPr>
            <w:tcW w:w="898" w:type="pct"/>
            <w:tcBorders>
              <w:top w:val="nil"/>
              <w:left w:val="nil"/>
              <w:bottom w:val="nil"/>
              <w:right w:val="nil"/>
            </w:tcBorders>
            <w:shd w:val="clear" w:color="000000" w:fill="FFFFFF"/>
            <w:vAlign w:val="center"/>
            <w:hideMark/>
          </w:tcPr>
          <w:p w14:paraId="51546C7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2ED288C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01" w:type="pct"/>
            <w:tcBorders>
              <w:top w:val="nil"/>
              <w:left w:val="nil"/>
              <w:bottom w:val="nil"/>
              <w:right w:val="nil"/>
            </w:tcBorders>
            <w:shd w:val="clear" w:color="000000" w:fill="F2F2F2"/>
            <w:vAlign w:val="center"/>
            <w:hideMark/>
          </w:tcPr>
          <w:p w14:paraId="5DD6B2F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60" w:type="pct"/>
            <w:tcBorders>
              <w:top w:val="nil"/>
              <w:left w:val="nil"/>
              <w:bottom w:val="nil"/>
              <w:right w:val="nil"/>
            </w:tcBorders>
            <w:shd w:val="clear" w:color="000000" w:fill="F2F2F2"/>
            <w:vAlign w:val="center"/>
            <w:hideMark/>
          </w:tcPr>
          <w:p w14:paraId="109D1BD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w:t>
            </w:r>
          </w:p>
        </w:tc>
        <w:tc>
          <w:tcPr>
            <w:tcW w:w="754" w:type="pct"/>
            <w:tcBorders>
              <w:top w:val="nil"/>
              <w:left w:val="nil"/>
              <w:bottom w:val="nil"/>
              <w:right w:val="nil"/>
            </w:tcBorders>
            <w:shd w:val="clear" w:color="000000" w:fill="FFFFFF"/>
            <w:vAlign w:val="center"/>
            <w:hideMark/>
          </w:tcPr>
          <w:p w14:paraId="76425DC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w:t>
            </w:r>
          </w:p>
        </w:tc>
        <w:tc>
          <w:tcPr>
            <w:tcW w:w="535" w:type="pct"/>
            <w:tcBorders>
              <w:top w:val="nil"/>
              <w:left w:val="nil"/>
              <w:bottom w:val="nil"/>
              <w:right w:val="nil"/>
            </w:tcBorders>
            <w:shd w:val="clear" w:color="000000" w:fill="F2F2F2"/>
            <w:vAlign w:val="center"/>
            <w:hideMark/>
          </w:tcPr>
          <w:p w14:paraId="6B145E2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464" w:type="pct"/>
            <w:tcBorders>
              <w:top w:val="nil"/>
              <w:left w:val="nil"/>
              <w:bottom w:val="nil"/>
              <w:right w:val="nil"/>
            </w:tcBorders>
            <w:shd w:val="clear" w:color="000000" w:fill="F2F2F2"/>
            <w:vAlign w:val="center"/>
            <w:hideMark/>
          </w:tcPr>
          <w:p w14:paraId="076BF2B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w:t>
            </w:r>
          </w:p>
        </w:tc>
        <w:tc>
          <w:tcPr>
            <w:tcW w:w="464" w:type="pct"/>
            <w:tcBorders>
              <w:top w:val="nil"/>
              <w:left w:val="nil"/>
              <w:bottom w:val="nil"/>
              <w:right w:val="nil"/>
            </w:tcBorders>
            <w:shd w:val="clear" w:color="000000" w:fill="F2F2F2"/>
            <w:vAlign w:val="center"/>
            <w:hideMark/>
          </w:tcPr>
          <w:p w14:paraId="534BA2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w:t>
            </w:r>
          </w:p>
        </w:tc>
        <w:tc>
          <w:tcPr>
            <w:tcW w:w="462" w:type="pct"/>
            <w:tcBorders>
              <w:top w:val="nil"/>
              <w:left w:val="nil"/>
              <w:bottom w:val="nil"/>
              <w:right w:val="nil"/>
            </w:tcBorders>
            <w:shd w:val="clear" w:color="000000" w:fill="FFFFFF"/>
            <w:vAlign w:val="center"/>
            <w:hideMark/>
          </w:tcPr>
          <w:p w14:paraId="179AC6E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w:t>
            </w:r>
          </w:p>
        </w:tc>
      </w:tr>
      <w:tr w:rsidR="00726DBE" w:rsidRPr="00693325" w14:paraId="78DAB24B" w14:textId="77777777" w:rsidTr="00841CFC">
        <w:trPr>
          <w:trHeight w:val="87"/>
        </w:trPr>
        <w:tc>
          <w:tcPr>
            <w:tcW w:w="898" w:type="pct"/>
            <w:tcBorders>
              <w:top w:val="nil"/>
              <w:left w:val="nil"/>
              <w:bottom w:val="nil"/>
              <w:right w:val="nil"/>
            </w:tcBorders>
            <w:shd w:val="clear" w:color="000000" w:fill="FFFFFF"/>
            <w:vAlign w:val="center"/>
            <w:hideMark/>
          </w:tcPr>
          <w:p w14:paraId="75177167"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1F66808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5.00</w:t>
            </w:r>
          </w:p>
        </w:tc>
        <w:tc>
          <w:tcPr>
            <w:tcW w:w="401" w:type="pct"/>
            <w:tcBorders>
              <w:top w:val="nil"/>
              <w:left w:val="nil"/>
              <w:bottom w:val="nil"/>
              <w:right w:val="nil"/>
            </w:tcBorders>
            <w:shd w:val="clear" w:color="000000" w:fill="F2F2F2"/>
            <w:vAlign w:val="center"/>
            <w:hideMark/>
          </w:tcPr>
          <w:p w14:paraId="3A5D2AC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16.67</w:t>
            </w:r>
          </w:p>
        </w:tc>
        <w:tc>
          <w:tcPr>
            <w:tcW w:w="460" w:type="pct"/>
            <w:tcBorders>
              <w:top w:val="nil"/>
              <w:left w:val="nil"/>
              <w:bottom w:val="nil"/>
              <w:right w:val="nil"/>
            </w:tcBorders>
            <w:shd w:val="clear" w:color="000000" w:fill="F2F2F2"/>
            <w:vAlign w:val="center"/>
            <w:hideMark/>
          </w:tcPr>
          <w:p w14:paraId="233F2AE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20.00</w:t>
            </w:r>
          </w:p>
        </w:tc>
        <w:tc>
          <w:tcPr>
            <w:tcW w:w="754" w:type="pct"/>
            <w:tcBorders>
              <w:top w:val="nil"/>
              <w:left w:val="nil"/>
              <w:bottom w:val="nil"/>
              <w:right w:val="nil"/>
            </w:tcBorders>
            <w:shd w:val="clear" w:color="000000" w:fill="FFFFFF"/>
            <w:vAlign w:val="center"/>
            <w:hideMark/>
          </w:tcPr>
          <w:p w14:paraId="495D972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5.71</w:t>
            </w:r>
          </w:p>
        </w:tc>
        <w:tc>
          <w:tcPr>
            <w:tcW w:w="535" w:type="pct"/>
            <w:tcBorders>
              <w:top w:val="nil"/>
              <w:left w:val="nil"/>
              <w:bottom w:val="nil"/>
              <w:right w:val="nil"/>
            </w:tcBorders>
            <w:shd w:val="clear" w:color="000000" w:fill="F2F2F2"/>
            <w:vAlign w:val="center"/>
            <w:hideMark/>
          </w:tcPr>
          <w:p w14:paraId="267C14E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1.77</w:t>
            </w:r>
          </w:p>
        </w:tc>
        <w:tc>
          <w:tcPr>
            <w:tcW w:w="464" w:type="pct"/>
            <w:tcBorders>
              <w:top w:val="nil"/>
              <w:left w:val="nil"/>
              <w:bottom w:val="nil"/>
              <w:right w:val="nil"/>
            </w:tcBorders>
            <w:shd w:val="clear" w:color="000000" w:fill="F2F2F2"/>
            <w:vAlign w:val="center"/>
            <w:hideMark/>
          </w:tcPr>
          <w:p w14:paraId="013A86B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6.67</w:t>
            </w:r>
          </w:p>
        </w:tc>
        <w:tc>
          <w:tcPr>
            <w:tcW w:w="464" w:type="pct"/>
            <w:tcBorders>
              <w:top w:val="nil"/>
              <w:left w:val="nil"/>
              <w:bottom w:val="nil"/>
              <w:right w:val="nil"/>
            </w:tcBorders>
            <w:shd w:val="clear" w:color="000000" w:fill="F2F2F2"/>
            <w:vAlign w:val="center"/>
            <w:hideMark/>
          </w:tcPr>
          <w:p w14:paraId="3D4EAEB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7.96</w:t>
            </w:r>
          </w:p>
        </w:tc>
        <w:tc>
          <w:tcPr>
            <w:tcW w:w="462" w:type="pct"/>
            <w:tcBorders>
              <w:top w:val="nil"/>
              <w:left w:val="nil"/>
              <w:bottom w:val="nil"/>
              <w:right w:val="nil"/>
            </w:tcBorders>
            <w:shd w:val="clear" w:color="000000" w:fill="FFFFFF"/>
            <w:vAlign w:val="center"/>
            <w:hideMark/>
          </w:tcPr>
          <w:p w14:paraId="0E91579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4.17</w:t>
            </w:r>
          </w:p>
        </w:tc>
      </w:tr>
      <w:tr w:rsidR="00726DBE" w:rsidRPr="00693325" w14:paraId="64A27A9A" w14:textId="77777777" w:rsidTr="00841CFC">
        <w:trPr>
          <w:trHeight w:val="87"/>
        </w:trPr>
        <w:tc>
          <w:tcPr>
            <w:tcW w:w="898" w:type="pct"/>
            <w:tcBorders>
              <w:top w:val="nil"/>
              <w:left w:val="nil"/>
              <w:bottom w:val="nil"/>
              <w:right w:val="nil"/>
            </w:tcBorders>
            <w:shd w:val="clear" w:color="000000" w:fill="FFFFFF"/>
            <w:vAlign w:val="center"/>
            <w:hideMark/>
          </w:tcPr>
          <w:p w14:paraId="78F6D10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2FBE7F1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298 (NA)</w:t>
            </w:r>
          </w:p>
        </w:tc>
        <w:tc>
          <w:tcPr>
            <w:tcW w:w="401" w:type="pct"/>
            <w:tcBorders>
              <w:top w:val="nil"/>
              <w:left w:val="nil"/>
              <w:bottom w:val="nil"/>
              <w:right w:val="nil"/>
            </w:tcBorders>
            <w:shd w:val="clear" w:color="000000" w:fill="F2F2F2"/>
            <w:vAlign w:val="center"/>
            <w:hideMark/>
          </w:tcPr>
          <w:p w14:paraId="3A1F7FE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(4)</w:t>
            </w:r>
          </w:p>
        </w:tc>
        <w:tc>
          <w:tcPr>
            <w:tcW w:w="460" w:type="pct"/>
            <w:tcBorders>
              <w:top w:val="nil"/>
              <w:left w:val="nil"/>
              <w:bottom w:val="nil"/>
              <w:right w:val="nil"/>
            </w:tcBorders>
            <w:shd w:val="clear" w:color="000000" w:fill="F2F2F2"/>
            <w:vAlign w:val="center"/>
            <w:hideMark/>
          </w:tcPr>
          <w:p w14:paraId="657BCC1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 (23)</w:t>
            </w:r>
          </w:p>
        </w:tc>
        <w:tc>
          <w:tcPr>
            <w:tcW w:w="754" w:type="pct"/>
            <w:tcBorders>
              <w:top w:val="nil"/>
              <w:left w:val="nil"/>
              <w:bottom w:val="nil"/>
              <w:right w:val="nil"/>
            </w:tcBorders>
            <w:shd w:val="clear" w:color="000000" w:fill="FFFFFF"/>
            <w:vAlign w:val="center"/>
            <w:hideMark/>
          </w:tcPr>
          <w:p w14:paraId="5951672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38 (68)</w:t>
            </w:r>
          </w:p>
        </w:tc>
        <w:tc>
          <w:tcPr>
            <w:tcW w:w="535" w:type="pct"/>
            <w:tcBorders>
              <w:top w:val="nil"/>
              <w:left w:val="nil"/>
              <w:bottom w:val="nil"/>
              <w:right w:val="nil"/>
            </w:tcBorders>
            <w:shd w:val="clear" w:color="000000" w:fill="F2F2F2"/>
            <w:vAlign w:val="center"/>
            <w:hideMark/>
          </w:tcPr>
          <w:p w14:paraId="22EED9A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 (0)</w:t>
            </w:r>
          </w:p>
        </w:tc>
        <w:tc>
          <w:tcPr>
            <w:tcW w:w="464" w:type="pct"/>
            <w:tcBorders>
              <w:top w:val="nil"/>
              <w:left w:val="nil"/>
              <w:bottom w:val="nil"/>
              <w:right w:val="nil"/>
            </w:tcBorders>
            <w:shd w:val="clear" w:color="000000" w:fill="F2F2F2"/>
            <w:vAlign w:val="center"/>
            <w:hideMark/>
          </w:tcPr>
          <w:p w14:paraId="40207BA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(3)</w:t>
            </w:r>
          </w:p>
        </w:tc>
        <w:tc>
          <w:tcPr>
            <w:tcW w:w="464" w:type="pct"/>
            <w:tcBorders>
              <w:top w:val="nil"/>
              <w:left w:val="nil"/>
              <w:bottom w:val="nil"/>
              <w:right w:val="nil"/>
            </w:tcBorders>
            <w:shd w:val="clear" w:color="000000" w:fill="F2F2F2"/>
            <w:vAlign w:val="center"/>
            <w:hideMark/>
          </w:tcPr>
          <w:p w14:paraId="3934F1B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(2)</w:t>
            </w:r>
          </w:p>
        </w:tc>
        <w:tc>
          <w:tcPr>
            <w:tcW w:w="462" w:type="pct"/>
            <w:tcBorders>
              <w:top w:val="nil"/>
              <w:left w:val="nil"/>
              <w:bottom w:val="nil"/>
              <w:right w:val="nil"/>
            </w:tcBorders>
            <w:shd w:val="clear" w:color="000000" w:fill="FFFFFF"/>
            <w:vAlign w:val="center"/>
            <w:hideMark/>
          </w:tcPr>
          <w:p w14:paraId="3F2AB65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 (33)</w:t>
            </w:r>
          </w:p>
        </w:tc>
      </w:tr>
      <w:tr w:rsidR="00726DBE" w:rsidRPr="00693325" w14:paraId="661B22E4" w14:textId="77777777" w:rsidTr="00841CFC">
        <w:trPr>
          <w:trHeight w:val="87"/>
        </w:trPr>
        <w:tc>
          <w:tcPr>
            <w:tcW w:w="898" w:type="pct"/>
            <w:tcBorders>
              <w:top w:val="nil"/>
              <w:left w:val="nil"/>
              <w:bottom w:val="nil"/>
              <w:right w:val="nil"/>
            </w:tcBorders>
            <w:shd w:val="clear" w:color="000000" w:fill="FFFFFF"/>
            <w:vAlign w:val="center"/>
            <w:hideMark/>
          </w:tcPr>
          <w:p w14:paraId="484652F7"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Fatigue</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4CE9B29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453.42 (11.48; 2,526.27)</w:t>
            </w:r>
          </w:p>
        </w:tc>
        <w:tc>
          <w:tcPr>
            <w:tcW w:w="401" w:type="pct"/>
            <w:tcBorders>
              <w:top w:val="nil"/>
              <w:left w:val="nil"/>
              <w:bottom w:val="nil"/>
              <w:right w:val="nil"/>
            </w:tcBorders>
            <w:shd w:val="clear" w:color="000000" w:fill="F2F2F2"/>
            <w:vAlign w:val="center"/>
            <w:hideMark/>
          </w:tcPr>
          <w:p w14:paraId="3C74EAB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66.89)</w:t>
            </w:r>
          </w:p>
        </w:tc>
        <w:tc>
          <w:tcPr>
            <w:tcW w:w="460" w:type="pct"/>
            <w:tcBorders>
              <w:top w:val="nil"/>
              <w:left w:val="nil"/>
              <w:bottom w:val="nil"/>
              <w:right w:val="nil"/>
            </w:tcBorders>
            <w:shd w:val="clear" w:color="000000" w:fill="F2F2F2"/>
            <w:vAlign w:val="center"/>
            <w:hideMark/>
          </w:tcPr>
          <w:p w14:paraId="6C5CB66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17.43 (0.44; 97.14)</w:t>
            </w:r>
          </w:p>
        </w:tc>
        <w:tc>
          <w:tcPr>
            <w:tcW w:w="754" w:type="pct"/>
            <w:tcBorders>
              <w:top w:val="nil"/>
              <w:left w:val="nil"/>
              <w:bottom w:val="nil"/>
              <w:right w:val="nil"/>
            </w:tcBorders>
            <w:shd w:val="clear" w:color="000000" w:fill="FFFFFF"/>
            <w:vAlign w:val="center"/>
            <w:hideMark/>
          </w:tcPr>
          <w:p w14:paraId="3BCF9F4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3.13 (0.08; 17.41)</w:t>
            </w:r>
          </w:p>
        </w:tc>
        <w:tc>
          <w:tcPr>
            <w:tcW w:w="535" w:type="pct"/>
            <w:tcBorders>
              <w:top w:val="nil"/>
              <w:left w:val="nil"/>
              <w:bottom w:val="nil"/>
              <w:right w:val="nil"/>
            </w:tcBorders>
            <w:shd w:val="clear" w:color="000000" w:fill="F2F2F2"/>
            <w:vAlign w:val="center"/>
            <w:hideMark/>
          </w:tcPr>
          <w:p w14:paraId="271D86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822.90 (376.28; 1,562.11)</w:t>
            </w:r>
          </w:p>
        </w:tc>
        <w:tc>
          <w:tcPr>
            <w:tcW w:w="464" w:type="pct"/>
            <w:tcBorders>
              <w:top w:val="nil"/>
              <w:left w:val="nil"/>
              <w:bottom w:val="nil"/>
              <w:right w:val="nil"/>
            </w:tcBorders>
            <w:shd w:val="clear" w:color="000000" w:fill="F2F2F2"/>
            <w:vAlign w:val="center"/>
            <w:hideMark/>
          </w:tcPr>
          <w:p w14:paraId="32B29A4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2.72 (0.07; 15.15)</w:t>
            </w:r>
          </w:p>
        </w:tc>
        <w:tc>
          <w:tcPr>
            <w:tcW w:w="464" w:type="pct"/>
            <w:tcBorders>
              <w:top w:val="nil"/>
              <w:left w:val="nil"/>
              <w:bottom w:val="nil"/>
              <w:right w:val="nil"/>
            </w:tcBorders>
            <w:shd w:val="clear" w:color="000000" w:fill="F2F2F2"/>
            <w:vAlign w:val="center"/>
            <w:hideMark/>
          </w:tcPr>
          <w:p w14:paraId="08D5C61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26.40 (12.66; 48.55)</w:t>
            </w:r>
          </w:p>
        </w:tc>
        <w:tc>
          <w:tcPr>
            <w:tcW w:w="462" w:type="pct"/>
            <w:tcBorders>
              <w:top w:val="nil"/>
              <w:left w:val="nil"/>
              <w:bottom w:val="nil"/>
              <w:right w:val="nil"/>
            </w:tcBorders>
            <w:shd w:val="clear" w:color="000000" w:fill="FFFFFF"/>
            <w:vAlign w:val="center"/>
            <w:hideMark/>
          </w:tcPr>
          <w:p w14:paraId="0C1D964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7.98 (3.83; 14.67)</w:t>
            </w:r>
          </w:p>
        </w:tc>
      </w:tr>
      <w:tr w:rsidR="00726DBE" w:rsidRPr="00693325" w14:paraId="4DDC555F" w14:textId="77777777" w:rsidTr="00841CFC">
        <w:trPr>
          <w:trHeight w:val="87"/>
        </w:trPr>
        <w:tc>
          <w:tcPr>
            <w:tcW w:w="898" w:type="pct"/>
            <w:tcBorders>
              <w:top w:val="nil"/>
              <w:left w:val="nil"/>
              <w:bottom w:val="nil"/>
              <w:right w:val="nil"/>
            </w:tcBorders>
            <w:shd w:val="clear" w:color="000000" w:fill="FFFFFF"/>
            <w:vAlign w:val="center"/>
            <w:hideMark/>
          </w:tcPr>
          <w:p w14:paraId="3A1683C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0CC977C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01" w:type="pct"/>
            <w:tcBorders>
              <w:top w:val="nil"/>
              <w:left w:val="nil"/>
              <w:bottom w:val="nil"/>
              <w:right w:val="nil"/>
            </w:tcBorders>
            <w:shd w:val="clear" w:color="000000" w:fill="F2F2F2"/>
            <w:vAlign w:val="center"/>
            <w:hideMark/>
          </w:tcPr>
          <w:p w14:paraId="2804E00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5E12C14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754" w:type="pct"/>
            <w:tcBorders>
              <w:top w:val="nil"/>
              <w:left w:val="nil"/>
              <w:bottom w:val="nil"/>
              <w:right w:val="nil"/>
            </w:tcBorders>
            <w:shd w:val="clear" w:color="000000" w:fill="FFFFFF"/>
            <w:vAlign w:val="center"/>
            <w:hideMark/>
          </w:tcPr>
          <w:p w14:paraId="108ED4F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535" w:type="pct"/>
            <w:tcBorders>
              <w:top w:val="nil"/>
              <w:left w:val="nil"/>
              <w:bottom w:val="nil"/>
              <w:right w:val="nil"/>
            </w:tcBorders>
            <w:shd w:val="clear" w:color="000000" w:fill="F2F2F2"/>
            <w:vAlign w:val="center"/>
            <w:hideMark/>
          </w:tcPr>
          <w:p w14:paraId="528C8C0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w:t>
            </w:r>
          </w:p>
        </w:tc>
        <w:tc>
          <w:tcPr>
            <w:tcW w:w="464" w:type="pct"/>
            <w:tcBorders>
              <w:top w:val="nil"/>
              <w:left w:val="nil"/>
              <w:bottom w:val="nil"/>
              <w:right w:val="nil"/>
            </w:tcBorders>
            <w:shd w:val="clear" w:color="000000" w:fill="F2F2F2"/>
            <w:vAlign w:val="center"/>
            <w:hideMark/>
          </w:tcPr>
          <w:p w14:paraId="74E3C36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4" w:type="pct"/>
            <w:tcBorders>
              <w:top w:val="nil"/>
              <w:left w:val="nil"/>
              <w:bottom w:val="nil"/>
              <w:right w:val="nil"/>
            </w:tcBorders>
            <w:shd w:val="clear" w:color="000000" w:fill="F2F2F2"/>
            <w:vAlign w:val="center"/>
            <w:hideMark/>
          </w:tcPr>
          <w:p w14:paraId="60CC135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w:t>
            </w:r>
          </w:p>
        </w:tc>
        <w:tc>
          <w:tcPr>
            <w:tcW w:w="462" w:type="pct"/>
            <w:tcBorders>
              <w:top w:val="nil"/>
              <w:left w:val="nil"/>
              <w:bottom w:val="nil"/>
              <w:right w:val="nil"/>
            </w:tcBorders>
            <w:shd w:val="clear" w:color="000000" w:fill="FFFFFF"/>
            <w:vAlign w:val="center"/>
            <w:hideMark/>
          </w:tcPr>
          <w:p w14:paraId="100FEBF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w:t>
            </w:r>
          </w:p>
        </w:tc>
      </w:tr>
      <w:tr w:rsidR="00726DBE" w:rsidRPr="00693325" w14:paraId="6E5753A3" w14:textId="77777777" w:rsidTr="00841CFC">
        <w:trPr>
          <w:trHeight w:val="87"/>
        </w:trPr>
        <w:tc>
          <w:tcPr>
            <w:tcW w:w="898" w:type="pct"/>
            <w:tcBorders>
              <w:top w:val="nil"/>
              <w:left w:val="nil"/>
              <w:bottom w:val="nil"/>
              <w:right w:val="nil"/>
            </w:tcBorders>
            <w:shd w:val="clear" w:color="000000" w:fill="FFFFFF"/>
            <w:vAlign w:val="center"/>
            <w:hideMark/>
          </w:tcPr>
          <w:p w14:paraId="18C3F3E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bottom w:val="nil"/>
              <w:right w:val="nil"/>
            </w:tcBorders>
            <w:shd w:val="clear" w:color="000000" w:fill="F2F2F2"/>
            <w:vAlign w:val="center"/>
            <w:hideMark/>
          </w:tcPr>
          <w:p w14:paraId="3070CF5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401" w:type="pct"/>
            <w:tcBorders>
              <w:top w:val="nil"/>
              <w:left w:val="nil"/>
              <w:bottom w:val="nil"/>
              <w:right w:val="nil"/>
            </w:tcBorders>
            <w:shd w:val="clear" w:color="000000" w:fill="F2F2F2"/>
            <w:vAlign w:val="center"/>
            <w:hideMark/>
          </w:tcPr>
          <w:p w14:paraId="72CE2D9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0" w:type="pct"/>
            <w:tcBorders>
              <w:top w:val="nil"/>
              <w:left w:val="nil"/>
              <w:bottom w:val="nil"/>
              <w:right w:val="nil"/>
            </w:tcBorders>
            <w:shd w:val="clear" w:color="000000" w:fill="F2F2F2"/>
            <w:vAlign w:val="center"/>
            <w:hideMark/>
          </w:tcPr>
          <w:p w14:paraId="6AB6F70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4.76</w:t>
            </w:r>
          </w:p>
        </w:tc>
        <w:tc>
          <w:tcPr>
            <w:tcW w:w="754" w:type="pct"/>
            <w:tcBorders>
              <w:top w:val="nil"/>
              <w:left w:val="nil"/>
              <w:bottom w:val="nil"/>
              <w:right w:val="nil"/>
            </w:tcBorders>
            <w:shd w:val="clear" w:color="000000" w:fill="FFFFFF"/>
            <w:vAlign w:val="center"/>
            <w:hideMark/>
          </w:tcPr>
          <w:p w14:paraId="082FC25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0.95</w:t>
            </w:r>
          </w:p>
        </w:tc>
        <w:tc>
          <w:tcPr>
            <w:tcW w:w="535" w:type="pct"/>
            <w:tcBorders>
              <w:top w:val="nil"/>
              <w:left w:val="nil"/>
              <w:bottom w:val="nil"/>
              <w:right w:val="nil"/>
            </w:tcBorders>
            <w:shd w:val="clear" w:color="000000" w:fill="F2F2F2"/>
            <w:vAlign w:val="center"/>
            <w:hideMark/>
          </w:tcPr>
          <w:p w14:paraId="2B3FC55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7.83</w:t>
            </w:r>
          </w:p>
        </w:tc>
        <w:tc>
          <w:tcPr>
            <w:tcW w:w="464" w:type="pct"/>
            <w:tcBorders>
              <w:top w:val="nil"/>
              <w:left w:val="nil"/>
              <w:bottom w:val="nil"/>
              <w:right w:val="nil"/>
            </w:tcBorders>
            <w:shd w:val="clear" w:color="000000" w:fill="F2F2F2"/>
            <w:vAlign w:val="center"/>
            <w:hideMark/>
          </w:tcPr>
          <w:p w14:paraId="48839CB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1.00</w:t>
            </w:r>
          </w:p>
        </w:tc>
        <w:tc>
          <w:tcPr>
            <w:tcW w:w="464" w:type="pct"/>
            <w:tcBorders>
              <w:top w:val="nil"/>
              <w:left w:val="nil"/>
              <w:bottom w:val="nil"/>
              <w:right w:val="nil"/>
            </w:tcBorders>
            <w:shd w:val="clear" w:color="000000" w:fill="F2F2F2"/>
            <w:vAlign w:val="center"/>
            <w:hideMark/>
          </w:tcPr>
          <w:p w14:paraId="7C1FCBB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8.70</w:t>
            </w:r>
          </w:p>
        </w:tc>
        <w:tc>
          <w:tcPr>
            <w:tcW w:w="462" w:type="pct"/>
            <w:tcBorders>
              <w:top w:val="nil"/>
              <w:left w:val="nil"/>
              <w:bottom w:val="nil"/>
              <w:right w:val="nil"/>
            </w:tcBorders>
            <w:shd w:val="clear" w:color="000000" w:fill="FFFFFF"/>
            <w:vAlign w:val="center"/>
            <w:hideMark/>
          </w:tcPr>
          <w:p w14:paraId="6AD7A8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1.74</w:t>
            </w:r>
          </w:p>
        </w:tc>
      </w:tr>
      <w:tr w:rsidR="00726DBE" w:rsidRPr="00693325" w14:paraId="0800CFDD" w14:textId="77777777" w:rsidTr="00841CFC">
        <w:trPr>
          <w:trHeight w:val="87"/>
        </w:trPr>
        <w:tc>
          <w:tcPr>
            <w:tcW w:w="898" w:type="pct"/>
            <w:tcBorders>
              <w:top w:val="nil"/>
              <w:left w:val="nil"/>
              <w:bottom w:val="nil"/>
              <w:right w:val="nil"/>
            </w:tcBorders>
            <w:shd w:val="clear" w:color="000000" w:fill="FFFFFF"/>
            <w:vAlign w:val="center"/>
            <w:hideMark/>
          </w:tcPr>
          <w:p w14:paraId="27308EB9"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0CE0287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2,499 (NA)</w:t>
            </w:r>
          </w:p>
        </w:tc>
        <w:tc>
          <w:tcPr>
            <w:tcW w:w="401" w:type="pct"/>
            <w:tcBorders>
              <w:top w:val="nil"/>
              <w:left w:val="nil"/>
              <w:bottom w:val="nil"/>
              <w:right w:val="nil"/>
            </w:tcBorders>
            <w:shd w:val="clear" w:color="000000" w:fill="F2F2F2"/>
            <w:vAlign w:val="center"/>
            <w:hideMark/>
          </w:tcPr>
          <w:p w14:paraId="0E7C841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0" w:type="pct"/>
            <w:tcBorders>
              <w:top w:val="nil"/>
              <w:left w:val="nil"/>
              <w:bottom w:val="nil"/>
              <w:right w:val="nil"/>
            </w:tcBorders>
            <w:shd w:val="clear" w:color="000000" w:fill="F2F2F2"/>
            <w:vAlign w:val="center"/>
            <w:hideMark/>
          </w:tcPr>
          <w:p w14:paraId="59E3542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80 (NA)</w:t>
            </w:r>
          </w:p>
        </w:tc>
        <w:tc>
          <w:tcPr>
            <w:tcW w:w="754" w:type="pct"/>
            <w:tcBorders>
              <w:top w:val="nil"/>
              <w:left w:val="nil"/>
              <w:bottom w:val="nil"/>
              <w:right w:val="nil"/>
            </w:tcBorders>
            <w:shd w:val="clear" w:color="000000" w:fill="FFFFFF"/>
            <w:vAlign w:val="center"/>
            <w:hideMark/>
          </w:tcPr>
          <w:p w14:paraId="0120E73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(NA)</w:t>
            </w:r>
          </w:p>
        </w:tc>
        <w:tc>
          <w:tcPr>
            <w:tcW w:w="535" w:type="pct"/>
            <w:tcBorders>
              <w:top w:val="nil"/>
              <w:left w:val="nil"/>
              <w:bottom w:val="nil"/>
              <w:right w:val="nil"/>
            </w:tcBorders>
            <w:shd w:val="clear" w:color="000000" w:fill="F2F2F2"/>
            <w:vAlign w:val="center"/>
            <w:hideMark/>
          </w:tcPr>
          <w:p w14:paraId="6652EA8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210 (270)</w:t>
            </w:r>
          </w:p>
        </w:tc>
        <w:tc>
          <w:tcPr>
            <w:tcW w:w="464" w:type="pct"/>
            <w:tcBorders>
              <w:top w:val="nil"/>
              <w:left w:val="nil"/>
              <w:bottom w:val="nil"/>
              <w:right w:val="nil"/>
            </w:tcBorders>
            <w:shd w:val="clear" w:color="000000" w:fill="F2F2F2"/>
            <w:vAlign w:val="center"/>
            <w:hideMark/>
          </w:tcPr>
          <w:p w14:paraId="15FCADD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 (NA)</w:t>
            </w:r>
          </w:p>
        </w:tc>
        <w:tc>
          <w:tcPr>
            <w:tcW w:w="464" w:type="pct"/>
            <w:tcBorders>
              <w:top w:val="nil"/>
              <w:left w:val="nil"/>
              <w:bottom w:val="nil"/>
              <w:right w:val="nil"/>
            </w:tcBorders>
            <w:shd w:val="clear" w:color="000000" w:fill="F2F2F2"/>
            <w:vAlign w:val="center"/>
            <w:hideMark/>
          </w:tcPr>
          <w:p w14:paraId="19A6D4A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63 (140)</w:t>
            </w:r>
          </w:p>
        </w:tc>
        <w:tc>
          <w:tcPr>
            <w:tcW w:w="462" w:type="pct"/>
            <w:tcBorders>
              <w:top w:val="nil"/>
              <w:left w:val="nil"/>
              <w:bottom w:val="nil"/>
              <w:right w:val="nil"/>
            </w:tcBorders>
            <w:shd w:val="clear" w:color="000000" w:fill="FFFFFF"/>
            <w:vAlign w:val="center"/>
            <w:hideMark/>
          </w:tcPr>
          <w:p w14:paraId="3038A43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 (8)</w:t>
            </w:r>
          </w:p>
        </w:tc>
      </w:tr>
      <w:tr w:rsidR="00726DBE" w:rsidRPr="00693325" w14:paraId="18CD2D4C" w14:textId="77777777" w:rsidTr="00841CFC">
        <w:trPr>
          <w:trHeight w:val="87"/>
        </w:trPr>
        <w:tc>
          <w:tcPr>
            <w:tcW w:w="898" w:type="pct"/>
            <w:tcBorders>
              <w:top w:val="nil"/>
              <w:left w:val="nil"/>
              <w:bottom w:val="nil"/>
              <w:right w:val="nil"/>
            </w:tcBorders>
            <w:shd w:val="clear" w:color="000000" w:fill="FFFFFF"/>
            <w:vAlign w:val="center"/>
            <w:hideMark/>
          </w:tcPr>
          <w:p w14:paraId="22330AC2"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 xml:space="preserve">Lack of normal development, IR (95% CI) </w:t>
            </w:r>
          </w:p>
        </w:tc>
        <w:tc>
          <w:tcPr>
            <w:tcW w:w="562" w:type="pct"/>
            <w:tcBorders>
              <w:top w:val="nil"/>
              <w:left w:val="nil"/>
              <w:bottom w:val="nil"/>
              <w:right w:val="nil"/>
            </w:tcBorders>
            <w:shd w:val="clear" w:color="000000" w:fill="F2F2F2"/>
            <w:vAlign w:val="center"/>
            <w:hideMark/>
          </w:tcPr>
          <w:p w14:paraId="1B30742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1,870.06)</w:t>
            </w:r>
          </w:p>
        </w:tc>
        <w:tc>
          <w:tcPr>
            <w:tcW w:w="401" w:type="pct"/>
            <w:tcBorders>
              <w:top w:val="nil"/>
              <w:left w:val="nil"/>
              <w:bottom w:val="nil"/>
              <w:right w:val="nil"/>
            </w:tcBorders>
            <w:shd w:val="clear" w:color="000000" w:fill="F2F2F2"/>
            <w:vAlign w:val="center"/>
            <w:hideMark/>
          </w:tcPr>
          <w:p w14:paraId="2CE5583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18.91 (0.48; 105.34)</w:t>
            </w:r>
          </w:p>
        </w:tc>
        <w:tc>
          <w:tcPr>
            <w:tcW w:w="460" w:type="pct"/>
            <w:tcBorders>
              <w:top w:val="nil"/>
              <w:left w:val="nil"/>
              <w:bottom w:val="nil"/>
              <w:right w:val="nil"/>
            </w:tcBorders>
            <w:shd w:val="clear" w:color="000000" w:fill="F2F2F2"/>
            <w:vAlign w:val="center"/>
            <w:hideMark/>
          </w:tcPr>
          <w:p w14:paraId="7576BBA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18.23 (0.46; 101.56)</w:t>
            </w:r>
          </w:p>
        </w:tc>
        <w:tc>
          <w:tcPr>
            <w:tcW w:w="754" w:type="pct"/>
            <w:tcBorders>
              <w:top w:val="nil"/>
              <w:left w:val="nil"/>
              <w:bottom w:val="nil"/>
              <w:right w:val="nil"/>
            </w:tcBorders>
            <w:shd w:val="clear" w:color="000000" w:fill="FFFFFF"/>
            <w:vAlign w:val="center"/>
            <w:hideMark/>
          </w:tcPr>
          <w:p w14:paraId="6708F46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6.22 (0.75; 22.46)</w:t>
            </w:r>
          </w:p>
        </w:tc>
        <w:tc>
          <w:tcPr>
            <w:tcW w:w="535" w:type="pct"/>
            <w:tcBorders>
              <w:top w:val="nil"/>
              <w:left w:val="nil"/>
              <w:bottom w:val="nil"/>
              <w:right w:val="nil"/>
            </w:tcBorders>
            <w:shd w:val="clear" w:color="000000" w:fill="F2F2F2"/>
            <w:vAlign w:val="center"/>
            <w:hideMark/>
          </w:tcPr>
          <w:p w14:paraId="5D957A1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0.00 (0.00; 318.76)</w:t>
            </w:r>
          </w:p>
        </w:tc>
        <w:tc>
          <w:tcPr>
            <w:tcW w:w="464" w:type="pct"/>
            <w:tcBorders>
              <w:top w:val="nil"/>
              <w:left w:val="nil"/>
              <w:bottom w:val="nil"/>
              <w:right w:val="nil"/>
            </w:tcBorders>
            <w:shd w:val="clear" w:color="000000" w:fill="F2F2F2"/>
            <w:vAlign w:val="center"/>
            <w:hideMark/>
          </w:tcPr>
          <w:p w14:paraId="4A7ADB8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22.26 (9.61; 43.87)</w:t>
            </w:r>
          </w:p>
        </w:tc>
        <w:tc>
          <w:tcPr>
            <w:tcW w:w="464" w:type="pct"/>
            <w:tcBorders>
              <w:top w:val="nil"/>
              <w:left w:val="nil"/>
              <w:bottom w:val="nil"/>
              <w:right w:val="nil"/>
            </w:tcBorders>
            <w:shd w:val="clear" w:color="000000" w:fill="F2F2F2"/>
            <w:vAlign w:val="center"/>
            <w:hideMark/>
          </w:tcPr>
          <w:p w14:paraId="6644322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21.57 (9.31; 42.50)</w:t>
            </w:r>
          </w:p>
        </w:tc>
        <w:tc>
          <w:tcPr>
            <w:tcW w:w="462" w:type="pct"/>
            <w:tcBorders>
              <w:top w:val="nil"/>
              <w:left w:val="nil"/>
              <w:bottom w:val="nil"/>
              <w:right w:val="nil"/>
            </w:tcBorders>
            <w:shd w:val="clear" w:color="000000" w:fill="FFFFFF"/>
            <w:vAlign w:val="center"/>
            <w:hideMark/>
          </w:tcPr>
          <w:p w14:paraId="61446B1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32.40 (22.93; 44.48)</w:t>
            </w:r>
          </w:p>
        </w:tc>
      </w:tr>
      <w:tr w:rsidR="00726DBE" w:rsidRPr="00693325" w14:paraId="796484B7" w14:textId="77777777" w:rsidTr="00841CFC">
        <w:trPr>
          <w:trHeight w:val="87"/>
        </w:trPr>
        <w:tc>
          <w:tcPr>
            <w:tcW w:w="898" w:type="pct"/>
            <w:tcBorders>
              <w:top w:val="nil"/>
              <w:left w:val="nil"/>
              <w:bottom w:val="nil"/>
              <w:right w:val="nil"/>
            </w:tcBorders>
            <w:shd w:val="clear" w:color="000000" w:fill="FFFFFF"/>
            <w:vAlign w:val="center"/>
            <w:hideMark/>
          </w:tcPr>
          <w:p w14:paraId="124F6B38"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0BD0F61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6A7CE94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460" w:type="pct"/>
            <w:tcBorders>
              <w:top w:val="nil"/>
              <w:left w:val="nil"/>
              <w:bottom w:val="nil"/>
              <w:right w:val="nil"/>
            </w:tcBorders>
            <w:shd w:val="clear" w:color="000000" w:fill="F2F2F2"/>
            <w:vAlign w:val="center"/>
            <w:hideMark/>
          </w:tcPr>
          <w:p w14:paraId="550D3ED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w:t>
            </w:r>
          </w:p>
        </w:tc>
        <w:tc>
          <w:tcPr>
            <w:tcW w:w="754" w:type="pct"/>
            <w:tcBorders>
              <w:top w:val="nil"/>
              <w:left w:val="nil"/>
              <w:bottom w:val="nil"/>
              <w:right w:val="nil"/>
            </w:tcBorders>
            <w:shd w:val="clear" w:color="000000" w:fill="FFFFFF"/>
            <w:vAlign w:val="center"/>
            <w:hideMark/>
          </w:tcPr>
          <w:p w14:paraId="7830FBA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w:t>
            </w:r>
          </w:p>
        </w:tc>
        <w:tc>
          <w:tcPr>
            <w:tcW w:w="535" w:type="pct"/>
            <w:tcBorders>
              <w:top w:val="nil"/>
              <w:left w:val="nil"/>
              <w:bottom w:val="nil"/>
              <w:right w:val="nil"/>
            </w:tcBorders>
            <w:shd w:val="clear" w:color="000000" w:fill="F2F2F2"/>
            <w:vAlign w:val="center"/>
            <w:hideMark/>
          </w:tcPr>
          <w:p w14:paraId="0A33E47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3D0106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w:t>
            </w:r>
          </w:p>
        </w:tc>
        <w:tc>
          <w:tcPr>
            <w:tcW w:w="464" w:type="pct"/>
            <w:tcBorders>
              <w:top w:val="nil"/>
              <w:left w:val="nil"/>
              <w:bottom w:val="nil"/>
              <w:right w:val="nil"/>
            </w:tcBorders>
            <w:shd w:val="clear" w:color="000000" w:fill="F2F2F2"/>
            <w:vAlign w:val="center"/>
            <w:hideMark/>
          </w:tcPr>
          <w:p w14:paraId="6013211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w:t>
            </w:r>
          </w:p>
        </w:tc>
        <w:tc>
          <w:tcPr>
            <w:tcW w:w="462" w:type="pct"/>
            <w:tcBorders>
              <w:top w:val="nil"/>
              <w:left w:val="nil"/>
              <w:bottom w:val="nil"/>
              <w:right w:val="nil"/>
            </w:tcBorders>
            <w:shd w:val="clear" w:color="000000" w:fill="FFFFFF"/>
            <w:vAlign w:val="center"/>
            <w:hideMark/>
          </w:tcPr>
          <w:p w14:paraId="58E8E34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38</w:t>
            </w:r>
          </w:p>
        </w:tc>
      </w:tr>
      <w:tr w:rsidR="00726DBE" w:rsidRPr="00693325" w14:paraId="26D42001" w14:textId="77777777" w:rsidTr="00841CFC">
        <w:trPr>
          <w:trHeight w:val="87"/>
        </w:trPr>
        <w:tc>
          <w:tcPr>
            <w:tcW w:w="898" w:type="pct"/>
            <w:tcBorders>
              <w:top w:val="nil"/>
              <w:left w:val="nil"/>
              <w:bottom w:val="nil"/>
              <w:right w:val="nil"/>
            </w:tcBorders>
            <w:shd w:val="clear" w:color="000000" w:fill="FFFFFF"/>
            <w:vAlign w:val="center"/>
            <w:hideMark/>
          </w:tcPr>
          <w:p w14:paraId="204463D5"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lastRenderedPageBreak/>
              <w:t>Percentage (%)</w:t>
            </w:r>
          </w:p>
        </w:tc>
        <w:tc>
          <w:tcPr>
            <w:tcW w:w="562" w:type="pct"/>
            <w:tcBorders>
              <w:top w:val="nil"/>
              <w:left w:val="nil"/>
              <w:bottom w:val="nil"/>
              <w:right w:val="nil"/>
            </w:tcBorders>
            <w:shd w:val="clear" w:color="000000" w:fill="F2F2F2"/>
            <w:vAlign w:val="center"/>
            <w:hideMark/>
          </w:tcPr>
          <w:p w14:paraId="7AB6A5E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01" w:type="pct"/>
            <w:tcBorders>
              <w:top w:val="nil"/>
              <w:left w:val="nil"/>
              <w:bottom w:val="nil"/>
              <w:right w:val="nil"/>
            </w:tcBorders>
            <w:shd w:val="clear" w:color="000000" w:fill="F2F2F2"/>
            <w:vAlign w:val="center"/>
            <w:hideMark/>
          </w:tcPr>
          <w:p w14:paraId="4C06E88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5.88</w:t>
            </w:r>
          </w:p>
        </w:tc>
        <w:tc>
          <w:tcPr>
            <w:tcW w:w="460" w:type="pct"/>
            <w:tcBorders>
              <w:top w:val="nil"/>
              <w:left w:val="nil"/>
              <w:bottom w:val="nil"/>
              <w:right w:val="nil"/>
            </w:tcBorders>
            <w:shd w:val="clear" w:color="000000" w:fill="F2F2F2"/>
            <w:vAlign w:val="center"/>
            <w:hideMark/>
          </w:tcPr>
          <w:p w14:paraId="4014696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5.56</w:t>
            </w:r>
          </w:p>
        </w:tc>
        <w:tc>
          <w:tcPr>
            <w:tcW w:w="754" w:type="pct"/>
            <w:tcBorders>
              <w:top w:val="nil"/>
              <w:left w:val="nil"/>
              <w:bottom w:val="nil"/>
              <w:right w:val="nil"/>
            </w:tcBorders>
            <w:shd w:val="clear" w:color="000000" w:fill="FFFFFF"/>
            <w:vAlign w:val="center"/>
            <w:hideMark/>
          </w:tcPr>
          <w:p w14:paraId="6A1D4C4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1.90</w:t>
            </w:r>
          </w:p>
        </w:tc>
        <w:tc>
          <w:tcPr>
            <w:tcW w:w="535" w:type="pct"/>
            <w:tcBorders>
              <w:top w:val="nil"/>
              <w:left w:val="nil"/>
              <w:bottom w:val="nil"/>
              <w:right w:val="nil"/>
            </w:tcBorders>
            <w:shd w:val="clear" w:color="000000" w:fill="F2F2F2"/>
            <w:vAlign w:val="center"/>
            <w:hideMark/>
          </w:tcPr>
          <w:p w14:paraId="0103CC7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w:t>
            </w:r>
          </w:p>
        </w:tc>
        <w:tc>
          <w:tcPr>
            <w:tcW w:w="464" w:type="pct"/>
            <w:tcBorders>
              <w:top w:val="nil"/>
              <w:left w:val="nil"/>
              <w:bottom w:val="nil"/>
              <w:right w:val="nil"/>
            </w:tcBorders>
            <w:shd w:val="clear" w:color="000000" w:fill="F2F2F2"/>
            <w:vAlign w:val="center"/>
            <w:hideMark/>
          </w:tcPr>
          <w:p w14:paraId="09C772B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7.62</w:t>
            </w:r>
          </w:p>
        </w:tc>
        <w:tc>
          <w:tcPr>
            <w:tcW w:w="464" w:type="pct"/>
            <w:tcBorders>
              <w:top w:val="nil"/>
              <w:left w:val="nil"/>
              <w:bottom w:val="nil"/>
              <w:right w:val="nil"/>
            </w:tcBorders>
            <w:shd w:val="clear" w:color="000000" w:fill="F2F2F2"/>
            <w:vAlign w:val="center"/>
            <w:hideMark/>
          </w:tcPr>
          <w:p w14:paraId="43893BB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7.21</w:t>
            </w:r>
          </w:p>
        </w:tc>
        <w:tc>
          <w:tcPr>
            <w:tcW w:w="462" w:type="pct"/>
            <w:tcBorders>
              <w:top w:val="nil"/>
              <w:left w:val="nil"/>
              <w:bottom w:val="nil"/>
              <w:right w:val="nil"/>
            </w:tcBorders>
            <w:shd w:val="clear" w:color="000000" w:fill="FFFFFF"/>
            <w:vAlign w:val="center"/>
            <w:hideMark/>
          </w:tcPr>
          <w:p w14:paraId="02C3A66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6.61</w:t>
            </w:r>
          </w:p>
        </w:tc>
      </w:tr>
      <w:tr w:rsidR="00726DBE" w:rsidRPr="00693325" w14:paraId="4BA7F2EB" w14:textId="77777777" w:rsidTr="00841CFC">
        <w:trPr>
          <w:trHeight w:val="87"/>
        </w:trPr>
        <w:tc>
          <w:tcPr>
            <w:tcW w:w="898" w:type="pct"/>
            <w:tcBorders>
              <w:top w:val="nil"/>
              <w:left w:val="nil"/>
              <w:bottom w:val="nil"/>
              <w:right w:val="nil"/>
            </w:tcBorders>
            <w:shd w:val="clear" w:color="000000" w:fill="FFFFFF"/>
            <w:vAlign w:val="center"/>
            <w:hideMark/>
          </w:tcPr>
          <w:p w14:paraId="32DC84A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nil"/>
              <w:right w:val="nil"/>
            </w:tcBorders>
            <w:shd w:val="clear" w:color="000000" w:fill="F2F2F2"/>
            <w:vAlign w:val="center"/>
            <w:hideMark/>
          </w:tcPr>
          <w:p w14:paraId="50D9032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01" w:type="pct"/>
            <w:tcBorders>
              <w:top w:val="nil"/>
              <w:left w:val="nil"/>
              <w:bottom w:val="nil"/>
              <w:right w:val="nil"/>
            </w:tcBorders>
            <w:shd w:val="clear" w:color="000000" w:fill="F2F2F2"/>
            <w:vAlign w:val="center"/>
            <w:hideMark/>
          </w:tcPr>
          <w:p w14:paraId="305AFA3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442 (NA)</w:t>
            </w:r>
          </w:p>
        </w:tc>
        <w:tc>
          <w:tcPr>
            <w:tcW w:w="460" w:type="pct"/>
            <w:tcBorders>
              <w:top w:val="nil"/>
              <w:left w:val="nil"/>
              <w:bottom w:val="nil"/>
              <w:right w:val="nil"/>
            </w:tcBorders>
            <w:shd w:val="clear" w:color="000000" w:fill="F2F2F2"/>
            <w:vAlign w:val="center"/>
            <w:hideMark/>
          </w:tcPr>
          <w:p w14:paraId="2D3EAE6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427 (NA)</w:t>
            </w:r>
          </w:p>
        </w:tc>
        <w:tc>
          <w:tcPr>
            <w:tcW w:w="754" w:type="pct"/>
            <w:tcBorders>
              <w:top w:val="nil"/>
              <w:left w:val="nil"/>
              <w:bottom w:val="nil"/>
              <w:right w:val="nil"/>
            </w:tcBorders>
            <w:shd w:val="clear" w:color="000000" w:fill="FFFFFF"/>
            <w:vAlign w:val="center"/>
            <w:hideMark/>
          </w:tcPr>
          <w:p w14:paraId="58B69B9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 (2)</w:t>
            </w:r>
          </w:p>
        </w:tc>
        <w:tc>
          <w:tcPr>
            <w:tcW w:w="535" w:type="pct"/>
            <w:tcBorders>
              <w:top w:val="nil"/>
              <w:left w:val="nil"/>
              <w:bottom w:val="nil"/>
              <w:right w:val="nil"/>
            </w:tcBorders>
            <w:shd w:val="clear" w:color="000000" w:fill="F2F2F2"/>
            <w:vAlign w:val="center"/>
            <w:hideMark/>
          </w:tcPr>
          <w:p w14:paraId="707C8DD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w:t>
            </w:r>
          </w:p>
        </w:tc>
        <w:tc>
          <w:tcPr>
            <w:tcW w:w="464" w:type="pct"/>
            <w:tcBorders>
              <w:top w:val="nil"/>
              <w:left w:val="nil"/>
              <w:bottom w:val="nil"/>
              <w:right w:val="nil"/>
            </w:tcBorders>
            <w:shd w:val="clear" w:color="000000" w:fill="F2F2F2"/>
            <w:vAlign w:val="center"/>
            <w:hideMark/>
          </w:tcPr>
          <w:p w14:paraId="755AF0C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 (14)</w:t>
            </w:r>
          </w:p>
        </w:tc>
        <w:tc>
          <w:tcPr>
            <w:tcW w:w="464" w:type="pct"/>
            <w:tcBorders>
              <w:top w:val="nil"/>
              <w:left w:val="nil"/>
              <w:bottom w:val="nil"/>
              <w:right w:val="nil"/>
            </w:tcBorders>
            <w:shd w:val="clear" w:color="000000" w:fill="F2F2F2"/>
            <w:vAlign w:val="center"/>
            <w:hideMark/>
          </w:tcPr>
          <w:p w14:paraId="3CD3396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 (13)</w:t>
            </w:r>
          </w:p>
        </w:tc>
        <w:tc>
          <w:tcPr>
            <w:tcW w:w="462" w:type="pct"/>
            <w:tcBorders>
              <w:top w:val="nil"/>
              <w:left w:val="nil"/>
              <w:bottom w:val="nil"/>
              <w:right w:val="nil"/>
            </w:tcBorders>
            <w:shd w:val="clear" w:color="000000" w:fill="FFFFFF"/>
            <w:vAlign w:val="center"/>
            <w:hideMark/>
          </w:tcPr>
          <w:p w14:paraId="0E4D6EF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115 (304)</w:t>
            </w:r>
          </w:p>
        </w:tc>
      </w:tr>
      <w:tr w:rsidR="00726DBE" w:rsidRPr="00693325" w14:paraId="79CA0258" w14:textId="77777777" w:rsidTr="00841CFC">
        <w:trPr>
          <w:trHeight w:val="87"/>
        </w:trPr>
        <w:tc>
          <w:tcPr>
            <w:tcW w:w="898" w:type="pct"/>
            <w:tcBorders>
              <w:top w:val="nil"/>
              <w:left w:val="nil"/>
              <w:bottom w:val="nil"/>
              <w:right w:val="nil"/>
            </w:tcBorders>
            <w:shd w:val="clear" w:color="000000" w:fill="FFFFFF"/>
            <w:vAlign w:val="center"/>
            <w:hideMark/>
          </w:tcPr>
          <w:p w14:paraId="051F09C0"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Pulmonary conditions</w:t>
            </w:r>
            <w:r w:rsidRPr="00693325">
              <w:rPr>
                <w:rFonts w:ascii="Times New Roman" w:hAnsi="Times New Roman"/>
                <w:sz w:val="16"/>
                <w:szCs w:val="16"/>
                <w:lang w:val="fr-FR"/>
              </w:rPr>
              <w:t>, IR (95% CI)</w:t>
            </w:r>
            <w:r w:rsidRPr="00693325">
              <w:rPr>
                <w:rFonts w:ascii="Times New Roman" w:hAnsi="Times New Roman"/>
                <w:sz w:val="16"/>
                <w:szCs w:val="16"/>
              </w:rPr>
              <w:t xml:space="preserve"> </w:t>
            </w:r>
          </w:p>
        </w:tc>
        <w:tc>
          <w:tcPr>
            <w:tcW w:w="562" w:type="pct"/>
            <w:tcBorders>
              <w:top w:val="nil"/>
              <w:left w:val="nil"/>
              <w:bottom w:val="nil"/>
              <w:right w:val="nil"/>
            </w:tcBorders>
            <w:shd w:val="clear" w:color="000000" w:fill="F2F2F2"/>
            <w:vAlign w:val="center"/>
            <w:hideMark/>
          </w:tcPr>
          <w:p w14:paraId="12C5BF3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1,433.25 (295.57; 4,188.55)</w:t>
            </w:r>
          </w:p>
        </w:tc>
        <w:tc>
          <w:tcPr>
            <w:tcW w:w="401" w:type="pct"/>
            <w:tcBorders>
              <w:top w:val="nil"/>
              <w:left w:val="nil"/>
              <w:bottom w:val="nil"/>
              <w:right w:val="nil"/>
            </w:tcBorders>
            <w:shd w:val="clear" w:color="000000" w:fill="F2F2F2"/>
            <w:vAlign w:val="center"/>
            <w:hideMark/>
          </w:tcPr>
          <w:p w14:paraId="4744E7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85.75 (17.68; 250.59)</w:t>
            </w:r>
          </w:p>
        </w:tc>
        <w:tc>
          <w:tcPr>
            <w:tcW w:w="460" w:type="pct"/>
            <w:tcBorders>
              <w:top w:val="nil"/>
              <w:left w:val="nil"/>
              <w:bottom w:val="nil"/>
              <w:right w:val="nil"/>
            </w:tcBorders>
            <w:shd w:val="clear" w:color="000000" w:fill="F2F2F2"/>
            <w:vAlign w:val="center"/>
            <w:hideMark/>
          </w:tcPr>
          <w:p w14:paraId="39611AF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161.81 (59.38; 352.20)</w:t>
            </w:r>
          </w:p>
        </w:tc>
        <w:tc>
          <w:tcPr>
            <w:tcW w:w="754" w:type="pct"/>
            <w:tcBorders>
              <w:top w:val="nil"/>
              <w:left w:val="nil"/>
              <w:bottom w:val="nil"/>
              <w:right w:val="nil"/>
            </w:tcBorders>
            <w:shd w:val="clear" w:color="000000" w:fill="FFFFFF"/>
            <w:vAlign w:val="center"/>
            <w:hideMark/>
          </w:tcPr>
          <w:p w14:paraId="5D55555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67.49 (40.63; 105.40)</w:t>
            </w:r>
          </w:p>
        </w:tc>
        <w:tc>
          <w:tcPr>
            <w:tcW w:w="535" w:type="pct"/>
            <w:tcBorders>
              <w:top w:val="nil"/>
              <w:left w:val="nil"/>
              <w:bottom w:val="nil"/>
              <w:right w:val="nil"/>
            </w:tcBorders>
            <w:shd w:val="clear" w:color="000000" w:fill="F2F2F2"/>
            <w:vAlign w:val="center"/>
            <w:hideMark/>
          </w:tcPr>
          <w:p w14:paraId="2DB8E1D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764.80 (330.19; 1,506.96)</w:t>
            </w:r>
          </w:p>
        </w:tc>
        <w:tc>
          <w:tcPr>
            <w:tcW w:w="464" w:type="pct"/>
            <w:tcBorders>
              <w:top w:val="nil"/>
              <w:left w:val="nil"/>
              <w:bottom w:val="nil"/>
              <w:right w:val="nil"/>
            </w:tcBorders>
            <w:shd w:val="clear" w:color="000000" w:fill="F2F2F2"/>
            <w:vAlign w:val="center"/>
            <w:hideMark/>
          </w:tcPr>
          <w:p w14:paraId="28BD0E7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94.78 (60.08; 142.21)</w:t>
            </w:r>
          </w:p>
        </w:tc>
        <w:tc>
          <w:tcPr>
            <w:tcW w:w="464" w:type="pct"/>
            <w:tcBorders>
              <w:top w:val="nil"/>
              <w:left w:val="nil"/>
              <w:bottom w:val="nil"/>
              <w:right w:val="nil"/>
            </w:tcBorders>
            <w:shd w:val="clear" w:color="000000" w:fill="F2F2F2"/>
            <w:vAlign w:val="center"/>
            <w:hideMark/>
          </w:tcPr>
          <w:p w14:paraId="77E17DE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122.46 (83.21; 173.83)</w:t>
            </w:r>
          </w:p>
        </w:tc>
        <w:tc>
          <w:tcPr>
            <w:tcW w:w="462" w:type="pct"/>
            <w:tcBorders>
              <w:top w:val="nil"/>
              <w:left w:val="nil"/>
              <w:bottom w:val="nil"/>
              <w:right w:val="nil"/>
            </w:tcBorders>
            <w:shd w:val="clear" w:color="000000" w:fill="FFFFFF"/>
            <w:vAlign w:val="center"/>
            <w:hideMark/>
          </w:tcPr>
          <w:p w14:paraId="20A8762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87.61 (70.45; 107.69)</w:t>
            </w:r>
          </w:p>
        </w:tc>
      </w:tr>
      <w:tr w:rsidR="00726DBE" w:rsidRPr="00693325" w14:paraId="1BD2A4D0" w14:textId="77777777" w:rsidTr="00841CFC">
        <w:trPr>
          <w:trHeight w:val="87"/>
        </w:trPr>
        <w:tc>
          <w:tcPr>
            <w:tcW w:w="898" w:type="pct"/>
            <w:tcBorders>
              <w:top w:val="nil"/>
              <w:left w:val="nil"/>
              <w:bottom w:val="nil"/>
              <w:right w:val="nil"/>
            </w:tcBorders>
            <w:shd w:val="clear" w:color="000000" w:fill="FFFFFF"/>
            <w:vAlign w:val="center"/>
            <w:hideMark/>
          </w:tcPr>
          <w:p w14:paraId="55C8E90C"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Sample size (n)</w:t>
            </w:r>
          </w:p>
        </w:tc>
        <w:tc>
          <w:tcPr>
            <w:tcW w:w="562" w:type="pct"/>
            <w:tcBorders>
              <w:top w:val="nil"/>
              <w:left w:val="nil"/>
              <w:bottom w:val="nil"/>
              <w:right w:val="nil"/>
            </w:tcBorders>
            <w:shd w:val="clear" w:color="000000" w:fill="F2F2F2"/>
            <w:vAlign w:val="center"/>
            <w:hideMark/>
          </w:tcPr>
          <w:p w14:paraId="17A14D9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01" w:type="pct"/>
            <w:tcBorders>
              <w:top w:val="nil"/>
              <w:left w:val="nil"/>
              <w:bottom w:val="nil"/>
              <w:right w:val="nil"/>
            </w:tcBorders>
            <w:shd w:val="clear" w:color="000000" w:fill="F2F2F2"/>
            <w:vAlign w:val="center"/>
            <w:hideMark/>
          </w:tcPr>
          <w:p w14:paraId="222AB11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w:t>
            </w:r>
          </w:p>
        </w:tc>
        <w:tc>
          <w:tcPr>
            <w:tcW w:w="460" w:type="pct"/>
            <w:tcBorders>
              <w:top w:val="nil"/>
              <w:left w:val="nil"/>
              <w:bottom w:val="nil"/>
              <w:right w:val="nil"/>
            </w:tcBorders>
            <w:shd w:val="clear" w:color="000000" w:fill="F2F2F2"/>
            <w:vAlign w:val="center"/>
            <w:hideMark/>
          </w:tcPr>
          <w:p w14:paraId="5AD77B6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w:t>
            </w:r>
          </w:p>
        </w:tc>
        <w:tc>
          <w:tcPr>
            <w:tcW w:w="754" w:type="pct"/>
            <w:tcBorders>
              <w:top w:val="nil"/>
              <w:left w:val="nil"/>
              <w:bottom w:val="nil"/>
              <w:right w:val="nil"/>
            </w:tcBorders>
            <w:shd w:val="clear" w:color="000000" w:fill="FFFFFF"/>
            <w:vAlign w:val="center"/>
            <w:hideMark/>
          </w:tcPr>
          <w:p w14:paraId="17A6921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w:t>
            </w:r>
          </w:p>
        </w:tc>
        <w:tc>
          <w:tcPr>
            <w:tcW w:w="535" w:type="pct"/>
            <w:tcBorders>
              <w:top w:val="nil"/>
              <w:left w:val="nil"/>
              <w:bottom w:val="nil"/>
              <w:right w:val="nil"/>
            </w:tcBorders>
            <w:shd w:val="clear" w:color="000000" w:fill="F2F2F2"/>
            <w:vAlign w:val="center"/>
            <w:hideMark/>
          </w:tcPr>
          <w:p w14:paraId="6C3F242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w:t>
            </w:r>
          </w:p>
        </w:tc>
        <w:tc>
          <w:tcPr>
            <w:tcW w:w="464" w:type="pct"/>
            <w:tcBorders>
              <w:top w:val="nil"/>
              <w:left w:val="nil"/>
              <w:bottom w:val="nil"/>
              <w:right w:val="nil"/>
            </w:tcBorders>
            <w:shd w:val="clear" w:color="000000" w:fill="F2F2F2"/>
            <w:vAlign w:val="center"/>
            <w:hideMark/>
          </w:tcPr>
          <w:p w14:paraId="4D5A643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23</w:t>
            </w:r>
          </w:p>
        </w:tc>
        <w:tc>
          <w:tcPr>
            <w:tcW w:w="464" w:type="pct"/>
            <w:tcBorders>
              <w:top w:val="nil"/>
              <w:left w:val="nil"/>
              <w:bottom w:val="nil"/>
              <w:right w:val="nil"/>
            </w:tcBorders>
            <w:shd w:val="clear" w:color="000000" w:fill="F2F2F2"/>
            <w:vAlign w:val="center"/>
            <w:hideMark/>
          </w:tcPr>
          <w:p w14:paraId="1FC3D55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31</w:t>
            </w:r>
          </w:p>
        </w:tc>
        <w:tc>
          <w:tcPr>
            <w:tcW w:w="462" w:type="pct"/>
            <w:tcBorders>
              <w:top w:val="nil"/>
              <w:left w:val="nil"/>
              <w:bottom w:val="nil"/>
              <w:right w:val="nil"/>
            </w:tcBorders>
            <w:shd w:val="clear" w:color="000000" w:fill="FFFFFF"/>
            <w:vAlign w:val="center"/>
            <w:hideMark/>
          </w:tcPr>
          <w:p w14:paraId="36DB72D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90</w:t>
            </w:r>
          </w:p>
        </w:tc>
      </w:tr>
      <w:tr w:rsidR="00726DBE" w:rsidRPr="00693325" w14:paraId="2FA5065A" w14:textId="77777777" w:rsidTr="00841CFC">
        <w:trPr>
          <w:trHeight w:val="87"/>
        </w:trPr>
        <w:tc>
          <w:tcPr>
            <w:tcW w:w="898" w:type="pct"/>
            <w:tcBorders>
              <w:top w:val="nil"/>
              <w:left w:val="nil"/>
              <w:right w:val="nil"/>
            </w:tcBorders>
            <w:shd w:val="clear" w:color="000000" w:fill="FFFFFF"/>
            <w:vAlign w:val="center"/>
            <w:hideMark/>
          </w:tcPr>
          <w:p w14:paraId="7B098432"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Percentage (%)</w:t>
            </w:r>
          </w:p>
        </w:tc>
        <w:tc>
          <w:tcPr>
            <w:tcW w:w="562" w:type="pct"/>
            <w:tcBorders>
              <w:top w:val="nil"/>
              <w:left w:val="nil"/>
              <w:right w:val="nil"/>
            </w:tcBorders>
            <w:shd w:val="clear" w:color="000000" w:fill="F2F2F2"/>
            <w:vAlign w:val="center"/>
            <w:hideMark/>
          </w:tcPr>
          <w:p w14:paraId="37215AB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14.29</w:t>
            </w:r>
          </w:p>
        </w:tc>
        <w:tc>
          <w:tcPr>
            <w:tcW w:w="401" w:type="pct"/>
            <w:tcBorders>
              <w:top w:val="nil"/>
              <w:left w:val="nil"/>
              <w:right w:val="nil"/>
            </w:tcBorders>
            <w:shd w:val="clear" w:color="000000" w:fill="F2F2F2"/>
            <w:vAlign w:val="center"/>
            <w:hideMark/>
          </w:tcPr>
          <w:p w14:paraId="15A0FAC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17.65</w:t>
            </w:r>
          </w:p>
        </w:tc>
        <w:tc>
          <w:tcPr>
            <w:tcW w:w="460" w:type="pct"/>
            <w:tcBorders>
              <w:top w:val="nil"/>
              <w:left w:val="nil"/>
              <w:right w:val="nil"/>
            </w:tcBorders>
            <w:shd w:val="clear" w:color="000000" w:fill="F2F2F2"/>
            <w:vAlign w:val="center"/>
            <w:hideMark/>
          </w:tcPr>
          <w:p w14:paraId="5BC0E919"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28.57</w:t>
            </w:r>
          </w:p>
        </w:tc>
        <w:tc>
          <w:tcPr>
            <w:tcW w:w="754" w:type="pct"/>
            <w:tcBorders>
              <w:top w:val="nil"/>
              <w:left w:val="nil"/>
              <w:right w:val="nil"/>
            </w:tcBorders>
            <w:shd w:val="clear" w:color="000000" w:fill="FFFFFF"/>
            <w:vAlign w:val="center"/>
            <w:hideMark/>
          </w:tcPr>
          <w:p w14:paraId="12BB514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18.1</w:t>
            </w:r>
          </w:p>
        </w:tc>
        <w:tc>
          <w:tcPr>
            <w:tcW w:w="535" w:type="pct"/>
            <w:tcBorders>
              <w:top w:val="nil"/>
              <w:left w:val="nil"/>
              <w:right w:val="nil"/>
            </w:tcBorders>
            <w:shd w:val="clear" w:color="000000" w:fill="F2F2F2"/>
            <w:vAlign w:val="center"/>
            <w:hideMark/>
          </w:tcPr>
          <w:p w14:paraId="3728F70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7.55</w:t>
            </w:r>
          </w:p>
        </w:tc>
        <w:tc>
          <w:tcPr>
            <w:tcW w:w="464" w:type="pct"/>
            <w:tcBorders>
              <w:top w:val="nil"/>
              <w:left w:val="nil"/>
              <w:right w:val="nil"/>
            </w:tcBorders>
            <w:shd w:val="clear" w:color="000000" w:fill="F2F2F2"/>
            <w:vAlign w:val="center"/>
            <w:hideMark/>
          </w:tcPr>
          <w:p w14:paraId="399A1EF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24.21</w:t>
            </w:r>
          </w:p>
        </w:tc>
        <w:tc>
          <w:tcPr>
            <w:tcW w:w="464" w:type="pct"/>
            <w:tcBorders>
              <w:top w:val="nil"/>
              <w:left w:val="nil"/>
              <w:right w:val="nil"/>
            </w:tcBorders>
            <w:shd w:val="clear" w:color="000000" w:fill="F2F2F2"/>
            <w:vAlign w:val="center"/>
            <w:hideMark/>
          </w:tcPr>
          <w:p w14:paraId="68A2A58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29.25</w:t>
            </w:r>
          </w:p>
        </w:tc>
        <w:tc>
          <w:tcPr>
            <w:tcW w:w="462" w:type="pct"/>
            <w:tcBorders>
              <w:top w:val="nil"/>
              <w:left w:val="nil"/>
              <w:right w:val="nil"/>
            </w:tcBorders>
            <w:shd w:val="clear" w:color="000000" w:fill="FFFFFF"/>
            <w:vAlign w:val="center"/>
            <w:hideMark/>
          </w:tcPr>
          <w:p w14:paraId="42B4DD9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15.65</w:t>
            </w:r>
          </w:p>
        </w:tc>
      </w:tr>
      <w:tr w:rsidR="00726DBE" w:rsidRPr="00693325" w14:paraId="3C36EE53" w14:textId="77777777" w:rsidTr="00841CFC">
        <w:trPr>
          <w:trHeight w:val="87"/>
        </w:trPr>
        <w:tc>
          <w:tcPr>
            <w:tcW w:w="898" w:type="pct"/>
            <w:tcBorders>
              <w:top w:val="nil"/>
              <w:left w:val="nil"/>
              <w:bottom w:val="single" w:sz="4" w:space="0" w:color="auto"/>
              <w:right w:val="nil"/>
            </w:tcBorders>
            <w:shd w:val="clear" w:color="000000" w:fill="FFFFFF"/>
            <w:vAlign w:val="center"/>
            <w:hideMark/>
          </w:tcPr>
          <w:p w14:paraId="68F17C24"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Costs ($), mean (SD)</w:t>
            </w:r>
          </w:p>
        </w:tc>
        <w:tc>
          <w:tcPr>
            <w:tcW w:w="562" w:type="pct"/>
            <w:tcBorders>
              <w:top w:val="nil"/>
              <w:left w:val="nil"/>
              <w:bottom w:val="single" w:sz="4" w:space="0" w:color="auto"/>
              <w:right w:val="nil"/>
            </w:tcBorders>
            <w:shd w:val="clear" w:color="000000" w:fill="F2F2F2"/>
            <w:vAlign w:val="center"/>
            <w:hideMark/>
          </w:tcPr>
          <w:p w14:paraId="13345BE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2,083 (1,959)</w:t>
            </w:r>
          </w:p>
        </w:tc>
        <w:tc>
          <w:tcPr>
            <w:tcW w:w="401" w:type="pct"/>
            <w:tcBorders>
              <w:top w:val="nil"/>
              <w:left w:val="nil"/>
              <w:bottom w:val="single" w:sz="4" w:space="0" w:color="auto"/>
              <w:right w:val="nil"/>
            </w:tcBorders>
            <w:shd w:val="clear" w:color="000000" w:fill="F2F2F2"/>
            <w:vAlign w:val="center"/>
            <w:hideMark/>
          </w:tcPr>
          <w:p w14:paraId="5AB76DA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 (3)</w:t>
            </w:r>
          </w:p>
        </w:tc>
        <w:tc>
          <w:tcPr>
            <w:tcW w:w="460" w:type="pct"/>
            <w:tcBorders>
              <w:top w:val="nil"/>
              <w:left w:val="nil"/>
              <w:bottom w:val="single" w:sz="4" w:space="0" w:color="auto"/>
              <w:right w:val="nil"/>
            </w:tcBorders>
            <w:shd w:val="clear" w:color="000000" w:fill="F2F2F2"/>
            <w:vAlign w:val="center"/>
            <w:hideMark/>
          </w:tcPr>
          <w:p w14:paraId="49F7C39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152 (295)</w:t>
            </w:r>
          </w:p>
        </w:tc>
        <w:tc>
          <w:tcPr>
            <w:tcW w:w="754" w:type="pct"/>
            <w:tcBorders>
              <w:top w:val="nil"/>
              <w:left w:val="nil"/>
              <w:bottom w:val="single" w:sz="4" w:space="0" w:color="auto"/>
              <w:right w:val="nil"/>
            </w:tcBorders>
            <w:shd w:val="clear" w:color="000000" w:fill="FFFFFF"/>
            <w:vAlign w:val="center"/>
            <w:hideMark/>
          </w:tcPr>
          <w:p w14:paraId="4116683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79 (117)</w:t>
            </w:r>
          </w:p>
        </w:tc>
        <w:tc>
          <w:tcPr>
            <w:tcW w:w="535" w:type="pct"/>
            <w:tcBorders>
              <w:top w:val="nil"/>
              <w:left w:val="nil"/>
              <w:bottom w:val="single" w:sz="4" w:space="0" w:color="auto"/>
              <w:right w:val="nil"/>
            </w:tcBorders>
            <w:shd w:val="clear" w:color="000000" w:fill="F2F2F2"/>
            <w:vAlign w:val="center"/>
            <w:hideMark/>
          </w:tcPr>
          <w:p w14:paraId="13A8FE5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749 (1,844)</w:t>
            </w:r>
          </w:p>
        </w:tc>
        <w:tc>
          <w:tcPr>
            <w:tcW w:w="464" w:type="pct"/>
            <w:tcBorders>
              <w:top w:val="nil"/>
              <w:left w:val="nil"/>
              <w:bottom w:val="single" w:sz="4" w:space="0" w:color="auto"/>
              <w:right w:val="nil"/>
            </w:tcBorders>
            <w:shd w:val="clear" w:color="000000" w:fill="F2F2F2"/>
            <w:vAlign w:val="center"/>
            <w:hideMark/>
          </w:tcPr>
          <w:p w14:paraId="5531385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15 (25)</w:t>
            </w:r>
          </w:p>
        </w:tc>
        <w:tc>
          <w:tcPr>
            <w:tcW w:w="464" w:type="pct"/>
            <w:tcBorders>
              <w:top w:val="nil"/>
              <w:left w:val="nil"/>
              <w:bottom w:val="single" w:sz="4" w:space="0" w:color="auto"/>
              <w:right w:val="nil"/>
            </w:tcBorders>
            <w:shd w:val="clear" w:color="000000" w:fill="F2F2F2"/>
            <w:vAlign w:val="center"/>
            <w:hideMark/>
          </w:tcPr>
          <w:p w14:paraId="5C4AAC41"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195 (951)</w:t>
            </w:r>
          </w:p>
        </w:tc>
        <w:tc>
          <w:tcPr>
            <w:tcW w:w="462" w:type="pct"/>
            <w:tcBorders>
              <w:top w:val="nil"/>
              <w:left w:val="nil"/>
              <w:bottom w:val="single" w:sz="4" w:space="0" w:color="auto"/>
              <w:right w:val="nil"/>
            </w:tcBorders>
            <w:shd w:val="clear" w:color="000000" w:fill="FFFFFF"/>
            <w:vAlign w:val="center"/>
            <w:hideMark/>
          </w:tcPr>
          <w:p w14:paraId="37BF2D3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210 (1,145)</w:t>
            </w:r>
          </w:p>
        </w:tc>
      </w:tr>
      <w:tr w:rsidR="00726DBE" w:rsidRPr="00693325" w14:paraId="6482CA11" w14:textId="77777777" w:rsidTr="00841CFC">
        <w:trPr>
          <w:trHeight w:val="87"/>
        </w:trPr>
        <w:tc>
          <w:tcPr>
            <w:tcW w:w="898" w:type="pct"/>
            <w:tcBorders>
              <w:top w:val="single" w:sz="4" w:space="0" w:color="auto"/>
              <w:left w:val="nil"/>
              <w:bottom w:val="nil"/>
              <w:right w:val="nil"/>
            </w:tcBorders>
            <w:shd w:val="clear" w:color="000000" w:fill="FFFFFF"/>
            <w:vAlign w:val="bottom"/>
            <w:hideMark/>
          </w:tcPr>
          <w:p w14:paraId="2261C158" w14:textId="77777777" w:rsidR="00726DBE" w:rsidRPr="00693325" w:rsidRDefault="00726DBE" w:rsidP="00841CFC">
            <w:pPr>
              <w:rPr>
                <w:rFonts w:ascii="Times New Roman" w:hAnsi="Times New Roman"/>
                <w:b/>
                <w:bCs/>
                <w:sz w:val="16"/>
                <w:szCs w:val="16"/>
              </w:rPr>
            </w:pPr>
            <w:r w:rsidRPr="00693325">
              <w:rPr>
                <w:rFonts w:ascii="Times New Roman" w:hAnsi="Times New Roman"/>
                <w:b/>
                <w:bCs/>
                <w:sz w:val="16"/>
                <w:szCs w:val="16"/>
              </w:rPr>
              <w:t>Total number of incident health outcomes (Mean, SD)</w:t>
            </w:r>
          </w:p>
        </w:tc>
        <w:tc>
          <w:tcPr>
            <w:tcW w:w="562" w:type="pct"/>
            <w:tcBorders>
              <w:top w:val="single" w:sz="4" w:space="0" w:color="auto"/>
              <w:left w:val="nil"/>
              <w:bottom w:val="nil"/>
              <w:right w:val="nil"/>
            </w:tcBorders>
            <w:shd w:val="clear" w:color="000000" w:fill="F2F2F2"/>
            <w:vAlign w:val="center"/>
            <w:hideMark/>
          </w:tcPr>
          <w:p w14:paraId="1B43029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1.46 (1.51)</w:t>
            </w:r>
          </w:p>
        </w:tc>
        <w:tc>
          <w:tcPr>
            <w:tcW w:w="401" w:type="pct"/>
            <w:tcBorders>
              <w:top w:val="single" w:sz="4" w:space="0" w:color="auto"/>
              <w:left w:val="nil"/>
              <w:bottom w:val="nil"/>
              <w:right w:val="nil"/>
            </w:tcBorders>
            <w:shd w:val="clear" w:color="000000" w:fill="F2F2F2"/>
            <w:vAlign w:val="center"/>
            <w:hideMark/>
          </w:tcPr>
          <w:p w14:paraId="74C8435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0.09 (0.26)</w:t>
            </w:r>
          </w:p>
        </w:tc>
        <w:tc>
          <w:tcPr>
            <w:tcW w:w="460" w:type="pct"/>
            <w:tcBorders>
              <w:top w:val="single" w:sz="4" w:space="0" w:color="auto"/>
              <w:left w:val="nil"/>
              <w:bottom w:val="nil"/>
              <w:right w:val="nil"/>
            </w:tcBorders>
            <w:shd w:val="clear" w:color="000000" w:fill="F2F2F2"/>
            <w:vAlign w:val="center"/>
            <w:hideMark/>
          </w:tcPr>
          <w:p w14:paraId="41CC0F3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0.31 (0.50)</w:t>
            </w:r>
          </w:p>
        </w:tc>
        <w:tc>
          <w:tcPr>
            <w:tcW w:w="754" w:type="pct"/>
            <w:tcBorders>
              <w:top w:val="single" w:sz="4" w:space="0" w:color="auto"/>
              <w:left w:val="nil"/>
              <w:bottom w:val="nil"/>
              <w:right w:val="nil"/>
            </w:tcBorders>
            <w:shd w:val="clear" w:color="000000" w:fill="FFFFFF"/>
            <w:vAlign w:val="center"/>
            <w:hideMark/>
          </w:tcPr>
          <w:p w14:paraId="4C7063DB"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0.04 (0.11)</w:t>
            </w:r>
          </w:p>
        </w:tc>
        <w:tc>
          <w:tcPr>
            <w:tcW w:w="535" w:type="pct"/>
            <w:tcBorders>
              <w:top w:val="single" w:sz="4" w:space="0" w:color="auto"/>
              <w:left w:val="nil"/>
              <w:bottom w:val="nil"/>
              <w:right w:val="nil"/>
            </w:tcBorders>
            <w:shd w:val="clear" w:color="000000" w:fill="F2F2F2"/>
            <w:vAlign w:val="center"/>
            <w:hideMark/>
          </w:tcPr>
          <w:p w14:paraId="0EB3AF3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0.76 (0.83)</w:t>
            </w:r>
          </w:p>
        </w:tc>
        <w:tc>
          <w:tcPr>
            <w:tcW w:w="464" w:type="pct"/>
            <w:tcBorders>
              <w:top w:val="single" w:sz="4" w:space="0" w:color="auto"/>
              <w:left w:val="nil"/>
              <w:bottom w:val="nil"/>
              <w:right w:val="nil"/>
            </w:tcBorders>
            <w:shd w:val="clear" w:color="000000" w:fill="F2F2F2"/>
            <w:vAlign w:val="center"/>
            <w:hideMark/>
          </w:tcPr>
          <w:p w14:paraId="1E557E9D"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0.045 (0.07)</w:t>
            </w:r>
          </w:p>
        </w:tc>
        <w:tc>
          <w:tcPr>
            <w:tcW w:w="464" w:type="pct"/>
            <w:tcBorders>
              <w:top w:val="single" w:sz="4" w:space="0" w:color="auto"/>
              <w:left w:val="nil"/>
              <w:bottom w:val="nil"/>
              <w:right w:val="nil"/>
            </w:tcBorders>
            <w:shd w:val="clear" w:color="000000" w:fill="F2F2F2"/>
            <w:vAlign w:val="center"/>
            <w:hideMark/>
          </w:tcPr>
          <w:p w14:paraId="50E7184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0.21 (0.51)</w:t>
            </w:r>
          </w:p>
        </w:tc>
        <w:tc>
          <w:tcPr>
            <w:tcW w:w="462" w:type="pct"/>
            <w:tcBorders>
              <w:top w:val="single" w:sz="4" w:space="0" w:color="auto"/>
              <w:left w:val="nil"/>
              <w:bottom w:val="nil"/>
              <w:right w:val="nil"/>
            </w:tcBorders>
            <w:shd w:val="clear" w:color="000000" w:fill="FFFFFF"/>
            <w:vAlign w:val="center"/>
            <w:hideMark/>
          </w:tcPr>
          <w:p w14:paraId="4C9AAA44"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0.04 (0.15)</w:t>
            </w:r>
          </w:p>
        </w:tc>
      </w:tr>
      <w:tr w:rsidR="00726DBE" w:rsidRPr="00693325" w14:paraId="7EBBB800" w14:textId="77777777" w:rsidTr="00841CFC">
        <w:trPr>
          <w:trHeight w:val="87"/>
        </w:trPr>
        <w:tc>
          <w:tcPr>
            <w:tcW w:w="898" w:type="pct"/>
            <w:tcBorders>
              <w:top w:val="nil"/>
              <w:left w:val="nil"/>
              <w:bottom w:val="nil"/>
              <w:right w:val="nil"/>
            </w:tcBorders>
            <w:shd w:val="clear" w:color="000000" w:fill="FFFFFF"/>
            <w:vAlign w:val="bottom"/>
            <w:hideMark/>
          </w:tcPr>
          <w:p w14:paraId="088EE670" w14:textId="77777777" w:rsidR="00726DBE" w:rsidRPr="00693325" w:rsidRDefault="00726DBE" w:rsidP="00841CFC">
            <w:pPr>
              <w:rPr>
                <w:rFonts w:ascii="Times New Roman" w:hAnsi="Times New Roman"/>
                <w:sz w:val="16"/>
                <w:szCs w:val="16"/>
              </w:rPr>
            </w:pPr>
            <w:r w:rsidRPr="00693325">
              <w:rPr>
                <w:rFonts w:ascii="Times New Roman" w:hAnsi="Times New Roman"/>
                <w:sz w:val="16"/>
                <w:szCs w:val="16"/>
              </w:rPr>
              <w:t xml:space="preserve">Total number of incident health outcomes (N, %) </w:t>
            </w:r>
          </w:p>
        </w:tc>
        <w:tc>
          <w:tcPr>
            <w:tcW w:w="562" w:type="pct"/>
            <w:tcBorders>
              <w:top w:val="nil"/>
              <w:left w:val="nil"/>
              <w:bottom w:val="nil"/>
              <w:right w:val="nil"/>
            </w:tcBorders>
            <w:shd w:val="clear" w:color="000000" w:fill="F2F2F2"/>
            <w:noWrap/>
            <w:vAlign w:val="center"/>
            <w:hideMark/>
          </w:tcPr>
          <w:p w14:paraId="6D2B1E9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 </w:t>
            </w:r>
          </w:p>
        </w:tc>
        <w:tc>
          <w:tcPr>
            <w:tcW w:w="401" w:type="pct"/>
            <w:tcBorders>
              <w:top w:val="nil"/>
              <w:left w:val="nil"/>
              <w:bottom w:val="nil"/>
              <w:right w:val="nil"/>
            </w:tcBorders>
            <w:shd w:val="clear" w:color="000000" w:fill="F2F2F2"/>
            <w:vAlign w:val="center"/>
            <w:hideMark/>
          </w:tcPr>
          <w:p w14:paraId="2A427BA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 </w:t>
            </w:r>
          </w:p>
        </w:tc>
        <w:tc>
          <w:tcPr>
            <w:tcW w:w="460" w:type="pct"/>
            <w:tcBorders>
              <w:top w:val="nil"/>
              <w:left w:val="nil"/>
              <w:bottom w:val="nil"/>
              <w:right w:val="nil"/>
            </w:tcBorders>
            <w:shd w:val="clear" w:color="000000" w:fill="F2F2F2"/>
            <w:vAlign w:val="center"/>
            <w:hideMark/>
          </w:tcPr>
          <w:p w14:paraId="538D761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 </w:t>
            </w:r>
          </w:p>
        </w:tc>
        <w:tc>
          <w:tcPr>
            <w:tcW w:w="754" w:type="pct"/>
            <w:tcBorders>
              <w:top w:val="nil"/>
              <w:left w:val="nil"/>
              <w:bottom w:val="nil"/>
              <w:right w:val="nil"/>
            </w:tcBorders>
            <w:shd w:val="clear" w:color="000000" w:fill="FFFFFF"/>
            <w:vAlign w:val="center"/>
            <w:hideMark/>
          </w:tcPr>
          <w:p w14:paraId="74F7A5A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 </w:t>
            </w:r>
          </w:p>
        </w:tc>
        <w:tc>
          <w:tcPr>
            <w:tcW w:w="535" w:type="pct"/>
            <w:tcBorders>
              <w:top w:val="nil"/>
              <w:left w:val="nil"/>
              <w:bottom w:val="nil"/>
              <w:right w:val="nil"/>
            </w:tcBorders>
            <w:shd w:val="clear" w:color="000000" w:fill="F2F2F2"/>
            <w:hideMark/>
          </w:tcPr>
          <w:p w14:paraId="5B9A969D"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 </w:t>
            </w:r>
          </w:p>
        </w:tc>
        <w:tc>
          <w:tcPr>
            <w:tcW w:w="464" w:type="pct"/>
            <w:tcBorders>
              <w:top w:val="nil"/>
              <w:left w:val="nil"/>
              <w:bottom w:val="nil"/>
              <w:right w:val="nil"/>
            </w:tcBorders>
            <w:shd w:val="clear" w:color="000000" w:fill="F2F2F2"/>
            <w:hideMark/>
          </w:tcPr>
          <w:p w14:paraId="5490DF9F"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 </w:t>
            </w:r>
          </w:p>
        </w:tc>
        <w:tc>
          <w:tcPr>
            <w:tcW w:w="464" w:type="pct"/>
            <w:tcBorders>
              <w:top w:val="nil"/>
              <w:left w:val="nil"/>
              <w:bottom w:val="nil"/>
              <w:right w:val="nil"/>
            </w:tcBorders>
            <w:shd w:val="clear" w:color="000000" w:fill="F2F2F2"/>
            <w:hideMark/>
          </w:tcPr>
          <w:p w14:paraId="54DFC7C1"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 </w:t>
            </w:r>
          </w:p>
        </w:tc>
        <w:tc>
          <w:tcPr>
            <w:tcW w:w="462" w:type="pct"/>
            <w:tcBorders>
              <w:top w:val="nil"/>
              <w:left w:val="nil"/>
              <w:bottom w:val="nil"/>
              <w:right w:val="nil"/>
            </w:tcBorders>
            <w:shd w:val="clear" w:color="000000" w:fill="FFFFFF"/>
            <w:hideMark/>
          </w:tcPr>
          <w:p w14:paraId="27FF0DA8"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 </w:t>
            </w:r>
          </w:p>
        </w:tc>
      </w:tr>
      <w:tr w:rsidR="00726DBE" w:rsidRPr="00693325" w14:paraId="025D7DE0" w14:textId="77777777" w:rsidTr="00841CFC">
        <w:trPr>
          <w:trHeight w:val="87"/>
        </w:trPr>
        <w:tc>
          <w:tcPr>
            <w:tcW w:w="898" w:type="pct"/>
            <w:tcBorders>
              <w:top w:val="nil"/>
              <w:left w:val="nil"/>
              <w:bottom w:val="nil"/>
              <w:right w:val="nil"/>
            </w:tcBorders>
            <w:shd w:val="clear" w:color="000000" w:fill="FFFFFF"/>
            <w:vAlign w:val="bottom"/>
            <w:hideMark/>
          </w:tcPr>
          <w:p w14:paraId="028ECD44"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0</w:t>
            </w:r>
          </w:p>
        </w:tc>
        <w:tc>
          <w:tcPr>
            <w:tcW w:w="562" w:type="pct"/>
            <w:tcBorders>
              <w:top w:val="nil"/>
              <w:left w:val="nil"/>
              <w:bottom w:val="nil"/>
              <w:right w:val="nil"/>
            </w:tcBorders>
            <w:shd w:val="clear" w:color="000000" w:fill="F2F2F2"/>
            <w:vAlign w:val="center"/>
            <w:hideMark/>
          </w:tcPr>
          <w:p w14:paraId="3B65678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 (23.81%)</w:t>
            </w:r>
          </w:p>
        </w:tc>
        <w:tc>
          <w:tcPr>
            <w:tcW w:w="401" w:type="pct"/>
            <w:tcBorders>
              <w:top w:val="nil"/>
              <w:left w:val="nil"/>
              <w:bottom w:val="nil"/>
              <w:right w:val="nil"/>
            </w:tcBorders>
            <w:shd w:val="clear" w:color="000000" w:fill="F2F2F2"/>
            <w:vAlign w:val="center"/>
            <w:hideMark/>
          </w:tcPr>
          <w:p w14:paraId="3C412D8A"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9 (45.00%)</w:t>
            </w:r>
          </w:p>
        </w:tc>
        <w:tc>
          <w:tcPr>
            <w:tcW w:w="460" w:type="pct"/>
            <w:tcBorders>
              <w:top w:val="nil"/>
              <w:left w:val="nil"/>
              <w:bottom w:val="nil"/>
              <w:right w:val="nil"/>
            </w:tcBorders>
            <w:shd w:val="clear" w:color="000000" w:fill="F2F2F2"/>
            <w:vAlign w:val="center"/>
            <w:hideMark/>
          </w:tcPr>
          <w:p w14:paraId="2B7CD7E8"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4 (19.05%)</w:t>
            </w:r>
          </w:p>
        </w:tc>
        <w:tc>
          <w:tcPr>
            <w:tcW w:w="754" w:type="pct"/>
            <w:tcBorders>
              <w:top w:val="nil"/>
              <w:left w:val="nil"/>
              <w:bottom w:val="nil"/>
              <w:right w:val="nil"/>
            </w:tcBorders>
            <w:shd w:val="clear" w:color="000000" w:fill="FFFFFF"/>
            <w:vAlign w:val="center"/>
            <w:hideMark/>
          </w:tcPr>
          <w:p w14:paraId="6F73B1C6"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59 (56.19%)</w:t>
            </w:r>
          </w:p>
        </w:tc>
        <w:tc>
          <w:tcPr>
            <w:tcW w:w="535" w:type="pct"/>
            <w:tcBorders>
              <w:top w:val="nil"/>
              <w:left w:val="nil"/>
              <w:bottom w:val="nil"/>
              <w:right w:val="nil"/>
            </w:tcBorders>
            <w:shd w:val="clear" w:color="000000" w:fill="F2F2F2"/>
            <w:hideMark/>
          </w:tcPr>
          <w:p w14:paraId="4477F89C"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45 (39.13%)</w:t>
            </w:r>
          </w:p>
        </w:tc>
        <w:tc>
          <w:tcPr>
            <w:tcW w:w="464" w:type="pct"/>
            <w:tcBorders>
              <w:top w:val="nil"/>
              <w:left w:val="nil"/>
              <w:bottom w:val="nil"/>
              <w:right w:val="nil"/>
            </w:tcBorders>
            <w:shd w:val="clear" w:color="000000" w:fill="F2F2F2"/>
            <w:hideMark/>
          </w:tcPr>
          <w:p w14:paraId="49893FEE"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43 (39.81%)</w:t>
            </w:r>
          </w:p>
        </w:tc>
        <w:tc>
          <w:tcPr>
            <w:tcW w:w="464" w:type="pct"/>
            <w:tcBorders>
              <w:top w:val="nil"/>
              <w:left w:val="nil"/>
              <w:bottom w:val="nil"/>
              <w:right w:val="nil"/>
            </w:tcBorders>
            <w:shd w:val="clear" w:color="000000" w:fill="F2F2F2"/>
            <w:hideMark/>
          </w:tcPr>
          <w:p w14:paraId="31665D56"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16 (13.91%)</w:t>
            </w:r>
          </w:p>
        </w:tc>
        <w:tc>
          <w:tcPr>
            <w:tcW w:w="462" w:type="pct"/>
            <w:tcBorders>
              <w:top w:val="nil"/>
              <w:left w:val="nil"/>
              <w:bottom w:val="nil"/>
              <w:right w:val="nil"/>
            </w:tcBorders>
            <w:shd w:val="clear" w:color="000000" w:fill="FFFFFF"/>
            <w:hideMark/>
          </w:tcPr>
          <w:p w14:paraId="3F1777D8"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362 (62.96%)</w:t>
            </w:r>
          </w:p>
        </w:tc>
      </w:tr>
      <w:tr w:rsidR="00726DBE" w:rsidRPr="00693325" w14:paraId="4B14A54B" w14:textId="77777777" w:rsidTr="00841CFC">
        <w:trPr>
          <w:trHeight w:val="87"/>
        </w:trPr>
        <w:tc>
          <w:tcPr>
            <w:tcW w:w="898" w:type="pct"/>
            <w:tcBorders>
              <w:top w:val="nil"/>
              <w:left w:val="nil"/>
              <w:bottom w:val="nil"/>
              <w:right w:val="nil"/>
            </w:tcBorders>
            <w:shd w:val="clear" w:color="000000" w:fill="FFFFFF"/>
            <w:vAlign w:val="bottom"/>
            <w:hideMark/>
          </w:tcPr>
          <w:p w14:paraId="57B2BD23"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1</w:t>
            </w:r>
          </w:p>
        </w:tc>
        <w:tc>
          <w:tcPr>
            <w:tcW w:w="562" w:type="pct"/>
            <w:tcBorders>
              <w:top w:val="nil"/>
              <w:left w:val="nil"/>
              <w:bottom w:val="nil"/>
              <w:right w:val="nil"/>
            </w:tcBorders>
            <w:shd w:val="clear" w:color="000000" w:fill="F2F2F2"/>
            <w:vAlign w:val="center"/>
            <w:hideMark/>
          </w:tcPr>
          <w:p w14:paraId="7F0EBB7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 (23.81%)</w:t>
            </w:r>
          </w:p>
        </w:tc>
        <w:tc>
          <w:tcPr>
            <w:tcW w:w="401" w:type="pct"/>
            <w:tcBorders>
              <w:top w:val="nil"/>
              <w:left w:val="nil"/>
              <w:bottom w:val="nil"/>
              <w:right w:val="nil"/>
            </w:tcBorders>
            <w:shd w:val="clear" w:color="000000" w:fill="F2F2F2"/>
            <w:vAlign w:val="center"/>
            <w:hideMark/>
          </w:tcPr>
          <w:p w14:paraId="733B77BC"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(15.00%)</w:t>
            </w:r>
          </w:p>
        </w:tc>
        <w:tc>
          <w:tcPr>
            <w:tcW w:w="460" w:type="pct"/>
            <w:tcBorders>
              <w:top w:val="nil"/>
              <w:left w:val="nil"/>
              <w:bottom w:val="nil"/>
              <w:right w:val="nil"/>
            </w:tcBorders>
            <w:shd w:val="clear" w:color="000000" w:fill="F2F2F2"/>
            <w:vAlign w:val="center"/>
            <w:hideMark/>
          </w:tcPr>
          <w:p w14:paraId="4B6D528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3 (14.29%)</w:t>
            </w:r>
          </w:p>
        </w:tc>
        <w:tc>
          <w:tcPr>
            <w:tcW w:w="754" w:type="pct"/>
            <w:tcBorders>
              <w:top w:val="nil"/>
              <w:left w:val="nil"/>
              <w:bottom w:val="nil"/>
              <w:right w:val="nil"/>
            </w:tcBorders>
            <w:shd w:val="clear" w:color="000000" w:fill="FFFFFF"/>
            <w:vAlign w:val="center"/>
            <w:hideMark/>
          </w:tcPr>
          <w:p w14:paraId="3C038F7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24 (22.86%)</w:t>
            </w:r>
          </w:p>
        </w:tc>
        <w:tc>
          <w:tcPr>
            <w:tcW w:w="535" w:type="pct"/>
            <w:tcBorders>
              <w:top w:val="nil"/>
              <w:left w:val="nil"/>
              <w:bottom w:val="nil"/>
              <w:right w:val="nil"/>
            </w:tcBorders>
            <w:shd w:val="clear" w:color="000000" w:fill="F2F2F2"/>
            <w:hideMark/>
          </w:tcPr>
          <w:p w14:paraId="6FA35EDB"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42 (36.52%)</w:t>
            </w:r>
          </w:p>
        </w:tc>
        <w:tc>
          <w:tcPr>
            <w:tcW w:w="464" w:type="pct"/>
            <w:tcBorders>
              <w:top w:val="nil"/>
              <w:left w:val="nil"/>
              <w:bottom w:val="nil"/>
              <w:right w:val="nil"/>
            </w:tcBorders>
            <w:shd w:val="clear" w:color="000000" w:fill="F2F2F2"/>
            <w:hideMark/>
          </w:tcPr>
          <w:p w14:paraId="697AF237"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27 (25.00%)</w:t>
            </w:r>
          </w:p>
        </w:tc>
        <w:tc>
          <w:tcPr>
            <w:tcW w:w="464" w:type="pct"/>
            <w:tcBorders>
              <w:top w:val="nil"/>
              <w:left w:val="nil"/>
              <w:bottom w:val="nil"/>
              <w:right w:val="nil"/>
            </w:tcBorders>
            <w:shd w:val="clear" w:color="000000" w:fill="F2F2F2"/>
            <w:hideMark/>
          </w:tcPr>
          <w:p w14:paraId="2CAB0F29"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28 (24.35%)</w:t>
            </w:r>
          </w:p>
        </w:tc>
        <w:tc>
          <w:tcPr>
            <w:tcW w:w="462" w:type="pct"/>
            <w:tcBorders>
              <w:top w:val="nil"/>
              <w:left w:val="nil"/>
              <w:bottom w:val="nil"/>
              <w:right w:val="nil"/>
            </w:tcBorders>
            <w:shd w:val="clear" w:color="000000" w:fill="FFFFFF"/>
            <w:hideMark/>
          </w:tcPr>
          <w:p w14:paraId="39714FF1"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109 (18.96%)</w:t>
            </w:r>
          </w:p>
        </w:tc>
      </w:tr>
      <w:tr w:rsidR="00726DBE" w:rsidRPr="00693325" w14:paraId="553EC2C3" w14:textId="77777777" w:rsidTr="00841CFC">
        <w:trPr>
          <w:trHeight w:val="87"/>
        </w:trPr>
        <w:tc>
          <w:tcPr>
            <w:tcW w:w="898" w:type="pct"/>
            <w:tcBorders>
              <w:top w:val="nil"/>
              <w:left w:val="nil"/>
              <w:bottom w:val="nil"/>
              <w:right w:val="nil"/>
            </w:tcBorders>
            <w:shd w:val="clear" w:color="000000" w:fill="FFFFFF"/>
            <w:vAlign w:val="bottom"/>
            <w:hideMark/>
          </w:tcPr>
          <w:p w14:paraId="721618CB"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2</w:t>
            </w:r>
          </w:p>
        </w:tc>
        <w:tc>
          <w:tcPr>
            <w:tcW w:w="562" w:type="pct"/>
            <w:tcBorders>
              <w:top w:val="nil"/>
              <w:left w:val="nil"/>
              <w:bottom w:val="nil"/>
              <w:right w:val="nil"/>
            </w:tcBorders>
            <w:shd w:val="clear" w:color="000000" w:fill="F2F2F2"/>
            <w:vAlign w:val="center"/>
            <w:hideMark/>
          </w:tcPr>
          <w:p w14:paraId="54C208D3"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5 (23.81%)</w:t>
            </w:r>
          </w:p>
        </w:tc>
        <w:tc>
          <w:tcPr>
            <w:tcW w:w="401" w:type="pct"/>
            <w:tcBorders>
              <w:top w:val="nil"/>
              <w:left w:val="nil"/>
              <w:bottom w:val="nil"/>
              <w:right w:val="nil"/>
            </w:tcBorders>
            <w:shd w:val="clear" w:color="000000" w:fill="F2F2F2"/>
            <w:vAlign w:val="center"/>
            <w:hideMark/>
          </w:tcPr>
          <w:p w14:paraId="32D961D7"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 (30.00%)</w:t>
            </w:r>
          </w:p>
        </w:tc>
        <w:tc>
          <w:tcPr>
            <w:tcW w:w="460" w:type="pct"/>
            <w:tcBorders>
              <w:top w:val="nil"/>
              <w:left w:val="nil"/>
              <w:bottom w:val="nil"/>
              <w:right w:val="nil"/>
            </w:tcBorders>
            <w:shd w:val="clear" w:color="000000" w:fill="F2F2F2"/>
            <w:vAlign w:val="center"/>
            <w:hideMark/>
          </w:tcPr>
          <w:p w14:paraId="588B511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 (4.76%)</w:t>
            </w:r>
          </w:p>
        </w:tc>
        <w:tc>
          <w:tcPr>
            <w:tcW w:w="754" w:type="pct"/>
            <w:tcBorders>
              <w:top w:val="nil"/>
              <w:left w:val="nil"/>
              <w:bottom w:val="nil"/>
              <w:right w:val="nil"/>
            </w:tcBorders>
            <w:shd w:val="clear" w:color="000000" w:fill="FFFFFF"/>
            <w:vAlign w:val="center"/>
            <w:hideMark/>
          </w:tcPr>
          <w:p w14:paraId="73B3C7D5"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14 (13.33%)</w:t>
            </w:r>
          </w:p>
        </w:tc>
        <w:tc>
          <w:tcPr>
            <w:tcW w:w="535" w:type="pct"/>
            <w:tcBorders>
              <w:top w:val="nil"/>
              <w:left w:val="nil"/>
              <w:bottom w:val="nil"/>
              <w:right w:val="nil"/>
            </w:tcBorders>
            <w:shd w:val="clear" w:color="000000" w:fill="F2F2F2"/>
            <w:hideMark/>
          </w:tcPr>
          <w:p w14:paraId="530631B6"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15 (13.04%)</w:t>
            </w:r>
          </w:p>
        </w:tc>
        <w:tc>
          <w:tcPr>
            <w:tcW w:w="464" w:type="pct"/>
            <w:tcBorders>
              <w:top w:val="nil"/>
              <w:left w:val="nil"/>
              <w:bottom w:val="nil"/>
              <w:right w:val="nil"/>
            </w:tcBorders>
            <w:shd w:val="clear" w:color="000000" w:fill="F2F2F2"/>
            <w:hideMark/>
          </w:tcPr>
          <w:p w14:paraId="2FADEC5C"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12 (11.11%)</w:t>
            </w:r>
          </w:p>
        </w:tc>
        <w:tc>
          <w:tcPr>
            <w:tcW w:w="464" w:type="pct"/>
            <w:tcBorders>
              <w:top w:val="nil"/>
              <w:left w:val="nil"/>
              <w:bottom w:val="nil"/>
              <w:right w:val="nil"/>
            </w:tcBorders>
            <w:shd w:val="clear" w:color="000000" w:fill="F2F2F2"/>
            <w:hideMark/>
          </w:tcPr>
          <w:p w14:paraId="3E5145B6"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32 (27.83%)</w:t>
            </w:r>
          </w:p>
        </w:tc>
        <w:tc>
          <w:tcPr>
            <w:tcW w:w="462" w:type="pct"/>
            <w:tcBorders>
              <w:top w:val="nil"/>
              <w:left w:val="nil"/>
              <w:bottom w:val="nil"/>
              <w:right w:val="nil"/>
            </w:tcBorders>
            <w:shd w:val="clear" w:color="000000" w:fill="FFFFFF"/>
            <w:hideMark/>
          </w:tcPr>
          <w:p w14:paraId="4EEC2B1C"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47 (8.17%)</w:t>
            </w:r>
          </w:p>
        </w:tc>
      </w:tr>
      <w:tr w:rsidR="00726DBE" w:rsidRPr="00693325" w14:paraId="0FA11F6C" w14:textId="77777777" w:rsidTr="00841CFC">
        <w:trPr>
          <w:trHeight w:val="87"/>
        </w:trPr>
        <w:tc>
          <w:tcPr>
            <w:tcW w:w="898" w:type="pct"/>
            <w:tcBorders>
              <w:top w:val="nil"/>
              <w:left w:val="nil"/>
              <w:bottom w:val="single" w:sz="4" w:space="0" w:color="auto"/>
              <w:right w:val="nil"/>
            </w:tcBorders>
            <w:shd w:val="clear" w:color="000000" w:fill="FFFFFF"/>
            <w:vAlign w:val="bottom"/>
            <w:hideMark/>
          </w:tcPr>
          <w:p w14:paraId="63C29AC3" w14:textId="77777777" w:rsidR="00726DBE" w:rsidRPr="00693325" w:rsidRDefault="00726DBE" w:rsidP="00841CFC">
            <w:pPr>
              <w:ind w:firstLineChars="100" w:firstLine="160"/>
              <w:rPr>
                <w:rFonts w:ascii="Times New Roman" w:hAnsi="Times New Roman"/>
                <w:sz w:val="16"/>
                <w:szCs w:val="16"/>
              </w:rPr>
            </w:pPr>
            <w:r w:rsidRPr="00693325">
              <w:rPr>
                <w:rFonts w:ascii="Times New Roman" w:hAnsi="Times New Roman"/>
                <w:sz w:val="16"/>
                <w:szCs w:val="16"/>
              </w:rPr>
              <w:t xml:space="preserve">3+ </w:t>
            </w:r>
          </w:p>
        </w:tc>
        <w:tc>
          <w:tcPr>
            <w:tcW w:w="562" w:type="pct"/>
            <w:tcBorders>
              <w:top w:val="nil"/>
              <w:left w:val="nil"/>
              <w:bottom w:val="single" w:sz="4" w:space="0" w:color="auto"/>
              <w:right w:val="nil"/>
            </w:tcBorders>
            <w:shd w:val="clear" w:color="000000" w:fill="F2F2F2"/>
            <w:vAlign w:val="center"/>
            <w:hideMark/>
          </w:tcPr>
          <w:p w14:paraId="3BB82892"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6 (28.57%)</w:t>
            </w:r>
          </w:p>
        </w:tc>
        <w:tc>
          <w:tcPr>
            <w:tcW w:w="401" w:type="pct"/>
            <w:tcBorders>
              <w:top w:val="nil"/>
              <w:left w:val="nil"/>
              <w:bottom w:val="single" w:sz="4" w:space="0" w:color="auto"/>
              <w:right w:val="nil"/>
            </w:tcBorders>
            <w:shd w:val="clear" w:color="000000" w:fill="F2F2F2"/>
            <w:vAlign w:val="center"/>
            <w:hideMark/>
          </w:tcPr>
          <w:p w14:paraId="22F93AF0"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2 (10.00%)</w:t>
            </w:r>
          </w:p>
        </w:tc>
        <w:tc>
          <w:tcPr>
            <w:tcW w:w="460" w:type="pct"/>
            <w:tcBorders>
              <w:top w:val="nil"/>
              <w:left w:val="nil"/>
              <w:bottom w:val="single" w:sz="4" w:space="0" w:color="auto"/>
              <w:right w:val="nil"/>
            </w:tcBorders>
            <w:shd w:val="clear" w:color="000000" w:fill="F2F2F2"/>
            <w:vAlign w:val="center"/>
            <w:hideMark/>
          </w:tcPr>
          <w:p w14:paraId="4E56D11E"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13 (61.90%)</w:t>
            </w:r>
          </w:p>
        </w:tc>
        <w:tc>
          <w:tcPr>
            <w:tcW w:w="754" w:type="pct"/>
            <w:tcBorders>
              <w:top w:val="nil"/>
              <w:left w:val="nil"/>
              <w:bottom w:val="single" w:sz="4" w:space="0" w:color="auto"/>
              <w:right w:val="nil"/>
            </w:tcBorders>
            <w:shd w:val="clear" w:color="000000" w:fill="FFFFFF"/>
            <w:vAlign w:val="center"/>
            <w:hideMark/>
          </w:tcPr>
          <w:p w14:paraId="73A1541F" w14:textId="77777777" w:rsidR="00726DBE" w:rsidRPr="00693325" w:rsidRDefault="00726DBE" w:rsidP="00841CFC">
            <w:pPr>
              <w:jc w:val="center"/>
              <w:rPr>
                <w:rFonts w:ascii="Times New Roman" w:hAnsi="Times New Roman"/>
                <w:sz w:val="16"/>
                <w:szCs w:val="16"/>
              </w:rPr>
            </w:pPr>
            <w:r w:rsidRPr="00693325">
              <w:rPr>
                <w:rFonts w:ascii="Times New Roman" w:hAnsi="Times New Roman"/>
                <w:sz w:val="16"/>
                <w:szCs w:val="16"/>
              </w:rPr>
              <w:t>8 (7.62%)</w:t>
            </w:r>
          </w:p>
        </w:tc>
        <w:tc>
          <w:tcPr>
            <w:tcW w:w="535" w:type="pct"/>
            <w:tcBorders>
              <w:top w:val="nil"/>
              <w:left w:val="nil"/>
              <w:bottom w:val="single" w:sz="4" w:space="0" w:color="auto"/>
              <w:right w:val="nil"/>
            </w:tcBorders>
            <w:shd w:val="clear" w:color="000000" w:fill="F2F2F2"/>
            <w:hideMark/>
          </w:tcPr>
          <w:p w14:paraId="0F251C81"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13 (11.30%)</w:t>
            </w:r>
          </w:p>
        </w:tc>
        <w:tc>
          <w:tcPr>
            <w:tcW w:w="464" w:type="pct"/>
            <w:tcBorders>
              <w:top w:val="nil"/>
              <w:left w:val="nil"/>
              <w:bottom w:val="single" w:sz="4" w:space="0" w:color="auto"/>
              <w:right w:val="nil"/>
            </w:tcBorders>
            <w:shd w:val="clear" w:color="000000" w:fill="F2F2F2"/>
            <w:hideMark/>
          </w:tcPr>
          <w:p w14:paraId="1DC3426E"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26 (24.07%)</w:t>
            </w:r>
          </w:p>
        </w:tc>
        <w:tc>
          <w:tcPr>
            <w:tcW w:w="464" w:type="pct"/>
            <w:tcBorders>
              <w:top w:val="nil"/>
              <w:left w:val="nil"/>
              <w:bottom w:val="single" w:sz="4" w:space="0" w:color="auto"/>
              <w:right w:val="nil"/>
            </w:tcBorders>
            <w:shd w:val="clear" w:color="000000" w:fill="F2F2F2"/>
            <w:hideMark/>
          </w:tcPr>
          <w:p w14:paraId="66D826F6"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39 (33.91%)</w:t>
            </w:r>
          </w:p>
        </w:tc>
        <w:tc>
          <w:tcPr>
            <w:tcW w:w="462" w:type="pct"/>
            <w:tcBorders>
              <w:top w:val="nil"/>
              <w:left w:val="nil"/>
              <w:bottom w:val="single" w:sz="4" w:space="0" w:color="auto"/>
              <w:right w:val="nil"/>
            </w:tcBorders>
            <w:shd w:val="clear" w:color="000000" w:fill="FFFFFF"/>
            <w:hideMark/>
          </w:tcPr>
          <w:p w14:paraId="0D5BA3A1" w14:textId="77777777" w:rsidR="00726DBE" w:rsidRPr="00693325" w:rsidRDefault="00726DBE" w:rsidP="00841CFC">
            <w:pPr>
              <w:jc w:val="right"/>
              <w:rPr>
                <w:rFonts w:ascii="Times New Roman" w:hAnsi="Times New Roman"/>
                <w:sz w:val="16"/>
                <w:szCs w:val="16"/>
              </w:rPr>
            </w:pPr>
            <w:r w:rsidRPr="00693325">
              <w:rPr>
                <w:rFonts w:ascii="Times New Roman" w:hAnsi="Times New Roman"/>
                <w:sz w:val="16"/>
                <w:szCs w:val="16"/>
              </w:rPr>
              <w:t>57 (9.91%)</w:t>
            </w:r>
          </w:p>
        </w:tc>
      </w:tr>
    </w:tbl>
    <w:p w14:paraId="333F3419" w14:textId="7866575F" w:rsidR="00726DBE" w:rsidRPr="00693325" w:rsidRDefault="00726DBE" w:rsidP="00726DBE">
      <w:pPr>
        <w:rPr>
          <w:rFonts w:ascii="Times New Roman" w:hAnsi="Times New Roman"/>
          <w:sz w:val="16"/>
        </w:rPr>
      </w:pPr>
      <w:r w:rsidRPr="00693325">
        <w:rPr>
          <w:rFonts w:ascii="Times New Roman" w:hAnsi="Times New Roman"/>
          <w:sz w:val="16"/>
        </w:rPr>
        <w:t>IR reported per 1,000 person years</w:t>
      </w:r>
    </w:p>
    <w:p w14:paraId="1ABE6FF6" w14:textId="11C2B51A" w:rsidR="00726DBE" w:rsidRPr="00693325" w:rsidRDefault="00726DBE" w:rsidP="00726DBE">
      <w:pPr>
        <w:rPr>
          <w:rFonts w:ascii="Times New Roman" w:hAnsi="Times New Roman"/>
          <w:sz w:val="16"/>
        </w:rPr>
      </w:pPr>
      <w:r w:rsidRPr="00693325">
        <w:rPr>
          <w:rFonts w:ascii="Times New Roman" w:hAnsi="Times New Roman"/>
          <w:sz w:val="16"/>
          <w:vertAlign w:val="superscript"/>
        </w:rPr>
        <w:t>a</w:t>
      </w:r>
      <w:r w:rsidRPr="00693325">
        <w:rPr>
          <w:rFonts w:ascii="Times New Roman" w:hAnsi="Times New Roman"/>
          <w:sz w:val="16"/>
        </w:rPr>
        <w:t>Acute phase is defined as the date of IMD admission or ED visit through 30 days after discharge</w:t>
      </w:r>
    </w:p>
    <w:p w14:paraId="16D9F1C8" w14:textId="75AA5353" w:rsidR="00726DBE" w:rsidRPr="00693325" w:rsidRDefault="00726DBE" w:rsidP="00726DBE">
      <w:pPr>
        <w:rPr>
          <w:rFonts w:ascii="Times New Roman" w:hAnsi="Times New Roman"/>
          <w:sz w:val="16"/>
        </w:rPr>
      </w:pPr>
      <w:r w:rsidRPr="00693325">
        <w:rPr>
          <w:rFonts w:ascii="Times New Roman" w:hAnsi="Times New Roman"/>
          <w:sz w:val="16"/>
          <w:vertAlign w:val="superscript"/>
        </w:rPr>
        <w:t>b</w:t>
      </w:r>
      <w:r w:rsidRPr="00693325">
        <w:rPr>
          <w:rFonts w:ascii="Times New Roman" w:hAnsi="Times New Roman"/>
          <w:sz w:val="16"/>
        </w:rPr>
        <w:t>Post-acute phase is defined as the period from 31 days after discharge through the end of the variable follow-up period, not all patients had follow-up in the post-acute phase</w:t>
      </w:r>
    </w:p>
    <w:p w14:paraId="421D4F16" w14:textId="77777777" w:rsidR="00726DBE" w:rsidRPr="00693325" w:rsidRDefault="00726DBE" w:rsidP="00726DBE">
      <w:pPr>
        <w:rPr>
          <w:rFonts w:ascii="Times New Roman" w:hAnsi="Times New Roman"/>
        </w:rPr>
      </w:pPr>
      <w:r w:rsidRPr="00693325">
        <w:rPr>
          <w:rFonts w:ascii="Times New Roman" w:hAnsi="Times New Roman"/>
          <w:sz w:val="16"/>
        </w:rPr>
        <w:t>Abbreviations: CI: confidence interval, IMD: invasive meningococcal disease, IR: incidence rate, SD: standard deviation</w:t>
      </w:r>
      <w:r w:rsidRPr="00693325">
        <w:rPr>
          <w:rFonts w:ascii="Times New Roman" w:hAnsi="Times New Roman"/>
        </w:rPr>
        <w:br w:type="page"/>
      </w:r>
    </w:p>
    <w:p w14:paraId="41ED730F" w14:textId="77777777" w:rsidR="00A0215B" w:rsidRPr="00693325" w:rsidRDefault="00A0215B" w:rsidP="00A0215B">
      <w:pPr>
        <w:spacing w:after="160" w:line="259" w:lineRule="auto"/>
        <w:rPr>
          <w:rFonts w:ascii="Times New Roman" w:hAnsi="Times New Roman"/>
          <w:sz w:val="20"/>
        </w:rPr>
      </w:pPr>
      <w:r w:rsidRPr="00693325">
        <w:rPr>
          <w:rFonts w:ascii="Times New Roman" w:hAnsi="Times New Roman"/>
          <w:b/>
          <w:sz w:val="20"/>
        </w:rPr>
        <w:lastRenderedPageBreak/>
        <w:t xml:space="preserve">Supplemental Table </w:t>
      </w:r>
      <w:r>
        <w:rPr>
          <w:rFonts w:ascii="Times New Roman" w:hAnsi="Times New Roman"/>
          <w:b/>
          <w:sz w:val="20"/>
        </w:rPr>
        <w:t>3</w:t>
      </w:r>
      <w:r w:rsidRPr="00693325">
        <w:rPr>
          <w:rFonts w:ascii="Times New Roman" w:hAnsi="Times New Roman"/>
          <w:b/>
          <w:sz w:val="20"/>
        </w:rPr>
        <w:t xml:space="preserve"> </w:t>
      </w:r>
      <w:r w:rsidRPr="00693325">
        <w:rPr>
          <w:rFonts w:ascii="Times New Roman" w:hAnsi="Times New Roman"/>
          <w:sz w:val="20"/>
        </w:rPr>
        <w:t>All-cause mortality, infants, toddlers, and children with IMD</w:t>
      </w:r>
    </w:p>
    <w:tbl>
      <w:tblPr>
        <w:tblW w:w="5000" w:type="pct"/>
        <w:tblLook w:val="04A0" w:firstRow="1" w:lastRow="0" w:firstColumn="1" w:lastColumn="0" w:noHBand="0" w:noVBand="1"/>
      </w:tblPr>
      <w:tblGrid>
        <w:gridCol w:w="2392"/>
        <w:gridCol w:w="3054"/>
        <w:gridCol w:w="2900"/>
        <w:gridCol w:w="3208"/>
        <w:gridCol w:w="2404"/>
      </w:tblGrid>
      <w:tr w:rsidR="00A0215B" w:rsidRPr="00693325" w14:paraId="2F8B3D36" w14:textId="77777777" w:rsidTr="00337482">
        <w:trPr>
          <w:trHeight w:val="70"/>
        </w:trPr>
        <w:tc>
          <w:tcPr>
            <w:tcW w:w="857" w:type="pct"/>
            <w:tcBorders>
              <w:top w:val="single" w:sz="8" w:space="0" w:color="000000"/>
              <w:left w:val="nil"/>
              <w:bottom w:val="single" w:sz="4" w:space="0" w:color="auto"/>
              <w:right w:val="nil"/>
            </w:tcBorders>
            <w:shd w:val="clear" w:color="000000" w:fill="FFFFFF"/>
            <w:vAlign w:val="center"/>
            <w:hideMark/>
          </w:tcPr>
          <w:p w14:paraId="4D63D486" w14:textId="77777777" w:rsidR="00A0215B" w:rsidRPr="00693325" w:rsidRDefault="00A0215B" w:rsidP="00337482">
            <w:pPr>
              <w:rPr>
                <w:rFonts w:ascii="Times New Roman" w:hAnsi="Times New Roman"/>
                <w:b/>
                <w:bCs/>
                <w:color w:val="000000"/>
                <w:sz w:val="16"/>
                <w:szCs w:val="16"/>
              </w:rPr>
            </w:pPr>
            <w:r>
              <w:rPr>
                <w:rFonts w:ascii="Times New Roman" w:hAnsi="Times New Roman"/>
                <w:b/>
                <w:bCs/>
                <w:color w:val="000000"/>
                <w:sz w:val="16"/>
              </w:rPr>
              <w:t>Payer</w:t>
            </w:r>
          </w:p>
        </w:tc>
        <w:tc>
          <w:tcPr>
            <w:tcW w:w="2133" w:type="pct"/>
            <w:gridSpan w:val="2"/>
            <w:tcBorders>
              <w:top w:val="single" w:sz="8" w:space="0" w:color="000000"/>
              <w:left w:val="nil"/>
              <w:bottom w:val="single" w:sz="4" w:space="0" w:color="auto"/>
              <w:right w:val="nil"/>
            </w:tcBorders>
            <w:shd w:val="clear" w:color="000000" w:fill="FFFFFF"/>
            <w:vAlign w:val="center"/>
            <w:hideMark/>
          </w:tcPr>
          <w:p w14:paraId="09DCFCDD" w14:textId="77777777" w:rsidR="00A0215B" w:rsidRPr="00693325" w:rsidRDefault="00A0215B" w:rsidP="00337482">
            <w:pPr>
              <w:jc w:val="center"/>
              <w:rPr>
                <w:rFonts w:ascii="Times New Roman" w:hAnsi="Times New Roman"/>
                <w:b/>
                <w:bCs/>
                <w:color w:val="000000"/>
                <w:sz w:val="16"/>
                <w:szCs w:val="16"/>
              </w:rPr>
            </w:pPr>
            <w:r w:rsidRPr="00693325">
              <w:rPr>
                <w:rFonts w:ascii="Times New Roman" w:hAnsi="Times New Roman"/>
                <w:b/>
                <w:bCs/>
                <w:sz w:val="16"/>
              </w:rPr>
              <w:t>Commercial</w:t>
            </w:r>
          </w:p>
        </w:tc>
        <w:tc>
          <w:tcPr>
            <w:tcW w:w="2011" w:type="pct"/>
            <w:gridSpan w:val="2"/>
            <w:tcBorders>
              <w:top w:val="single" w:sz="8" w:space="0" w:color="000000"/>
              <w:left w:val="nil"/>
              <w:bottom w:val="single" w:sz="4" w:space="0" w:color="auto"/>
              <w:right w:val="nil"/>
            </w:tcBorders>
            <w:shd w:val="clear" w:color="000000" w:fill="FFFFFF"/>
            <w:vAlign w:val="center"/>
            <w:hideMark/>
          </w:tcPr>
          <w:p w14:paraId="7DDD5823" w14:textId="77777777" w:rsidR="00A0215B" w:rsidRPr="00693325" w:rsidRDefault="00A0215B" w:rsidP="00337482">
            <w:pPr>
              <w:jc w:val="center"/>
              <w:rPr>
                <w:rFonts w:ascii="Times New Roman" w:hAnsi="Times New Roman"/>
                <w:b/>
                <w:bCs/>
                <w:color w:val="000000"/>
                <w:sz w:val="16"/>
                <w:szCs w:val="16"/>
              </w:rPr>
            </w:pPr>
            <w:r w:rsidRPr="00693325">
              <w:rPr>
                <w:rFonts w:ascii="Times New Roman" w:hAnsi="Times New Roman"/>
                <w:b/>
                <w:bCs/>
                <w:sz w:val="16"/>
              </w:rPr>
              <w:t>Medicaid</w:t>
            </w:r>
          </w:p>
        </w:tc>
      </w:tr>
      <w:tr w:rsidR="00A0215B" w:rsidRPr="00693325" w14:paraId="6456A526" w14:textId="77777777" w:rsidTr="00337482">
        <w:trPr>
          <w:trHeight w:val="224"/>
        </w:trPr>
        <w:tc>
          <w:tcPr>
            <w:tcW w:w="857" w:type="pct"/>
            <w:tcBorders>
              <w:top w:val="single" w:sz="4" w:space="0" w:color="auto"/>
              <w:left w:val="nil"/>
              <w:bottom w:val="single" w:sz="8" w:space="0" w:color="000000"/>
              <w:right w:val="nil"/>
            </w:tcBorders>
            <w:shd w:val="clear" w:color="000000" w:fill="FFFFFF"/>
            <w:vAlign w:val="center"/>
            <w:hideMark/>
          </w:tcPr>
          <w:p w14:paraId="0BB81C42" w14:textId="77777777" w:rsidR="00A0215B" w:rsidRPr="00693325" w:rsidRDefault="00A0215B" w:rsidP="00337482">
            <w:pPr>
              <w:rPr>
                <w:rFonts w:ascii="Times New Roman" w:hAnsi="Times New Roman"/>
                <w:b/>
                <w:bCs/>
                <w:color w:val="000000"/>
                <w:sz w:val="16"/>
                <w:szCs w:val="16"/>
              </w:rPr>
            </w:pPr>
            <w:r w:rsidRPr="00693325">
              <w:rPr>
                <w:rFonts w:ascii="Times New Roman" w:hAnsi="Times New Roman"/>
                <w:b/>
                <w:bCs/>
                <w:color w:val="000000"/>
                <w:sz w:val="16"/>
              </w:rPr>
              <w:t> </w:t>
            </w:r>
          </w:p>
        </w:tc>
        <w:tc>
          <w:tcPr>
            <w:tcW w:w="1094" w:type="pct"/>
            <w:tcBorders>
              <w:top w:val="single" w:sz="4" w:space="0" w:color="auto"/>
              <w:left w:val="nil"/>
              <w:bottom w:val="single" w:sz="8" w:space="0" w:color="000000"/>
              <w:right w:val="nil"/>
            </w:tcBorders>
            <w:shd w:val="clear" w:color="000000" w:fill="FFFFFF"/>
            <w:vAlign w:val="center"/>
            <w:hideMark/>
          </w:tcPr>
          <w:p w14:paraId="3120C913"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Time at Risk (days)</w:t>
            </w:r>
          </w:p>
        </w:tc>
        <w:tc>
          <w:tcPr>
            <w:tcW w:w="1039" w:type="pct"/>
            <w:tcBorders>
              <w:top w:val="single" w:sz="4" w:space="0" w:color="auto"/>
              <w:left w:val="nil"/>
              <w:bottom w:val="single" w:sz="8" w:space="0" w:color="000000"/>
              <w:right w:val="nil"/>
            </w:tcBorders>
            <w:shd w:val="clear" w:color="000000" w:fill="FFFFFF"/>
            <w:vAlign w:val="center"/>
            <w:hideMark/>
          </w:tcPr>
          <w:p w14:paraId="51CEA11D"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Mortality Rate</w:t>
            </w:r>
            <w:r w:rsidRPr="00693325">
              <w:rPr>
                <w:rFonts w:ascii="Times New Roman" w:hAnsi="Times New Roman"/>
                <w:sz w:val="16"/>
                <w:vertAlign w:val="superscript"/>
              </w:rPr>
              <w:t>a</w:t>
            </w:r>
          </w:p>
        </w:tc>
        <w:tc>
          <w:tcPr>
            <w:tcW w:w="1149" w:type="pct"/>
            <w:tcBorders>
              <w:top w:val="single" w:sz="4" w:space="0" w:color="auto"/>
              <w:left w:val="nil"/>
              <w:bottom w:val="single" w:sz="8" w:space="0" w:color="000000"/>
              <w:right w:val="nil"/>
            </w:tcBorders>
            <w:shd w:val="clear" w:color="000000" w:fill="FFFFFF"/>
            <w:vAlign w:val="center"/>
            <w:hideMark/>
          </w:tcPr>
          <w:p w14:paraId="7F07ACC0"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Time at Risk (days)</w:t>
            </w:r>
          </w:p>
        </w:tc>
        <w:tc>
          <w:tcPr>
            <w:tcW w:w="861" w:type="pct"/>
            <w:tcBorders>
              <w:top w:val="single" w:sz="4" w:space="0" w:color="auto"/>
              <w:left w:val="nil"/>
              <w:bottom w:val="single" w:sz="8" w:space="0" w:color="000000"/>
              <w:right w:val="nil"/>
            </w:tcBorders>
            <w:shd w:val="clear" w:color="000000" w:fill="FFFFFF"/>
            <w:vAlign w:val="center"/>
            <w:hideMark/>
          </w:tcPr>
          <w:p w14:paraId="647B2C12"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Mortality Rate</w:t>
            </w:r>
            <w:r w:rsidRPr="00693325">
              <w:rPr>
                <w:rFonts w:ascii="Times New Roman" w:hAnsi="Times New Roman"/>
                <w:sz w:val="16"/>
                <w:vertAlign w:val="superscript"/>
              </w:rPr>
              <w:t>a</w:t>
            </w:r>
          </w:p>
        </w:tc>
      </w:tr>
      <w:tr w:rsidR="00A0215B" w:rsidRPr="00693325" w14:paraId="0FE6B53C" w14:textId="77777777" w:rsidTr="00337482">
        <w:trPr>
          <w:trHeight w:val="53"/>
        </w:trPr>
        <w:tc>
          <w:tcPr>
            <w:tcW w:w="857" w:type="pct"/>
            <w:tcBorders>
              <w:top w:val="nil"/>
              <w:left w:val="nil"/>
              <w:bottom w:val="nil"/>
              <w:right w:val="nil"/>
            </w:tcBorders>
            <w:shd w:val="clear" w:color="000000" w:fill="FFFFFF"/>
            <w:vAlign w:val="center"/>
            <w:hideMark/>
          </w:tcPr>
          <w:p w14:paraId="6B0A913F" w14:textId="77777777" w:rsidR="00A0215B" w:rsidRPr="00693325" w:rsidRDefault="00A0215B" w:rsidP="00337482">
            <w:pPr>
              <w:rPr>
                <w:rFonts w:ascii="Times New Roman" w:hAnsi="Times New Roman"/>
                <w:color w:val="000000"/>
                <w:sz w:val="16"/>
                <w:szCs w:val="16"/>
              </w:rPr>
            </w:pPr>
            <w:r w:rsidRPr="00693325">
              <w:rPr>
                <w:rFonts w:ascii="Times New Roman" w:hAnsi="Times New Roman"/>
                <w:sz w:val="16"/>
              </w:rPr>
              <w:t>Infants</w:t>
            </w:r>
          </w:p>
        </w:tc>
        <w:tc>
          <w:tcPr>
            <w:tcW w:w="1094" w:type="pct"/>
            <w:tcBorders>
              <w:top w:val="nil"/>
              <w:left w:val="nil"/>
              <w:bottom w:val="nil"/>
              <w:right w:val="nil"/>
            </w:tcBorders>
            <w:shd w:val="clear" w:color="000000" w:fill="FFFFFF"/>
            <w:vAlign w:val="center"/>
            <w:hideMark/>
          </w:tcPr>
          <w:p w14:paraId="0F73140D"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22,308</w:t>
            </w:r>
          </w:p>
        </w:tc>
        <w:tc>
          <w:tcPr>
            <w:tcW w:w="1039" w:type="pct"/>
            <w:tcBorders>
              <w:top w:val="nil"/>
              <w:left w:val="nil"/>
              <w:bottom w:val="nil"/>
              <w:right w:val="nil"/>
            </w:tcBorders>
            <w:shd w:val="clear" w:color="000000" w:fill="FFFFFF"/>
            <w:vAlign w:val="center"/>
            <w:hideMark/>
          </w:tcPr>
          <w:p w14:paraId="4CD4FB6E"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4.48</w:t>
            </w:r>
          </w:p>
        </w:tc>
        <w:tc>
          <w:tcPr>
            <w:tcW w:w="1149" w:type="pct"/>
            <w:tcBorders>
              <w:top w:val="nil"/>
              <w:left w:val="nil"/>
              <w:bottom w:val="nil"/>
              <w:right w:val="nil"/>
            </w:tcBorders>
            <w:shd w:val="clear" w:color="000000" w:fill="FFFFFF"/>
            <w:vAlign w:val="center"/>
            <w:hideMark/>
          </w:tcPr>
          <w:p w14:paraId="21BE9A75"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149,546</w:t>
            </w:r>
          </w:p>
        </w:tc>
        <w:tc>
          <w:tcPr>
            <w:tcW w:w="861" w:type="pct"/>
            <w:tcBorders>
              <w:top w:val="nil"/>
              <w:left w:val="nil"/>
              <w:bottom w:val="nil"/>
              <w:right w:val="nil"/>
            </w:tcBorders>
            <w:shd w:val="clear" w:color="000000" w:fill="FFFFFF"/>
            <w:vAlign w:val="center"/>
            <w:hideMark/>
          </w:tcPr>
          <w:p w14:paraId="283838C5"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2.67</w:t>
            </w:r>
          </w:p>
        </w:tc>
      </w:tr>
      <w:tr w:rsidR="00A0215B" w:rsidRPr="00693325" w14:paraId="660DACEC" w14:textId="77777777" w:rsidTr="00337482">
        <w:trPr>
          <w:trHeight w:val="77"/>
        </w:trPr>
        <w:tc>
          <w:tcPr>
            <w:tcW w:w="857" w:type="pct"/>
            <w:tcBorders>
              <w:top w:val="nil"/>
              <w:left w:val="nil"/>
              <w:bottom w:val="nil"/>
              <w:right w:val="nil"/>
            </w:tcBorders>
            <w:shd w:val="clear" w:color="000000" w:fill="FFFFFF"/>
            <w:vAlign w:val="center"/>
            <w:hideMark/>
          </w:tcPr>
          <w:p w14:paraId="20C38635" w14:textId="77777777" w:rsidR="00A0215B" w:rsidRPr="00693325" w:rsidRDefault="00A0215B" w:rsidP="00337482">
            <w:pPr>
              <w:rPr>
                <w:rFonts w:ascii="Times New Roman" w:hAnsi="Times New Roman"/>
                <w:color w:val="000000"/>
                <w:sz w:val="16"/>
                <w:szCs w:val="16"/>
              </w:rPr>
            </w:pPr>
            <w:r w:rsidRPr="00693325">
              <w:rPr>
                <w:rFonts w:ascii="Times New Roman" w:hAnsi="Times New Roman"/>
                <w:sz w:val="16"/>
              </w:rPr>
              <w:t>Toddlers</w:t>
            </w:r>
          </w:p>
        </w:tc>
        <w:tc>
          <w:tcPr>
            <w:tcW w:w="1094" w:type="pct"/>
            <w:tcBorders>
              <w:top w:val="nil"/>
              <w:left w:val="nil"/>
              <w:bottom w:val="nil"/>
              <w:right w:val="nil"/>
            </w:tcBorders>
            <w:shd w:val="clear" w:color="000000" w:fill="FFFFFF"/>
            <w:vAlign w:val="center"/>
            <w:hideMark/>
          </w:tcPr>
          <w:p w14:paraId="080056B4"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15,624</w:t>
            </w:r>
          </w:p>
        </w:tc>
        <w:tc>
          <w:tcPr>
            <w:tcW w:w="1039" w:type="pct"/>
            <w:tcBorders>
              <w:top w:val="nil"/>
              <w:left w:val="nil"/>
              <w:bottom w:val="nil"/>
              <w:right w:val="nil"/>
            </w:tcBorders>
            <w:shd w:val="clear" w:color="000000" w:fill="FFFFFF"/>
            <w:vAlign w:val="center"/>
            <w:hideMark/>
          </w:tcPr>
          <w:p w14:paraId="100AFAC1"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0</w:t>
            </w:r>
          </w:p>
        </w:tc>
        <w:tc>
          <w:tcPr>
            <w:tcW w:w="1149" w:type="pct"/>
            <w:tcBorders>
              <w:top w:val="nil"/>
              <w:left w:val="nil"/>
              <w:bottom w:val="nil"/>
              <w:right w:val="nil"/>
            </w:tcBorders>
            <w:shd w:val="clear" w:color="000000" w:fill="FFFFFF"/>
            <w:vAlign w:val="center"/>
            <w:hideMark/>
          </w:tcPr>
          <w:p w14:paraId="10427CE8"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54,786</w:t>
            </w:r>
          </w:p>
        </w:tc>
        <w:tc>
          <w:tcPr>
            <w:tcW w:w="861" w:type="pct"/>
            <w:tcBorders>
              <w:top w:val="nil"/>
              <w:left w:val="nil"/>
              <w:bottom w:val="nil"/>
              <w:right w:val="nil"/>
            </w:tcBorders>
            <w:shd w:val="clear" w:color="000000" w:fill="FFFFFF"/>
            <w:vAlign w:val="center"/>
            <w:hideMark/>
          </w:tcPr>
          <w:p w14:paraId="61BE8BFF"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1.83</w:t>
            </w:r>
          </w:p>
        </w:tc>
      </w:tr>
      <w:tr w:rsidR="00A0215B" w:rsidRPr="00693325" w14:paraId="5CF627DC" w14:textId="77777777" w:rsidTr="00337482">
        <w:trPr>
          <w:trHeight w:val="77"/>
        </w:trPr>
        <w:tc>
          <w:tcPr>
            <w:tcW w:w="857" w:type="pct"/>
            <w:tcBorders>
              <w:top w:val="nil"/>
              <w:left w:val="nil"/>
              <w:bottom w:val="single" w:sz="8" w:space="0" w:color="000000"/>
              <w:right w:val="nil"/>
            </w:tcBorders>
            <w:shd w:val="clear" w:color="000000" w:fill="FFFFFF"/>
            <w:vAlign w:val="center"/>
            <w:hideMark/>
          </w:tcPr>
          <w:p w14:paraId="35AFBA2B" w14:textId="77777777" w:rsidR="00A0215B" w:rsidRPr="00693325" w:rsidRDefault="00A0215B" w:rsidP="00337482">
            <w:pPr>
              <w:rPr>
                <w:rFonts w:ascii="Times New Roman" w:hAnsi="Times New Roman"/>
                <w:color w:val="000000"/>
                <w:sz w:val="16"/>
                <w:szCs w:val="16"/>
              </w:rPr>
            </w:pPr>
            <w:r w:rsidRPr="00693325">
              <w:rPr>
                <w:rFonts w:ascii="Times New Roman" w:hAnsi="Times New Roman"/>
                <w:sz w:val="16"/>
              </w:rPr>
              <w:t>Children</w:t>
            </w:r>
          </w:p>
        </w:tc>
        <w:tc>
          <w:tcPr>
            <w:tcW w:w="1094" w:type="pct"/>
            <w:tcBorders>
              <w:top w:val="nil"/>
              <w:left w:val="nil"/>
              <w:bottom w:val="single" w:sz="8" w:space="0" w:color="000000"/>
              <w:right w:val="nil"/>
            </w:tcBorders>
            <w:shd w:val="clear" w:color="000000" w:fill="FFFFFF"/>
            <w:vAlign w:val="center"/>
            <w:hideMark/>
          </w:tcPr>
          <w:p w14:paraId="3185D4B2"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12,911</w:t>
            </w:r>
          </w:p>
        </w:tc>
        <w:tc>
          <w:tcPr>
            <w:tcW w:w="1039" w:type="pct"/>
            <w:tcBorders>
              <w:top w:val="nil"/>
              <w:left w:val="nil"/>
              <w:bottom w:val="single" w:sz="8" w:space="0" w:color="000000"/>
              <w:right w:val="nil"/>
            </w:tcBorders>
            <w:shd w:val="clear" w:color="000000" w:fill="FFFFFF"/>
            <w:vAlign w:val="center"/>
            <w:hideMark/>
          </w:tcPr>
          <w:p w14:paraId="763D78AB"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0</w:t>
            </w:r>
          </w:p>
        </w:tc>
        <w:tc>
          <w:tcPr>
            <w:tcW w:w="1149" w:type="pct"/>
            <w:tcBorders>
              <w:top w:val="nil"/>
              <w:left w:val="nil"/>
              <w:bottom w:val="single" w:sz="8" w:space="0" w:color="000000"/>
              <w:right w:val="nil"/>
            </w:tcBorders>
            <w:shd w:val="clear" w:color="000000" w:fill="FFFFFF"/>
            <w:vAlign w:val="center"/>
            <w:hideMark/>
          </w:tcPr>
          <w:p w14:paraId="2F4B2751"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7,898</w:t>
            </w:r>
          </w:p>
        </w:tc>
        <w:tc>
          <w:tcPr>
            <w:tcW w:w="861" w:type="pct"/>
            <w:tcBorders>
              <w:top w:val="nil"/>
              <w:left w:val="nil"/>
              <w:bottom w:val="single" w:sz="8" w:space="0" w:color="000000"/>
              <w:right w:val="nil"/>
            </w:tcBorders>
            <w:shd w:val="clear" w:color="000000" w:fill="FFFFFF"/>
            <w:vAlign w:val="center"/>
            <w:hideMark/>
          </w:tcPr>
          <w:p w14:paraId="7130172E"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25.32</w:t>
            </w:r>
          </w:p>
        </w:tc>
      </w:tr>
    </w:tbl>
    <w:p w14:paraId="6A640F57" w14:textId="224B8FCA" w:rsidR="00A0215B" w:rsidRPr="00693325" w:rsidRDefault="00A0215B" w:rsidP="00A0215B">
      <w:pPr>
        <w:rPr>
          <w:rFonts w:ascii="Times New Roman" w:hAnsi="Times New Roman"/>
          <w:sz w:val="16"/>
          <w:szCs w:val="16"/>
        </w:rPr>
      </w:pPr>
      <w:r w:rsidRPr="00693325">
        <w:rPr>
          <w:rFonts w:ascii="Times New Roman" w:hAnsi="Times New Roman"/>
          <w:sz w:val="16"/>
          <w:szCs w:val="16"/>
          <w:vertAlign w:val="superscript"/>
        </w:rPr>
        <w:t>a</w:t>
      </w:r>
      <w:r w:rsidRPr="00693325">
        <w:rPr>
          <w:rFonts w:ascii="Times New Roman" w:hAnsi="Times New Roman"/>
          <w:sz w:val="16"/>
          <w:szCs w:val="16"/>
        </w:rPr>
        <w:t>Mortality rate reported per 100,000 person years</w:t>
      </w:r>
    </w:p>
    <w:p w14:paraId="1BAD7671" w14:textId="77777777" w:rsidR="00A0215B" w:rsidRPr="00693325" w:rsidRDefault="00A0215B" w:rsidP="00A0215B">
      <w:pPr>
        <w:rPr>
          <w:rFonts w:ascii="Times New Roman" w:hAnsi="Times New Roman"/>
          <w:sz w:val="16"/>
          <w:szCs w:val="16"/>
        </w:rPr>
      </w:pPr>
      <w:r w:rsidRPr="00693325">
        <w:rPr>
          <w:rFonts w:ascii="Times New Roman" w:hAnsi="Times New Roman"/>
          <w:sz w:val="16"/>
          <w:szCs w:val="16"/>
        </w:rPr>
        <w:t>Abbreviations: IMD: invasive meningococcal disease</w:t>
      </w:r>
    </w:p>
    <w:p w14:paraId="799E8291" w14:textId="77777777" w:rsidR="000E29E2" w:rsidRDefault="000E29E2">
      <w:pPr>
        <w:spacing w:after="160" w:line="278" w:lineRule="auto"/>
        <w:rPr>
          <w:rFonts w:ascii="Times New Roman" w:hAnsi="Times New Roman"/>
          <w:b/>
          <w:sz w:val="20"/>
        </w:rPr>
      </w:pPr>
      <w:r>
        <w:rPr>
          <w:rFonts w:ascii="Times New Roman" w:hAnsi="Times New Roman"/>
          <w:b/>
          <w:sz w:val="20"/>
        </w:rPr>
        <w:br w:type="page"/>
      </w:r>
    </w:p>
    <w:p w14:paraId="22E013DD" w14:textId="77777777" w:rsidR="00A0215B" w:rsidRPr="00693325" w:rsidRDefault="00A0215B" w:rsidP="00A0215B">
      <w:pPr>
        <w:spacing w:after="160" w:line="259" w:lineRule="auto"/>
        <w:rPr>
          <w:rFonts w:ascii="Times New Roman" w:hAnsi="Times New Roman"/>
          <w:sz w:val="20"/>
        </w:rPr>
      </w:pPr>
      <w:r w:rsidRPr="00A86D53">
        <w:rPr>
          <w:rFonts w:ascii="Times New Roman" w:hAnsi="Times New Roman"/>
          <w:b/>
          <w:sz w:val="20"/>
        </w:rPr>
        <w:lastRenderedPageBreak/>
        <w:t xml:space="preserve">Supplemental Table 4 </w:t>
      </w:r>
      <w:r w:rsidRPr="00A86D53">
        <w:rPr>
          <w:rFonts w:ascii="Times New Roman" w:hAnsi="Times New Roman"/>
          <w:sz w:val="20"/>
        </w:rPr>
        <w:t>All-cause HCRU, infant cohorts</w:t>
      </w:r>
    </w:p>
    <w:tbl>
      <w:tblPr>
        <w:tblW w:w="5000" w:type="pct"/>
        <w:tblCellMar>
          <w:left w:w="0" w:type="dxa"/>
          <w:right w:w="0" w:type="dxa"/>
        </w:tblCellMar>
        <w:tblLook w:val="04A0" w:firstRow="1" w:lastRow="0" w:firstColumn="1" w:lastColumn="0" w:noHBand="0" w:noVBand="1"/>
      </w:tblPr>
      <w:tblGrid>
        <w:gridCol w:w="2537"/>
        <w:gridCol w:w="1192"/>
        <w:gridCol w:w="1192"/>
        <w:gridCol w:w="1192"/>
        <w:gridCol w:w="1192"/>
        <w:gridCol w:w="944"/>
        <w:gridCol w:w="1192"/>
        <w:gridCol w:w="1192"/>
        <w:gridCol w:w="1192"/>
        <w:gridCol w:w="1192"/>
        <w:gridCol w:w="941"/>
      </w:tblGrid>
      <w:tr w:rsidR="00A0215B" w:rsidRPr="00693325" w14:paraId="28D03E0C" w14:textId="77777777" w:rsidTr="00337482">
        <w:trPr>
          <w:trHeight w:val="48"/>
        </w:trPr>
        <w:tc>
          <w:tcPr>
            <w:tcW w:w="909" w:type="pct"/>
            <w:tcBorders>
              <w:top w:val="single" w:sz="8" w:space="0" w:color="000000"/>
              <w:left w:val="nil"/>
              <w:bottom w:val="nil"/>
              <w:right w:val="nil"/>
            </w:tcBorders>
            <w:shd w:val="clear" w:color="000000" w:fill="FFFFFF"/>
            <w:vAlign w:val="center"/>
          </w:tcPr>
          <w:p w14:paraId="0966CA00" w14:textId="77777777" w:rsidR="00A0215B" w:rsidRPr="000E29E2" w:rsidRDefault="00A0215B" w:rsidP="00337482">
            <w:pPr>
              <w:rPr>
                <w:rFonts w:ascii="Times New Roman" w:hAnsi="Times New Roman"/>
                <w:b/>
                <w:bCs/>
                <w:color w:val="000000"/>
                <w:sz w:val="16"/>
              </w:rPr>
            </w:pPr>
            <w:r w:rsidRPr="000E29E2">
              <w:rPr>
                <w:rFonts w:ascii="Times New Roman" w:hAnsi="Times New Roman"/>
                <w:b/>
                <w:bCs/>
                <w:color w:val="000000"/>
                <w:sz w:val="16"/>
              </w:rPr>
              <w:t>Payer</w:t>
            </w:r>
          </w:p>
        </w:tc>
        <w:tc>
          <w:tcPr>
            <w:tcW w:w="2046" w:type="pct"/>
            <w:gridSpan w:val="5"/>
            <w:tcBorders>
              <w:top w:val="single" w:sz="8" w:space="0" w:color="000000"/>
              <w:left w:val="nil"/>
              <w:bottom w:val="nil"/>
              <w:right w:val="nil"/>
            </w:tcBorders>
            <w:shd w:val="clear" w:color="auto" w:fill="FFFFFF" w:themeFill="background1"/>
            <w:vAlign w:val="center"/>
          </w:tcPr>
          <w:p w14:paraId="476004C4" w14:textId="77777777" w:rsidR="00A0215B" w:rsidRPr="00693325" w:rsidRDefault="00A0215B" w:rsidP="00337482">
            <w:pPr>
              <w:jc w:val="center"/>
              <w:rPr>
                <w:rFonts w:ascii="Times New Roman" w:hAnsi="Times New Roman"/>
                <w:b/>
                <w:bCs/>
                <w:color w:val="000000"/>
                <w:sz w:val="16"/>
                <w:szCs w:val="16"/>
              </w:rPr>
            </w:pPr>
            <w:r w:rsidRPr="00693325">
              <w:rPr>
                <w:rFonts w:ascii="Times New Roman" w:hAnsi="Times New Roman"/>
                <w:b/>
                <w:bCs/>
                <w:sz w:val="16"/>
              </w:rPr>
              <w:t>Commercial</w:t>
            </w:r>
          </w:p>
        </w:tc>
        <w:tc>
          <w:tcPr>
            <w:tcW w:w="2045" w:type="pct"/>
            <w:gridSpan w:val="5"/>
            <w:tcBorders>
              <w:top w:val="single" w:sz="8" w:space="0" w:color="000000"/>
              <w:left w:val="nil"/>
              <w:bottom w:val="nil"/>
              <w:right w:val="nil"/>
            </w:tcBorders>
            <w:shd w:val="clear" w:color="auto" w:fill="FFFFFF" w:themeFill="background1"/>
            <w:vAlign w:val="center"/>
          </w:tcPr>
          <w:p w14:paraId="49A3B7D5" w14:textId="77777777" w:rsidR="00A0215B" w:rsidRPr="00693325" w:rsidRDefault="00A0215B" w:rsidP="00337482">
            <w:pPr>
              <w:jc w:val="center"/>
              <w:rPr>
                <w:rFonts w:ascii="Times New Roman" w:hAnsi="Times New Roman"/>
                <w:b/>
                <w:bCs/>
                <w:color w:val="000000"/>
                <w:sz w:val="16"/>
                <w:szCs w:val="16"/>
              </w:rPr>
            </w:pPr>
            <w:r w:rsidRPr="00693325">
              <w:rPr>
                <w:rFonts w:ascii="Times New Roman" w:hAnsi="Times New Roman"/>
                <w:b/>
                <w:bCs/>
                <w:sz w:val="16"/>
              </w:rPr>
              <w:t>Medicaid</w:t>
            </w:r>
          </w:p>
        </w:tc>
      </w:tr>
      <w:tr w:rsidR="00A0215B" w:rsidRPr="00693325" w14:paraId="66955BF0" w14:textId="77777777" w:rsidTr="00337482">
        <w:trPr>
          <w:trHeight w:val="48"/>
        </w:trPr>
        <w:tc>
          <w:tcPr>
            <w:tcW w:w="909" w:type="pct"/>
            <w:tcBorders>
              <w:top w:val="single" w:sz="8" w:space="0" w:color="000000"/>
              <w:left w:val="nil"/>
              <w:bottom w:val="nil"/>
              <w:right w:val="nil"/>
            </w:tcBorders>
            <w:shd w:val="clear" w:color="000000" w:fill="FFFFFF"/>
            <w:vAlign w:val="center"/>
            <w:hideMark/>
          </w:tcPr>
          <w:p w14:paraId="57E919C4" w14:textId="77777777" w:rsidR="00A0215B" w:rsidRPr="00693325" w:rsidRDefault="00A0215B" w:rsidP="00337482">
            <w:pPr>
              <w:rPr>
                <w:rFonts w:ascii="Times New Roman" w:hAnsi="Times New Roman"/>
                <w:color w:val="000000"/>
                <w:sz w:val="16"/>
                <w:szCs w:val="16"/>
              </w:rPr>
            </w:pPr>
            <w:r w:rsidRPr="00693325">
              <w:rPr>
                <w:rFonts w:ascii="Times New Roman" w:hAnsi="Times New Roman"/>
                <w:color w:val="000000"/>
                <w:sz w:val="16"/>
              </w:rPr>
              <w:t> </w:t>
            </w:r>
          </w:p>
        </w:tc>
        <w:tc>
          <w:tcPr>
            <w:tcW w:w="1281" w:type="pct"/>
            <w:gridSpan w:val="3"/>
            <w:tcBorders>
              <w:top w:val="single" w:sz="8" w:space="0" w:color="000000"/>
              <w:left w:val="nil"/>
              <w:bottom w:val="nil"/>
              <w:right w:val="nil"/>
            </w:tcBorders>
            <w:shd w:val="clear" w:color="000000" w:fill="F2F2F2"/>
            <w:vAlign w:val="center"/>
            <w:hideMark/>
          </w:tcPr>
          <w:p w14:paraId="248E5204" w14:textId="77777777" w:rsidR="00A0215B" w:rsidRPr="00693325" w:rsidRDefault="00A0215B" w:rsidP="00337482">
            <w:pPr>
              <w:jc w:val="center"/>
              <w:rPr>
                <w:rFonts w:ascii="Times New Roman" w:hAnsi="Times New Roman"/>
                <w:b/>
                <w:bCs/>
                <w:color w:val="000000"/>
                <w:sz w:val="16"/>
                <w:szCs w:val="16"/>
              </w:rPr>
            </w:pPr>
            <w:r>
              <w:rPr>
                <w:rFonts w:ascii="Times New Roman" w:hAnsi="Times New Roman"/>
                <w:b/>
                <w:bCs/>
                <w:sz w:val="16"/>
              </w:rPr>
              <w:t>Infant</w:t>
            </w:r>
            <w:r w:rsidRPr="00693325">
              <w:rPr>
                <w:rFonts w:ascii="Times New Roman" w:hAnsi="Times New Roman"/>
                <w:b/>
                <w:bCs/>
                <w:sz w:val="16"/>
              </w:rPr>
              <w:t>s with IMD</w:t>
            </w:r>
          </w:p>
        </w:tc>
        <w:tc>
          <w:tcPr>
            <w:tcW w:w="427" w:type="pct"/>
            <w:tcBorders>
              <w:top w:val="single" w:sz="8" w:space="0" w:color="000000"/>
              <w:left w:val="nil"/>
              <w:bottom w:val="nil"/>
              <w:right w:val="nil"/>
            </w:tcBorders>
            <w:shd w:val="clear" w:color="000000" w:fill="FFFFFF"/>
            <w:vAlign w:val="center"/>
            <w:hideMark/>
          </w:tcPr>
          <w:p w14:paraId="02ED26D1" w14:textId="77777777" w:rsidR="00A0215B" w:rsidRPr="00693325" w:rsidRDefault="00A0215B" w:rsidP="00337482">
            <w:pPr>
              <w:jc w:val="center"/>
              <w:rPr>
                <w:rFonts w:ascii="Times New Roman" w:hAnsi="Times New Roman"/>
                <w:b/>
                <w:bCs/>
                <w:color w:val="000000"/>
                <w:sz w:val="16"/>
                <w:szCs w:val="16"/>
              </w:rPr>
            </w:pPr>
            <w:r>
              <w:rPr>
                <w:rFonts w:ascii="Times New Roman" w:hAnsi="Times New Roman"/>
                <w:b/>
                <w:bCs/>
                <w:sz w:val="16"/>
              </w:rPr>
              <w:t>Infants</w:t>
            </w:r>
            <w:r w:rsidRPr="00693325">
              <w:rPr>
                <w:rFonts w:ascii="Times New Roman" w:hAnsi="Times New Roman"/>
                <w:b/>
                <w:bCs/>
                <w:sz w:val="16"/>
              </w:rPr>
              <w:t xml:space="preserve"> without IMD</w:t>
            </w:r>
          </w:p>
        </w:tc>
        <w:tc>
          <w:tcPr>
            <w:tcW w:w="338" w:type="pct"/>
            <w:tcBorders>
              <w:top w:val="single" w:sz="8" w:space="0" w:color="000000"/>
              <w:left w:val="nil"/>
              <w:bottom w:val="nil"/>
              <w:right w:val="nil"/>
            </w:tcBorders>
            <w:shd w:val="clear" w:color="000000" w:fill="FFFFFF"/>
            <w:vAlign w:val="center"/>
            <w:hideMark/>
          </w:tcPr>
          <w:p w14:paraId="5EF6DEB7" w14:textId="77777777" w:rsidR="00A0215B" w:rsidRPr="00693325" w:rsidRDefault="00A0215B" w:rsidP="00337482">
            <w:pPr>
              <w:jc w:val="center"/>
              <w:rPr>
                <w:rFonts w:ascii="Times New Roman" w:hAnsi="Times New Roman"/>
                <w:b/>
                <w:bCs/>
                <w:color w:val="000000"/>
                <w:sz w:val="16"/>
                <w:szCs w:val="16"/>
              </w:rPr>
            </w:pPr>
            <w:r w:rsidRPr="00693325">
              <w:rPr>
                <w:rFonts w:ascii="Times New Roman" w:hAnsi="Times New Roman"/>
                <w:b/>
                <w:bCs/>
                <w:color w:val="000000"/>
                <w:sz w:val="16"/>
                <w:szCs w:val="16"/>
              </w:rPr>
              <w:t> </w:t>
            </w:r>
          </w:p>
        </w:tc>
        <w:tc>
          <w:tcPr>
            <w:tcW w:w="1281" w:type="pct"/>
            <w:gridSpan w:val="3"/>
            <w:tcBorders>
              <w:top w:val="single" w:sz="8" w:space="0" w:color="000000"/>
              <w:left w:val="nil"/>
              <w:bottom w:val="nil"/>
              <w:right w:val="nil"/>
            </w:tcBorders>
            <w:shd w:val="clear" w:color="000000" w:fill="F2F2F2"/>
            <w:vAlign w:val="center"/>
            <w:hideMark/>
          </w:tcPr>
          <w:p w14:paraId="3FCAF490" w14:textId="77777777" w:rsidR="00A0215B" w:rsidRPr="00693325" w:rsidRDefault="00A0215B" w:rsidP="00337482">
            <w:pPr>
              <w:jc w:val="center"/>
              <w:rPr>
                <w:rFonts w:ascii="Times New Roman" w:hAnsi="Times New Roman"/>
                <w:b/>
                <w:bCs/>
                <w:color w:val="000000"/>
                <w:sz w:val="16"/>
                <w:szCs w:val="16"/>
              </w:rPr>
            </w:pPr>
            <w:r>
              <w:rPr>
                <w:rFonts w:ascii="Times New Roman" w:hAnsi="Times New Roman"/>
                <w:b/>
                <w:bCs/>
                <w:sz w:val="16"/>
              </w:rPr>
              <w:t>Infant</w:t>
            </w:r>
            <w:r w:rsidRPr="00693325">
              <w:rPr>
                <w:rFonts w:ascii="Times New Roman" w:hAnsi="Times New Roman"/>
                <w:b/>
                <w:bCs/>
                <w:sz w:val="16"/>
              </w:rPr>
              <w:t>s with IMD</w:t>
            </w:r>
          </w:p>
        </w:tc>
        <w:tc>
          <w:tcPr>
            <w:tcW w:w="427" w:type="pct"/>
            <w:tcBorders>
              <w:top w:val="single" w:sz="8" w:space="0" w:color="000000"/>
              <w:left w:val="nil"/>
              <w:bottom w:val="nil"/>
              <w:right w:val="nil"/>
            </w:tcBorders>
            <w:shd w:val="clear" w:color="000000" w:fill="FFFFFF"/>
            <w:vAlign w:val="center"/>
            <w:hideMark/>
          </w:tcPr>
          <w:p w14:paraId="6815203C" w14:textId="77777777" w:rsidR="00A0215B" w:rsidRPr="00693325" w:rsidRDefault="00A0215B" w:rsidP="00337482">
            <w:pPr>
              <w:jc w:val="center"/>
              <w:rPr>
                <w:rFonts w:ascii="Times New Roman" w:hAnsi="Times New Roman"/>
                <w:b/>
                <w:bCs/>
                <w:color w:val="000000"/>
                <w:sz w:val="16"/>
                <w:szCs w:val="16"/>
              </w:rPr>
            </w:pPr>
            <w:r>
              <w:rPr>
                <w:rFonts w:ascii="Times New Roman" w:hAnsi="Times New Roman"/>
                <w:b/>
                <w:bCs/>
                <w:sz w:val="16"/>
              </w:rPr>
              <w:t>Infant</w:t>
            </w:r>
            <w:r w:rsidRPr="00693325">
              <w:rPr>
                <w:rFonts w:ascii="Times New Roman" w:hAnsi="Times New Roman"/>
                <w:b/>
                <w:bCs/>
                <w:sz w:val="16"/>
              </w:rPr>
              <w:t>s without IMD</w:t>
            </w:r>
          </w:p>
        </w:tc>
        <w:tc>
          <w:tcPr>
            <w:tcW w:w="337" w:type="pct"/>
            <w:tcBorders>
              <w:top w:val="single" w:sz="8" w:space="0" w:color="000000"/>
              <w:left w:val="nil"/>
              <w:bottom w:val="nil"/>
              <w:right w:val="nil"/>
            </w:tcBorders>
            <w:shd w:val="clear" w:color="000000" w:fill="FFFFFF"/>
            <w:vAlign w:val="center"/>
            <w:hideMark/>
          </w:tcPr>
          <w:p w14:paraId="0D829B88" w14:textId="77777777" w:rsidR="00A0215B" w:rsidRPr="00693325" w:rsidRDefault="00A0215B" w:rsidP="00337482">
            <w:pPr>
              <w:jc w:val="center"/>
              <w:rPr>
                <w:rFonts w:ascii="Times New Roman" w:hAnsi="Times New Roman"/>
                <w:b/>
                <w:bCs/>
                <w:color w:val="000000"/>
                <w:sz w:val="16"/>
                <w:szCs w:val="16"/>
              </w:rPr>
            </w:pPr>
            <w:r w:rsidRPr="00693325">
              <w:rPr>
                <w:rFonts w:ascii="Times New Roman" w:hAnsi="Times New Roman"/>
                <w:b/>
                <w:bCs/>
                <w:color w:val="000000"/>
                <w:sz w:val="16"/>
                <w:szCs w:val="16"/>
              </w:rPr>
              <w:t> </w:t>
            </w:r>
          </w:p>
        </w:tc>
      </w:tr>
      <w:tr w:rsidR="00A0215B" w:rsidRPr="00693325" w14:paraId="3EAB5CC7" w14:textId="77777777" w:rsidTr="00337482">
        <w:trPr>
          <w:trHeight w:val="68"/>
        </w:trPr>
        <w:tc>
          <w:tcPr>
            <w:tcW w:w="909" w:type="pct"/>
            <w:vMerge w:val="restart"/>
            <w:tcBorders>
              <w:top w:val="nil"/>
              <w:left w:val="nil"/>
              <w:bottom w:val="single" w:sz="8" w:space="0" w:color="000000"/>
              <w:right w:val="nil"/>
            </w:tcBorders>
            <w:shd w:val="clear" w:color="000000" w:fill="FFFFFF"/>
            <w:vAlign w:val="center"/>
            <w:hideMark/>
          </w:tcPr>
          <w:p w14:paraId="0AF4F47C" w14:textId="77777777" w:rsidR="00A0215B" w:rsidRPr="00693325" w:rsidRDefault="00A0215B" w:rsidP="00337482">
            <w:pPr>
              <w:rPr>
                <w:rFonts w:ascii="Times New Roman" w:hAnsi="Times New Roman"/>
                <w:color w:val="000000"/>
                <w:sz w:val="16"/>
                <w:szCs w:val="16"/>
              </w:rPr>
            </w:pPr>
            <w:r w:rsidRPr="00693325">
              <w:rPr>
                <w:rFonts w:ascii="Times New Roman" w:hAnsi="Times New Roman"/>
                <w:sz w:val="16"/>
              </w:rPr>
              <w:t> </w:t>
            </w:r>
          </w:p>
        </w:tc>
        <w:tc>
          <w:tcPr>
            <w:tcW w:w="427" w:type="pct"/>
            <w:tcBorders>
              <w:top w:val="nil"/>
              <w:left w:val="nil"/>
              <w:bottom w:val="nil"/>
              <w:right w:val="nil"/>
            </w:tcBorders>
            <w:shd w:val="clear" w:color="000000" w:fill="F2F2F2"/>
            <w:vAlign w:val="center"/>
            <w:hideMark/>
          </w:tcPr>
          <w:p w14:paraId="7253FAE8"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27" w:type="pct"/>
            <w:tcBorders>
              <w:top w:val="nil"/>
              <w:left w:val="nil"/>
              <w:bottom w:val="nil"/>
              <w:right w:val="nil"/>
            </w:tcBorders>
            <w:shd w:val="clear" w:color="000000" w:fill="F2F2F2"/>
            <w:vAlign w:val="center"/>
            <w:hideMark/>
          </w:tcPr>
          <w:p w14:paraId="1ACD8986"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27" w:type="pct"/>
            <w:tcBorders>
              <w:top w:val="nil"/>
              <w:left w:val="nil"/>
              <w:bottom w:val="nil"/>
              <w:right w:val="nil"/>
            </w:tcBorders>
            <w:shd w:val="clear" w:color="000000" w:fill="F2F2F2"/>
            <w:vAlign w:val="center"/>
            <w:hideMark/>
          </w:tcPr>
          <w:p w14:paraId="5A219B3E"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Full Follow-up</w:t>
            </w:r>
          </w:p>
        </w:tc>
        <w:tc>
          <w:tcPr>
            <w:tcW w:w="427" w:type="pct"/>
            <w:tcBorders>
              <w:top w:val="nil"/>
              <w:left w:val="nil"/>
              <w:bottom w:val="nil"/>
              <w:right w:val="nil"/>
            </w:tcBorders>
            <w:shd w:val="clear" w:color="000000" w:fill="FFFFFF"/>
            <w:vAlign w:val="center"/>
            <w:hideMark/>
          </w:tcPr>
          <w:p w14:paraId="564D70E4"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Full Follow-up</w:t>
            </w:r>
          </w:p>
        </w:tc>
        <w:tc>
          <w:tcPr>
            <w:tcW w:w="338" w:type="pct"/>
            <w:tcBorders>
              <w:top w:val="nil"/>
              <w:left w:val="nil"/>
              <w:bottom w:val="nil"/>
              <w:right w:val="nil"/>
            </w:tcBorders>
            <w:shd w:val="clear" w:color="000000" w:fill="FFFFFF"/>
            <w:vAlign w:val="center"/>
          </w:tcPr>
          <w:p w14:paraId="73F0ACB9" w14:textId="77777777" w:rsidR="00A0215B" w:rsidRPr="00693325" w:rsidRDefault="00A0215B" w:rsidP="00337482">
            <w:pPr>
              <w:jc w:val="center"/>
              <w:rPr>
                <w:rFonts w:ascii="Times New Roman" w:hAnsi="Times New Roman"/>
                <w:color w:val="000000"/>
                <w:sz w:val="16"/>
                <w:szCs w:val="16"/>
              </w:rPr>
            </w:pPr>
          </w:p>
        </w:tc>
        <w:tc>
          <w:tcPr>
            <w:tcW w:w="427" w:type="pct"/>
            <w:tcBorders>
              <w:top w:val="nil"/>
              <w:left w:val="nil"/>
              <w:bottom w:val="nil"/>
              <w:right w:val="nil"/>
            </w:tcBorders>
            <w:shd w:val="clear" w:color="000000" w:fill="F2F2F2"/>
            <w:vAlign w:val="center"/>
            <w:hideMark/>
          </w:tcPr>
          <w:p w14:paraId="731F2380"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27" w:type="pct"/>
            <w:tcBorders>
              <w:top w:val="nil"/>
              <w:left w:val="nil"/>
              <w:bottom w:val="nil"/>
              <w:right w:val="nil"/>
            </w:tcBorders>
            <w:shd w:val="clear" w:color="000000" w:fill="F2F2F2"/>
            <w:vAlign w:val="center"/>
            <w:hideMark/>
          </w:tcPr>
          <w:p w14:paraId="0CA1CDBB"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27" w:type="pct"/>
            <w:tcBorders>
              <w:top w:val="nil"/>
              <w:left w:val="nil"/>
              <w:bottom w:val="nil"/>
              <w:right w:val="nil"/>
            </w:tcBorders>
            <w:shd w:val="clear" w:color="000000" w:fill="F2F2F2"/>
            <w:vAlign w:val="center"/>
            <w:hideMark/>
          </w:tcPr>
          <w:p w14:paraId="365E2586"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Full Follow-up</w:t>
            </w:r>
          </w:p>
        </w:tc>
        <w:tc>
          <w:tcPr>
            <w:tcW w:w="427" w:type="pct"/>
            <w:tcBorders>
              <w:top w:val="nil"/>
              <w:left w:val="nil"/>
              <w:bottom w:val="nil"/>
              <w:right w:val="nil"/>
            </w:tcBorders>
            <w:shd w:val="clear" w:color="000000" w:fill="FFFFFF"/>
            <w:vAlign w:val="center"/>
            <w:hideMark/>
          </w:tcPr>
          <w:p w14:paraId="54D24E0F"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Full Follow-up</w:t>
            </w:r>
          </w:p>
        </w:tc>
        <w:tc>
          <w:tcPr>
            <w:tcW w:w="337" w:type="pct"/>
            <w:vMerge w:val="restart"/>
            <w:tcBorders>
              <w:top w:val="nil"/>
              <w:left w:val="nil"/>
              <w:bottom w:val="single" w:sz="8" w:space="0" w:color="000000"/>
              <w:right w:val="nil"/>
            </w:tcBorders>
            <w:shd w:val="clear" w:color="000000" w:fill="FFFFFF"/>
            <w:vAlign w:val="center"/>
            <w:hideMark/>
          </w:tcPr>
          <w:p w14:paraId="23098120"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p-value</w:t>
            </w:r>
          </w:p>
        </w:tc>
      </w:tr>
      <w:tr w:rsidR="00A0215B" w:rsidRPr="00693325" w14:paraId="5D74B36A" w14:textId="77777777" w:rsidTr="00337482">
        <w:trPr>
          <w:trHeight w:val="48"/>
        </w:trPr>
        <w:tc>
          <w:tcPr>
            <w:tcW w:w="909" w:type="pct"/>
            <w:vMerge/>
            <w:tcBorders>
              <w:top w:val="nil"/>
              <w:left w:val="nil"/>
              <w:bottom w:val="single" w:sz="8" w:space="0" w:color="000000"/>
              <w:right w:val="nil"/>
            </w:tcBorders>
            <w:vAlign w:val="center"/>
            <w:hideMark/>
          </w:tcPr>
          <w:p w14:paraId="4F1301F4" w14:textId="77777777" w:rsidR="00A0215B" w:rsidRPr="00693325" w:rsidRDefault="00A0215B" w:rsidP="00337482">
            <w:pPr>
              <w:rPr>
                <w:rFonts w:ascii="Times New Roman" w:hAnsi="Times New Roman"/>
                <w:color w:val="000000"/>
                <w:sz w:val="16"/>
                <w:szCs w:val="16"/>
              </w:rPr>
            </w:pPr>
          </w:p>
        </w:tc>
        <w:tc>
          <w:tcPr>
            <w:tcW w:w="427" w:type="pct"/>
            <w:tcBorders>
              <w:top w:val="nil"/>
              <w:left w:val="nil"/>
              <w:bottom w:val="single" w:sz="8" w:space="0" w:color="000000"/>
              <w:right w:val="nil"/>
            </w:tcBorders>
            <w:shd w:val="clear" w:color="000000" w:fill="F2F2F2"/>
            <w:vAlign w:val="center"/>
            <w:hideMark/>
          </w:tcPr>
          <w:p w14:paraId="273EC84E"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N=</w:t>
            </w:r>
            <w:r>
              <w:rPr>
                <w:rFonts w:ascii="Times New Roman" w:hAnsi="Times New Roman"/>
                <w:sz w:val="16"/>
              </w:rPr>
              <w:t>21</w:t>
            </w:r>
          </w:p>
        </w:tc>
        <w:tc>
          <w:tcPr>
            <w:tcW w:w="427" w:type="pct"/>
            <w:tcBorders>
              <w:top w:val="nil"/>
              <w:left w:val="nil"/>
              <w:bottom w:val="single" w:sz="8" w:space="0" w:color="auto"/>
              <w:right w:val="nil"/>
            </w:tcBorders>
            <w:shd w:val="clear" w:color="000000" w:fill="F2F2F2"/>
            <w:vAlign w:val="center"/>
            <w:hideMark/>
          </w:tcPr>
          <w:p w14:paraId="2E9729EF"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N=</w:t>
            </w:r>
            <w:r>
              <w:rPr>
                <w:rFonts w:ascii="Times New Roman" w:hAnsi="Times New Roman"/>
                <w:sz w:val="16"/>
              </w:rPr>
              <w:t>20</w:t>
            </w:r>
          </w:p>
        </w:tc>
        <w:tc>
          <w:tcPr>
            <w:tcW w:w="427" w:type="pct"/>
            <w:tcBorders>
              <w:top w:val="nil"/>
              <w:left w:val="nil"/>
              <w:bottom w:val="single" w:sz="8" w:space="0" w:color="auto"/>
              <w:right w:val="nil"/>
            </w:tcBorders>
            <w:shd w:val="clear" w:color="000000" w:fill="F2F2F2"/>
            <w:vAlign w:val="center"/>
            <w:hideMark/>
          </w:tcPr>
          <w:p w14:paraId="7830883E"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N=</w:t>
            </w:r>
            <w:r>
              <w:rPr>
                <w:rFonts w:ascii="Times New Roman" w:hAnsi="Times New Roman"/>
                <w:sz w:val="16"/>
              </w:rPr>
              <w:t>21</w:t>
            </w:r>
          </w:p>
        </w:tc>
        <w:tc>
          <w:tcPr>
            <w:tcW w:w="427" w:type="pct"/>
            <w:tcBorders>
              <w:top w:val="nil"/>
              <w:left w:val="nil"/>
              <w:bottom w:val="single" w:sz="8" w:space="0" w:color="auto"/>
              <w:right w:val="nil"/>
            </w:tcBorders>
            <w:shd w:val="clear" w:color="000000" w:fill="FFFFFF"/>
            <w:vAlign w:val="center"/>
            <w:hideMark/>
          </w:tcPr>
          <w:p w14:paraId="78E7AB3B"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N=</w:t>
            </w:r>
            <w:r>
              <w:rPr>
                <w:rFonts w:ascii="Times New Roman" w:hAnsi="Times New Roman"/>
                <w:sz w:val="16"/>
              </w:rPr>
              <w:t>105</w:t>
            </w:r>
          </w:p>
        </w:tc>
        <w:tc>
          <w:tcPr>
            <w:tcW w:w="338" w:type="pct"/>
            <w:tcBorders>
              <w:top w:val="nil"/>
              <w:left w:val="nil"/>
              <w:bottom w:val="single" w:sz="8" w:space="0" w:color="auto"/>
              <w:right w:val="nil"/>
            </w:tcBorders>
            <w:shd w:val="clear" w:color="000000" w:fill="FFFFFF"/>
            <w:vAlign w:val="center"/>
            <w:hideMark/>
          </w:tcPr>
          <w:p w14:paraId="6AA0E83F"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color w:val="000000"/>
                <w:sz w:val="16"/>
                <w:szCs w:val="16"/>
              </w:rPr>
              <w:t> </w:t>
            </w:r>
            <w:r w:rsidRPr="00693325">
              <w:rPr>
                <w:rFonts w:ascii="Times New Roman" w:hAnsi="Times New Roman"/>
                <w:sz w:val="16"/>
              </w:rPr>
              <w:t>p-value</w:t>
            </w:r>
          </w:p>
        </w:tc>
        <w:tc>
          <w:tcPr>
            <w:tcW w:w="427" w:type="pct"/>
            <w:tcBorders>
              <w:top w:val="nil"/>
              <w:left w:val="nil"/>
              <w:bottom w:val="single" w:sz="8" w:space="0" w:color="auto"/>
              <w:right w:val="nil"/>
            </w:tcBorders>
            <w:shd w:val="clear" w:color="000000" w:fill="F2F2F2"/>
            <w:vAlign w:val="center"/>
            <w:hideMark/>
          </w:tcPr>
          <w:p w14:paraId="39FAB5CB"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N=</w:t>
            </w:r>
            <w:r>
              <w:rPr>
                <w:rFonts w:ascii="Times New Roman" w:hAnsi="Times New Roman"/>
                <w:sz w:val="16"/>
              </w:rPr>
              <w:t>115</w:t>
            </w:r>
          </w:p>
        </w:tc>
        <w:tc>
          <w:tcPr>
            <w:tcW w:w="427" w:type="pct"/>
            <w:tcBorders>
              <w:top w:val="nil"/>
              <w:left w:val="nil"/>
              <w:bottom w:val="single" w:sz="8" w:space="0" w:color="auto"/>
              <w:right w:val="nil"/>
            </w:tcBorders>
            <w:shd w:val="clear" w:color="000000" w:fill="F2F2F2"/>
            <w:vAlign w:val="center"/>
            <w:hideMark/>
          </w:tcPr>
          <w:p w14:paraId="621CFEB7"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N</w:t>
            </w:r>
            <w:r>
              <w:rPr>
                <w:rFonts w:ascii="Times New Roman" w:hAnsi="Times New Roman"/>
                <w:sz w:val="16"/>
              </w:rPr>
              <w:t>=108</w:t>
            </w:r>
          </w:p>
        </w:tc>
        <w:tc>
          <w:tcPr>
            <w:tcW w:w="427" w:type="pct"/>
            <w:tcBorders>
              <w:top w:val="nil"/>
              <w:left w:val="nil"/>
              <w:bottom w:val="single" w:sz="8" w:space="0" w:color="auto"/>
              <w:right w:val="nil"/>
            </w:tcBorders>
            <w:shd w:val="clear" w:color="000000" w:fill="F2F2F2"/>
            <w:vAlign w:val="center"/>
            <w:hideMark/>
          </w:tcPr>
          <w:p w14:paraId="0D64A7BF"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N=</w:t>
            </w:r>
            <w:r>
              <w:rPr>
                <w:rFonts w:ascii="Times New Roman" w:hAnsi="Times New Roman"/>
                <w:sz w:val="16"/>
              </w:rPr>
              <w:t>11</w:t>
            </w:r>
            <w:r w:rsidRPr="00693325">
              <w:rPr>
                <w:rFonts w:ascii="Times New Roman" w:hAnsi="Times New Roman"/>
                <w:sz w:val="16"/>
              </w:rPr>
              <w:t>5</w:t>
            </w:r>
          </w:p>
        </w:tc>
        <w:tc>
          <w:tcPr>
            <w:tcW w:w="427" w:type="pct"/>
            <w:tcBorders>
              <w:top w:val="nil"/>
              <w:left w:val="nil"/>
              <w:bottom w:val="single" w:sz="8" w:space="0" w:color="000000"/>
              <w:right w:val="nil"/>
            </w:tcBorders>
            <w:shd w:val="clear" w:color="000000" w:fill="FFFFFF"/>
            <w:vAlign w:val="center"/>
            <w:hideMark/>
          </w:tcPr>
          <w:p w14:paraId="69840820" w14:textId="77777777" w:rsidR="00A0215B" w:rsidRPr="00693325" w:rsidRDefault="00A0215B" w:rsidP="00337482">
            <w:pPr>
              <w:jc w:val="center"/>
              <w:rPr>
                <w:rFonts w:ascii="Times New Roman" w:hAnsi="Times New Roman"/>
                <w:color w:val="000000"/>
                <w:sz w:val="16"/>
                <w:szCs w:val="16"/>
              </w:rPr>
            </w:pPr>
            <w:r w:rsidRPr="00693325">
              <w:rPr>
                <w:rFonts w:ascii="Times New Roman" w:hAnsi="Times New Roman"/>
                <w:sz w:val="16"/>
              </w:rPr>
              <w:t>N=</w:t>
            </w:r>
            <w:r>
              <w:rPr>
                <w:rFonts w:ascii="Times New Roman" w:hAnsi="Times New Roman"/>
                <w:sz w:val="16"/>
              </w:rPr>
              <w:t>5</w:t>
            </w:r>
            <w:r w:rsidRPr="00693325">
              <w:rPr>
                <w:rFonts w:ascii="Times New Roman" w:hAnsi="Times New Roman"/>
                <w:sz w:val="16"/>
              </w:rPr>
              <w:t>75</w:t>
            </w:r>
          </w:p>
        </w:tc>
        <w:tc>
          <w:tcPr>
            <w:tcW w:w="337" w:type="pct"/>
            <w:vMerge/>
            <w:tcBorders>
              <w:top w:val="nil"/>
              <w:left w:val="nil"/>
              <w:bottom w:val="single" w:sz="8" w:space="0" w:color="000000"/>
              <w:right w:val="nil"/>
            </w:tcBorders>
            <w:vAlign w:val="center"/>
            <w:hideMark/>
          </w:tcPr>
          <w:p w14:paraId="0938A73E" w14:textId="77777777" w:rsidR="00A0215B" w:rsidRPr="00693325" w:rsidRDefault="00A0215B" w:rsidP="00337482">
            <w:pPr>
              <w:rPr>
                <w:rFonts w:ascii="Times New Roman" w:hAnsi="Times New Roman"/>
                <w:color w:val="000000"/>
                <w:sz w:val="16"/>
                <w:szCs w:val="16"/>
              </w:rPr>
            </w:pPr>
          </w:p>
        </w:tc>
      </w:tr>
      <w:tr w:rsidR="00A0215B" w:rsidRPr="00693325" w14:paraId="141651EE" w14:textId="77777777" w:rsidTr="00132E28">
        <w:trPr>
          <w:trHeight w:val="48"/>
        </w:trPr>
        <w:tc>
          <w:tcPr>
            <w:tcW w:w="909" w:type="pct"/>
            <w:tcBorders>
              <w:top w:val="nil"/>
              <w:left w:val="nil"/>
              <w:bottom w:val="nil"/>
              <w:right w:val="nil"/>
            </w:tcBorders>
            <w:shd w:val="clear" w:color="000000" w:fill="FFFFFF"/>
            <w:vAlign w:val="center"/>
            <w:hideMark/>
          </w:tcPr>
          <w:p w14:paraId="6113C4B2" w14:textId="77777777" w:rsidR="00A0215B" w:rsidRPr="00693325" w:rsidRDefault="00A0215B" w:rsidP="00337482">
            <w:pPr>
              <w:rPr>
                <w:rFonts w:ascii="Times New Roman" w:hAnsi="Times New Roman"/>
                <w:b/>
                <w:bCs/>
                <w:color w:val="000000"/>
                <w:sz w:val="16"/>
                <w:szCs w:val="16"/>
              </w:rPr>
            </w:pPr>
            <w:r w:rsidRPr="00693325">
              <w:rPr>
                <w:rFonts w:ascii="Times New Roman" w:hAnsi="Times New Roman"/>
                <w:b/>
                <w:bCs/>
                <w:sz w:val="16"/>
              </w:rPr>
              <w:t>Inpatient, n (%)</w:t>
            </w:r>
          </w:p>
        </w:tc>
        <w:tc>
          <w:tcPr>
            <w:tcW w:w="427" w:type="pct"/>
            <w:tcBorders>
              <w:top w:val="nil"/>
              <w:left w:val="nil"/>
              <w:bottom w:val="nil"/>
              <w:right w:val="nil"/>
            </w:tcBorders>
            <w:shd w:val="clear" w:color="000000" w:fill="F2F2F2"/>
            <w:vAlign w:val="center"/>
            <w:hideMark/>
          </w:tcPr>
          <w:p w14:paraId="4E6DBCAD"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21</w:t>
            </w:r>
            <w:r w:rsidRPr="00693325">
              <w:rPr>
                <w:rFonts w:ascii="Times New Roman" w:hAnsi="Times New Roman"/>
                <w:sz w:val="16"/>
              </w:rPr>
              <w:t xml:space="preserve"> (100.00)</w:t>
            </w:r>
          </w:p>
        </w:tc>
        <w:tc>
          <w:tcPr>
            <w:tcW w:w="427" w:type="pct"/>
            <w:tcBorders>
              <w:top w:val="nil"/>
              <w:left w:val="nil"/>
              <w:bottom w:val="nil"/>
              <w:right w:val="nil"/>
            </w:tcBorders>
            <w:shd w:val="clear" w:color="000000" w:fill="F2F2F2"/>
            <w:vAlign w:val="center"/>
            <w:hideMark/>
          </w:tcPr>
          <w:p w14:paraId="62EC14C8"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4</w:t>
            </w:r>
            <w:r w:rsidRPr="00693325">
              <w:rPr>
                <w:rFonts w:ascii="Times New Roman" w:hAnsi="Times New Roman"/>
                <w:sz w:val="16"/>
              </w:rPr>
              <w:t xml:space="preserve"> (</w:t>
            </w:r>
            <w:r>
              <w:rPr>
                <w:rFonts w:ascii="Times New Roman" w:hAnsi="Times New Roman"/>
                <w:sz w:val="16"/>
              </w:rPr>
              <w:t>2</w:t>
            </w:r>
            <w:r w:rsidRPr="00693325">
              <w:rPr>
                <w:rFonts w:ascii="Times New Roman" w:hAnsi="Times New Roman"/>
                <w:sz w:val="16"/>
              </w:rPr>
              <w:t>0.00)</w:t>
            </w:r>
          </w:p>
        </w:tc>
        <w:tc>
          <w:tcPr>
            <w:tcW w:w="427" w:type="pct"/>
            <w:tcBorders>
              <w:top w:val="nil"/>
              <w:left w:val="nil"/>
              <w:bottom w:val="nil"/>
              <w:right w:val="nil"/>
            </w:tcBorders>
            <w:shd w:val="clear" w:color="000000" w:fill="F2F2F2"/>
            <w:vAlign w:val="center"/>
            <w:hideMark/>
          </w:tcPr>
          <w:p w14:paraId="15E637FE"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21</w:t>
            </w:r>
            <w:r w:rsidRPr="00693325">
              <w:rPr>
                <w:rFonts w:ascii="Times New Roman" w:hAnsi="Times New Roman"/>
                <w:sz w:val="16"/>
              </w:rPr>
              <w:t xml:space="preserve"> (100.00)</w:t>
            </w:r>
          </w:p>
        </w:tc>
        <w:tc>
          <w:tcPr>
            <w:tcW w:w="427" w:type="pct"/>
            <w:tcBorders>
              <w:top w:val="nil"/>
              <w:left w:val="nil"/>
              <w:bottom w:val="nil"/>
              <w:right w:val="nil"/>
            </w:tcBorders>
            <w:shd w:val="clear" w:color="000000" w:fill="FFFFFF"/>
            <w:vAlign w:val="center"/>
            <w:hideMark/>
          </w:tcPr>
          <w:p w14:paraId="3BFEBE00"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1</w:t>
            </w:r>
            <w:r w:rsidRPr="00693325">
              <w:rPr>
                <w:rFonts w:ascii="Times New Roman" w:hAnsi="Times New Roman"/>
                <w:sz w:val="16"/>
              </w:rPr>
              <w:t>0 (</w:t>
            </w:r>
            <w:r>
              <w:rPr>
                <w:rFonts w:ascii="Times New Roman" w:hAnsi="Times New Roman"/>
                <w:sz w:val="16"/>
              </w:rPr>
              <w:t>9.52</w:t>
            </w:r>
            <w:r w:rsidRPr="00693325">
              <w:rPr>
                <w:rFonts w:ascii="Times New Roman" w:hAnsi="Times New Roman"/>
                <w:sz w:val="16"/>
              </w:rPr>
              <w:t>)</w:t>
            </w:r>
          </w:p>
        </w:tc>
        <w:tc>
          <w:tcPr>
            <w:tcW w:w="338" w:type="pct"/>
            <w:tcBorders>
              <w:top w:val="nil"/>
              <w:left w:val="nil"/>
              <w:bottom w:val="nil"/>
              <w:right w:val="nil"/>
            </w:tcBorders>
            <w:shd w:val="clear" w:color="000000" w:fill="FFFFFF"/>
            <w:vAlign w:val="center"/>
            <w:hideMark/>
          </w:tcPr>
          <w:p w14:paraId="36CBDEB7"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&lt;0.001</w:t>
            </w:r>
          </w:p>
        </w:tc>
        <w:tc>
          <w:tcPr>
            <w:tcW w:w="427" w:type="pct"/>
            <w:tcBorders>
              <w:top w:val="nil"/>
              <w:left w:val="nil"/>
              <w:bottom w:val="nil"/>
              <w:right w:val="nil"/>
            </w:tcBorders>
            <w:shd w:val="clear" w:color="000000" w:fill="F2F2F2"/>
            <w:vAlign w:val="center"/>
            <w:hideMark/>
          </w:tcPr>
          <w:p w14:paraId="462BEEB8"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115 (100.00)</w:t>
            </w:r>
          </w:p>
        </w:tc>
        <w:tc>
          <w:tcPr>
            <w:tcW w:w="427" w:type="pct"/>
            <w:tcBorders>
              <w:top w:val="nil"/>
              <w:left w:val="nil"/>
              <w:bottom w:val="nil"/>
              <w:right w:val="nil"/>
            </w:tcBorders>
            <w:shd w:val="clear" w:color="000000" w:fill="F2F2F2"/>
            <w:vAlign w:val="center"/>
            <w:hideMark/>
          </w:tcPr>
          <w:p w14:paraId="1E71D353"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13 (12.04)</w:t>
            </w:r>
          </w:p>
        </w:tc>
        <w:tc>
          <w:tcPr>
            <w:tcW w:w="427" w:type="pct"/>
            <w:tcBorders>
              <w:top w:val="nil"/>
              <w:left w:val="nil"/>
              <w:bottom w:val="nil"/>
              <w:right w:val="nil"/>
            </w:tcBorders>
            <w:shd w:val="clear" w:color="000000" w:fill="F2F2F2"/>
            <w:vAlign w:val="center"/>
            <w:hideMark/>
          </w:tcPr>
          <w:p w14:paraId="0FC4DFC3"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115 (100.00)</w:t>
            </w:r>
          </w:p>
        </w:tc>
        <w:tc>
          <w:tcPr>
            <w:tcW w:w="427" w:type="pct"/>
            <w:tcBorders>
              <w:top w:val="nil"/>
              <w:left w:val="nil"/>
              <w:bottom w:val="nil"/>
              <w:right w:val="nil"/>
            </w:tcBorders>
            <w:shd w:val="clear" w:color="000000" w:fill="FFFFFF"/>
            <w:vAlign w:val="center"/>
            <w:hideMark/>
          </w:tcPr>
          <w:p w14:paraId="0EC8EFB2"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65 (11.30)</w:t>
            </w:r>
          </w:p>
        </w:tc>
        <w:tc>
          <w:tcPr>
            <w:tcW w:w="337" w:type="pct"/>
            <w:tcBorders>
              <w:top w:val="nil"/>
              <w:left w:val="nil"/>
              <w:bottom w:val="nil"/>
              <w:right w:val="nil"/>
            </w:tcBorders>
            <w:shd w:val="clear" w:color="000000" w:fill="FFFFFF"/>
            <w:vAlign w:val="center"/>
            <w:hideMark/>
          </w:tcPr>
          <w:p w14:paraId="4DA02773"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&lt;0.001</w:t>
            </w:r>
          </w:p>
        </w:tc>
      </w:tr>
      <w:tr w:rsidR="00A0215B" w:rsidRPr="00693325" w14:paraId="7453768D" w14:textId="77777777" w:rsidTr="00132E28">
        <w:trPr>
          <w:trHeight w:val="90"/>
        </w:trPr>
        <w:tc>
          <w:tcPr>
            <w:tcW w:w="909" w:type="pct"/>
            <w:tcBorders>
              <w:top w:val="nil"/>
              <w:left w:val="nil"/>
              <w:bottom w:val="nil"/>
              <w:right w:val="nil"/>
            </w:tcBorders>
            <w:shd w:val="clear" w:color="000000" w:fill="FFFFFF"/>
            <w:vAlign w:val="center"/>
            <w:hideMark/>
          </w:tcPr>
          <w:p w14:paraId="3751C132" w14:textId="77777777" w:rsidR="00A0215B" w:rsidRPr="00693325" w:rsidRDefault="00A0215B" w:rsidP="00337482">
            <w:pPr>
              <w:ind w:leftChars="100" w:left="240"/>
              <w:rPr>
                <w:rFonts w:ascii="Times New Roman" w:hAnsi="Times New Roman"/>
                <w:color w:val="000000"/>
                <w:sz w:val="16"/>
                <w:szCs w:val="16"/>
              </w:rPr>
            </w:pPr>
            <w:r w:rsidRPr="00693325">
              <w:rPr>
                <w:rFonts w:ascii="Times New Roman" w:hAnsi="Times New Roman"/>
                <w:sz w:val="16"/>
              </w:rPr>
              <w:t>Number of admissions per patient, mean (SD)</w:t>
            </w:r>
          </w:p>
        </w:tc>
        <w:tc>
          <w:tcPr>
            <w:tcW w:w="427" w:type="pct"/>
            <w:tcBorders>
              <w:top w:val="nil"/>
              <w:left w:val="nil"/>
              <w:bottom w:val="nil"/>
              <w:right w:val="nil"/>
            </w:tcBorders>
            <w:shd w:val="clear" w:color="000000" w:fill="F2F2F2"/>
            <w:vAlign w:val="center"/>
            <w:hideMark/>
          </w:tcPr>
          <w:p w14:paraId="566D7BAC"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91</w:t>
            </w:r>
            <w:r w:rsidRPr="00693325">
              <w:rPr>
                <w:rFonts w:ascii="Times New Roman" w:hAnsi="Times New Roman"/>
                <w:sz w:val="16"/>
              </w:rPr>
              <w:t xml:space="preserve"> (0.</w:t>
            </w:r>
            <w:r>
              <w:rPr>
                <w:rFonts w:ascii="Times New Roman" w:hAnsi="Times New Roman"/>
                <w:sz w:val="16"/>
              </w:rPr>
              <w:t>44</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412E4D86" w14:textId="77777777" w:rsidR="00A0215B" w:rsidRPr="00693325" w:rsidRDefault="00A0215B" w:rsidP="00026D1F">
            <w:pPr>
              <w:jc w:val="center"/>
              <w:rPr>
                <w:rFonts w:ascii="Times New Roman" w:hAnsi="Times New Roman"/>
                <w:color w:val="000000"/>
                <w:sz w:val="16"/>
                <w:szCs w:val="16"/>
              </w:rPr>
            </w:pPr>
            <w:r>
              <w:rPr>
                <w:rFonts w:ascii="Times New Roman" w:hAnsi="Times New Roman"/>
                <w:color w:val="000000"/>
                <w:sz w:val="16"/>
              </w:rPr>
              <w:t>0.17 (0.28)</w:t>
            </w:r>
          </w:p>
        </w:tc>
        <w:tc>
          <w:tcPr>
            <w:tcW w:w="427" w:type="pct"/>
            <w:tcBorders>
              <w:top w:val="nil"/>
              <w:left w:val="nil"/>
              <w:bottom w:val="nil"/>
              <w:right w:val="nil"/>
            </w:tcBorders>
            <w:shd w:val="clear" w:color="000000" w:fill="F2F2F2"/>
            <w:vAlign w:val="center"/>
            <w:hideMark/>
          </w:tcPr>
          <w:p w14:paraId="2860F7EE"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0.1</w:t>
            </w:r>
            <w:r>
              <w:rPr>
                <w:rFonts w:ascii="Times New Roman" w:hAnsi="Times New Roman"/>
                <w:sz w:val="16"/>
              </w:rPr>
              <w:t>9</w:t>
            </w:r>
            <w:r w:rsidRPr="00693325">
              <w:rPr>
                <w:rFonts w:ascii="Times New Roman" w:hAnsi="Times New Roman"/>
                <w:sz w:val="16"/>
              </w:rPr>
              <w:t xml:space="preserve"> (0.2</w:t>
            </w:r>
            <w:r>
              <w:rPr>
                <w:rFonts w:ascii="Times New Roman" w:hAnsi="Times New Roman"/>
                <w:sz w:val="16"/>
              </w:rPr>
              <w:t>7</w:t>
            </w:r>
            <w:r w:rsidRPr="00693325">
              <w:rPr>
                <w:rFonts w:ascii="Times New Roman" w:hAnsi="Times New Roman"/>
                <w:sz w:val="16"/>
              </w:rPr>
              <w:t>)</w:t>
            </w:r>
          </w:p>
        </w:tc>
        <w:tc>
          <w:tcPr>
            <w:tcW w:w="427" w:type="pct"/>
            <w:tcBorders>
              <w:top w:val="nil"/>
              <w:left w:val="nil"/>
              <w:bottom w:val="nil"/>
              <w:right w:val="nil"/>
            </w:tcBorders>
            <w:shd w:val="clear" w:color="000000" w:fill="FFFFFF"/>
            <w:vAlign w:val="center"/>
            <w:hideMark/>
          </w:tcPr>
          <w:p w14:paraId="2B142EAB" w14:textId="77777777" w:rsidR="00A0215B" w:rsidRPr="00693325" w:rsidRDefault="00A0215B" w:rsidP="00026D1F">
            <w:pPr>
              <w:jc w:val="center"/>
              <w:rPr>
                <w:rFonts w:ascii="Times New Roman" w:hAnsi="Times New Roman"/>
                <w:color w:val="000000"/>
                <w:sz w:val="16"/>
                <w:szCs w:val="16"/>
              </w:rPr>
            </w:pPr>
            <w:r>
              <w:rPr>
                <w:rFonts w:ascii="Times New Roman" w:hAnsi="Times New Roman"/>
                <w:color w:val="000000"/>
                <w:sz w:val="16"/>
              </w:rPr>
              <w:t>0.12 (0.18)</w:t>
            </w:r>
          </w:p>
        </w:tc>
        <w:tc>
          <w:tcPr>
            <w:tcW w:w="338" w:type="pct"/>
            <w:tcBorders>
              <w:top w:val="nil"/>
              <w:left w:val="nil"/>
              <w:bottom w:val="nil"/>
              <w:right w:val="nil"/>
            </w:tcBorders>
            <w:shd w:val="clear" w:color="000000" w:fill="FFFFFF"/>
            <w:vAlign w:val="center"/>
            <w:hideMark/>
          </w:tcPr>
          <w:p w14:paraId="404F1B5B" w14:textId="77777777" w:rsidR="00A0215B" w:rsidRPr="00693325" w:rsidRDefault="00A0215B" w:rsidP="00026D1F">
            <w:pPr>
              <w:jc w:val="center"/>
              <w:rPr>
                <w:rFonts w:ascii="Times New Roman" w:hAnsi="Times New Roman"/>
                <w:color w:val="000000"/>
                <w:sz w:val="16"/>
                <w:szCs w:val="16"/>
              </w:rPr>
            </w:pPr>
            <w:r>
              <w:rPr>
                <w:rFonts w:ascii="Times New Roman" w:hAnsi="Times New Roman"/>
                <w:color w:val="000000"/>
                <w:sz w:val="16"/>
              </w:rPr>
              <w:t>0.444</w:t>
            </w:r>
          </w:p>
        </w:tc>
        <w:tc>
          <w:tcPr>
            <w:tcW w:w="427" w:type="pct"/>
            <w:tcBorders>
              <w:top w:val="nil"/>
              <w:left w:val="nil"/>
              <w:bottom w:val="nil"/>
              <w:right w:val="nil"/>
            </w:tcBorders>
            <w:shd w:val="clear" w:color="000000" w:fill="F2F2F2"/>
            <w:vAlign w:val="center"/>
            <w:hideMark/>
          </w:tcPr>
          <w:p w14:paraId="35D9459B"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0.86 (0.24)</w:t>
            </w:r>
          </w:p>
        </w:tc>
        <w:tc>
          <w:tcPr>
            <w:tcW w:w="427" w:type="pct"/>
            <w:tcBorders>
              <w:top w:val="nil"/>
              <w:left w:val="nil"/>
              <w:bottom w:val="nil"/>
              <w:right w:val="nil"/>
            </w:tcBorders>
            <w:shd w:val="clear" w:color="000000" w:fill="F2F2F2"/>
            <w:vAlign w:val="center"/>
            <w:hideMark/>
          </w:tcPr>
          <w:p w14:paraId="6B501316"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0.08 (0.07)</w:t>
            </w:r>
          </w:p>
        </w:tc>
        <w:tc>
          <w:tcPr>
            <w:tcW w:w="427" w:type="pct"/>
            <w:tcBorders>
              <w:top w:val="nil"/>
              <w:left w:val="nil"/>
              <w:bottom w:val="nil"/>
              <w:right w:val="nil"/>
            </w:tcBorders>
            <w:shd w:val="clear" w:color="000000" w:fill="F2F2F2"/>
            <w:vAlign w:val="center"/>
            <w:hideMark/>
          </w:tcPr>
          <w:p w14:paraId="79F933A4"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0.14 (0.24)</w:t>
            </w:r>
          </w:p>
        </w:tc>
        <w:tc>
          <w:tcPr>
            <w:tcW w:w="427" w:type="pct"/>
            <w:tcBorders>
              <w:top w:val="nil"/>
              <w:left w:val="nil"/>
              <w:bottom w:val="nil"/>
              <w:right w:val="nil"/>
            </w:tcBorders>
            <w:shd w:val="clear" w:color="000000" w:fill="FFFFFF"/>
            <w:vAlign w:val="center"/>
            <w:hideMark/>
          </w:tcPr>
          <w:p w14:paraId="683F1622"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0.09 (0.13)</w:t>
            </w:r>
          </w:p>
        </w:tc>
        <w:tc>
          <w:tcPr>
            <w:tcW w:w="337" w:type="pct"/>
            <w:tcBorders>
              <w:top w:val="nil"/>
              <w:left w:val="nil"/>
              <w:bottom w:val="nil"/>
              <w:right w:val="nil"/>
            </w:tcBorders>
            <w:shd w:val="clear" w:color="000000" w:fill="FFFFFF"/>
            <w:vAlign w:val="center"/>
            <w:hideMark/>
          </w:tcPr>
          <w:p w14:paraId="5741046C"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0.125</w:t>
            </w:r>
          </w:p>
        </w:tc>
      </w:tr>
      <w:tr w:rsidR="00A0215B" w:rsidRPr="00693325" w14:paraId="440A5ECB" w14:textId="77777777" w:rsidTr="00132E28">
        <w:trPr>
          <w:trHeight w:val="68"/>
        </w:trPr>
        <w:tc>
          <w:tcPr>
            <w:tcW w:w="909" w:type="pct"/>
            <w:tcBorders>
              <w:top w:val="nil"/>
              <w:left w:val="nil"/>
              <w:bottom w:val="nil"/>
              <w:right w:val="nil"/>
            </w:tcBorders>
            <w:shd w:val="clear" w:color="000000" w:fill="FFFFFF"/>
            <w:vAlign w:val="center"/>
            <w:hideMark/>
          </w:tcPr>
          <w:p w14:paraId="40F7FED3" w14:textId="77777777" w:rsidR="00A0215B" w:rsidRPr="00693325" w:rsidRDefault="00A0215B" w:rsidP="00337482">
            <w:pPr>
              <w:ind w:leftChars="100" w:left="240"/>
              <w:rPr>
                <w:rFonts w:ascii="Times New Roman" w:hAnsi="Times New Roman"/>
                <w:color w:val="000000"/>
                <w:sz w:val="16"/>
                <w:szCs w:val="16"/>
              </w:rPr>
            </w:pPr>
            <w:r w:rsidRPr="00693325">
              <w:rPr>
                <w:rFonts w:ascii="Times New Roman" w:hAnsi="Times New Roman"/>
                <w:sz w:val="16"/>
              </w:rPr>
              <w:t>Length of stay per admission (days), mean (SD)</w:t>
            </w:r>
          </w:p>
        </w:tc>
        <w:tc>
          <w:tcPr>
            <w:tcW w:w="427" w:type="pct"/>
            <w:tcBorders>
              <w:top w:val="nil"/>
              <w:left w:val="nil"/>
              <w:bottom w:val="nil"/>
              <w:right w:val="nil"/>
            </w:tcBorders>
            <w:shd w:val="clear" w:color="000000" w:fill="F2F2F2"/>
            <w:vAlign w:val="center"/>
            <w:hideMark/>
          </w:tcPr>
          <w:p w14:paraId="04F7CB62"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8.93</w:t>
            </w:r>
            <w:r w:rsidRPr="00693325">
              <w:rPr>
                <w:rFonts w:ascii="Times New Roman" w:hAnsi="Times New Roman"/>
                <w:sz w:val="16"/>
              </w:rPr>
              <w:t xml:space="preserve"> (</w:t>
            </w:r>
            <w:r>
              <w:rPr>
                <w:rFonts w:ascii="Times New Roman" w:hAnsi="Times New Roman"/>
                <w:sz w:val="16"/>
              </w:rPr>
              <w:t>5.68</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31422334" w14:textId="77777777" w:rsidR="00A0215B" w:rsidRPr="00693325" w:rsidRDefault="00A0215B" w:rsidP="00026D1F">
            <w:pPr>
              <w:jc w:val="center"/>
              <w:rPr>
                <w:rFonts w:ascii="Times New Roman" w:hAnsi="Times New Roman"/>
                <w:color w:val="000000"/>
                <w:sz w:val="16"/>
                <w:szCs w:val="16"/>
              </w:rPr>
            </w:pPr>
            <w:r>
              <w:rPr>
                <w:rFonts w:ascii="Times New Roman" w:hAnsi="Times New Roman"/>
                <w:color w:val="000000"/>
                <w:sz w:val="16"/>
              </w:rPr>
              <w:t>0.07 (0.26)</w:t>
            </w:r>
          </w:p>
        </w:tc>
        <w:tc>
          <w:tcPr>
            <w:tcW w:w="427" w:type="pct"/>
            <w:tcBorders>
              <w:top w:val="nil"/>
              <w:left w:val="nil"/>
              <w:bottom w:val="nil"/>
              <w:right w:val="nil"/>
            </w:tcBorders>
            <w:shd w:val="clear" w:color="000000" w:fill="F2F2F2"/>
            <w:vAlign w:val="center"/>
            <w:hideMark/>
          </w:tcPr>
          <w:p w14:paraId="514D48FF"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1.</w:t>
            </w:r>
            <w:r>
              <w:rPr>
                <w:rFonts w:ascii="Times New Roman" w:hAnsi="Times New Roman"/>
                <w:sz w:val="16"/>
              </w:rPr>
              <w:t>97</w:t>
            </w:r>
            <w:r w:rsidRPr="00693325">
              <w:rPr>
                <w:rFonts w:ascii="Times New Roman" w:hAnsi="Times New Roman"/>
                <w:sz w:val="16"/>
              </w:rPr>
              <w:t xml:space="preserve"> (</w:t>
            </w:r>
            <w:r>
              <w:rPr>
                <w:rFonts w:ascii="Times New Roman" w:hAnsi="Times New Roman"/>
                <w:sz w:val="16"/>
              </w:rPr>
              <w:t>3.17</w:t>
            </w:r>
            <w:r w:rsidRPr="00693325">
              <w:rPr>
                <w:rFonts w:ascii="Times New Roman" w:hAnsi="Times New Roman"/>
                <w:sz w:val="16"/>
              </w:rPr>
              <w:t>)</w:t>
            </w:r>
          </w:p>
        </w:tc>
        <w:tc>
          <w:tcPr>
            <w:tcW w:w="427" w:type="pct"/>
            <w:tcBorders>
              <w:top w:val="nil"/>
              <w:left w:val="nil"/>
              <w:bottom w:val="nil"/>
              <w:right w:val="nil"/>
            </w:tcBorders>
            <w:shd w:val="clear" w:color="000000" w:fill="FFFFFF"/>
            <w:vAlign w:val="center"/>
            <w:hideMark/>
          </w:tcPr>
          <w:p w14:paraId="1CF646F0" w14:textId="77777777" w:rsidR="00A0215B" w:rsidRPr="00693325" w:rsidRDefault="00A0215B" w:rsidP="00026D1F">
            <w:pPr>
              <w:jc w:val="center"/>
              <w:rPr>
                <w:rFonts w:ascii="Times New Roman" w:hAnsi="Times New Roman"/>
                <w:color w:val="000000"/>
                <w:sz w:val="16"/>
                <w:szCs w:val="16"/>
              </w:rPr>
            </w:pPr>
            <w:r>
              <w:rPr>
                <w:rFonts w:ascii="Times New Roman" w:hAnsi="Times New Roman"/>
                <w:color w:val="000000"/>
                <w:sz w:val="16"/>
              </w:rPr>
              <w:t>0.03 (0.16)</w:t>
            </w:r>
          </w:p>
        </w:tc>
        <w:tc>
          <w:tcPr>
            <w:tcW w:w="338" w:type="pct"/>
            <w:tcBorders>
              <w:top w:val="nil"/>
              <w:left w:val="nil"/>
              <w:bottom w:val="nil"/>
              <w:right w:val="nil"/>
            </w:tcBorders>
            <w:shd w:val="clear" w:color="000000" w:fill="FFFFFF"/>
            <w:vAlign w:val="center"/>
            <w:hideMark/>
          </w:tcPr>
          <w:p w14:paraId="2F0C3909"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&lt;0.001</w:t>
            </w:r>
          </w:p>
        </w:tc>
        <w:tc>
          <w:tcPr>
            <w:tcW w:w="427" w:type="pct"/>
            <w:tcBorders>
              <w:top w:val="nil"/>
              <w:left w:val="nil"/>
              <w:bottom w:val="nil"/>
              <w:right w:val="nil"/>
            </w:tcBorders>
            <w:shd w:val="clear" w:color="000000" w:fill="F2F2F2"/>
            <w:vAlign w:val="center"/>
            <w:hideMark/>
          </w:tcPr>
          <w:p w14:paraId="02F4CB91"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6.93 (4.13)</w:t>
            </w:r>
          </w:p>
        </w:tc>
        <w:tc>
          <w:tcPr>
            <w:tcW w:w="427" w:type="pct"/>
            <w:tcBorders>
              <w:top w:val="nil"/>
              <w:left w:val="nil"/>
              <w:bottom w:val="nil"/>
              <w:right w:val="nil"/>
            </w:tcBorders>
            <w:shd w:val="clear" w:color="000000" w:fill="F2F2F2"/>
            <w:vAlign w:val="center"/>
            <w:hideMark/>
          </w:tcPr>
          <w:p w14:paraId="04321D1F"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0.03 (0.12)</w:t>
            </w:r>
          </w:p>
        </w:tc>
        <w:tc>
          <w:tcPr>
            <w:tcW w:w="427" w:type="pct"/>
            <w:tcBorders>
              <w:top w:val="nil"/>
              <w:left w:val="nil"/>
              <w:bottom w:val="nil"/>
              <w:right w:val="nil"/>
            </w:tcBorders>
            <w:shd w:val="clear" w:color="000000" w:fill="F2F2F2"/>
            <w:vAlign w:val="center"/>
            <w:hideMark/>
          </w:tcPr>
          <w:p w14:paraId="1193DE85"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1.16 (3.32)</w:t>
            </w:r>
          </w:p>
        </w:tc>
        <w:tc>
          <w:tcPr>
            <w:tcW w:w="427" w:type="pct"/>
            <w:tcBorders>
              <w:top w:val="nil"/>
              <w:left w:val="nil"/>
              <w:bottom w:val="nil"/>
              <w:right w:val="nil"/>
            </w:tcBorders>
            <w:shd w:val="clear" w:color="000000" w:fill="FFFFFF"/>
            <w:vAlign w:val="center"/>
            <w:hideMark/>
          </w:tcPr>
          <w:p w14:paraId="70CC5DE2"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0.05 (0.36)</w:t>
            </w:r>
          </w:p>
        </w:tc>
        <w:tc>
          <w:tcPr>
            <w:tcW w:w="337" w:type="pct"/>
            <w:tcBorders>
              <w:top w:val="nil"/>
              <w:left w:val="nil"/>
              <w:bottom w:val="nil"/>
              <w:right w:val="nil"/>
            </w:tcBorders>
            <w:shd w:val="clear" w:color="000000" w:fill="FFFFFF"/>
            <w:vAlign w:val="center"/>
            <w:hideMark/>
          </w:tcPr>
          <w:p w14:paraId="6B3AA64A"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&lt;0.001</w:t>
            </w:r>
          </w:p>
        </w:tc>
      </w:tr>
      <w:tr w:rsidR="00A0215B" w:rsidRPr="00693325" w14:paraId="144785EA" w14:textId="77777777" w:rsidTr="00132E28">
        <w:trPr>
          <w:trHeight w:val="68"/>
        </w:trPr>
        <w:tc>
          <w:tcPr>
            <w:tcW w:w="909" w:type="pct"/>
            <w:tcBorders>
              <w:top w:val="nil"/>
              <w:left w:val="nil"/>
              <w:bottom w:val="nil"/>
              <w:right w:val="nil"/>
            </w:tcBorders>
            <w:shd w:val="clear" w:color="000000" w:fill="FFFFFF"/>
            <w:vAlign w:val="center"/>
            <w:hideMark/>
          </w:tcPr>
          <w:p w14:paraId="5CE3599A" w14:textId="77777777" w:rsidR="00A0215B" w:rsidRPr="00693325" w:rsidRDefault="00A0215B" w:rsidP="00337482">
            <w:pPr>
              <w:rPr>
                <w:rFonts w:ascii="Times New Roman" w:hAnsi="Times New Roman"/>
                <w:b/>
                <w:bCs/>
                <w:color w:val="000000"/>
                <w:sz w:val="16"/>
                <w:szCs w:val="16"/>
              </w:rPr>
            </w:pPr>
            <w:r w:rsidRPr="00693325">
              <w:rPr>
                <w:rFonts w:ascii="Times New Roman" w:hAnsi="Times New Roman"/>
                <w:b/>
                <w:bCs/>
                <w:sz w:val="16"/>
              </w:rPr>
              <w:t>Outpatient</w:t>
            </w:r>
          </w:p>
        </w:tc>
        <w:tc>
          <w:tcPr>
            <w:tcW w:w="427" w:type="pct"/>
            <w:tcBorders>
              <w:top w:val="nil"/>
              <w:left w:val="nil"/>
              <w:bottom w:val="nil"/>
              <w:right w:val="nil"/>
            </w:tcBorders>
            <w:shd w:val="clear" w:color="000000" w:fill="F2F2F2"/>
            <w:vAlign w:val="center"/>
            <w:hideMark/>
          </w:tcPr>
          <w:p w14:paraId="18F14A34" w14:textId="676C0E5A" w:rsidR="00A0215B" w:rsidRPr="00693325" w:rsidRDefault="00A0215B" w:rsidP="00026D1F">
            <w:pPr>
              <w:jc w:val="center"/>
              <w:rPr>
                <w:rFonts w:ascii="Times New Roman" w:hAnsi="Times New Roman"/>
                <w:color w:val="000000"/>
                <w:sz w:val="16"/>
                <w:szCs w:val="16"/>
              </w:rPr>
            </w:pPr>
          </w:p>
        </w:tc>
        <w:tc>
          <w:tcPr>
            <w:tcW w:w="427" w:type="pct"/>
            <w:tcBorders>
              <w:top w:val="nil"/>
              <w:left w:val="nil"/>
              <w:bottom w:val="nil"/>
              <w:right w:val="nil"/>
            </w:tcBorders>
            <w:shd w:val="clear" w:color="000000" w:fill="F2F2F2"/>
            <w:vAlign w:val="center"/>
            <w:hideMark/>
          </w:tcPr>
          <w:p w14:paraId="7BB87DE3" w14:textId="376F93CC" w:rsidR="00A0215B" w:rsidRPr="00693325" w:rsidRDefault="00A0215B" w:rsidP="00026D1F">
            <w:pPr>
              <w:jc w:val="center"/>
              <w:rPr>
                <w:rFonts w:ascii="Times New Roman" w:hAnsi="Times New Roman"/>
                <w:color w:val="000000"/>
                <w:sz w:val="16"/>
                <w:szCs w:val="16"/>
              </w:rPr>
            </w:pPr>
          </w:p>
        </w:tc>
        <w:tc>
          <w:tcPr>
            <w:tcW w:w="427" w:type="pct"/>
            <w:tcBorders>
              <w:top w:val="nil"/>
              <w:left w:val="nil"/>
              <w:bottom w:val="nil"/>
              <w:right w:val="nil"/>
            </w:tcBorders>
            <w:shd w:val="clear" w:color="000000" w:fill="F2F2F2"/>
            <w:vAlign w:val="center"/>
            <w:hideMark/>
          </w:tcPr>
          <w:p w14:paraId="6FC254DD" w14:textId="4E85D1AD" w:rsidR="00A0215B" w:rsidRPr="00693325" w:rsidRDefault="00A0215B" w:rsidP="00026D1F">
            <w:pPr>
              <w:jc w:val="center"/>
              <w:rPr>
                <w:rFonts w:ascii="Times New Roman" w:hAnsi="Times New Roman"/>
                <w:color w:val="000000"/>
                <w:sz w:val="16"/>
                <w:szCs w:val="16"/>
              </w:rPr>
            </w:pPr>
          </w:p>
        </w:tc>
        <w:tc>
          <w:tcPr>
            <w:tcW w:w="427" w:type="pct"/>
            <w:tcBorders>
              <w:top w:val="nil"/>
              <w:left w:val="nil"/>
              <w:bottom w:val="nil"/>
              <w:right w:val="nil"/>
            </w:tcBorders>
            <w:shd w:val="clear" w:color="000000" w:fill="FFFFFF"/>
            <w:vAlign w:val="center"/>
            <w:hideMark/>
          </w:tcPr>
          <w:p w14:paraId="0D3E959A" w14:textId="7EC9A825" w:rsidR="00A0215B" w:rsidRPr="00693325" w:rsidRDefault="00A0215B" w:rsidP="00026D1F">
            <w:pPr>
              <w:jc w:val="center"/>
              <w:rPr>
                <w:rFonts w:ascii="Times New Roman" w:hAnsi="Times New Roman"/>
                <w:color w:val="000000"/>
                <w:sz w:val="16"/>
                <w:szCs w:val="16"/>
              </w:rPr>
            </w:pPr>
          </w:p>
        </w:tc>
        <w:tc>
          <w:tcPr>
            <w:tcW w:w="338" w:type="pct"/>
            <w:tcBorders>
              <w:top w:val="nil"/>
              <w:left w:val="nil"/>
              <w:bottom w:val="nil"/>
              <w:right w:val="nil"/>
            </w:tcBorders>
            <w:shd w:val="clear" w:color="000000" w:fill="FFFFFF"/>
            <w:vAlign w:val="center"/>
            <w:hideMark/>
          </w:tcPr>
          <w:p w14:paraId="34FDFD67" w14:textId="19448C87" w:rsidR="00A0215B" w:rsidRPr="00693325" w:rsidRDefault="00A0215B" w:rsidP="00026D1F">
            <w:pPr>
              <w:jc w:val="center"/>
              <w:rPr>
                <w:rFonts w:ascii="Times New Roman" w:hAnsi="Times New Roman"/>
                <w:color w:val="000000"/>
                <w:sz w:val="16"/>
                <w:szCs w:val="16"/>
              </w:rPr>
            </w:pPr>
          </w:p>
        </w:tc>
        <w:tc>
          <w:tcPr>
            <w:tcW w:w="427" w:type="pct"/>
            <w:tcBorders>
              <w:top w:val="nil"/>
              <w:left w:val="nil"/>
              <w:bottom w:val="nil"/>
              <w:right w:val="nil"/>
            </w:tcBorders>
            <w:shd w:val="clear" w:color="000000" w:fill="F2F2F2"/>
            <w:vAlign w:val="center"/>
            <w:hideMark/>
          </w:tcPr>
          <w:p w14:paraId="0EEF24B3" w14:textId="75CFDEE5" w:rsidR="00A0215B" w:rsidRPr="00046249" w:rsidRDefault="00A0215B" w:rsidP="00026D1F">
            <w:pPr>
              <w:jc w:val="center"/>
              <w:rPr>
                <w:rFonts w:ascii="Times New Roman" w:hAnsi="Times New Roman"/>
                <w:color w:val="000000"/>
                <w:sz w:val="16"/>
                <w:szCs w:val="16"/>
              </w:rPr>
            </w:pPr>
          </w:p>
        </w:tc>
        <w:tc>
          <w:tcPr>
            <w:tcW w:w="427" w:type="pct"/>
            <w:tcBorders>
              <w:top w:val="nil"/>
              <w:left w:val="nil"/>
              <w:bottom w:val="nil"/>
              <w:right w:val="nil"/>
            </w:tcBorders>
            <w:shd w:val="clear" w:color="000000" w:fill="F2F2F2"/>
            <w:vAlign w:val="center"/>
            <w:hideMark/>
          </w:tcPr>
          <w:p w14:paraId="075F970F" w14:textId="42A6FED0" w:rsidR="00A0215B" w:rsidRPr="00046249" w:rsidRDefault="00A0215B" w:rsidP="00026D1F">
            <w:pPr>
              <w:jc w:val="center"/>
              <w:rPr>
                <w:rFonts w:ascii="Times New Roman" w:hAnsi="Times New Roman"/>
                <w:color w:val="000000"/>
                <w:sz w:val="16"/>
                <w:szCs w:val="16"/>
              </w:rPr>
            </w:pPr>
          </w:p>
        </w:tc>
        <w:tc>
          <w:tcPr>
            <w:tcW w:w="427" w:type="pct"/>
            <w:tcBorders>
              <w:top w:val="nil"/>
              <w:left w:val="nil"/>
              <w:bottom w:val="nil"/>
              <w:right w:val="nil"/>
            </w:tcBorders>
            <w:shd w:val="clear" w:color="000000" w:fill="F2F2F2"/>
            <w:vAlign w:val="center"/>
            <w:hideMark/>
          </w:tcPr>
          <w:p w14:paraId="7932DE7B" w14:textId="1B8A42B6" w:rsidR="00A0215B" w:rsidRPr="00046249" w:rsidRDefault="00A0215B" w:rsidP="00026D1F">
            <w:pPr>
              <w:jc w:val="center"/>
              <w:rPr>
                <w:rFonts w:ascii="Times New Roman" w:hAnsi="Times New Roman"/>
                <w:color w:val="000000"/>
                <w:sz w:val="16"/>
                <w:szCs w:val="16"/>
              </w:rPr>
            </w:pPr>
          </w:p>
        </w:tc>
        <w:tc>
          <w:tcPr>
            <w:tcW w:w="427" w:type="pct"/>
            <w:tcBorders>
              <w:top w:val="nil"/>
              <w:left w:val="nil"/>
              <w:bottom w:val="nil"/>
              <w:right w:val="nil"/>
            </w:tcBorders>
            <w:shd w:val="clear" w:color="000000" w:fill="FFFFFF"/>
            <w:vAlign w:val="center"/>
            <w:hideMark/>
          </w:tcPr>
          <w:p w14:paraId="2F8E1231" w14:textId="222E0F18" w:rsidR="00A0215B" w:rsidRPr="00046249" w:rsidRDefault="00A0215B" w:rsidP="00026D1F">
            <w:pPr>
              <w:jc w:val="center"/>
              <w:rPr>
                <w:rFonts w:ascii="Times New Roman" w:hAnsi="Times New Roman"/>
                <w:color w:val="000000"/>
                <w:sz w:val="16"/>
                <w:szCs w:val="16"/>
              </w:rPr>
            </w:pPr>
          </w:p>
        </w:tc>
        <w:tc>
          <w:tcPr>
            <w:tcW w:w="337" w:type="pct"/>
            <w:tcBorders>
              <w:top w:val="nil"/>
              <w:left w:val="nil"/>
              <w:bottom w:val="nil"/>
              <w:right w:val="nil"/>
            </w:tcBorders>
            <w:shd w:val="clear" w:color="000000" w:fill="FFFFFF"/>
            <w:vAlign w:val="center"/>
            <w:hideMark/>
          </w:tcPr>
          <w:p w14:paraId="785C9EDD" w14:textId="5C05D06D" w:rsidR="00A0215B" w:rsidRPr="00046249" w:rsidRDefault="00A0215B" w:rsidP="00026D1F">
            <w:pPr>
              <w:jc w:val="center"/>
              <w:rPr>
                <w:rFonts w:ascii="Times New Roman" w:hAnsi="Times New Roman"/>
                <w:color w:val="000000"/>
                <w:sz w:val="16"/>
                <w:szCs w:val="16"/>
              </w:rPr>
            </w:pPr>
          </w:p>
        </w:tc>
      </w:tr>
      <w:tr w:rsidR="00A0215B" w:rsidRPr="00693325" w14:paraId="590A85C4" w14:textId="77777777" w:rsidTr="00132E28">
        <w:trPr>
          <w:trHeight w:val="68"/>
        </w:trPr>
        <w:tc>
          <w:tcPr>
            <w:tcW w:w="909" w:type="pct"/>
            <w:tcBorders>
              <w:top w:val="nil"/>
              <w:left w:val="nil"/>
              <w:bottom w:val="nil"/>
              <w:right w:val="nil"/>
            </w:tcBorders>
            <w:shd w:val="clear" w:color="000000" w:fill="FFFFFF"/>
            <w:vAlign w:val="center"/>
            <w:hideMark/>
          </w:tcPr>
          <w:p w14:paraId="16E91EC7" w14:textId="77777777" w:rsidR="00A0215B" w:rsidRPr="00693325" w:rsidRDefault="00A0215B" w:rsidP="00337482">
            <w:pPr>
              <w:rPr>
                <w:rFonts w:ascii="Times New Roman" w:hAnsi="Times New Roman"/>
                <w:color w:val="000000"/>
                <w:sz w:val="16"/>
                <w:szCs w:val="16"/>
              </w:rPr>
            </w:pPr>
            <w:r w:rsidRPr="00693325">
              <w:rPr>
                <w:rFonts w:ascii="Times New Roman" w:hAnsi="Times New Roman"/>
                <w:sz w:val="16"/>
              </w:rPr>
              <w:t>ED visits, n (%)</w:t>
            </w:r>
          </w:p>
        </w:tc>
        <w:tc>
          <w:tcPr>
            <w:tcW w:w="427" w:type="pct"/>
            <w:tcBorders>
              <w:top w:val="nil"/>
              <w:left w:val="nil"/>
              <w:bottom w:val="nil"/>
              <w:right w:val="nil"/>
            </w:tcBorders>
            <w:shd w:val="clear" w:color="000000" w:fill="F2F2F2"/>
            <w:vAlign w:val="center"/>
            <w:hideMark/>
          </w:tcPr>
          <w:p w14:paraId="084E77B0"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9</w:t>
            </w:r>
            <w:r w:rsidRPr="00693325">
              <w:rPr>
                <w:rFonts w:ascii="Times New Roman" w:hAnsi="Times New Roman"/>
                <w:sz w:val="16"/>
              </w:rPr>
              <w:t xml:space="preserve"> (</w:t>
            </w:r>
            <w:r>
              <w:rPr>
                <w:rFonts w:ascii="Times New Roman" w:hAnsi="Times New Roman"/>
                <w:sz w:val="16"/>
              </w:rPr>
              <w:t>42.86</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455241AD"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7</w:t>
            </w:r>
            <w:r w:rsidRPr="00693325">
              <w:rPr>
                <w:rFonts w:ascii="Times New Roman" w:hAnsi="Times New Roman"/>
                <w:sz w:val="16"/>
              </w:rPr>
              <w:t xml:space="preserve"> (</w:t>
            </w:r>
            <w:r>
              <w:rPr>
                <w:rFonts w:ascii="Times New Roman" w:hAnsi="Times New Roman"/>
                <w:sz w:val="16"/>
              </w:rPr>
              <w:t>35.00</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7FAE6029"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11</w:t>
            </w:r>
            <w:r w:rsidRPr="00693325">
              <w:rPr>
                <w:rFonts w:ascii="Times New Roman" w:hAnsi="Times New Roman"/>
                <w:sz w:val="16"/>
              </w:rPr>
              <w:t xml:space="preserve"> (</w:t>
            </w:r>
            <w:r>
              <w:rPr>
                <w:rFonts w:ascii="Times New Roman" w:hAnsi="Times New Roman"/>
                <w:sz w:val="16"/>
              </w:rPr>
              <w:t>52.38</w:t>
            </w:r>
            <w:r w:rsidRPr="00693325">
              <w:rPr>
                <w:rFonts w:ascii="Times New Roman" w:hAnsi="Times New Roman"/>
                <w:sz w:val="16"/>
              </w:rPr>
              <w:t>)</w:t>
            </w:r>
          </w:p>
        </w:tc>
        <w:tc>
          <w:tcPr>
            <w:tcW w:w="427" w:type="pct"/>
            <w:tcBorders>
              <w:top w:val="nil"/>
              <w:left w:val="nil"/>
              <w:bottom w:val="nil"/>
              <w:right w:val="nil"/>
            </w:tcBorders>
            <w:shd w:val="clear" w:color="000000" w:fill="FFFFFF"/>
            <w:vAlign w:val="center"/>
            <w:hideMark/>
          </w:tcPr>
          <w:p w14:paraId="5FAC0EB0" w14:textId="4CE369AA" w:rsidR="00A0215B" w:rsidRPr="00693325" w:rsidRDefault="00A0215B" w:rsidP="00026D1F">
            <w:pPr>
              <w:jc w:val="center"/>
              <w:rPr>
                <w:rFonts w:ascii="Times New Roman" w:hAnsi="Times New Roman"/>
                <w:color w:val="000000"/>
                <w:sz w:val="16"/>
                <w:szCs w:val="16"/>
              </w:rPr>
            </w:pPr>
            <w:r>
              <w:rPr>
                <w:rFonts w:ascii="Times New Roman" w:hAnsi="Times New Roman"/>
                <w:sz w:val="16"/>
              </w:rPr>
              <w:t>34</w:t>
            </w:r>
            <w:r w:rsidRPr="00693325">
              <w:rPr>
                <w:rFonts w:ascii="Times New Roman" w:hAnsi="Times New Roman"/>
                <w:sz w:val="16"/>
              </w:rPr>
              <w:t xml:space="preserve"> (</w:t>
            </w:r>
            <w:r>
              <w:rPr>
                <w:rFonts w:ascii="Times New Roman" w:hAnsi="Times New Roman"/>
                <w:sz w:val="16"/>
              </w:rPr>
              <w:t>32.</w:t>
            </w:r>
            <w:r w:rsidR="00026D1F">
              <w:rPr>
                <w:rFonts w:ascii="Times New Roman" w:hAnsi="Times New Roman"/>
                <w:sz w:val="16"/>
              </w:rPr>
              <w:t>3</w:t>
            </w:r>
            <w:r>
              <w:rPr>
                <w:rFonts w:ascii="Times New Roman" w:hAnsi="Times New Roman"/>
                <w:sz w:val="16"/>
              </w:rPr>
              <w:t>8</w:t>
            </w:r>
            <w:r w:rsidRPr="00693325">
              <w:rPr>
                <w:rFonts w:ascii="Times New Roman" w:hAnsi="Times New Roman"/>
                <w:sz w:val="16"/>
              </w:rPr>
              <w:t>)</w:t>
            </w:r>
          </w:p>
        </w:tc>
        <w:tc>
          <w:tcPr>
            <w:tcW w:w="338" w:type="pct"/>
            <w:tcBorders>
              <w:top w:val="nil"/>
              <w:left w:val="nil"/>
              <w:bottom w:val="nil"/>
              <w:right w:val="nil"/>
            </w:tcBorders>
            <w:shd w:val="clear" w:color="000000" w:fill="FFFFFF"/>
            <w:vAlign w:val="center"/>
            <w:hideMark/>
          </w:tcPr>
          <w:p w14:paraId="66BC5146" w14:textId="6619D51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081</w:t>
            </w:r>
          </w:p>
        </w:tc>
        <w:tc>
          <w:tcPr>
            <w:tcW w:w="427" w:type="pct"/>
            <w:tcBorders>
              <w:top w:val="nil"/>
              <w:left w:val="nil"/>
              <w:bottom w:val="nil"/>
              <w:right w:val="nil"/>
            </w:tcBorders>
            <w:shd w:val="clear" w:color="000000" w:fill="F2F2F2"/>
            <w:vAlign w:val="center"/>
            <w:hideMark/>
          </w:tcPr>
          <w:p w14:paraId="6186D460"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22 (19.13)</w:t>
            </w:r>
          </w:p>
        </w:tc>
        <w:tc>
          <w:tcPr>
            <w:tcW w:w="427" w:type="pct"/>
            <w:tcBorders>
              <w:top w:val="nil"/>
              <w:left w:val="nil"/>
              <w:bottom w:val="nil"/>
              <w:right w:val="nil"/>
            </w:tcBorders>
            <w:shd w:val="clear" w:color="000000" w:fill="F2F2F2"/>
            <w:vAlign w:val="center"/>
            <w:hideMark/>
          </w:tcPr>
          <w:p w14:paraId="0C8E60F0"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86 (79.63)</w:t>
            </w:r>
          </w:p>
        </w:tc>
        <w:tc>
          <w:tcPr>
            <w:tcW w:w="427" w:type="pct"/>
            <w:tcBorders>
              <w:top w:val="nil"/>
              <w:left w:val="nil"/>
              <w:bottom w:val="nil"/>
              <w:right w:val="nil"/>
            </w:tcBorders>
            <w:shd w:val="clear" w:color="000000" w:fill="F2F2F2"/>
            <w:vAlign w:val="center"/>
            <w:hideMark/>
          </w:tcPr>
          <w:p w14:paraId="4D29868B"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89 (77.39)</w:t>
            </w:r>
          </w:p>
        </w:tc>
        <w:tc>
          <w:tcPr>
            <w:tcW w:w="427" w:type="pct"/>
            <w:tcBorders>
              <w:top w:val="nil"/>
              <w:left w:val="nil"/>
              <w:bottom w:val="nil"/>
              <w:right w:val="nil"/>
            </w:tcBorders>
            <w:shd w:val="clear" w:color="000000" w:fill="FFFFFF"/>
            <w:vAlign w:val="center"/>
            <w:hideMark/>
          </w:tcPr>
          <w:p w14:paraId="4D1B548B"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258 (44.87)</w:t>
            </w:r>
          </w:p>
        </w:tc>
        <w:tc>
          <w:tcPr>
            <w:tcW w:w="337" w:type="pct"/>
            <w:tcBorders>
              <w:top w:val="nil"/>
              <w:left w:val="nil"/>
              <w:bottom w:val="nil"/>
              <w:right w:val="nil"/>
            </w:tcBorders>
            <w:shd w:val="clear" w:color="000000" w:fill="FFFFFF"/>
            <w:vAlign w:val="center"/>
            <w:hideMark/>
          </w:tcPr>
          <w:p w14:paraId="2C872E5E"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&lt;0.001</w:t>
            </w:r>
          </w:p>
        </w:tc>
      </w:tr>
      <w:tr w:rsidR="00A0215B" w:rsidRPr="00693325" w14:paraId="30C403AB" w14:textId="77777777" w:rsidTr="00132E28">
        <w:trPr>
          <w:trHeight w:val="68"/>
        </w:trPr>
        <w:tc>
          <w:tcPr>
            <w:tcW w:w="909" w:type="pct"/>
            <w:tcBorders>
              <w:top w:val="nil"/>
              <w:left w:val="nil"/>
              <w:bottom w:val="nil"/>
              <w:right w:val="nil"/>
            </w:tcBorders>
            <w:shd w:val="clear" w:color="000000" w:fill="FFFFFF"/>
            <w:vAlign w:val="center"/>
            <w:hideMark/>
          </w:tcPr>
          <w:p w14:paraId="03BAA432" w14:textId="77777777" w:rsidR="00A0215B" w:rsidRPr="00693325" w:rsidRDefault="00A0215B" w:rsidP="00337482">
            <w:pPr>
              <w:ind w:leftChars="100" w:left="240"/>
              <w:rPr>
                <w:rFonts w:ascii="Times New Roman" w:hAnsi="Times New Roman"/>
                <w:color w:val="000000"/>
                <w:sz w:val="16"/>
                <w:szCs w:val="16"/>
              </w:rPr>
            </w:pPr>
            <w:r w:rsidRPr="00693325">
              <w:rPr>
                <w:rFonts w:ascii="Times New Roman" w:hAnsi="Times New Roman"/>
                <w:sz w:val="16"/>
              </w:rPr>
              <w:t>Number of ED visits per patient, mean (SD)</w:t>
            </w:r>
          </w:p>
        </w:tc>
        <w:tc>
          <w:tcPr>
            <w:tcW w:w="427" w:type="pct"/>
            <w:tcBorders>
              <w:top w:val="nil"/>
              <w:left w:val="nil"/>
              <w:bottom w:val="nil"/>
              <w:right w:val="nil"/>
            </w:tcBorders>
            <w:shd w:val="clear" w:color="000000" w:fill="F2F2F2"/>
            <w:vAlign w:val="center"/>
            <w:hideMark/>
          </w:tcPr>
          <w:p w14:paraId="2A39CC89" w14:textId="77777777" w:rsidR="00A0215B" w:rsidRPr="00693325" w:rsidRDefault="00A0215B" w:rsidP="00026D1F">
            <w:pPr>
              <w:jc w:val="center"/>
              <w:rPr>
                <w:rFonts w:ascii="Times New Roman" w:hAnsi="Times New Roman"/>
                <w:color w:val="000000"/>
                <w:sz w:val="16"/>
                <w:szCs w:val="16"/>
              </w:rPr>
            </w:pPr>
            <w:r>
              <w:rPr>
                <w:rFonts w:ascii="Times New Roman" w:hAnsi="Times New Roman"/>
                <w:color w:val="000000"/>
                <w:sz w:val="16"/>
              </w:rPr>
              <w:t>0.58 (0.83)</w:t>
            </w:r>
          </w:p>
        </w:tc>
        <w:tc>
          <w:tcPr>
            <w:tcW w:w="427" w:type="pct"/>
            <w:tcBorders>
              <w:top w:val="nil"/>
              <w:left w:val="nil"/>
              <w:bottom w:val="nil"/>
              <w:right w:val="nil"/>
            </w:tcBorders>
            <w:shd w:val="clear" w:color="000000" w:fill="F2F2F2"/>
            <w:vAlign w:val="center"/>
            <w:hideMark/>
          </w:tcPr>
          <w:p w14:paraId="06686A5B"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0.0</w:t>
            </w:r>
            <w:r>
              <w:rPr>
                <w:rFonts w:ascii="Times New Roman" w:hAnsi="Times New Roman"/>
                <w:sz w:val="16"/>
              </w:rPr>
              <w:t>3</w:t>
            </w:r>
            <w:r w:rsidRPr="00693325">
              <w:rPr>
                <w:rFonts w:ascii="Times New Roman" w:hAnsi="Times New Roman"/>
                <w:sz w:val="16"/>
              </w:rPr>
              <w:t xml:space="preserve"> (0.04)</w:t>
            </w:r>
          </w:p>
        </w:tc>
        <w:tc>
          <w:tcPr>
            <w:tcW w:w="427" w:type="pct"/>
            <w:tcBorders>
              <w:top w:val="nil"/>
              <w:left w:val="nil"/>
              <w:bottom w:val="nil"/>
              <w:right w:val="nil"/>
            </w:tcBorders>
            <w:shd w:val="clear" w:color="000000" w:fill="F2F2F2"/>
            <w:vAlign w:val="center"/>
            <w:hideMark/>
          </w:tcPr>
          <w:p w14:paraId="6EC4DC94"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0.0</w:t>
            </w:r>
            <w:r>
              <w:rPr>
                <w:rFonts w:ascii="Times New Roman" w:hAnsi="Times New Roman"/>
                <w:sz w:val="16"/>
              </w:rPr>
              <w:t>6</w:t>
            </w:r>
            <w:r w:rsidRPr="00693325">
              <w:rPr>
                <w:rFonts w:ascii="Times New Roman" w:hAnsi="Times New Roman"/>
                <w:sz w:val="16"/>
              </w:rPr>
              <w:t xml:space="preserve"> (0.</w:t>
            </w:r>
            <w:r>
              <w:rPr>
                <w:rFonts w:ascii="Times New Roman" w:hAnsi="Times New Roman"/>
                <w:sz w:val="16"/>
              </w:rPr>
              <w:t>11</w:t>
            </w:r>
            <w:r w:rsidRPr="00693325">
              <w:rPr>
                <w:rFonts w:ascii="Times New Roman" w:hAnsi="Times New Roman"/>
                <w:sz w:val="16"/>
              </w:rPr>
              <w:t>)</w:t>
            </w:r>
          </w:p>
        </w:tc>
        <w:tc>
          <w:tcPr>
            <w:tcW w:w="427" w:type="pct"/>
            <w:tcBorders>
              <w:top w:val="nil"/>
              <w:left w:val="nil"/>
              <w:bottom w:val="nil"/>
              <w:right w:val="nil"/>
            </w:tcBorders>
            <w:shd w:val="clear" w:color="000000" w:fill="FFFFFF"/>
            <w:vAlign w:val="center"/>
            <w:hideMark/>
          </w:tcPr>
          <w:p w14:paraId="114F0A76"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0.02 (0.0</w:t>
            </w:r>
            <w:r>
              <w:rPr>
                <w:rFonts w:ascii="Times New Roman" w:hAnsi="Times New Roman"/>
                <w:sz w:val="16"/>
              </w:rPr>
              <w:t>4</w:t>
            </w:r>
            <w:r w:rsidRPr="00693325">
              <w:rPr>
                <w:rFonts w:ascii="Times New Roman" w:hAnsi="Times New Roman"/>
                <w:sz w:val="16"/>
              </w:rPr>
              <w:t>)</w:t>
            </w:r>
          </w:p>
        </w:tc>
        <w:tc>
          <w:tcPr>
            <w:tcW w:w="338" w:type="pct"/>
            <w:tcBorders>
              <w:top w:val="nil"/>
              <w:left w:val="nil"/>
              <w:bottom w:val="nil"/>
              <w:right w:val="nil"/>
            </w:tcBorders>
            <w:shd w:val="clear" w:color="000000" w:fill="FFFFFF"/>
            <w:vAlign w:val="center"/>
            <w:hideMark/>
          </w:tcPr>
          <w:p w14:paraId="20510B8A"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004</w:t>
            </w:r>
          </w:p>
        </w:tc>
        <w:tc>
          <w:tcPr>
            <w:tcW w:w="427" w:type="pct"/>
            <w:tcBorders>
              <w:top w:val="nil"/>
              <w:left w:val="nil"/>
              <w:bottom w:val="nil"/>
              <w:right w:val="nil"/>
            </w:tcBorders>
            <w:shd w:val="clear" w:color="000000" w:fill="F2F2F2"/>
            <w:vAlign w:val="center"/>
            <w:hideMark/>
          </w:tcPr>
          <w:p w14:paraId="60346939"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0.18 (0.42)</w:t>
            </w:r>
          </w:p>
        </w:tc>
        <w:tc>
          <w:tcPr>
            <w:tcW w:w="427" w:type="pct"/>
            <w:tcBorders>
              <w:top w:val="nil"/>
              <w:left w:val="nil"/>
              <w:bottom w:val="nil"/>
              <w:right w:val="nil"/>
            </w:tcBorders>
            <w:shd w:val="clear" w:color="000000" w:fill="F2F2F2"/>
            <w:vAlign w:val="center"/>
            <w:hideMark/>
          </w:tcPr>
          <w:p w14:paraId="55B5A378"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0.11 (0.13)</w:t>
            </w:r>
          </w:p>
        </w:tc>
        <w:tc>
          <w:tcPr>
            <w:tcW w:w="427" w:type="pct"/>
            <w:tcBorders>
              <w:top w:val="nil"/>
              <w:left w:val="nil"/>
              <w:bottom w:val="nil"/>
              <w:right w:val="nil"/>
            </w:tcBorders>
            <w:shd w:val="clear" w:color="000000" w:fill="F2F2F2"/>
            <w:vAlign w:val="center"/>
            <w:hideMark/>
          </w:tcPr>
          <w:p w14:paraId="344D24C9"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0.12 (0.15)</w:t>
            </w:r>
          </w:p>
        </w:tc>
        <w:tc>
          <w:tcPr>
            <w:tcW w:w="427" w:type="pct"/>
            <w:tcBorders>
              <w:top w:val="nil"/>
              <w:left w:val="nil"/>
              <w:bottom w:val="nil"/>
              <w:right w:val="nil"/>
            </w:tcBorders>
            <w:shd w:val="clear" w:color="000000" w:fill="FFFFFF"/>
            <w:vAlign w:val="center"/>
            <w:hideMark/>
          </w:tcPr>
          <w:p w14:paraId="0E8905F8"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0.06 (0.13)</w:t>
            </w:r>
          </w:p>
        </w:tc>
        <w:tc>
          <w:tcPr>
            <w:tcW w:w="337" w:type="pct"/>
            <w:tcBorders>
              <w:top w:val="nil"/>
              <w:left w:val="nil"/>
              <w:bottom w:val="nil"/>
              <w:right w:val="nil"/>
            </w:tcBorders>
            <w:shd w:val="clear" w:color="000000" w:fill="FFFFFF"/>
            <w:vAlign w:val="center"/>
            <w:hideMark/>
          </w:tcPr>
          <w:p w14:paraId="39B6B17E"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&lt;0.001</w:t>
            </w:r>
          </w:p>
        </w:tc>
      </w:tr>
      <w:tr w:rsidR="00A0215B" w:rsidRPr="00693325" w14:paraId="77B11667" w14:textId="77777777" w:rsidTr="00132E28">
        <w:trPr>
          <w:trHeight w:val="68"/>
        </w:trPr>
        <w:tc>
          <w:tcPr>
            <w:tcW w:w="909" w:type="pct"/>
            <w:tcBorders>
              <w:top w:val="nil"/>
              <w:left w:val="nil"/>
              <w:bottom w:val="nil"/>
              <w:right w:val="nil"/>
            </w:tcBorders>
            <w:shd w:val="clear" w:color="000000" w:fill="FFFFFF"/>
            <w:vAlign w:val="center"/>
            <w:hideMark/>
          </w:tcPr>
          <w:p w14:paraId="6ACD893D" w14:textId="77777777" w:rsidR="00A0215B" w:rsidRPr="00693325" w:rsidRDefault="00A0215B" w:rsidP="00337482">
            <w:pPr>
              <w:rPr>
                <w:rFonts w:ascii="Times New Roman" w:hAnsi="Times New Roman"/>
                <w:color w:val="000000"/>
                <w:sz w:val="16"/>
                <w:szCs w:val="16"/>
              </w:rPr>
            </w:pPr>
            <w:r w:rsidRPr="00693325">
              <w:rPr>
                <w:rFonts w:ascii="Times New Roman" w:hAnsi="Times New Roman"/>
                <w:sz w:val="16"/>
              </w:rPr>
              <w:t>Urgent care visits, n (%)</w:t>
            </w:r>
          </w:p>
        </w:tc>
        <w:tc>
          <w:tcPr>
            <w:tcW w:w="427" w:type="pct"/>
            <w:tcBorders>
              <w:top w:val="nil"/>
              <w:left w:val="nil"/>
              <w:bottom w:val="nil"/>
              <w:right w:val="nil"/>
            </w:tcBorders>
            <w:shd w:val="clear" w:color="000000" w:fill="F2F2F2"/>
            <w:vAlign w:val="center"/>
            <w:hideMark/>
          </w:tcPr>
          <w:p w14:paraId="6A16EC5B"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 (0.00)</w:t>
            </w:r>
          </w:p>
        </w:tc>
        <w:tc>
          <w:tcPr>
            <w:tcW w:w="427" w:type="pct"/>
            <w:tcBorders>
              <w:top w:val="nil"/>
              <w:left w:val="nil"/>
              <w:bottom w:val="nil"/>
              <w:right w:val="nil"/>
            </w:tcBorders>
            <w:shd w:val="clear" w:color="000000" w:fill="F2F2F2"/>
            <w:vAlign w:val="center"/>
            <w:hideMark/>
          </w:tcPr>
          <w:p w14:paraId="0C76615D"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5</w:t>
            </w:r>
            <w:r w:rsidRPr="00693325">
              <w:rPr>
                <w:rFonts w:ascii="Times New Roman" w:hAnsi="Times New Roman"/>
                <w:sz w:val="16"/>
              </w:rPr>
              <w:t xml:space="preserve"> (</w:t>
            </w:r>
            <w:r>
              <w:rPr>
                <w:rFonts w:ascii="Times New Roman" w:hAnsi="Times New Roman"/>
                <w:sz w:val="16"/>
              </w:rPr>
              <w:t>25</w:t>
            </w:r>
            <w:r w:rsidRPr="00693325">
              <w:rPr>
                <w:rFonts w:ascii="Times New Roman" w:hAnsi="Times New Roman"/>
                <w:sz w:val="16"/>
              </w:rPr>
              <w:t>.00)</w:t>
            </w:r>
          </w:p>
        </w:tc>
        <w:tc>
          <w:tcPr>
            <w:tcW w:w="427" w:type="pct"/>
            <w:tcBorders>
              <w:top w:val="nil"/>
              <w:left w:val="nil"/>
              <w:bottom w:val="nil"/>
              <w:right w:val="nil"/>
            </w:tcBorders>
            <w:shd w:val="clear" w:color="000000" w:fill="F2F2F2"/>
            <w:vAlign w:val="center"/>
            <w:hideMark/>
          </w:tcPr>
          <w:p w14:paraId="3481DB64"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5</w:t>
            </w:r>
            <w:r w:rsidRPr="00693325">
              <w:rPr>
                <w:rFonts w:ascii="Times New Roman" w:hAnsi="Times New Roman"/>
                <w:sz w:val="16"/>
              </w:rPr>
              <w:t xml:space="preserve"> (</w:t>
            </w:r>
            <w:r>
              <w:rPr>
                <w:rFonts w:ascii="Times New Roman" w:hAnsi="Times New Roman"/>
                <w:sz w:val="16"/>
              </w:rPr>
              <w:t>23.81</w:t>
            </w:r>
            <w:r w:rsidRPr="00693325">
              <w:rPr>
                <w:rFonts w:ascii="Times New Roman" w:hAnsi="Times New Roman"/>
                <w:sz w:val="16"/>
              </w:rPr>
              <w:t>)</w:t>
            </w:r>
          </w:p>
        </w:tc>
        <w:tc>
          <w:tcPr>
            <w:tcW w:w="427" w:type="pct"/>
            <w:tcBorders>
              <w:top w:val="nil"/>
              <w:left w:val="nil"/>
              <w:bottom w:val="nil"/>
              <w:right w:val="nil"/>
            </w:tcBorders>
            <w:shd w:val="clear" w:color="000000" w:fill="FFFFFF"/>
            <w:vAlign w:val="center"/>
            <w:hideMark/>
          </w:tcPr>
          <w:p w14:paraId="74CA646A"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17</w:t>
            </w:r>
            <w:r w:rsidRPr="00693325">
              <w:rPr>
                <w:rFonts w:ascii="Times New Roman" w:hAnsi="Times New Roman"/>
                <w:sz w:val="16"/>
              </w:rPr>
              <w:t xml:space="preserve"> (</w:t>
            </w:r>
            <w:r>
              <w:rPr>
                <w:rFonts w:ascii="Times New Roman" w:hAnsi="Times New Roman"/>
                <w:sz w:val="16"/>
              </w:rPr>
              <w:t>16.19</w:t>
            </w:r>
            <w:r w:rsidRPr="00693325">
              <w:rPr>
                <w:rFonts w:ascii="Times New Roman" w:hAnsi="Times New Roman"/>
                <w:sz w:val="16"/>
              </w:rPr>
              <w:t>)</w:t>
            </w:r>
          </w:p>
        </w:tc>
        <w:tc>
          <w:tcPr>
            <w:tcW w:w="338" w:type="pct"/>
            <w:tcBorders>
              <w:top w:val="nil"/>
              <w:left w:val="nil"/>
              <w:bottom w:val="nil"/>
              <w:right w:val="nil"/>
            </w:tcBorders>
            <w:shd w:val="clear" w:color="000000" w:fill="FFFFFF"/>
            <w:vAlign w:val="center"/>
            <w:hideMark/>
          </w:tcPr>
          <w:p w14:paraId="137B3597" w14:textId="77777777" w:rsidR="00A0215B" w:rsidRPr="00693325" w:rsidRDefault="00A0215B" w:rsidP="00026D1F">
            <w:pPr>
              <w:jc w:val="center"/>
              <w:rPr>
                <w:rFonts w:ascii="Times New Roman" w:hAnsi="Times New Roman"/>
                <w:color w:val="000000"/>
                <w:sz w:val="16"/>
                <w:szCs w:val="16"/>
              </w:rPr>
            </w:pPr>
            <w:r>
              <w:rPr>
                <w:rFonts w:ascii="Times New Roman" w:hAnsi="Times New Roman"/>
                <w:color w:val="000000"/>
                <w:sz w:val="16"/>
              </w:rPr>
              <w:t>0.528</w:t>
            </w:r>
          </w:p>
        </w:tc>
        <w:tc>
          <w:tcPr>
            <w:tcW w:w="427" w:type="pct"/>
            <w:tcBorders>
              <w:top w:val="nil"/>
              <w:left w:val="nil"/>
              <w:bottom w:val="nil"/>
              <w:right w:val="nil"/>
            </w:tcBorders>
            <w:shd w:val="clear" w:color="000000" w:fill="F2F2F2"/>
            <w:vAlign w:val="center"/>
            <w:hideMark/>
          </w:tcPr>
          <w:p w14:paraId="78C397BA"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4 (3.48)</w:t>
            </w:r>
          </w:p>
        </w:tc>
        <w:tc>
          <w:tcPr>
            <w:tcW w:w="427" w:type="pct"/>
            <w:tcBorders>
              <w:top w:val="nil"/>
              <w:left w:val="nil"/>
              <w:bottom w:val="nil"/>
              <w:right w:val="nil"/>
            </w:tcBorders>
            <w:shd w:val="clear" w:color="000000" w:fill="F2F2F2"/>
            <w:vAlign w:val="center"/>
            <w:hideMark/>
          </w:tcPr>
          <w:p w14:paraId="02A0AB6B"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22 (20.37)</w:t>
            </w:r>
          </w:p>
        </w:tc>
        <w:tc>
          <w:tcPr>
            <w:tcW w:w="427" w:type="pct"/>
            <w:tcBorders>
              <w:top w:val="nil"/>
              <w:left w:val="nil"/>
              <w:bottom w:val="nil"/>
              <w:right w:val="nil"/>
            </w:tcBorders>
            <w:shd w:val="clear" w:color="000000" w:fill="F2F2F2"/>
            <w:vAlign w:val="center"/>
            <w:hideMark/>
          </w:tcPr>
          <w:p w14:paraId="68DCCA43"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25 (21.74)</w:t>
            </w:r>
          </w:p>
        </w:tc>
        <w:tc>
          <w:tcPr>
            <w:tcW w:w="427" w:type="pct"/>
            <w:tcBorders>
              <w:top w:val="nil"/>
              <w:left w:val="nil"/>
              <w:bottom w:val="nil"/>
              <w:right w:val="nil"/>
            </w:tcBorders>
            <w:shd w:val="clear" w:color="000000" w:fill="FFFFFF"/>
            <w:vAlign w:val="center"/>
            <w:hideMark/>
          </w:tcPr>
          <w:p w14:paraId="7948547D"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67 (11.65)</w:t>
            </w:r>
          </w:p>
        </w:tc>
        <w:tc>
          <w:tcPr>
            <w:tcW w:w="337" w:type="pct"/>
            <w:tcBorders>
              <w:top w:val="nil"/>
              <w:left w:val="nil"/>
              <w:bottom w:val="nil"/>
              <w:right w:val="nil"/>
            </w:tcBorders>
            <w:shd w:val="clear" w:color="000000" w:fill="FFFFFF"/>
            <w:vAlign w:val="center"/>
            <w:hideMark/>
          </w:tcPr>
          <w:p w14:paraId="66DE42AF"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0.004</w:t>
            </w:r>
          </w:p>
        </w:tc>
      </w:tr>
      <w:tr w:rsidR="00A0215B" w:rsidRPr="00693325" w14:paraId="119751C5" w14:textId="77777777" w:rsidTr="00132E28">
        <w:trPr>
          <w:trHeight w:val="68"/>
        </w:trPr>
        <w:tc>
          <w:tcPr>
            <w:tcW w:w="909" w:type="pct"/>
            <w:tcBorders>
              <w:top w:val="nil"/>
              <w:left w:val="nil"/>
              <w:bottom w:val="nil"/>
              <w:right w:val="nil"/>
            </w:tcBorders>
            <w:shd w:val="clear" w:color="000000" w:fill="FFFFFF"/>
            <w:vAlign w:val="center"/>
            <w:hideMark/>
          </w:tcPr>
          <w:p w14:paraId="5FB55DA9" w14:textId="77777777" w:rsidR="00A0215B" w:rsidRPr="00693325" w:rsidRDefault="00A0215B" w:rsidP="00337482">
            <w:pPr>
              <w:ind w:leftChars="100" w:left="240"/>
              <w:rPr>
                <w:rFonts w:ascii="Times New Roman" w:hAnsi="Times New Roman"/>
                <w:color w:val="000000"/>
                <w:sz w:val="16"/>
                <w:szCs w:val="16"/>
              </w:rPr>
            </w:pPr>
            <w:r w:rsidRPr="00693325">
              <w:rPr>
                <w:rFonts w:ascii="Times New Roman" w:hAnsi="Times New Roman"/>
                <w:sz w:val="16"/>
              </w:rPr>
              <w:t>Number of urgent care visits per patient, mean (SD)</w:t>
            </w:r>
          </w:p>
        </w:tc>
        <w:tc>
          <w:tcPr>
            <w:tcW w:w="427" w:type="pct"/>
            <w:tcBorders>
              <w:top w:val="nil"/>
              <w:left w:val="nil"/>
              <w:bottom w:val="nil"/>
              <w:right w:val="nil"/>
            </w:tcBorders>
            <w:shd w:val="clear" w:color="000000" w:fill="F2F2F2"/>
            <w:vAlign w:val="center"/>
            <w:hideMark/>
          </w:tcPr>
          <w:p w14:paraId="4BD6FA21"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1146A6BF" w14:textId="77777777" w:rsidR="00A0215B" w:rsidRPr="00693325" w:rsidRDefault="00A0215B" w:rsidP="00026D1F">
            <w:pPr>
              <w:jc w:val="center"/>
              <w:rPr>
                <w:rFonts w:ascii="Times New Roman" w:hAnsi="Times New Roman"/>
                <w:color w:val="000000"/>
                <w:sz w:val="16"/>
                <w:szCs w:val="16"/>
              </w:rPr>
            </w:pPr>
            <w:r>
              <w:rPr>
                <w:rFonts w:ascii="Times New Roman" w:hAnsi="Times New Roman"/>
                <w:color w:val="000000"/>
                <w:sz w:val="16"/>
              </w:rPr>
              <w:t>0.02 (0.04)</w:t>
            </w:r>
          </w:p>
        </w:tc>
        <w:tc>
          <w:tcPr>
            <w:tcW w:w="427" w:type="pct"/>
            <w:tcBorders>
              <w:top w:val="nil"/>
              <w:left w:val="nil"/>
              <w:bottom w:val="nil"/>
              <w:right w:val="nil"/>
            </w:tcBorders>
            <w:shd w:val="clear" w:color="000000" w:fill="F2F2F2"/>
            <w:vAlign w:val="center"/>
            <w:hideMark/>
          </w:tcPr>
          <w:p w14:paraId="5E77B04C" w14:textId="77777777" w:rsidR="00A0215B" w:rsidRPr="00693325" w:rsidRDefault="00A0215B" w:rsidP="00026D1F">
            <w:pPr>
              <w:jc w:val="center"/>
              <w:rPr>
                <w:rFonts w:ascii="Times New Roman" w:hAnsi="Times New Roman"/>
                <w:color w:val="000000"/>
                <w:sz w:val="16"/>
                <w:szCs w:val="16"/>
              </w:rPr>
            </w:pPr>
            <w:r>
              <w:rPr>
                <w:rFonts w:ascii="Times New Roman" w:hAnsi="Times New Roman"/>
                <w:color w:val="000000"/>
                <w:sz w:val="16"/>
              </w:rPr>
              <w:t>0.02 (0.04)</w:t>
            </w:r>
          </w:p>
        </w:tc>
        <w:tc>
          <w:tcPr>
            <w:tcW w:w="427" w:type="pct"/>
            <w:tcBorders>
              <w:top w:val="nil"/>
              <w:left w:val="nil"/>
              <w:bottom w:val="nil"/>
              <w:right w:val="nil"/>
            </w:tcBorders>
            <w:shd w:val="clear" w:color="000000" w:fill="FFFFFF"/>
            <w:vAlign w:val="center"/>
            <w:hideMark/>
          </w:tcPr>
          <w:p w14:paraId="30B33551"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0.0</w:t>
            </w:r>
            <w:r>
              <w:rPr>
                <w:rFonts w:ascii="Times New Roman" w:hAnsi="Times New Roman"/>
                <w:sz w:val="16"/>
              </w:rPr>
              <w:t>1</w:t>
            </w:r>
            <w:r w:rsidRPr="00693325">
              <w:rPr>
                <w:rFonts w:ascii="Times New Roman" w:hAnsi="Times New Roman"/>
                <w:sz w:val="16"/>
              </w:rPr>
              <w:t xml:space="preserve"> (0.0</w:t>
            </w:r>
            <w:r>
              <w:rPr>
                <w:rFonts w:ascii="Times New Roman" w:hAnsi="Times New Roman"/>
                <w:sz w:val="16"/>
              </w:rPr>
              <w:t>6</w:t>
            </w:r>
            <w:r w:rsidRPr="00693325">
              <w:rPr>
                <w:rFonts w:ascii="Times New Roman" w:hAnsi="Times New Roman"/>
                <w:sz w:val="16"/>
              </w:rPr>
              <w:t>)</w:t>
            </w:r>
          </w:p>
        </w:tc>
        <w:tc>
          <w:tcPr>
            <w:tcW w:w="338" w:type="pct"/>
            <w:tcBorders>
              <w:top w:val="nil"/>
              <w:left w:val="nil"/>
              <w:bottom w:val="nil"/>
              <w:right w:val="nil"/>
            </w:tcBorders>
            <w:shd w:val="clear" w:color="000000" w:fill="FFFFFF"/>
            <w:vAlign w:val="center"/>
            <w:hideMark/>
          </w:tcPr>
          <w:p w14:paraId="661138DE"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750</w:t>
            </w:r>
          </w:p>
        </w:tc>
        <w:tc>
          <w:tcPr>
            <w:tcW w:w="427" w:type="pct"/>
            <w:tcBorders>
              <w:top w:val="nil"/>
              <w:left w:val="nil"/>
              <w:bottom w:val="nil"/>
              <w:right w:val="nil"/>
            </w:tcBorders>
            <w:shd w:val="clear" w:color="000000" w:fill="F2F2F2"/>
            <w:vAlign w:val="center"/>
            <w:hideMark/>
          </w:tcPr>
          <w:p w14:paraId="3DBF91B0"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0.03 (0.16)</w:t>
            </w:r>
          </w:p>
        </w:tc>
        <w:tc>
          <w:tcPr>
            <w:tcW w:w="427" w:type="pct"/>
            <w:tcBorders>
              <w:top w:val="nil"/>
              <w:left w:val="nil"/>
              <w:bottom w:val="nil"/>
              <w:right w:val="nil"/>
            </w:tcBorders>
            <w:shd w:val="clear" w:color="000000" w:fill="F2F2F2"/>
            <w:vAlign w:val="center"/>
            <w:hideMark/>
          </w:tcPr>
          <w:p w14:paraId="7944DC22"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0.01 (0.02)</w:t>
            </w:r>
          </w:p>
        </w:tc>
        <w:tc>
          <w:tcPr>
            <w:tcW w:w="427" w:type="pct"/>
            <w:tcBorders>
              <w:top w:val="nil"/>
              <w:left w:val="nil"/>
              <w:bottom w:val="nil"/>
              <w:right w:val="nil"/>
            </w:tcBorders>
            <w:shd w:val="clear" w:color="000000" w:fill="F2F2F2"/>
            <w:vAlign w:val="center"/>
            <w:hideMark/>
          </w:tcPr>
          <w:p w14:paraId="61BE0454"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0.02 (0.09)</w:t>
            </w:r>
          </w:p>
        </w:tc>
        <w:tc>
          <w:tcPr>
            <w:tcW w:w="427" w:type="pct"/>
            <w:tcBorders>
              <w:top w:val="nil"/>
              <w:left w:val="nil"/>
              <w:bottom w:val="nil"/>
              <w:right w:val="nil"/>
            </w:tcBorders>
            <w:shd w:val="clear" w:color="000000" w:fill="FFFFFF"/>
            <w:vAlign w:val="center"/>
            <w:hideMark/>
          </w:tcPr>
          <w:p w14:paraId="51B8EDA5"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0.01 (0.04)</w:t>
            </w:r>
          </w:p>
        </w:tc>
        <w:tc>
          <w:tcPr>
            <w:tcW w:w="337" w:type="pct"/>
            <w:tcBorders>
              <w:top w:val="nil"/>
              <w:left w:val="nil"/>
              <w:bottom w:val="nil"/>
              <w:right w:val="nil"/>
            </w:tcBorders>
            <w:shd w:val="clear" w:color="000000" w:fill="FFFFFF"/>
            <w:vAlign w:val="center"/>
            <w:hideMark/>
          </w:tcPr>
          <w:p w14:paraId="3E81B8B2"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0.144</w:t>
            </w:r>
          </w:p>
        </w:tc>
      </w:tr>
      <w:tr w:rsidR="00A0215B" w:rsidRPr="00693325" w14:paraId="55211281" w14:textId="77777777" w:rsidTr="00132E28">
        <w:trPr>
          <w:trHeight w:val="68"/>
        </w:trPr>
        <w:tc>
          <w:tcPr>
            <w:tcW w:w="909" w:type="pct"/>
            <w:tcBorders>
              <w:top w:val="nil"/>
              <w:left w:val="nil"/>
              <w:bottom w:val="nil"/>
              <w:right w:val="nil"/>
            </w:tcBorders>
            <w:shd w:val="clear" w:color="000000" w:fill="FFFFFF"/>
            <w:vAlign w:val="center"/>
            <w:hideMark/>
          </w:tcPr>
          <w:p w14:paraId="7528A285" w14:textId="77777777" w:rsidR="00A0215B" w:rsidRPr="00693325" w:rsidRDefault="00A0215B" w:rsidP="00337482">
            <w:pPr>
              <w:rPr>
                <w:rFonts w:ascii="Times New Roman" w:hAnsi="Times New Roman"/>
                <w:color w:val="000000"/>
                <w:sz w:val="16"/>
                <w:szCs w:val="16"/>
              </w:rPr>
            </w:pPr>
            <w:r w:rsidRPr="00693325">
              <w:rPr>
                <w:rFonts w:ascii="Times New Roman" w:hAnsi="Times New Roman"/>
                <w:sz w:val="16"/>
              </w:rPr>
              <w:t>Outpatient office visits, n (%)</w:t>
            </w:r>
          </w:p>
        </w:tc>
        <w:tc>
          <w:tcPr>
            <w:tcW w:w="427" w:type="pct"/>
            <w:tcBorders>
              <w:top w:val="nil"/>
              <w:left w:val="nil"/>
              <w:bottom w:val="nil"/>
              <w:right w:val="nil"/>
            </w:tcBorders>
            <w:shd w:val="clear" w:color="000000" w:fill="F2F2F2"/>
            <w:vAlign w:val="center"/>
            <w:hideMark/>
          </w:tcPr>
          <w:p w14:paraId="32EFABBF"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1</w:t>
            </w:r>
            <w:r>
              <w:rPr>
                <w:rFonts w:ascii="Times New Roman" w:hAnsi="Times New Roman"/>
                <w:sz w:val="16"/>
              </w:rPr>
              <w:t>9</w:t>
            </w:r>
            <w:r w:rsidRPr="00693325">
              <w:rPr>
                <w:rFonts w:ascii="Times New Roman" w:hAnsi="Times New Roman"/>
                <w:sz w:val="16"/>
              </w:rPr>
              <w:t xml:space="preserve"> (</w:t>
            </w:r>
            <w:r>
              <w:rPr>
                <w:rFonts w:ascii="Times New Roman" w:hAnsi="Times New Roman"/>
                <w:sz w:val="16"/>
              </w:rPr>
              <w:t>90.48</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2F9C99BA"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1</w:t>
            </w:r>
            <w:r>
              <w:rPr>
                <w:rFonts w:ascii="Times New Roman" w:hAnsi="Times New Roman"/>
                <w:sz w:val="16"/>
              </w:rPr>
              <w:t>9</w:t>
            </w:r>
            <w:r w:rsidRPr="00693325">
              <w:rPr>
                <w:rFonts w:ascii="Times New Roman" w:hAnsi="Times New Roman"/>
                <w:sz w:val="16"/>
              </w:rPr>
              <w:t xml:space="preserve"> (</w:t>
            </w:r>
            <w:r>
              <w:rPr>
                <w:rFonts w:ascii="Times New Roman" w:hAnsi="Times New Roman"/>
                <w:sz w:val="16"/>
              </w:rPr>
              <w:t>95.00</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25C23828"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21</w:t>
            </w:r>
            <w:r w:rsidRPr="00693325">
              <w:rPr>
                <w:rFonts w:ascii="Times New Roman" w:hAnsi="Times New Roman"/>
                <w:sz w:val="16"/>
              </w:rPr>
              <w:t xml:space="preserve"> (</w:t>
            </w:r>
            <w:r>
              <w:rPr>
                <w:rFonts w:ascii="Times New Roman" w:hAnsi="Times New Roman"/>
                <w:sz w:val="16"/>
              </w:rPr>
              <w:t>100</w:t>
            </w:r>
            <w:r w:rsidRPr="00693325">
              <w:rPr>
                <w:rFonts w:ascii="Times New Roman" w:hAnsi="Times New Roman"/>
                <w:sz w:val="16"/>
              </w:rPr>
              <w:t>)</w:t>
            </w:r>
          </w:p>
        </w:tc>
        <w:tc>
          <w:tcPr>
            <w:tcW w:w="427" w:type="pct"/>
            <w:tcBorders>
              <w:top w:val="nil"/>
              <w:left w:val="nil"/>
              <w:bottom w:val="nil"/>
              <w:right w:val="nil"/>
            </w:tcBorders>
            <w:shd w:val="clear" w:color="000000" w:fill="FFFFFF"/>
            <w:vAlign w:val="center"/>
            <w:hideMark/>
          </w:tcPr>
          <w:p w14:paraId="26F12A3A"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94</w:t>
            </w:r>
            <w:r w:rsidRPr="00693325">
              <w:rPr>
                <w:rFonts w:ascii="Times New Roman" w:hAnsi="Times New Roman"/>
                <w:sz w:val="16"/>
              </w:rPr>
              <w:t xml:space="preserve"> (</w:t>
            </w:r>
            <w:r>
              <w:rPr>
                <w:rFonts w:ascii="Times New Roman" w:hAnsi="Times New Roman"/>
                <w:sz w:val="16"/>
              </w:rPr>
              <w:t>89.52</w:t>
            </w:r>
            <w:r w:rsidRPr="00693325">
              <w:rPr>
                <w:rFonts w:ascii="Times New Roman" w:hAnsi="Times New Roman"/>
                <w:sz w:val="16"/>
              </w:rPr>
              <w:t>)</w:t>
            </w:r>
          </w:p>
        </w:tc>
        <w:tc>
          <w:tcPr>
            <w:tcW w:w="338" w:type="pct"/>
            <w:tcBorders>
              <w:top w:val="nil"/>
              <w:left w:val="nil"/>
              <w:bottom w:val="nil"/>
              <w:right w:val="nil"/>
            </w:tcBorders>
            <w:shd w:val="clear" w:color="000000" w:fill="FFFFFF"/>
            <w:vAlign w:val="center"/>
            <w:hideMark/>
          </w:tcPr>
          <w:p w14:paraId="0CEDC8CB"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209</w:t>
            </w:r>
          </w:p>
        </w:tc>
        <w:tc>
          <w:tcPr>
            <w:tcW w:w="427" w:type="pct"/>
            <w:tcBorders>
              <w:top w:val="nil"/>
              <w:left w:val="nil"/>
              <w:bottom w:val="nil"/>
              <w:right w:val="nil"/>
            </w:tcBorders>
            <w:shd w:val="clear" w:color="000000" w:fill="F2F2F2"/>
            <w:vAlign w:val="center"/>
            <w:hideMark/>
          </w:tcPr>
          <w:p w14:paraId="193CBF6F"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95 (82.61)</w:t>
            </w:r>
          </w:p>
        </w:tc>
        <w:tc>
          <w:tcPr>
            <w:tcW w:w="427" w:type="pct"/>
            <w:tcBorders>
              <w:top w:val="nil"/>
              <w:left w:val="nil"/>
              <w:bottom w:val="nil"/>
              <w:right w:val="nil"/>
            </w:tcBorders>
            <w:shd w:val="clear" w:color="000000" w:fill="F2F2F2"/>
            <w:vAlign w:val="center"/>
            <w:hideMark/>
          </w:tcPr>
          <w:p w14:paraId="4A88B4D4"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98 (90.74)</w:t>
            </w:r>
          </w:p>
        </w:tc>
        <w:tc>
          <w:tcPr>
            <w:tcW w:w="427" w:type="pct"/>
            <w:tcBorders>
              <w:top w:val="nil"/>
              <w:left w:val="nil"/>
              <w:bottom w:val="nil"/>
              <w:right w:val="nil"/>
            </w:tcBorders>
            <w:shd w:val="clear" w:color="000000" w:fill="F2F2F2"/>
            <w:vAlign w:val="center"/>
            <w:hideMark/>
          </w:tcPr>
          <w:p w14:paraId="798E08FF"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106 (92.17)</w:t>
            </w:r>
          </w:p>
        </w:tc>
        <w:tc>
          <w:tcPr>
            <w:tcW w:w="427" w:type="pct"/>
            <w:tcBorders>
              <w:top w:val="nil"/>
              <w:left w:val="nil"/>
              <w:bottom w:val="nil"/>
              <w:right w:val="nil"/>
            </w:tcBorders>
            <w:shd w:val="clear" w:color="000000" w:fill="FFFFFF"/>
            <w:vAlign w:val="center"/>
            <w:hideMark/>
          </w:tcPr>
          <w:p w14:paraId="58FC12A0"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443 (77.04)</w:t>
            </w:r>
          </w:p>
        </w:tc>
        <w:tc>
          <w:tcPr>
            <w:tcW w:w="337" w:type="pct"/>
            <w:tcBorders>
              <w:top w:val="nil"/>
              <w:left w:val="nil"/>
              <w:bottom w:val="nil"/>
              <w:right w:val="nil"/>
            </w:tcBorders>
            <w:shd w:val="clear" w:color="000000" w:fill="FFFFFF"/>
            <w:vAlign w:val="center"/>
            <w:hideMark/>
          </w:tcPr>
          <w:p w14:paraId="596364DB"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&lt;0.001</w:t>
            </w:r>
          </w:p>
        </w:tc>
      </w:tr>
      <w:tr w:rsidR="00A0215B" w:rsidRPr="00693325" w14:paraId="10EC2E4D" w14:textId="77777777" w:rsidTr="00132E28">
        <w:trPr>
          <w:trHeight w:val="68"/>
        </w:trPr>
        <w:tc>
          <w:tcPr>
            <w:tcW w:w="909" w:type="pct"/>
            <w:tcBorders>
              <w:top w:val="nil"/>
              <w:left w:val="nil"/>
              <w:bottom w:val="nil"/>
              <w:right w:val="nil"/>
            </w:tcBorders>
            <w:shd w:val="clear" w:color="000000" w:fill="FFFFFF"/>
            <w:vAlign w:val="center"/>
            <w:hideMark/>
          </w:tcPr>
          <w:p w14:paraId="70CFBCBF" w14:textId="77777777" w:rsidR="00A0215B" w:rsidRPr="00693325" w:rsidRDefault="00A0215B" w:rsidP="00337482">
            <w:pPr>
              <w:ind w:leftChars="100" w:left="240"/>
              <w:rPr>
                <w:rFonts w:ascii="Times New Roman" w:hAnsi="Times New Roman"/>
                <w:color w:val="000000"/>
                <w:sz w:val="16"/>
                <w:szCs w:val="16"/>
              </w:rPr>
            </w:pPr>
            <w:r w:rsidRPr="00693325">
              <w:rPr>
                <w:rFonts w:ascii="Times New Roman" w:hAnsi="Times New Roman"/>
                <w:sz w:val="16"/>
              </w:rPr>
              <w:t>Number of office visits per patient, mean (SD)</w:t>
            </w:r>
          </w:p>
        </w:tc>
        <w:tc>
          <w:tcPr>
            <w:tcW w:w="427" w:type="pct"/>
            <w:tcBorders>
              <w:top w:val="nil"/>
              <w:left w:val="nil"/>
              <w:bottom w:val="nil"/>
              <w:right w:val="nil"/>
            </w:tcBorders>
            <w:shd w:val="clear" w:color="000000" w:fill="F2F2F2"/>
            <w:vAlign w:val="center"/>
            <w:hideMark/>
          </w:tcPr>
          <w:p w14:paraId="6C88DC14"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1.75</w:t>
            </w:r>
            <w:r w:rsidRPr="00693325">
              <w:rPr>
                <w:rFonts w:ascii="Times New Roman" w:hAnsi="Times New Roman"/>
                <w:sz w:val="16"/>
              </w:rPr>
              <w:t xml:space="preserve"> (</w:t>
            </w:r>
            <w:r>
              <w:rPr>
                <w:rFonts w:ascii="Times New Roman" w:hAnsi="Times New Roman"/>
                <w:sz w:val="16"/>
              </w:rPr>
              <w:t>1.43</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596FCC4C"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1</w:t>
            </w:r>
            <w:r w:rsidRPr="00693325">
              <w:rPr>
                <w:rFonts w:ascii="Times New Roman" w:hAnsi="Times New Roman"/>
                <w:sz w:val="16"/>
              </w:rPr>
              <w:t>.12 (</w:t>
            </w:r>
            <w:r>
              <w:rPr>
                <w:rFonts w:ascii="Times New Roman" w:hAnsi="Times New Roman"/>
                <w:sz w:val="16"/>
              </w:rPr>
              <w:t>1.38</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30FD6224"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1.11</w:t>
            </w:r>
            <w:r w:rsidRPr="00693325">
              <w:rPr>
                <w:rFonts w:ascii="Times New Roman" w:hAnsi="Times New Roman"/>
                <w:sz w:val="16"/>
              </w:rPr>
              <w:t xml:space="preserve"> (0.</w:t>
            </w:r>
            <w:r>
              <w:rPr>
                <w:rFonts w:ascii="Times New Roman" w:hAnsi="Times New Roman"/>
                <w:sz w:val="16"/>
              </w:rPr>
              <w:t>91</w:t>
            </w:r>
            <w:r w:rsidRPr="00693325">
              <w:rPr>
                <w:rFonts w:ascii="Times New Roman" w:hAnsi="Times New Roman"/>
                <w:sz w:val="16"/>
              </w:rPr>
              <w:t>)</w:t>
            </w:r>
          </w:p>
        </w:tc>
        <w:tc>
          <w:tcPr>
            <w:tcW w:w="427" w:type="pct"/>
            <w:tcBorders>
              <w:top w:val="nil"/>
              <w:left w:val="nil"/>
              <w:bottom w:val="nil"/>
              <w:right w:val="nil"/>
            </w:tcBorders>
            <w:shd w:val="clear" w:color="000000" w:fill="FFFFFF"/>
            <w:vAlign w:val="center"/>
            <w:hideMark/>
          </w:tcPr>
          <w:p w14:paraId="03AAD374"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54</w:t>
            </w:r>
            <w:r w:rsidRPr="00693325">
              <w:rPr>
                <w:rFonts w:ascii="Times New Roman" w:hAnsi="Times New Roman"/>
                <w:sz w:val="16"/>
              </w:rPr>
              <w:t xml:space="preserve"> (0.</w:t>
            </w:r>
            <w:r>
              <w:rPr>
                <w:rFonts w:ascii="Times New Roman" w:hAnsi="Times New Roman"/>
                <w:sz w:val="16"/>
              </w:rPr>
              <w:t>45</w:t>
            </w:r>
            <w:r w:rsidRPr="00693325">
              <w:rPr>
                <w:rFonts w:ascii="Times New Roman" w:hAnsi="Times New Roman"/>
                <w:sz w:val="16"/>
              </w:rPr>
              <w:t>)</w:t>
            </w:r>
          </w:p>
        </w:tc>
        <w:tc>
          <w:tcPr>
            <w:tcW w:w="338" w:type="pct"/>
            <w:tcBorders>
              <w:top w:val="nil"/>
              <w:left w:val="nil"/>
              <w:bottom w:val="nil"/>
              <w:right w:val="nil"/>
            </w:tcBorders>
            <w:shd w:val="clear" w:color="000000" w:fill="FFFFFF"/>
            <w:vAlign w:val="center"/>
            <w:hideMark/>
          </w:tcPr>
          <w:p w14:paraId="4B7EAA7C" w14:textId="77777777" w:rsidR="00A0215B" w:rsidRPr="00693325" w:rsidRDefault="00A0215B" w:rsidP="00026D1F">
            <w:pPr>
              <w:jc w:val="center"/>
              <w:rPr>
                <w:rFonts w:ascii="Times New Roman" w:hAnsi="Times New Roman"/>
                <w:color w:val="000000"/>
                <w:sz w:val="16"/>
                <w:szCs w:val="16"/>
              </w:rPr>
            </w:pPr>
            <w:r>
              <w:rPr>
                <w:rFonts w:ascii="Times New Roman" w:hAnsi="Times New Roman"/>
                <w:color w:val="000000"/>
                <w:sz w:val="16"/>
              </w:rPr>
              <w:t>&lt;0.001</w:t>
            </w:r>
          </w:p>
        </w:tc>
        <w:tc>
          <w:tcPr>
            <w:tcW w:w="427" w:type="pct"/>
            <w:tcBorders>
              <w:top w:val="nil"/>
              <w:left w:val="nil"/>
              <w:bottom w:val="nil"/>
              <w:right w:val="nil"/>
            </w:tcBorders>
            <w:shd w:val="clear" w:color="000000" w:fill="F2F2F2"/>
            <w:vAlign w:val="center"/>
            <w:hideMark/>
          </w:tcPr>
          <w:p w14:paraId="555F2A5E"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1.38 (1.04)</w:t>
            </w:r>
          </w:p>
        </w:tc>
        <w:tc>
          <w:tcPr>
            <w:tcW w:w="427" w:type="pct"/>
            <w:tcBorders>
              <w:top w:val="nil"/>
              <w:left w:val="nil"/>
              <w:bottom w:val="nil"/>
              <w:right w:val="nil"/>
            </w:tcBorders>
            <w:shd w:val="clear" w:color="000000" w:fill="F2F2F2"/>
            <w:vAlign w:val="center"/>
            <w:hideMark/>
          </w:tcPr>
          <w:p w14:paraId="3EE93163"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0.48 (0.36)</w:t>
            </w:r>
          </w:p>
        </w:tc>
        <w:tc>
          <w:tcPr>
            <w:tcW w:w="427" w:type="pct"/>
            <w:tcBorders>
              <w:top w:val="nil"/>
              <w:left w:val="nil"/>
              <w:bottom w:val="nil"/>
              <w:right w:val="nil"/>
            </w:tcBorders>
            <w:shd w:val="clear" w:color="000000" w:fill="F2F2F2"/>
            <w:vAlign w:val="center"/>
            <w:hideMark/>
          </w:tcPr>
          <w:p w14:paraId="1318899F"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0.53 (0.38)</w:t>
            </w:r>
          </w:p>
        </w:tc>
        <w:tc>
          <w:tcPr>
            <w:tcW w:w="427" w:type="pct"/>
            <w:tcBorders>
              <w:top w:val="nil"/>
              <w:left w:val="nil"/>
              <w:bottom w:val="nil"/>
              <w:right w:val="nil"/>
            </w:tcBorders>
            <w:shd w:val="clear" w:color="000000" w:fill="FFFFFF"/>
            <w:vAlign w:val="center"/>
            <w:hideMark/>
          </w:tcPr>
          <w:p w14:paraId="2F644665"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0.37 (0.40)</w:t>
            </w:r>
          </w:p>
        </w:tc>
        <w:tc>
          <w:tcPr>
            <w:tcW w:w="337" w:type="pct"/>
            <w:tcBorders>
              <w:top w:val="nil"/>
              <w:left w:val="nil"/>
              <w:bottom w:val="nil"/>
              <w:right w:val="nil"/>
            </w:tcBorders>
            <w:shd w:val="clear" w:color="000000" w:fill="FFFFFF"/>
            <w:vAlign w:val="center"/>
            <w:hideMark/>
          </w:tcPr>
          <w:p w14:paraId="34ED5BEC"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&lt;0.001</w:t>
            </w:r>
          </w:p>
        </w:tc>
      </w:tr>
      <w:tr w:rsidR="00A0215B" w:rsidRPr="00693325" w14:paraId="16F7E714" w14:textId="77777777" w:rsidTr="00132E28">
        <w:trPr>
          <w:trHeight w:val="68"/>
        </w:trPr>
        <w:tc>
          <w:tcPr>
            <w:tcW w:w="909" w:type="pct"/>
            <w:tcBorders>
              <w:top w:val="nil"/>
              <w:left w:val="nil"/>
              <w:bottom w:val="nil"/>
              <w:right w:val="nil"/>
            </w:tcBorders>
            <w:shd w:val="clear" w:color="000000" w:fill="FFFFFF"/>
            <w:vAlign w:val="center"/>
            <w:hideMark/>
          </w:tcPr>
          <w:p w14:paraId="4FB8F0FA" w14:textId="77777777" w:rsidR="00A0215B" w:rsidRPr="00693325" w:rsidRDefault="00A0215B" w:rsidP="00337482">
            <w:pPr>
              <w:rPr>
                <w:rFonts w:ascii="Times New Roman" w:hAnsi="Times New Roman"/>
                <w:color w:val="000000"/>
                <w:sz w:val="16"/>
                <w:szCs w:val="16"/>
              </w:rPr>
            </w:pPr>
            <w:r w:rsidRPr="00693325">
              <w:rPr>
                <w:rFonts w:ascii="Times New Roman" w:hAnsi="Times New Roman"/>
                <w:sz w:val="16"/>
              </w:rPr>
              <w:t>Specialist office visit, n (%)</w:t>
            </w:r>
          </w:p>
        </w:tc>
        <w:tc>
          <w:tcPr>
            <w:tcW w:w="427" w:type="pct"/>
            <w:tcBorders>
              <w:top w:val="nil"/>
              <w:left w:val="nil"/>
              <w:bottom w:val="nil"/>
              <w:right w:val="nil"/>
            </w:tcBorders>
            <w:shd w:val="clear" w:color="000000" w:fill="F2F2F2"/>
            <w:vAlign w:val="center"/>
            <w:hideMark/>
          </w:tcPr>
          <w:p w14:paraId="050178B9"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5</w:t>
            </w:r>
            <w:r w:rsidRPr="00693325">
              <w:rPr>
                <w:rFonts w:ascii="Times New Roman" w:hAnsi="Times New Roman"/>
                <w:sz w:val="16"/>
              </w:rPr>
              <w:t xml:space="preserve"> (</w:t>
            </w:r>
            <w:r>
              <w:rPr>
                <w:rFonts w:ascii="Times New Roman" w:hAnsi="Times New Roman"/>
                <w:sz w:val="16"/>
              </w:rPr>
              <w:t>23.81</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2480F2C7"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1</w:t>
            </w:r>
            <w:r w:rsidRPr="00693325">
              <w:rPr>
                <w:rFonts w:ascii="Times New Roman" w:hAnsi="Times New Roman"/>
                <w:sz w:val="16"/>
              </w:rPr>
              <w:t>3 (</w:t>
            </w:r>
            <w:r>
              <w:rPr>
                <w:rFonts w:ascii="Times New Roman" w:hAnsi="Times New Roman"/>
                <w:sz w:val="16"/>
              </w:rPr>
              <w:t>65.00</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01EE7E29"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1</w:t>
            </w:r>
            <w:r w:rsidRPr="00693325">
              <w:rPr>
                <w:rFonts w:ascii="Times New Roman" w:hAnsi="Times New Roman"/>
                <w:sz w:val="16"/>
              </w:rPr>
              <w:t>4 (</w:t>
            </w:r>
            <w:r>
              <w:rPr>
                <w:rFonts w:ascii="Times New Roman" w:hAnsi="Times New Roman"/>
                <w:sz w:val="16"/>
              </w:rPr>
              <w:t>66.67</w:t>
            </w:r>
            <w:r w:rsidRPr="00693325">
              <w:rPr>
                <w:rFonts w:ascii="Times New Roman" w:hAnsi="Times New Roman"/>
                <w:sz w:val="16"/>
              </w:rPr>
              <w:t>)</w:t>
            </w:r>
          </w:p>
        </w:tc>
        <w:tc>
          <w:tcPr>
            <w:tcW w:w="427" w:type="pct"/>
            <w:tcBorders>
              <w:top w:val="nil"/>
              <w:left w:val="nil"/>
              <w:bottom w:val="nil"/>
              <w:right w:val="nil"/>
            </w:tcBorders>
            <w:shd w:val="clear" w:color="000000" w:fill="FFFFFF"/>
            <w:vAlign w:val="center"/>
            <w:hideMark/>
          </w:tcPr>
          <w:p w14:paraId="356A9169"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41</w:t>
            </w:r>
            <w:r w:rsidRPr="00693325">
              <w:rPr>
                <w:rFonts w:ascii="Times New Roman" w:hAnsi="Times New Roman"/>
                <w:sz w:val="16"/>
              </w:rPr>
              <w:t xml:space="preserve"> (3</w:t>
            </w:r>
            <w:r>
              <w:rPr>
                <w:rFonts w:ascii="Times New Roman" w:hAnsi="Times New Roman"/>
                <w:sz w:val="16"/>
              </w:rPr>
              <w:t>9.05</w:t>
            </w:r>
            <w:r w:rsidRPr="00693325">
              <w:rPr>
                <w:rFonts w:ascii="Times New Roman" w:hAnsi="Times New Roman"/>
                <w:sz w:val="16"/>
              </w:rPr>
              <w:t>)</w:t>
            </w:r>
          </w:p>
        </w:tc>
        <w:tc>
          <w:tcPr>
            <w:tcW w:w="338" w:type="pct"/>
            <w:tcBorders>
              <w:top w:val="nil"/>
              <w:left w:val="nil"/>
              <w:bottom w:val="nil"/>
              <w:right w:val="nil"/>
            </w:tcBorders>
            <w:shd w:val="clear" w:color="000000" w:fill="FFFFFF"/>
            <w:vAlign w:val="center"/>
            <w:hideMark/>
          </w:tcPr>
          <w:p w14:paraId="54592A8F"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020</w:t>
            </w:r>
          </w:p>
        </w:tc>
        <w:tc>
          <w:tcPr>
            <w:tcW w:w="427" w:type="pct"/>
            <w:tcBorders>
              <w:top w:val="nil"/>
              <w:left w:val="nil"/>
              <w:bottom w:val="nil"/>
              <w:right w:val="nil"/>
            </w:tcBorders>
            <w:shd w:val="clear" w:color="000000" w:fill="F2F2F2"/>
            <w:vAlign w:val="center"/>
            <w:hideMark/>
          </w:tcPr>
          <w:p w14:paraId="7BC29061"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15 (13.04)</w:t>
            </w:r>
          </w:p>
        </w:tc>
        <w:tc>
          <w:tcPr>
            <w:tcW w:w="427" w:type="pct"/>
            <w:tcBorders>
              <w:top w:val="nil"/>
              <w:left w:val="nil"/>
              <w:bottom w:val="nil"/>
              <w:right w:val="nil"/>
            </w:tcBorders>
            <w:shd w:val="clear" w:color="000000" w:fill="F2F2F2"/>
            <w:vAlign w:val="center"/>
            <w:hideMark/>
          </w:tcPr>
          <w:p w14:paraId="7229D0AC"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32 (29.63)</w:t>
            </w:r>
          </w:p>
        </w:tc>
        <w:tc>
          <w:tcPr>
            <w:tcW w:w="427" w:type="pct"/>
            <w:tcBorders>
              <w:top w:val="nil"/>
              <w:left w:val="nil"/>
              <w:bottom w:val="nil"/>
              <w:right w:val="nil"/>
            </w:tcBorders>
            <w:shd w:val="clear" w:color="000000" w:fill="F2F2F2"/>
            <w:vAlign w:val="center"/>
            <w:hideMark/>
          </w:tcPr>
          <w:p w14:paraId="49374501"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36 (31.30)</w:t>
            </w:r>
          </w:p>
        </w:tc>
        <w:tc>
          <w:tcPr>
            <w:tcW w:w="427" w:type="pct"/>
            <w:tcBorders>
              <w:top w:val="nil"/>
              <w:left w:val="nil"/>
              <w:bottom w:val="nil"/>
              <w:right w:val="nil"/>
            </w:tcBorders>
            <w:shd w:val="clear" w:color="000000" w:fill="FFFFFF"/>
            <w:vAlign w:val="center"/>
            <w:hideMark/>
          </w:tcPr>
          <w:p w14:paraId="685F0E34"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100 (17.39)</w:t>
            </w:r>
          </w:p>
        </w:tc>
        <w:tc>
          <w:tcPr>
            <w:tcW w:w="337" w:type="pct"/>
            <w:tcBorders>
              <w:top w:val="nil"/>
              <w:left w:val="nil"/>
              <w:bottom w:val="nil"/>
              <w:right w:val="nil"/>
            </w:tcBorders>
            <w:shd w:val="clear" w:color="000000" w:fill="FFFFFF"/>
            <w:vAlign w:val="center"/>
            <w:hideMark/>
          </w:tcPr>
          <w:p w14:paraId="21B0CEBD"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0.001</w:t>
            </w:r>
          </w:p>
        </w:tc>
      </w:tr>
      <w:tr w:rsidR="00A0215B" w:rsidRPr="00693325" w14:paraId="01D73B89" w14:textId="77777777" w:rsidTr="00132E28">
        <w:trPr>
          <w:trHeight w:val="68"/>
        </w:trPr>
        <w:tc>
          <w:tcPr>
            <w:tcW w:w="909" w:type="pct"/>
            <w:tcBorders>
              <w:top w:val="nil"/>
              <w:left w:val="nil"/>
              <w:bottom w:val="nil"/>
              <w:right w:val="nil"/>
            </w:tcBorders>
            <w:shd w:val="clear" w:color="000000" w:fill="FFFFFF"/>
            <w:vAlign w:val="center"/>
            <w:hideMark/>
          </w:tcPr>
          <w:p w14:paraId="3F68A981" w14:textId="77777777" w:rsidR="00A0215B" w:rsidRPr="00693325" w:rsidRDefault="00A0215B" w:rsidP="00337482">
            <w:pPr>
              <w:ind w:leftChars="100" w:left="240"/>
              <w:rPr>
                <w:rFonts w:ascii="Times New Roman" w:hAnsi="Times New Roman"/>
                <w:color w:val="000000"/>
                <w:sz w:val="16"/>
                <w:szCs w:val="16"/>
              </w:rPr>
            </w:pPr>
            <w:r w:rsidRPr="00693325">
              <w:rPr>
                <w:rFonts w:ascii="Times New Roman" w:hAnsi="Times New Roman"/>
                <w:sz w:val="16"/>
              </w:rPr>
              <w:t>Number of specialist office visits per patient, mean (SD)</w:t>
            </w:r>
          </w:p>
        </w:tc>
        <w:tc>
          <w:tcPr>
            <w:tcW w:w="427" w:type="pct"/>
            <w:tcBorders>
              <w:top w:val="nil"/>
              <w:left w:val="nil"/>
              <w:bottom w:val="nil"/>
              <w:right w:val="nil"/>
            </w:tcBorders>
            <w:shd w:val="clear" w:color="000000" w:fill="F2F2F2"/>
            <w:vAlign w:val="center"/>
            <w:hideMark/>
          </w:tcPr>
          <w:p w14:paraId="2D3B9F65"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28</w:t>
            </w:r>
            <w:r w:rsidRPr="00693325">
              <w:rPr>
                <w:rFonts w:ascii="Times New Roman" w:hAnsi="Times New Roman"/>
                <w:sz w:val="16"/>
              </w:rPr>
              <w:t xml:space="preserve"> (0.</w:t>
            </w:r>
            <w:r>
              <w:rPr>
                <w:rFonts w:ascii="Times New Roman" w:hAnsi="Times New Roman"/>
                <w:sz w:val="16"/>
              </w:rPr>
              <w:t>57</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635E9DE3"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0.2</w:t>
            </w:r>
            <w:r>
              <w:rPr>
                <w:rFonts w:ascii="Times New Roman" w:hAnsi="Times New Roman"/>
                <w:sz w:val="16"/>
              </w:rPr>
              <w:t>3</w:t>
            </w:r>
            <w:r w:rsidRPr="00693325">
              <w:rPr>
                <w:rFonts w:ascii="Times New Roman" w:hAnsi="Times New Roman"/>
                <w:sz w:val="16"/>
              </w:rPr>
              <w:t xml:space="preserve"> (0.</w:t>
            </w:r>
            <w:r>
              <w:rPr>
                <w:rFonts w:ascii="Times New Roman" w:hAnsi="Times New Roman"/>
                <w:sz w:val="16"/>
              </w:rPr>
              <w:t>44</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3FDBF025"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18</w:t>
            </w:r>
            <w:r w:rsidRPr="00693325">
              <w:rPr>
                <w:rFonts w:ascii="Times New Roman" w:hAnsi="Times New Roman"/>
                <w:sz w:val="16"/>
              </w:rPr>
              <w:t xml:space="preserve"> (0.</w:t>
            </w:r>
            <w:r>
              <w:rPr>
                <w:rFonts w:ascii="Times New Roman" w:hAnsi="Times New Roman"/>
                <w:sz w:val="16"/>
              </w:rPr>
              <w:t>33</w:t>
            </w:r>
            <w:r w:rsidRPr="00693325">
              <w:rPr>
                <w:rFonts w:ascii="Times New Roman" w:hAnsi="Times New Roman"/>
                <w:sz w:val="16"/>
              </w:rPr>
              <w:t>)</w:t>
            </w:r>
          </w:p>
        </w:tc>
        <w:tc>
          <w:tcPr>
            <w:tcW w:w="427" w:type="pct"/>
            <w:tcBorders>
              <w:top w:val="nil"/>
              <w:left w:val="nil"/>
              <w:bottom w:val="nil"/>
              <w:right w:val="nil"/>
            </w:tcBorders>
            <w:shd w:val="clear" w:color="000000" w:fill="FFFFFF"/>
            <w:vAlign w:val="center"/>
            <w:hideMark/>
          </w:tcPr>
          <w:p w14:paraId="73989DBF"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0.0</w:t>
            </w:r>
            <w:r>
              <w:rPr>
                <w:rFonts w:ascii="Times New Roman" w:hAnsi="Times New Roman"/>
                <w:sz w:val="16"/>
              </w:rPr>
              <w:t>5</w:t>
            </w:r>
            <w:r w:rsidRPr="00693325">
              <w:rPr>
                <w:rFonts w:ascii="Times New Roman" w:hAnsi="Times New Roman"/>
                <w:sz w:val="16"/>
              </w:rPr>
              <w:t xml:space="preserve"> (0.1</w:t>
            </w:r>
            <w:r>
              <w:rPr>
                <w:rFonts w:ascii="Times New Roman" w:hAnsi="Times New Roman"/>
                <w:sz w:val="16"/>
              </w:rPr>
              <w:t>2</w:t>
            </w:r>
            <w:r w:rsidRPr="00693325">
              <w:rPr>
                <w:rFonts w:ascii="Times New Roman" w:hAnsi="Times New Roman"/>
                <w:sz w:val="16"/>
              </w:rPr>
              <w:t>)</w:t>
            </w:r>
          </w:p>
        </w:tc>
        <w:tc>
          <w:tcPr>
            <w:tcW w:w="338" w:type="pct"/>
            <w:tcBorders>
              <w:top w:val="nil"/>
              <w:left w:val="nil"/>
              <w:bottom w:val="nil"/>
              <w:right w:val="nil"/>
            </w:tcBorders>
            <w:shd w:val="clear" w:color="000000" w:fill="FFFFFF"/>
            <w:vAlign w:val="center"/>
            <w:hideMark/>
          </w:tcPr>
          <w:p w14:paraId="40E88E37"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002</w:t>
            </w:r>
          </w:p>
        </w:tc>
        <w:tc>
          <w:tcPr>
            <w:tcW w:w="427" w:type="pct"/>
            <w:tcBorders>
              <w:top w:val="nil"/>
              <w:left w:val="nil"/>
              <w:bottom w:val="nil"/>
              <w:right w:val="nil"/>
            </w:tcBorders>
            <w:shd w:val="clear" w:color="000000" w:fill="F2F2F2"/>
            <w:vAlign w:val="center"/>
            <w:hideMark/>
          </w:tcPr>
          <w:p w14:paraId="34A4A820"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0.12 (0.35)</w:t>
            </w:r>
          </w:p>
        </w:tc>
        <w:tc>
          <w:tcPr>
            <w:tcW w:w="427" w:type="pct"/>
            <w:tcBorders>
              <w:top w:val="nil"/>
              <w:left w:val="nil"/>
              <w:bottom w:val="nil"/>
              <w:right w:val="nil"/>
            </w:tcBorders>
            <w:shd w:val="clear" w:color="000000" w:fill="F2F2F2"/>
            <w:vAlign w:val="center"/>
            <w:hideMark/>
          </w:tcPr>
          <w:p w14:paraId="2BD2ACCB"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0.06 (0.13)</w:t>
            </w:r>
          </w:p>
        </w:tc>
        <w:tc>
          <w:tcPr>
            <w:tcW w:w="427" w:type="pct"/>
            <w:tcBorders>
              <w:top w:val="nil"/>
              <w:left w:val="nil"/>
              <w:bottom w:val="nil"/>
              <w:right w:val="nil"/>
            </w:tcBorders>
            <w:shd w:val="clear" w:color="000000" w:fill="F2F2F2"/>
            <w:vAlign w:val="center"/>
            <w:hideMark/>
          </w:tcPr>
          <w:p w14:paraId="4C3BA111"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0.05 (0.12)</w:t>
            </w:r>
          </w:p>
        </w:tc>
        <w:tc>
          <w:tcPr>
            <w:tcW w:w="427" w:type="pct"/>
            <w:tcBorders>
              <w:top w:val="nil"/>
              <w:left w:val="nil"/>
              <w:bottom w:val="nil"/>
              <w:right w:val="nil"/>
            </w:tcBorders>
            <w:shd w:val="clear" w:color="000000" w:fill="FFFFFF"/>
            <w:vAlign w:val="center"/>
            <w:hideMark/>
          </w:tcPr>
          <w:p w14:paraId="269EE14B"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0.02 (0.11)</w:t>
            </w:r>
          </w:p>
        </w:tc>
        <w:tc>
          <w:tcPr>
            <w:tcW w:w="337" w:type="pct"/>
            <w:tcBorders>
              <w:top w:val="nil"/>
              <w:left w:val="nil"/>
              <w:bottom w:val="nil"/>
              <w:right w:val="nil"/>
            </w:tcBorders>
            <w:shd w:val="clear" w:color="000000" w:fill="FFFFFF"/>
            <w:vAlign w:val="center"/>
            <w:hideMark/>
          </w:tcPr>
          <w:p w14:paraId="3835C51A"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0.007</w:t>
            </w:r>
          </w:p>
        </w:tc>
      </w:tr>
      <w:tr w:rsidR="00A0215B" w:rsidRPr="00693325" w14:paraId="3CFF32CF" w14:textId="77777777" w:rsidTr="00132E28">
        <w:trPr>
          <w:trHeight w:val="68"/>
        </w:trPr>
        <w:tc>
          <w:tcPr>
            <w:tcW w:w="909" w:type="pct"/>
            <w:tcBorders>
              <w:top w:val="nil"/>
              <w:left w:val="nil"/>
              <w:bottom w:val="nil"/>
              <w:right w:val="nil"/>
            </w:tcBorders>
            <w:shd w:val="clear" w:color="000000" w:fill="FFFFFF"/>
            <w:vAlign w:val="center"/>
            <w:hideMark/>
          </w:tcPr>
          <w:p w14:paraId="39139604" w14:textId="77777777" w:rsidR="00A0215B" w:rsidRPr="00693325" w:rsidRDefault="00A0215B" w:rsidP="00337482">
            <w:pPr>
              <w:rPr>
                <w:rFonts w:ascii="Times New Roman" w:hAnsi="Times New Roman"/>
                <w:color w:val="000000"/>
                <w:sz w:val="16"/>
                <w:szCs w:val="16"/>
              </w:rPr>
            </w:pPr>
            <w:r w:rsidRPr="00693325">
              <w:rPr>
                <w:rFonts w:ascii="Times New Roman" w:hAnsi="Times New Roman"/>
                <w:sz w:val="16"/>
              </w:rPr>
              <w:t>Well-child visit, n (%)</w:t>
            </w:r>
          </w:p>
        </w:tc>
        <w:tc>
          <w:tcPr>
            <w:tcW w:w="427" w:type="pct"/>
            <w:tcBorders>
              <w:top w:val="nil"/>
              <w:left w:val="nil"/>
              <w:bottom w:val="nil"/>
              <w:right w:val="nil"/>
            </w:tcBorders>
            <w:shd w:val="clear" w:color="000000" w:fill="F2F2F2"/>
            <w:vAlign w:val="center"/>
            <w:hideMark/>
          </w:tcPr>
          <w:p w14:paraId="3F6EE77B"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8</w:t>
            </w:r>
            <w:r w:rsidRPr="00693325">
              <w:rPr>
                <w:rFonts w:ascii="Times New Roman" w:hAnsi="Times New Roman"/>
                <w:sz w:val="16"/>
              </w:rPr>
              <w:t xml:space="preserve"> (</w:t>
            </w:r>
            <w:r>
              <w:rPr>
                <w:rFonts w:ascii="Times New Roman" w:hAnsi="Times New Roman"/>
                <w:sz w:val="16"/>
              </w:rPr>
              <w:t>38.10</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1CB323DD"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1</w:t>
            </w:r>
            <w:r>
              <w:rPr>
                <w:rFonts w:ascii="Times New Roman" w:hAnsi="Times New Roman"/>
                <w:sz w:val="16"/>
              </w:rPr>
              <w:t>8</w:t>
            </w:r>
            <w:r w:rsidRPr="00693325">
              <w:rPr>
                <w:rFonts w:ascii="Times New Roman" w:hAnsi="Times New Roman"/>
                <w:sz w:val="16"/>
              </w:rPr>
              <w:t xml:space="preserve"> (</w:t>
            </w:r>
            <w:r>
              <w:rPr>
                <w:rFonts w:ascii="Times New Roman" w:hAnsi="Times New Roman"/>
                <w:sz w:val="16"/>
              </w:rPr>
              <w:t>90.00</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1F73A862"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1</w:t>
            </w:r>
            <w:r>
              <w:rPr>
                <w:rFonts w:ascii="Times New Roman" w:hAnsi="Times New Roman"/>
                <w:sz w:val="16"/>
              </w:rPr>
              <w:t>8</w:t>
            </w:r>
            <w:r w:rsidRPr="00693325">
              <w:rPr>
                <w:rFonts w:ascii="Times New Roman" w:hAnsi="Times New Roman"/>
                <w:sz w:val="16"/>
              </w:rPr>
              <w:t xml:space="preserve"> (</w:t>
            </w:r>
            <w:r>
              <w:rPr>
                <w:rFonts w:ascii="Times New Roman" w:hAnsi="Times New Roman"/>
                <w:sz w:val="16"/>
              </w:rPr>
              <w:t>85.71</w:t>
            </w:r>
            <w:r w:rsidRPr="00693325">
              <w:rPr>
                <w:rFonts w:ascii="Times New Roman" w:hAnsi="Times New Roman"/>
                <w:sz w:val="16"/>
              </w:rPr>
              <w:t>)</w:t>
            </w:r>
          </w:p>
        </w:tc>
        <w:tc>
          <w:tcPr>
            <w:tcW w:w="427" w:type="pct"/>
            <w:tcBorders>
              <w:top w:val="nil"/>
              <w:left w:val="nil"/>
              <w:bottom w:val="nil"/>
              <w:right w:val="nil"/>
            </w:tcBorders>
            <w:shd w:val="clear" w:color="000000" w:fill="FFFFFF"/>
            <w:vAlign w:val="center"/>
            <w:hideMark/>
          </w:tcPr>
          <w:p w14:paraId="330F7BF0"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90</w:t>
            </w:r>
            <w:r w:rsidRPr="00693325">
              <w:rPr>
                <w:rFonts w:ascii="Times New Roman" w:hAnsi="Times New Roman"/>
                <w:sz w:val="16"/>
              </w:rPr>
              <w:t xml:space="preserve"> (</w:t>
            </w:r>
            <w:r>
              <w:rPr>
                <w:rFonts w:ascii="Times New Roman" w:hAnsi="Times New Roman"/>
                <w:sz w:val="16"/>
              </w:rPr>
              <w:t>85.71</w:t>
            </w:r>
            <w:r w:rsidRPr="00693325">
              <w:rPr>
                <w:rFonts w:ascii="Times New Roman" w:hAnsi="Times New Roman"/>
                <w:sz w:val="16"/>
              </w:rPr>
              <w:t>)</w:t>
            </w:r>
          </w:p>
        </w:tc>
        <w:tc>
          <w:tcPr>
            <w:tcW w:w="338" w:type="pct"/>
            <w:tcBorders>
              <w:top w:val="nil"/>
              <w:left w:val="nil"/>
              <w:bottom w:val="nil"/>
              <w:right w:val="nil"/>
            </w:tcBorders>
            <w:shd w:val="clear" w:color="000000" w:fill="FFFFFF"/>
            <w:vAlign w:val="center"/>
            <w:hideMark/>
          </w:tcPr>
          <w:p w14:paraId="741272D6" w14:textId="77777777" w:rsidR="00A0215B" w:rsidRPr="00693325" w:rsidRDefault="00A0215B" w:rsidP="00026D1F">
            <w:pPr>
              <w:jc w:val="center"/>
              <w:rPr>
                <w:rFonts w:ascii="Times New Roman" w:hAnsi="Times New Roman"/>
                <w:color w:val="000000"/>
                <w:sz w:val="16"/>
                <w:szCs w:val="16"/>
              </w:rPr>
            </w:pPr>
            <w:r>
              <w:rPr>
                <w:rFonts w:ascii="Times New Roman" w:hAnsi="Times New Roman"/>
                <w:color w:val="000000"/>
                <w:sz w:val="16"/>
              </w:rPr>
              <w:t>1.000</w:t>
            </w:r>
          </w:p>
        </w:tc>
        <w:tc>
          <w:tcPr>
            <w:tcW w:w="427" w:type="pct"/>
            <w:tcBorders>
              <w:top w:val="nil"/>
              <w:left w:val="nil"/>
              <w:bottom w:val="nil"/>
              <w:right w:val="nil"/>
            </w:tcBorders>
            <w:shd w:val="clear" w:color="000000" w:fill="F2F2F2"/>
            <w:vAlign w:val="center"/>
            <w:hideMark/>
          </w:tcPr>
          <w:p w14:paraId="02CC74FB"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43 (37.39)</w:t>
            </w:r>
          </w:p>
        </w:tc>
        <w:tc>
          <w:tcPr>
            <w:tcW w:w="427" w:type="pct"/>
            <w:tcBorders>
              <w:top w:val="nil"/>
              <w:left w:val="nil"/>
              <w:bottom w:val="nil"/>
              <w:right w:val="nil"/>
            </w:tcBorders>
            <w:shd w:val="clear" w:color="000000" w:fill="F2F2F2"/>
            <w:vAlign w:val="center"/>
            <w:hideMark/>
          </w:tcPr>
          <w:p w14:paraId="78B070C3"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85 (78.70)</w:t>
            </w:r>
          </w:p>
        </w:tc>
        <w:tc>
          <w:tcPr>
            <w:tcW w:w="427" w:type="pct"/>
            <w:tcBorders>
              <w:top w:val="nil"/>
              <w:left w:val="nil"/>
              <w:bottom w:val="nil"/>
              <w:right w:val="nil"/>
            </w:tcBorders>
            <w:shd w:val="clear" w:color="000000" w:fill="F2F2F2"/>
            <w:vAlign w:val="center"/>
            <w:hideMark/>
          </w:tcPr>
          <w:p w14:paraId="23E2CFCC"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87 (75.65)</w:t>
            </w:r>
          </w:p>
        </w:tc>
        <w:tc>
          <w:tcPr>
            <w:tcW w:w="427" w:type="pct"/>
            <w:tcBorders>
              <w:top w:val="nil"/>
              <w:left w:val="nil"/>
              <w:bottom w:val="nil"/>
              <w:right w:val="nil"/>
            </w:tcBorders>
            <w:shd w:val="clear" w:color="000000" w:fill="FFFFFF"/>
            <w:vAlign w:val="center"/>
            <w:hideMark/>
          </w:tcPr>
          <w:p w14:paraId="4F4A7F54"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375 (65.22)</w:t>
            </w:r>
          </w:p>
        </w:tc>
        <w:tc>
          <w:tcPr>
            <w:tcW w:w="337" w:type="pct"/>
            <w:tcBorders>
              <w:top w:val="nil"/>
              <w:left w:val="nil"/>
              <w:bottom w:val="nil"/>
              <w:right w:val="nil"/>
            </w:tcBorders>
            <w:shd w:val="clear" w:color="000000" w:fill="FFFFFF"/>
            <w:vAlign w:val="center"/>
            <w:hideMark/>
          </w:tcPr>
          <w:p w14:paraId="78039886"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0.030</w:t>
            </w:r>
          </w:p>
        </w:tc>
      </w:tr>
      <w:tr w:rsidR="00A0215B" w:rsidRPr="00693325" w14:paraId="23000D29" w14:textId="77777777" w:rsidTr="00132E28">
        <w:trPr>
          <w:trHeight w:val="68"/>
        </w:trPr>
        <w:tc>
          <w:tcPr>
            <w:tcW w:w="909" w:type="pct"/>
            <w:tcBorders>
              <w:top w:val="nil"/>
              <w:left w:val="nil"/>
              <w:bottom w:val="nil"/>
              <w:right w:val="nil"/>
            </w:tcBorders>
            <w:shd w:val="clear" w:color="000000" w:fill="FFFFFF"/>
            <w:vAlign w:val="center"/>
            <w:hideMark/>
          </w:tcPr>
          <w:p w14:paraId="254CF8DB" w14:textId="77777777" w:rsidR="00A0215B" w:rsidRPr="00693325" w:rsidRDefault="00A0215B" w:rsidP="00337482">
            <w:pPr>
              <w:ind w:leftChars="100" w:left="240"/>
              <w:rPr>
                <w:rFonts w:ascii="Times New Roman" w:hAnsi="Times New Roman"/>
                <w:color w:val="000000"/>
                <w:sz w:val="16"/>
                <w:szCs w:val="16"/>
              </w:rPr>
            </w:pPr>
            <w:r w:rsidRPr="00693325">
              <w:rPr>
                <w:rFonts w:ascii="Times New Roman" w:hAnsi="Times New Roman"/>
                <w:sz w:val="16"/>
              </w:rPr>
              <w:t>Number of well-child visits per patient, mean (SD)</w:t>
            </w:r>
          </w:p>
        </w:tc>
        <w:tc>
          <w:tcPr>
            <w:tcW w:w="427" w:type="pct"/>
            <w:tcBorders>
              <w:top w:val="nil"/>
              <w:left w:val="nil"/>
              <w:bottom w:val="nil"/>
              <w:right w:val="nil"/>
            </w:tcBorders>
            <w:shd w:val="clear" w:color="000000" w:fill="F2F2F2"/>
            <w:vAlign w:val="center"/>
            <w:hideMark/>
          </w:tcPr>
          <w:p w14:paraId="14F3B23E"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27</w:t>
            </w:r>
            <w:r w:rsidRPr="00693325">
              <w:rPr>
                <w:rFonts w:ascii="Times New Roman" w:hAnsi="Times New Roman"/>
                <w:sz w:val="16"/>
              </w:rPr>
              <w:t xml:space="preserve"> (0.</w:t>
            </w:r>
            <w:r>
              <w:rPr>
                <w:rFonts w:ascii="Times New Roman" w:hAnsi="Times New Roman"/>
                <w:sz w:val="16"/>
              </w:rPr>
              <w:t>36</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6409AF57"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20</w:t>
            </w:r>
            <w:r w:rsidRPr="00693325">
              <w:rPr>
                <w:rFonts w:ascii="Times New Roman" w:hAnsi="Times New Roman"/>
                <w:sz w:val="16"/>
              </w:rPr>
              <w:t xml:space="preserve"> (</w:t>
            </w:r>
            <w:r>
              <w:rPr>
                <w:rFonts w:ascii="Times New Roman" w:hAnsi="Times New Roman"/>
                <w:sz w:val="16"/>
              </w:rPr>
              <w:t>0.21</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62988CFF"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18</w:t>
            </w:r>
            <w:r w:rsidRPr="00693325">
              <w:rPr>
                <w:rFonts w:ascii="Times New Roman" w:hAnsi="Times New Roman"/>
                <w:sz w:val="16"/>
              </w:rPr>
              <w:t xml:space="preserve"> (0.</w:t>
            </w:r>
            <w:r>
              <w:rPr>
                <w:rFonts w:ascii="Times New Roman" w:hAnsi="Times New Roman"/>
                <w:sz w:val="16"/>
              </w:rPr>
              <w:t>15</w:t>
            </w:r>
            <w:r w:rsidRPr="00693325">
              <w:rPr>
                <w:rFonts w:ascii="Times New Roman" w:hAnsi="Times New Roman"/>
                <w:sz w:val="16"/>
              </w:rPr>
              <w:t>)</w:t>
            </w:r>
          </w:p>
        </w:tc>
        <w:tc>
          <w:tcPr>
            <w:tcW w:w="427" w:type="pct"/>
            <w:tcBorders>
              <w:top w:val="nil"/>
              <w:left w:val="nil"/>
              <w:bottom w:val="nil"/>
              <w:right w:val="nil"/>
            </w:tcBorders>
            <w:shd w:val="clear" w:color="000000" w:fill="FFFFFF"/>
            <w:vAlign w:val="center"/>
            <w:hideMark/>
          </w:tcPr>
          <w:p w14:paraId="1165FE29"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20</w:t>
            </w:r>
            <w:r w:rsidRPr="00693325">
              <w:rPr>
                <w:rFonts w:ascii="Times New Roman" w:hAnsi="Times New Roman"/>
                <w:sz w:val="16"/>
              </w:rPr>
              <w:t xml:space="preserve"> (0.</w:t>
            </w:r>
            <w:r>
              <w:rPr>
                <w:rFonts w:ascii="Times New Roman" w:hAnsi="Times New Roman"/>
                <w:sz w:val="16"/>
              </w:rPr>
              <w:t>20</w:t>
            </w:r>
            <w:r w:rsidRPr="00693325">
              <w:rPr>
                <w:rFonts w:ascii="Times New Roman" w:hAnsi="Times New Roman"/>
                <w:sz w:val="16"/>
              </w:rPr>
              <w:t>)</w:t>
            </w:r>
          </w:p>
        </w:tc>
        <w:tc>
          <w:tcPr>
            <w:tcW w:w="338" w:type="pct"/>
            <w:tcBorders>
              <w:top w:val="nil"/>
              <w:left w:val="nil"/>
              <w:bottom w:val="nil"/>
              <w:right w:val="nil"/>
            </w:tcBorders>
            <w:shd w:val="clear" w:color="000000" w:fill="FFFFFF"/>
            <w:vAlign w:val="center"/>
            <w:hideMark/>
          </w:tcPr>
          <w:p w14:paraId="10D43779"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599</w:t>
            </w:r>
          </w:p>
        </w:tc>
        <w:tc>
          <w:tcPr>
            <w:tcW w:w="427" w:type="pct"/>
            <w:tcBorders>
              <w:top w:val="nil"/>
              <w:left w:val="nil"/>
              <w:bottom w:val="nil"/>
              <w:right w:val="nil"/>
            </w:tcBorders>
            <w:shd w:val="clear" w:color="000000" w:fill="F2F2F2"/>
            <w:vAlign w:val="center"/>
            <w:hideMark/>
          </w:tcPr>
          <w:p w14:paraId="3860E8DC"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0.31 (0.43)</w:t>
            </w:r>
          </w:p>
        </w:tc>
        <w:tc>
          <w:tcPr>
            <w:tcW w:w="427" w:type="pct"/>
            <w:tcBorders>
              <w:top w:val="nil"/>
              <w:left w:val="nil"/>
              <w:bottom w:val="nil"/>
              <w:right w:val="nil"/>
            </w:tcBorders>
            <w:shd w:val="clear" w:color="000000" w:fill="F2F2F2"/>
            <w:vAlign w:val="center"/>
            <w:hideMark/>
          </w:tcPr>
          <w:p w14:paraId="78D219D5"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0.12 (0.11)</w:t>
            </w:r>
          </w:p>
        </w:tc>
        <w:tc>
          <w:tcPr>
            <w:tcW w:w="427" w:type="pct"/>
            <w:tcBorders>
              <w:top w:val="nil"/>
              <w:left w:val="nil"/>
              <w:bottom w:val="nil"/>
              <w:right w:val="nil"/>
            </w:tcBorders>
            <w:shd w:val="clear" w:color="000000" w:fill="F2F2F2"/>
            <w:vAlign w:val="center"/>
            <w:hideMark/>
          </w:tcPr>
          <w:p w14:paraId="2F35FF62"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0.12 (0.12)</w:t>
            </w:r>
          </w:p>
        </w:tc>
        <w:tc>
          <w:tcPr>
            <w:tcW w:w="427" w:type="pct"/>
            <w:tcBorders>
              <w:top w:val="nil"/>
              <w:left w:val="nil"/>
              <w:bottom w:val="nil"/>
              <w:right w:val="nil"/>
            </w:tcBorders>
            <w:shd w:val="clear" w:color="000000" w:fill="FFFFFF"/>
            <w:vAlign w:val="center"/>
            <w:hideMark/>
          </w:tcPr>
          <w:p w14:paraId="459327F2"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0.14 (0.18)</w:t>
            </w:r>
          </w:p>
        </w:tc>
        <w:tc>
          <w:tcPr>
            <w:tcW w:w="337" w:type="pct"/>
            <w:tcBorders>
              <w:top w:val="nil"/>
              <w:left w:val="nil"/>
              <w:bottom w:val="nil"/>
              <w:right w:val="nil"/>
            </w:tcBorders>
            <w:shd w:val="clear" w:color="000000" w:fill="FFFFFF"/>
            <w:vAlign w:val="center"/>
            <w:hideMark/>
          </w:tcPr>
          <w:p w14:paraId="3970447C"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0.213</w:t>
            </w:r>
          </w:p>
        </w:tc>
      </w:tr>
      <w:tr w:rsidR="00A0215B" w:rsidRPr="00693325" w14:paraId="011A253B" w14:textId="77777777" w:rsidTr="00132E28">
        <w:trPr>
          <w:trHeight w:val="68"/>
        </w:trPr>
        <w:tc>
          <w:tcPr>
            <w:tcW w:w="909" w:type="pct"/>
            <w:tcBorders>
              <w:top w:val="nil"/>
              <w:left w:val="nil"/>
              <w:bottom w:val="nil"/>
              <w:right w:val="nil"/>
            </w:tcBorders>
            <w:shd w:val="clear" w:color="000000" w:fill="FFFFFF"/>
            <w:vAlign w:val="center"/>
            <w:hideMark/>
          </w:tcPr>
          <w:p w14:paraId="540595A4" w14:textId="77777777" w:rsidR="00A0215B" w:rsidRPr="00693325" w:rsidRDefault="00A0215B" w:rsidP="00337482">
            <w:pPr>
              <w:rPr>
                <w:rFonts w:ascii="Times New Roman" w:hAnsi="Times New Roman"/>
                <w:color w:val="000000"/>
                <w:sz w:val="16"/>
                <w:szCs w:val="16"/>
              </w:rPr>
            </w:pPr>
            <w:r w:rsidRPr="00693325">
              <w:rPr>
                <w:rFonts w:ascii="Times New Roman" w:hAnsi="Times New Roman"/>
                <w:sz w:val="16"/>
              </w:rPr>
              <w:t>Other outpatient services, n (%)</w:t>
            </w:r>
          </w:p>
        </w:tc>
        <w:tc>
          <w:tcPr>
            <w:tcW w:w="427" w:type="pct"/>
            <w:tcBorders>
              <w:top w:val="nil"/>
              <w:left w:val="nil"/>
              <w:bottom w:val="nil"/>
              <w:right w:val="nil"/>
            </w:tcBorders>
            <w:shd w:val="clear" w:color="000000" w:fill="F2F2F2"/>
            <w:vAlign w:val="center"/>
            <w:hideMark/>
          </w:tcPr>
          <w:p w14:paraId="754A93CF"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21</w:t>
            </w:r>
            <w:r w:rsidRPr="00693325">
              <w:rPr>
                <w:rFonts w:ascii="Times New Roman" w:hAnsi="Times New Roman"/>
                <w:sz w:val="16"/>
              </w:rPr>
              <w:t xml:space="preserve"> (</w:t>
            </w:r>
            <w:r>
              <w:rPr>
                <w:rFonts w:ascii="Times New Roman" w:hAnsi="Times New Roman"/>
                <w:sz w:val="16"/>
              </w:rPr>
              <w:t>100.00</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4915673B"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1</w:t>
            </w:r>
            <w:r>
              <w:rPr>
                <w:rFonts w:ascii="Times New Roman" w:hAnsi="Times New Roman"/>
                <w:sz w:val="16"/>
              </w:rPr>
              <w:t>9</w:t>
            </w:r>
            <w:r w:rsidRPr="00693325">
              <w:rPr>
                <w:rFonts w:ascii="Times New Roman" w:hAnsi="Times New Roman"/>
                <w:sz w:val="16"/>
              </w:rPr>
              <w:t xml:space="preserve"> (</w:t>
            </w:r>
            <w:r>
              <w:rPr>
                <w:rFonts w:ascii="Times New Roman" w:hAnsi="Times New Roman"/>
                <w:sz w:val="16"/>
              </w:rPr>
              <w:t>95.00</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5526262A"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21</w:t>
            </w:r>
            <w:r w:rsidRPr="00693325">
              <w:rPr>
                <w:rFonts w:ascii="Times New Roman" w:hAnsi="Times New Roman"/>
                <w:sz w:val="16"/>
              </w:rPr>
              <w:t xml:space="preserve"> (</w:t>
            </w:r>
            <w:r>
              <w:rPr>
                <w:rFonts w:ascii="Times New Roman" w:hAnsi="Times New Roman"/>
                <w:sz w:val="16"/>
              </w:rPr>
              <w:t>100.00</w:t>
            </w:r>
            <w:r w:rsidRPr="00693325">
              <w:rPr>
                <w:rFonts w:ascii="Times New Roman" w:hAnsi="Times New Roman"/>
                <w:sz w:val="16"/>
              </w:rPr>
              <w:t>)</w:t>
            </w:r>
          </w:p>
        </w:tc>
        <w:tc>
          <w:tcPr>
            <w:tcW w:w="427" w:type="pct"/>
            <w:tcBorders>
              <w:top w:val="nil"/>
              <w:left w:val="nil"/>
              <w:bottom w:val="nil"/>
              <w:right w:val="nil"/>
            </w:tcBorders>
            <w:shd w:val="clear" w:color="000000" w:fill="FFFFFF"/>
            <w:vAlign w:val="center"/>
            <w:hideMark/>
          </w:tcPr>
          <w:p w14:paraId="3392EA08"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94</w:t>
            </w:r>
            <w:r w:rsidRPr="00693325">
              <w:rPr>
                <w:rFonts w:ascii="Times New Roman" w:hAnsi="Times New Roman"/>
                <w:sz w:val="16"/>
              </w:rPr>
              <w:t xml:space="preserve"> (</w:t>
            </w:r>
            <w:r>
              <w:rPr>
                <w:rFonts w:ascii="Times New Roman" w:hAnsi="Times New Roman"/>
                <w:sz w:val="16"/>
              </w:rPr>
              <w:t>89.52</w:t>
            </w:r>
            <w:r w:rsidRPr="00693325">
              <w:rPr>
                <w:rFonts w:ascii="Times New Roman" w:hAnsi="Times New Roman"/>
                <w:sz w:val="16"/>
              </w:rPr>
              <w:t>)</w:t>
            </w:r>
          </w:p>
        </w:tc>
        <w:tc>
          <w:tcPr>
            <w:tcW w:w="338" w:type="pct"/>
            <w:tcBorders>
              <w:top w:val="nil"/>
              <w:left w:val="nil"/>
              <w:bottom w:val="nil"/>
              <w:right w:val="nil"/>
            </w:tcBorders>
            <w:shd w:val="clear" w:color="000000" w:fill="FFFFFF"/>
            <w:vAlign w:val="center"/>
            <w:hideMark/>
          </w:tcPr>
          <w:p w14:paraId="26290767"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209</w:t>
            </w:r>
          </w:p>
        </w:tc>
        <w:tc>
          <w:tcPr>
            <w:tcW w:w="427" w:type="pct"/>
            <w:tcBorders>
              <w:top w:val="nil"/>
              <w:left w:val="nil"/>
              <w:bottom w:val="nil"/>
              <w:right w:val="nil"/>
            </w:tcBorders>
            <w:shd w:val="clear" w:color="000000" w:fill="F2F2F2"/>
            <w:vAlign w:val="center"/>
            <w:hideMark/>
          </w:tcPr>
          <w:p w14:paraId="0F0DD3BC"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101 (87.83)</w:t>
            </w:r>
          </w:p>
        </w:tc>
        <w:tc>
          <w:tcPr>
            <w:tcW w:w="427" w:type="pct"/>
            <w:tcBorders>
              <w:top w:val="nil"/>
              <w:left w:val="nil"/>
              <w:bottom w:val="nil"/>
              <w:right w:val="nil"/>
            </w:tcBorders>
            <w:shd w:val="clear" w:color="000000" w:fill="F2F2F2"/>
            <w:vAlign w:val="center"/>
            <w:hideMark/>
          </w:tcPr>
          <w:p w14:paraId="20809A8E"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99 (91.67)</w:t>
            </w:r>
          </w:p>
        </w:tc>
        <w:tc>
          <w:tcPr>
            <w:tcW w:w="427" w:type="pct"/>
            <w:tcBorders>
              <w:top w:val="nil"/>
              <w:left w:val="nil"/>
              <w:bottom w:val="nil"/>
              <w:right w:val="nil"/>
            </w:tcBorders>
            <w:shd w:val="clear" w:color="000000" w:fill="F2F2F2"/>
            <w:vAlign w:val="center"/>
            <w:hideMark/>
          </w:tcPr>
          <w:p w14:paraId="00B60977"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111 (96.52)</w:t>
            </w:r>
          </w:p>
        </w:tc>
        <w:tc>
          <w:tcPr>
            <w:tcW w:w="427" w:type="pct"/>
            <w:tcBorders>
              <w:top w:val="nil"/>
              <w:left w:val="nil"/>
              <w:bottom w:val="nil"/>
              <w:right w:val="nil"/>
            </w:tcBorders>
            <w:shd w:val="clear" w:color="000000" w:fill="FFFFFF"/>
            <w:vAlign w:val="center"/>
            <w:hideMark/>
          </w:tcPr>
          <w:p w14:paraId="6295BF78"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450 (78.26)</w:t>
            </w:r>
          </w:p>
        </w:tc>
        <w:tc>
          <w:tcPr>
            <w:tcW w:w="337" w:type="pct"/>
            <w:tcBorders>
              <w:top w:val="nil"/>
              <w:left w:val="nil"/>
              <w:bottom w:val="nil"/>
              <w:right w:val="nil"/>
            </w:tcBorders>
            <w:shd w:val="clear" w:color="000000" w:fill="FFFFFF"/>
            <w:vAlign w:val="center"/>
            <w:hideMark/>
          </w:tcPr>
          <w:p w14:paraId="25DF4300"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&lt;0.001</w:t>
            </w:r>
          </w:p>
        </w:tc>
      </w:tr>
      <w:tr w:rsidR="00A0215B" w:rsidRPr="00693325" w14:paraId="0C3BB707" w14:textId="77777777" w:rsidTr="00132E28">
        <w:trPr>
          <w:trHeight w:val="68"/>
        </w:trPr>
        <w:tc>
          <w:tcPr>
            <w:tcW w:w="909" w:type="pct"/>
            <w:tcBorders>
              <w:top w:val="nil"/>
              <w:left w:val="nil"/>
              <w:bottom w:val="nil"/>
              <w:right w:val="nil"/>
            </w:tcBorders>
            <w:shd w:val="clear" w:color="000000" w:fill="FFFFFF"/>
            <w:vAlign w:val="center"/>
            <w:hideMark/>
          </w:tcPr>
          <w:p w14:paraId="6312EDD2" w14:textId="77777777" w:rsidR="00A0215B" w:rsidRPr="00693325" w:rsidRDefault="00A0215B" w:rsidP="00337482">
            <w:pPr>
              <w:rPr>
                <w:rFonts w:ascii="Times New Roman" w:hAnsi="Times New Roman"/>
                <w:b/>
                <w:bCs/>
                <w:color w:val="000000"/>
                <w:sz w:val="16"/>
                <w:szCs w:val="16"/>
              </w:rPr>
            </w:pPr>
            <w:r w:rsidRPr="00693325">
              <w:rPr>
                <w:rFonts w:ascii="Times New Roman" w:hAnsi="Times New Roman"/>
                <w:b/>
                <w:bCs/>
                <w:sz w:val="16"/>
              </w:rPr>
              <w:t>Surgical Procedures, n (%)</w:t>
            </w:r>
          </w:p>
        </w:tc>
        <w:tc>
          <w:tcPr>
            <w:tcW w:w="427" w:type="pct"/>
            <w:tcBorders>
              <w:top w:val="nil"/>
              <w:left w:val="nil"/>
              <w:bottom w:val="nil"/>
              <w:right w:val="nil"/>
            </w:tcBorders>
            <w:shd w:val="clear" w:color="000000" w:fill="F2F2F2"/>
            <w:vAlign w:val="center"/>
            <w:hideMark/>
          </w:tcPr>
          <w:p w14:paraId="683A83A1"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2</w:t>
            </w:r>
            <w:r w:rsidRPr="00693325">
              <w:rPr>
                <w:rFonts w:ascii="Times New Roman" w:hAnsi="Times New Roman"/>
                <w:sz w:val="16"/>
              </w:rPr>
              <w:t xml:space="preserve"> (</w:t>
            </w:r>
            <w:r>
              <w:rPr>
                <w:rFonts w:ascii="Times New Roman" w:hAnsi="Times New Roman"/>
                <w:sz w:val="16"/>
              </w:rPr>
              <w:t>9.52</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27D8A3D6"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3</w:t>
            </w:r>
            <w:r w:rsidRPr="00693325">
              <w:rPr>
                <w:rFonts w:ascii="Times New Roman" w:hAnsi="Times New Roman"/>
                <w:sz w:val="16"/>
              </w:rPr>
              <w:t xml:space="preserve"> (</w:t>
            </w:r>
            <w:r>
              <w:rPr>
                <w:rFonts w:ascii="Times New Roman" w:hAnsi="Times New Roman"/>
                <w:sz w:val="16"/>
              </w:rPr>
              <w:t>15.00</w:t>
            </w: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3D12153F" w14:textId="77777777" w:rsidR="00A0215B" w:rsidRPr="00693325" w:rsidRDefault="00A0215B" w:rsidP="00026D1F">
            <w:pPr>
              <w:jc w:val="center"/>
              <w:rPr>
                <w:rFonts w:ascii="Times New Roman" w:hAnsi="Times New Roman"/>
                <w:color w:val="000000"/>
                <w:sz w:val="16"/>
                <w:szCs w:val="16"/>
              </w:rPr>
            </w:pPr>
            <w:r>
              <w:rPr>
                <w:rFonts w:ascii="Times New Roman" w:hAnsi="Times New Roman"/>
                <w:sz w:val="16"/>
              </w:rPr>
              <w:t>5</w:t>
            </w:r>
            <w:r w:rsidRPr="00693325">
              <w:rPr>
                <w:rFonts w:ascii="Times New Roman" w:hAnsi="Times New Roman"/>
                <w:sz w:val="16"/>
              </w:rPr>
              <w:t xml:space="preserve"> (</w:t>
            </w:r>
            <w:r>
              <w:rPr>
                <w:rFonts w:ascii="Times New Roman" w:hAnsi="Times New Roman"/>
                <w:sz w:val="16"/>
              </w:rPr>
              <w:t>23.81</w:t>
            </w:r>
            <w:r w:rsidRPr="00693325">
              <w:rPr>
                <w:rFonts w:ascii="Times New Roman" w:hAnsi="Times New Roman"/>
                <w:sz w:val="16"/>
              </w:rPr>
              <w:t>)</w:t>
            </w:r>
          </w:p>
        </w:tc>
        <w:tc>
          <w:tcPr>
            <w:tcW w:w="427" w:type="pct"/>
            <w:tcBorders>
              <w:top w:val="nil"/>
              <w:left w:val="nil"/>
              <w:bottom w:val="nil"/>
              <w:right w:val="nil"/>
            </w:tcBorders>
            <w:shd w:val="clear" w:color="000000" w:fill="FFFFFF"/>
            <w:vAlign w:val="center"/>
            <w:hideMark/>
          </w:tcPr>
          <w:p w14:paraId="79C5D6D1"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 (0.00)</w:t>
            </w:r>
          </w:p>
        </w:tc>
        <w:tc>
          <w:tcPr>
            <w:tcW w:w="338" w:type="pct"/>
            <w:tcBorders>
              <w:top w:val="nil"/>
              <w:left w:val="nil"/>
              <w:bottom w:val="nil"/>
              <w:right w:val="nil"/>
            </w:tcBorders>
            <w:shd w:val="clear" w:color="000000" w:fill="FFFFFF"/>
            <w:vAlign w:val="center"/>
            <w:hideMark/>
          </w:tcPr>
          <w:p w14:paraId="35CF1453" w14:textId="77777777" w:rsidR="00A0215B" w:rsidRPr="00693325" w:rsidRDefault="00A0215B" w:rsidP="00026D1F">
            <w:pPr>
              <w:jc w:val="center"/>
              <w:rPr>
                <w:rFonts w:ascii="Times New Roman" w:hAnsi="Times New Roman"/>
                <w:color w:val="000000"/>
                <w:sz w:val="16"/>
                <w:szCs w:val="16"/>
              </w:rPr>
            </w:pPr>
            <w:r>
              <w:rPr>
                <w:rFonts w:ascii="Times New Roman" w:hAnsi="Times New Roman"/>
                <w:color w:val="000000"/>
                <w:sz w:val="16"/>
              </w:rPr>
              <w:t>&lt;0.001</w:t>
            </w:r>
          </w:p>
        </w:tc>
        <w:tc>
          <w:tcPr>
            <w:tcW w:w="427" w:type="pct"/>
            <w:tcBorders>
              <w:top w:val="nil"/>
              <w:left w:val="nil"/>
              <w:bottom w:val="nil"/>
              <w:right w:val="nil"/>
            </w:tcBorders>
            <w:shd w:val="clear" w:color="000000" w:fill="F2F2F2"/>
            <w:vAlign w:val="center"/>
            <w:hideMark/>
          </w:tcPr>
          <w:p w14:paraId="644B8C7E"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13 (11.30)</w:t>
            </w:r>
          </w:p>
        </w:tc>
        <w:tc>
          <w:tcPr>
            <w:tcW w:w="427" w:type="pct"/>
            <w:tcBorders>
              <w:top w:val="nil"/>
              <w:left w:val="nil"/>
              <w:bottom w:val="nil"/>
              <w:right w:val="nil"/>
            </w:tcBorders>
            <w:shd w:val="clear" w:color="000000" w:fill="F2F2F2"/>
            <w:vAlign w:val="center"/>
            <w:hideMark/>
          </w:tcPr>
          <w:p w14:paraId="41599D88"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2 (1.85)</w:t>
            </w:r>
          </w:p>
        </w:tc>
        <w:tc>
          <w:tcPr>
            <w:tcW w:w="427" w:type="pct"/>
            <w:tcBorders>
              <w:top w:val="nil"/>
              <w:left w:val="nil"/>
              <w:bottom w:val="nil"/>
              <w:right w:val="nil"/>
            </w:tcBorders>
            <w:shd w:val="clear" w:color="000000" w:fill="F2F2F2"/>
            <w:vAlign w:val="center"/>
            <w:hideMark/>
          </w:tcPr>
          <w:p w14:paraId="25FD497E"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15 (13.04)</w:t>
            </w:r>
          </w:p>
        </w:tc>
        <w:tc>
          <w:tcPr>
            <w:tcW w:w="427" w:type="pct"/>
            <w:tcBorders>
              <w:top w:val="nil"/>
              <w:left w:val="nil"/>
              <w:bottom w:val="nil"/>
              <w:right w:val="nil"/>
            </w:tcBorders>
            <w:shd w:val="clear" w:color="000000" w:fill="FFFFFF"/>
            <w:vAlign w:val="center"/>
            <w:hideMark/>
          </w:tcPr>
          <w:p w14:paraId="00F92D83"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19 (3.30)</w:t>
            </w:r>
          </w:p>
        </w:tc>
        <w:tc>
          <w:tcPr>
            <w:tcW w:w="337" w:type="pct"/>
            <w:tcBorders>
              <w:top w:val="nil"/>
              <w:left w:val="nil"/>
              <w:bottom w:val="nil"/>
              <w:right w:val="nil"/>
            </w:tcBorders>
            <w:shd w:val="clear" w:color="000000" w:fill="FFFFFF"/>
            <w:vAlign w:val="center"/>
            <w:hideMark/>
          </w:tcPr>
          <w:p w14:paraId="725399AF"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&lt;0.001</w:t>
            </w:r>
          </w:p>
        </w:tc>
      </w:tr>
      <w:tr w:rsidR="00A0215B" w:rsidRPr="00693325" w14:paraId="62630090" w14:textId="77777777" w:rsidTr="00132E28">
        <w:trPr>
          <w:trHeight w:val="290"/>
        </w:trPr>
        <w:tc>
          <w:tcPr>
            <w:tcW w:w="909" w:type="pct"/>
            <w:tcBorders>
              <w:top w:val="nil"/>
              <w:left w:val="nil"/>
              <w:bottom w:val="nil"/>
              <w:right w:val="nil"/>
            </w:tcBorders>
            <w:shd w:val="clear" w:color="000000" w:fill="FFFFFF"/>
            <w:vAlign w:val="center"/>
            <w:hideMark/>
          </w:tcPr>
          <w:p w14:paraId="69E94E7F" w14:textId="77777777" w:rsidR="00A0215B" w:rsidRPr="00693325" w:rsidRDefault="00A0215B" w:rsidP="00337482">
            <w:pPr>
              <w:ind w:leftChars="100" w:left="240"/>
              <w:rPr>
                <w:rFonts w:ascii="Times New Roman" w:hAnsi="Times New Roman"/>
                <w:color w:val="000000"/>
                <w:sz w:val="16"/>
                <w:szCs w:val="16"/>
              </w:rPr>
            </w:pPr>
            <w:r w:rsidRPr="00693325">
              <w:rPr>
                <w:rFonts w:ascii="Times New Roman" w:hAnsi="Times New Roman"/>
                <w:sz w:val="16"/>
              </w:rPr>
              <w:t>Number of surgical procedures per patient, mean (SD)</w:t>
            </w:r>
          </w:p>
        </w:tc>
        <w:tc>
          <w:tcPr>
            <w:tcW w:w="427" w:type="pct"/>
            <w:tcBorders>
              <w:top w:val="nil"/>
              <w:left w:val="nil"/>
              <w:right w:val="nil"/>
            </w:tcBorders>
            <w:shd w:val="clear" w:color="000000" w:fill="F2F2F2"/>
            <w:vAlign w:val="center"/>
            <w:hideMark/>
          </w:tcPr>
          <w:p w14:paraId="36755EDD"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0.0</w:t>
            </w:r>
            <w:r>
              <w:rPr>
                <w:rFonts w:ascii="Times New Roman" w:hAnsi="Times New Roman"/>
                <w:sz w:val="16"/>
              </w:rPr>
              <w:t>8</w:t>
            </w:r>
            <w:r w:rsidRPr="00693325">
              <w:rPr>
                <w:rFonts w:ascii="Times New Roman" w:hAnsi="Times New Roman"/>
                <w:sz w:val="16"/>
              </w:rPr>
              <w:t xml:space="preserve"> (0.</w:t>
            </w:r>
            <w:r>
              <w:rPr>
                <w:rFonts w:ascii="Times New Roman" w:hAnsi="Times New Roman"/>
                <w:sz w:val="16"/>
              </w:rPr>
              <w:t>25</w:t>
            </w:r>
            <w:r w:rsidRPr="00693325">
              <w:rPr>
                <w:rFonts w:ascii="Times New Roman" w:hAnsi="Times New Roman"/>
                <w:sz w:val="16"/>
              </w:rPr>
              <w:t>)</w:t>
            </w:r>
          </w:p>
        </w:tc>
        <w:tc>
          <w:tcPr>
            <w:tcW w:w="427" w:type="pct"/>
            <w:tcBorders>
              <w:top w:val="nil"/>
              <w:left w:val="nil"/>
              <w:right w:val="nil"/>
            </w:tcBorders>
            <w:shd w:val="clear" w:color="000000" w:fill="F2F2F2"/>
            <w:vAlign w:val="center"/>
            <w:hideMark/>
          </w:tcPr>
          <w:p w14:paraId="4FC5205F"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w:t>
            </w:r>
            <w:r>
              <w:rPr>
                <w:rFonts w:ascii="Times New Roman" w:hAnsi="Times New Roman"/>
                <w:sz w:val="16"/>
              </w:rPr>
              <w:t>.03</w:t>
            </w:r>
            <w:r w:rsidRPr="00693325">
              <w:rPr>
                <w:rFonts w:ascii="Times New Roman" w:hAnsi="Times New Roman"/>
                <w:sz w:val="16"/>
              </w:rPr>
              <w:t xml:space="preserve"> (0.</w:t>
            </w:r>
            <w:r>
              <w:rPr>
                <w:rFonts w:ascii="Times New Roman" w:hAnsi="Times New Roman"/>
                <w:sz w:val="16"/>
              </w:rPr>
              <w:t>13</w:t>
            </w:r>
            <w:r w:rsidRPr="00693325">
              <w:rPr>
                <w:rFonts w:ascii="Times New Roman" w:hAnsi="Times New Roman"/>
                <w:sz w:val="16"/>
              </w:rPr>
              <w:t>)</w:t>
            </w:r>
          </w:p>
        </w:tc>
        <w:tc>
          <w:tcPr>
            <w:tcW w:w="427" w:type="pct"/>
            <w:tcBorders>
              <w:top w:val="nil"/>
              <w:left w:val="nil"/>
              <w:right w:val="nil"/>
            </w:tcBorders>
            <w:shd w:val="clear" w:color="000000" w:fill="F2F2F2"/>
            <w:vAlign w:val="center"/>
            <w:hideMark/>
          </w:tcPr>
          <w:p w14:paraId="5877BF6A" w14:textId="77777777" w:rsidR="00A0215B" w:rsidRPr="00693325" w:rsidRDefault="00A0215B" w:rsidP="00026D1F">
            <w:pPr>
              <w:jc w:val="center"/>
              <w:rPr>
                <w:rFonts w:ascii="Times New Roman" w:hAnsi="Times New Roman"/>
                <w:color w:val="000000"/>
                <w:sz w:val="16"/>
                <w:szCs w:val="16"/>
              </w:rPr>
            </w:pPr>
            <w:r w:rsidRPr="00693325">
              <w:rPr>
                <w:rFonts w:ascii="Times New Roman" w:hAnsi="Times New Roman"/>
                <w:sz w:val="16"/>
              </w:rPr>
              <w:t>0.0</w:t>
            </w:r>
            <w:r>
              <w:rPr>
                <w:rFonts w:ascii="Times New Roman" w:hAnsi="Times New Roman"/>
                <w:sz w:val="16"/>
              </w:rPr>
              <w:t>2</w:t>
            </w:r>
            <w:r w:rsidRPr="00693325">
              <w:rPr>
                <w:rFonts w:ascii="Times New Roman" w:hAnsi="Times New Roman"/>
                <w:sz w:val="16"/>
              </w:rPr>
              <w:t xml:space="preserve"> (0.</w:t>
            </w:r>
            <w:r>
              <w:rPr>
                <w:rFonts w:ascii="Times New Roman" w:hAnsi="Times New Roman"/>
                <w:sz w:val="16"/>
              </w:rPr>
              <w:t>05)</w:t>
            </w:r>
          </w:p>
        </w:tc>
        <w:tc>
          <w:tcPr>
            <w:tcW w:w="427" w:type="pct"/>
            <w:tcBorders>
              <w:top w:val="nil"/>
              <w:left w:val="nil"/>
              <w:right w:val="nil"/>
            </w:tcBorders>
            <w:shd w:val="clear" w:color="000000" w:fill="FFFFFF"/>
            <w:vAlign w:val="center"/>
            <w:hideMark/>
          </w:tcPr>
          <w:p w14:paraId="04F73CB9" w14:textId="1C1903EE" w:rsidR="00A0215B" w:rsidRPr="00693325" w:rsidRDefault="00026D1F" w:rsidP="00026D1F">
            <w:pPr>
              <w:jc w:val="center"/>
              <w:rPr>
                <w:rFonts w:ascii="Times New Roman" w:hAnsi="Times New Roman"/>
                <w:color w:val="000000"/>
                <w:sz w:val="16"/>
                <w:szCs w:val="16"/>
              </w:rPr>
            </w:pPr>
            <w:r>
              <w:rPr>
                <w:rFonts w:ascii="Times New Roman" w:hAnsi="Times New Roman"/>
                <w:color w:val="000000"/>
                <w:sz w:val="16"/>
              </w:rPr>
              <w:t>-</w:t>
            </w:r>
          </w:p>
        </w:tc>
        <w:tc>
          <w:tcPr>
            <w:tcW w:w="338" w:type="pct"/>
            <w:tcBorders>
              <w:top w:val="nil"/>
              <w:left w:val="nil"/>
              <w:right w:val="nil"/>
            </w:tcBorders>
            <w:shd w:val="clear" w:color="000000" w:fill="FFFFFF"/>
            <w:vAlign w:val="center"/>
            <w:hideMark/>
          </w:tcPr>
          <w:p w14:paraId="1BE13850" w14:textId="77777777" w:rsidR="00A0215B" w:rsidRPr="00693325" w:rsidRDefault="00A0215B" w:rsidP="00026D1F">
            <w:pPr>
              <w:jc w:val="center"/>
              <w:rPr>
                <w:rFonts w:ascii="Times New Roman" w:hAnsi="Times New Roman"/>
                <w:color w:val="000000"/>
                <w:sz w:val="16"/>
                <w:szCs w:val="16"/>
              </w:rPr>
            </w:pPr>
            <w:r>
              <w:rPr>
                <w:rFonts w:ascii="Times New Roman" w:hAnsi="Times New Roman"/>
                <w:color w:val="000000"/>
                <w:sz w:val="16"/>
              </w:rPr>
              <w:t>-</w:t>
            </w:r>
          </w:p>
        </w:tc>
        <w:tc>
          <w:tcPr>
            <w:tcW w:w="427" w:type="pct"/>
            <w:tcBorders>
              <w:top w:val="nil"/>
              <w:left w:val="nil"/>
              <w:right w:val="nil"/>
            </w:tcBorders>
            <w:shd w:val="clear" w:color="000000" w:fill="F2F2F2"/>
            <w:vAlign w:val="center"/>
            <w:hideMark/>
          </w:tcPr>
          <w:p w14:paraId="2A3A03E5"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0.08 (0.24)</w:t>
            </w:r>
          </w:p>
        </w:tc>
        <w:tc>
          <w:tcPr>
            <w:tcW w:w="427" w:type="pct"/>
            <w:tcBorders>
              <w:top w:val="nil"/>
              <w:left w:val="nil"/>
              <w:right w:val="nil"/>
            </w:tcBorders>
            <w:shd w:val="clear" w:color="000000" w:fill="F2F2F2"/>
            <w:vAlign w:val="center"/>
            <w:hideMark/>
          </w:tcPr>
          <w:p w14:paraId="0EB42FD4"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0.00 (0.01)</w:t>
            </w:r>
          </w:p>
        </w:tc>
        <w:tc>
          <w:tcPr>
            <w:tcW w:w="427" w:type="pct"/>
            <w:tcBorders>
              <w:top w:val="nil"/>
              <w:left w:val="nil"/>
              <w:right w:val="nil"/>
            </w:tcBorders>
            <w:shd w:val="clear" w:color="000000" w:fill="F2F2F2"/>
            <w:vAlign w:val="center"/>
            <w:hideMark/>
          </w:tcPr>
          <w:p w14:paraId="319B7E01"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0.02 (0.11)</w:t>
            </w:r>
          </w:p>
        </w:tc>
        <w:tc>
          <w:tcPr>
            <w:tcW w:w="427" w:type="pct"/>
            <w:tcBorders>
              <w:top w:val="nil"/>
              <w:left w:val="nil"/>
              <w:right w:val="nil"/>
            </w:tcBorders>
            <w:shd w:val="clear" w:color="000000" w:fill="FFFFFF"/>
            <w:vAlign w:val="center"/>
            <w:hideMark/>
          </w:tcPr>
          <w:p w14:paraId="353DC9BA"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0.00 (0.02)</w:t>
            </w:r>
          </w:p>
        </w:tc>
        <w:tc>
          <w:tcPr>
            <w:tcW w:w="337" w:type="pct"/>
            <w:tcBorders>
              <w:top w:val="nil"/>
              <w:left w:val="nil"/>
              <w:right w:val="nil"/>
            </w:tcBorders>
            <w:shd w:val="clear" w:color="000000" w:fill="FFFFFF"/>
            <w:vAlign w:val="center"/>
            <w:hideMark/>
          </w:tcPr>
          <w:p w14:paraId="1E70A47D" w14:textId="77777777" w:rsidR="00A0215B" w:rsidRPr="00046249" w:rsidRDefault="00A0215B" w:rsidP="00026D1F">
            <w:pPr>
              <w:jc w:val="center"/>
              <w:rPr>
                <w:rFonts w:ascii="Times New Roman" w:hAnsi="Times New Roman"/>
                <w:color w:val="000000"/>
                <w:sz w:val="16"/>
                <w:szCs w:val="16"/>
              </w:rPr>
            </w:pPr>
            <w:r w:rsidRPr="00046249">
              <w:rPr>
                <w:rFonts w:ascii="Times New Roman" w:hAnsi="Times New Roman"/>
                <w:sz w:val="16"/>
                <w:szCs w:val="16"/>
              </w:rPr>
              <w:t>&lt;0.001</w:t>
            </w:r>
          </w:p>
        </w:tc>
      </w:tr>
      <w:tr w:rsidR="00A0215B" w:rsidRPr="00693325" w14:paraId="1D9A2342" w14:textId="77777777" w:rsidTr="00132E28">
        <w:trPr>
          <w:trHeight w:val="290"/>
        </w:trPr>
        <w:tc>
          <w:tcPr>
            <w:tcW w:w="909" w:type="pct"/>
            <w:tcBorders>
              <w:top w:val="nil"/>
              <w:left w:val="nil"/>
              <w:bottom w:val="nil"/>
              <w:right w:val="nil"/>
            </w:tcBorders>
            <w:shd w:val="clear" w:color="000000" w:fill="FFFFFF"/>
            <w:vAlign w:val="center"/>
          </w:tcPr>
          <w:p w14:paraId="0B197426" w14:textId="77777777" w:rsidR="00A0215B" w:rsidRPr="00693325" w:rsidRDefault="00A0215B" w:rsidP="00337482">
            <w:pPr>
              <w:rPr>
                <w:rFonts w:ascii="Times New Roman" w:hAnsi="Times New Roman"/>
                <w:sz w:val="16"/>
              </w:rPr>
            </w:pPr>
            <w:r>
              <w:rPr>
                <w:rFonts w:ascii="Times New Roman" w:hAnsi="Times New Roman"/>
                <w:sz w:val="16"/>
              </w:rPr>
              <w:t>Outpatient Pharmacy, n (%)</w:t>
            </w:r>
          </w:p>
        </w:tc>
        <w:tc>
          <w:tcPr>
            <w:tcW w:w="427" w:type="pct"/>
            <w:tcBorders>
              <w:top w:val="nil"/>
              <w:left w:val="nil"/>
              <w:bottom w:val="nil"/>
              <w:right w:val="nil"/>
            </w:tcBorders>
            <w:shd w:val="clear" w:color="000000" w:fill="F2F2F2"/>
            <w:vAlign w:val="center"/>
          </w:tcPr>
          <w:p w14:paraId="6A89957E" w14:textId="77777777" w:rsidR="00A0215B" w:rsidRPr="00693325" w:rsidRDefault="00A0215B" w:rsidP="00026D1F">
            <w:pPr>
              <w:jc w:val="center"/>
              <w:rPr>
                <w:rFonts w:ascii="Times New Roman" w:hAnsi="Times New Roman"/>
                <w:sz w:val="16"/>
              </w:rPr>
            </w:pPr>
            <w:r>
              <w:rPr>
                <w:rFonts w:ascii="Times New Roman" w:hAnsi="Times New Roman"/>
                <w:sz w:val="16"/>
              </w:rPr>
              <w:t>12 (57.14)</w:t>
            </w:r>
          </w:p>
        </w:tc>
        <w:tc>
          <w:tcPr>
            <w:tcW w:w="427" w:type="pct"/>
            <w:tcBorders>
              <w:top w:val="nil"/>
              <w:left w:val="nil"/>
              <w:bottom w:val="nil"/>
              <w:right w:val="nil"/>
            </w:tcBorders>
            <w:shd w:val="clear" w:color="000000" w:fill="F2F2F2"/>
            <w:vAlign w:val="center"/>
          </w:tcPr>
          <w:p w14:paraId="3B38EBC0" w14:textId="77777777" w:rsidR="00A0215B" w:rsidRPr="00693325" w:rsidRDefault="00A0215B" w:rsidP="00026D1F">
            <w:pPr>
              <w:jc w:val="center"/>
              <w:rPr>
                <w:rFonts w:ascii="Times New Roman" w:hAnsi="Times New Roman"/>
                <w:sz w:val="16"/>
              </w:rPr>
            </w:pPr>
            <w:r>
              <w:rPr>
                <w:rFonts w:ascii="Times New Roman" w:hAnsi="Times New Roman"/>
                <w:sz w:val="16"/>
              </w:rPr>
              <w:t>18 (90.00)</w:t>
            </w:r>
          </w:p>
        </w:tc>
        <w:tc>
          <w:tcPr>
            <w:tcW w:w="427" w:type="pct"/>
            <w:tcBorders>
              <w:top w:val="nil"/>
              <w:left w:val="nil"/>
              <w:bottom w:val="nil"/>
              <w:right w:val="nil"/>
            </w:tcBorders>
            <w:shd w:val="clear" w:color="000000" w:fill="F2F2F2"/>
            <w:vAlign w:val="center"/>
          </w:tcPr>
          <w:p w14:paraId="11B8EA96" w14:textId="77777777" w:rsidR="00A0215B" w:rsidRPr="00693325" w:rsidRDefault="00A0215B" w:rsidP="00026D1F">
            <w:pPr>
              <w:jc w:val="center"/>
              <w:rPr>
                <w:rFonts w:ascii="Times New Roman" w:hAnsi="Times New Roman"/>
                <w:sz w:val="16"/>
              </w:rPr>
            </w:pPr>
            <w:r>
              <w:rPr>
                <w:rFonts w:ascii="Times New Roman" w:hAnsi="Times New Roman"/>
                <w:sz w:val="16"/>
              </w:rPr>
              <w:t>18 (85.71)</w:t>
            </w:r>
          </w:p>
        </w:tc>
        <w:tc>
          <w:tcPr>
            <w:tcW w:w="427" w:type="pct"/>
            <w:tcBorders>
              <w:top w:val="nil"/>
              <w:left w:val="nil"/>
              <w:bottom w:val="nil"/>
              <w:right w:val="nil"/>
            </w:tcBorders>
            <w:shd w:val="clear" w:color="000000" w:fill="FFFFFF"/>
            <w:vAlign w:val="center"/>
          </w:tcPr>
          <w:p w14:paraId="7E0C3B0E" w14:textId="77777777" w:rsidR="00A0215B" w:rsidRPr="00693325" w:rsidRDefault="00A0215B" w:rsidP="00026D1F">
            <w:pPr>
              <w:jc w:val="center"/>
              <w:rPr>
                <w:rFonts w:ascii="Times New Roman" w:hAnsi="Times New Roman"/>
                <w:sz w:val="16"/>
              </w:rPr>
            </w:pPr>
            <w:r>
              <w:rPr>
                <w:rFonts w:ascii="Times New Roman" w:hAnsi="Times New Roman"/>
                <w:sz w:val="16"/>
              </w:rPr>
              <w:t>76 (72.38)</w:t>
            </w:r>
          </w:p>
        </w:tc>
        <w:tc>
          <w:tcPr>
            <w:tcW w:w="338" w:type="pct"/>
            <w:tcBorders>
              <w:top w:val="nil"/>
              <w:left w:val="nil"/>
              <w:bottom w:val="nil"/>
              <w:right w:val="nil"/>
            </w:tcBorders>
            <w:shd w:val="clear" w:color="000000" w:fill="FFFFFF"/>
            <w:vAlign w:val="center"/>
          </w:tcPr>
          <w:p w14:paraId="36427BA0" w14:textId="77777777" w:rsidR="00A0215B" w:rsidRPr="00693325" w:rsidRDefault="00A0215B" w:rsidP="00026D1F">
            <w:pPr>
              <w:jc w:val="center"/>
              <w:rPr>
                <w:rFonts w:ascii="Times New Roman" w:hAnsi="Times New Roman"/>
                <w:sz w:val="16"/>
              </w:rPr>
            </w:pPr>
            <w:r>
              <w:rPr>
                <w:rFonts w:ascii="Times New Roman" w:hAnsi="Times New Roman"/>
                <w:sz w:val="16"/>
              </w:rPr>
              <w:t>0.200</w:t>
            </w:r>
          </w:p>
        </w:tc>
        <w:tc>
          <w:tcPr>
            <w:tcW w:w="427" w:type="pct"/>
            <w:tcBorders>
              <w:top w:val="nil"/>
              <w:left w:val="nil"/>
              <w:bottom w:val="nil"/>
              <w:right w:val="nil"/>
            </w:tcBorders>
            <w:shd w:val="clear" w:color="000000" w:fill="F2F2F2"/>
            <w:vAlign w:val="center"/>
          </w:tcPr>
          <w:p w14:paraId="2F8D8690" w14:textId="77777777" w:rsidR="00A0215B" w:rsidRPr="00046249" w:rsidRDefault="00A0215B" w:rsidP="00026D1F">
            <w:pPr>
              <w:jc w:val="center"/>
              <w:rPr>
                <w:rFonts w:ascii="Times New Roman" w:hAnsi="Times New Roman"/>
                <w:sz w:val="16"/>
                <w:szCs w:val="16"/>
              </w:rPr>
            </w:pPr>
            <w:r w:rsidRPr="00046249">
              <w:rPr>
                <w:rFonts w:ascii="Times New Roman" w:hAnsi="Times New Roman"/>
                <w:sz w:val="16"/>
                <w:szCs w:val="16"/>
              </w:rPr>
              <w:t>50 (43.48)</w:t>
            </w:r>
          </w:p>
        </w:tc>
        <w:tc>
          <w:tcPr>
            <w:tcW w:w="427" w:type="pct"/>
            <w:tcBorders>
              <w:top w:val="nil"/>
              <w:left w:val="nil"/>
              <w:bottom w:val="nil"/>
              <w:right w:val="nil"/>
            </w:tcBorders>
            <w:shd w:val="clear" w:color="000000" w:fill="F2F2F2"/>
            <w:vAlign w:val="center"/>
          </w:tcPr>
          <w:p w14:paraId="63700931" w14:textId="77777777" w:rsidR="00A0215B" w:rsidRPr="00046249" w:rsidRDefault="00A0215B" w:rsidP="00026D1F">
            <w:pPr>
              <w:jc w:val="center"/>
              <w:rPr>
                <w:rFonts w:ascii="Times New Roman" w:hAnsi="Times New Roman"/>
                <w:sz w:val="16"/>
                <w:szCs w:val="16"/>
              </w:rPr>
            </w:pPr>
            <w:r w:rsidRPr="00046249">
              <w:rPr>
                <w:rFonts w:ascii="Times New Roman" w:hAnsi="Times New Roman"/>
                <w:sz w:val="16"/>
                <w:szCs w:val="16"/>
              </w:rPr>
              <w:t>93 (86.11)</w:t>
            </w:r>
          </w:p>
        </w:tc>
        <w:tc>
          <w:tcPr>
            <w:tcW w:w="427" w:type="pct"/>
            <w:tcBorders>
              <w:top w:val="nil"/>
              <w:left w:val="nil"/>
              <w:bottom w:val="nil"/>
              <w:right w:val="nil"/>
            </w:tcBorders>
            <w:shd w:val="clear" w:color="000000" w:fill="F2F2F2"/>
            <w:vAlign w:val="center"/>
          </w:tcPr>
          <w:p w14:paraId="5C1D968F" w14:textId="77777777" w:rsidR="00A0215B" w:rsidRPr="00046249" w:rsidRDefault="00A0215B" w:rsidP="00026D1F">
            <w:pPr>
              <w:jc w:val="center"/>
              <w:rPr>
                <w:rFonts w:ascii="Times New Roman" w:hAnsi="Times New Roman"/>
                <w:sz w:val="16"/>
                <w:szCs w:val="16"/>
              </w:rPr>
            </w:pPr>
            <w:r w:rsidRPr="00046249">
              <w:rPr>
                <w:rFonts w:ascii="Times New Roman" w:hAnsi="Times New Roman"/>
                <w:sz w:val="16"/>
                <w:szCs w:val="16"/>
              </w:rPr>
              <w:t>97 (84.35)</w:t>
            </w:r>
          </w:p>
        </w:tc>
        <w:tc>
          <w:tcPr>
            <w:tcW w:w="427" w:type="pct"/>
            <w:tcBorders>
              <w:top w:val="nil"/>
              <w:left w:val="nil"/>
              <w:bottom w:val="nil"/>
              <w:right w:val="nil"/>
            </w:tcBorders>
            <w:shd w:val="clear" w:color="000000" w:fill="FFFFFF"/>
            <w:vAlign w:val="center"/>
          </w:tcPr>
          <w:p w14:paraId="7625CC27" w14:textId="77777777" w:rsidR="00A0215B" w:rsidRPr="00046249" w:rsidRDefault="00A0215B" w:rsidP="00026D1F">
            <w:pPr>
              <w:jc w:val="center"/>
              <w:rPr>
                <w:rFonts w:ascii="Times New Roman" w:hAnsi="Times New Roman"/>
                <w:sz w:val="16"/>
                <w:szCs w:val="16"/>
              </w:rPr>
            </w:pPr>
            <w:r w:rsidRPr="00046249">
              <w:rPr>
                <w:rFonts w:ascii="Times New Roman" w:hAnsi="Times New Roman"/>
                <w:sz w:val="16"/>
                <w:szCs w:val="16"/>
              </w:rPr>
              <w:t>369 (64.17)</w:t>
            </w:r>
          </w:p>
        </w:tc>
        <w:tc>
          <w:tcPr>
            <w:tcW w:w="337" w:type="pct"/>
            <w:tcBorders>
              <w:top w:val="nil"/>
              <w:left w:val="nil"/>
              <w:bottom w:val="nil"/>
              <w:right w:val="nil"/>
            </w:tcBorders>
            <w:shd w:val="clear" w:color="000000" w:fill="FFFFFF"/>
            <w:vAlign w:val="center"/>
          </w:tcPr>
          <w:p w14:paraId="2315FD10" w14:textId="77777777" w:rsidR="00A0215B" w:rsidRPr="00046249" w:rsidRDefault="00A0215B" w:rsidP="00026D1F">
            <w:pPr>
              <w:jc w:val="center"/>
              <w:rPr>
                <w:rFonts w:ascii="Times New Roman" w:hAnsi="Times New Roman"/>
                <w:sz w:val="16"/>
                <w:szCs w:val="16"/>
              </w:rPr>
            </w:pPr>
            <w:r w:rsidRPr="00046249">
              <w:rPr>
                <w:rFonts w:ascii="Times New Roman" w:hAnsi="Times New Roman"/>
                <w:sz w:val="16"/>
                <w:szCs w:val="16"/>
              </w:rPr>
              <w:t>&lt;0.001</w:t>
            </w:r>
          </w:p>
        </w:tc>
      </w:tr>
      <w:tr w:rsidR="00026D1F" w:rsidRPr="00693325" w14:paraId="29F1792A" w14:textId="77777777" w:rsidTr="00132E28">
        <w:trPr>
          <w:trHeight w:val="74"/>
        </w:trPr>
        <w:tc>
          <w:tcPr>
            <w:tcW w:w="909" w:type="pct"/>
            <w:tcBorders>
              <w:top w:val="nil"/>
              <w:left w:val="nil"/>
              <w:bottom w:val="single" w:sz="8" w:space="0" w:color="000000"/>
              <w:right w:val="nil"/>
            </w:tcBorders>
            <w:shd w:val="clear" w:color="000000" w:fill="FFFFFF"/>
            <w:vAlign w:val="center"/>
          </w:tcPr>
          <w:p w14:paraId="2127BC00" w14:textId="253199A5" w:rsidR="00026D1F" w:rsidRDefault="00026D1F" w:rsidP="00132E28">
            <w:pPr>
              <w:ind w:leftChars="100" w:left="240"/>
              <w:rPr>
                <w:rFonts w:ascii="Times New Roman" w:hAnsi="Times New Roman"/>
                <w:sz w:val="16"/>
              </w:rPr>
            </w:pPr>
            <w:r>
              <w:rPr>
                <w:rFonts w:ascii="Times New Roman" w:hAnsi="Times New Roman"/>
                <w:sz w:val="16"/>
              </w:rPr>
              <w:t>Number of outpatient prescriptions, mean (SD)</w:t>
            </w:r>
          </w:p>
        </w:tc>
        <w:tc>
          <w:tcPr>
            <w:tcW w:w="427" w:type="pct"/>
            <w:tcBorders>
              <w:top w:val="nil"/>
              <w:left w:val="nil"/>
              <w:bottom w:val="single" w:sz="8" w:space="0" w:color="auto"/>
              <w:right w:val="nil"/>
            </w:tcBorders>
            <w:shd w:val="clear" w:color="000000" w:fill="F2F2F2"/>
            <w:vAlign w:val="center"/>
          </w:tcPr>
          <w:p w14:paraId="0C641A74" w14:textId="43060A4D" w:rsidR="00026D1F" w:rsidRDefault="00026D1F" w:rsidP="00026D1F">
            <w:pPr>
              <w:jc w:val="center"/>
              <w:rPr>
                <w:rFonts w:ascii="Times New Roman" w:hAnsi="Times New Roman"/>
                <w:sz w:val="16"/>
              </w:rPr>
            </w:pPr>
            <w:r>
              <w:rPr>
                <w:rFonts w:ascii="Times New Roman" w:hAnsi="Times New Roman"/>
                <w:sz w:val="16"/>
              </w:rPr>
              <w:t>1.15 (1.34)</w:t>
            </w:r>
          </w:p>
        </w:tc>
        <w:tc>
          <w:tcPr>
            <w:tcW w:w="427" w:type="pct"/>
            <w:tcBorders>
              <w:top w:val="nil"/>
              <w:left w:val="nil"/>
              <w:bottom w:val="single" w:sz="8" w:space="0" w:color="auto"/>
              <w:right w:val="nil"/>
            </w:tcBorders>
            <w:shd w:val="clear" w:color="000000" w:fill="F2F2F2"/>
            <w:vAlign w:val="center"/>
          </w:tcPr>
          <w:p w14:paraId="77578E6F" w14:textId="49A879BF" w:rsidR="00026D1F" w:rsidRDefault="00026D1F" w:rsidP="00026D1F">
            <w:pPr>
              <w:jc w:val="center"/>
              <w:rPr>
                <w:rFonts w:ascii="Times New Roman" w:hAnsi="Times New Roman"/>
                <w:sz w:val="16"/>
              </w:rPr>
            </w:pPr>
            <w:r>
              <w:rPr>
                <w:rFonts w:ascii="Times New Roman" w:hAnsi="Times New Roman"/>
                <w:sz w:val="16"/>
              </w:rPr>
              <w:t>0.84 (0.95)</w:t>
            </w:r>
          </w:p>
        </w:tc>
        <w:tc>
          <w:tcPr>
            <w:tcW w:w="427" w:type="pct"/>
            <w:tcBorders>
              <w:top w:val="nil"/>
              <w:left w:val="nil"/>
              <w:bottom w:val="single" w:sz="8" w:space="0" w:color="auto"/>
              <w:right w:val="nil"/>
            </w:tcBorders>
            <w:shd w:val="clear" w:color="000000" w:fill="F2F2F2"/>
            <w:vAlign w:val="center"/>
          </w:tcPr>
          <w:p w14:paraId="75001E4C" w14:textId="5750A96F" w:rsidR="00026D1F" w:rsidRDefault="00026D1F" w:rsidP="00026D1F">
            <w:pPr>
              <w:jc w:val="center"/>
              <w:rPr>
                <w:rFonts w:ascii="Times New Roman" w:hAnsi="Times New Roman"/>
                <w:sz w:val="16"/>
              </w:rPr>
            </w:pPr>
            <w:r>
              <w:rPr>
                <w:rFonts w:ascii="Times New Roman" w:hAnsi="Times New Roman"/>
                <w:sz w:val="16"/>
              </w:rPr>
              <w:t>0.83 (0.91)</w:t>
            </w:r>
          </w:p>
        </w:tc>
        <w:tc>
          <w:tcPr>
            <w:tcW w:w="427" w:type="pct"/>
            <w:tcBorders>
              <w:top w:val="nil"/>
              <w:left w:val="nil"/>
              <w:bottom w:val="single" w:sz="8" w:space="0" w:color="auto"/>
              <w:right w:val="nil"/>
            </w:tcBorders>
            <w:shd w:val="clear" w:color="000000" w:fill="FFFFFF"/>
            <w:vAlign w:val="center"/>
          </w:tcPr>
          <w:p w14:paraId="2097520E" w14:textId="7EBDF255" w:rsidR="00026D1F" w:rsidRDefault="00026D1F" w:rsidP="00026D1F">
            <w:pPr>
              <w:jc w:val="center"/>
              <w:rPr>
                <w:rFonts w:ascii="Times New Roman" w:hAnsi="Times New Roman"/>
                <w:sz w:val="16"/>
              </w:rPr>
            </w:pPr>
            <w:r>
              <w:rPr>
                <w:rFonts w:ascii="Times New Roman" w:hAnsi="Times New Roman"/>
                <w:sz w:val="16"/>
              </w:rPr>
              <w:t>0.34 (0.66)</w:t>
            </w:r>
          </w:p>
        </w:tc>
        <w:tc>
          <w:tcPr>
            <w:tcW w:w="338" w:type="pct"/>
            <w:tcBorders>
              <w:top w:val="nil"/>
              <w:left w:val="nil"/>
              <w:bottom w:val="single" w:sz="8" w:space="0" w:color="auto"/>
              <w:right w:val="nil"/>
            </w:tcBorders>
            <w:shd w:val="clear" w:color="000000" w:fill="FFFFFF"/>
            <w:vAlign w:val="center"/>
          </w:tcPr>
          <w:p w14:paraId="6833B415" w14:textId="7CF194FB" w:rsidR="00026D1F" w:rsidRDefault="00026D1F" w:rsidP="00026D1F">
            <w:pPr>
              <w:jc w:val="center"/>
              <w:rPr>
                <w:rFonts w:ascii="Times New Roman" w:hAnsi="Times New Roman"/>
                <w:sz w:val="16"/>
              </w:rPr>
            </w:pPr>
            <w:r>
              <w:rPr>
                <w:rFonts w:ascii="Times New Roman" w:hAnsi="Times New Roman"/>
                <w:sz w:val="16"/>
              </w:rPr>
              <w:t>0.004</w:t>
            </w:r>
          </w:p>
        </w:tc>
        <w:tc>
          <w:tcPr>
            <w:tcW w:w="427" w:type="pct"/>
            <w:tcBorders>
              <w:top w:val="nil"/>
              <w:left w:val="nil"/>
              <w:bottom w:val="single" w:sz="8" w:space="0" w:color="auto"/>
              <w:right w:val="nil"/>
            </w:tcBorders>
            <w:shd w:val="clear" w:color="000000" w:fill="F2F2F2"/>
            <w:vAlign w:val="center"/>
          </w:tcPr>
          <w:p w14:paraId="22907108" w14:textId="33D72D59" w:rsidR="00026D1F" w:rsidRPr="00046249" w:rsidRDefault="00026D1F" w:rsidP="00026D1F">
            <w:pPr>
              <w:jc w:val="center"/>
              <w:rPr>
                <w:rFonts w:ascii="Times New Roman" w:hAnsi="Times New Roman"/>
                <w:sz w:val="16"/>
                <w:szCs w:val="16"/>
              </w:rPr>
            </w:pPr>
            <w:r>
              <w:rPr>
                <w:rFonts w:ascii="Times New Roman" w:hAnsi="Times New Roman"/>
                <w:sz w:val="16"/>
                <w:szCs w:val="16"/>
              </w:rPr>
              <w:t>0.92 (1.35)</w:t>
            </w:r>
          </w:p>
        </w:tc>
        <w:tc>
          <w:tcPr>
            <w:tcW w:w="427" w:type="pct"/>
            <w:tcBorders>
              <w:top w:val="nil"/>
              <w:left w:val="nil"/>
              <w:bottom w:val="single" w:sz="8" w:space="0" w:color="auto"/>
              <w:right w:val="nil"/>
            </w:tcBorders>
            <w:shd w:val="clear" w:color="000000" w:fill="F2F2F2"/>
            <w:vAlign w:val="center"/>
          </w:tcPr>
          <w:p w14:paraId="1A4D0CDC" w14:textId="20B2150A" w:rsidR="00026D1F" w:rsidRPr="00046249" w:rsidRDefault="00026D1F" w:rsidP="00026D1F">
            <w:pPr>
              <w:jc w:val="center"/>
              <w:rPr>
                <w:rFonts w:ascii="Times New Roman" w:hAnsi="Times New Roman"/>
                <w:sz w:val="16"/>
                <w:szCs w:val="16"/>
              </w:rPr>
            </w:pPr>
            <w:r>
              <w:rPr>
                <w:rFonts w:ascii="Times New Roman" w:hAnsi="Times New Roman"/>
                <w:sz w:val="16"/>
                <w:szCs w:val="16"/>
              </w:rPr>
              <w:t>0.51 (0.64)</w:t>
            </w:r>
          </w:p>
        </w:tc>
        <w:tc>
          <w:tcPr>
            <w:tcW w:w="427" w:type="pct"/>
            <w:tcBorders>
              <w:top w:val="nil"/>
              <w:left w:val="nil"/>
              <w:bottom w:val="single" w:sz="8" w:space="0" w:color="auto"/>
              <w:right w:val="nil"/>
            </w:tcBorders>
            <w:shd w:val="clear" w:color="000000" w:fill="F2F2F2"/>
            <w:vAlign w:val="center"/>
          </w:tcPr>
          <w:p w14:paraId="18F31C4E" w14:textId="0294B790" w:rsidR="00026D1F" w:rsidRPr="00046249" w:rsidRDefault="00026D1F" w:rsidP="00026D1F">
            <w:pPr>
              <w:jc w:val="center"/>
              <w:rPr>
                <w:rFonts w:ascii="Times New Roman" w:hAnsi="Times New Roman"/>
                <w:sz w:val="16"/>
                <w:szCs w:val="16"/>
              </w:rPr>
            </w:pPr>
            <w:r>
              <w:rPr>
                <w:rFonts w:ascii="Times New Roman" w:hAnsi="Times New Roman"/>
                <w:sz w:val="16"/>
                <w:szCs w:val="16"/>
              </w:rPr>
              <w:t>0.53 (0.65)</w:t>
            </w:r>
          </w:p>
        </w:tc>
        <w:tc>
          <w:tcPr>
            <w:tcW w:w="427" w:type="pct"/>
            <w:tcBorders>
              <w:top w:val="nil"/>
              <w:left w:val="nil"/>
              <w:bottom w:val="single" w:sz="8" w:space="0" w:color="auto"/>
              <w:right w:val="nil"/>
            </w:tcBorders>
            <w:shd w:val="clear" w:color="000000" w:fill="FFFFFF"/>
            <w:vAlign w:val="center"/>
          </w:tcPr>
          <w:p w14:paraId="4191A1A5" w14:textId="12996CCB" w:rsidR="00026D1F" w:rsidRPr="00046249" w:rsidRDefault="00026D1F" w:rsidP="00026D1F">
            <w:pPr>
              <w:jc w:val="center"/>
              <w:rPr>
                <w:rFonts w:ascii="Times New Roman" w:hAnsi="Times New Roman"/>
                <w:sz w:val="16"/>
                <w:szCs w:val="16"/>
              </w:rPr>
            </w:pPr>
            <w:r>
              <w:rPr>
                <w:rFonts w:ascii="Times New Roman" w:hAnsi="Times New Roman"/>
                <w:sz w:val="16"/>
                <w:szCs w:val="16"/>
              </w:rPr>
              <w:t>0.31 (0.60)</w:t>
            </w:r>
          </w:p>
        </w:tc>
        <w:tc>
          <w:tcPr>
            <w:tcW w:w="337" w:type="pct"/>
            <w:tcBorders>
              <w:top w:val="nil"/>
              <w:left w:val="nil"/>
              <w:bottom w:val="single" w:sz="8" w:space="0" w:color="000000"/>
              <w:right w:val="nil"/>
            </w:tcBorders>
            <w:shd w:val="clear" w:color="000000" w:fill="FFFFFF"/>
            <w:vAlign w:val="center"/>
          </w:tcPr>
          <w:p w14:paraId="0AF31175" w14:textId="2F3C2901" w:rsidR="00026D1F" w:rsidRPr="00046249" w:rsidRDefault="00026D1F" w:rsidP="00026D1F">
            <w:pPr>
              <w:jc w:val="center"/>
              <w:rPr>
                <w:rFonts w:ascii="Times New Roman" w:hAnsi="Times New Roman"/>
                <w:sz w:val="16"/>
                <w:szCs w:val="16"/>
              </w:rPr>
            </w:pPr>
            <w:r>
              <w:rPr>
                <w:rFonts w:ascii="Times New Roman" w:hAnsi="Times New Roman"/>
                <w:sz w:val="16"/>
                <w:szCs w:val="16"/>
              </w:rPr>
              <w:t>&lt;0.001</w:t>
            </w:r>
          </w:p>
        </w:tc>
      </w:tr>
    </w:tbl>
    <w:p w14:paraId="3D4769A7" w14:textId="457BE011" w:rsidR="00A0215B" w:rsidRPr="00693325" w:rsidRDefault="00A0215B" w:rsidP="00A0215B">
      <w:pPr>
        <w:rPr>
          <w:rFonts w:ascii="Times New Roman" w:hAnsi="Times New Roman"/>
          <w:sz w:val="16"/>
        </w:rPr>
      </w:pPr>
      <w:r w:rsidRPr="00693325">
        <w:rPr>
          <w:rFonts w:ascii="Times New Roman" w:hAnsi="Times New Roman"/>
          <w:sz w:val="16"/>
        </w:rPr>
        <w:t xml:space="preserve">Healthcare </w:t>
      </w:r>
      <w:r w:rsidR="00100694">
        <w:rPr>
          <w:rFonts w:ascii="Times New Roman" w:hAnsi="Times New Roman"/>
          <w:sz w:val="16"/>
        </w:rPr>
        <w:t xml:space="preserve">resource </w:t>
      </w:r>
      <w:r w:rsidRPr="00693325">
        <w:rPr>
          <w:rFonts w:ascii="Times New Roman" w:hAnsi="Times New Roman"/>
          <w:sz w:val="16"/>
        </w:rPr>
        <w:t>utilization reported PPPM</w:t>
      </w:r>
    </w:p>
    <w:p w14:paraId="77ACFADD" w14:textId="77777777" w:rsidR="00A0215B" w:rsidRPr="00693325" w:rsidRDefault="00A0215B" w:rsidP="00A0215B">
      <w:pPr>
        <w:rPr>
          <w:rFonts w:ascii="Times New Roman" w:hAnsi="Times New Roman"/>
          <w:sz w:val="16"/>
        </w:rPr>
      </w:pPr>
      <w:r w:rsidRPr="00693325">
        <w:rPr>
          <w:rFonts w:ascii="Times New Roman" w:hAnsi="Times New Roman"/>
          <w:sz w:val="16"/>
          <w:vertAlign w:val="superscript"/>
        </w:rPr>
        <w:t>a</w:t>
      </w:r>
      <w:r w:rsidRPr="00693325">
        <w:rPr>
          <w:rFonts w:ascii="Times New Roman" w:hAnsi="Times New Roman"/>
          <w:sz w:val="16"/>
        </w:rPr>
        <w:t>Acute phase is defined as the date of IMD admission or ED visit through 30 days after discharge</w:t>
      </w:r>
    </w:p>
    <w:p w14:paraId="4220F043" w14:textId="77777777" w:rsidR="00A0215B" w:rsidRPr="00693325" w:rsidRDefault="00A0215B" w:rsidP="00A0215B">
      <w:pPr>
        <w:rPr>
          <w:rFonts w:ascii="Times New Roman" w:hAnsi="Times New Roman"/>
          <w:sz w:val="16"/>
        </w:rPr>
      </w:pPr>
      <w:r w:rsidRPr="00693325">
        <w:rPr>
          <w:rFonts w:ascii="Times New Roman" w:hAnsi="Times New Roman"/>
          <w:sz w:val="16"/>
          <w:vertAlign w:val="superscript"/>
        </w:rPr>
        <w:t>b</w:t>
      </w:r>
      <w:r w:rsidRPr="00693325">
        <w:rPr>
          <w:rFonts w:ascii="Times New Roman" w:hAnsi="Times New Roman"/>
          <w:sz w:val="16"/>
        </w:rPr>
        <w:t>Post-acute phase is defined as the period from 31 days after discharge through the end of the variable follow-up period; not all patients had follow-up in the post-acute phase</w:t>
      </w:r>
    </w:p>
    <w:p w14:paraId="04AE1D79" w14:textId="77777777" w:rsidR="00A0215B" w:rsidRPr="00693325" w:rsidRDefault="00A0215B" w:rsidP="00A0215B">
      <w:pPr>
        <w:rPr>
          <w:rFonts w:ascii="Times New Roman" w:hAnsi="Times New Roman"/>
        </w:rPr>
      </w:pPr>
      <w:r w:rsidRPr="00693325">
        <w:rPr>
          <w:rFonts w:ascii="Times New Roman" w:hAnsi="Times New Roman"/>
          <w:sz w:val="16"/>
          <w:szCs w:val="16"/>
        </w:rPr>
        <w:t>Abbreviations: ED: emergency department, HCRU: healthcare resource utilization, IMD: invasive meningococcal disease, PPPM: per-patient-per-month, SD: standard deviation</w:t>
      </w:r>
    </w:p>
    <w:p w14:paraId="3A004A52" w14:textId="77777777" w:rsidR="000E29E2" w:rsidRDefault="000E29E2">
      <w:pPr>
        <w:spacing w:after="160" w:line="278" w:lineRule="auto"/>
        <w:rPr>
          <w:rFonts w:ascii="Times New Roman" w:hAnsi="Times New Roman"/>
          <w:b/>
          <w:sz w:val="20"/>
        </w:rPr>
      </w:pPr>
      <w:r>
        <w:rPr>
          <w:rFonts w:ascii="Times New Roman" w:hAnsi="Times New Roman"/>
          <w:b/>
          <w:sz w:val="20"/>
        </w:rPr>
        <w:br w:type="page"/>
      </w:r>
    </w:p>
    <w:p w14:paraId="796FD921" w14:textId="096CFEBD" w:rsidR="00726DBE" w:rsidRPr="00693325" w:rsidRDefault="00726DBE" w:rsidP="00726DBE">
      <w:pPr>
        <w:spacing w:line="276" w:lineRule="auto"/>
        <w:rPr>
          <w:rFonts w:ascii="Times New Roman" w:hAnsi="Times New Roman"/>
          <w:sz w:val="20"/>
        </w:rPr>
      </w:pPr>
      <w:r w:rsidRPr="00693325">
        <w:rPr>
          <w:rFonts w:ascii="Times New Roman" w:hAnsi="Times New Roman"/>
          <w:b/>
          <w:sz w:val="20"/>
        </w:rPr>
        <w:lastRenderedPageBreak/>
        <w:t xml:space="preserve">Supplemental Table </w:t>
      </w:r>
      <w:r w:rsidR="00A0215B">
        <w:rPr>
          <w:rFonts w:ascii="Times New Roman" w:hAnsi="Times New Roman"/>
          <w:b/>
          <w:sz w:val="20"/>
        </w:rPr>
        <w:t>5</w:t>
      </w:r>
      <w:r w:rsidRPr="00693325">
        <w:rPr>
          <w:rFonts w:ascii="Times New Roman" w:hAnsi="Times New Roman"/>
          <w:b/>
          <w:sz w:val="20"/>
        </w:rPr>
        <w:t xml:space="preserve"> </w:t>
      </w:r>
      <w:r w:rsidRPr="00693325">
        <w:rPr>
          <w:rFonts w:ascii="Times New Roman" w:hAnsi="Times New Roman"/>
          <w:sz w:val="20"/>
        </w:rPr>
        <w:t xml:space="preserve">All-cause </w:t>
      </w:r>
      <w:r w:rsidR="0035143E">
        <w:rPr>
          <w:rFonts w:ascii="Times New Roman" w:hAnsi="Times New Roman"/>
          <w:sz w:val="20"/>
        </w:rPr>
        <w:t>HCRU-associated</w:t>
      </w:r>
      <w:r w:rsidRPr="00693325">
        <w:rPr>
          <w:rFonts w:ascii="Times New Roman" w:hAnsi="Times New Roman"/>
          <w:sz w:val="20"/>
        </w:rPr>
        <w:t xml:space="preserve"> costs, infant cohort</w:t>
      </w:r>
    </w:p>
    <w:tbl>
      <w:tblPr>
        <w:tblW w:w="5000" w:type="pct"/>
        <w:tblLook w:val="04A0" w:firstRow="1" w:lastRow="0" w:firstColumn="1" w:lastColumn="0" w:noHBand="0" w:noVBand="1"/>
      </w:tblPr>
      <w:tblGrid>
        <w:gridCol w:w="2509"/>
        <w:gridCol w:w="1144"/>
        <w:gridCol w:w="1144"/>
        <w:gridCol w:w="1144"/>
        <w:gridCol w:w="1145"/>
        <w:gridCol w:w="1145"/>
        <w:gridCol w:w="1145"/>
        <w:gridCol w:w="1145"/>
        <w:gridCol w:w="1145"/>
        <w:gridCol w:w="1145"/>
        <w:gridCol w:w="1147"/>
      </w:tblGrid>
      <w:tr w:rsidR="00726DBE" w:rsidRPr="00693325" w14:paraId="391238DA" w14:textId="77777777" w:rsidTr="00841CFC">
        <w:trPr>
          <w:trHeight w:val="133"/>
          <w:tblHeader/>
        </w:trPr>
        <w:tc>
          <w:tcPr>
            <w:tcW w:w="899" w:type="pct"/>
            <w:tcBorders>
              <w:top w:val="single" w:sz="8" w:space="0" w:color="auto"/>
              <w:left w:val="nil"/>
              <w:bottom w:val="nil"/>
              <w:right w:val="nil"/>
            </w:tcBorders>
            <w:shd w:val="clear" w:color="000000" w:fill="FFFFFF"/>
            <w:vAlign w:val="center"/>
          </w:tcPr>
          <w:p w14:paraId="52E9B488" w14:textId="1552EFD2" w:rsidR="00726DBE" w:rsidRPr="00693325" w:rsidRDefault="00A0215B" w:rsidP="00841CFC">
            <w:pPr>
              <w:rPr>
                <w:rFonts w:ascii="Times New Roman" w:hAnsi="Times New Roman"/>
                <w:b/>
                <w:bCs/>
                <w:color w:val="000000"/>
                <w:sz w:val="16"/>
                <w:szCs w:val="16"/>
              </w:rPr>
            </w:pPr>
            <w:r>
              <w:rPr>
                <w:rFonts w:ascii="Times New Roman" w:hAnsi="Times New Roman"/>
                <w:b/>
                <w:bCs/>
                <w:color w:val="000000"/>
                <w:sz w:val="16"/>
                <w:szCs w:val="16"/>
              </w:rPr>
              <w:t>Payer</w:t>
            </w:r>
          </w:p>
        </w:tc>
        <w:tc>
          <w:tcPr>
            <w:tcW w:w="2050" w:type="pct"/>
            <w:gridSpan w:val="5"/>
            <w:tcBorders>
              <w:top w:val="single" w:sz="8" w:space="0" w:color="auto"/>
              <w:left w:val="nil"/>
              <w:bottom w:val="nil"/>
              <w:right w:val="nil"/>
            </w:tcBorders>
            <w:vAlign w:val="center"/>
          </w:tcPr>
          <w:p w14:paraId="6ABFB4D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b/>
                <w:bCs/>
                <w:color w:val="000000"/>
                <w:sz w:val="16"/>
                <w:szCs w:val="16"/>
              </w:rPr>
              <w:t>Commercial</w:t>
            </w:r>
          </w:p>
        </w:tc>
        <w:tc>
          <w:tcPr>
            <w:tcW w:w="2052" w:type="pct"/>
            <w:gridSpan w:val="5"/>
            <w:tcBorders>
              <w:top w:val="single" w:sz="8" w:space="0" w:color="auto"/>
              <w:left w:val="nil"/>
              <w:bottom w:val="nil"/>
              <w:right w:val="nil"/>
            </w:tcBorders>
            <w:vAlign w:val="center"/>
          </w:tcPr>
          <w:p w14:paraId="5788E05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b/>
                <w:bCs/>
                <w:color w:val="000000"/>
                <w:sz w:val="16"/>
                <w:szCs w:val="16"/>
              </w:rPr>
              <w:t>Medicaid</w:t>
            </w:r>
          </w:p>
        </w:tc>
      </w:tr>
      <w:tr w:rsidR="00726DBE" w:rsidRPr="00693325" w14:paraId="39908A72" w14:textId="77777777" w:rsidTr="00841CFC">
        <w:trPr>
          <w:trHeight w:val="600"/>
          <w:tblHeader/>
        </w:trPr>
        <w:tc>
          <w:tcPr>
            <w:tcW w:w="899" w:type="pct"/>
            <w:tcBorders>
              <w:top w:val="single" w:sz="8" w:space="0" w:color="auto"/>
              <w:left w:val="nil"/>
              <w:bottom w:val="nil"/>
              <w:right w:val="nil"/>
            </w:tcBorders>
            <w:shd w:val="clear" w:color="000000" w:fill="FFFFFF"/>
            <w:vAlign w:val="center"/>
            <w:hideMark/>
          </w:tcPr>
          <w:p w14:paraId="0B1BCA3B"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 </w:t>
            </w:r>
          </w:p>
        </w:tc>
        <w:tc>
          <w:tcPr>
            <w:tcW w:w="1229" w:type="pct"/>
            <w:gridSpan w:val="3"/>
            <w:tcBorders>
              <w:top w:val="single" w:sz="8" w:space="0" w:color="auto"/>
              <w:left w:val="nil"/>
              <w:bottom w:val="nil"/>
              <w:right w:val="nil"/>
            </w:tcBorders>
            <w:shd w:val="clear" w:color="000000" w:fill="F2F2F2"/>
            <w:vAlign w:val="center"/>
            <w:hideMark/>
          </w:tcPr>
          <w:p w14:paraId="4429F467"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Infants with IMD</w:t>
            </w:r>
          </w:p>
        </w:tc>
        <w:tc>
          <w:tcPr>
            <w:tcW w:w="410" w:type="pct"/>
            <w:tcBorders>
              <w:top w:val="single" w:sz="8" w:space="0" w:color="auto"/>
              <w:left w:val="nil"/>
              <w:bottom w:val="nil"/>
              <w:right w:val="nil"/>
            </w:tcBorders>
            <w:shd w:val="clear" w:color="000000" w:fill="FFFFFF"/>
            <w:vAlign w:val="center"/>
            <w:hideMark/>
          </w:tcPr>
          <w:p w14:paraId="1891EB63"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Infants without IMD</w:t>
            </w:r>
          </w:p>
        </w:tc>
        <w:tc>
          <w:tcPr>
            <w:tcW w:w="410" w:type="pct"/>
            <w:tcBorders>
              <w:top w:val="single" w:sz="8" w:space="0" w:color="auto"/>
              <w:left w:val="nil"/>
              <w:bottom w:val="nil"/>
              <w:right w:val="nil"/>
            </w:tcBorders>
            <w:shd w:val="clear" w:color="000000" w:fill="FFFFFF"/>
            <w:vAlign w:val="center"/>
            <w:hideMark/>
          </w:tcPr>
          <w:p w14:paraId="30FFF1E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1230" w:type="pct"/>
            <w:gridSpan w:val="3"/>
            <w:tcBorders>
              <w:top w:val="single" w:sz="8" w:space="0" w:color="auto"/>
              <w:left w:val="nil"/>
              <w:bottom w:val="nil"/>
              <w:right w:val="nil"/>
            </w:tcBorders>
            <w:shd w:val="clear" w:color="000000" w:fill="F2F2F2"/>
            <w:vAlign w:val="center"/>
            <w:hideMark/>
          </w:tcPr>
          <w:p w14:paraId="65EF386D"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Infants with IMD</w:t>
            </w:r>
          </w:p>
        </w:tc>
        <w:tc>
          <w:tcPr>
            <w:tcW w:w="410" w:type="pct"/>
            <w:tcBorders>
              <w:top w:val="single" w:sz="8" w:space="0" w:color="auto"/>
              <w:left w:val="nil"/>
              <w:bottom w:val="nil"/>
              <w:right w:val="nil"/>
            </w:tcBorders>
            <w:shd w:val="clear" w:color="000000" w:fill="FFFFFF"/>
            <w:vAlign w:val="center"/>
            <w:hideMark/>
          </w:tcPr>
          <w:p w14:paraId="255498D2"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Infants without IMD</w:t>
            </w:r>
          </w:p>
        </w:tc>
        <w:tc>
          <w:tcPr>
            <w:tcW w:w="411" w:type="pct"/>
            <w:tcBorders>
              <w:top w:val="single" w:sz="8" w:space="0" w:color="auto"/>
              <w:left w:val="nil"/>
              <w:bottom w:val="nil"/>
              <w:right w:val="nil"/>
            </w:tcBorders>
            <w:shd w:val="clear" w:color="000000" w:fill="FFFFFF"/>
            <w:vAlign w:val="center"/>
            <w:hideMark/>
          </w:tcPr>
          <w:p w14:paraId="3977875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03463FC5" w14:textId="77777777" w:rsidTr="00841CFC">
        <w:trPr>
          <w:trHeight w:val="430"/>
          <w:tblHeader/>
        </w:trPr>
        <w:tc>
          <w:tcPr>
            <w:tcW w:w="899" w:type="pct"/>
            <w:tcBorders>
              <w:top w:val="nil"/>
              <w:left w:val="nil"/>
              <w:right w:val="nil"/>
            </w:tcBorders>
            <w:shd w:val="clear" w:color="000000" w:fill="FFFFFF"/>
            <w:vAlign w:val="center"/>
            <w:hideMark/>
          </w:tcPr>
          <w:p w14:paraId="791C0FD4"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 </w:t>
            </w:r>
          </w:p>
        </w:tc>
        <w:tc>
          <w:tcPr>
            <w:tcW w:w="410" w:type="pct"/>
            <w:tcBorders>
              <w:top w:val="nil"/>
              <w:left w:val="nil"/>
              <w:right w:val="nil"/>
            </w:tcBorders>
            <w:shd w:val="clear" w:color="000000" w:fill="F2F2F2"/>
            <w:vAlign w:val="center"/>
            <w:hideMark/>
          </w:tcPr>
          <w:p w14:paraId="44981EB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Acute Phase</w:t>
            </w:r>
            <w:r w:rsidRPr="00693325">
              <w:rPr>
                <w:rFonts w:ascii="Times New Roman" w:hAnsi="Times New Roman"/>
                <w:color w:val="000000"/>
                <w:sz w:val="16"/>
                <w:szCs w:val="16"/>
                <w:vertAlign w:val="superscript"/>
              </w:rPr>
              <w:t>a</w:t>
            </w:r>
          </w:p>
        </w:tc>
        <w:tc>
          <w:tcPr>
            <w:tcW w:w="410" w:type="pct"/>
            <w:tcBorders>
              <w:top w:val="nil"/>
              <w:left w:val="nil"/>
              <w:right w:val="nil"/>
            </w:tcBorders>
            <w:shd w:val="clear" w:color="000000" w:fill="F2F2F2"/>
            <w:vAlign w:val="center"/>
            <w:hideMark/>
          </w:tcPr>
          <w:p w14:paraId="1AE03A1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Non-Acute Phase</w:t>
            </w:r>
            <w:r w:rsidRPr="00693325">
              <w:rPr>
                <w:rFonts w:ascii="Times New Roman" w:hAnsi="Times New Roman"/>
                <w:color w:val="000000"/>
                <w:sz w:val="16"/>
                <w:szCs w:val="16"/>
                <w:vertAlign w:val="superscript"/>
              </w:rPr>
              <w:t>b</w:t>
            </w:r>
          </w:p>
        </w:tc>
        <w:tc>
          <w:tcPr>
            <w:tcW w:w="410" w:type="pct"/>
            <w:tcBorders>
              <w:top w:val="nil"/>
              <w:left w:val="nil"/>
              <w:right w:val="nil"/>
            </w:tcBorders>
            <w:shd w:val="clear" w:color="000000" w:fill="F2F2F2"/>
            <w:vAlign w:val="center"/>
            <w:hideMark/>
          </w:tcPr>
          <w:p w14:paraId="272045E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Full Follow-up</w:t>
            </w:r>
          </w:p>
        </w:tc>
        <w:tc>
          <w:tcPr>
            <w:tcW w:w="410" w:type="pct"/>
            <w:tcBorders>
              <w:top w:val="nil"/>
              <w:left w:val="nil"/>
              <w:right w:val="nil"/>
            </w:tcBorders>
            <w:shd w:val="clear" w:color="000000" w:fill="FFFFFF"/>
            <w:vAlign w:val="center"/>
            <w:hideMark/>
          </w:tcPr>
          <w:p w14:paraId="1C25F9A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Full Follow-up</w:t>
            </w:r>
          </w:p>
        </w:tc>
        <w:tc>
          <w:tcPr>
            <w:tcW w:w="410" w:type="pct"/>
            <w:tcBorders>
              <w:top w:val="nil"/>
              <w:left w:val="nil"/>
              <w:right w:val="nil"/>
            </w:tcBorders>
            <w:shd w:val="clear" w:color="000000" w:fill="FFFFFF"/>
            <w:vAlign w:val="bottom"/>
            <w:hideMark/>
          </w:tcPr>
          <w:p w14:paraId="77E70328" w14:textId="77777777" w:rsidR="00726DBE" w:rsidRPr="00693325" w:rsidRDefault="00726DBE" w:rsidP="00841CFC">
            <w:pPr>
              <w:jc w:val="center"/>
              <w:rPr>
                <w:rFonts w:ascii="Times New Roman" w:hAnsi="Times New Roman"/>
                <w:color w:val="000000"/>
                <w:sz w:val="16"/>
                <w:szCs w:val="16"/>
              </w:rPr>
            </w:pPr>
          </w:p>
        </w:tc>
        <w:tc>
          <w:tcPr>
            <w:tcW w:w="410" w:type="pct"/>
            <w:tcBorders>
              <w:top w:val="nil"/>
              <w:left w:val="nil"/>
              <w:right w:val="nil"/>
            </w:tcBorders>
            <w:shd w:val="clear" w:color="000000" w:fill="F2F2F2"/>
            <w:vAlign w:val="center"/>
            <w:hideMark/>
          </w:tcPr>
          <w:p w14:paraId="74711C0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Acute Phase</w:t>
            </w:r>
            <w:r w:rsidRPr="00693325">
              <w:rPr>
                <w:rFonts w:ascii="Times New Roman" w:hAnsi="Times New Roman"/>
                <w:color w:val="000000"/>
                <w:sz w:val="16"/>
                <w:szCs w:val="16"/>
                <w:vertAlign w:val="superscript"/>
              </w:rPr>
              <w:t>a</w:t>
            </w:r>
          </w:p>
        </w:tc>
        <w:tc>
          <w:tcPr>
            <w:tcW w:w="410" w:type="pct"/>
            <w:tcBorders>
              <w:top w:val="nil"/>
              <w:left w:val="nil"/>
              <w:right w:val="nil"/>
            </w:tcBorders>
            <w:shd w:val="clear" w:color="000000" w:fill="F2F2F2"/>
            <w:vAlign w:val="center"/>
            <w:hideMark/>
          </w:tcPr>
          <w:p w14:paraId="324D142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Non-Acute Phase</w:t>
            </w:r>
            <w:r w:rsidRPr="00693325">
              <w:rPr>
                <w:rFonts w:ascii="Times New Roman" w:hAnsi="Times New Roman"/>
                <w:color w:val="000000"/>
                <w:sz w:val="16"/>
                <w:szCs w:val="16"/>
                <w:vertAlign w:val="superscript"/>
              </w:rPr>
              <w:t>b</w:t>
            </w:r>
          </w:p>
        </w:tc>
        <w:tc>
          <w:tcPr>
            <w:tcW w:w="410" w:type="pct"/>
            <w:tcBorders>
              <w:top w:val="nil"/>
              <w:left w:val="nil"/>
              <w:right w:val="nil"/>
            </w:tcBorders>
            <w:shd w:val="clear" w:color="000000" w:fill="F2F2F2"/>
            <w:vAlign w:val="center"/>
            <w:hideMark/>
          </w:tcPr>
          <w:p w14:paraId="520C083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Full Follow-up</w:t>
            </w:r>
          </w:p>
        </w:tc>
        <w:tc>
          <w:tcPr>
            <w:tcW w:w="410" w:type="pct"/>
            <w:tcBorders>
              <w:top w:val="nil"/>
              <w:left w:val="nil"/>
              <w:right w:val="nil"/>
            </w:tcBorders>
            <w:shd w:val="clear" w:color="000000" w:fill="FFFFFF"/>
            <w:vAlign w:val="center"/>
            <w:hideMark/>
          </w:tcPr>
          <w:p w14:paraId="32A5231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Full Follow-up</w:t>
            </w:r>
          </w:p>
        </w:tc>
        <w:tc>
          <w:tcPr>
            <w:tcW w:w="411" w:type="pct"/>
            <w:tcBorders>
              <w:top w:val="nil"/>
              <w:left w:val="nil"/>
              <w:right w:val="nil"/>
            </w:tcBorders>
            <w:shd w:val="clear" w:color="000000" w:fill="FFFFFF"/>
            <w:vAlign w:val="bottom"/>
            <w:hideMark/>
          </w:tcPr>
          <w:p w14:paraId="043F1646" w14:textId="77777777" w:rsidR="00726DBE" w:rsidRPr="00693325" w:rsidRDefault="00726DBE" w:rsidP="00841CFC">
            <w:pPr>
              <w:jc w:val="center"/>
              <w:rPr>
                <w:rFonts w:ascii="Times New Roman" w:hAnsi="Times New Roman"/>
                <w:color w:val="000000"/>
                <w:sz w:val="16"/>
                <w:szCs w:val="16"/>
              </w:rPr>
            </w:pPr>
          </w:p>
        </w:tc>
      </w:tr>
      <w:tr w:rsidR="00726DBE" w:rsidRPr="00693325" w14:paraId="5934B03B" w14:textId="77777777" w:rsidTr="00841CFC">
        <w:trPr>
          <w:trHeight w:val="290"/>
          <w:tblHeader/>
        </w:trPr>
        <w:tc>
          <w:tcPr>
            <w:tcW w:w="899" w:type="pct"/>
            <w:tcBorders>
              <w:top w:val="nil"/>
              <w:left w:val="nil"/>
              <w:bottom w:val="single" w:sz="4" w:space="0" w:color="auto"/>
              <w:right w:val="nil"/>
            </w:tcBorders>
            <w:shd w:val="clear" w:color="000000" w:fill="FFFFFF"/>
            <w:vAlign w:val="center"/>
            <w:hideMark/>
          </w:tcPr>
          <w:p w14:paraId="39090EDB" w14:textId="77777777" w:rsidR="00726DBE" w:rsidRPr="00693325" w:rsidRDefault="00726DBE" w:rsidP="00841CFC">
            <w:pPr>
              <w:rPr>
                <w:rFonts w:ascii="Times New Roman" w:hAnsi="Times New Roman"/>
                <w:b/>
                <w:bCs/>
                <w:color w:val="000000"/>
                <w:sz w:val="16"/>
                <w:szCs w:val="16"/>
              </w:rPr>
            </w:pPr>
          </w:p>
        </w:tc>
        <w:tc>
          <w:tcPr>
            <w:tcW w:w="410" w:type="pct"/>
            <w:tcBorders>
              <w:top w:val="nil"/>
              <w:left w:val="nil"/>
              <w:bottom w:val="single" w:sz="4" w:space="0" w:color="auto"/>
              <w:right w:val="nil"/>
            </w:tcBorders>
            <w:shd w:val="clear" w:color="000000" w:fill="F2F2F2"/>
            <w:vAlign w:val="center"/>
            <w:hideMark/>
          </w:tcPr>
          <w:p w14:paraId="2B8BBA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N=21</w:t>
            </w:r>
          </w:p>
        </w:tc>
        <w:tc>
          <w:tcPr>
            <w:tcW w:w="410" w:type="pct"/>
            <w:tcBorders>
              <w:top w:val="nil"/>
              <w:left w:val="nil"/>
              <w:bottom w:val="single" w:sz="4" w:space="0" w:color="auto"/>
              <w:right w:val="nil"/>
            </w:tcBorders>
            <w:shd w:val="clear" w:color="000000" w:fill="F2F2F2"/>
            <w:vAlign w:val="center"/>
            <w:hideMark/>
          </w:tcPr>
          <w:p w14:paraId="2A7BFAC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N=20</w:t>
            </w:r>
          </w:p>
        </w:tc>
        <w:tc>
          <w:tcPr>
            <w:tcW w:w="410" w:type="pct"/>
            <w:tcBorders>
              <w:top w:val="nil"/>
              <w:left w:val="nil"/>
              <w:bottom w:val="single" w:sz="4" w:space="0" w:color="auto"/>
              <w:right w:val="nil"/>
            </w:tcBorders>
            <w:shd w:val="clear" w:color="000000" w:fill="F2F2F2"/>
            <w:vAlign w:val="center"/>
            <w:hideMark/>
          </w:tcPr>
          <w:p w14:paraId="714FB46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N=21</w:t>
            </w:r>
          </w:p>
        </w:tc>
        <w:tc>
          <w:tcPr>
            <w:tcW w:w="410" w:type="pct"/>
            <w:tcBorders>
              <w:top w:val="nil"/>
              <w:left w:val="nil"/>
              <w:bottom w:val="single" w:sz="4" w:space="0" w:color="auto"/>
              <w:right w:val="nil"/>
            </w:tcBorders>
            <w:shd w:val="clear" w:color="000000" w:fill="FFFFFF"/>
            <w:vAlign w:val="center"/>
            <w:hideMark/>
          </w:tcPr>
          <w:p w14:paraId="19C98C2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N=105</w:t>
            </w:r>
          </w:p>
        </w:tc>
        <w:tc>
          <w:tcPr>
            <w:tcW w:w="410" w:type="pct"/>
            <w:tcBorders>
              <w:top w:val="nil"/>
              <w:left w:val="nil"/>
              <w:bottom w:val="single" w:sz="4" w:space="0" w:color="auto"/>
              <w:right w:val="nil"/>
            </w:tcBorders>
            <w:shd w:val="clear" w:color="000000" w:fill="FFFFFF"/>
            <w:vAlign w:val="bottom"/>
            <w:hideMark/>
          </w:tcPr>
          <w:p w14:paraId="64132E0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p-value</w:t>
            </w:r>
          </w:p>
        </w:tc>
        <w:tc>
          <w:tcPr>
            <w:tcW w:w="410" w:type="pct"/>
            <w:tcBorders>
              <w:top w:val="nil"/>
              <w:left w:val="nil"/>
              <w:bottom w:val="single" w:sz="4" w:space="0" w:color="auto"/>
              <w:right w:val="nil"/>
            </w:tcBorders>
            <w:shd w:val="clear" w:color="000000" w:fill="F2F2F2"/>
            <w:vAlign w:val="center"/>
            <w:hideMark/>
          </w:tcPr>
          <w:p w14:paraId="4EDAA02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N=115</w:t>
            </w:r>
          </w:p>
        </w:tc>
        <w:tc>
          <w:tcPr>
            <w:tcW w:w="410" w:type="pct"/>
            <w:tcBorders>
              <w:top w:val="nil"/>
              <w:left w:val="nil"/>
              <w:bottom w:val="single" w:sz="4" w:space="0" w:color="auto"/>
              <w:right w:val="nil"/>
            </w:tcBorders>
            <w:shd w:val="clear" w:color="000000" w:fill="F2F2F2"/>
            <w:vAlign w:val="center"/>
            <w:hideMark/>
          </w:tcPr>
          <w:p w14:paraId="343F0CE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N=108</w:t>
            </w:r>
          </w:p>
        </w:tc>
        <w:tc>
          <w:tcPr>
            <w:tcW w:w="410" w:type="pct"/>
            <w:tcBorders>
              <w:top w:val="nil"/>
              <w:left w:val="nil"/>
              <w:bottom w:val="single" w:sz="4" w:space="0" w:color="auto"/>
              <w:right w:val="nil"/>
            </w:tcBorders>
            <w:shd w:val="clear" w:color="000000" w:fill="F2F2F2"/>
            <w:vAlign w:val="center"/>
            <w:hideMark/>
          </w:tcPr>
          <w:p w14:paraId="71DEC2B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N=115</w:t>
            </w:r>
          </w:p>
        </w:tc>
        <w:tc>
          <w:tcPr>
            <w:tcW w:w="410" w:type="pct"/>
            <w:tcBorders>
              <w:top w:val="nil"/>
              <w:left w:val="nil"/>
              <w:bottom w:val="single" w:sz="4" w:space="0" w:color="auto"/>
              <w:right w:val="nil"/>
            </w:tcBorders>
            <w:shd w:val="clear" w:color="000000" w:fill="FFFFFF"/>
            <w:vAlign w:val="center"/>
            <w:hideMark/>
          </w:tcPr>
          <w:p w14:paraId="09E208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N=575</w:t>
            </w:r>
          </w:p>
        </w:tc>
        <w:tc>
          <w:tcPr>
            <w:tcW w:w="411" w:type="pct"/>
            <w:tcBorders>
              <w:top w:val="nil"/>
              <w:left w:val="nil"/>
              <w:bottom w:val="single" w:sz="4" w:space="0" w:color="auto"/>
              <w:right w:val="nil"/>
            </w:tcBorders>
            <w:shd w:val="clear" w:color="000000" w:fill="FFFFFF"/>
            <w:vAlign w:val="bottom"/>
            <w:hideMark/>
          </w:tcPr>
          <w:p w14:paraId="3F6D251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p-value</w:t>
            </w:r>
          </w:p>
        </w:tc>
      </w:tr>
      <w:tr w:rsidR="00726DBE" w:rsidRPr="00693325" w14:paraId="56E4430F" w14:textId="77777777" w:rsidTr="00841CFC">
        <w:trPr>
          <w:trHeight w:val="116"/>
        </w:trPr>
        <w:tc>
          <w:tcPr>
            <w:tcW w:w="899" w:type="pct"/>
            <w:tcBorders>
              <w:top w:val="single" w:sz="4" w:space="0" w:color="auto"/>
              <w:left w:val="nil"/>
              <w:bottom w:val="nil"/>
              <w:right w:val="nil"/>
            </w:tcBorders>
            <w:shd w:val="clear" w:color="000000" w:fill="FFFFFF"/>
            <w:vAlign w:val="center"/>
            <w:hideMark/>
          </w:tcPr>
          <w:p w14:paraId="5559AF35" w14:textId="77777777" w:rsidR="00726DBE" w:rsidRPr="00693325" w:rsidRDefault="00726DBE" w:rsidP="00841CFC">
            <w:pPr>
              <w:rPr>
                <w:rFonts w:ascii="Times New Roman" w:hAnsi="Times New Roman"/>
                <w:b/>
                <w:bCs/>
                <w:color w:val="000000"/>
                <w:sz w:val="16"/>
                <w:szCs w:val="16"/>
                <w:u w:val="single"/>
              </w:rPr>
            </w:pPr>
            <w:r w:rsidRPr="00693325">
              <w:rPr>
                <w:rFonts w:ascii="Times New Roman" w:hAnsi="Times New Roman"/>
                <w:b/>
                <w:bCs/>
                <w:color w:val="000000"/>
                <w:sz w:val="16"/>
                <w:szCs w:val="16"/>
                <w:u w:val="single"/>
              </w:rPr>
              <w:t xml:space="preserve">Inpatient </w:t>
            </w:r>
            <w:r w:rsidRPr="00693325">
              <w:rPr>
                <w:rFonts w:ascii="Times New Roman" w:hAnsi="Times New Roman"/>
                <w:b/>
                <w:bCs/>
                <w:color w:val="000000"/>
                <w:sz w:val="16"/>
                <w:u w:val="single"/>
              </w:rPr>
              <w:t>($), mean (SD)</w:t>
            </w:r>
            <w:r w:rsidRPr="00693325">
              <w:rPr>
                <w:rFonts w:ascii="Times New Roman" w:hAnsi="Times New Roman"/>
                <w:b/>
                <w:bCs/>
                <w:color w:val="000000"/>
                <w:sz w:val="16"/>
                <w:szCs w:val="16"/>
                <w:u w:val="single"/>
              </w:rPr>
              <w:t xml:space="preserve"> </w:t>
            </w:r>
          </w:p>
        </w:tc>
        <w:tc>
          <w:tcPr>
            <w:tcW w:w="410" w:type="pct"/>
            <w:tcBorders>
              <w:top w:val="single" w:sz="4" w:space="0" w:color="auto"/>
              <w:left w:val="nil"/>
              <w:bottom w:val="nil"/>
              <w:right w:val="nil"/>
            </w:tcBorders>
            <w:shd w:val="clear" w:color="000000" w:fill="F2F2F2"/>
            <w:vAlign w:val="center"/>
            <w:hideMark/>
          </w:tcPr>
          <w:p w14:paraId="6CA3740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62,602 (65,266)</w:t>
            </w:r>
          </w:p>
        </w:tc>
        <w:tc>
          <w:tcPr>
            <w:tcW w:w="410" w:type="pct"/>
            <w:tcBorders>
              <w:top w:val="single" w:sz="4" w:space="0" w:color="auto"/>
              <w:left w:val="nil"/>
              <w:bottom w:val="nil"/>
              <w:right w:val="nil"/>
            </w:tcBorders>
            <w:shd w:val="clear" w:color="000000" w:fill="F2F2F2"/>
            <w:vAlign w:val="center"/>
            <w:hideMark/>
          </w:tcPr>
          <w:p w14:paraId="55A7CA7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60 (205)</w:t>
            </w:r>
          </w:p>
        </w:tc>
        <w:tc>
          <w:tcPr>
            <w:tcW w:w="410" w:type="pct"/>
            <w:tcBorders>
              <w:top w:val="single" w:sz="4" w:space="0" w:color="auto"/>
              <w:left w:val="nil"/>
              <w:bottom w:val="nil"/>
              <w:right w:val="nil"/>
            </w:tcBorders>
            <w:shd w:val="clear" w:color="000000" w:fill="F2F2F2"/>
            <w:vAlign w:val="center"/>
            <w:hideMark/>
          </w:tcPr>
          <w:p w14:paraId="211057C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17,124 (41,579)</w:t>
            </w:r>
          </w:p>
        </w:tc>
        <w:tc>
          <w:tcPr>
            <w:tcW w:w="410" w:type="pct"/>
            <w:tcBorders>
              <w:top w:val="single" w:sz="4" w:space="0" w:color="auto"/>
              <w:left w:val="nil"/>
              <w:bottom w:val="nil"/>
              <w:right w:val="nil"/>
            </w:tcBorders>
            <w:shd w:val="clear" w:color="000000" w:fill="FFFFFF"/>
            <w:vAlign w:val="center"/>
            <w:hideMark/>
          </w:tcPr>
          <w:p w14:paraId="0B037D5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34 (166)</w:t>
            </w:r>
          </w:p>
        </w:tc>
        <w:tc>
          <w:tcPr>
            <w:tcW w:w="410" w:type="pct"/>
            <w:tcBorders>
              <w:top w:val="single" w:sz="4" w:space="0" w:color="auto"/>
              <w:left w:val="nil"/>
              <w:bottom w:val="nil"/>
              <w:right w:val="nil"/>
            </w:tcBorders>
            <w:shd w:val="clear" w:color="000000" w:fill="FFFFFF"/>
            <w:vAlign w:val="center"/>
            <w:hideMark/>
          </w:tcPr>
          <w:p w14:paraId="1FECB14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single" w:sz="4" w:space="0" w:color="auto"/>
              <w:left w:val="nil"/>
              <w:bottom w:val="nil"/>
              <w:right w:val="nil"/>
            </w:tcBorders>
            <w:shd w:val="clear" w:color="000000" w:fill="F2F2F2"/>
            <w:vAlign w:val="center"/>
            <w:hideMark/>
          </w:tcPr>
          <w:p w14:paraId="565A950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12,282 (18,748)</w:t>
            </w:r>
          </w:p>
        </w:tc>
        <w:tc>
          <w:tcPr>
            <w:tcW w:w="410" w:type="pct"/>
            <w:tcBorders>
              <w:top w:val="single" w:sz="4" w:space="0" w:color="auto"/>
              <w:left w:val="nil"/>
              <w:bottom w:val="nil"/>
              <w:right w:val="nil"/>
            </w:tcBorders>
            <w:shd w:val="clear" w:color="000000" w:fill="F2F2F2"/>
            <w:vAlign w:val="center"/>
            <w:hideMark/>
          </w:tcPr>
          <w:p w14:paraId="6C137D3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33 (156)</w:t>
            </w:r>
          </w:p>
        </w:tc>
        <w:tc>
          <w:tcPr>
            <w:tcW w:w="410" w:type="pct"/>
            <w:tcBorders>
              <w:top w:val="single" w:sz="4" w:space="0" w:color="auto"/>
              <w:left w:val="nil"/>
              <w:bottom w:val="nil"/>
              <w:right w:val="nil"/>
            </w:tcBorders>
            <w:shd w:val="clear" w:color="000000" w:fill="F2F2F2"/>
            <w:vAlign w:val="center"/>
            <w:hideMark/>
          </w:tcPr>
          <w:p w14:paraId="42B77AC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3,778 (15,257)</w:t>
            </w:r>
          </w:p>
        </w:tc>
        <w:tc>
          <w:tcPr>
            <w:tcW w:w="410" w:type="pct"/>
            <w:tcBorders>
              <w:top w:val="single" w:sz="4" w:space="0" w:color="auto"/>
              <w:left w:val="nil"/>
              <w:bottom w:val="nil"/>
              <w:right w:val="nil"/>
            </w:tcBorders>
            <w:shd w:val="clear" w:color="000000" w:fill="FFFFFF"/>
            <w:vAlign w:val="center"/>
            <w:hideMark/>
          </w:tcPr>
          <w:p w14:paraId="13ECF49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62 (598)</w:t>
            </w:r>
          </w:p>
        </w:tc>
        <w:tc>
          <w:tcPr>
            <w:tcW w:w="411" w:type="pct"/>
            <w:tcBorders>
              <w:top w:val="single" w:sz="4" w:space="0" w:color="auto"/>
              <w:left w:val="nil"/>
              <w:bottom w:val="nil"/>
              <w:right w:val="nil"/>
            </w:tcBorders>
            <w:shd w:val="clear" w:color="000000" w:fill="FFFFFF"/>
            <w:vAlign w:val="center"/>
            <w:hideMark/>
          </w:tcPr>
          <w:p w14:paraId="046FFA5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r>
      <w:tr w:rsidR="00726DBE" w:rsidRPr="00693325" w14:paraId="1751F9D8" w14:textId="77777777" w:rsidTr="00841CFC">
        <w:trPr>
          <w:trHeight w:val="70"/>
        </w:trPr>
        <w:tc>
          <w:tcPr>
            <w:tcW w:w="899" w:type="pct"/>
            <w:tcBorders>
              <w:top w:val="nil"/>
              <w:left w:val="nil"/>
              <w:bottom w:val="nil"/>
              <w:right w:val="nil"/>
            </w:tcBorders>
            <w:shd w:val="clear" w:color="000000" w:fill="FFFFFF"/>
            <w:vAlign w:val="center"/>
            <w:hideMark/>
          </w:tcPr>
          <w:p w14:paraId="0DED73AA"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Plan paid</w:t>
            </w:r>
          </w:p>
        </w:tc>
        <w:tc>
          <w:tcPr>
            <w:tcW w:w="410" w:type="pct"/>
            <w:tcBorders>
              <w:top w:val="nil"/>
              <w:left w:val="nil"/>
              <w:bottom w:val="nil"/>
              <w:right w:val="nil"/>
            </w:tcBorders>
            <w:shd w:val="clear" w:color="000000" w:fill="F2F2F2"/>
            <w:vAlign w:val="center"/>
            <w:hideMark/>
          </w:tcPr>
          <w:p w14:paraId="697AF2B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61,505 (65,410)</w:t>
            </w:r>
          </w:p>
        </w:tc>
        <w:tc>
          <w:tcPr>
            <w:tcW w:w="410" w:type="pct"/>
            <w:tcBorders>
              <w:top w:val="nil"/>
              <w:left w:val="nil"/>
              <w:bottom w:val="nil"/>
              <w:right w:val="nil"/>
            </w:tcBorders>
            <w:shd w:val="clear" w:color="000000" w:fill="F2F2F2"/>
            <w:vAlign w:val="center"/>
            <w:hideMark/>
          </w:tcPr>
          <w:p w14:paraId="2CBEF60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58 (201)</w:t>
            </w:r>
          </w:p>
        </w:tc>
        <w:tc>
          <w:tcPr>
            <w:tcW w:w="410" w:type="pct"/>
            <w:tcBorders>
              <w:top w:val="nil"/>
              <w:left w:val="nil"/>
              <w:bottom w:val="nil"/>
              <w:right w:val="nil"/>
            </w:tcBorders>
            <w:shd w:val="clear" w:color="000000" w:fill="F2F2F2"/>
            <w:vAlign w:val="center"/>
            <w:hideMark/>
          </w:tcPr>
          <w:p w14:paraId="34F2562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16,974 (41,613)</w:t>
            </w:r>
          </w:p>
        </w:tc>
        <w:tc>
          <w:tcPr>
            <w:tcW w:w="410" w:type="pct"/>
            <w:tcBorders>
              <w:top w:val="nil"/>
              <w:left w:val="nil"/>
              <w:bottom w:val="nil"/>
              <w:right w:val="nil"/>
            </w:tcBorders>
            <w:shd w:val="clear" w:color="000000" w:fill="FFFFFF"/>
            <w:vAlign w:val="center"/>
            <w:hideMark/>
          </w:tcPr>
          <w:p w14:paraId="4FE09CB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24 (130)</w:t>
            </w:r>
          </w:p>
        </w:tc>
        <w:tc>
          <w:tcPr>
            <w:tcW w:w="410" w:type="pct"/>
            <w:tcBorders>
              <w:top w:val="nil"/>
              <w:left w:val="nil"/>
              <w:bottom w:val="nil"/>
              <w:right w:val="nil"/>
            </w:tcBorders>
            <w:shd w:val="clear" w:color="000000" w:fill="FFFFFF"/>
            <w:vAlign w:val="center"/>
            <w:hideMark/>
          </w:tcPr>
          <w:p w14:paraId="76E9044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nil"/>
              <w:left w:val="nil"/>
              <w:bottom w:val="nil"/>
              <w:right w:val="nil"/>
            </w:tcBorders>
            <w:shd w:val="clear" w:color="000000" w:fill="F2F2F2"/>
            <w:vAlign w:val="center"/>
            <w:hideMark/>
          </w:tcPr>
          <w:p w14:paraId="6456E66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12,282 (18,748)</w:t>
            </w:r>
          </w:p>
        </w:tc>
        <w:tc>
          <w:tcPr>
            <w:tcW w:w="410" w:type="pct"/>
            <w:tcBorders>
              <w:top w:val="nil"/>
              <w:left w:val="nil"/>
              <w:bottom w:val="nil"/>
              <w:right w:val="nil"/>
            </w:tcBorders>
            <w:shd w:val="clear" w:color="000000" w:fill="F2F2F2"/>
            <w:vAlign w:val="center"/>
            <w:hideMark/>
          </w:tcPr>
          <w:p w14:paraId="74D29F2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33 (156)</w:t>
            </w:r>
          </w:p>
        </w:tc>
        <w:tc>
          <w:tcPr>
            <w:tcW w:w="410" w:type="pct"/>
            <w:tcBorders>
              <w:top w:val="nil"/>
              <w:left w:val="nil"/>
              <w:bottom w:val="nil"/>
              <w:right w:val="nil"/>
            </w:tcBorders>
            <w:shd w:val="clear" w:color="000000" w:fill="F2F2F2"/>
            <w:vAlign w:val="center"/>
            <w:hideMark/>
          </w:tcPr>
          <w:p w14:paraId="4F30F79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3,778 (15,257)</w:t>
            </w:r>
          </w:p>
        </w:tc>
        <w:tc>
          <w:tcPr>
            <w:tcW w:w="410" w:type="pct"/>
            <w:tcBorders>
              <w:top w:val="nil"/>
              <w:left w:val="nil"/>
              <w:bottom w:val="nil"/>
              <w:right w:val="nil"/>
            </w:tcBorders>
            <w:shd w:val="clear" w:color="000000" w:fill="FFFFFF"/>
            <w:vAlign w:val="center"/>
            <w:hideMark/>
          </w:tcPr>
          <w:p w14:paraId="2497DE2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62 (597)</w:t>
            </w:r>
          </w:p>
        </w:tc>
        <w:tc>
          <w:tcPr>
            <w:tcW w:w="411" w:type="pct"/>
            <w:tcBorders>
              <w:top w:val="nil"/>
              <w:left w:val="nil"/>
              <w:bottom w:val="nil"/>
              <w:right w:val="nil"/>
            </w:tcBorders>
            <w:shd w:val="clear" w:color="000000" w:fill="FFFFFF"/>
            <w:vAlign w:val="center"/>
            <w:hideMark/>
          </w:tcPr>
          <w:p w14:paraId="71319C9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r>
      <w:tr w:rsidR="00726DBE" w:rsidRPr="00693325" w14:paraId="46ED99AA" w14:textId="77777777" w:rsidTr="00841CFC">
        <w:trPr>
          <w:trHeight w:val="70"/>
        </w:trPr>
        <w:tc>
          <w:tcPr>
            <w:tcW w:w="899" w:type="pct"/>
            <w:tcBorders>
              <w:top w:val="nil"/>
              <w:left w:val="nil"/>
              <w:bottom w:val="nil"/>
              <w:right w:val="nil"/>
            </w:tcBorders>
            <w:shd w:val="clear" w:color="000000" w:fill="FFFFFF"/>
            <w:vAlign w:val="center"/>
            <w:hideMark/>
          </w:tcPr>
          <w:p w14:paraId="3EEA9FF9"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OOP </w:t>
            </w:r>
          </w:p>
        </w:tc>
        <w:tc>
          <w:tcPr>
            <w:tcW w:w="410" w:type="pct"/>
            <w:tcBorders>
              <w:top w:val="nil"/>
              <w:left w:val="nil"/>
              <w:bottom w:val="nil"/>
              <w:right w:val="nil"/>
            </w:tcBorders>
            <w:shd w:val="clear" w:color="000000" w:fill="F2F2F2"/>
            <w:vAlign w:val="center"/>
            <w:hideMark/>
          </w:tcPr>
          <w:p w14:paraId="4A07D86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1,109 (1,716)</w:t>
            </w:r>
          </w:p>
        </w:tc>
        <w:tc>
          <w:tcPr>
            <w:tcW w:w="410" w:type="pct"/>
            <w:tcBorders>
              <w:top w:val="nil"/>
              <w:left w:val="nil"/>
              <w:bottom w:val="nil"/>
              <w:right w:val="nil"/>
            </w:tcBorders>
            <w:shd w:val="clear" w:color="000000" w:fill="F2F2F2"/>
            <w:vAlign w:val="center"/>
            <w:hideMark/>
          </w:tcPr>
          <w:p w14:paraId="2A05525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(5)</w:t>
            </w:r>
          </w:p>
        </w:tc>
        <w:tc>
          <w:tcPr>
            <w:tcW w:w="410" w:type="pct"/>
            <w:tcBorders>
              <w:top w:val="nil"/>
              <w:left w:val="nil"/>
              <w:bottom w:val="nil"/>
              <w:right w:val="nil"/>
            </w:tcBorders>
            <w:shd w:val="clear" w:color="000000" w:fill="F2F2F2"/>
            <w:vAlign w:val="center"/>
            <w:hideMark/>
          </w:tcPr>
          <w:p w14:paraId="2935920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151 (218)</w:t>
            </w:r>
          </w:p>
        </w:tc>
        <w:tc>
          <w:tcPr>
            <w:tcW w:w="410" w:type="pct"/>
            <w:tcBorders>
              <w:top w:val="nil"/>
              <w:left w:val="nil"/>
              <w:bottom w:val="nil"/>
              <w:right w:val="nil"/>
            </w:tcBorders>
            <w:shd w:val="clear" w:color="000000" w:fill="FFFFFF"/>
            <w:vAlign w:val="center"/>
            <w:hideMark/>
          </w:tcPr>
          <w:p w14:paraId="0730D58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 (56)</w:t>
            </w:r>
          </w:p>
        </w:tc>
        <w:tc>
          <w:tcPr>
            <w:tcW w:w="410" w:type="pct"/>
            <w:tcBorders>
              <w:top w:val="nil"/>
              <w:left w:val="nil"/>
              <w:bottom w:val="nil"/>
              <w:right w:val="nil"/>
            </w:tcBorders>
            <w:shd w:val="clear" w:color="000000" w:fill="FFFFFF"/>
            <w:vAlign w:val="center"/>
            <w:hideMark/>
          </w:tcPr>
          <w:p w14:paraId="777BE5C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nil"/>
              <w:left w:val="nil"/>
              <w:bottom w:val="nil"/>
              <w:right w:val="nil"/>
            </w:tcBorders>
            <w:shd w:val="clear" w:color="000000" w:fill="F2F2F2"/>
            <w:vAlign w:val="center"/>
            <w:hideMark/>
          </w:tcPr>
          <w:p w14:paraId="672B897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0C4589A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62BE82F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FFFFF"/>
            <w:vAlign w:val="center"/>
            <w:hideMark/>
          </w:tcPr>
          <w:p w14:paraId="41B3198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(75)</w:t>
            </w:r>
          </w:p>
        </w:tc>
        <w:tc>
          <w:tcPr>
            <w:tcW w:w="411" w:type="pct"/>
            <w:tcBorders>
              <w:top w:val="nil"/>
              <w:left w:val="nil"/>
              <w:bottom w:val="nil"/>
              <w:right w:val="nil"/>
            </w:tcBorders>
            <w:shd w:val="clear" w:color="000000" w:fill="FFFFFF"/>
            <w:vAlign w:val="center"/>
            <w:hideMark/>
          </w:tcPr>
          <w:p w14:paraId="0EE6CA5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0.653</w:t>
            </w:r>
          </w:p>
        </w:tc>
      </w:tr>
      <w:tr w:rsidR="00726DBE" w:rsidRPr="00693325" w14:paraId="62BD5BBC" w14:textId="77777777" w:rsidTr="00841CFC">
        <w:trPr>
          <w:trHeight w:val="70"/>
        </w:trPr>
        <w:tc>
          <w:tcPr>
            <w:tcW w:w="899" w:type="pct"/>
            <w:tcBorders>
              <w:top w:val="nil"/>
              <w:left w:val="nil"/>
              <w:bottom w:val="nil"/>
              <w:right w:val="nil"/>
            </w:tcBorders>
            <w:shd w:val="clear" w:color="000000" w:fill="FFFFFF"/>
            <w:vAlign w:val="center"/>
            <w:hideMark/>
          </w:tcPr>
          <w:p w14:paraId="242CE6BA" w14:textId="77777777" w:rsidR="00726DBE" w:rsidRPr="00693325" w:rsidRDefault="00726DBE" w:rsidP="00841CFC">
            <w:pPr>
              <w:rPr>
                <w:rFonts w:ascii="Times New Roman" w:hAnsi="Times New Roman"/>
                <w:b/>
                <w:bCs/>
                <w:color w:val="000000"/>
                <w:sz w:val="16"/>
                <w:szCs w:val="16"/>
                <w:u w:val="single"/>
              </w:rPr>
            </w:pPr>
            <w:r w:rsidRPr="00693325">
              <w:rPr>
                <w:rFonts w:ascii="Times New Roman" w:hAnsi="Times New Roman"/>
                <w:b/>
                <w:bCs/>
                <w:color w:val="000000"/>
                <w:sz w:val="16"/>
                <w:szCs w:val="16"/>
                <w:u w:val="single"/>
              </w:rPr>
              <w:t xml:space="preserve">Outpatient </w:t>
            </w:r>
            <w:r w:rsidRPr="00693325">
              <w:rPr>
                <w:rFonts w:ascii="Times New Roman" w:hAnsi="Times New Roman"/>
                <w:b/>
                <w:bCs/>
                <w:color w:val="000000"/>
                <w:sz w:val="16"/>
                <w:u w:val="single"/>
              </w:rPr>
              <w:t>($), mean (SD)</w:t>
            </w:r>
            <w:r w:rsidRPr="00693325">
              <w:rPr>
                <w:rFonts w:ascii="Times New Roman" w:hAnsi="Times New Roman"/>
                <w:b/>
                <w:bCs/>
                <w:color w:val="000000"/>
                <w:sz w:val="16"/>
                <w:szCs w:val="16"/>
                <w:u w:val="single"/>
              </w:rPr>
              <w:t xml:space="preserve">  </w:t>
            </w:r>
          </w:p>
        </w:tc>
        <w:tc>
          <w:tcPr>
            <w:tcW w:w="410" w:type="pct"/>
            <w:tcBorders>
              <w:top w:val="nil"/>
              <w:left w:val="nil"/>
              <w:bottom w:val="nil"/>
              <w:right w:val="nil"/>
            </w:tcBorders>
            <w:shd w:val="clear" w:color="000000" w:fill="F2F2F2"/>
            <w:vAlign w:val="center"/>
            <w:hideMark/>
          </w:tcPr>
          <w:p w14:paraId="699C2A7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6,016 (6,980)</w:t>
            </w:r>
          </w:p>
        </w:tc>
        <w:tc>
          <w:tcPr>
            <w:tcW w:w="410" w:type="pct"/>
            <w:tcBorders>
              <w:top w:val="nil"/>
              <w:left w:val="nil"/>
              <w:bottom w:val="nil"/>
              <w:right w:val="nil"/>
            </w:tcBorders>
            <w:shd w:val="clear" w:color="000000" w:fill="F2F2F2"/>
            <w:vAlign w:val="center"/>
            <w:hideMark/>
          </w:tcPr>
          <w:p w14:paraId="2716CAB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645 (934)</w:t>
            </w:r>
          </w:p>
        </w:tc>
        <w:tc>
          <w:tcPr>
            <w:tcW w:w="410" w:type="pct"/>
            <w:tcBorders>
              <w:top w:val="nil"/>
              <w:left w:val="nil"/>
              <w:bottom w:val="nil"/>
              <w:right w:val="nil"/>
            </w:tcBorders>
            <w:shd w:val="clear" w:color="000000" w:fill="F2F2F2"/>
            <w:vAlign w:val="center"/>
            <w:hideMark/>
          </w:tcPr>
          <w:p w14:paraId="306C798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1,545 (2,014)</w:t>
            </w:r>
          </w:p>
        </w:tc>
        <w:tc>
          <w:tcPr>
            <w:tcW w:w="410" w:type="pct"/>
            <w:tcBorders>
              <w:top w:val="nil"/>
              <w:left w:val="nil"/>
              <w:bottom w:val="nil"/>
              <w:right w:val="nil"/>
            </w:tcBorders>
            <w:shd w:val="clear" w:color="000000" w:fill="FFFFFF"/>
            <w:vAlign w:val="center"/>
            <w:hideMark/>
          </w:tcPr>
          <w:p w14:paraId="4C7EBA6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208 (188)</w:t>
            </w:r>
          </w:p>
        </w:tc>
        <w:tc>
          <w:tcPr>
            <w:tcW w:w="410" w:type="pct"/>
            <w:tcBorders>
              <w:top w:val="nil"/>
              <w:left w:val="nil"/>
              <w:bottom w:val="nil"/>
              <w:right w:val="nil"/>
            </w:tcBorders>
            <w:shd w:val="clear" w:color="000000" w:fill="FFFFFF"/>
            <w:vAlign w:val="center"/>
            <w:hideMark/>
          </w:tcPr>
          <w:p w14:paraId="34C11DF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nil"/>
              <w:left w:val="nil"/>
              <w:bottom w:val="nil"/>
              <w:right w:val="nil"/>
            </w:tcBorders>
            <w:shd w:val="clear" w:color="000000" w:fill="F2F2F2"/>
            <w:vAlign w:val="center"/>
            <w:hideMark/>
          </w:tcPr>
          <w:p w14:paraId="6FA84B5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472 (1,124)</w:t>
            </w:r>
          </w:p>
        </w:tc>
        <w:tc>
          <w:tcPr>
            <w:tcW w:w="410" w:type="pct"/>
            <w:tcBorders>
              <w:top w:val="nil"/>
              <w:left w:val="nil"/>
              <w:bottom w:val="nil"/>
              <w:right w:val="nil"/>
            </w:tcBorders>
            <w:shd w:val="clear" w:color="000000" w:fill="F2F2F2"/>
            <w:vAlign w:val="center"/>
            <w:hideMark/>
          </w:tcPr>
          <w:p w14:paraId="265E95E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133 (230)</w:t>
            </w:r>
          </w:p>
        </w:tc>
        <w:tc>
          <w:tcPr>
            <w:tcW w:w="410" w:type="pct"/>
            <w:tcBorders>
              <w:top w:val="nil"/>
              <w:left w:val="nil"/>
              <w:bottom w:val="nil"/>
              <w:right w:val="nil"/>
            </w:tcBorders>
            <w:shd w:val="clear" w:color="000000" w:fill="F2F2F2"/>
            <w:vAlign w:val="center"/>
            <w:hideMark/>
          </w:tcPr>
          <w:p w14:paraId="15A8B3C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175 (259)</w:t>
            </w:r>
          </w:p>
        </w:tc>
        <w:tc>
          <w:tcPr>
            <w:tcW w:w="410" w:type="pct"/>
            <w:tcBorders>
              <w:top w:val="nil"/>
              <w:left w:val="nil"/>
              <w:bottom w:val="nil"/>
              <w:right w:val="nil"/>
            </w:tcBorders>
            <w:shd w:val="clear" w:color="000000" w:fill="FFFFFF"/>
            <w:vAlign w:val="center"/>
            <w:hideMark/>
          </w:tcPr>
          <w:p w14:paraId="0405A75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132 (791)</w:t>
            </w:r>
          </w:p>
        </w:tc>
        <w:tc>
          <w:tcPr>
            <w:tcW w:w="411" w:type="pct"/>
            <w:tcBorders>
              <w:top w:val="nil"/>
              <w:left w:val="nil"/>
              <w:bottom w:val="nil"/>
              <w:right w:val="nil"/>
            </w:tcBorders>
            <w:shd w:val="clear" w:color="000000" w:fill="FFFFFF"/>
            <w:vAlign w:val="center"/>
            <w:hideMark/>
          </w:tcPr>
          <w:p w14:paraId="67F2A55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0.565</w:t>
            </w:r>
          </w:p>
        </w:tc>
      </w:tr>
      <w:tr w:rsidR="00726DBE" w:rsidRPr="00693325" w14:paraId="267C7EE0" w14:textId="77777777" w:rsidTr="00841CFC">
        <w:trPr>
          <w:trHeight w:val="70"/>
        </w:trPr>
        <w:tc>
          <w:tcPr>
            <w:tcW w:w="899" w:type="pct"/>
            <w:tcBorders>
              <w:top w:val="nil"/>
              <w:left w:val="nil"/>
              <w:bottom w:val="nil"/>
              <w:right w:val="nil"/>
            </w:tcBorders>
            <w:shd w:val="clear" w:color="000000" w:fill="FFFFFF"/>
            <w:vAlign w:val="center"/>
            <w:hideMark/>
          </w:tcPr>
          <w:p w14:paraId="15751B6F"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Plan paid  </w:t>
            </w:r>
          </w:p>
        </w:tc>
        <w:tc>
          <w:tcPr>
            <w:tcW w:w="410" w:type="pct"/>
            <w:tcBorders>
              <w:top w:val="nil"/>
              <w:left w:val="nil"/>
              <w:bottom w:val="nil"/>
              <w:right w:val="nil"/>
            </w:tcBorders>
            <w:shd w:val="clear" w:color="000000" w:fill="F2F2F2"/>
            <w:vAlign w:val="center"/>
            <w:hideMark/>
          </w:tcPr>
          <w:p w14:paraId="48AA268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5,810 (6,974)</w:t>
            </w:r>
          </w:p>
        </w:tc>
        <w:tc>
          <w:tcPr>
            <w:tcW w:w="410" w:type="pct"/>
            <w:tcBorders>
              <w:top w:val="nil"/>
              <w:left w:val="nil"/>
              <w:bottom w:val="nil"/>
              <w:right w:val="nil"/>
            </w:tcBorders>
            <w:shd w:val="clear" w:color="000000" w:fill="F2F2F2"/>
            <w:vAlign w:val="center"/>
            <w:hideMark/>
          </w:tcPr>
          <w:p w14:paraId="4294BB2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583 (870)</w:t>
            </w:r>
          </w:p>
        </w:tc>
        <w:tc>
          <w:tcPr>
            <w:tcW w:w="410" w:type="pct"/>
            <w:tcBorders>
              <w:top w:val="nil"/>
              <w:left w:val="nil"/>
              <w:bottom w:val="nil"/>
              <w:right w:val="nil"/>
            </w:tcBorders>
            <w:shd w:val="clear" w:color="000000" w:fill="F2F2F2"/>
            <w:vAlign w:val="center"/>
            <w:hideMark/>
          </w:tcPr>
          <w:p w14:paraId="5EDD4E5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1,446 (1,984)</w:t>
            </w:r>
          </w:p>
        </w:tc>
        <w:tc>
          <w:tcPr>
            <w:tcW w:w="410" w:type="pct"/>
            <w:tcBorders>
              <w:top w:val="nil"/>
              <w:left w:val="nil"/>
              <w:bottom w:val="nil"/>
              <w:right w:val="nil"/>
            </w:tcBorders>
            <w:shd w:val="clear" w:color="000000" w:fill="FFFFFF"/>
            <w:vAlign w:val="center"/>
            <w:hideMark/>
          </w:tcPr>
          <w:p w14:paraId="6B12504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173 (166)</w:t>
            </w:r>
          </w:p>
        </w:tc>
        <w:tc>
          <w:tcPr>
            <w:tcW w:w="410" w:type="pct"/>
            <w:tcBorders>
              <w:top w:val="nil"/>
              <w:left w:val="nil"/>
              <w:bottom w:val="nil"/>
              <w:right w:val="nil"/>
            </w:tcBorders>
            <w:shd w:val="clear" w:color="000000" w:fill="FFFFFF"/>
            <w:vAlign w:val="center"/>
            <w:hideMark/>
          </w:tcPr>
          <w:p w14:paraId="389E2E8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nil"/>
              <w:left w:val="nil"/>
              <w:bottom w:val="nil"/>
              <w:right w:val="nil"/>
            </w:tcBorders>
            <w:shd w:val="clear" w:color="000000" w:fill="F2F2F2"/>
            <w:vAlign w:val="center"/>
            <w:hideMark/>
          </w:tcPr>
          <w:p w14:paraId="276C95C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472 (1,124)</w:t>
            </w:r>
          </w:p>
        </w:tc>
        <w:tc>
          <w:tcPr>
            <w:tcW w:w="410" w:type="pct"/>
            <w:tcBorders>
              <w:top w:val="nil"/>
              <w:left w:val="nil"/>
              <w:bottom w:val="nil"/>
              <w:right w:val="nil"/>
            </w:tcBorders>
            <w:shd w:val="clear" w:color="000000" w:fill="F2F2F2"/>
            <w:vAlign w:val="center"/>
            <w:hideMark/>
          </w:tcPr>
          <w:p w14:paraId="0BBB339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133 (230)</w:t>
            </w:r>
          </w:p>
        </w:tc>
        <w:tc>
          <w:tcPr>
            <w:tcW w:w="410" w:type="pct"/>
            <w:tcBorders>
              <w:top w:val="nil"/>
              <w:left w:val="nil"/>
              <w:bottom w:val="nil"/>
              <w:right w:val="nil"/>
            </w:tcBorders>
            <w:shd w:val="clear" w:color="000000" w:fill="F2F2F2"/>
            <w:vAlign w:val="center"/>
            <w:hideMark/>
          </w:tcPr>
          <w:p w14:paraId="27B5D23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175 (259)</w:t>
            </w:r>
          </w:p>
        </w:tc>
        <w:tc>
          <w:tcPr>
            <w:tcW w:w="410" w:type="pct"/>
            <w:tcBorders>
              <w:top w:val="nil"/>
              <w:left w:val="nil"/>
              <w:bottom w:val="nil"/>
              <w:right w:val="nil"/>
            </w:tcBorders>
            <w:shd w:val="clear" w:color="000000" w:fill="FFFFFF"/>
            <w:vAlign w:val="center"/>
            <w:hideMark/>
          </w:tcPr>
          <w:p w14:paraId="054F271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131 (791)</w:t>
            </w:r>
          </w:p>
        </w:tc>
        <w:tc>
          <w:tcPr>
            <w:tcW w:w="411" w:type="pct"/>
            <w:tcBorders>
              <w:top w:val="nil"/>
              <w:left w:val="nil"/>
              <w:bottom w:val="nil"/>
              <w:right w:val="nil"/>
            </w:tcBorders>
            <w:shd w:val="clear" w:color="000000" w:fill="FFFFFF"/>
            <w:vAlign w:val="center"/>
            <w:hideMark/>
          </w:tcPr>
          <w:p w14:paraId="489C127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0.561</w:t>
            </w:r>
          </w:p>
        </w:tc>
      </w:tr>
      <w:tr w:rsidR="00726DBE" w:rsidRPr="00693325" w14:paraId="73D0DDCB" w14:textId="77777777" w:rsidTr="00841CFC">
        <w:trPr>
          <w:trHeight w:val="70"/>
        </w:trPr>
        <w:tc>
          <w:tcPr>
            <w:tcW w:w="899" w:type="pct"/>
            <w:tcBorders>
              <w:top w:val="nil"/>
              <w:left w:val="nil"/>
              <w:bottom w:val="nil"/>
              <w:right w:val="nil"/>
            </w:tcBorders>
            <w:shd w:val="clear" w:color="000000" w:fill="FFFFFF"/>
            <w:vAlign w:val="center"/>
            <w:hideMark/>
          </w:tcPr>
          <w:p w14:paraId="111C1A97"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OOP </w:t>
            </w:r>
          </w:p>
        </w:tc>
        <w:tc>
          <w:tcPr>
            <w:tcW w:w="410" w:type="pct"/>
            <w:tcBorders>
              <w:top w:val="nil"/>
              <w:left w:val="nil"/>
              <w:bottom w:val="nil"/>
              <w:right w:val="nil"/>
            </w:tcBorders>
            <w:shd w:val="clear" w:color="000000" w:fill="F2F2F2"/>
            <w:vAlign w:val="center"/>
            <w:hideMark/>
          </w:tcPr>
          <w:p w14:paraId="7E34C3B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207 (231)</w:t>
            </w:r>
          </w:p>
        </w:tc>
        <w:tc>
          <w:tcPr>
            <w:tcW w:w="410" w:type="pct"/>
            <w:tcBorders>
              <w:top w:val="nil"/>
              <w:left w:val="nil"/>
              <w:bottom w:val="nil"/>
              <w:right w:val="nil"/>
            </w:tcBorders>
            <w:shd w:val="clear" w:color="000000" w:fill="F2F2F2"/>
            <w:vAlign w:val="center"/>
            <w:hideMark/>
          </w:tcPr>
          <w:p w14:paraId="4944E11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63 (81)</w:t>
            </w:r>
          </w:p>
        </w:tc>
        <w:tc>
          <w:tcPr>
            <w:tcW w:w="410" w:type="pct"/>
            <w:tcBorders>
              <w:top w:val="nil"/>
              <w:left w:val="nil"/>
              <w:bottom w:val="nil"/>
              <w:right w:val="nil"/>
            </w:tcBorders>
            <w:shd w:val="clear" w:color="000000" w:fill="F2F2F2"/>
            <w:vAlign w:val="center"/>
            <w:hideMark/>
          </w:tcPr>
          <w:p w14:paraId="727B8C8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99 (142)</w:t>
            </w:r>
          </w:p>
        </w:tc>
        <w:tc>
          <w:tcPr>
            <w:tcW w:w="410" w:type="pct"/>
            <w:tcBorders>
              <w:top w:val="nil"/>
              <w:left w:val="nil"/>
              <w:bottom w:val="nil"/>
              <w:right w:val="nil"/>
            </w:tcBorders>
            <w:shd w:val="clear" w:color="000000" w:fill="FFFFFF"/>
            <w:vAlign w:val="center"/>
            <w:hideMark/>
          </w:tcPr>
          <w:p w14:paraId="08CA6C0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36 (62)</w:t>
            </w:r>
          </w:p>
        </w:tc>
        <w:tc>
          <w:tcPr>
            <w:tcW w:w="410" w:type="pct"/>
            <w:tcBorders>
              <w:top w:val="nil"/>
              <w:left w:val="nil"/>
              <w:bottom w:val="nil"/>
              <w:right w:val="nil"/>
            </w:tcBorders>
            <w:shd w:val="clear" w:color="000000" w:fill="FFFFFF"/>
            <w:vAlign w:val="center"/>
            <w:hideMark/>
          </w:tcPr>
          <w:p w14:paraId="589F653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0.002</w:t>
            </w:r>
          </w:p>
        </w:tc>
        <w:tc>
          <w:tcPr>
            <w:tcW w:w="410" w:type="pct"/>
            <w:tcBorders>
              <w:top w:val="nil"/>
              <w:left w:val="nil"/>
              <w:bottom w:val="nil"/>
              <w:right w:val="nil"/>
            </w:tcBorders>
            <w:shd w:val="clear" w:color="000000" w:fill="F2F2F2"/>
            <w:vAlign w:val="center"/>
            <w:hideMark/>
          </w:tcPr>
          <w:p w14:paraId="75FAE7E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359FDC4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50D2EC7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FFFFF"/>
            <w:vAlign w:val="center"/>
            <w:hideMark/>
          </w:tcPr>
          <w:p w14:paraId="46C61BB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(29)</w:t>
            </w:r>
          </w:p>
        </w:tc>
        <w:tc>
          <w:tcPr>
            <w:tcW w:w="411" w:type="pct"/>
            <w:tcBorders>
              <w:top w:val="nil"/>
              <w:left w:val="nil"/>
              <w:bottom w:val="nil"/>
              <w:right w:val="nil"/>
            </w:tcBorders>
            <w:shd w:val="clear" w:color="000000" w:fill="FFFFFF"/>
            <w:vAlign w:val="center"/>
            <w:hideMark/>
          </w:tcPr>
          <w:p w14:paraId="39224C2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0.617</w:t>
            </w:r>
          </w:p>
        </w:tc>
      </w:tr>
      <w:tr w:rsidR="00726DBE" w:rsidRPr="00693325" w14:paraId="2C0041F1" w14:textId="77777777" w:rsidTr="00841CFC">
        <w:trPr>
          <w:trHeight w:val="70"/>
        </w:trPr>
        <w:tc>
          <w:tcPr>
            <w:tcW w:w="899" w:type="pct"/>
            <w:tcBorders>
              <w:top w:val="nil"/>
              <w:left w:val="nil"/>
              <w:bottom w:val="nil"/>
              <w:right w:val="nil"/>
            </w:tcBorders>
            <w:shd w:val="clear" w:color="000000" w:fill="FFFFFF"/>
            <w:vAlign w:val="center"/>
            <w:hideMark/>
          </w:tcPr>
          <w:p w14:paraId="2ED99C39"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 xml:space="preserve">ED visit </w:t>
            </w:r>
            <w:r w:rsidRPr="00693325">
              <w:rPr>
                <w:rFonts w:ascii="Times New Roman" w:hAnsi="Times New Roman"/>
                <w:b/>
                <w:bCs/>
                <w:color w:val="000000"/>
                <w:sz w:val="16"/>
              </w:rPr>
              <w:t>($), mean (SD)</w:t>
            </w:r>
            <w:r w:rsidRPr="00693325">
              <w:rPr>
                <w:rFonts w:ascii="Times New Roman" w:hAnsi="Times New Roman"/>
                <w:b/>
                <w:bCs/>
                <w:color w:val="000000"/>
                <w:sz w:val="16"/>
                <w:szCs w:val="16"/>
                <w:u w:val="single"/>
              </w:rPr>
              <w:t xml:space="preserve"> </w:t>
            </w:r>
            <w:r w:rsidRPr="00693325">
              <w:rPr>
                <w:rFonts w:ascii="Times New Roman" w:hAnsi="Times New Roman"/>
                <w:b/>
                <w:bCs/>
                <w:color w:val="000000"/>
                <w:sz w:val="16"/>
                <w:szCs w:val="16"/>
              </w:rPr>
              <w:t xml:space="preserve"> </w:t>
            </w:r>
          </w:p>
        </w:tc>
        <w:tc>
          <w:tcPr>
            <w:tcW w:w="410" w:type="pct"/>
            <w:tcBorders>
              <w:top w:val="nil"/>
              <w:left w:val="nil"/>
              <w:bottom w:val="nil"/>
              <w:right w:val="nil"/>
            </w:tcBorders>
            <w:shd w:val="clear" w:color="000000" w:fill="F2F2F2"/>
            <w:vAlign w:val="center"/>
            <w:hideMark/>
          </w:tcPr>
          <w:p w14:paraId="6D4B0AB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381 (579)</w:t>
            </w:r>
          </w:p>
        </w:tc>
        <w:tc>
          <w:tcPr>
            <w:tcW w:w="410" w:type="pct"/>
            <w:tcBorders>
              <w:top w:val="nil"/>
              <w:left w:val="nil"/>
              <w:bottom w:val="nil"/>
              <w:right w:val="nil"/>
            </w:tcBorders>
            <w:shd w:val="clear" w:color="000000" w:fill="F2F2F2"/>
            <w:vAlign w:val="center"/>
            <w:hideMark/>
          </w:tcPr>
          <w:p w14:paraId="72E6669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21 (37)</w:t>
            </w:r>
          </w:p>
        </w:tc>
        <w:tc>
          <w:tcPr>
            <w:tcW w:w="410" w:type="pct"/>
            <w:tcBorders>
              <w:top w:val="nil"/>
              <w:left w:val="nil"/>
              <w:bottom w:val="nil"/>
              <w:right w:val="nil"/>
            </w:tcBorders>
            <w:shd w:val="clear" w:color="000000" w:fill="F2F2F2"/>
            <w:vAlign w:val="center"/>
            <w:hideMark/>
          </w:tcPr>
          <w:p w14:paraId="0BFBA35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36 (55)</w:t>
            </w:r>
          </w:p>
        </w:tc>
        <w:tc>
          <w:tcPr>
            <w:tcW w:w="410" w:type="pct"/>
            <w:tcBorders>
              <w:top w:val="nil"/>
              <w:left w:val="nil"/>
              <w:bottom w:val="nil"/>
              <w:right w:val="nil"/>
            </w:tcBorders>
            <w:shd w:val="clear" w:color="000000" w:fill="FFFFFF"/>
            <w:vAlign w:val="center"/>
            <w:hideMark/>
          </w:tcPr>
          <w:p w14:paraId="4FB57E9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 (49)</w:t>
            </w:r>
          </w:p>
        </w:tc>
        <w:tc>
          <w:tcPr>
            <w:tcW w:w="410" w:type="pct"/>
            <w:tcBorders>
              <w:top w:val="nil"/>
              <w:left w:val="nil"/>
              <w:bottom w:val="nil"/>
              <w:right w:val="nil"/>
            </w:tcBorders>
            <w:shd w:val="clear" w:color="000000" w:fill="FFFFFF"/>
            <w:vAlign w:val="center"/>
            <w:hideMark/>
          </w:tcPr>
          <w:p w14:paraId="00C6661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0.119</w:t>
            </w:r>
          </w:p>
        </w:tc>
        <w:tc>
          <w:tcPr>
            <w:tcW w:w="410" w:type="pct"/>
            <w:tcBorders>
              <w:top w:val="nil"/>
              <w:left w:val="nil"/>
              <w:bottom w:val="nil"/>
              <w:right w:val="nil"/>
            </w:tcBorders>
            <w:shd w:val="clear" w:color="000000" w:fill="F2F2F2"/>
            <w:vAlign w:val="center"/>
            <w:hideMark/>
          </w:tcPr>
          <w:p w14:paraId="56471DC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22 (91)</w:t>
            </w:r>
          </w:p>
        </w:tc>
        <w:tc>
          <w:tcPr>
            <w:tcW w:w="410" w:type="pct"/>
            <w:tcBorders>
              <w:top w:val="nil"/>
              <w:left w:val="nil"/>
              <w:bottom w:val="nil"/>
              <w:right w:val="nil"/>
            </w:tcBorders>
            <w:shd w:val="clear" w:color="000000" w:fill="F2F2F2"/>
            <w:vAlign w:val="center"/>
            <w:hideMark/>
          </w:tcPr>
          <w:p w14:paraId="014F2A1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 (28)</w:t>
            </w:r>
          </w:p>
        </w:tc>
        <w:tc>
          <w:tcPr>
            <w:tcW w:w="410" w:type="pct"/>
            <w:tcBorders>
              <w:top w:val="nil"/>
              <w:left w:val="nil"/>
              <w:bottom w:val="nil"/>
              <w:right w:val="nil"/>
            </w:tcBorders>
            <w:shd w:val="clear" w:color="000000" w:fill="F2F2F2"/>
            <w:vAlign w:val="center"/>
            <w:hideMark/>
          </w:tcPr>
          <w:p w14:paraId="550DEFB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 (26)</w:t>
            </w:r>
          </w:p>
        </w:tc>
        <w:tc>
          <w:tcPr>
            <w:tcW w:w="410" w:type="pct"/>
            <w:tcBorders>
              <w:top w:val="nil"/>
              <w:left w:val="nil"/>
              <w:bottom w:val="nil"/>
              <w:right w:val="nil"/>
            </w:tcBorders>
            <w:shd w:val="clear" w:color="000000" w:fill="FFFFFF"/>
            <w:vAlign w:val="center"/>
            <w:hideMark/>
          </w:tcPr>
          <w:p w14:paraId="12B2575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 (39)</w:t>
            </w:r>
          </w:p>
        </w:tc>
        <w:tc>
          <w:tcPr>
            <w:tcW w:w="411" w:type="pct"/>
            <w:tcBorders>
              <w:top w:val="nil"/>
              <w:left w:val="nil"/>
              <w:bottom w:val="nil"/>
              <w:right w:val="nil"/>
            </w:tcBorders>
            <w:shd w:val="clear" w:color="000000" w:fill="FFFFFF"/>
            <w:vAlign w:val="center"/>
            <w:hideMark/>
          </w:tcPr>
          <w:p w14:paraId="5ECE50D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0.686</w:t>
            </w:r>
          </w:p>
        </w:tc>
      </w:tr>
      <w:tr w:rsidR="00726DBE" w:rsidRPr="00693325" w14:paraId="39316C6F" w14:textId="77777777" w:rsidTr="00841CFC">
        <w:trPr>
          <w:trHeight w:val="70"/>
        </w:trPr>
        <w:tc>
          <w:tcPr>
            <w:tcW w:w="899" w:type="pct"/>
            <w:tcBorders>
              <w:top w:val="nil"/>
              <w:left w:val="nil"/>
              <w:bottom w:val="nil"/>
              <w:right w:val="nil"/>
            </w:tcBorders>
            <w:shd w:val="clear" w:color="000000" w:fill="FFFFFF"/>
            <w:vAlign w:val="center"/>
            <w:hideMark/>
          </w:tcPr>
          <w:p w14:paraId="20EE7B5E"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Plan paid </w:t>
            </w:r>
          </w:p>
        </w:tc>
        <w:tc>
          <w:tcPr>
            <w:tcW w:w="410" w:type="pct"/>
            <w:tcBorders>
              <w:top w:val="nil"/>
              <w:left w:val="nil"/>
              <w:bottom w:val="nil"/>
              <w:right w:val="nil"/>
            </w:tcBorders>
            <w:shd w:val="clear" w:color="000000" w:fill="F2F2F2"/>
            <w:vAlign w:val="center"/>
            <w:hideMark/>
          </w:tcPr>
          <w:p w14:paraId="77FF7D3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360 (557)</w:t>
            </w:r>
          </w:p>
        </w:tc>
        <w:tc>
          <w:tcPr>
            <w:tcW w:w="410" w:type="pct"/>
            <w:tcBorders>
              <w:top w:val="nil"/>
              <w:left w:val="nil"/>
              <w:bottom w:val="nil"/>
              <w:right w:val="nil"/>
            </w:tcBorders>
            <w:shd w:val="clear" w:color="000000" w:fill="F2F2F2"/>
            <w:vAlign w:val="center"/>
            <w:hideMark/>
          </w:tcPr>
          <w:p w14:paraId="1F72BBE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 (35)</w:t>
            </w:r>
          </w:p>
        </w:tc>
        <w:tc>
          <w:tcPr>
            <w:tcW w:w="410" w:type="pct"/>
            <w:tcBorders>
              <w:top w:val="nil"/>
              <w:left w:val="nil"/>
              <w:bottom w:val="nil"/>
              <w:right w:val="nil"/>
            </w:tcBorders>
            <w:shd w:val="clear" w:color="000000" w:fill="F2F2F2"/>
            <w:vAlign w:val="center"/>
            <w:hideMark/>
          </w:tcPr>
          <w:p w14:paraId="0F9F9DE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33 (53)</w:t>
            </w:r>
          </w:p>
        </w:tc>
        <w:tc>
          <w:tcPr>
            <w:tcW w:w="410" w:type="pct"/>
            <w:tcBorders>
              <w:top w:val="nil"/>
              <w:left w:val="nil"/>
              <w:bottom w:val="nil"/>
              <w:right w:val="nil"/>
            </w:tcBorders>
            <w:shd w:val="clear" w:color="000000" w:fill="FFFFFF"/>
            <w:vAlign w:val="center"/>
            <w:hideMark/>
          </w:tcPr>
          <w:p w14:paraId="797992F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 (36)</w:t>
            </w:r>
          </w:p>
        </w:tc>
        <w:tc>
          <w:tcPr>
            <w:tcW w:w="410" w:type="pct"/>
            <w:tcBorders>
              <w:top w:val="nil"/>
              <w:left w:val="nil"/>
              <w:bottom w:val="nil"/>
              <w:right w:val="nil"/>
            </w:tcBorders>
            <w:shd w:val="clear" w:color="000000" w:fill="FFFFFF"/>
            <w:vAlign w:val="center"/>
            <w:hideMark/>
          </w:tcPr>
          <w:p w14:paraId="4807E4B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0.029</w:t>
            </w:r>
          </w:p>
        </w:tc>
        <w:tc>
          <w:tcPr>
            <w:tcW w:w="410" w:type="pct"/>
            <w:tcBorders>
              <w:top w:val="nil"/>
              <w:left w:val="nil"/>
              <w:bottom w:val="nil"/>
              <w:right w:val="nil"/>
            </w:tcBorders>
            <w:shd w:val="clear" w:color="000000" w:fill="F2F2F2"/>
            <w:vAlign w:val="center"/>
            <w:hideMark/>
          </w:tcPr>
          <w:p w14:paraId="71DE62B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22 (91)</w:t>
            </w:r>
          </w:p>
        </w:tc>
        <w:tc>
          <w:tcPr>
            <w:tcW w:w="410" w:type="pct"/>
            <w:tcBorders>
              <w:top w:val="nil"/>
              <w:left w:val="nil"/>
              <w:bottom w:val="nil"/>
              <w:right w:val="nil"/>
            </w:tcBorders>
            <w:shd w:val="clear" w:color="000000" w:fill="F2F2F2"/>
            <w:vAlign w:val="center"/>
            <w:hideMark/>
          </w:tcPr>
          <w:p w14:paraId="7B7D508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 (28)</w:t>
            </w:r>
          </w:p>
        </w:tc>
        <w:tc>
          <w:tcPr>
            <w:tcW w:w="410" w:type="pct"/>
            <w:tcBorders>
              <w:top w:val="nil"/>
              <w:left w:val="nil"/>
              <w:bottom w:val="nil"/>
              <w:right w:val="nil"/>
            </w:tcBorders>
            <w:shd w:val="clear" w:color="000000" w:fill="F2F2F2"/>
            <w:vAlign w:val="center"/>
            <w:hideMark/>
          </w:tcPr>
          <w:p w14:paraId="118753A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 (26)</w:t>
            </w:r>
          </w:p>
        </w:tc>
        <w:tc>
          <w:tcPr>
            <w:tcW w:w="410" w:type="pct"/>
            <w:tcBorders>
              <w:top w:val="nil"/>
              <w:left w:val="nil"/>
              <w:bottom w:val="nil"/>
              <w:right w:val="nil"/>
            </w:tcBorders>
            <w:shd w:val="clear" w:color="000000" w:fill="FFFFFF"/>
            <w:vAlign w:val="center"/>
            <w:hideMark/>
          </w:tcPr>
          <w:p w14:paraId="0FA0732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 (38)</w:t>
            </w:r>
          </w:p>
        </w:tc>
        <w:tc>
          <w:tcPr>
            <w:tcW w:w="411" w:type="pct"/>
            <w:tcBorders>
              <w:top w:val="nil"/>
              <w:left w:val="nil"/>
              <w:bottom w:val="nil"/>
              <w:right w:val="nil"/>
            </w:tcBorders>
            <w:shd w:val="clear" w:color="000000" w:fill="FFFFFF"/>
            <w:vAlign w:val="center"/>
            <w:hideMark/>
          </w:tcPr>
          <w:p w14:paraId="196E57F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0.680</w:t>
            </w:r>
          </w:p>
        </w:tc>
      </w:tr>
      <w:tr w:rsidR="00726DBE" w:rsidRPr="00693325" w14:paraId="15D6A0F4" w14:textId="77777777" w:rsidTr="00841CFC">
        <w:trPr>
          <w:trHeight w:val="70"/>
        </w:trPr>
        <w:tc>
          <w:tcPr>
            <w:tcW w:w="899" w:type="pct"/>
            <w:tcBorders>
              <w:top w:val="nil"/>
              <w:left w:val="nil"/>
              <w:bottom w:val="nil"/>
              <w:right w:val="nil"/>
            </w:tcBorders>
            <w:shd w:val="clear" w:color="000000" w:fill="FFFFFF"/>
            <w:vAlign w:val="center"/>
            <w:hideMark/>
          </w:tcPr>
          <w:p w14:paraId="38199FAA"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OOP </w:t>
            </w:r>
          </w:p>
        </w:tc>
        <w:tc>
          <w:tcPr>
            <w:tcW w:w="410" w:type="pct"/>
            <w:tcBorders>
              <w:top w:val="nil"/>
              <w:left w:val="nil"/>
              <w:bottom w:val="nil"/>
              <w:right w:val="nil"/>
            </w:tcBorders>
            <w:shd w:val="clear" w:color="000000" w:fill="F2F2F2"/>
            <w:vAlign w:val="center"/>
            <w:hideMark/>
          </w:tcPr>
          <w:p w14:paraId="4A0EFF3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21 (38)</w:t>
            </w:r>
          </w:p>
        </w:tc>
        <w:tc>
          <w:tcPr>
            <w:tcW w:w="410" w:type="pct"/>
            <w:tcBorders>
              <w:top w:val="nil"/>
              <w:left w:val="nil"/>
              <w:bottom w:val="nil"/>
              <w:right w:val="nil"/>
            </w:tcBorders>
            <w:shd w:val="clear" w:color="000000" w:fill="F2F2F2"/>
            <w:vAlign w:val="center"/>
            <w:hideMark/>
          </w:tcPr>
          <w:p w14:paraId="3C61E59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(3)</w:t>
            </w:r>
          </w:p>
        </w:tc>
        <w:tc>
          <w:tcPr>
            <w:tcW w:w="410" w:type="pct"/>
            <w:tcBorders>
              <w:top w:val="nil"/>
              <w:left w:val="nil"/>
              <w:bottom w:val="nil"/>
              <w:right w:val="nil"/>
            </w:tcBorders>
            <w:shd w:val="clear" w:color="000000" w:fill="F2F2F2"/>
            <w:vAlign w:val="center"/>
            <w:hideMark/>
          </w:tcPr>
          <w:p w14:paraId="12B2321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(4)</w:t>
            </w:r>
          </w:p>
        </w:tc>
        <w:tc>
          <w:tcPr>
            <w:tcW w:w="410" w:type="pct"/>
            <w:tcBorders>
              <w:top w:val="nil"/>
              <w:left w:val="nil"/>
              <w:bottom w:val="nil"/>
              <w:right w:val="nil"/>
            </w:tcBorders>
            <w:shd w:val="clear" w:color="000000" w:fill="FFFFFF"/>
            <w:vAlign w:val="center"/>
            <w:hideMark/>
          </w:tcPr>
          <w:p w14:paraId="5939755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 (15)</w:t>
            </w:r>
          </w:p>
        </w:tc>
        <w:tc>
          <w:tcPr>
            <w:tcW w:w="410" w:type="pct"/>
            <w:tcBorders>
              <w:top w:val="nil"/>
              <w:left w:val="nil"/>
              <w:bottom w:val="nil"/>
              <w:right w:val="nil"/>
            </w:tcBorders>
            <w:shd w:val="clear" w:color="000000" w:fill="FFFFFF"/>
            <w:vAlign w:val="center"/>
            <w:hideMark/>
          </w:tcPr>
          <w:p w14:paraId="0C56D57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0.508</w:t>
            </w:r>
          </w:p>
        </w:tc>
        <w:tc>
          <w:tcPr>
            <w:tcW w:w="410" w:type="pct"/>
            <w:tcBorders>
              <w:top w:val="nil"/>
              <w:left w:val="nil"/>
              <w:bottom w:val="nil"/>
              <w:right w:val="nil"/>
            </w:tcBorders>
            <w:shd w:val="clear" w:color="000000" w:fill="F2F2F2"/>
            <w:vAlign w:val="center"/>
            <w:hideMark/>
          </w:tcPr>
          <w:p w14:paraId="7A48B1D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51DB5CF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678B7F0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FFFFF"/>
            <w:vAlign w:val="center"/>
            <w:hideMark/>
          </w:tcPr>
          <w:p w14:paraId="6D94E19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(1)</w:t>
            </w:r>
          </w:p>
        </w:tc>
        <w:tc>
          <w:tcPr>
            <w:tcW w:w="411" w:type="pct"/>
            <w:tcBorders>
              <w:top w:val="nil"/>
              <w:left w:val="nil"/>
              <w:bottom w:val="nil"/>
              <w:right w:val="nil"/>
            </w:tcBorders>
            <w:shd w:val="clear" w:color="000000" w:fill="FFFFFF"/>
            <w:vAlign w:val="center"/>
            <w:hideMark/>
          </w:tcPr>
          <w:p w14:paraId="039F6AF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0.553</w:t>
            </w:r>
          </w:p>
        </w:tc>
      </w:tr>
      <w:tr w:rsidR="00726DBE" w:rsidRPr="00693325" w14:paraId="4E7F2951" w14:textId="77777777" w:rsidTr="00841CFC">
        <w:trPr>
          <w:trHeight w:val="70"/>
        </w:trPr>
        <w:tc>
          <w:tcPr>
            <w:tcW w:w="899" w:type="pct"/>
            <w:tcBorders>
              <w:top w:val="nil"/>
              <w:left w:val="nil"/>
              <w:bottom w:val="nil"/>
              <w:right w:val="nil"/>
            </w:tcBorders>
            <w:shd w:val="clear" w:color="000000" w:fill="FFFFFF"/>
            <w:vAlign w:val="center"/>
            <w:hideMark/>
          </w:tcPr>
          <w:p w14:paraId="65E97EB7"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 xml:space="preserve">Urgent care visit </w:t>
            </w:r>
            <w:r w:rsidRPr="00693325">
              <w:rPr>
                <w:rFonts w:ascii="Times New Roman" w:hAnsi="Times New Roman"/>
                <w:b/>
                <w:bCs/>
                <w:color w:val="000000"/>
                <w:sz w:val="16"/>
              </w:rPr>
              <w:t>($), mean (SD)</w:t>
            </w:r>
          </w:p>
        </w:tc>
        <w:tc>
          <w:tcPr>
            <w:tcW w:w="410" w:type="pct"/>
            <w:tcBorders>
              <w:top w:val="nil"/>
              <w:left w:val="nil"/>
              <w:bottom w:val="nil"/>
              <w:right w:val="nil"/>
            </w:tcBorders>
            <w:shd w:val="clear" w:color="000000" w:fill="F2F2F2"/>
            <w:vAlign w:val="center"/>
            <w:hideMark/>
          </w:tcPr>
          <w:p w14:paraId="49AF16A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10" w:type="pct"/>
            <w:tcBorders>
              <w:top w:val="nil"/>
              <w:left w:val="nil"/>
              <w:bottom w:val="nil"/>
              <w:right w:val="nil"/>
            </w:tcBorders>
            <w:shd w:val="clear" w:color="000000" w:fill="F2F2F2"/>
            <w:vAlign w:val="center"/>
            <w:hideMark/>
          </w:tcPr>
          <w:p w14:paraId="5D05259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(7)</w:t>
            </w:r>
          </w:p>
        </w:tc>
        <w:tc>
          <w:tcPr>
            <w:tcW w:w="410" w:type="pct"/>
            <w:tcBorders>
              <w:top w:val="nil"/>
              <w:left w:val="nil"/>
              <w:bottom w:val="nil"/>
              <w:right w:val="nil"/>
            </w:tcBorders>
            <w:shd w:val="clear" w:color="000000" w:fill="F2F2F2"/>
            <w:vAlign w:val="center"/>
            <w:hideMark/>
          </w:tcPr>
          <w:p w14:paraId="2980D82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(6)</w:t>
            </w:r>
          </w:p>
        </w:tc>
        <w:tc>
          <w:tcPr>
            <w:tcW w:w="410" w:type="pct"/>
            <w:tcBorders>
              <w:top w:val="nil"/>
              <w:left w:val="nil"/>
              <w:bottom w:val="nil"/>
              <w:right w:val="nil"/>
            </w:tcBorders>
            <w:shd w:val="clear" w:color="000000" w:fill="FFFFFF"/>
            <w:vAlign w:val="center"/>
            <w:hideMark/>
          </w:tcPr>
          <w:p w14:paraId="4EF1C5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(11)</w:t>
            </w:r>
          </w:p>
        </w:tc>
        <w:tc>
          <w:tcPr>
            <w:tcW w:w="410" w:type="pct"/>
            <w:tcBorders>
              <w:top w:val="nil"/>
              <w:left w:val="nil"/>
              <w:bottom w:val="nil"/>
              <w:right w:val="nil"/>
            </w:tcBorders>
            <w:shd w:val="clear" w:color="000000" w:fill="FFFFFF"/>
            <w:vAlign w:val="center"/>
            <w:hideMark/>
          </w:tcPr>
          <w:p w14:paraId="2C2674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0.922</w:t>
            </w:r>
          </w:p>
        </w:tc>
        <w:tc>
          <w:tcPr>
            <w:tcW w:w="410" w:type="pct"/>
            <w:tcBorders>
              <w:top w:val="nil"/>
              <w:left w:val="nil"/>
              <w:bottom w:val="nil"/>
              <w:right w:val="nil"/>
            </w:tcBorders>
            <w:shd w:val="clear" w:color="000000" w:fill="F2F2F2"/>
            <w:vAlign w:val="center"/>
            <w:hideMark/>
          </w:tcPr>
          <w:p w14:paraId="5A52A60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(5)</w:t>
            </w:r>
          </w:p>
        </w:tc>
        <w:tc>
          <w:tcPr>
            <w:tcW w:w="410" w:type="pct"/>
            <w:tcBorders>
              <w:top w:val="nil"/>
              <w:left w:val="nil"/>
              <w:bottom w:val="nil"/>
              <w:right w:val="nil"/>
            </w:tcBorders>
            <w:shd w:val="clear" w:color="000000" w:fill="F2F2F2"/>
            <w:vAlign w:val="center"/>
            <w:hideMark/>
          </w:tcPr>
          <w:p w14:paraId="2FB7719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(2)</w:t>
            </w:r>
          </w:p>
        </w:tc>
        <w:tc>
          <w:tcPr>
            <w:tcW w:w="410" w:type="pct"/>
            <w:tcBorders>
              <w:top w:val="nil"/>
              <w:left w:val="nil"/>
              <w:bottom w:val="nil"/>
              <w:right w:val="nil"/>
            </w:tcBorders>
            <w:shd w:val="clear" w:color="000000" w:fill="F2F2F2"/>
            <w:vAlign w:val="center"/>
            <w:hideMark/>
          </w:tcPr>
          <w:p w14:paraId="2B8CB58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(4)</w:t>
            </w:r>
          </w:p>
        </w:tc>
        <w:tc>
          <w:tcPr>
            <w:tcW w:w="410" w:type="pct"/>
            <w:tcBorders>
              <w:top w:val="nil"/>
              <w:left w:val="nil"/>
              <w:bottom w:val="nil"/>
              <w:right w:val="nil"/>
            </w:tcBorders>
            <w:shd w:val="clear" w:color="000000" w:fill="FFFFFF"/>
            <w:vAlign w:val="center"/>
            <w:hideMark/>
          </w:tcPr>
          <w:p w14:paraId="501C941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(4)</w:t>
            </w:r>
          </w:p>
        </w:tc>
        <w:tc>
          <w:tcPr>
            <w:tcW w:w="411" w:type="pct"/>
            <w:tcBorders>
              <w:top w:val="nil"/>
              <w:left w:val="nil"/>
              <w:bottom w:val="nil"/>
              <w:right w:val="nil"/>
            </w:tcBorders>
            <w:shd w:val="clear" w:color="000000" w:fill="FFFFFF"/>
            <w:vAlign w:val="center"/>
            <w:hideMark/>
          </w:tcPr>
          <w:p w14:paraId="736A425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0.925</w:t>
            </w:r>
          </w:p>
        </w:tc>
      </w:tr>
      <w:tr w:rsidR="00726DBE" w:rsidRPr="00693325" w14:paraId="7586406F" w14:textId="77777777" w:rsidTr="00841CFC">
        <w:trPr>
          <w:trHeight w:val="70"/>
        </w:trPr>
        <w:tc>
          <w:tcPr>
            <w:tcW w:w="899" w:type="pct"/>
            <w:tcBorders>
              <w:top w:val="nil"/>
              <w:left w:val="nil"/>
              <w:bottom w:val="nil"/>
              <w:right w:val="nil"/>
            </w:tcBorders>
            <w:shd w:val="clear" w:color="000000" w:fill="FFFFFF"/>
            <w:vAlign w:val="center"/>
            <w:hideMark/>
          </w:tcPr>
          <w:p w14:paraId="7F60E70F"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Plan paid </w:t>
            </w:r>
          </w:p>
        </w:tc>
        <w:tc>
          <w:tcPr>
            <w:tcW w:w="410" w:type="pct"/>
            <w:tcBorders>
              <w:top w:val="nil"/>
              <w:left w:val="nil"/>
              <w:bottom w:val="nil"/>
              <w:right w:val="nil"/>
            </w:tcBorders>
            <w:shd w:val="clear" w:color="000000" w:fill="F2F2F2"/>
            <w:vAlign w:val="center"/>
            <w:hideMark/>
          </w:tcPr>
          <w:p w14:paraId="438D141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10" w:type="pct"/>
            <w:tcBorders>
              <w:top w:val="nil"/>
              <w:left w:val="nil"/>
              <w:bottom w:val="nil"/>
              <w:right w:val="nil"/>
            </w:tcBorders>
            <w:shd w:val="clear" w:color="000000" w:fill="F2F2F2"/>
            <w:vAlign w:val="center"/>
            <w:hideMark/>
          </w:tcPr>
          <w:p w14:paraId="1648E16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(5)</w:t>
            </w:r>
          </w:p>
        </w:tc>
        <w:tc>
          <w:tcPr>
            <w:tcW w:w="410" w:type="pct"/>
            <w:tcBorders>
              <w:top w:val="nil"/>
              <w:left w:val="nil"/>
              <w:bottom w:val="nil"/>
              <w:right w:val="nil"/>
            </w:tcBorders>
            <w:shd w:val="clear" w:color="000000" w:fill="F2F2F2"/>
            <w:vAlign w:val="center"/>
            <w:hideMark/>
          </w:tcPr>
          <w:p w14:paraId="04FC93A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(5)</w:t>
            </w:r>
          </w:p>
        </w:tc>
        <w:tc>
          <w:tcPr>
            <w:tcW w:w="410" w:type="pct"/>
            <w:tcBorders>
              <w:top w:val="nil"/>
              <w:left w:val="nil"/>
              <w:bottom w:val="nil"/>
              <w:right w:val="nil"/>
            </w:tcBorders>
            <w:shd w:val="clear" w:color="000000" w:fill="FFFFFF"/>
            <w:vAlign w:val="center"/>
            <w:hideMark/>
          </w:tcPr>
          <w:p w14:paraId="68B90F9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(8)</w:t>
            </w:r>
          </w:p>
        </w:tc>
        <w:tc>
          <w:tcPr>
            <w:tcW w:w="410" w:type="pct"/>
            <w:tcBorders>
              <w:top w:val="nil"/>
              <w:left w:val="nil"/>
              <w:bottom w:val="nil"/>
              <w:right w:val="nil"/>
            </w:tcBorders>
            <w:shd w:val="clear" w:color="000000" w:fill="FFFFFF"/>
            <w:vAlign w:val="center"/>
            <w:hideMark/>
          </w:tcPr>
          <w:p w14:paraId="1E98B86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0.889</w:t>
            </w:r>
          </w:p>
        </w:tc>
        <w:tc>
          <w:tcPr>
            <w:tcW w:w="410" w:type="pct"/>
            <w:tcBorders>
              <w:top w:val="nil"/>
              <w:left w:val="nil"/>
              <w:bottom w:val="nil"/>
              <w:right w:val="nil"/>
            </w:tcBorders>
            <w:shd w:val="clear" w:color="000000" w:fill="F2F2F2"/>
            <w:vAlign w:val="center"/>
            <w:hideMark/>
          </w:tcPr>
          <w:p w14:paraId="63E619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(5)</w:t>
            </w:r>
          </w:p>
        </w:tc>
        <w:tc>
          <w:tcPr>
            <w:tcW w:w="410" w:type="pct"/>
            <w:tcBorders>
              <w:top w:val="nil"/>
              <w:left w:val="nil"/>
              <w:bottom w:val="nil"/>
              <w:right w:val="nil"/>
            </w:tcBorders>
            <w:shd w:val="clear" w:color="000000" w:fill="F2F2F2"/>
            <w:vAlign w:val="center"/>
            <w:hideMark/>
          </w:tcPr>
          <w:p w14:paraId="0D6D79E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(2)</w:t>
            </w:r>
          </w:p>
        </w:tc>
        <w:tc>
          <w:tcPr>
            <w:tcW w:w="410" w:type="pct"/>
            <w:tcBorders>
              <w:top w:val="nil"/>
              <w:left w:val="nil"/>
              <w:bottom w:val="nil"/>
              <w:right w:val="nil"/>
            </w:tcBorders>
            <w:shd w:val="clear" w:color="000000" w:fill="F2F2F2"/>
            <w:vAlign w:val="center"/>
            <w:hideMark/>
          </w:tcPr>
          <w:p w14:paraId="3BE9648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(4)</w:t>
            </w:r>
          </w:p>
        </w:tc>
        <w:tc>
          <w:tcPr>
            <w:tcW w:w="410" w:type="pct"/>
            <w:tcBorders>
              <w:top w:val="nil"/>
              <w:left w:val="nil"/>
              <w:bottom w:val="nil"/>
              <w:right w:val="nil"/>
            </w:tcBorders>
            <w:shd w:val="clear" w:color="000000" w:fill="FFFFFF"/>
            <w:vAlign w:val="center"/>
            <w:hideMark/>
          </w:tcPr>
          <w:p w14:paraId="03C3A82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(4)</w:t>
            </w:r>
          </w:p>
        </w:tc>
        <w:tc>
          <w:tcPr>
            <w:tcW w:w="411" w:type="pct"/>
            <w:tcBorders>
              <w:top w:val="nil"/>
              <w:left w:val="nil"/>
              <w:bottom w:val="nil"/>
              <w:right w:val="nil"/>
            </w:tcBorders>
            <w:shd w:val="clear" w:color="000000" w:fill="FFFFFF"/>
            <w:vAlign w:val="center"/>
            <w:hideMark/>
          </w:tcPr>
          <w:p w14:paraId="0416B0B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0.924</w:t>
            </w:r>
          </w:p>
        </w:tc>
      </w:tr>
      <w:tr w:rsidR="00726DBE" w:rsidRPr="00693325" w14:paraId="211B8C8F" w14:textId="77777777" w:rsidTr="00841CFC">
        <w:trPr>
          <w:trHeight w:val="70"/>
        </w:trPr>
        <w:tc>
          <w:tcPr>
            <w:tcW w:w="899" w:type="pct"/>
            <w:tcBorders>
              <w:top w:val="nil"/>
              <w:left w:val="nil"/>
              <w:bottom w:val="nil"/>
              <w:right w:val="nil"/>
            </w:tcBorders>
            <w:shd w:val="clear" w:color="000000" w:fill="FFFFFF"/>
            <w:vAlign w:val="center"/>
            <w:hideMark/>
          </w:tcPr>
          <w:p w14:paraId="3A62C801"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OOP </w:t>
            </w:r>
          </w:p>
        </w:tc>
        <w:tc>
          <w:tcPr>
            <w:tcW w:w="410" w:type="pct"/>
            <w:tcBorders>
              <w:top w:val="nil"/>
              <w:left w:val="nil"/>
              <w:bottom w:val="nil"/>
              <w:right w:val="nil"/>
            </w:tcBorders>
            <w:shd w:val="clear" w:color="000000" w:fill="F2F2F2"/>
            <w:vAlign w:val="center"/>
            <w:hideMark/>
          </w:tcPr>
          <w:p w14:paraId="7A9F94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10" w:type="pct"/>
            <w:tcBorders>
              <w:top w:val="nil"/>
              <w:left w:val="nil"/>
              <w:bottom w:val="nil"/>
              <w:right w:val="nil"/>
            </w:tcBorders>
            <w:shd w:val="clear" w:color="000000" w:fill="F2F2F2"/>
            <w:vAlign w:val="center"/>
            <w:hideMark/>
          </w:tcPr>
          <w:p w14:paraId="5713867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w:t>
            </w:r>
          </w:p>
        </w:tc>
        <w:tc>
          <w:tcPr>
            <w:tcW w:w="410" w:type="pct"/>
            <w:tcBorders>
              <w:top w:val="nil"/>
              <w:left w:val="nil"/>
              <w:bottom w:val="nil"/>
              <w:right w:val="nil"/>
            </w:tcBorders>
            <w:shd w:val="clear" w:color="000000" w:fill="F2F2F2"/>
            <w:vAlign w:val="center"/>
            <w:hideMark/>
          </w:tcPr>
          <w:p w14:paraId="2319A25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(2)</w:t>
            </w:r>
          </w:p>
        </w:tc>
        <w:tc>
          <w:tcPr>
            <w:tcW w:w="410" w:type="pct"/>
            <w:tcBorders>
              <w:top w:val="nil"/>
              <w:left w:val="nil"/>
              <w:bottom w:val="nil"/>
              <w:right w:val="nil"/>
            </w:tcBorders>
            <w:shd w:val="clear" w:color="000000" w:fill="FFFFFF"/>
            <w:vAlign w:val="center"/>
            <w:hideMark/>
          </w:tcPr>
          <w:p w14:paraId="29760F7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(4)</w:t>
            </w:r>
          </w:p>
        </w:tc>
        <w:tc>
          <w:tcPr>
            <w:tcW w:w="410" w:type="pct"/>
            <w:tcBorders>
              <w:top w:val="nil"/>
              <w:left w:val="nil"/>
              <w:bottom w:val="nil"/>
              <w:right w:val="nil"/>
            </w:tcBorders>
            <w:shd w:val="clear" w:color="000000" w:fill="FFFFFF"/>
            <w:vAlign w:val="center"/>
            <w:hideMark/>
          </w:tcPr>
          <w:p w14:paraId="313D227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0.991</w:t>
            </w:r>
          </w:p>
        </w:tc>
        <w:tc>
          <w:tcPr>
            <w:tcW w:w="410" w:type="pct"/>
            <w:tcBorders>
              <w:top w:val="nil"/>
              <w:left w:val="nil"/>
              <w:bottom w:val="nil"/>
              <w:right w:val="nil"/>
            </w:tcBorders>
            <w:shd w:val="clear" w:color="000000" w:fill="F2F2F2"/>
            <w:vAlign w:val="center"/>
            <w:hideMark/>
          </w:tcPr>
          <w:p w14:paraId="116063A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39DC0CD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49E60BD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FFFFF"/>
            <w:vAlign w:val="center"/>
            <w:hideMark/>
          </w:tcPr>
          <w:p w14:paraId="19603E1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1" w:type="pct"/>
            <w:tcBorders>
              <w:top w:val="nil"/>
              <w:left w:val="nil"/>
              <w:bottom w:val="nil"/>
              <w:right w:val="nil"/>
            </w:tcBorders>
            <w:shd w:val="clear" w:color="000000" w:fill="FFFFFF"/>
            <w:vAlign w:val="center"/>
            <w:hideMark/>
          </w:tcPr>
          <w:p w14:paraId="1C3B118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0.578</w:t>
            </w:r>
          </w:p>
        </w:tc>
      </w:tr>
      <w:tr w:rsidR="00726DBE" w:rsidRPr="00693325" w14:paraId="656ABD52" w14:textId="77777777" w:rsidTr="00841CFC">
        <w:trPr>
          <w:trHeight w:val="70"/>
        </w:trPr>
        <w:tc>
          <w:tcPr>
            <w:tcW w:w="899" w:type="pct"/>
            <w:tcBorders>
              <w:top w:val="nil"/>
              <w:left w:val="nil"/>
              <w:bottom w:val="nil"/>
              <w:right w:val="nil"/>
            </w:tcBorders>
            <w:shd w:val="clear" w:color="000000" w:fill="FFFFFF"/>
            <w:vAlign w:val="center"/>
            <w:hideMark/>
          </w:tcPr>
          <w:p w14:paraId="38EC05BE"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 xml:space="preserve">Outpatient office visit </w:t>
            </w:r>
            <w:r w:rsidRPr="00693325">
              <w:rPr>
                <w:rFonts w:ascii="Times New Roman" w:hAnsi="Times New Roman"/>
                <w:b/>
                <w:bCs/>
                <w:color w:val="000000"/>
                <w:sz w:val="16"/>
              </w:rPr>
              <w:t>($), mean (SD)</w:t>
            </w:r>
          </w:p>
        </w:tc>
        <w:tc>
          <w:tcPr>
            <w:tcW w:w="410" w:type="pct"/>
            <w:tcBorders>
              <w:top w:val="nil"/>
              <w:left w:val="nil"/>
              <w:bottom w:val="nil"/>
              <w:right w:val="nil"/>
            </w:tcBorders>
            <w:shd w:val="clear" w:color="000000" w:fill="F2F2F2"/>
            <w:vAlign w:val="center"/>
            <w:hideMark/>
          </w:tcPr>
          <w:p w14:paraId="51A521E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289 (329)</w:t>
            </w:r>
          </w:p>
        </w:tc>
        <w:tc>
          <w:tcPr>
            <w:tcW w:w="410" w:type="pct"/>
            <w:tcBorders>
              <w:top w:val="nil"/>
              <w:left w:val="nil"/>
              <w:bottom w:val="nil"/>
              <w:right w:val="nil"/>
            </w:tcBorders>
            <w:shd w:val="clear" w:color="000000" w:fill="F2F2F2"/>
            <w:vAlign w:val="center"/>
            <w:hideMark/>
          </w:tcPr>
          <w:p w14:paraId="4712EA5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148 (186)</w:t>
            </w:r>
          </w:p>
        </w:tc>
        <w:tc>
          <w:tcPr>
            <w:tcW w:w="410" w:type="pct"/>
            <w:tcBorders>
              <w:top w:val="nil"/>
              <w:left w:val="nil"/>
              <w:bottom w:val="nil"/>
              <w:right w:val="nil"/>
            </w:tcBorders>
            <w:shd w:val="clear" w:color="000000" w:fill="F2F2F2"/>
            <w:vAlign w:val="center"/>
            <w:hideMark/>
          </w:tcPr>
          <w:p w14:paraId="3BB41D3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158 (159)</w:t>
            </w:r>
          </w:p>
        </w:tc>
        <w:tc>
          <w:tcPr>
            <w:tcW w:w="410" w:type="pct"/>
            <w:tcBorders>
              <w:top w:val="nil"/>
              <w:left w:val="nil"/>
              <w:bottom w:val="nil"/>
              <w:right w:val="nil"/>
            </w:tcBorders>
            <w:shd w:val="clear" w:color="000000" w:fill="FFFFFF"/>
            <w:vAlign w:val="center"/>
            <w:hideMark/>
          </w:tcPr>
          <w:p w14:paraId="07D271A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69 (59)</w:t>
            </w:r>
          </w:p>
        </w:tc>
        <w:tc>
          <w:tcPr>
            <w:tcW w:w="410" w:type="pct"/>
            <w:tcBorders>
              <w:top w:val="nil"/>
              <w:left w:val="nil"/>
              <w:bottom w:val="nil"/>
              <w:right w:val="nil"/>
            </w:tcBorders>
            <w:shd w:val="clear" w:color="000000" w:fill="FFFFFF"/>
            <w:vAlign w:val="center"/>
            <w:hideMark/>
          </w:tcPr>
          <w:p w14:paraId="2F5EA18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nil"/>
              <w:left w:val="nil"/>
              <w:bottom w:val="nil"/>
              <w:right w:val="nil"/>
            </w:tcBorders>
            <w:shd w:val="clear" w:color="000000" w:fill="F2F2F2"/>
            <w:vAlign w:val="center"/>
            <w:hideMark/>
          </w:tcPr>
          <w:p w14:paraId="5C67A90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94 (114)</w:t>
            </w:r>
          </w:p>
        </w:tc>
        <w:tc>
          <w:tcPr>
            <w:tcW w:w="410" w:type="pct"/>
            <w:tcBorders>
              <w:top w:val="nil"/>
              <w:left w:val="nil"/>
              <w:bottom w:val="nil"/>
              <w:right w:val="nil"/>
            </w:tcBorders>
            <w:shd w:val="clear" w:color="000000" w:fill="F2F2F2"/>
            <w:vAlign w:val="center"/>
            <w:hideMark/>
          </w:tcPr>
          <w:p w14:paraId="0FCC94D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32 (36)</w:t>
            </w:r>
          </w:p>
        </w:tc>
        <w:tc>
          <w:tcPr>
            <w:tcW w:w="410" w:type="pct"/>
            <w:tcBorders>
              <w:top w:val="nil"/>
              <w:left w:val="nil"/>
              <w:bottom w:val="nil"/>
              <w:right w:val="nil"/>
            </w:tcBorders>
            <w:shd w:val="clear" w:color="000000" w:fill="F2F2F2"/>
            <w:vAlign w:val="center"/>
            <w:hideMark/>
          </w:tcPr>
          <w:p w14:paraId="3675C18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36 (37)</w:t>
            </w:r>
          </w:p>
        </w:tc>
        <w:tc>
          <w:tcPr>
            <w:tcW w:w="410" w:type="pct"/>
            <w:tcBorders>
              <w:top w:val="nil"/>
              <w:left w:val="nil"/>
              <w:bottom w:val="nil"/>
              <w:right w:val="nil"/>
            </w:tcBorders>
            <w:shd w:val="clear" w:color="000000" w:fill="FFFFFF"/>
            <w:vAlign w:val="center"/>
            <w:hideMark/>
          </w:tcPr>
          <w:p w14:paraId="5E8E73A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 (44)</w:t>
            </w:r>
          </w:p>
        </w:tc>
        <w:tc>
          <w:tcPr>
            <w:tcW w:w="411" w:type="pct"/>
            <w:tcBorders>
              <w:top w:val="nil"/>
              <w:left w:val="nil"/>
              <w:bottom w:val="nil"/>
              <w:right w:val="nil"/>
            </w:tcBorders>
            <w:shd w:val="clear" w:color="000000" w:fill="FFFFFF"/>
            <w:vAlign w:val="center"/>
            <w:hideMark/>
          </w:tcPr>
          <w:p w14:paraId="19F84B3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0.102</w:t>
            </w:r>
          </w:p>
        </w:tc>
      </w:tr>
      <w:tr w:rsidR="00726DBE" w:rsidRPr="00693325" w14:paraId="428EDDA5" w14:textId="77777777" w:rsidTr="00841CFC">
        <w:trPr>
          <w:trHeight w:val="70"/>
        </w:trPr>
        <w:tc>
          <w:tcPr>
            <w:tcW w:w="899" w:type="pct"/>
            <w:tcBorders>
              <w:top w:val="nil"/>
              <w:left w:val="nil"/>
              <w:bottom w:val="nil"/>
              <w:right w:val="nil"/>
            </w:tcBorders>
            <w:shd w:val="clear" w:color="000000" w:fill="FFFFFF"/>
            <w:vAlign w:val="center"/>
            <w:hideMark/>
          </w:tcPr>
          <w:p w14:paraId="4AEDD70B"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Plan paid </w:t>
            </w:r>
          </w:p>
        </w:tc>
        <w:tc>
          <w:tcPr>
            <w:tcW w:w="410" w:type="pct"/>
            <w:tcBorders>
              <w:top w:val="nil"/>
              <w:left w:val="nil"/>
              <w:bottom w:val="nil"/>
              <w:right w:val="nil"/>
            </w:tcBorders>
            <w:shd w:val="clear" w:color="000000" w:fill="F2F2F2"/>
            <w:vAlign w:val="center"/>
            <w:hideMark/>
          </w:tcPr>
          <w:p w14:paraId="215F9C3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241 (307)</w:t>
            </w:r>
          </w:p>
        </w:tc>
        <w:tc>
          <w:tcPr>
            <w:tcW w:w="410" w:type="pct"/>
            <w:tcBorders>
              <w:top w:val="nil"/>
              <w:left w:val="nil"/>
              <w:bottom w:val="nil"/>
              <w:right w:val="nil"/>
            </w:tcBorders>
            <w:shd w:val="clear" w:color="000000" w:fill="F2F2F2"/>
            <w:vAlign w:val="center"/>
            <w:hideMark/>
          </w:tcPr>
          <w:p w14:paraId="6BF7931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124 (167)</w:t>
            </w:r>
          </w:p>
        </w:tc>
        <w:tc>
          <w:tcPr>
            <w:tcW w:w="410" w:type="pct"/>
            <w:tcBorders>
              <w:top w:val="nil"/>
              <w:left w:val="nil"/>
              <w:bottom w:val="nil"/>
              <w:right w:val="nil"/>
            </w:tcBorders>
            <w:shd w:val="clear" w:color="000000" w:fill="F2F2F2"/>
            <w:vAlign w:val="center"/>
            <w:hideMark/>
          </w:tcPr>
          <w:p w14:paraId="13D28EE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131 (132)</w:t>
            </w:r>
          </w:p>
        </w:tc>
        <w:tc>
          <w:tcPr>
            <w:tcW w:w="410" w:type="pct"/>
            <w:tcBorders>
              <w:top w:val="nil"/>
              <w:left w:val="nil"/>
              <w:bottom w:val="nil"/>
              <w:right w:val="nil"/>
            </w:tcBorders>
            <w:shd w:val="clear" w:color="000000" w:fill="FFFFFF"/>
            <w:vAlign w:val="center"/>
            <w:hideMark/>
          </w:tcPr>
          <w:p w14:paraId="0FC215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52 (49)</w:t>
            </w:r>
          </w:p>
        </w:tc>
        <w:tc>
          <w:tcPr>
            <w:tcW w:w="410" w:type="pct"/>
            <w:tcBorders>
              <w:top w:val="nil"/>
              <w:left w:val="nil"/>
              <w:bottom w:val="nil"/>
              <w:right w:val="nil"/>
            </w:tcBorders>
            <w:shd w:val="clear" w:color="000000" w:fill="FFFFFF"/>
            <w:vAlign w:val="center"/>
            <w:hideMark/>
          </w:tcPr>
          <w:p w14:paraId="23BFD5E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nil"/>
              <w:left w:val="nil"/>
              <w:bottom w:val="nil"/>
              <w:right w:val="nil"/>
            </w:tcBorders>
            <w:shd w:val="clear" w:color="000000" w:fill="F2F2F2"/>
            <w:vAlign w:val="center"/>
            <w:hideMark/>
          </w:tcPr>
          <w:p w14:paraId="117E935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94 (114)</w:t>
            </w:r>
          </w:p>
        </w:tc>
        <w:tc>
          <w:tcPr>
            <w:tcW w:w="410" w:type="pct"/>
            <w:tcBorders>
              <w:top w:val="nil"/>
              <w:left w:val="nil"/>
              <w:bottom w:val="nil"/>
              <w:right w:val="nil"/>
            </w:tcBorders>
            <w:shd w:val="clear" w:color="000000" w:fill="F2F2F2"/>
            <w:vAlign w:val="center"/>
            <w:hideMark/>
          </w:tcPr>
          <w:p w14:paraId="3FE6DA2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32 (36)</w:t>
            </w:r>
          </w:p>
        </w:tc>
        <w:tc>
          <w:tcPr>
            <w:tcW w:w="410" w:type="pct"/>
            <w:tcBorders>
              <w:top w:val="nil"/>
              <w:left w:val="nil"/>
              <w:bottom w:val="nil"/>
              <w:right w:val="nil"/>
            </w:tcBorders>
            <w:shd w:val="clear" w:color="000000" w:fill="F2F2F2"/>
            <w:vAlign w:val="center"/>
            <w:hideMark/>
          </w:tcPr>
          <w:p w14:paraId="164AEAF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36 (37)</w:t>
            </w:r>
          </w:p>
        </w:tc>
        <w:tc>
          <w:tcPr>
            <w:tcW w:w="410" w:type="pct"/>
            <w:tcBorders>
              <w:top w:val="nil"/>
              <w:left w:val="nil"/>
              <w:bottom w:val="nil"/>
              <w:right w:val="nil"/>
            </w:tcBorders>
            <w:shd w:val="clear" w:color="000000" w:fill="FFFFFF"/>
            <w:vAlign w:val="center"/>
            <w:hideMark/>
          </w:tcPr>
          <w:p w14:paraId="5324204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 (44)</w:t>
            </w:r>
          </w:p>
        </w:tc>
        <w:tc>
          <w:tcPr>
            <w:tcW w:w="411" w:type="pct"/>
            <w:tcBorders>
              <w:top w:val="nil"/>
              <w:left w:val="nil"/>
              <w:bottom w:val="nil"/>
              <w:right w:val="nil"/>
            </w:tcBorders>
            <w:shd w:val="clear" w:color="000000" w:fill="FFFFFF"/>
            <w:vAlign w:val="center"/>
            <w:hideMark/>
          </w:tcPr>
          <w:p w14:paraId="2BF71FE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0.099</w:t>
            </w:r>
          </w:p>
        </w:tc>
      </w:tr>
      <w:tr w:rsidR="00726DBE" w:rsidRPr="00693325" w14:paraId="469EA8CC" w14:textId="77777777" w:rsidTr="00841CFC">
        <w:trPr>
          <w:trHeight w:val="70"/>
        </w:trPr>
        <w:tc>
          <w:tcPr>
            <w:tcW w:w="899" w:type="pct"/>
            <w:tcBorders>
              <w:top w:val="nil"/>
              <w:left w:val="nil"/>
              <w:bottom w:val="nil"/>
              <w:right w:val="nil"/>
            </w:tcBorders>
            <w:shd w:val="clear" w:color="000000" w:fill="FFFFFF"/>
            <w:vAlign w:val="center"/>
            <w:hideMark/>
          </w:tcPr>
          <w:p w14:paraId="7DD9D3C9"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OOP </w:t>
            </w:r>
          </w:p>
        </w:tc>
        <w:tc>
          <w:tcPr>
            <w:tcW w:w="410" w:type="pct"/>
            <w:tcBorders>
              <w:top w:val="nil"/>
              <w:left w:val="nil"/>
              <w:bottom w:val="nil"/>
              <w:right w:val="nil"/>
            </w:tcBorders>
            <w:shd w:val="clear" w:color="000000" w:fill="F2F2F2"/>
            <w:vAlign w:val="center"/>
            <w:hideMark/>
          </w:tcPr>
          <w:p w14:paraId="289EC5D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48 (50)</w:t>
            </w:r>
          </w:p>
        </w:tc>
        <w:tc>
          <w:tcPr>
            <w:tcW w:w="410" w:type="pct"/>
            <w:tcBorders>
              <w:top w:val="nil"/>
              <w:left w:val="nil"/>
              <w:bottom w:val="nil"/>
              <w:right w:val="nil"/>
            </w:tcBorders>
            <w:shd w:val="clear" w:color="000000" w:fill="F2F2F2"/>
            <w:vAlign w:val="center"/>
            <w:hideMark/>
          </w:tcPr>
          <w:p w14:paraId="6E18EB2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24 (33)</w:t>
            </w:r>
          </w:p>
        </w:tc>
        <w:tc>
          <w:tcPr>
            <w:tcW w:w="410" w:type="pct"/>
            <w:tcBorders>
              <w:top w:val="nil"/>
              <w:left w:val="nil"/>
              <w:bottom w:val="nil"/>
              <w:right w:val="nil"/>
            </w:tcBorders>
            <w:shd w:val="clear" w:color="000000" w:fill="F2F2F2"/>
            <w:vAlign w:val="center"/>
            <w:hideMark/>
          </w:tcPr>
          <w:p w14:paraId="4D02F2E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 (37)</w:t>
            </w:r>
          </w:p>
        </w:tc>
        <w:tc>
          <w:tcPr>
            <w:tcW w:w="410" w:type="pct"/>
            <w:tcBorders>
              <w:top w:val="nil"/>
              <w:left w:val="nil"/>
              <w:bottom w:val="nil"/>
              <w:right w:val="nil"/>
            </w:tcBorders>
            <w:shd w:val="clear" w:color="000000" w:fill="FFFFFF"/>
            <w:vAlign w:val="center"/>
            <w:hideMark/>
          </w:tcPr>
          <w:p w14:paraId="052DE5A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 (27)</w:t>
            </w:r>
          </w:p>
        </w:tc>
        <w:tc>
          <w:tcPr>
            <w:tcW w:w="410" w:type="pct"/>
            <w:tcBorders>
              <w:top w:val="nil"/>
              <w:left w:val="nil"/>
              <w:bottom w:val="nil"/>
              <w:right w:val="nil"/>
            </w:tcBorders>
            <w:shd w:val="clear" w:color="000000" w:fill="FFFFFF"/>
            <w:vAlign w:val="center"/>
            <w:hideMark/>
          </w:tcPr>
          <w:p w14:paraId="4CCF3D8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0.126</w:t>
            </w:r>
          </w:p>
        </w:tc>
        <w:tc>
          <w:tcPr>
            <w:tcW w:w="410" w:type="pct"/>
            <w:tcBorders>
              <w:top w:val="nil"/>
              <w:left w:val="nil"/>
              <w:bottom w:val="nil"/>
              <w:right w:val="nil"/>
            </w:tcBorders>
            <w:shd w:val="clear" w:color="000000" w:fill="F2F2F2"/>
            <w:vAlign w:val="center"/>
            <w:hideMark/>
          </w:tcPr>
          <w:p w14:paraId="457887C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3BFD19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77BED58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FFFFF"/>
            <w:vAlign w:val="center"/>
            <w:hideMark/>
          </w:tcPr>
          <w:p w14:paraId="6F11E8F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(1)</w:t>
            </w:r>
          </w:p>
        </w:tc>
        <w:tc>
          <w:tcPr>
            <w:tcW w:w="411" w:type="pct"/>
            <w:tcBorders>
              <w:top w:val="nil"/>
              <w:left w:val="nil"/>
              <w:bottom w:val="nil"/>
              <w:right w:val="nil"/>
            </w:tcBorders>
            <w:shd w:val="clear" w:color="000000" w:fill="FFFFFF"/>
            <w:vAlign w:val="center"/>
            <w:hideMark/>
          </w:tcPr>
          <w:p w14:paraId="1D22443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0.456</w:t>
            </w:r>
          </w:p>
        </w:tc>
      </w:tr>
      <w:tr w:rsidR="00726DBE" w:rsidRPr="00693325" w14:paraId="79042560" w14:textId="77777777" w:rsidTr="00841CFC">
        <w:trPr>
          <w:trHeight w:val="70"/>
        </w:trPr>
        <w:tc>
          <w:tcPr>
            <w:tcW w:w="899" w:type="pct"/>
            <w:tcBorders>
              <w:top w:val="nil"/>
              <w:left w:val="nil"/>
              <w:bottom w:val="nil"/>
              <w:right w:val="nil"/>
            </w:tcBorders>
            <w:shd w:val="clear" w:color="000000" w:fill="FFFFFF"/>
            <w:vAlign w:val="center"/>
            <w:hideMark/>
          </w:tcPr>
          <w:p w14:paraId="4FBE7F43"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Specialist office visit  </w:t>
            </w:r>
          </w:p>
        </w:tc>
        <w:tc>
          <w:tcPr>
            <w:tcW w:w="410" w:type="pct"/>
            <w:tcBorders>
              <w:top w:val="nil"/>
              <w:left w:val="nil"/>
              <w:bottom w:val="nil"/>
              <w:right w:val="nil"/>
            </w:tcBorders>
            <w:shd w:val="clear" w:color="000000" w:fill="F2F2F2"/>
            <w:vAlign w:val="center"/>
            <w:hideMark/>
          </w:tcPr>
          <w:p w14:paraId="5A250F6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51 (129)</w:t>
            </w:r>
          </w:p>
        </w:tc>
        <w:tc>
          <w:tcPr>
            <w:tcW w:w="410" w:type="pct"/>
            <w:tcBorders>
              <w:top w:val="nil"/>
              <w:left w:val="nil"/>
              <w:bottom w:val="nil"/>
              <w:right w:val="nil"/>
            </w:tcBorders>
            <w:shd w:val="clear" w:color="000000" w:fill="F2F2F2"/>
            <w:vAlign w:val="center"/>
            <w:hideMark/>
          </w:tcPr>
          <w:p w14:paraId="5ACD732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36 (71)</w:t>
            </w:r>
          </w:p>
        </w:tc>
        <w:tc>
          <w:tcPr>
            <w:tcW w:w="410" w:type="pct"/>
            <w:tcBorders>
              <w:top w:val="nil"/>
              <w:left w:val="nil"/>
              <w:bottom w:val="nil"/>
              <w:right w:val="nil"/>
            </w:tcBorders>
            <w:shd w:val="clear" w:color="000000" w:fill="F2F2F2"/>
            <w:vAlign w:val="center"/>
            <w:hideMark/>
          </w:tcPr>
          <w:p w14:paraId="16C7A5F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33 (67)</w:t>
            </w:r>
          </w:p>
        </w:tc>
        <w:tc>
          <w:tcPr>
            <w:tcW w:w="410" w:type="pct"/>
            <w:tcBorders>
              <w:top w:val="nil"/>
              <w:left w:val="nil"/>
              <w:bottom w:val="nil"/>
              <w:right w:val="nil"/>
            </w:tcBorders>
            <w:shd w:val="clear" w:color="000000" w:fill="FFFFFF"/>
            <w:vAlign w:val="center"/>
            <w:hideMark/>
          </w:tcPr>
          <w:p w14:paraId="0436C5C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 (24)</w:t>
            </w:r>
          </w:p>
        </w:tc>
        <w:tc>
          <w:tcPr>
            <w:tcW w:w="410" w:type="pct"/>
            <w:tcBorders>
              <w:top w:val="nil"/>
              <w:left w:val="nil"/>
              <w:bottom w:val="nil"/>
              <w:right w:val="nil"/>
            </w:tcBorders>
            <w:shd w:val="clear" w:color="000000" w:fill="FFFFFF"/>
            <w:vAlign w:val="center"/>
            <w:hideMark/>
          </w:tcPr>
          <w:p w14:paraId="444F37D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0.006</w:t>
            </w:r>
          </w:p>
        </w:tc>
        <w:tc>
          <w:tcPr>
            <w:tcW w:w="410" w:type="pct"/>
            <w:tcBorders>
              <w:top w:val="nil"/>
              <w:left w:val="nil"/>
              <w:bottom w:val="nil"/>
              <w:right w:val="nil"/>
            </w:tcBorders>
            <w:shd w:val="clear" w:color="000000" w:fill="F2F2F2"/>
            <w:vAlign w:val="center"/>
            <w:hideMark/>
          </w:tcPr>
          <w:p w14:paraId="2E1E224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 (37)</w:t>
            </w:r>
          </w:p>
        </w:tc>
        <w:tc>
          <w:tcPr>
            <w:tcW w:w="410" w:type="pct"/>
            <w:tcBorders>
              <w:top w:val="nil"/>
              <w:left w:val="nil"/>
              <w:bottom w:val="nil"/>
              <w:right w:val="nil"/>
            </w:tcBorders>
            <w:shd w:val="clear" w:color="000000" w:fill="F2F2F2"/>
            <w:vAlign w:val="center"/>
            <w:hideMark/>
          </w:tcPr>
          <w:p w14:paraId="5516ACB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 (13)</w:t>
            </w:r>
          </w:p>
        </w:tc>
        <w:tc>
          <w:tcPr>
            <w:tcW w:w="410" w:type="pct"/>
            <w:tcBorders>
              <w:top w:val="nil"/>
              <w:left w:val="nil"/>
              <w:bottom w:val="nil"/>
              <w:right w:val="nil"/>
            </w:tcBorders>
            <w:shd w:val="clear" w:color="000000" w:fill="F2F2F2"/>
            <w:vAlign w:val="center"/>
            <w:hideMark/>
          </w:tcPr>
          <w:p w14:paraId="61ED43B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 (12)</w:t>
            </w:r>
          </w:p>
        </w:tc>
        <w:tc>
          <w:tcPr>
            <w:tcW w:w="410" w:type="pct"/>
            <w:tcBorders>
              <w:top w:val="nil"/>
              <w:left w:val="nil"/>
              <w:bottom w:val="nil"/>
              <w:right w:val="nil"/>
            </w:tcBorders>
            <w:shd w:val="clear" w:color="000000" w:fill="FFFFFF"/>
            <w:vAlign w:val="center"/>
            <w:hideMark/>
          </w:tcPr>
          <w:p w14:paraId="664BD61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(21)</w:t>
            </w:r>
          </w:p>
        </w:tc>
        <w:tc>
          <w:tcPr>
            <w:tcW w:w="411" w:type="pct"/>
            <w:tcBorders>
              <w:top w:val="nil"/>
              <w:left w:val="nil"/>
              <w:bottom w:val="nil"/>
              <w:right w:val="nil"/>
            </w:tcBorders>
            <w:shd w:val="clear" w:color="000000" w:fill="FFFFFF"/>
            <w:vAlign w:val="center"/>
            <w:hideMark/>
          </w:tcPr>
          <w:p w14:paraId="0662027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0.180</w:t>
            </w:r>
          </w:p>
        </w:tc>
      </w:tr>
      <w:tr w:rsidR="00726DBE" w:rsidRPr="00693325" w14:paraId="5B4A5B6F" w14:textId="77777777" w:rsidTr="00841CFC">
        <w:trPr>
          <w:trHeight w:val="70"/>
        </w:trPr>
        <w:tc>
          <w:tcPr>
            <w:tcW w:w="899" w:type="pct"/>
            <w:tcBorders>
              <w:top w:val="nil"/>
              <w:left w:val="nil"/>
              <w:bottom w:val="nil"/>
              <w:right w:val="nil"/>
            </w:tcBorders>
            <w:shd w:val="clear" w:color="000000" w:fill="FFFFFF"/>
            <w:vAlign w:val="center"/>
            <w:hideMark/>
          </w:tcPr>
          <w:p w14:paraId="2F1AD7E6"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Plan paid </w:t>
            </w:r>
          </w:p>
        </w:tc>
        <w:tc>
          <w:tcPr>
            <w:tcW w:w="410" w:type="pct"/>
            <w:tcBorders>
              <w:top w:val="nil"/>
              <w:left w:val="nil"/>
              <w:bottom w:val="nil"/>
              <w:right w:val="nil"/>
            </w:tcBorders>
            <w:shd w:val="clear" w:color="000000" w:fill="F2F2F2"/>
            <w:vAlign w:val="center"/>
            <w:hideMark/>
          </w:tcPr>
          <w:p w14:paraId="33D96E7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35 (99)</w:t>
            </w:r>
          </w:p>
        </w:tc>
        <w:tc>
          <w:tcPr>
            <w:tcW w:w="410" w:type="pct"/>
            <w:tcBorders>
              <w:top w:val="nil"/>
              <w:left w:val="nil"/>
              <w:bottom w:val="nil"/>
              <w:right w:val="nil"/>
            </w:tcBorders>
            <w:shd w:val="clear" w:color="000000" w:fill="F2F2F2"/>
            <w:vAlign w:val="center"/>
            <w:hideMark/>
          </w:tcPr>
          <w:p w14:paraId="3770ACB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30 (63)</w:t>
            </w:r>
          </w:p>
        </w:tc>
        <w:tc>
          <w:tcPr>
            <w:tcW w:w="410" w:type="pct"/>
            <w:tcBorders>
              <w:top w:val="nil"/>
              <w:left w:val="nil"/>
              <w:bottom w:val="nil"/>
              <w:right w:val="nil"/>
            </w:tcBorders>
            <w:shd w:val="clear" w:color="000000" w:fill="F2F2F2"/>
            <w:vAlign w:val="center"/>
            <w:hideMark/>
          </w:tcPr>
          <w:p w14:paraId="789FCE1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25 (53)</w:t>
            </w:r>
          </w:p>
        </w:tc>
        <w:tc>
          <w:tcPr>
            <w:tcW w:w="410" w:type="pct"/>
            <w:tcBorders>
              <w:top w:val="nil"/>
              <w:left w:val="nil"/>
              <w:bottom w:val="nil"/>
              <w:right w:val="nil"/>
            </w:tcBorders>
            <w:shd w:val="clear" w:color="000000" w:fill="FFFFFF"/>
            <w:vAlign w:val="center"/>
            <w:hideMark/>
          </w:tcPr>
          <w:p w14:paraId="25B3074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 (19)</w:t>
            </w:r>
          </w:p>
        </w:tc>
        <w:tc>
          <w:tcPr>
            <w:tcW w:w="410" w:type="pct"/>
            <w:tcBorders>
              <w:top w:val="nil"/>
              <w:left w:val="nil"/>
              <w:bottom w:val="nil"/>
              <w:right w:val="nil"/>
            </w:tcBorders>
            <w:shd w:val="clear" w:color="000000" w:fill="FFFFFF"/>
            <w:vAlign w:val="center"/>
            <w:hideMark/>
          </w:tcPr>
          <w:p w14:paraId="6029FE7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0.008</w:t>
            </w:r>
          </w:p>
        </w:tc>
        <w:tc>
          <w:tcPr>
            <w:tcW w:w="410" w:type="pct"/>
            <w:tcBorders>
              <w:top w:val="nil"/>
              <w:left w:val="nil"/>
              <w:bottom w:val="nil"/>
              <w:right w:val="nil"/>
            </w:tcBorders>
            <w:shd w:val="clear" w:color="000000" w:fill="F2F2F2"/>
            <w:vAlign w:val="center"/>
            <w:hideMark/>
          </w:tcPr>
          <w:p w14:paraId="4614CBE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 (37)</w:t>
            </w:r>
          </w:p>
        </w:tc>
        <w:tc>
          <w:tcPr>
            <w:tcW w:w="410" w:type="pct"/>
            <w:tcBorders>
              <w:top w:val="nil"/>
              <w:left w:val="nil"/>
              <w:bottom w:val="nil"/>
              <w:right w:val="nil"/>
            </w:tcBorders>
            <w:shd w:val="clear" w:color="000000" w:fill="F2F2F2"/>
            <w:vAlign w:val="center"/>
            <w:hideMark/>
          </w:tcPr>
          <w:p w14:paraId="26DEB2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 (13)</w:t>
            </w:r>
          </w:p>
        </w:tc>
        <w:tc>
          <w:tcPr>
            <w:tcW w:w="410" w:type="pct"/>
            <w:tcBorders>
              <w:top w:val="nil"/>
              <w:left w:val="nil"/>
              <w:bottom w:val="nil"/>
              <w:right w:val="nil"/>
            </w:tcBorders>
            <w:shd w:val="clear" w:color="000000" w:fill="F2F2F2"/>
            <w:vAlign w:val="center"/>
            <w:hideMark/>
          </w:tcPr>
          <w:p w14:paraId="487026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 (12)</w:t>
            </w:r>
          </w:p>
        </w:tc>
        <w:tc>
          <w:tcPr>
            <w:tcW w:w="410" w:type="pct"/>
            <w:tcBorders>
              <w:top w:val="nil"/>
              <w:left w:val="nil"/>
              <w:bottom w:val="nil"/>
              <w:right w:val="nil"/>
            </w:tcBorders>
            <w:shd w:val="clear" w:color="000000" w:fill="FFFFFF"/>
            <w:vAlign w:val="center"/>
            <w:hideMark/>
          </w:tcPr>
          <w:p w14:paraId="11834A4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(21)</w:t>
            </w:r>
          </w:p>
        </w:tc>
        <w:tc>
          <w:tcPr>
            <w:tcW w:w="411" w:type="pct"/>
            <w:tcBorders>
              <w:top w:val="nil"/>
              <w:left w:val="nil"/>
              <w:bottom w:val="nil"/>
              <w:right w:val="nil"/>
            </w:tcBorders>
            <w:shd w:val="clear" w:color="000000" w:fill="FFFFFF"/>
            <w:vAlign w:val="center"/>
            <w:hideMark/>
          </w:tcPr>
          <w:p w14:paraId="74C5974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0.182</w:t>
            </w:r>
          </w:p>
        </w:tc>
      </w:tr>
      <w:tr w:rsidR="00726DBE" w:rsidRPr="00693325" w14:paraId="109F64B6" w14:textId="77777777" w:rsidTr="00841CFC">
        <w:trPr>
          <w:trHeight w:val="70"/>
        </w:trPr>
        <w:tc>
          <w:tcPr>
            <w:tcW w:w="899" w:type="pct"/>
            <w:tcBorders>
              <w:top w:val="nil"/>
              <w:left w:val="nil"/>
              <w:bottom w:val="nil"/>
              <w:right w:val="nil"/>
            </w:tcBorders>
            <w:shd w:val="clear" w:color="000000" w:fill="FFFFFF"/>
            <w:vAlign w:val="center"/>
            <w:hideMark/>
          </w:tcPr>
          <w:p w14:paraId="4EA291E8"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OOP </w:t>
            </w:r>
          </w:p>
        </w:tc>
        <w:tc>
          <w:tcPr>
            <w:tcW w:w="410" w:type="pct"/>
            <w:tcBorders>
              <w:top w:val="nil"/>
              <w:left w:val="nil"/>
              <w:bottom w:val="nil"/>
              <w:right w:val="nil"/>
            </w:tcBorders>
            <w:shd w:val="clear" w:color="000000" w:fill="F2F2F2"/>
            <w:vAlign w:val="center"/>
            <w:hideMark/>
          </w:tcPr>
          <w:p w14:paraId="4DC4504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16 (35)</w:t>
            </w:r>
          </w:p>
        </w:tc>
        <w:tc>
          <w:tcPr>
            <w:tcW w:w="410" w:type="pct"/>
            <w:tcBorders>
              <w:top w:val="nil"/>
              <w:left w:val="nil"/>
              <w:bottom w:val="nil"/>
              <w:right w:val="nil"/>
            </w:tcBorders>
            <w:shd w:val="clear" w:color="000000" w:fill="F2F2F2"/>
            <w:vAlign w:val="center"/>
            <w:hideMark/>
          </w:tcPr>
          <w:p w14:paraId="7F490D0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 (12)</w:t>
            </w:r>
          </w:p>
        </w:tc>
        <w:tc>
          <w:tcPr>
            <w:tcW w:w="410" w:type="pct"/>
            <w:tcBorders>
              <w:top w:val="nil"/>
              <w:left w:val="nil"/>
              <w:bottom w:val="nil"/>
              <w:right w:val="nil"/>
            </w:tcBorders>
            <w:shd w:val="clear" w:color="000000" w:fill="F2F2F2"/>
            <w:vAlign w:val="center"/>
            <w:hideMark/>
          </w:tcPr>
          <w:p w14:paraId="3084F5A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 (19)</w:t>
            </w:r>
          </w:p>
        </w:tc>
        <w:tc>
          <w:tcPr>
            <w:tcW w:w="410" w:type="pct"/>
            <w:tcBorders>
              <w:top w:val="nil"/>
              <w:left w:val="nil"/>
              <w:bottom w:val="nil"/>
              <w:right w:val="nil"/>
            </w:tcBorders>
            <w:shd w:val="clear" w:color="000000" w:fill="FFFFFF"/>
            <w:vAlign w:val="center"/>
            <w:hideMark/>
          </w:tcPr>
          <w:p w14:paraId="77D1895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(7)</w:t>
            </w:r>
          </w:p>
        </w:tc>
        <w:tc>
          <w:tcPr>
            <w:tcW w:w="410" w:type="pct"/>
            <w:tcBorders>
              <w:top w:val="nil"/>
              <w:left w:val="nil"/>
              <w:bottom w:val="nil"/>
              <w:right w:val="nil"/>
            </w:tcBorders>
            <w:shd w:val="clear" w:color="000000" w:fill="FFFFFF"/>
            <w:vAlign w:val="center"/>
            <w:hideMark/>
          </w:tcPr>
          <w:p w14:paraId="3C8EE83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0.024</w:t>
            </w:r>
          </w:p>
        </w:tc>
        <w:tc>
          <w:tcPr>
            <w:tcW w:w="410" w:type="pct"/>
            <w:tcBorders>
              <w:top w:val="nil"/>
              <w:left w:val="nil"/>
              <w:bottom w:val="nil"/>
              <w:right w:val="nil"/>
            </w:tcBorders>
            <w:shd w:val="clear" w:color="000000" w:fill="F2F2F2"/>
            <w:vAlign w:val="center"/>
            <w:hideMark/>
          </w:tcPr>
          <w:p w14:paraId="516F212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2F58B91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79C1062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FFFFF"/>
            <w:vAlign w:val="center"/>
            <w:hideMark/>
          </w:tcPr>
          <w:p w14:paraId="7D16413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1" w:type="pct"/>
            <w:tcBorders>
              <w:top w:val="nil"/>
              <w:left w:val="nil"/>
              <w:bottom w:val="nil"/>
              <w:right w:val="nil"/>
            </w:tcBorders>
            <w:shd w:val="clear" w:color="000000" w:fill="FFFFFF"/>
            <w:vAlign w:val="center"/>
            <w:hideMark/>
          </w:tcPr>
          <w:p w14:paraId="59CFB6A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0.138</w:t>
            </w:r>
          </w:p>
        </w:tc>
      </w:tr>
      <w:tr w:rsidR="00726DBE" w:rsidRPr="00693325" w14:paraId="30FB31D7" w14:textId="77777777" w:rsidTr="00841CFC">
        <w:trPr>
          <w:trHeight w:val="70"/>
        </w:trPr>
        <w:tc>
          <w:tcPr>
            <w:tcW w:w="899" w:type="pct"/>
            <w:tcBorders>
              <w:top w:val="nil"/>
              <w:left w:val="nil"/>
              <w:bottom w:val="nil"/>
              <w:right w:val="nil"/>
            </w:tcBorders>
            <w:shd w:val="clear" w:color="000000" w:fill="FFFFFF"/>
            <w:vAlign w:val="center"/>
            <w:hideMark/>
          </w:tcPr>
          <w:p w14:paraId="4DE7627F"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Well-child office visit  </w:t>
            </w:r>
          </w:p>
        </w:tc>
        <w:tc>
          <w:tcPr>
            <w:tcW w:w="410" w:type="pct"/>
            <w:tcBorders>
              <w:top w:val="nil"/>
              <w:left w:val="nil"/>
              <w:bottom w:val="nil"/>
              <w:right w:val="nil"/>
            </w:tcBorders>
            <w:shd w:val="clear" w:color="000000" w:fill="F2F2F2"/>
            <w:vAlign w:val="center"/>
            <w:hideMark/>
          </w:tcPr>
          <w:p w14:paraId="40BA8DC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30 (43)</w:t>
            </w:r>
          </w:p>
        </w:tc>
        <w:tc>
          <w:tcPr>
            <w:tcW w:w="410" w:type="pct"/>
            <w:tcBorders>
              <w:top w:val="nil"/>
              <w:left w:val="nil"/>
              <w:bottom w:val="nil"/>
              <w:right w:val="nil"/>
            </w:tcBorders>
            <w:shd w:val="clear" w:color="000000" w:fill="F2F2F2"/>
            <w:vAlign w:val="center"/>
            <w:hideMark/>
          </w:tcPr>
          <w:p w14:paraId="4FDF18B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31 (43)</w:t>
            </w:r>
          </w:p>
        </w:tc>
        <w:tc>
          <w:tcPr>
            <w:tcW w:w="410" w:type="pct"/>
            <w:tcBorders>
              <w:top w:val="nil"/>
              <w:left w:val="nil"/>
              <w:bottom w:val="nil"/>
              <w:right w:val="nil"/>
            </w:tcBorders>
            <w:shd w:val="clear" w:color="000000" w:fill="F2F2F2"/>
            <w:vAlign w:val="center"/>
            <w:hideMark/>
          </w:tcPr>
          <w:p w14:paraId="3CC3E82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26 (26)</w:t>
            </w:r>
          </w:p>
        </w:tc>
        <w:tc>
          <w:tcPr>
            <w:tcW w:w="410" w:type="pct"/>
            <w:tcBorders>
              <w:top w:val="nil"/>
              <w:left w:val="nil"/>
              <w:bottom w:val="nil"/>
              <w:right w:val="nil"/>
            </w:tcBorders>
            <w:shd w:val="clear" w:color="000000" w:fill="FFFFFF"/>
            <w:vAlign w:val="center"/>
            <w:hideMark/>
          </w:tcPr>
          <w:p w14:paraId="42AD87B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30 (32)</w:t>
            </w:r>
          </w:p>
        </w:tc>
        <w:tc>
          <w:tcPr>
            <w:tcW w:w="410" w:type="pct"/>
            <w:tcBorders>
              <w:top w:val="nil"/>
              <w:left w:val="nil"/>
              <w:bottom w:val="nil"/>
              <w:right w:val="nil"/>
            </w:tcBorders>
            <w:shd w:val="clear" w:color="000000" w:fill="FFFFFF"/>
            <w:vAlign w:val="center"/>
            <w:hideMark/>
          </w:tcPr>
          <w:p w14:paraId="163D55A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0.583</w:t>
            </w:r>
          </w:p>
        </w:tc>
        <w:tc>
          <w:tcPr>
            <w:tcW w:w="410" w:type="pct"/>
            <w:tcBorders>
              <w:top w:val="nil"/>
              <w:left w:val="nil"/>
              <w:bottom w:val="nil"/>
              <w:right w:val="nil"/>
            </w:tcBorders>
            <w:shd w:val="clear" w:color="000000" w:fill="F2F2F2"/>
            <w:vAlign w:val="center"/>
            <w:hideMark/>
          </w:tcPr>
          <w:p w14:paraId="4A0A87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 (39)</w:t>
            </w:r>
          </w:p>
        </w:tc>
        <w:tc>
          <w:tcPr>
            <w:tcW w:w="410" w:type="pct"/>
            <w:tcBorders>
              <w:top w:val="nil"/>
              <w:left w:val="nil"/>
              <w:bottom w:val="nil"/>
              <w:right w:val="nil"/>
            </w:tcBorders>
            <w:shd w:val="clear" w:color="000000" w:fill="F2F2F2"/>
            <w:vAlign w:val="center"/>
            <w:hideMark/>
          </w:tcPr>
          <w:p w14:paraId="10F0E86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 (10)</w:t>
            </w:r>
          </w:p>
        </w:tc>
        <w:tc>
          <w:tcPr>
            <w:tcW w:w="410" w:type="pct"/>
            <w:tcBorders>
              <w:top w:val="nil"/>
              <w:left w:val="nil"/>
              <w:bottom w:val="nil"/>
              <w:right w:val="nil"/>
            </w:tcBorders>
            <w:shd w:val="clear" w:color="000000" w:fill="F2F2F2"/>
            <w:vAlign w:val="center"/>
            <w:hideMark/>
          </w:tcPr>
          <w:p w14:paraId="0511429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 (10)</w:t>
            </w:r>
          </w:p>
        </w:tc>
        <w:tc>
          <w:tcPr>
            <w:tcW w:w="410" w:type="pct"/>
            <w:tcBorders>
              <w:top w:val="nil"/>
              <w:left w:val="nil"/>
              <w:bottom w:val="nil"/>
              <w:right w:val="nil"/>
            </w:tcBorders>
            <w:shd w:val="clear" w:color="000000" w:fill="FFFFFF"/>
            <w:vAlign w:val="center"/>
            <w:hideMark/>
          </w:tcPr>
          <w:p w14:paraId="023550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 (18)</w:t>
            </w:r>
          </w:p>
        </w:tc>
        <w:tc>
          <w:tcPr>
            <w:tcW w:w="411" w:type="pct"/>
            <w:tcBorders>
              <w:top w:val="nil"/>
              <w:left w:val="nil"/>
              <w:bottom w:val="nil"/>
              <w:right w:val="nil"/>
            </w:tcBorders>
            <w:shd w:val="clear" w:color="000000" w:fill="FFFFFF"/>
            <w:vAlign w:val="center"/>
            <w:hideMark/>
          </w:tcPr>
          <w:p w14:paraId="525F66E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0.031</w:t>
            </w:r>
          </w:p>
        </w:tc>
      </w:tr>
      <w:tr w:rsidR="00726DBE" w:rsidRPr="00693325" w14:paraId="566A765B" w14:textId="77777777" w:rsidTr="00841CFC">
        <w:trPr>
          <w:trHeight w:val="70"/>
        </w:trPr>
        <w:tc>
          <w:tcPr>
            <w:tcW w:w="899" w:type="pct"/>
            <w:tcBorders>
              <w:top w:val="nil"/>
              <w:left w:val="nil"/>
              <w:bottom w:val="nil"/>
              <w:right w:val="nil"/>
            </w:tcBorders>
            <w:shd w:val="clear" w:color="000000" w:fill="FFFFFF"/>
            <w:vAlign w:val="center"/>
            <w:hideMark/>
          </w:tcPr>
          <w:p w14:paraId="2FB3DCFF"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Plan paid </w:t>
            </w:r>
          </w:p>
        </w:tc>
        <w:tc>
          <w:tcPr>
            <w:tcW w:w="410" w:type="pct"/>
            <w:tcBorders>
              <w:top w:val="nil"/>
              <w:left w:val="nil"/>
              <w:bottom w:val="nil"/>
              <w:right w:val="nil"/>
            </w:tcBorders>
            <w:shd w:val="clear" w:color="000000" w:fill="F2F2F2"/>
            <w:vAlign w:val="center"/>
            <w:hideMark/>
          </w:tcPr>
          <w:p w14:paraId="2231FEF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 (39)</w:t>
            </w:r>
          </w:p>
        </w:tc>
        <w:tc>
          <w:tcPr>
            <w:tcW w:w="410" w:type="pct"/>
            <w:tcBorders>
              <w:top w:val="nil"/>
              <w:left w:val="nil"/>
              <w:bottom w:val="nil"/>
              <w:right w:val="nil"/>
            </w:tcBorders>
            <w:shd w:val="clear" w:color="000000" w:fill="F2F2F2"/>
            <w:vAlign w:val="center"/>
            <w:hideMark/>
          </w:tcPr>
          <w:p w14:paraId="730E81B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30 (43)</w:t>
            </w:r>
          </w:p>
        </w:tc>
        <w:tc>
          <w:tcPr>
            <w:tcW w:w="410" w:type="pct"/>
            <w:tcBorders>
              <w:top w:val="nil"/>
              <w:left w:val="nil"/>
              <w:bottom w:val="nil"/>
              <w:right w:val="nil"/>
            </w:tcBorders>
            <w:shd w:val="clear" w:color="000000" w:fill="F2F2F2"/>
            <w:vAlign w:val="center"/>
            <w:hideMark/>
          </w:tcPr>
          <w:p w14:paraId="0E93810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25 (26)</w:t>
            </w:r>
          </w:p>
        </w:tc>
        <w:tc>
          <w:tcPr>
            <w:tcW w:w="410" w:type="pct"/>
            <w:tcBorders>
              <w:top w:val="nil"/>
              <w:left w:val="nil"/>
              <w:bottom w:val="nil"/>
              <w:right w:val="nil"/>
            </w:tcBorders>
            <w:shd w:val="clear" w:color="000000" w:fill="FFFFFF"/>
            <w:vAlign w:val="center"/>
            <w:hideMark/>
          </w:tcPr>
          <w:p w14:paraId="4BCAD0D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27 (31)</w:t>
            </w:r>
          </w:p>
        </w:tc>
        <w:tc>
          <w:tcPr>
            <w:tcW w:w="410" w:type="pct"/>
            <w:tcBorders>
              <w:top w:val="nil"/>
              <w:left w:val="nil"/>
              <w:bottom w:val="nil"/>
              <w:right w:val="nil"/>
            </w:tcBorders>
            <w:shd w:val="clear" w:color="000000" w:fill="FFFFFF"/>
            <w:vAlign w:val="center"/>
            <w:hideMark/>
          </w:tcPr>
          <w:p w14:paraId="3EBA073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0.729</w:t>
            </w:r>
          </w:p>
        </w:tc>
        <w:tc>
          <w:tcPr>
            <w:tcW w:w="410" w:type="pct"/>
            <w:tcBorders>
              <w:top w:val="nil"/>
              <w:left w:val="nil"/>
              <w:bottom w:val="nil"/>
              <w:right w:val="nil"/>
            </w:tcBorders>
            <w:shd w:val="clear" w:color="000000" w:fill="F2F2F2"/>
            <w:vAlign w:val="center"/>
            <w:hideMark/>
          </w:tcPr>
          <w:p w14:paraId="01B3BDA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 (39)</w:t>
            </w:r>
          </w:p>
        </w:tc>
        <w:tc>
          <w:tcPr>
            <w:tcW w:w="410" w:type="pct"/>
            <w:tcBorders>
              <w:top w:val="nil"/>
              <w:left w:val="nil"/>
              <w:bottom w:val="nil"/>
              <w:right w:val="nil"/>
            </w:tcBorders>
            <w:shd w:val="clear" w:color="000000" w:fill="F2F2F2"/>
            <w:vAlign w:val="center"/>
            <w:hideMark/>
          </w:tcPr>
          <w:p w14:paraId="677F35A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 (10)</w:t>
            </w:r>
          </w:p>
        </w:tc>
        <w:tc>
          <w:tcPr>
            <w:tcW w:w="410" w:type="pct"/>
            <w:tcBorders>
              <w:top w:val="nil"/>
              <w:left w:val="nil"/>
              <w:bottom w:val="nil"/>
              <w:right w:val="nil"/>
            </w:tcBorders>
            <w:shd w:val="clear" w:color="000000" w:fill="F2F2F2"/>
            <w:vAlign w:val="center"/>
            <w:hideMark/>
          </w:tcPr>
          <w:p w14:paraId="163A829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 (10)</w:t>
            </w:r>
          </w:p>
        </w:tc>
        <w:tc>
          <w:tcPr>
            <w:tcW w:w="410" w:type="pct"/>
            <w:tcBorders>
              <w:top w:val="nil"/>
              <w:left w:val="nil"/>
              <w:bottom w:val="nil"/>
              <w:right w:val="nil"/>
            </w:tcBorders>
            <w:shd w:val="clear" w:color="000000" w:fill="FFFFFF"/>
            <w:vAlign w:val="center"/>
            <w:hideMark/>
          </w:tcPr>
          <w:p w14:paraId="5DB1B94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 (18)</w:t>
            </w:r>
          </w:p>
        </w:tc>
        <w:tc>
          <w:tcPr>
            <w:tcW w:w="411" w:type="pct"/>
            <w:tcBorders>
              <w:top w:val="nil"/>
              <w:left w:val="nil"/>
              <w:bottom w:val="nil"/>
              <w:right w:val="nil"/>
            </w:tcBorders>
            <w:shd w:val="clear" w:color="000000" w:fill="FFFFFF"/>
            <w:vAlign w:val="center"/>
            <w:hideMark/>
          </w:tcPr>
          <w:p w14:paraId="061E608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0.031</w:t>
            </w:r>
          </w:p>
        </w:tc>
      </w:tr>
      <w:tr w:rsidR="00726DBE" w:rsidRPr="00693325" w14:paraId="29D2C412" w14:textId="77777777" w:rsidTr="00841CFC">
        <w:trPr>
          <w:trHeight w:val="70"/>
        </w:trPr>
        <w:tc>
          <w:tcPr>
            <w:tcW w:w="899" w:type="pct"/>
            <w:tcBorders>
              <w:top w:val="nil"/>
              <w:left w:val="nil"/>
              <w:bottom w:val="nil"/>
              <w:right w:val="nil"/>
            </w:tcBorders>
            <w:shd w:val="clear" w:color="000000" w:fill="FFFFFF"/>
            <w:vAlign w:val="center"/>
            <w:hideMark/>
          </w:tcPr>
          <w:p w14:paraId="4D4B744C"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OOP </w:t>
            </w:r>
          </w:p>
        </w:tc>
        <w:tc>
          <w:tcPr>
            <w:tcW w:w="410" w:type="pct"/>
            <w:tcBorders>
              <w:top w:val="nil"/>
              <w:left w:val="nil"/>
              <w:bottom w:val="nil"/>
              <w:right w:val="nil"/>
            </w:tcBorders>
            <w:shd w:val="clear" w:color="000000" w:fill="F2F2F2"/>
            <w:vAlign w:val="center"/>
            <w:hideMark/>
          </w:tcPr>
          <w:p w14:paraId="62B96F6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(8)</w:t>
            </w:r>
          </w:p>
        </w:tc>
        <w:tc>
          <w:tcPr>
            <w:tcW w:w="410" w:type="pct"/>
            <w:tcBorders>
              <w:top w:val="nil"/>
              <w:left w:val="nil"/>
              <w:bottom w:val="nil"/>
              <w:right w:val="nil"/>
            </w:tcBorders>
            <w:shd w:val="clear" w:color="000000" w:fill="F2F2F2"/>
            <w:vAlign w:val="center"/>
            <w:hideMark/>
          </w:tcPr>
          <w:p w14:paraId="7EF2F26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(1)</w:t>
            </w:r>
          </w:p>
        </w:tc>
        <w:tc>
          <w:tcPr>
            <w:tcW w:w="410" w:type="pct"/>
            <w:tcBorders>
              <w:top w:val="nil"/>
              <w:left w:val="nil"/>
              <w:bottom w:val="nil"/>
              <w:right w:val="nil"/>
            </w:tcBorders>
            <w:shd w:val="clear" w:color="000000" w:fill="F2F2F2"/>
            <w:vAlign w:val="center"/>
            <w:hideMark/>
          </w:tcPr>
          <w:p w14:paraId="4949E6D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(2)</w:t>
            </w:r>
          </w:p>
        </w:tc>
        <w:tc>
          <w:tcPr>
            <w:tcW w:w="410" w:type="pct"/>
            <w:tcBorders>
              <w:top w:val="nil"/>
              <w:left w:val="nil"/>
              <w:bottom w:val="nil"/>
              <w:right w:val="nil"/>
            </w:tcBorders>
            <w:shd w:val="clear" w:color="000000" w:fill="FFFFFF"/>
            <w:vAlign w:val="center"/>
            <w:hideMark/>
          </w:tcPr>
          <w:p w14:paraId="332940A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(5)</w:t>
            </w:r>
          </w:p>
        </w:tc>
        <w:tc>
          <w:tcPr>
            <w:tcW w:w="410" w:type="pct"/>
            <w:tcBorders>
              <w:top w:val="nil"/>
              <w:left w:val="nil"/>
              <w:bottom w:val="nil"/>
              <w:right w:val="nil"/>
            </w:tcBorders>
            <w:shd w:val="clear" w:color="000000" w:fill="FFFFFF"/>
            <w:vAlign w:val="center"/>
            <w:hideMark/>
          </w:tcPr>
          <w:p w14:paraId="50A17D1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0.144</w:t>
            </w:r>
          </w:p>
        </w:tc>
        <w:tc>
          <w:tcPr>
            <w:tcW w:w="410" w:type="pct"/>
            <w:tcBorders>
              <w:top w:val="nil"/>
              <w:left w:val="nil"/>
              <w:bottom w:val="nil"/>
              <w:right w:val="nil"/>
            </w:tcBorders>
            <w:shd w:val="clear" w:color="000000" w:fill="F2F2F2"/>
            <w:vAlign w:val="center"/>
            <w:hideMark/>
          </w:tcPr>
          <w:p w14:paraId="5E48A6F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2439E96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5CBC23E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FFFFF"/>
            <w:vAlign w:val="center"/>
            <w:hideMark/>
          </w:tcPr>
          <w:p w14:paraId="38BA4F0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1" w:type="pct"/>
            <w:tcBorders>
              <w:top w:val="nil"/>
              <w:left w:val="nil"/>
              <w:bottom w:val="nil"/>
              <w:right w:val="nil"/>
            </w:tcBorders>
            <w:shd w:val="clear" w:color="000000" w:fill="FFFFFF"/>
            <w:vAlign w:val="center"/>
            <w:hideMark/>
          </w:tcPr>
          <w:p w14:paraId="5E77826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65B36AF0" w14:textId="77777777" w:rsidTr="00841CFC">
        <w:trPr>
          <w:trHeight w:val="70"/>
        </w:trPr>
        <w:tc>
          <w:tcPr>
            <w:tcW w:w="899" w:type="pct"/>
            <w:tcBorders>
              <w:top w:val="nil"/>
              <w:left w:val="nil"/>
              <w:bottom w:val="nil"/>
              <w:right w:val="nil"/>
            </w:tcBorders>
            <w:shd w:val="clear" w:color="000000" w:fill="FFFFFF"/>
            <w:vAlign w:val="center"/>
            <w:hideMark/>
          </w:tcPr>
          <w:p w14:paraId="15B8BCC9"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 xml:space="preserve">Other outpatient services </w:t>
            </w:r>
            <w:r w:rsidRPr="00693325">
              <w:rPr>
                <w:rFonts w:ascii="Times New Roman" w:hAnsi="Times New Roman"/>
                <w:b/>
                <w:bCs/>
                <w:color w:val="000000"/>
                <w:sz w:val="16"/>
              </w:rPr>
              <w:t>($), mean (SD)</w:t>
            </w:r>
            <w:r w:rsidRPr="00693325">
              <w:rPr>
                <w:rFonts w:ascii="Times New Roman" w:hAnsi="Times New Roman"/>
                <w:b/>
                <w:bCs/>
                <w:color w:val="000000"/>
                <w:sz w:val="16"/>
                <w:szCs w:val="16"/>
              </w:rPr>
              <w:t xml:space="preserve"> </w:t>
            </w:r>
          </w:p>
        </w:tc>
        <w:tc>
          <w:tcPr>
            <w:tcW w:w="410" w:type="pct"/>
            <w:tcBorders>
              <w:top w:val="nil"/>
              <w:left w:val="nil"/>
              <w:bottom w:val="nil"/>
              <w:right w:val="nil"/>
            </w:tcBorders>
            <w:shd w:val="clear" w:color="000000" w:fill="F2F2F2"/>
            <w:vAlign w:val="center"/>
            <w:hideMark/>
          </w:tcPr>
          <w:p w14:paraId="6B2F211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5,346 (6,983)</w:t>
            </w:r>
          </w:p>
        </w:tc>
        <w:tc>
          <w:tcPr>
            <w:tcW w:w="410" w:type="pct"/>
            <w:tcBorders>
              <w:top w:val="nil"/>
              <w:left w:val="nil"/>
              <w:bottom w:val="nil"/>
              <w:right w:val="nil"/>
            </w:tcBorders>
            <w:shd w:val="clear" w:color="000000" w:fill="F2F2F2"/>
            <w:vAlign w:val="center"/>
            <w:hideMark/>
          </w:tcPr>
          <w:p w14:paraId="0A165B4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474 (762)</w:t>
            </w:r>
          </w:p>
        </w:tc>
        <w:tc>
          <w:tcPr>
            <w:tcW w:w="410" w:type="pct"/>
            <w:tcBorders>
              <w:top w:val="nil"/>
              <w:left w:val="nil"/>
              <w:bottom w:val="nil"/>
              <w:right w:val="nil"/>
            </w:tcBorders>
            <w:shd w:val="clear" w:color="000000" w:fill="F2F2F2"/>
            <w:vAlign w:val="center"/>
            <w:hideMark/>
          </w:tcPr>
          <w:p w14:paraId="16B8BBD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1,348 (2,005)</w:t>
            </w:r>
          </w:p>
        </w:tc>
        <w:tc>
          <w:tcPr>
            <w:tcW w:w="410" w:type="pct"/>
            <w:tcBorders>
              <w:top w:val="nil"/>
              <w:left w:val="nil"/>
              <w:bottom w:val="nil"/>
              <w:right w:val="nil"/>
            </w:tcBorders>
            <w:shd w:val="clear" w:color="000000" w:fill="FFFFFF"/>
            <w:vAlign w:val="center"/>
            <w:hideMark/>
          </w:tcPr>
          <w:p w14:paraId="480AE30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119 (130)</w:t>
            </w:r>
          </w:p>
        </w:tc>
        <w:tc>
          <w:tcPr>
            <w:tcW w:w="410" w:type="pct"/>
            <w:tcBorders>
              <w:top w:val="nil"/>
              <w:left w:val="nil"/>
              <w:bottom w:val="nil"/>
              <w:right w:val="nil"/>
            </w:tcBorders>
            <w:shd w:val="clear" w:color="000000" w:fill="FFFFFF"/>
            <w:vAlign w:val="center"/>
            <w:hideMark/>
          </w:tcPr>
          <w:p w14:paraId="64B529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nil"/>
              <w:left w:val="nil"/>
              <w:bottom w:val="nil"/>
              <w:right w:val="nil"/>
            </w:tcBorders>
            <w:shd w:val="clear" w:color="000000" w:fill="F2F2F2"/>
            <w:vAlign w:val="center"/>
            <w:hideMark/>
          </w:tcPr>
          <w:p w14:paraId="14F9EA8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354 (1,098)</w:t>
            </w:r>
          </w:p>
        </w:tc>
        <w:tc>
          <w:tcPr>
            <w:tcW w:w="410" w:type="pct"/>
            <w:tcBorders>
              <w:top w:val="nil"/>
              <w:left w:val="nil"/>
              <w:bottom w:val="nil"/>
              <w:right w:val="nil"/>
            </w:tcBorders>
            <w:shd w:val="clear" w:color="000000" w:fill="F2F2F2"/>
            <w:vAlign w:val="center"/>
            <w:hideMark/>
          </w:tcPr>
          <w:p w14:paraId="52A64F6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84 (204)</w:t>
            </w:r>
          </w:p>
        </w:tc>
        <w:tc>
          <w:tcPr>
            <w:tcW w:w="410" w:type="pct"/>
            <w:tcBorders>
              <w:top w:val="nil"/>
              <w:left w:val="nil"/>
              <w:bottom w:val="nil"/>
              <w:right w:val="nil"/>
            </w:tcBorders>
            <w:shd w:val="clear" w:color="000000" w:fill="F2F2F2"/>
            <w:vAlign w:val="center"/>
            <w:hideMark/>
          </w:tcPr>
          <w:p w14:paraId="5141C60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123 (240)</w:t>
            </w:r>
          </w:p>
        </w:tc>
        <w:tc>
          <w:tcPr>
            <w:tcW w:w="410" w:type="pct"/>
            <w:tcBorders>
              <w:top w:val="nil"/>
              <w:left w:val="nil"/>
              <w:bottom w:val="nil"/>
              <w:right w:val="nil"/>
            </w:tcBorders>
            <w:shd w:val="clear" w:color="000000" w:fill="FFFFFF"/>
            <w:vAlign w:val="center"/>
            <w:hideMark/>
          </w:tcPr>
          <w:p w14:paraId="6357455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89 (785)</w:t>
            </w:r>
          </w:p>
        </w:tc>
        <w:tc>
          <w:tcPr>
            <w:tcW w:w="411" w:type="pct"/>
            <w:tcBorders>
              <w:top w:val="nil"/>
              <w:left w:val="nil"/>
              <w:bottom w:val="nil"/>
              <w:right w:val="nil"/>
            </w:tcBorders>
            <w:shd w:val="clear" w:color="000000" w:fill="FFFFFF"/>
            <w:vAlign w:val="center"/>
            <w:hideMark/>
          </w:tcPr>
          <w:p w14:paraId="260D424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0.643</w:t>
            </w:r>
          </w:p>
        </w:tc>
      </w:tr>
      <w:tr w:rsidR="00726DBE" w:rsidRPr="00693325" w14:paraId="59F01635" w14:textId="77777777" w:rsidTr="00841CFC">
        <w:trPr>
          <w:trHeight w:val="171"/>
        </w:trPr>
        <w:tc>
          <w:tcPr>
            <w:tcW w:w="899" w:type="pct"/>
            <w:tcBorders>
              <w:top w:val="nil"/>
              <w:left w:val="nil"/>
              <w:bottom w:val="nil"/>
              <w:right w:val="nil"/>
            </w:tcBorders>
            <w:shd w:val="clear" w:color="000000" w:fill="FFFFFF"/>
            <w:vAlign w:val="center"/>
            <w:hideMark/>
          </w:tcPr>
          <w:p w14:paraId="2F1A634A"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Plan paid </w:t>
            </w:r>
          </w:p>
        </w:tc>
        <w:tc>
          <w:tcPr>
            <w:tcW w:w="410" w:type="pct"/>
            <w:tcBorders>
              <w:top w:val="nil"/>
              <w:left w:val="nil"/>
              <w:bottom w:val="nil"/>
              <w:right w:val="nil"/>
            </w:tcBorders>
            <w:shd w:val="clear" w:color="000000" w:fill="F2F2F2"/>
            <w:vAlign w:val="center"/>
            <w:hideMark/>
          </w:tcPr>
          <w:p w14:paraId="225FC92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5,209 (6,962)</w:t>
            </w:r>
          </w:p>
        </w:tc>
        <w:tc>
          <w:tcPr>
            <w:tcW w:w="410" w:type="pct"/>
            <w:tcBorders>
              <w:top w:val="nil"/>
              <w:left w:val="nil"/>
              <w:bottom w:val="nil"/>
              <w:right w:val="nil"/>
            </w:tcBorders>
            <w:shd w:val="clear" w:color="000000" w:fill="F2F2F2"/>
            <w:vAlign w:val="center"/>
            <w:hideMark/>
          </w:tcPr>
          <w:p w14:paraId="4FB4AAA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438 (713)</w:t>
            </w:r>
          </w:p>
        </w:tc>
        <w:tc>
          <w:tcPr>
            <w:tcW w:w="410" w:type="pct"/>
            <w:tcBorders>
              <w:top w:val="nil"/>
              <w:left w:val="nil"/>
              <w:bottom w:val="nil"/>
              <w:right w:val="nil"/>
            </w:tcBorders>
            <w:shd w:val="clear" w:color="000000" w:fill="F2F2F2"/>
            <w:vAlign w:val="center"/>
            <w:hideMark/>
          </w:tcPr>
          <w:p w14:paraId="61034EB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1,280 (1,988)</w:t>
            </w:r>
          </w:p>
        </w:tc>
        <w:tc>
          <w:tcPr>
            <w:tcW w:w="410" w:type="pct"/>
            <w:tcBorders>
              <w:top w:val="nil"/>
              <w:left w:val="nil"/>
              <w:bottom w:val="nil"/>
              <w:right w:val="nil"/>
            </w:tcBorders>
            <w:shd w:val="clear" w:color="000000" w:fill="FFFFFF"/>
            <w:vAlign w:val="center"/>
            <w:hideMark/>
          </w:tcPr>
          <w:p w14:paraId="56F0777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106 (122)</w:t>
            </w:r>
          </w:p>
        </w:tc>
        <w:tc>
          <w:tcPr>
            <w:tcW w:w="410" w:type="pct"/>
            <w:tcBorders>
              <w:top w:val="nil"/>
              <w:left w:val="nil"/>
              <w:bottom w:val="nil"/>
              <w:right w:val="nil"/>
            </w:tcBorders>
            <w:shd w:val="clear" w:color="000000" w:fill="FFFFFF"/>
            <w:vAlign w:val="center"/>
            <w:hideMark/>
          </w:tcPr>
          <w:p w14:paraId="6224AD2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nil"/>
              <w:left w:val="nil"/>
              <w:bottom w:val="nil"/>
              <w:right w:val="nil"/>
            </w:tcBorders>
            <w:shd w:val="clear" w:color="000000" w:fill="F2F2F2"/>
            <w:vAlign w:val="center"/>
            <w:hideMark/>
          </w:tcPr>
          <w:p w14:paraId="3414B57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354 (1,098)</w:t>
            </w:r>
          </w:p>
        </w:tc>
        <w:tc>
          <w:tcPr>
            <w:tcW w:w="410" w:type="pct"/>
            <w:tcBorders>
              <w:top w:val="nil"/>
              <w:left w:val="nil"/>
              <w:bottom w:val="nil"/>
              <w:right w:val="nil"/>
            </w:tcBorders>
            <w:shd w:val="clear" w:color="000000" w:fill="F2F2F2"/>
            <w:vAlign w:val="center"/>
            <w:hideMark/>
          </w:tcPr>
          <w:p w14:paraId="1981BA4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84 (204)</w:t>
            </w:r>
          </w:p>
        </w:tc>
        <w:tc>
          <w:tcPr>
            <w:tcW w:w="410" w:type="pct"/>
            <w:tcBorders>
              <w:top w:val="nil"/>
              <w:left w:val="nil"/>
              <w:bottom w:val="nil"/>
              <w:right w:val="nil"/>
            </w:tcBorders>
            <w:shd w:val="clear" w:color="000000" w:fill="F2F2F2"/>
            <w:vAlign w:val="center"/>
            <w:hideMark/>
          </w:tcPr>
          <w:p w14:paraId="20D4ADF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123 (240)</w:t>
            </w:r>
          </w:p>
        </w:tc>
        <w:tc>
          <w:tcPr>
            <w:tcW w:w="410" w:type="pct"/>
            <w:tcBorders>
              <w:top w:val="nil"/>
              <w:left w:val="nil"/>
              <w:bottom w:val="nil"/>
              <w:right w:val="nil"/>
            </w:tcBorders>
            <w:shd w:val="clear" w:color="000000" w:fill="FFFFFF"/>
            <w:vAlign w:val="center"/>
            <w:hideMark/>
          </w:tcPr>
          <w:p w14:paraId="1A225A4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88 (785)</w:t>
            </w:r>
          </w:p>
        </w:tc>
        <w:tc>
          <w:tcPr>
            <w:tcW w:w="411" w:type="pct"/>
            <w:tcBorders>
              <w:top w:val="nil"/>
              <w:left w:val="nil"/>
              <w:bottom w:val="nil"/>
              <w:right w:val="nil"/>
            </w:tcBorders>
            <w:shd w:val="clear" w:color="000000" w:fill="FFFFFF"/>
            <w:vAlign w:val="center"/>
            <w:hideMark/>
          </w:tcPr>
          <w:p w14:paraId="32ED700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0.640</w:t>
            </w:r>
          </w:p>
        </w:tc>
      </w:tr>
      <w:tr w:rsidR="00726DBE" w:rsidRPr="00693325" w14:paraId="2E95BD02" w14:textId="77777777" w:rsidTr="00841CFC">
        <w:trPr>
          <w:trHeight w:val="70"/>
        </w:trPr>
        <w:tc>
          <w:tcPr>
            <w:tcW w:w="899" w:type="pct"/>
            <w:tcBorders>
              <w:top w:val="nil"/>
              <w:left w:val="nil"/>
              <w:bottom w:val="nil"/>
              <w:right w:val="nil"/>
            </w:tcBorders>
            <w:shd w:val="clear" w:color="000000" w:fill="FFFFFF"/>
            <w:vAlign w:val="center"/>
            <w:hideMark/>
          </w:tcPr>
          <w:p w14:paraId="6A90E2A4"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OOP </w:t>
            </w:r>
          </w:p>
        </w:tc>
        <w:tc>
          <w:tcPr>
            <w:tcW w:w="410" w:type="pct"/>
            <w:tcBorders>
              <w:top w:val="nil"/>
              <w:left w:val="nil"/>
              <w:bottom w:val="nil"/>
              <w:right w:val="nil"/>
            </w:tcBorders>
            <w:shd w:val="clear" w:color="000000" w:fill="F2F2F2"/>
            <w:vAlign w:val="center"/>
            <w:hideMark/>
          </w:tcPr>
          <w:p w14:paraId="5353A34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138 (217)</w:t>
            </w:r>
          </w:p>
        </w:tc>
        <w:tc>
          <w:tcPr>
            <w:tcW w:w="410" w:type="pct"/>
            <w:tcBorders>
              <w:top w:val="nil"/>
              <w:left w:val="nil"/>
              <w:bottom w:val="nil"/>
              <w:right w:val="nil"/>
            </w:tcBorders>
            <w:shd w:val="clear" w:color="000000" w:fill="F2F2F2"/>
            <w:vAlign w:val="center"/>
            <w:hideMark/>
          </w:tcPr>
          <w:p w14:paraId="4AAC35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36 (59)</w:t>
            </w:r>
          </w:p>
        </w:tc>
        <w:tc>
          <w:tcPr>
            <w:tcW w:w="410" w:type="pct"/>
            <w:tcBorders>
              <w:top w:val="nil"/>
              <w:left w:val="nil"/>
              <w:bottom w:val="nil"/>
              <w:right w:val="nil"/>
            </w:tcBorders>
            <w:shd w:val="clear" w:color="000000" w:fill="F2F2F2"/>
            <w:vAlign w:val="center"/>
            <w:hideMark/>
          </w:tcPr>
          <w:p w14:paraId="4B8ABE3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68 (129)</w:t>
            </w:r>
          </w:p>
        </w:tc>
        <w:tc>
          <w:tcPr>
            <w:tcW w:w="410" w:type="pct"/>
            <w:tcBorders>
              <w:top w:val="nil"/>
              <w:left w:val="nil"/>
              <w:bottom w:val="nil"/>
              <w:right w:val="nil"/>
            </w:tcBorders>
            <w:shd w:val="clear" w:color="000000" w:fill="FFFFFF"/>
            <w:vAlign w:val="center"/>
            <w:hideMark/>
          </w:tcPr>
          <w:p w14:paraId="24B0041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 (35)</w:t>
            </w:r>
          </w:p>
        </w:tc>
        <w:tc>
          <w:tcPr>
            <w:tcW w:w="410" w:type="pct"/>
            <w:tcBorders>
              <w:top w:val="nil"/>
              <w:left w:val="nil"/>
              <w:bottom w:val="nil"/>
              <w:right w:val="nil"/>
            </w:tcBorders>
            <w:shd w:val="clear" w:color="000000" w:fill="FFFFFF"/>
            <w:vAlign w:val="center"/>
            <w:hideMark/>
          </w:tcPr>
          <w:p w14:paraId="0F9ADF5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nil"/>
              <w:left w:val="nil"/>
              <w:bottom w:val="nil"/>
              <w:right w:val="nil"/>
            </w:tcBorders>
            <w:shd w:val="clear" w:color="000000" w:fill="F2F2F2"/>
            <w:vAlign w:val="center"/>
            <w:hideMark/>
          </w:tcPr>
          <w:p w14:paraId="437620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25C06B2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61DB959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FFFFF"/>
            <w:vAlign w:val="center"/>
            <w:hideMark/>
          </w:tcPr>
          <w:p w14:paraId="4006238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(29)</w:t>
            </w:r>
          </w:p>
        </w:tc>
        <w:tc>
          <w:tcPr>
            <w:tcW w:w="411" w:type="pct"/>
            <w:tcBorders>
              <w:top w:val="nil"/>
              <w:left w:val="nil"/>
              <w:bottom w:val="nil"/>
              <w:right w:val="nil"/>
            </w:tcBorders>
            <w:shd w:val="clear" w:color="000000" w:fill="FFFFFF"/>
            <w:vAlign w:val="center"/>
            <w:hideMark/>
          </w:tcPr>
          <w:p w14:paraId="468D1CC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0.640</w:t>
            </w:r>
          </w:p>
        </w:tc>
      </w:tr>
      <w:tr w:rsidR="00726DBE" w:rsidRPr="00693325" w14:paraId="308FBD19" w14:textId="77777777" w:rsidTr="00841CFC">
        <w:trPr>
          <w:trHeight w:val="70"/>
        </w:trPr>
        <w:tc>
          <w:tcPr>
            <w:tcW w:w="899" w:type="pct"/>
            <w:tcBorders>
              <w:top w:val="nil"/>
              <w:left w:val="nil"/>
              <w:bottom w:val="nil"/>
              <w:right w:val="nil"/>
            </w:tcBorders>
            <w:shd w:val="clear" w:color="000000" w:fill="FFFFFF"/>
            <w:vAlign w:val="center"/>
            <w:hideMark/>
          </w:tcPr>
          <w:p w14:paraId="4180D0D7" w14:textId="77777777" w:rsidR="00726DBE" w:rsidRPr="00693325" w:rsidRDefault="00726DBE" w:rsidP="00841CFC">
            <w:pPr>
              <w:rPr>
                <w:rFonts w:ascii="Times New Roman" w:hAnsi="Times New Roman"/>
                <w:b/>
                <w:bCs/>
                <w:color w:val="000000"/>
                <w:sz w:val="16"/>
                <w:szCs w:val="16"/>
                <w:u w:val="single"/>
              </w:rPr>
            </w:pPr>
            <w:r w:rsidRPr="00693325">
              <w:rPr>
                <w:rFonts w:ascii="Times New Roman" w:hAnsi="Times New Roman"/>
                <w:b/>
                <w:bCs/>
                <w:color w:val="000000"/>
                <w:sz w:val="16"/>
                <w:szCs w:val="16"/>
                <w:u w:val="single"/>
              </w:rPr>
              <w:t xml:space="preserve">Surgical procedure </w:t>
            </w:r>
            <w:r w:rsidRPr="00693325">
              <w:rPr>
                <w:rFonts w:ascii="Times New Roman" w:hAnsi="Times New Roman"/>
                <w:b/>
                <w:bCs/>
                <w:color w:val="000000"/>
                <w:sz w:val="16"/>
                <w:u w:val="single"/>
              </w:rPr>
              <w:t>($), mean (SD)</w:t>
            </w:r>
            <w:r w:rsidRPr="00693325">
              <w:rPr>
                <w:rFonts w:ascii="Times New Roman" w:hAnsi="Times New Roman"/>
                <w:b/>
                <w:bCs/>
                <w:color w:val="000000"/>
                <w:sz w:val="16"/>
                <w:szCs w:val="16"/>
                <w:u w:val="single"/>
              </w:rPr>
              <w:t xml:space="preserve">  </w:t>
            </w:r>
          </w:p>
        </w:tc>
        <w:tc>
          <w:tcPr>
            <w:tcW w:w="410" w:type="pct"/>
            <w:tcBorders>
              <w:top w:val="nil"/>
              <w:left w:val="nil"/>
              <w:bottom w:val="nil"/>
              <w:right w:val="nil"/>
            </w:tcBorders>
            <w:shd w:val="clear" w:color="000000" w:fill="F2F2F2"/>
            <w:vAlign w:val="center"/>
            <w:hideMark/>
          </w:tcPr>
          <w:p w14:paraId="05D89D2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10,504 (47,932)</w:t>
            </w:r>
          </w:p>
        </w:tc>
        <w:tc>
          <w:tcPr>
            <w:tcW w:w="410" w:type="pct"/>
            <w:tcBorders>
              <w:top w:val="nil"/>
              <w:left w:val="nil"/>
              <w:bottom w:val="nil"/>
              <w:right w:val="nil"/>
            </w:tcBorders>
            <w:shd w:val="clear" w:color="000000" w:fill="F2F2F2"/>
            <w:vAlign w:val="center"/>
            <w:hideMark/>
          </w:tcPr>
          <w:p w14:paraId="62119AD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1,671 (7,432)</w:t>
            </w:r>
          </w:p>
        </w:tc>
        <w:tc>
          <w:tcPr>
            <w:tcW w:w="410" w:type="pct"/>
            <w:tcBorders>
              <w:top w:val="nil"/>
              <w:left w:val="nil"/>
              <w:bottom w:val="nil"/>
              <w:right w:val="nil"/>
            </w:tcBorders>
            <w:shd w:val="clear" w:color="000000" w:fill="F2F2F2"/>
            <w:vAlign w:val="center"/>
            <w:hideMark/>
          </w:tcPr>
          <w:p w14:paraId="586EE4E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910 </w:t>
            </w:r>
          </w:p>
          <w:p w14:paraId="314F685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(3,037)</w:t>
            </w:r>
          </w:p>
        </w:tc>
        <w:tc>
          <w:tcPr>
            <w:tcW w:w="410" w:type="pct"/>
            <w:tcBorders>
              <w:top w:val="nil"/>
              <w:left w:val="nil"/>
              <w:bottom w:val="nil"/>
              <w:right w:val="nil"/>
            </w:tcBorders>
            <w:shd w:val="clear" w:color="000000" w:fill="FFFFFF"/>
            <w:vAlign w:val="center"/>
            <w:hideMark/>
          </w:tcPr>
          <w:p w14:paraId="4E630BA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FFFFF"/>
            <w:vAlign w:val="center"/>
            <w:hideMark/>
          </w:tcPr>
          <w:p w14:paraId="48C2E00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0.002</w:t>
            </w:r>
          </w:p>
        </w:tc>
        <w:tc>
          <w:tcPr>
            <w:tcW w:w="410" w:type="pct"/>
            <w:tcBorders>
              <w:top w:val="nil"/>
              <w:left w:val="nil"/>
              <w:bottom w:val="nil"/>
              <w:right w:val="nil"/>
            </w:tcBorders>
            <w:shd w:val="clear" w:color="000000" w:fill="F2F2F2"/>
            <w:vAlign w:val="center"/>
            <w:hideMark/>
          </w:tcPr>
          <w:p w14:paraId="77196EF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2,520 (14,666)</w:t>
            </w:r>
          </w:p>
        </w:tc>
        <w:tc>
          <w:tcPr>
            <w:tcW w:w="410" w:type="pct"/>
            <w:tcBorders>
              <w:top w:val="nil"/>
              <w:left w:val="nil"/>
              <w:bottom w:val="nil"/>
              <w:right w:val="nil"/>
            </w:tcBorders>
            <w:shd w:val="clear" w:color="000000" w:fill="F2F2F2"/>
            <w:vAlign w:val="center"/>
            <w:hideMark/>
          </w:tcPr>
          <w:p w14:paraId="25C3E92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21 (210)</w:t>
            </w:r>
          </w:p>
        </w:tc>
        <w:tc>
          <w:tcPr>
            <w:tcW w:w="410" w:type="pct"/>
            <w:tcBorders>
              <w:top w:val="nil"/>
              <w:left w:val="nil"/>
              <w:bottom w:val="nil"/>
              <w:right w:val="nil"/>
            </w:tcBorders>
            <w:shd w:val="clear" w:color="000000" w:fill="F2F2F2"/>
            <w:vAlign w:val="center"/>
            <w:hideMark/>
          </w:tcPr>
          <w:p w14:paraId="67D55A8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413 (2,731)</w:t>
            </w:r>
          </w:p>
        </w:tc>
        <w:tc>
          <w:tcPr>
            <w:tcW w:w="410" w:type="pct"/>
            <w:tcBorders>
              <w:top w:val="nil"/>
              <w:left w:val="nil"/>
              <w:bottom w:val="nil"/>
              <w:right w:val="nil"/>
            </w:tcBorders>
            <w:shd w:val="clear" w:color="000000" w:fill="FFFFFF"/>
            <w:vAlign w:val="center"/>
            <w:hideMark/>
          </w:tcPr>
          <w:p w14:paraId="7EFFF96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119 (1,817)</w:t>
            </w:r>
          </w:p>
        </w:tc>
        <w:tc>
          <w:tcPr>
            <w:tcW w:w="411" w:type="pct"/>
            <w:tcBorders>
              <w:top w:val="nil"/>
              <w:left w:val="nil"/>
              <w:bottom w:val="nil"/>
              <w:right w:val="nil"/>
            </w:tcBorders>
            <w:shd w:val="clear" w:color="000000" w:fill="FFFFFF"/>
            <w:vAlign w:val="center"/>
            <w:hideMark/>
          </w:tcPr>
          <w:p w14:paraId="3D102CB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0.151</w:t>
            </w:r>
          </w:p>
        </w:tc>
      </w:tr>
      <w:tr w:rsidR="00726DBE" w:rsidRPr="00693325" w14:paraId="6683BC01" w14:textId="77777777" w:rsidTr="00841CFC">
        <w:trPr>
          <w:trHeight w:val="70"/>
        </w:trPr>
        <w:tc>
          <w:tcPr>
            <w:tcW w:w="899" w:type="pct"/>
            <w:tcBorders>
              <w:top w:val="nil"/>
              <w:left w:val="nil"/>
              <w:bottom w:val="nil"/>
              <w:right w:val="nil"/>
            </w:tcBorders>
            <w:shd w:val="clear" w:color="000000" w:fill="FFFFFF"/>
            <w:vAlign w:val="center"/>
            <w:hideMark/>
          </w:tcPr>
          <w:p w14:paraId="15563B68"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Plan paid </w:t>
            </w:r>
          </w:p>
        </w:tc>
        <w:tc>
          <w:tcPr>
            <w:tcW w:w="410" w:type="pct"/>
            <w:tcBorders>
              <w:top w:val="nil"/>
              <w:left w:val="nil"/>
              <w:bottom w:val="nil"/>
              <w:right w:val="nil"/>
            </w:tcBorders>
            <w:shd w:val="clear" w:color="000000" w:fill="F2F2F2"/>
            <w:vAlign w:val="center"/>
            <w:hideMark/>
          </w:tcPr>
          <w:p w14:paraId="2831B7A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10,251 (46,815)</w:t>
            </w:r>
          </w:p>
        </w:tc>
        <w:tc>
          <w:tcPr>
            <w:tcW w:w="410" w:type="pct"/>
            <w:tcBorders>
              <w:top w:val="nil"/>
              <w:left w:val="nil"/>
              <w:bottom w:val="nil"/>
              <w:right w:val="nil"/>
            </w:tcBorders>
            <w:shd w:val="clear" w:color="000000" w:fill="F2F2F2"/>
            <w:vAlign w:val="center"/>
            <w:hideMark/>
          </w:tcPr>
          <w:p w14:paraId="165F8EB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1,551 (6,903)</w:t>
            </w:r>
          </w:p>
        </w:tc>
        <w:tc>
          <w:tcPr>
            <w:tcW w:w="410" w:type="pct"/>
            <w:tcBorders>
              <w:top w:val="nil"/>
              <w:left w:val="nil"/>
              <w:bottom w:val="nil"/>
              <w:right w:val="nil"/>
            </w:tcBorders>
            <w:shd w:val="clear" w:color="000000" w:fill="F2F2F2"/>
            <w:vAlign w:val="center"/>
            <w:hideMark/>
          </w:tcPr>
          <w:p w14:paraId="6AF1A3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858 (2,846)</w:t>
            </w:r>
          </w:p>
        </w:tc>
        <w:tc>
          <w:tcPr>
            <w:tcW w:w="410" w:type="pct"/>
            <w:tcBorders>
              <w:top w:val="nil"/>
              <w:left w:val="nil"/>
              <w:bottom w:val="nil"/>
              <w:right w:val="nil"/>
            </w:tcBorders>
            <w:shd w:val="clear" w:color="000000" w:fill="FFFFFF"/>
            <w:vAlign w:val="center"/>
            <w:hideMark/>
          </w:tcPr>
          <w:p w14:paraId="531CE34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FFFFF"/>
            <w:vAlign w:val="center"/>
            <w:hideMark/>
          </w:tcPr>
          <w:p w14:paraId="16478FA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0.002</w:t>
            </w:r>
          </w:p>
        </w:tc>
        <w:tc>
          <w:tcPr>
            <w:tcW w:w="410" w:type="pct"/>
            <w:tcBorders>
              <w:top w:val="nil"/>
              <w:left w:val="nil"/>
              <w:bottom w:val="nil"/>
              <w:right w:val="nil"/>
            </w:tcBorders>
            <w:shd w:val="clear" w:color="000000" w:fill="F2F2F2"/>
            <w:vAlign w:val="center"/>
            <w:hideMark/>
          </w:tcPr>
          <w:p w14:paraId="525DEAD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2,520 (14,666)</w:t>
            </w:r>
          </w:p>
        </w:tc>
        <w:tc>
          <w:tcPr>
            <w:tcW w:w="410" w:type="pct"/>
            <w:tcBorders>
              <w:top w:val="nil"/>
              <w:left w:val="nil"/>
              <w:bottom w:val="nil"/>
              <w:right w:val="nil"/>
            </w:tcBorders>
            <w:shd w:val="clear" w:color="000000" w:fill="F2F2F2"/>
            <w:vAlign w:val="center"/>
            <w:hideMark/>
          </w:tcPr>
          <w:p w14:paraId="7807A57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21 (210)</w:t>
            </w:r>
          </w:p>
        </w:tc>
        <w:tc>
          <w:tcPr>
            <w:tcW w:w="410" w:type="pct"/>
            <w:tcBorders>
              <w:top w:val="nil"/>
              <w:left w:val="nil"/>
              <w:bottom w:val="nil"/>
              <w:right w:val="nil"/>
            </w:tcBorders>
            <w:shd w:val="clear" w:color="000000" w:fill="F2F2F2"/>
            <w:vAlign w:val="center"/>
            <w:hideMark/>
          </w:tcPr>
          <w:p w14:paraId="586341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413 (2,731)</w:t>
            </w:r>
          </w:p>
        </w:tc>
        <w:tc>
          <w:tcPr>
            <w:tcW w:w="410" w:type="pct"/>
            <w:tcBorders>
              <w:top w:val="nil"/>
              <w:left w:val="nil"/>
              <w:bottom w:val="nil"/>
              <w:right w:val="nil"/>
            </w:tcBorders>
            <w:shd w:val="clear" w:color="000000" w:fill="FFFFFF"/>
            <w:vAlign w:val="center"/>
            <w:hideMark/>
          </w:tcPr>
          <w:p w14:paraId="72D2278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115 (1,776)</w:t>
            </w:r>
          </w:p>
        </w:tc>
        <w:tc>
          <w:tcPr>
            <w:tcW w:w="411" w:type="pct"/>
            <w:tcBorders>
              <w:top w:val="nil"/>
              <w:left w:val="nil"/>
              <w:bottom w:val="nil"/>
              <w:right w:val="nil"/>
            </w:tcBorders>
            <w:shd w:val="clear" w:color="000000" w:fill="FFFFFF"/>
            <w:vAlign w:val="center"/>
            <w:hideMark/>
          </w:tcPr>
          <w:p w14:paraId="0344191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0.139</w:t>
            </w:r>
          </w:p>
        </w:tc>
      </w:tr>
      <w:tr w:rsidR="00726DBE" w:rsidRPr="00693325" w14:paraId="4C69EE18" w14:textId="77777777" w:rsidTr="00841CFC">
        <w:trPr>
          <w:trHeight w:val="70"/>
        </w:trPr>
        <w:tc>
          <w:tcPr>
            <w:tcW w:w="899" w:type="pct"/>
            <w:tcBorders>
              <w:top w:val="nil"/>
              <w:left w:val="nil"/>
              <w:bottom w:val="nil"/>
              <w:right w:val="nil"/>
            </w:tcBorders>
            <w:shd w:val="clear" w:color="000000" w:fill="FFFFFF"/>
            <w:vAlign w:val="center"/>
            <w:hideMark/>
          </w:tcPr>
          <w:p w14:paraId="66D07018"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OOP </w:t>
            </w:r>
          </w:p>
        </w:tc>
        <w:tc>
          <w:tcPr>
            <w:tcW w:w="410" w:type="pct"/>
            <w:tcBorders>
              <w:top w:val="nil"/>
              <w:left w:val="nil"/>
              <w:bottom w:val="nil"/>
              <w:right w:val="nil"/>
            </w:tcBorders>
            <w:shd w:val="clear" w:color="000000" w:fill="F2F2F2"/>
            <w:vAlign w:val="center"/>
            <w:hideMark/>
          </w:tcPr>
          <w:p w14:paraId="6569319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253 (1,118)</w:t>
            </w:r>
          </w:p>
        </w:tc>
        <w:tc>
          <w:tcPr>
            <w:tcW w:w="410" w:type="pct"/>
            <w:tcBorders>
              <w:top w:val="nil"/>
              <w:left w:val="nil"/>
              <w:bottom w:val="nil"/>
              <w:right w:val="nil"/>
            </w:tcBorders>
            <w:shd w:val="clear" w:color="000000" w:fill="F2F2F2"/>
            <w:vAlign w:val="center"/>
            <w:hideMark/>
          </w:tcPr>
          <w:p w14:paraId="0FA15FA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120 (529)</w:t>
            </w:r>
          </w:p>
        </w:tc>
        <w:tc>
          <w:tcPr>
            <w:tcW w:w="410" w:type="pct"/>
            <w:tcBorders>
              <w:top w:val="nil"/>
              <w:left w:val="nil"/>
              <w:bottom w:val="nil"/>
              <w:right w:val="nil"/>
            </w:tcBorders>
            <w:shd w:val="clear" w:color="000000" w:fill="F2F2F2"/>
            <w:vAlign w:val="center"/>
            <w:hideMark/>
          </w:tcPr>
          <w:p w14:paraId="3CDE662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52 (200)</w:t>
            </w:r>
          </w:p>
        </w:tc>
        <w:tc>
          <w:tcPr>
            <w:tcW w:w="410" w:type="pct"/>
            <w:tcBorders>
              <w:top w:val="nil"/>
              <w:left w:val="nil"/>
              <w:bottom w:val="nil"/>
              <w:right w:val="nil"/>
            </w:tcBorders>
            <w:shd w:val="clear" w:color="000000" w:fill="FFFFFF"/>
            <w:vAlign w:val="center"/>
            <w:hideMark/>
          </w:tcPr>
          <w:p w14:paraId="3B02992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FFFFF"/>
            <w:vAlign w:val="center"/>
            <w:hideMark/>
          </w:tcPr>
          <w:p w14:paraId="6DBA279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0.008</w:t>
            </w:r>
          </w:p>
        </w:tc>
        <w:tc>
          <w:tcPr>
            <w:tcW w:w="410" w:type="pct"/>
            <w:tcBorders>
              <w:top w:val="nil"/>
              <w:left w:val="nil"/>
              <w:bottom w:val="nil"/>
              <w:right w:val="nil"/>
            </w:tcBorders>
            <w:shd w:val="clear" w:color="000000" w:fill="F2F2F2"/>
            <w:vAlign w:val="center"/>
            <w:hideMark/>
          </w:tcPr>
          <w:p w14:paraId="198E7F9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0AC1775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3B0BC98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FFFFF"/>
            <w:vAlign w:val="center"/>
            <w:hideMark/>
          </w:tcPr>
          <w:p w14:paraId="4E3FFF9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46 (1,107)</w:t>
            </w:r>
          </w:p>
        </w:tc>
        <w:tc>
          <w:tcPr>
            <w:tcW w:w="411" w:type="pct"/>
            <w:tcBorders>
              <w:top w:val="nil"/>
              <w:left w:val="nil"/>
              <w:bottom w:val="nil"/>
              <w:right w:val="nil"/>
            </w:tcBorders>
            <w:shd w:val="clear" w:color="000000" w:fill="FFFFFF"/>
            <w:vAlign w:val="center"/>
            <w:hideMark/>
          </w:tcPr>
          <w:p w14:paraId="083DF84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0.655</w:t>
            </w:r>
          </w:p>
        </w:tc>
      </w:tr>
      <w:tr w:rsidR="00726DBE" w:rsidRPr="00693325" w14:paraId="7EE11952" w14:textId="77777777" w:rsidTr="00841CFC">
        <w:trPr>
          <w:trHeight w:val="70"/>
        </w:trPr>
        <w:tc>
          <w:tcPr>
            <w:tcW w:w="899" w:type="pct"/>
            <w:tcBorders>
              <w:top w:val="nil"/>
              <w:left w:val="nil"/>
              <w:bottom w:val="nil"/>
              <w:right w:val="nil"/>
            </w:tcBorders>
            <w:shd w:val="clear" w:color="000000" w:fill="FFFFFF"/>
            <w:vAlign w:val="center"/>
            <w:hideMark/>
          </w:tcPr>
          <w:p w14:paraId="16DFDAB3" w14:textId="77777777" w:rsidR="00726DBE" w:rsidRPr="00693325" w:rsidRDefault="00726DBE" w:rsidP="00841CFC">
            <w:pPr>
              <w:rPr>
                <w:rFonts w:ascii="Times New Roman" w:hAnsi="Times New Roman"/>
                <w:b/>
                <w:bCs/>
                <w:color w:val="000000"/>
                <w:sz w:val="16"/>
                <w:szCs w:val="16"/>
                <w:u w:val="single"/>
              </w:rPr>
            </w:pPr>
            <w:r w:rsidRPr="00693325">
              <w:rPr>
                <w:rFonts w:ascii="Times New Roman" w:hAnsi="Times New Roman"/>
                <w:b/>
                <w:bCs/>
                <w:color w:val="000000"/>
                <w:sz w:val="16"/>
                <w:szCs w:val="16"/>
                <w:u w:val="single"/>
              </w:rPr>
              <w:t xml:space="preserve">Outpatient pharmacy </w:t>
            </w:r>
            <w:r w:rsidRPr="00693325">
              <w:rPr>
                <w:rFonts w:ascii="Times New Roman" w:hAnsi="Times New Roman"/>
                <w:b/>
                <w:bCs/>
                <w:color w:val="000000"/>
                <w:sz w:val="16"/>
                <w:u w:val="single"/>
              </w:rPr>
              <w:t>($), mean (SD)</w:t>
            </w:r>
            <w:r w:rsidRPr="00693325">
              <w:rPr>
                <w:rFonts w:ascii="Times New Roman" w:hAnsi="Times New Roman"/>
                <w:b/>
                <w:bCs/>
                <w:color w:val="000000"/>
                <w:sz w:val="16"/>
                <w:szCs w:val="16"/>
                <w:u w:val="single"/>
              </w:rPr>
              <w:t xml:space="preserve">  </w:t>
            </w:r>
          </w:p>
        </w:tc>
        <w:tc>
          <w:tcPr>
            <w:tcW w:w="410" w:type="pct"/>
            <w:tcBorders>
              <w:top w:val="nil"/>
              <w:left w:val="nil"/>
              <w:bottom w:val="nil"/>
              <w:right w:val="nil"/>
            </w:tcBorders>
            <w:shd w:val="clear" w:color="000000" w:fill="F2F2F2"/>
            <w:vAlign w:val="center"/>
            <w:hideMark/>
          </w:tcPr>
          <w:p w14:paraId="24D5BF8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41 (60)</w:t>
            </w:r>
          </w:p>
        </w:tc>
        <w:tc>
          <w:tcPr>
            <w:tcW w:w="410" w:type="pct"/>
            <w:tcBorders>
              <w:top w:val="nil"/>
              <w:left w:val="nil"/>
              <w:bottom w:val="nil"/>
              <w:right w:val="nil"/>
            </w:tcBorders>
            <w:shd w:val="clear" w:color="000000" w:fill="F2F2F2"/>
            <w:vAlign w:val="center"/>
            <w:hideMark/>
          </w:tcPr>
          <w:p w14:paraId="3722326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222 (782)</w:t>
            </w:r>
          </w:p>
        </w:tc>
        <w:tc>
          <w:tcPr>
            <w:tcW w:w="410" w:type="pct"/>
            <w:tcBorders>
              <w:top w:val="nil"/>
              <w:left w:val="nil"/>
              <w:bottom w:val="nil"/>
              <w:right w:val="nil"/>
            </w:tcBorders>
            <w:shd w:val="clear" w:color="000000" w:fill="F2F2F2"/>
            <w:vAlign w:val="center"/>
            <w:hideMark/>
          </w:tcPr>
          <w:p w14:paraId="35F388E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203 (740)</w:t>
            </w:r>
          </w:p>
        </w:tc>
        <w:tc>
          <w:tcPr>
            <w:tcW w:w="410" w:type="pct"/>
            <w:tcBorders>
              <w:top w:val="nil"/>
              <w:left w:val="nil"/>
              <w:bottom w:val="nil"/>
              <w:right w:val="nil"/>
            </w:tcBorders>
            <w:shd w:val="clear" w:color="000000" w:fill="FFFFFF"/>
            <w:vAlign w:val="center"/>
            <w:hideMark/>
          </w:tcPr>
          <w:p w14:paraId="5AD7112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 (57)</w:t>
            </w:r>
          </w:p>
        </w:tc>
        <w:tc>
          <w:tcPr>
            <w:tcW w:w="410" w:type="pct"/>
            <w:tcBorders>
              <w:top w:val="nil"/>
              <w:left w:val="nil"/>
              <w:bottom w:val="nil"/>
              <w:right w:val="nil"/>
            </w:tcBorders>
            <w:shd w:val="clear" w:color="000000" w:fill="FFFFFF"/>
            <w:vAlign w:val="center"/>
            <w:hideMark/>
          </w:tcPr>
          <w:p w14:paraId="07BAEBB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0.012</w:t>
            </w:r>
          </w:p>
        </w:tc>
        <w:tc>
          <w:tcPr>
            <w:tcW w:w="410" w:type="pct"/>
            <w:tcBorders>
              <w:top w:val="nil"/>
              <w:left w:val="nil"/>
              <w:bottom w:val="nil"/>
              <w:right w:val="nil"/>
            </w:tcBorders>
            <w:shd w:val="clear" w:color="000000" w:fill="F2F2F2"/>
            <w:vAlign w:val="center"/>
            <w:hideMark/>
          </w:tcPr>
          <w:p w14:paraId="28F111A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39 (181)</w:t>
            </w:r>
          </w:p>
        </w:tc>
        <w:tc>
          <w:tcPr>
            <w:tcW w:w="410" w:type="pct"/>
            <w:tcBorders>
              <w:top w:val="nil"/>
              <w:left w:val="nil"/>
              <w:bottom w:val="nil"/>
              <w:right w:val="nil"/>
            </w:tcBorders>
            <w:shd w:val="clear" w:color="000000" w:fill="F2F2F2"/>
            <w:vAlign w:val="center"/>
            <w:hideMark/>
          </w:tcPr>
          <w:p w14:paraId="433E6B5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29 (89)</w:t>
            </w:r>
          </w:p>
        </w:tc>
        <w:tc>
          <w:tcPr>
            <w:tcW w:w="410" w:type="pct"/>
            <w:tcBorders>
              <w:top w:val="nil"/>
              <w:left w:val="nil"/>
              <w:bottom w:val="nil"/>
              <w:right w:val="nil"/>
            </w:tcBorders>
            <w:shd w:val="clear" w:color="000000" w:fill="F2F2F2"/>
            <w:vAlign w:val="center"/>
            <w:hideMark/>
          </w:tcPr>
          <w:p w14:paraId="4CA99DC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29 (95)</w:t>
            </w:r>
          </w:p>
        </w:tc>
        <w:tc>
          <w:tcPr>
            <w:tcW w:w="410" w:type="pct"/>
            <w:tcBorders>
              <w:top w:val="nil"/>
              <w:left w:val="nil"/>
              <w:bottom w:val="nil"/>
              <w:right w:val="nil"/>
            </w:tcBorders>
            <w:shd w:val="clear" w:color="000000" w:fill="FFFFFF"/>
            <w:vAlign w:val="center"/>
            <w:hideMark/>
          </w:tcPr>
          <w:p w14:paraId="2216068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 (44)</w:t>
            </w:r>
          </w:p>
        </w:tc>
        <w:tc>
          <w:tcPr>
            <w:tcW w:w="411" w:type="pct"/>
            <w:tcBorders>
              <w:top w:val="nil"/>
              <w:left w:val="nil"/>
              <w:bottom w:val="nil"/>
              <w:right w:val="nil"/>
            </w:tcBorders>
            <w:shd w:val="clear" w:color="000000" w:fill="FFFFFF"/>
            <w:vAlign w:val="center"/>
            <w:hideMark/>
          </w:tcPr>
          <w:p w14:paraId="4206185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0.003</w:t>
            </w:r>
          </w:p>
        </w:tc>
      </w:tr>
      <w:tr w:rsidR="00726DBE" w:rsidRPr="00693325" w14:paraId="54E64664" w14:textId="77777777" w:rsidTr="00841CFC">
        <w:trPr>
          <w:trHeight w:val="70"/>
        </w:trPr>
        <w:tc>
          <w:tcPr>
            <w:tcW w:w="899" w:type="pct"/>
            <w:tcBorders>
              <w:top w:val="nil"/>
              <w:left w:val="nil"/>
              <w:bottom w:val="nil"/>
              <w:right w:val="nil"/>
            </w:tcBorders>
            <w:shd w:val="clear" w:color="000000" w:fill="FFFFFF"/>
            <w:vAlign w:val="center"/>
            <w:hideMark/>
          </w:tcPr>
          <w:p w14:paraId="1C955CD2"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Plan paid </w:t>
            </w:r>
          </w:p>
        </w:tc>
        <w:tc>
          <w:tcPr>
            <w:tcW w:w="410" w:type="pct"/>
            <w:tcBorders>
              <w:top w:val="nil"/>
              <w:left w:val="nil"/>
              <w:bottom w:val="nil"/>
              <w:right w:val="nil"/>
            </w:tcBorders>
            <w:shd w:val="clear" w:color="000000" w:fill="F2F2F2"/>
            <w:vAlign w:val="center"/>
            <w:hideMark/>
          </w:tcPr>
          <w:p w14:paraId="2916ABD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25 (41)</w:t>
            </w:r>
          </w:p>
        </w:tc>
        <w:tc>
          <w:tcPr>
            <w:tcW w:w="410" w:type="pct"/>
            <w:tcBorders>
              <w:top w:val="nil"/>
              <w:left w:val="nil"/>
              <w:bottom w:val="nil"/>
              <w:right w:val="nil"/>
            </w:tcBorders>
            <w:shd w:val="clear" w:color="000000" w:fill="F2F2F2"/>
            <w:vAlign w:val="center"/>
            <w:hideMark/>
          </w:tcPr>
          <w:p w14:paraId="65CB693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203 (755)</w:t>
            </w:r>
          </w:p>
        </w:tc>
        <w:tc>
          <w:tcPr>
            <w:tcW w:w="410" w:type="pct"/>
            <w:tcBorders>
              <w:top w:val="nil"/>
              <w:left w:val="nil"/>
              <w:bottom w:val="nil"/>
              <w:right w:val="nil"/>
            </w:tcBorders>
            <w:shd w:val="clear" w:color="000000" w:fill="F2F2F2"/>
            <w:vAlign w:val="center"/>
            <w:hideMark/>
          </w:tcPr>
          <w:p w14:paraId="4790447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185 (714)</w:t>
            </w:r>
          </w:p>
        </w:tc>
        <w:tc>
          <w:tcPr>
            <w:tcW w:w="410" w:type="pct"/>
            <w:tcBorders>
              <w:top w:val="nil"/>
              <w:left w:val="nil"/>
              <w:bottom w:val="nil"/>
              <w:right w:val="nil"/>
            </w:tcBorders>
            <w:shd w:val="clear" w:color="000000" w:fill="FFFFFF"/>
            <w:vAlign w:val="center"/>
            <w:hideMark/>
          </w:tcPr>
          <w:p w14:paraId="049F48C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 (37)</w:t>
            </w:r>
          </w:p>
        </w:tc>
        <w:tc>
          <w:tcPr>
            <w:tcW w:w="410" w:type="pct"/>
            <w:tcBorders>
              <w:top w:val="nil"/>
              <w:left w:val="nil"/>
              <w:bottom w:val="nil"/>
              <w:right w:val="nil"/>
            </w:tcBorders>
            <w:shd w:val="clear" w:color="000000" w:fill="FFFFFF"/>
            <w:vAlign w:val="center"/>
            <w:hideMark/>
          </w:tcPr>
          <w:p w14:paraId="6DB7889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0.013</w:t>
            </w:r>
          </w:p>
        </w:tc>
        <w:tc>
          <w:tcPr>
            <w:tcW w:w="410" w:type="pct"/>
            <w:tcBorders>
              <w:top w:val="nil"/>
              <w:left w:val="nil"/>
              <w:bottom w:val="nil"/>
              <w:right w:val="nil"/>
            </w:tcBorders>
            <w:shd w:val="clear" w:color="000000" w:fill="F2F2F2"/>
            <w:vAlign w:val="center"/>
            <w:hideMark/>
          </w:tcPr>
          <w:p w14:paraId="3500706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39 (181)</w:t>
            </w:r>
          </w:p>
        </w:tc>
        <w:tc>
          <w:tcPr>
            <w:tcW w:w="410" w:type="pct"/>
            <w:tcBorders>
              <w:top w:val="nil"/>
              <w:left w:val="nil"/>
              <w:bottom w:val="nil"/>
              <w:right w:val="nil"/>
            </w:tcBorders>
            <w:shd w:val="clear" w:color="000000" w:fill="F2F2F2"/>
            <w:vAlign w:val="center"/>
            <w:hideMark/>
          </w:tcPr>
          <w:p w14:paraId="6CE443E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29 (89)</w:t>
            </w:r>
          </w:p>
        </w:tc>
        <w:tc>
          <w:tcPr>
            <w:tcW w:w="410" w:type="pct"/>
            <w:tcBorders>
              <w:top w:val="nil"/>
              <w:left w:val="nil"/>
              <w:bottom w:val="nil"/>
              <w:right w:val="nil"/>
            </w:tcBorders>
            <w:shd w:val="clear" w:color="000000" w:fill="F2F2F2"/>
            <w:vAlign w:val="center"/>
            <w:hideMark/>
          </w:tcPr>
          <w:p w14:paraId="0C0EE39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29 (95)</w:t>
            </w:r>
          </w:p>
        </w:tc>
        <w:tc>
          <w:tcPr>
            <w:tcW w:w="410" w:type="pct"/>
            <w:tcBorders>
              <w:top w:val="nil"/>
              <w:left w:val="nil"/>
              <w:bottom w:val="nil"/>
              <w:right w:val="nil"/>
            </w:tcBorders>
            <w:shd w:val="clear" w:color="000000" w:fill="FFFFFF"/>
            <w:vAlign w:val="center"/>
            <w:hideMark/>
          </w:tcPr>
          <w:p w14:paraId="323EFC7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 (44)</w:t>
            </w:r>
          </w:p>
        </w:tc>
        <w:tc>
          <w:tcPr>
            <w:tcW w:w="411" w:type="pct"/>
            <w:tcBorders>
              <w:top w:val="nil"/>
              <w:left w:val="nil"/>
              <w:bottom w:val="nil"/>
              <w:right w:val="nil"/>
            </w:tcBorders>
            <w:shd w:val="clear" w:color="000000" w:fill="FFFFFF"/>
            <w:vAlign w:val="center"/>
            <w:hideMark/>
          </w:tcPr>
          <w:p w14:paraId="35673EF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0.003</w:t>
            </w:r>
          </w:p>
        </w:tc>
      </w:tr>
      <w:tr w:rsidR="00726DBE" w:rsidRPr="00693325" w14:paraId="7505925F" w14:textId="77777777" w:rsidTr="00841CFC">
        <w:trPr>
          <w:trHeight w:val="70"/>
        </w:trPr>
        <w:tc>
          <w:tcPr>
            <w:tcW w:w="899" w:type="pct"/>
            <w:tcBorders>
              <w:top w:val="nil"/>
              <w:left w:val="nil"/>
              <w:bottom w:val="nil"/>
              <w:right w:val="nil"/>
            </w:tcBorders>
            <w:shd w:val="clear" w:color="000000" w:fill="FFFFFF"/>
            <w:vAlign w:val="center"/>
            <w:hideMark/>
          </w:tcPr>
          <w:p w14:paraId="212755ED"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OOP </w:t>
            </w:r>
          </w:p>
        </w:tc>
        <w:tc>
          <w:tcPr>
            <w:tcW w:w="410" w:type="pct"/>
            <w:tcBorders>
              <w:top w:val="nil"/>
              <w:left w:val="nil"/>
              <w:bottom w:val="nil"/>
              <w:right w:val="nil"/>
            </w:tcBorders>
            <w:shd w:val="clear" w:color="000000" w:fill="F2F2F2"/>
            <w:vAlign w:val="center"/>
            <w:hideMark/>
          </w:tcPr>
          <w:p w14:paraId="7D1838A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 (23)</w:t>
            </w:r>
          </w:p>
        </w:tc>
        <w:tc>
          <w:tcPr>
            <w:tcW w:w="410" w:type="pct"/>
            <w:tcBorders>
              <w:top w:val="nil"/>
              <w:left w:val="nil"/>
              <w:bottom w:val="nil"/>
              <w:right w:val="nil"/>
            </w:tcBorders>
            <w:shd w:val="clear" w:color="000000" w:fill="F2F2F2"/>
            <w:vAlign w:val="center"/>
            <w:hideMark/>
          </w:tcPr>
          <w:p w14:paraId="2541D9B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 (32)</w:t>
            </w:r>
          </w:p>
        </w:tc>
        <w:tc>
          <w:tcPr>
            <w:tcW w:w="410" w:type="pct"/>
            <w:tcBorders>
              <w:top w:val="nil"/>
              <w:left w:val="nil"/>
              <w:bottom w:val="nil"/>
              <w:right w:val="nil"/>
            </w:tcBorders>
            <w:shd w:val="clear" w:color="000000" w:fill="F2F2F2"/>
            <w:vAlign w:val="center"/>
            <w:hideMark/>
          </w:tcPr>
          <w:p w14:paraId="6A4A68A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18 (30)</w:t>
            </w:r>
          </w:p>
        </w:tc>
        <w:tc>
          <w:tcPr>
            <w:tcW w:w="410" w:type="pct"/>
            <w:tcBorders>
              <w:top w:val="nil"/>
              <w:left w:val="nil"/>
              <w:bottom w:val="nil"/>
              <w:right w:val="nil"/>
            </w:tcBorders>
            <w:shd w:val="clear" w:color="000000" w:fill="FFFFFF"/>
            <w:vAlign w:val="center"/>
            <w:hideMark/>
          </w:tcPr>
          <w:p w14:paraId="439D64F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 (24)</w:t>
            </w:r>
          </w:p>
        </w:tc>
        <w:tc>
          <w:tcPr>
            <w:tcW w:w="410" w:type="pct"/>
            <w:tcBorders>
              <w:top w:val="nil"/>
              <w:left w:val="nil"/>
              <w:bottom w:val="nil"/>
              <w:right w:val="nil"/>
            </w:tcBorders>
            <w:shd w:val="clear" w:color="000000" w:fill="FFFFFF"/>
            <w:vAlign w:val="center"/>
            <w:hideMark/>
          </w:tcPr>
          <w:p w14:paraId="0838696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0.068</w:t>
            </w:r>
          </w:p>
        </w:tc>
        <w:tc>
          <w:tcPr>
            <w:tcW w:w="410" w:type="pct"/>
            <w:tcBorders>
              <w:top w:val="nil"/>
              <w:left w:val="nil"/>
              <w:bottom w:val="nil"/>
              <w:right w:val="nil"/>
            </w:tcBorders>
            <w:shd w:val="clear" w:color="000000" w:fill="F2F2F2"/>
            <w:vAlign w:val="center"/>
            <w:hideMark/>
          </w:tcPr>
          <w:p w14:paraId="7731257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3376CF7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70012F7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FFFFF"/>
            <w:vAlign w:val="center"/>
            <w:hideMark/>
          </w:tcPr>
          <w:p w14:paraId="7885D28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1" w:type="pct"/>
            <w:tcBorders>
              <w:top w:val="nil"/>
              <w:left w:val="nil"/>
              <w:bottom w:val="nil"/>
              <w:right w:val="nil"/>
            </w:tcBorders>
            <w:shd w:val="clear" w:color="000000" w:fill="FFFFFF"/>
            <w:vAlign w:val="center"/>
            <w:hideMark/>
          </w:tcPr>
          <w:p w14:paraId="40EA3BD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0.392</w:t>
            </w:r>
          </w:p>
        </w:tc>
      </w:tr>
      <w:tr w:rsidR="00726DBE" w:rsidRPr="00693325" w14:paraId="79E4A804" w14:textId="77777777" w:rsidTr="00841CFC">
        <w:trPr>
          <w:trHeight w:val="70"/>
        </w:trPr>
        <w:tc>
          <w:tcPr>
            <w:tcW w:w="899" w:type="pct"/>
            <w:tcBorders>
              <w:top w:val="nil"/>
              <w:left w:val="nil"/>
              <w:bottom w:val="nil"/>
              <w:right w:val="nil"/>
            </w:tcBorders>
            <w:shd w:val="clear" w:color="000000" w:fill="FFFFFF"/>
            <w:vAlign w:val="center"/>
            <w:hideMark/>
          </w:tcPr>
          <w:p w14:paraId="71CD315B" w14:textId="77777777" w:rsidR="00726DBE" w:rsidRPr="00693325" w:rsidRDefault="00726DBE" w:rsidP="00841CFC">
            <w:pPr>
              <w:rPr>
                <w:rFonts w:ascii="Times New Roman" w:hAnsi="Times New Roman"/>
                <w:b/>
                <w:bCs/>
                <w:color w:val="000000"/>
                <w:sz w:val="16"/>
                <w:szCs w:val="16"/>
                <w:u w:val="single"/>
              </w:rPr>
            </w:pPr>
            <w:r w:rsidRPr="00693325">
              <w:rPr>
                <w:rFonts w:ascii="Times New Roman" w:hAnsi="Times New Roman"/>
                <w:b/>
                <w:bCs/>
                <w:color w:val="000000"/>
                <w:sz w:val="16"/>
                <w:szCs w:val="16"/>
                <w:u w:val="single"/>
              </w:rPr>
              <w:lastRenderedPageBreak/>
              <w:t xml:space="preserve">Total medical (Inpatient + Outpatient + Surgical; </w:t>
            </w:r>
            <w:r w:rsidRPr="00693325">
              <w:rPr>
                <w:rFonts w:ascii="Times New Roman" w:hAnsi="Times New Roman"/>
                <w:b/>
                <w:bCs/>
                <w:color w:val="000000"/>
                <w:sz w:val="16"/>
                <w:u w:val="single"/>
              </w:rPr>
              <w:t>$), mean (SD)</w:t>
            </w:r>
          </w:p>
        </w:tc>
        <w:tc>
          <w:tcPr>
            <w:tcW w:w="410" w:type="pct"/>
            <w:tcBorders>
              <w:top w:val="nil"/>
              <w:left w:val="nil"/>
              <w:bottom w:val="nil"/>
              <w:right w:val="nil"/>
            </w:tcBorders>
            <w:shd w:val="clear" w:color="000000" w:fill="F2F2F2"/>
            <w:vAlign w:val="center"/>
            <w:hideMark/>
          </w:tcPr>
          <w:p w14:paraId="67EB712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79,123 (79,394)</w:t>
            </w:r>
          </w:p>
        </w:tc>
        <w:tc>
          <w:tcPr>
            <w:tcW w:w="410" w:type="pct"/>
            <w:tcBorders>
              <w:top w:val="nil"/>
              <w:left w:val="nil"/>
              <w:bottom w:val="nil"/>
              <w:right w:val="nil"/>
            </w:tcBorders>
            <w:shd w:val="clear" w:color="000000" w:fill="F2F2F2"/>
            <w:vAlign w:val="center"/>
            <w:hideMark/>
          </w:tcPr>
          <w:p w14:paraId="4E610A8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2,376 (8,213)</w:t>
            </w:r>
          </w:p>
        </w:tc>
        <w:tc>
          <w:tcPr>
            <w:tcW w:w="410" w:type="pct"/>
            <w:tcBorders>
              <w:top w:val="nil"/>
              <w:left w:val="nil"/>
              <w:bottom w:val="nil"/>
              <w:right w:val="nil"/>
            </w:tcBorders>
            <w:shd w:val="clear" w:color="000000" w:fill="F2F2F2"/>
            <w:vAlign w:val="center"/>
            <w:hideMark/>
          </w:tcPr>
          <w:p w14:paraId="7BDDFF0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19,578 (43,632)</w:t>
            </w:r>
          </w:p>
        </w:tc>
        <w:tc>
          <w:tcPr>
            <w:tcW w:w="410" w:type="pct"/>
            <w:tcBorders>
              <w:top w:val="nil"/>
              <w:left w:val="nil"/>
              <w:bottom w:val="nil"/>
              <w:right w:val="nil"/>
            </w:tcBorders>
            <w:shd w:val="clear" w:color="000000" w:fill="FFFFFF"/>
            <w:vAlign w:val="center"/>
            <w:hideMark/>
          </w:tcPr>
          <w:p w14:paraId="0E8DF13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242 (283)</w:t>
            </w:r>
          </w:p>
        </w:tc>
        <w:tc>
          <w:tcPr>
            <w:tcW w:w="410" w:type="pct"/>
            <w:tcBorders>
              <w:top w:val="nil"/>
              <w:left w:val="nil"/>
              <w:bottom w:val="nil"/>
              <w:right w:val="nil"/>
            </w:tcBorders>
            <w:shd w:val="clear" w:color="000000" w:fill="FFFFFF"/>
            <w:vAlign w:val="center"/>
            <w:hideMark/>
          </w:tcPr>
          <w:p w14:paraId="766C531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nil"/>
              <w:left w:val="nil"/>
              <w:bottom w:val="nil"/>
              <w:right w:val="nil"/>
            </w:tcBorders>
            <w:shd w:val="clear" w:color="000000" w:fill="F2F2F2"/>
            <w:vAlign w:val="center"/>
            <w:hideMark/>
          </w:tcPr>
          <w:p w14:paraId="34BCF12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15,273 (25,608)</w:t>
            </w:r>
          </w:p>
        </w:tc>
        <w:tc>
          <w:tcPr>
            <w:tcW w:w="410" w:type="pct"/>
            <w:tcBorders>
              <w:top w:val="nil"/>
              <w:left w:val="nil"/>
              <w:bottom w:val="nil"/>
              <w:right w:val="nil"/>
            </w:tcBorders>
            <w:shd w:val="clear" w:color="000000" w:fill="F2F2F2"/>
            <w:vAlign w:val="center"/>
            <w:hideMark/>
          </w:tcPr>
          <w:p w14:paraId="4F7C1D7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187 (440)</w:t>
            </w:r>
          </w:p>
        </w:tc>
        <w:tc>
          <w:tcPr>
            <w:tcW w:w="410" w:type="pct"/>
            <w:tcBorders>
              <w:top w:val="nil"/>
              <w:left w:val="nil"/>
              <w:bottom w:val="nil"/>
              <w:right w:val="nil"/>
            </w:tcBorders>
            <w:shd w:val="clear" w:color="000000" w:fill="F2F2F2"/>
            <w:vAlign w:val="center"/>
            <w:hideMark/>
          </w:tcPr>
          <w:p w14:paraId="67823B5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4,366 (15,612)</w:t>
            </w:r>
          </w:p>
        </w:tc>
        <w:tc>
          <w:tcPr>
            <w:tcW w:w="410" w:type="pct"/>
            <w:tcBorders>
              <w:top w:val="nil"/>
              <w:left w:val="nil"/>
              <w:bottom w:val="nil"/>
              <w:right w:val="nil"/>
            </w:tcBorders>
            <w:shd w:val="clear" w:color="000000" w:fill="FFFFFF"/>
            <w:vAlign w:val="center"/>
            <w:hideMark/>
          </w:tcPr>
          <w:p w14:paraId="0A2B306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313 (2,176)</w:t>
            </w:r>
          </w:p>
        </w:tc>
        <w:tc>
          <w:tcPr>
            <w:tcW w:w="411" w:type="pct"/>
            <w:tcBorders>
              <w:top w:val="nil"/>
              <w:left w:val="nil"/>
              <w:bottom w:val="nil"/>
              <w:right w:val="nil"/>
            </w:tcBorders>
            <w:shd w:val="clear" w:color="000000" w:fill="FFFFFF"/>
            <w:vAlign w:val="center"/>
            <w:hideMark/>
          </w:tcPr>
          <w:p w14:paraId="35EDABC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r>
      <w:tr w:rsidR="00726DBE" w:rsidRPr="00693325" w14:paraId="37F1BF62" w14:textId="77777777" w:rsidTr="00841CFC">
        <w:trPr>
          <w:trHeight w:val="70"/>
        </w:trPr>
        <w:tc>
          <w:tcPr>
            <w:tcW w:w="899" w:type="pct"/>
            <w:tcBorders>
              <w:top w:val="nil"/>
              <w:left w:val="nil"/>
              <w:bottom w:val="nil"/>
              <w:right w:val="nil"/>
            </w:tcBorders>
            <w:shd w:val="clear" w:color="000000" w:fill="FFFFFF"/>
            <w:vAlign w:val="center"/>
            <w:hideMark/>
          </w:tcPr>
          <w:p w14:paraId="540EABC5"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Plan paid </w:t>
            </w:r>
          </w:p>
        </w:tc>
        <w:tc>
          <w:tcPr>
            <w:tcW w:w="410" w:type="pct"/>
            <w:tcBorders>
              <w:top w:val="nil"/>
              <w:left w:val="nil"/>
              <w:bottom w:val="nil"/>
              <w:right w:val="nil"/>
            </w:tcBorders>
            <w:shd w:val="clear" w:color="000000" w:fill="F2F2F2"/>
            <w:vAlign w:val="center"/>
            <w:hideMark/>
          </w:tcPr>
          <w:p w14:paraId="51E08A6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77,566 (79,117)</w:t>
            </w:r>
          </w:p>
        </w:tc>
        <w:tc>
          <w:tcPr>
            <w:tcW w:w="410" w:type="pct"/>
            <w:tcBorders>
              <w:top w:val="nil"/>
              <w:left w:val="nil"/>
              <w:bottom w:val="nil"/>
              <w:right w:val="nil"/>
            </w:tcBorders>
            <w:shd w:val="clear" w:color="000000" w:fill="F2F2F2"/>
            <w:vAlign w:val="center"/>
            <w:hideMark/>
          </w:tcPr>
          <w:p w14:paraId="2E2A18C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2,192 (7,628)</w:t>
            </w:r>
          </w:p>
        </w:tc>
        <w:tc>
          <w:tcPr>
            <w:tcW w:w="410" w:type="pct"/>
            <w:tcBorders>
              <w:top w:val="nil"/>
              <w:left w:val="nil"/>
              <w:bottom w:val="nil"/>
              <w:right w:val="nil"/>
            </w:tcBorders>
            <w:shd w:val="clear" w:color="000000" w:fill="F2F2F2"/>
            <w:vAlign w:val="center"/>
            <w:hideMark/>
          </w:tcPr>
          <w:p w14:paraId="2004C30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19,278 (43,581)</w:t>
            </w:r>
          </w:p>
        </w:tc>
        <w:tc>
          <w:tcPr>
            <w:tcW w:w="410" w:type="pct"/>
            <w:tcBorders>
              <w:top w:val="nil"/>
              <w:left w:val="nil"/>
              <w:bottom w:val="nil"/>
              <w:right w:val="nil"/>
            </w:tcBorders>
            <w:shd w:val="clear" w:color="000000" w:fill="FFFFFF"/>
            <w:vAlign w:val="center"/>
            <w:hideMark/>
          </w:tcPr>
          <w:p w14:paraId="71BB141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197 (242)</w:t>
            </w:r>
          </w:p>
        </w:tc>
        <w:tc>
          <w:tcPr>
            <w:tcW w:w="410" w:type="pct"/>
            <w:tcBorders>
              <w:top w:val="nil"/>
              <w:left w:val="nil"/>
              <w:bottom w:val="nil"/>
              <w:right w:val="nil"/>
            </w:tcBorders>
            <w:shd w:val="clear" w:color="000000" w:fill="FFFFFF"/>
            <w:vAlign w:val="center"/>
            <w:hideMark/>
          </w:tcPr>
          <w:p w14:paraId="30FDF4A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nil"/>
              <w:left w:val="nil"/>
              <w:bottom w:val="nil"/>
              <w:right w:val="nil"/>
            </w:tcBorders>
            <w:shd w:val="clear" w:color="000000" w:fill="F2F2F2"/>
            <w:vAlign w:val="center"/>
            <w:hideMark/>
          </w:tcPr>
          <w:p w14:paraId="199F2C6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15,273 (25,608)</w:t>
            </w:r>
          </w:p>
        </w:tc>
        <w:tc>
          <w:tcPr>
            <w:tcW w:w="410" w:type="pct"/>
            <w:tcBorders>
              <w:top w:val="nil"/>
              <w:left w:val="nil"/>
              <w:bottom w:val="nil"/>
              <w:right w:val="nil"/>
            </w:tcBorders>
            <w:shd w:val="clear" w:color="000000" w:fill="F2F2F2"/>
            <w:vAlign w:val="center"/>
            <w:hideMark/>
          </w:tcPr>
          <w:p w14:paraId="0A76D8F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187 (440)</w:t>
            </w:r>
          </w:p>
        </w:tc>
        <w:tc>
          <w:tcPr>
            <w:tcW w:w="410" w:type="pct"/>
            <w:tcBorders>
              <w:top w:val="nil"/>
              <w:left w:val="nil"/>
              <w:bottom w:val="nil"/>
              <w:right w:val="nil"/>
            </w:tcBorders>
            <w:shd w:val="clear" w:color="000000" w:fill="F2F2F2"/>
            <w:vAlign w:val="center"/>
            <w:hideMark/>
          </w:tcPr>
          <w:p w14:paraId="0C6F218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4,366 (15,612)</w:t>
            </w:r>
          </w:p>
        </w:tc>
        <w:tc>
          <w:tcPr>
            <w:tcW w:w="410" w:type="pct"/>
            <w:tcBorders>
              <w:top w:val="nil"/>
              <w:left w:val="nil"/>
              <w:bottom w:val="nil"/>
              <w:right w:val="nil"/>
            </w:tcBorders>
            <w:shd w:val="clear" w:color="000000" w:fill="FFFFFF"/>
            <w:vAlign w:val="center"/>
            <w:hideMark/>
          </w:tcPr>
          <w:p w14:paraId="1E65F3B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308 (2,131)</w:t>
            </w:r>
          </w:p>
        </w:tc>
        <w:tc>
          <w:tcPr>
            <w:tcW w:w="411" w:type="pct"/>
            <w:tcBorders>
              <w:top w:val="nil"/>
              <w:left w:val="nil"/>
              <w:bottom w:val="nil"/>
              <w:right w:val="nil"/>
            </w:tcBorders>
            <w:shd w:val="clear" w:color="000000" w:fill="FFFFFF"/>
            <w:vAlign w:val="center"/>
            <w:hideMark/>
          </w:tcPr>
          <w:p w14:paraId="484270E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r>
      <w:tr w:rsidR="00726DBE" w:rsidRPr="00693325" w14:paraId="34FCF7C6" w14:textId="77777777" w:rsidTr="00841CFC">
        <w:trPr>
          <w:trHeight w:val="70"/>
        </w:trPr>
        <w:tc>
          <w:tcPr>
            <w:tcW w:w="899" w:type="pct"/>
            <w:tcBorders>
              <w:top w:val="nil"/>
              <w:left w:val="nil"/>
              <w:bottom w:val="nil"/>
              <w:right w:val="nil"/>
            </w:tcBorders>
            <w:shd w:val="clear" w:color="000000" w:fill="FFFFFF"/>
            <w:vAlign w:val="center"/>
            <w:hideMark/>
          </w:tcPr>
          <w:p w14:paraId="5047E34C"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OOP </w:t>
            </w:r>
          </w:p>
        </w:tc>
        <w:tc>
          <w:tcPr>
            <w:tcW w:w="410" w:type="pct"/>
            <w:tcBorders>
              <w:top w:val="nil"/>
              <w:left w:val="nil"/>
              <w:bottom w:val="nil"/>
              <w:right w:val="nil"/>
            </w:tcBorders>
            <w:shd w:val="clear" w:color="000000" w:fill="F2F2F2"/>
            <w:vAlign w:val="center"/>
            <w:hideMark/>
          </w:tcPr>
          <w:p w14:paraId="70E7CC7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1,568 (1,989)</w:t>
            </w:r>
          </w:p>
        </w:tc>
        <w:tc>
          <w:tcPr>
            <w:tcW w:w="410" w:type="pct"/>
            <w:tcBorders>
              <w:top w:val="nil"/>
              <w:left w:val="nil"/>
              <w:bottom w:val="nil"/>
              <w:right w:val="nil"/>
            </w:tcBorders>
            <w:shd w:val="clear" w:color="000000" w:fill="F2F2F2"/>
            <w:vAlign w:val="center"/>
            <w:hideMark/>
          </w:tcPr>
          <w:p w14:paraId="079D27F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184 (587)</w:t>
            </w:r>
          </w:p>
        </w:tc>
        <w:tc>
          <w:tcPr>
            <w:tcW w:w="410" w:type="pct"/>
            <w:tcBorders>
              <w:top w:val="nil"/>
              <w:left w:val="nil"/>
              <w:bottom w:val="nil"/>
              <w:right w:val="nil"/>
            </w:tcBorders>
            <w:shd w:val="clear" w:color="000000" w:fill="F2F2F2"/>
            <w:vAlign w:val="center"/>
            <w:hideMark/>
          </w:tcPr>
          <w:p w14:paraId="3311E92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302 (370)</w:t>
            </w:r>
          </w:p>
        </w:tc>
        <w:tc>
          <w:tcPr>
            <w:tcW w:w="410" w:type="pct"/>
            <w:tcBorders>
              <w:top w:val="nil"/>
              <w:left w:val="nil"/>
              <w:bottom w:val="nil"/>
              <w:right w:val="nil"/>
            </w:tcBorders>
            <w:shd w:val="clear" w:color="000000" w:fill="FFFFFF"/>
            <w:vAlign w:val="center"/>
            <w:hideMark/>
          </w:tcPr>
          <w:p w14:paraId="512A0AC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47 (83)</w:t>
            </w:r>
          </w:p>
        </w:tc>
        <w:tc>
          <w:tcPr>
            <w:tcW w:w="410" w:type="pct"/>
            <w:tcBorders>
              <w:top w:val="nil"/>
              <w:left w:val="nil"/>
              <w:bottom w:val="nil"/>
              <w:right w:val="nil"/>
            </w:tcBorders>
            <w:shd w:val="clear" w:color="000000" w:fill="FFFFFF"/>
            <w:vAlign w:val="center"/>
            <w:hideMark/>
          </w:tcPr>
          <w:p w14:paraId="54ED5CE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nil"/>
              <w:left w:val="nil"/>
              <w:bottom w:val="nil"/>
              <w:right w:val="nil"/>
            </w:tcBorders>
            <w:shd w:val="clear" w:color="000000" w:fill="F2F2F2"/>
            <w:vAlign w:val="center"/>
            <w:hideMark/>
          </w:tcPr>
          <w:p w14:paraId="3112ACA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3475E06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2F2F2"/>
            <w:vAlign w:val="center"/>
            <w:hideMark/>
          </w:tcPr>
          <w:p w14:paraId="292F8F1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nil"/>
              <w:right w:val="nil"/>
            </w:tcBorders>
            <w:shd w:val="clear" w:color="000000" w:fill="FFFFFF"/>
            <w:vAlign w:val="center"/>
            <w:hideMark/>
          </w:tcPr>
          <w:p w14:paraId="20902E0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51 (1,210)</w:t>
            </w:r>
          </w:p>
        </w:tc>
        <w:tc>
          <w:tcPr>
            <w:tcW w:w="411" w:type="pct"/>
            <w:tcBorders>
              <w:top w:val="nil"/>
              <w:left w:val="nil"/>
              <w:bottom w:val="nil"/>
              <w:right w:val="nil"/>
            </w:tcBorders>
            <w:shd w:val="clear" w:color="000000" w:fill="FFFFFF"/>
            <w:vAlign w:val="center"/>
            <w:hideMark/>
          </w:tcPr>
          <w:p w14:paraId="5641CA5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0.654</w:t>
            </w:r>
          </w:p>
        </w:tc>
      </w:tr>
      <w:tr w:rsidR="00726DBE" w:rsidRPr="00693325" w14:paraId="34545AFC" w14:textId="77777777" w:rsidTr="00841CFC">
        <w:trPr>
          <w:trHeight w:val="70"/>
        </w:trPr>
        <w:tc>
          <w:tcPr>
            <w:tcW w:w="899" w:type="pct"/>
            <w:tcBorders>
              <w:top w:val="nil"/>
              <w:left w:val="nil"/>
              <w:bottom w:val="nil"/>
              <w:right w:val="nil"/>
            </w:tcBorders>
            <w:shd w:val="clear" w:color="000000" w:fill="FFFFFF"/>
            <w:vAlign w:val="center"/>
            <w:hideMark/>
          </w:tcPr>
          <w:p w14:paraId="67BA444A" w14:textId="77777777" w:rsidR="00726DBE" w:rsidRPr="00693325" w:rsidRDefault="00726DBE" w:rsidP="00841CFC">
            <w:pPr>
              <w:rPr>
                <w:rFonts w:ascii="Times New Roman" w:hAnsi="Times New Roman"/>
                <w:b/>
                <w:bCs/>
                <w:color w:val="000000"/>
                <w:sz w:val="16"/>
                <w:szCs w:val="16"/>
                <w:u w:val="single"/>
              </w:rPr>
            </w:pPr>
            <w:r w:rsidRPr="00693325">
              <w:rPr>
                <w:rFonts w:ascii="Times New Roman" w:hAnsi="Times New Roman"/>
                <w:b/>
                <w:bCs/>
                <w:color w:val="000000"/>
                <w:sz w:val="16"/>
                <w:szCs w:val="16"/>
                <w:u w:val="single"/>
              </w:rPr>
              <w:t xml:space="preserve">Total (Total medical + Outpatient pharmacy; </w:t>
            </w:r>
            <w:r w:rsidRPr="00693325">
              <w:rPr>
                <w:rFonts w:ascii="Times New Roman" w:hAnsi="Times New Roman"/>
                <w:b/>
                <w:bCs/>
                <w:color w:val="000000"/>
                <w:sz w:val="16"/>
                <w:u w:val="single"/>
              </w:rPr>
              <w:t>$), mean (SD)</w:t>
            </w:r>
            <w:r w:rsidRPr="00693325">
              <w:rPr>
                <w:rFonts w:ascii="Times New Roman" w:hAnsi="Times New Roman"/>
                <w:b/>
                <w:bCs/>
                <w:color w:val="000000"/>
                <w:sz w:val="16"/>
                <w:szCs w:val="16"/>
                <w:u w:val="single"/>
              </w:rPr>
              <w:t xml:space="preserve">  </w:t>
            </w:r>
          </w:p>
        </w:tc>
        <w:tc>
          <w:tcPr>
            <w:tcW w:w="410" w:type="pct"/>
            <w:tcBorders>
              <w:top w:val="nil"/>
              <w:left w:val="nil"/>
              <w:bottom w:val="nil"/>
              <w:right w:val="nil"/>
            </w:tcBorders>
            <w:shd w:val="clear" w:color="000000" w:fill="F2F2F2"/>
            <w:vAlign w:val="center"/>
            <w:hideMark/>
          </w:tcPr>
          <w:p w14:paraId="6FDAB12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79,163 (79,420)</w:t>
            </w:r>
          </w:p>
        </w:tc>
        <w:tc>
          <w:tcPr>
            <w:tcW w:w="410" w:type="pct"/>
            <w:tcBorders>
              <w:top w:val="nil"/>
              <w:left w:val="nil"/>
              <w:bottom w:val="nil"/>
              <w:right w:val="nil"/>
            </w:tcBorders>
            <w:shd w:val="clear" w:color="000000" w:fill="F2F2F2"/>
            <w:vAlign w:val="center"/>
            <w:hideMark/>
          </w:tcPr>
          <w:p w14:paraId="33CB496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2,598 (8,322)</w:t>
            </w:r>
          </w:p>
        </w:tc>
        <w:tc>
          <w:tcPr>
            <w:tcW w:w="410" w:type="pct"/>
            <w:tcBorders>
              <w:top w:val="nil"/>
              <w:left w:val="nil"/>
              <w:bottom w:val="nil"/>
              <w:right w:val="nil"/>
            </w:tcBorders>
            <w:shd w:val="clear" w:color="000000" w:fill="F2F2F2"/>
            <w:vAlign w:val="center"/>
            <w:hideMark/>
          </w:tcPr>
          <w:p w14:paraId="18CC20F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19,782 (43,594)</w:t>
            </w:r>
          </w:p>
        </w:tc>
        <w:tc>
          <w:tcPr>
            <w:tcW w:w="410" w:type="pct"/>
            <w:tcBorders>
              <w:top w:val="nil"/>
              <w:left w:val="nil"/>
              <w:bottom w:val="nil"/>
              <w:right w:val="nil"/>
            </w:tcBorders>
            <w:shd w:val="clear" w:color="000000" w:fill="FFFFFF"/>
            <w:vAlign w:val="center"/>
            <w:hideMark/>
          </w:tcPr>
          <w:p w14:paraId="6A19FCD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261 (303)</w:t>
            </w:r>
          </w:p>
        </w:tc>
        <w:tc>
          <w:tcPr>
            <w:tcW w:w="410" w:type="pct"/>
            <w:tcBorders>
              <w:top w:val="nil"/>
              <w:left w:val="nil"/>
              <w:bottom w:val="nil"/>
              <w:right w:val="nil"/>
            </w:tcBorders>
            <w:shd w:val="clear" w:color="000000" w:fill="FFFFFF"/>
            <w:vAlign w:val="center"/>
            <w:hideMark/>
          </w:tcPr>
          <w:p w14:paraId="0206DFF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nil"/>
              <w:left w:val="nil"/>
              <w:bottom w:val="nil"/>
              <w:right w:val="nil"/>
            </w:tcBorders>
            <w:shd w:val="clear" w:color="000000" w:fill="F2F2F2"/>
            <w:vAlign w:val="center"/>
            <w:hideMark/>
          </w:tcPr>
          <w:p w14:paraId="5CCBB2B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15,312 (25,608)</w:t>
            </w:r>
          </w:p>
        </w:tc>
        <w:tc>
          <w:tcPr>
            <w:tcW w:w="410" w:type="pct"/>
            <w:tcBorders>
              <w:top w:val="nil"/>
              <w:left w:val="nil"/>
              <w:bottom w:val="nil"/>
              <w:right w:val="nil"/>
            </w:tcBorders>
            <w:shd w:val="clear" w:color="000000" w:fill="F2F2F2"/>
            <w:vAlign w:val="center"/>
            <w:hideMark/>
          </w:tcPr>
          <w:p w14:paraId="0D9507F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216 (466)</w:t>
            </w:r>
          </w:p>
        </w:tc>
        <w:tc>
          <w:tcPr>
            <w:tcW w:w="410" w:type="pct"/>
            <w:tcBorders>
              <w:top w:val="nil"/>
              <w:left w:val="nil"/>
              <w:bottom w:val="nil"/>
              <w:right w:val="nil"/>
            </w:tcBorders>
            <w:shd w:val="clear" w:color="000000" w:fill="F2F2F2"/>
            <w:vAlign w:val="center"/>
            <w:hideMark/>
          </w:tcPr>
          <w:p w14:paraId="295EFFD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4,395 (15,607)</w:t>
            </w:r>
          </w:p>
        </w:tc>
        <w:tc>
          <w:tcPr>
            <w:tcW w:w="410" w:type="pct"/>
            <w:tcBorders>
              <w:top w:val="nil"/>
              <w:left w:val="nil"/>
              <w:bottom w:val="nil"/>
              <w:right w:val="nil"/>
            </w:tcBorders>
            <w:shd w:val="clear" w:color="000000" w:fill="FFFFFF"/>
            <w:vAlign w:val="center"/>
            <w:hideMark/>
          </w:tcPr>
          <w:p w14:paraId="3C88EF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326 (2,187)</w:t>
            </w:r>
          </w:p>
        </w:tc>
        <w:tc>
          <w:tcPr>
            <w:tcW w:w="411" w:type="pct"/>
            <w:tcBorders>
              <w:top w:val="nil"/>
              <w:left w:val="nil"/>
              <w:bottom w:val="nil"/>
              <w:right w:val="nil"/>
            </w:tcBorders>
            <w:shd w:val="clear" w:color="000000" w:fill="FFFFFF"/>
            <w:vAlign w:val="center"/>
            <w:hideMark/>
          </w:tcPr>
          <w:p w14:paraId="6C592E5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r>
      <w:tr w:rsidR="00726DBE" w:rsidRPr="00693325" w14:paraId="4FC523AC" w14:textId="77777777" w:rsidTr="00841CFC">
        <w:trPr>
          <w:trHeight w:val="70"/>
        </w:trPr>
        <w:tc>
          <w:tcPr>
            <w:tcW w:w="899" w:type="pct"/>
            <w:tcBorders>
              <w:top w:val="nil"/>
              <w:left w:val="nil"/>
              <w:bottom w:val="nil"/>
              <w:right w:val="nil"/>
            </w:tcBorders>
            <w:shd w:val="clear" w:color="000000" w:fill="FFFFFF"/>
            <w:vAlign w:val="center"/>
            <w:hideMark/>
          </w:tcPr>
          <w:p w14:paraId="23334E30"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Plan paid total </w:t>
            </w:r>
          </w:p>
        </w:tc>
        <w:tc>
          <w:tcPr>
            <w:tcW w:w="410" w:type="pct"/>
            <w:tcBorders>
              <w:top w:val="nil"/>
              <w:left w:val="nil"/>
              <w:bottom w:val="nil"/>
              <w:right w:val="nil"/>
            </w:tcBorders>
            <w:shd w:val="clear" w:color="000000" w:fill="F2F2F2"/>
            <w:vAlign w:val="center"/>
            <w:hideMark/>
          </w:tcPr>
          <w:p w14:paraId="024B5CB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77,592 (79,133)</w:t>
            </w:r>
          </w:p>
        </w:tc>
        <w:tc>
          <w:tcPr>
            <w:tcW w:w="410" w:type="pct"/>
            <w:tcBorders>
              <w:top w:val="nil"/>
              <w:left w:val="nil"/>
              <w:bottom w:val="nil"/>
              <w:right w:val="nil"/>
            </w:tcBorders>
            <w:shd w:val="clear" w:color="000000" w:fill="F2F2F2"/>
            <w:vAlign w:val="center"/>
            <w:hideMark/>
          </w:tcPr>
          <w:p w14:paraId="20305A5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2,395 (7,725)</w:t>
            </w:r>
          </w:p>
        </w:tc>
        <w:tc>
          <w:tcPr>
            <w:tcW w:w="410" w:type="pct"/>
            <w:tcBorders>
              <w:top w:val="nil"/>
              <w:left w:val="nil"/>
              <w:bottom w:val="nil"/>
              <w:right w:val="nil"/>
            </w:tcBorders>
            <w:shd w:val="clear" w:color="000000" w:fill="F2F2F2"/>
            <w:vAlign w:val="center"/>
            <w:hideMark/>
          </w:tcPr>
          <w:p w14:paraId="7A071D4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19,463 (43,541)</w:t>
            </w:r>
          </w:p>
        </w:tc>
        <w:tc>
          <w:tcPr>
            <w:tcW w:w="410" w:type="pct"/>
            <w:tcBorders>
              <w:top w:val="nil"/>
              <w:left w:val="nil"/>
              <w:bottom w:val="nil"/>
              <w:right w:val="nil"/>
            </w:tcBorders>
            <w:shd w:val="clear" w:color="000000" w:fill="FFFFFF"/>
            <w:vAlign w:val="center"/>
            <w:hideMark/>
          </w:tcPr>
          <w:p w14:paraId="7DFB949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209 (252)</w:t>
            </w:r>
          </w:p>
        </w:tc>
        <w:tc>
          <w:tcPr>
            <w:tcW w:w="410" w:type="pct"/>
            <w:tcBorders>
              <w:top w:val="nil"/>
              <w:left w:val="nil"/>
              <w:bottom w:val="nil"/>
              <w:right w:val="nil"/>
            </w:tcBorders>
            <w:shd w:val="clear" w:color="000000" w:fill="FFFFFF"/>
            <w:vAlign w:val="center"/>
            <w:hideMark/>
          </w:tcPr>
          <w:p w14:paraId="3781719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nil"/>
              <w:left w:val="nil"/>
              <w:bottom w:val="nil"/>
              <w:right w:val="nil"/>
            </w:tcBorders>
            <w:shd w:val="clear" w:color="000000" w:fill="F2F2F2"/>
            <w:vAlign w:val="center"/>
            <w:hideMark/>
          </w:tcPr>
          <w:p w14:paraId="7BEFF2B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15,312 (25,608)</w:t>
            </w:r>
          </w:p>
        </w:tc>
        <w:tc>
          <w:tcPr>
            <w:tcW w:w="410" w:type="pct"/>
            <w:tcBorders>
              <w:top w:val="nil"/>
              <w:left w:val="nil"/>
              <w:bottom w:val="nil"/>
              <w:right w:val="nil"/>
            </w:tcBorders>
            <w:shd w:val="clear" w:color="000000" w:fill="F2F2F2"/>
            <w:vAlign w:val="center"/>
            <w:hideMark/>
          </w:tcPr>
          <w:p w14:paraId="3F3E50A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216 (466)</w:t>
            </w:r>
          </w:p>
        </w:tc>
        <w:tc>
          <w:tcPr>
            <w:tcW w:w="410" w:type="pct"/>
            <w:tcBorders>
              <w:top w:val="nil"/>
              <w:left w:val="nil"/>
              <w:bottom w:val="nil"/>
              <w:right w:val="nil"/>
            </w:tcBorders>
            <w:shd w:val="clear" w:color="000000" w:fill="F2F2F2"/>
            <w:vAlign w:val="center"/>
            <w:hideMark/>
          </w:tcPr>
          <w:p w14:paraId="54A92DA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4,395 (15,607)</w:t>
            </w:r>
          </w:p>
        </w:tc>
        <w:tc>
          <w:tcPr>
            <w:tcW w:w="410" w:type="pct"/>
            <w:tcBorders>
              <w:top w:val="nil"/>
              <w:left w:val="nil"/>
              <w:bottom w:val="nil"/>
              <w:right w:val="nil"/>
            </w:tcBorders>
            <w:shd w:val="clear" w:color="000000" w:fill="FFFFFF"/>
            <w:vAlign w:val="center"/>
            <w:hideMark/>
          </w:tcPr>
          <w:p w14:paraId="7949135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320(2,141)</w:t>
            </w:r>
          </w:p>
        </w:tc>
        <w:tc>
          <w:tcPr>
            <w:tcW w:w="411" w:type="pct"/>
            <w:tcBorders>
              <w:top w:val="nil"/>
              <w:left w:val="nil"/>
              <w:bottom w:val="nil"/>
              <w:right w:val="nil"/>
            </w:tcBorders>
            <w:shd w:val="clear" w:color="000000" w:fill="FFFFFF"/>
            <w:vAlign w:val="center"/>
            <w:hideMark/>
          </w:tcPr>
          <w:p w14:paraId="0378E3B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r>
      <w:tr w:rsidR="00726DBE" w:rsidRPr="00693325" w14:paraId="25586FB8" w14:textId="77777777" w:rsidTr="00841CFC">
        <w:trPr>
          <w:trHeight w:val="70"/>
        </w:trPr>
        <w:tc>
          <w:tcPr>
            <w:tcW w:w="899" w:type="pct"/>
            <w:tcBorders>
              <w:top w:val="nil"/>
              <w:left w:val="nil"/>
              <w:bottom w:val="single" w:sz="8" w:space="0" w:color="auto"/>
              <w:right w:val="nil"/>
            </w:tcBorders>
            <w:shd w:val="clear" w:color="000000" w:fill="FFFFFF"/>
            <w:vAlign w:val="center"/>
            <w:hideMark/>
          </w:tcPr>
          <w:p w14:paraId="58F653CD"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szCs w:val="16"/>
              </w:rPr>
              <w:t xml:space="preserve">OOP total </w:t>
            </w:r>
          </w:p>
        </w:tc>
        <w:tc>
          <w:tcPr>
            <w:tcW w:w="410" w:type="pct"/>
            <w:tcBorders>
              <w:top w:val="nil"/>
              <w:left w:val="nil"/>
              <w:bottom w:val="single" w:sz="8" w:space="0" w:color="auto"/>
              <w:right w:val="nil"/>
            </w:tcBorders>
            <w:shd w:val="clear" w:color="000000" w:fill="F2F2F2"/>
            <w:vAlign w:val="center"/>
            <w:hideMark/>
          </w:tcPr>
          <w:p w14:paraId="7CF9C2E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1,584 (1,998)</w:t>
            </w:r>
          </w:p>
        </w:tc>
        <w:tc>
          <w:tcPr>
            <w:tcW w:w="410" w:type="pct"/>
            <w:tcBorders>
              <w:top w:val="nil"/>
              <w:left w:val="nil"/>
              <w:bottom w:val="single" w:sz="8" w:space="0" w:color="auto"/>
              <w:right w:val="nil"/>
            </w:tcBorders>
            <w:shd w:val="clear" w:color="000000" w:fill="F2F2F2"/>
            <w:vAlign w:val="center"/>
            <w:hideMark/>
          </w:tcPr>
          <w:p w14:paraId="14B6F3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203 (601)</w:t>
            </w:r>
          </w:p>
        </w:tc>
        <w:tc>
          <w:tcPr>
            <w:tcW w:w="410" w:type="pct"/>
            <w:tcBorders>
              <w:top w:val="nil"/>
              <w:left w:val="nil"/>
              <w:bottom w:val="single" w:sz="8" w:space="0" w:color="auto"/>
              <w:right w:val="nil"/>
            </w:tcBorders>
            <w:shd w:val="clear" w:color="000000" w:fill="F2F2F2"/>
            <w:vAlign w:val="center"/>
            <w:hideMark/>
          </w:tcPr>
          <w:p w14:paraId="499C0ED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320 (378)</w:t>
            </w:r>
          </w:p>
        </w:tc>
        <w:tc>
          <w:tcPr>
            <w:tcW w:w="410" w:type="pct"/>
            <w:tcBorders>
              <w:top w:val="nil"/>
              <w:left w:val="nil"/>
              <w:bottom w:val="single" w:sz="8" w:space="0" w:color="auto"/>
              <w:right w:val="nil"/>
            </w:tcBorders>
            <w:shd w:val="clear" w:color="000000" w:fill="FFFFFF"/>
            <w:vAlign w:val="center"/>
            <w:hideMark/>
          </w:tcPr>
          <w:p w14:paraId="02F233D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54 (99)</w:t>
            </w:r>
          </w:p>
        </w:tc>
        <w:tc>
          <w:tcPr>
            <w:tcW w:w="410" w:type="pct"/>
            <w:tcBorders>
              <w:top w:val="nil"/>
              <w:left w:val="nil"/>
              <w:bottom w:val="single" w:sz="8" w:space="0" w:color="auto"/>
              <w:right w:val="nil"/>
            </w:tcBorders>
            <w:shd w:val="clear" w:color="000000" w:fill="FFFFFF"/>
            <w:vAlign w:val="center"/>
            <w:hideMark/>
          </w:tcPr>
          <w:p w14:paraId="20BC4C0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410" w:type="pct"/>
            <w:tcBorders>
              <w:top w:val="nil"/>
              <w:left w:val="nil"/>
              <w:bottom w:val="single" w:sz="8" w:space="0" w:color="auto"/>
              <w:right w:val="nil"/>
            </w:tcBorders>
            <w:shd w:val="clear" w:color="000000" w:fill="F2F2F2"/>
            <w:vAlign w:val="center"/>
            <w:hideMark/>
          </w:tcPr>
          <w:p w14:paraId="72BD587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single" w:sz="8" w:space="0" w:color="auto"/>
              <w:right w:val="nil"/>
            </w:tcBorders>
            <w:shd w:val="clear" w:color="000000" w:fill="F2F2F2"/>
            <w:vAlign w:val="center"/>
            <w:hideMark/>
          </w:tcPr>
          <w:p w14:paraId="64F8FA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single" w:sz="8" w:space="0" w:color="auto"/>
              <w:right w:val="nil"/>
            </w:tcBorders>
            <w:shd w:val="clear" w:color="000000" w:fill="F2F2F2"/>
            <w:vAlign w:val="center"/>
            <w:hideMark/>
          </w:tcPr>
          <w:p w14:paraId="3EB1856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w:t>
            </w:r>
          </w:p>
        </w:tc>
        <w:tc>
          <w:tcPr>
            <w:tcW w:w="410" w:type="pct"/>
            <w:tcBorders>
              <w:top w:val="nil"/>
              <w:left w:val="nil"/>
              <w:bottom w:val="single" w:sz="8" w:space="0" w:color="auto"/>
              <w:right w:val="nil"/>
            </w:tcBorders>
            <w:shd w:val="clear" w:color="000000" w:fill="FFFFFF"/>
            <w:vAlign w:val="center"/>
            <w:hideMark/>
          </w:tcPr>
          <w:p w14:paraId="3B56F25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51 (1,210)</w:t>
            </w:r>
          </w:p>
        </w:tc>
        <w:tc>
          <w:tcPr>
            <w:tcW w:w="411" w:type="pct"/>
            <w:tcBorders>
              <w:top w:val="nil"/>
              <w:left w:val="nil"/>
              <w:bottom w:val="single" w:sz="8" w:space="0" w:color="auto"/>
              <w:right w:val="nil"/>
            </w:tcBorders>
            <w:shd w:val="clear" w:color="000000" w:fill="FFFFFF"/>
            <w:vAlign w:val="center"/>
            <w:hideMark/>
          </w:tcPr>
          <w:p w14:paraId="119BE97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0.654</w:t>
            </w:r>
          </w:p>
        </w:tc>
      </w:tr>
    </w:tbl>
    <w:p w14:paraId="4CC2B87D" w14:textId="35754A43" w:rsidR="00726DBE" w:rsidRPr="00693325" w:rsidRDefault="00726DBE" w:rsidP="00726DBE">
      <w:pPr>
        <w:rPr>
          <w:rFonts w:ascii="Times New Roman" w:hAnsi="Times New Roman"/>
          <w:sz w:val="16"/>
        </w:rPr>
      </w:pPr>
      <w:r w:rsidRPr="00693325">
        <w:rPr>
          <w:rFonts w:ascii="Times New Roman" w:hAnsi="Times New Roman"/>
          <w:sz w:val="16"/>
        </w:rPr>
        <w:t>H</w:t>
      </w:r>
      <w:r w:rsidR="0035143E">
        <w:rPr>
          <w:rFonts w:ascii="Times New Roman" w:hAnsi="Times New Roman"/>
          <w:sz w:val="16"/>
        </w:rPr>
        <w:t>CRU-associated</w:t>
      </w:r>
      <w:r w:rsidRPr="00693325">
        <w:rPr>
          <w:rFonts w:ascii="Times New Roman" w:hAnsi="Times New Roman"/>
          <w:sz w:val="16"/>
        </w:rPr>
        <w:t xml:space="preserve"> costs reported PPPM</w:t>
      </w:r>
    </w:p>
    <w:p w14:paraId="652C7AA9" w14:textId="77777777" w:rsidR="00726DBE" w:rsidRPr="00693325" w:rsidRDefault="00726DBE" w:rsidP="00726DBE">
      <w:pPr>
        <w:rPr>
          <w:rFonts w:ascii="Times New Roman" w:hAnsi="Times New Roman"/>
          <w:sz w:val="16"/>
        </w:rPr>
      </w:pPr>
      <w:r w:rsidRPr="00693325">
        <w:rPr>
          <w:rFonts w:ascii="Times New Roman" w:hAnsi="Times New Roman"/>
          <w:sz w:val="16"/>
          <w:vertAlign w:val="superscript"/>
        </w:rPr>
        <w:t xml:space="preserve">a </w:t>
      </w:r>
      <w:r w:rsidRPr="00693325">
        <w:rPr>
          <w:rFonts w:ascii="Times New Roman" w:hAnsi="Times New Roman"/>
          <w:sz w:val="16"/>
        </w:rPr>
        <w:t>Acute phase is defined as the date of IMD admission or ED visit through 30 days after discharge</w:t>
      </w:r>
    </w:p>
    <w:p w14:paraId="766A8AC5" w14:textId="77777777" w:rsidR="00726DBE" w:rsidRPr="00693325" w:rsidRDefault="00726DBE" w:rsidP="00726DBE">
      <w:pPr>
        <w:rPr>
          <w:rFonts w:ascii="Times New Roman" w:hAnsi="Times New Roman"/>
          <w:sz w:val="16"/>
        </w:rPr>
      </w:pPr>
      <w:r w:rsidRPr="00693325">
        <w:rPr>
          <w:rFonts w:ascii="Times New Roman" w:hAnsi="Times New Roman"/>
          <w:sz w:val="16"/>
          <w:vertAlign w:val="superscript"/>
        </w:rPr>
        <w:t xml:space="preserve">b </w:t>
      </w:r>
      <w:r w:rsidRPr="00693325">
        <w:rPr>
          <w:rFonts w:ascii="Times New Roman" w:hAnsi="Times New Roman"/>
          <w:sz w:val="16"/>
        </w:rPr>
        <w:t>Post-acute phase is defined as the period from 31 days after discharge through the end of the variable follow-up period; not all patients had follow-up in the post-acute phase</w:t>
      </w:r>
    </w:p>
    <w:p w14:paraId="705A9E8D" w14:textId="77777777" w:rsidR="00726DBE" w:rsidRPr="00693325" w:rsidRDefault="00726DBE" w:rsidP="00726DBE">
      <w:pPr>
        <w:rPr>
          <w:rFonts w:ascii="Times New Roman" w:hAnsi="Times New Roman"/>
        </w:rPr>
      </w:pPr>
      <w:r w:rsidRPr="00693325">
        <w:rPr>
          <w:rFonts w:ascii="Times New Roman" w:hAnsi="Times New Roman"/>
          <w:sz w:val="16"/>
          <w:szCs w:val="16"/>
        </w:rPr>
        <w:t>Abbreviations: ED: emergency department, IMD: invasive meningococcal disease, PPPM: per-patient-per-month, OOP: out of pocket, SD: standard deviation</w:t>
      </w:r>
    </w:p>
    <w:p w14:paraId="5F817225" w14:textId="77777777" w:rsidR="00726DBE" w:rsidRPr="00693325" w:rsidRDefault="00726DBE" w:rsidP="00726DBE">
      <w:pPr>
        <w:spacing w:after="160" w:line="259" w:lineRule="auto"/>
        <w:rPr>
          <w:rFonts w:ascii="Times New Roman" w:hAnsi="Times New Roman"/>
          <w:b/>
          <w:sz w:val="22"/>
        </w:rPr>
      </w:pPr>
      <w:r w:rsidRPr="00693325">
        <w:rPr>
          <w:rFonts w:ascii="Times New Roman" w:hAnsi="Times New Roman"/>
          <w:b/>
          <w:sz w:val="22"/>
        </w:rPr>
        <w:br w:type="page"/>
      </w:r>
    </w:p>
    <w:p w14:paraId="0404D714" w14:textId="440F8B1C" w:rsidR="00726DBE" w:rsidRPr="00693325" w:rsidRDefault="00726DBE" w:rsidP="00726DBE">
      <w:pPr>
        <w:spacing w:line="276" w:lineRule="auto"/>
        <w:rPr>
          <w:rFonts w:ascii="Times New Roman" w:hAnsi="Times New Roman"/>
          <w:sz w:val="20"/>
        </w:rPr>
      </w:pPr>
      <w:r w:rsidRPr="00693325">
        <w:rPr>
          <w:rFonts w:ascii="Times New Roman" w:hAnsi="Times New Roman"/>
          <w:b/>
          <w:sz w:val="20"/>
        </w:rPr>
        <w:lastRenderedPageBreak/>
        <w:t xml:space="preserve">Supplemental Table </w:t>
      </w:r>
      <w:r w:rsidR="00A0215B">
        <w:rPr>
          <w:rFonts w:ascii="Times New Roman" w:hAnsi="Times New Roman"/>
          <w:b/>
          <w:sz w:val="20"/>
        </w:rPr>
        <w:t>6</w:t>
      </w:r>
      <w:r w:rsidRPr="00693325">
        <w:rPr>
          <w:rFonts w:ascii="Times New Roman" w:hAnsi="Times New Roman"/>
          <w:b/>
          <w:sz w:val="20"/>
        </w:rPr>
        <w:t xml:space="preserve"> </w:t>
      </w:r>
      <w:r w:rsidRPr="00693325">
        <w:rPr>
          <w:rFonts w:ascii="Times New Roman" w:hAnsi="Times New Roman"/>
          <w:sz w:val="20"/>
        </w:rPr>
        <w:t>Demographic characteristics, toddler and child cohorts</w:t>
      </w:r>
    </w:p>
    <w:tbl>
      <w:tblPr>
        <w:tblW w:w="5000" w:type="pct"/>
        <w:tblLayout w:type="fixed"/>
        <w:tblCellMar>
          <w:left w:w="0" w:type="dxa"/>
          <w:right w:w="0" w:type="dxa"/>
        </w:tblCellMar>
        <w:tblLook w:val="04A0" w:firstRow="1" w:lastRow="0" w:firstColumn="1" w:lastColumn="0" w:noHBand="0" w:noVBand="1"/>
      </w:tblPr>
      <w:tblGrid>
        <w:gridCol w:w="1810"/>
        <w:gridCol w:w="1014"/>
        <w:gridCol w:w="1012"/>
        <w:gridCol w:w="1016"/>
        <w:gridCol w:w="1013"/>
        <w:gridCol w:w="1013"/>
        <w:gridCol w:w="1013"/>
        <w:gridCol w:w="1013"/>
        <w:gridCol w:w="1013"/>
        <w:gridCol w:w="1013"/>
        <w:gridCol w:w="1013"/>
        <w:gridCol w:w="1013"/>
        <w:gridCol w:w="1002"/>
      </w:tblGrid>
      <w:tr w:rsidR="00726DBE" w:rsidRPr="00693325" w14:paraId="098BD658" w14:textId="77777777" w:rsidTr="00132E28">
        <w:trPr>
          <w:trHeight w:val="280"/>
        </w:trPr>
        <w:tc>
          <w:tcPr>
            <w:tcW w:w="648" w:type="pct"/>
            <w:tcBorders>
              <w:top w:val="single" w:sz="8" w:space="0" w:color="000000"/>
              <w:left w:val="nil"/>
              <w:bottom w:val="single" w:sz="4" w:space="0" w:color="auto"/>
              <w:right w:val="nil"/>
            </w:tcBorders>
            <w:shd w:val="clear" w:color="000000" w:fill="FFFFFF"/>
            <w:vAlign w:val="center"/>
            <w:hideMark/>
          </w:tcPr>
          <w:p w14:paraId="48BBC161" w14:textId="78D590E5" w:rsidR="00726DBE" w:rsidRPr="00693325" w:rsidRDefault="00A0215B" w:rsidP="00841CFC">
            <w:pPr>
              <w:rPr>
                <w:rFonts w:ascii="Times New Roman" w:hAnsi="Times New Roman"/>
                <w:b/>
                <w:bCs/>
                <w:color w:val="000000"/>
                <w:sz w:val="16"/>
                <w:szCs w:val="16"/>
              </w:rPr>
            </w:pPr>
            <w:r w:rsidRPr="00693325">
              <w:rPr>
                <w:rFonts w:ascii="Times New Roman" w:hAnsi="Times New Roman"/>
                <w:b/>
                <w:bCs/>
                <w:color w:val="000000"/>
                <w:sz w:val="16"/>
                <w:szCs w:val="16"/>
              </w:rPr>
              <w:t> </w:t>
            </w:r>
            <w:r>
              <w:rPr>
                <w:rFonts w:ascii="Times New Roman" w:hAnsi="Times New Roman"/>
                <w:b/>
                <w:bCs/>
                <w:color w:val="000000"/>
                <w:sz w:val="16"/>
                <w:szCs w:val="16"/>
              </w:rPr>
              <w:t>Payer</w:t>
            </w:r>
          </w:p>
        </w:tc>
        <w:tc>
          <w:tcPr>
            <w:tcW w:w="1089" w:type="pct"/>
            <w:gridSpan w:val="3"/>
            <w:tcBorders>
              <w:top w:val="single" w:sz="8" w:space="0" w:color="000000"/>
              <w:left w:val="nil"/>
              <w:bottom w:val="single" w:sz="4" w:space="0" w:color="auto"/>
              <w:right w:val="nil"/>
            </w:tcBorders>
            <w:shd w:val="clear" w:color="000000" w:fill="FFFFFF"/>
            <w:vAlign w:val="center"/>
            <w:hideMark/>
          </w:tcPr>
          <w:p w14:paraId="65F67908"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Commercial</w:t>
            </w:r>
          </w:p>
        </w:tc>
        <w:tc>
          <w:tcPr>
            <w:tcW w:w="1089" w:type="pct"/>
            <w:gridSpan w:val="3"/>
            <w:tcBorders>
              <w:top w:val="single" w:sz="8" w:space="0" w:color="000000"/>
              <w:left w:val="nil"/>
              <w:bottom w:val="single" w:sz="4" w:space="0" w:color="auto"/>
              <w:right w:val="nil"/>
            </w:tcBorders>
            <w:shd w:val="clear" w:color="000000" w:fill="FFFFFF"/>
            <w:vAlign w:val="center"/>
            <w:hideMark/>
          </w:tcPr>
          <w:p w14:paraId="3B8E1D18"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Medicaid</w:t>
            </w:r>
          </w:p>
        </w:tc>
        <w:tc>
          <w:tcPr>
            <w:tcW w:w="1089" w:type="pct"/>
            <w:gridSpan w:val="3"/>
            <w:tcBorders>
              <w:top w:val="single" w:sz="8" w:space="0" w:color="000000"/>
              <w:left w:val="nil"/>
              <w:bottom w:val="single" w:sz="4" w:space="0" w:color="auto"/>
              <w:right w:val="nil"/>
            </w:tcBorders>
            <w:shd w:val="clear" w:color="000000" w:fill="FFFFFF"/>
            <w:vAlign w:val="center"/>
            <w:hideMark/>
          </w:tcPr>
          <w:p w14:paraId="55FEFEDB"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Commercial</w:t>
            </w:r>
          </w:p>
        </w:tc>
        <w:tc>
          <w:tcPr>
            <w:tcW w:w="1086" w:type="pct"/>
            <w:gridSpan w:val="3"/>
            <w:tcBorders>
              <w:top w:val="single" w:sz="8" w:space="0" w:color="000000"/>
              <w:left w:val="nil"/>
              <w:bottom w:val="single" w:sz="4" w:space="0" w:color="auto"/>
              <w:right w:val="nil"/>
            </w:tcBorders>
            <w:shd w:val="clear" w:color="000000" w:fill="FFFFFF"/>
            <w:vAlign w:val="center"/>
            <w:hideMark/>
          </w:tcPr>
          <w:p w14:paraId="3283E8EF"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Medicaid</w:t>
            </w:r>
          </w:p>
        </w:tc>
      </w:tr>
      <w:tr w:rsidR="00726DBE" w:rsidRPr="00693325" w14:paraId="0577EC09" w14:textId="77777777" w:rsidTr="00132E28">
        <w:trPr>
          <w:trHeight w:val="400"/>
        </w:trPr>
        <w:tc>
          <w:tcPr>
            <w:tcW w:w="648" w:type="pct"/>
            <w:vMerge w:val="restart"/>
            <w:tcBorders>
              <w:left w:val="nil"/>
              <w:right w:val="nil"/>
            </w:tcBorders>
            <w:shd w:val="clear" w:color="000000" w:fill="FFFFFF"/>
            <w:vAlign w:val="center"/>
            <w:hideMark/>
          </w:tcPr>
          <w:p w14:paraId="54AAA650"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 </w:t>
            </w:r>
          </w:p>
          <w:p w14:paraId="31BB3BAE"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sz w:val="16"/>
                <w:szCs w:val="16"/>
              </w:rPr>
              <w:t>Demographic Characteristics</w:t>
            </w:r>
            <w:r w:rsidRPr="00693325">
              <w:rPr>
                <w:rFonts w:ascii="Times New Roman" w:hAnsi="Times New Roman"/>
                <w:b/>
                <w:bCs/>
                <w:sz w:val="16"/>
                <w:szCs w:val="16"/>
                <w:vertAlign w:val="superscript"/>
              </w:rPr>
              <w:t>a</w:t>
            </w:r>
          </w:p>
        </w:tc>
        <w:tc>
          <w:tcPr>
            <w:tcW w:w="363" w:type="pct"/>
            <w:tcBorders>
              <w:top w:val="single" w:sz="4" w:space="0" w:color="auto"/>
              <w:left w:val="nil"/>
              <w:right w:val="nil"/>
            </w:tcBorders>
            <w:shd w:val="clear" w:color="000000" w:fill="F2F2F2"/>
            <w:vAlign w:val="center"/>
            <w:hideMark/>
          </w:tcPr>
          <w:p w14:paraId="76ED5C4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Toddlers with IMD</w:t>
            </w:r>
          </w:p>
        </w:tc>
        <w:tc>
          <w:tcPr>
            <w:tcW w:w="362" w:type="pct"/>
            <w:tcBorders>
              <w:top w:val="single" w:sz="4" w:space="0" w:color="auto"/>
              <w:left w:val="nil"/>
              <w:right w:val="nil"/>
            </w:tcBorders>
            <w:shd w:val="clear" w:color="000000" w:fill="FFFFFF"/>
            <w:vAlign w:val="center"/>
            <w:hideMark/>
          </w:tcPr>
          <w:p w14:paraId="0AF9D00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Toddlers without IMD</w:t>
            </w:r>
          </w:p>
        </w:tc>
        <w:tc>
          <w:tcPr>
            <w:tcW w:w="364" w:type="pct"/>
            <w:tcBorders>
              <w:left w:val="nil"/>
              <w:right w:val="nil"/>
            </w:tcBorders>
            <w:shd w:val="clear" w:color="000000" w:fill="FFFFFF"/>
            <w:vAlign w:val="center"/>
            <w:hideMark/>
          </w:tcPr>
          <w:p w14:paraId="2CADA9D4" w14:textId="77777777" w:rsidR="00726DBE" w:rsidRPr="00693325" w:rsidRDefault="00726DBE" w:rsidP="00841CFC">
            <w:pPr>
              <w:jc w:val="center"/>
              <w:rPr>
                <w:rFonts w:ascii="Times New Roman" w:hAnsi="Times New Roman"/>
                <w:color w:val="000000"/>
                <w:sz w:val="16"/>
                <w:szCs w:val="16"/>
              </w:rPr>
            </w:pPr>
          </w:p>
        </w:tc>
        <w:tc>
          <w:tcPr>
            <w:tcW w:w="363" w:type="pct"/>
            <w:tcBorders>
              <w:top w:val="single" w:sz="4" w:space="0" w:color="auto"/>
              <w:left w:val="nil"/>
              <w:right w:val="nil"/>
            </w:tcBorders>
            <w:shd w:val="clear" w:color="000000" w:fill="F2F2F2"/>
            <w:vAlign w:val="center"/>
            <w:hideMark/>
          </w:tcPr>
          <w:p w14:paraId="1D59005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Toddlers with IMD</w:t>
            </w:r>
          </w:p>
        </w:tc>
        <w:tc>
          <w:tcPr>
            <w:tcW w:w="363" w:type="pct"/>
            <w:tcBorders>
              <w:top w:val="single" w:sz="4" w:space="0" w:color="auto"/>
              <w:left w:val="nil"/>
              <w:right w:val="nil"/>
            </w:tcBorders>
            <w:shd w:val="clear" w:color="000000" w:fill="FFFFFF"/>
            <w:vAlign w:val="center"/>
            <w:hideMark/>
          </w:tcPr>
          <w:p w14:paraId="7A6EA04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Toddlers without IMD</w:t>
            </w:r>
          </w:p>
        </w:tc>
        <w:tc>
          <w:tcPr>
            <w:tcW w:w="363" w:type="pct"/>
            <w:tcBorders>
              <w:left w:val="nil"/>
              <w:right w:val="nil"/>
            </w:tcBorders>
            <w:shd w:val="clear" w:color="000000" w:fill="FFFFFF"/>
            <w:vAlign w:val="center"/>
            <w:hideMark/>
          </w:tcPr>
          <w:p w14:paraId="0108D1F7" w14:textId="77777777" w:rsidR="00726DBE" w:rsidRPr="00693325" w:rsidRDefault="00726DBE" w:rsidP="00841CFC">
            <w:pPr>
              <w:jc w:val="center"/>
              <w:rPr>
                <w:rFonts w:ascii="Times New Roman" w:hAnsi="Times New Roman"/>
                <w:color w:val="000000"/>
                <w:sz w:val="16"/>
                <w:szCs w:val="16"/>
              </w:rPr>
            </w:pPr>
          </w:p>
        </w:tc>
        <w:tc>
          <w:tcPr>
            <w:tcW w:w="363" w:type="pct"/>
            <w:tcBorders>
              <w:top w:val="single" w:sz="4" w:space="0" w:color="auto"/>
              <w:left w:val="nil"/>
              <w:right w:val="nil"/>
            </w:tcBorders>
            <w:shd w:val="clear" w:color="000000" w:fill="F2F2F2"/>
            <w:vAlign w:val="center"/>
            <w:hideMark/>
          </w:tcPr>
          <w:p w14:paraId="4A6BAD7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Children with IMD</w:t>
            </w:r>
          </w:p>
        </w:tc>
        <w:tc>
          <w:tcPr>
            <w:tcW w:w="363" w:type="pct"/>
            <w:tcBorders>
              <w:top w:val="single" w:sz="4" w:space="0" w:color="auto"/>
              <w:left w:val="nil"/>
              <w:right w:val="nil"/>
            </w:tcBorders>
            <w:shd w:val="clear" w:color="000000" w:fill="FFFFFF"/>
            <w:vAlign w:val="center"/>
            <w:hideMark/>
          </w:tcPr>
          <w:p w14:paraId="1FEBC6E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Children without IMD</w:t>
            </w:r>
          </w:p>
        </w:tc>
        <w:tc>
          <w:tcPr>
            <w:tcW w:w="363" w:type="pct"/>
            <w:tcBorders>
              <w:left w:val="nil"/>
              <w:right w:val="nil"/>
            </w:tcBorders>
            <w:shd w:val="clear" w:color="000000" w:fill="FFFFFF"/>
            <w:vAlign w:val="center"/>
            <w:hideMark/>
          </w:tcPr>
          <w:p w14:paraId="3339F165" w14:textId="77777777" w:rsidR="00726DBE" w:rsidRPr="00693325" w:rsidRDefault="00726DBE" w:rsidP="00841CFC">
            <w:pPr>
              <w:jc w:val="center"/>
              <w:rPr>
                <w:rFonts w:ascii="Times New Roman" w:hAnsi="Times New Roman"/>
                <w:color w:val="000000"/>
                <w:sz w:val="16"/>
                <w:szCs w:val="16"/>
              </w:rPr>
            </w:pPr>
          </w:p>
        </w:tc>
        <w:tc>
          <w:tcPr>
            <w:tcW w:w="363" w:type="pct"/>
            <w:tcBorders>
              <w:top w:val="single" w:sz="4" w:space="0" w:color="auto"/>
              <w:left w:val="nil"/>
              <w:right w:val="nil"/>
            </w:tcBorders>
            <w:shd w:val="clear" w:color="000000" w:fill="F2F2F2"/>
            <w:vAlign w:val="center"/>
            <w:hideMark/>
          </w:tcPr>
          <w:p w14:paraId="50EE7DF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Children with IMD</w:t>
            </w:r>
          </w:p>
        </w:tc>
        <w:tc>
          <w:tcPr>
            <w:tcW w:w="363" w:type="pct"/>
            <w:tcBorders>
              <w:top w:val="single" w:sz="4" w:space="0" w:color="auto"/>
              <w:left w:val="nil"/>
              <w:right w:val="nil"/>
            </w:tcBorders>
            <w:shd w:val="clear" w:color="000000" w:fill="FFFFFF"/>
            <w:vAlign w:val="center"/>
            <w:hideMark/>
          </w:tcPr>
          <w:p w14:paraId="68644BF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Children without IMD</w:t>
            </w:r>
          </w:p>
        </w:tc>
        <w:tc>
          <w:tcPr>
            <w:tcW w:w="360" w:type="pct"/>
            <w:tcBorders>
              <w:left w:val="nil"/>
              <w:right w:val="nil"/>
            </w:tcBorders>
            <w:shd w:val="clear" w:color="000000" w:fill="FFFFFF"/>
            <w:vAlign w:val="center"/>
            <w:hideMark/>
          </w:tcPr>
          <w:p w14:paraId="6AC43D7E" w14:textId="77777777" w:rsidR="00726DBE" w:rsidRPr="00693325" w:rsidRDefault="00726DBE" w:rsidP="00841CFC">
            <w:pPr>
              <w:jc w:val="center"/>
              <w:rPr>
                <w:rFonts w:ascii="Times New Roman" w:hAnsi="Times New Roman"/>
                <w:color w:val="000000"/>
                <w:sz w:val="16"/>
                <w:szCs w:val="16"/>
              </w:rPr>
            </w:pPr>
          </w:p>
        </w:tc>
      </w:tr>
      <w:tr w:rsidR="00726DBE" w:rsidRPr="00693325" w14:paraId="6B6DD6AB" w14:textId="77777777" w:rsidTr="00132E28">
        <w:trPr>
          <w:trHeight w:val="153"/>
        </w:trPr>
        <w:tc>
          <w:tcPr>
            <w:tcW w:w="648" w:type="pct"/>
            <w:vMerge/>
            <w:tcBorders>
              <w:left w:val="nil"/>
              <w:bottom w:val="single" w:sz="4" w:space="0" w:color="auto"/>
              <w:right w:val="nil"/>
            </w:tcBorders>
            <w:vAlign w:val="center"/>
            <w:hideMark/>
          </w:tcPr>
          <w:p w14:paraId="64A6BFE7" w14:textId="77777777" w:rsidR="00726DBE" w:rsidRPr="00693325" w:rsidRDefault="00726DBE" w:rsidP="00841CFC">
            <w:pPr>
              <w:rPr>
                <w:rFonts w:ascii="Times New Roman" w:hAnsi="Times New Roman"/>
                <w:b/>
                <w:bCs/>
                <w:color w:val="000000"/>
                <w:sz w:val="16"/>
                <w:szCs w:val="16"/>
              </w:rPr>
            </w:pPr>
          </w:p>
        </w:tc>
        <w:tc>
          <w:tcPr>
            <w:tcW w:w="363" w:type="pct"/>
            <w:tcBorders>
              <w:top w:val="nil"/>
              <w:left w:val="nil"/>
              <w:bottom w:val="single" w:sz="4" w:space="0" w:color="auto"/>
              <w:right w:val="nil"/>
            </w:tcBorders>
            <w:shd w:val="clear" w:color="000000" w:fill="F2F2F2"/>
            <w:vAlign w:val="center"/>
            <w:hideMark/>
          </w:tcPr>
          <w:p w14:paraId="6C1CE85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N=19</w:t>
            </w:r>
          </w:p>
        </w:tc>
        <w:tc>
          <w:tcPr>
            <w:tcW w:w="362" w:type="pct"/>
            <w:tcBorders>
              <w:top w:val="nil"/>
              <w:left w:val="nil"/>
              <w:bottom w:val="single" w:sz="4" w:space="0" w:color="auto"/>
              <w:right w:val="nil"/>
            </w:tcBorders>
            <w:shd w:val="clear" w:color="000000" w:fill="FFFFFF"/>
            <w:vAlign w:val="center"/>
            <w:hideMark/>
          </w:tcPr>
          <w:p w14:paraId="2C095EB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N=95</w:t>
            </w:r>
          </w:p>
        </w:tc>
        <w:tc>
          <w:tcPr>
            <w:tcW w:w="364" w:type="pct"/>
            <w:tcBorders>
              <w:top w:val="nil"/>
              <w:left w:val="nil"/>
              <w:bottom w:val="single" w:sz="4" w:space="0" w:color="auto"/>
              <w:right w:val="nil"/>
            </w:tcBorders>
            <w:vAlign w:val="center"/>
            <w:hideMark/>
          </w:tcPr>
          <w:p w14:paraId="7E84677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p-value</w:t>
            </w:r>
          </w:p>
        </w:tc>
        <w:tc>
          <w:tcPr>
            <w:tcW w:w="363" w:type="pct"/>
            <w:tcBorders>
              <w:top w:val="nil"/>
              <w:left w:val="nil"/>
              <w:bottom w:val="single" w:sz="4" w:space="0" w:color="auto"/>
              <w:right w:val="nil"/>
            </w:tcBorders>
            <w:shd w:val="clear" w:color="000000" w:fill="F2F2F2"/>
            <w:vAlign w:val="center"/>
            <w:hideMark/>
          </w:tcPr>
          <w:p w14:paraId="3882A5F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N=35</w:t>
            </w:r>
          </w:p>
        </w:tc>
        <w:tc>
          <w:tcPr>
            <w:tcW w:w="363" w:type="pct"/>
            <w:tcBorders>
              <w:top w:val="nil"/>
              <w:left w:val="nil"/>
              <w:bottom w:val="single" w:sz="4" w:space="0" w:color="auto"/>
              <w:right w:val="nil"/>
            </w:tcBorders>
            <w:shd w:val="clear" w:color="000000" w:fill="FFFFFF"/>
            <w:vAlign w:val="center"/>
            <w:hideMark/>
          </w:tcPr>
          <w:p w14:paraId="0725A4E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N=175</w:t>
            </w:r>
          </w:p>
        </w:tc>
        <w:tc>
          <w:tcPr>
            <w:tcW w:w="363" w:type="pct"/>
            <w:tcBorders>
              <w:top w:val="nil"/>
              <w:left w:val="nil"/>
              <w:bottom w:val="single" w:sz="4" w:space="0" w:color="auto"/>
              <w:right w:val="nil"/>
            </w:tcBorders>
            <w:vAlign w:val="center"/>
            <w:hideMark/>
          </w:tcPr>
          <w:p w14:paraId="4A34509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p-value</w:t>
            </w:r>
          </w:p>
        </w:tc>
        <w:tc>
          <w:tcPr>
            <w:tcW w:w="363" w:type="pct"/>
            <w:tcBorders>
              <w:top w:val="nil"/>
              <w:left w:val="nil"/>
              <w:bottom w:val="single" w:sz="4" w:space="0" w:color="auto"/>
              <w:right w:val="nil"/>
            </w:tcBorders>
            <w:shd w:val="clear" w:color="000000" w:fill="F2F2F2"/>
            <w:vAlign w:val="center"/>
            <w:hideMark/>
          </w:tcPr>
          <w:p w14:paraId="54058C4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N=21</w:t>
            </w:r>
          </w:p>
        </w:tc>
        <w:tc>
          <w:tcPr>
            <w:tcW w:w="363" w:type="pct"/>
            <w:tcBorders>
              <w:top w:val="nil"/>
              <w:left w:val="nil"/>
              <w:bottom w:val="single" w:sz="4" w:space="0" w:color="auto"/>
              <w:right w:val="nil"/>
            </w:tcBorders>
            <w:shd w:val="clear" w:color="000000" w:fill="FFFFFF"/>
            <w:vAlign w:val="center"/>
            <w:hideMark/>
          </w:tcPr>
          <w:p w14:paraId="73E423B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N=105</w:t>
            </w:r>
          </w:p>
        </w:tc>
        <w:tc>
          <w:tcPr>
            <w:tcW w:w="363" w:type="pct"/>
            <w:tcBorders>
              <w:top w:val="nil"/>
              <w:left w:val="nil"/>
              <w:bottom w:val="single" w:sz="4" w:space="0" w:color="auto"/>
              <w:right w:val="nil"/>
            </w:tcBorders>
            <w:vAlign w:val="center"/>
            <w:hideMark/>
          </w:tcPr>
          <w:p w14:paraId="123AF0B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p-value</w:t>
            </w:r>
          </w:p>
        </w:tc>
        <w:tc>
          <w:tcPr>
            <w:tcW w:w="363" w:type="pct"/>
            <w:tcBorders>
              <w:top w:val="nil"/>
              <w:left w:val="nil"/>
              <w:bottom w:val="single" w:sz="4" w:space="0" w:color="auto"/>
              <w:right w:val="nil"/>
            </w:tcBorders>
            <w:shd w:val="clear" w:color="000000" w:fill="F2F2F2"/>
            <w:vAlign w:val="center"/>
            <w:hideMark/>
          </w:tcPr>
          <w:p w14:paraId="7A321A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N=13</w:t>
            </w:r>
          </w:p>
        </w:tc>
        <w:tc>
          <w:tcPr>
            <w:tcW w:w="363" w:type="pct"/>
            <w:tcBorders>
              <w:top w:val="nil"/>
              <w:left w:val="nil"/>
              <w:bottom w:val="single" w:sz="4" w:space="0" w:color="auto"/>
              <w:right w:val="nil"/>
            </w:tcBorders>
            <w:shd w:val="clear" w:color="000000" w:fill="FFFFFF"/>
            <w:vAlign w:val="center"/>
            <w:hideMark/>
          </w:tcPr>
          <w:p w14:paraId="6F265E7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N=65</w:t>
            </w:r>
          </w:p>
        </w:tc>
        <w:tc>
          <w:tcPr>
            <w:tcW w:w="360" w:type="pct"/>
            <w:tcBorders>
              <w:top w:val="nil"/>
              <w:left w:val="nil"/>
              <w:bottom w:val="single" w:sz="4" w:space="0" w:color="auto"/>
              <w:right w:val="nil"/>
            </w:tcBorders>
            <w:vAlign w:val="center"/>
            <w:hideMark/>
          </w:tcPr>
          <w:p w14:paraId="2E04062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p-value</w:t>
            </w:r>
          </w:p>
        </w:tc>
      </w:tr>
      <w:tr w:rsidR="00726DBE" w:rsidRPr="00693325" w14:paraId="340669A5" w14:textId="77777777" w:rsidTr="00132E28">
        <w:trPr>
          <w:trHeight w:val="188"/>
        </w:trPr>
        <w:tc>
          <w:tcPr>
            <w:tcW w:w="648" w:type="pct"/>
            <w:tcBorders>
              <w:top w:val="single" w:sz="4" w:space="0" w:color="auto"/>
              <w:left w:val="nil"/>
              <w:bottom w:val="nil"/>
              <w:right w:val="nil"/>
            </w:tcBorders>
            <w:shd w:val="clear" w:color="000000" w:fill="FFFFFF"/>
            <w:vAlign w:val="center"/>
            <w:hideMark/>
          </w:tcPr>
          <w:p w14:paraId="6FD154A8"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Age (days), mean (SD)</w:t>
            </w:r>
          </w:p>
        </w:tc>
        <w:tc>
          <w:tcPr>
            <w:tcW w:w="363" w:type="pct"/>
            <w:tcBorders>
              <w:top w:val="single" w:sz="4" w:space="0" w:color="auto"/>
              <w:left w:val="nil"/>
              <w:bottom w:val="nil"/>
              <w:right w:val="nil"/>
            </w:tcBorders>
            <w:shd w:val="clear" w:color="000000" w:fill="F2F2F2"/>
            <w:vAlign w:val="center"/>
            <w:hideMark/>
          </w:tcPr>
          <w:p w14:paraId="4CA998A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1,068.53 (357.21)</w:t>
            </w:r>
          </w:p>
        </w:tc>
        <w:tc>
          <w:tcPr>
            <w:tcW w:w="362" w:type="pct"/>
            <w:tcBorders>
              <w:top w:val="single" w:sz="4" w:space="0" w:color="auto"/>
              <w:left w:val="nil"/>
              <w:bottom w:val="nil"/>
              <w:right w:val="nil"/>
            </w:tcBorders>
            <w:shd w:val="clear" w:color="000000" w:fill="FFFFFF"/>
            <w:vAlign w:val="center"/>
            <w:hideMark/>
          </w:tcPr>
          <w:p w14:paraId="215246F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1,073.61 (351.19)</w:t>
            </w:r>
          </w:p>
        </w:tc>
        <w:tc>
          <w:tcPr>
            <w:tcW w:w="364" w:type="pct"/>
            <w:tcBorders>
              <w:top w:val="single" w:sz="4" w:space="0" w:color="auto"/>
              <w:left w:val="nil"/>
              <w:bottom w:val="nil"/>
              <w:right w:val="nil"/>
            </w:tcBorders>
            <w:shd w:val="clear" w:color="000000" w:fill="FFFFFF"/>
            <w:vAlign w:val="center"/>
            <w:hideMark/>
          </w:tcPr>
          <w:p w14:paraId="6C7934B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0.954</w:t>
            </w:r>
          </w:p>
        </w:tc>
        <w:tc>
          <w:tcPr>
            <w:tcW w:w="363" w:type="pct"/>
            <w:tcBorders>
              <w:top w:val="single" w:sz="4" w:space="0" w:color="auto"/>
              <w:left w:val="nil"/>
              <w:bottom w:val="nil"/>
              <w:right w:val="nil"/>
            </w:tcBorders>
            <w:shd w:val="clear" w:color="000000" w:fill="F2F2F2"/>
            <w:vAlign w:val="center"/>
            <w:hideMark/>
          </w:tcPr>
          <w:p w14:paraId="00E8392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980.94 (378.75)</w:t>
            </w:r>
          </w:p>
        </w:tc>
        <w:tc>
          <w:tcPr>
            <w:tcW w:w="363" w:type="pct"/>
            <w:tcBorders>
              <w:top w:val="single" w:sz="4" w:space="0" w:color="auto"/>
              <w:left w:val="nil"/>
              <w:bottom w:val="nil"/>
              <w:right w:val="nil"/>
            </w:tcBorders>
            <w:shd w:val="clear" w:color="000000" w:fill="FFFFFF"/>
            <w:vAlign w:val="center"/>
            <w:hideMark/>
          </w:tcPr>
          <w:p w14:paraId="67E583E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993.17 (375.84)</w:t>
            </w:r>
          </w:p>
        </w:tc>
        <w:tc>
          <w:tcPr>
            <w:tcW w:w="363" w:type="pct"/>
            <w:tcBorders>
              <w:top w:val="single" w:sz="4" w:space="0" w:color="auto"/>
              <w:left w:val="nil"/>
              <w:bottom w:val="nil"/>
              <w:right w:val="nil"/>
            </w:tcBorders>
            <w:shd w:val="clear" w:color="000000" w:fill="FFFFFF"/>
            <w:vAlign w:val="center"/>
            <w:hideMark/>
          </w:tcPr>
          <w:p w14:paraId="6B03177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0.861</w:t>
            </w:r>
          </w:p>
        </w:tc>
        <w:tc>
          <w:tcPr>
            <w:tcW w:w="363" w:type="pct"/>
            <w:tcBorders>
              <w:top w:val="single" w:sz="4" w:space="0" w:color="auto"/>
              <w:left w:val="nil"/>
              <w:bottom w:val="nil"/>
              <w:right w:val="nil"/>
            </w:tcBorders>
            <w:shd w:val="clear" w:color="000000" w:fill="F2F2F2"/>
            <w:vAlign w:val="center"/>
            <w:hideMark/>
          </w:tcPr>
          <w:p w14:paraId="70A89CB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2,978.38 (621.72)</w:t>
            </w:r>
          </w:p>
        </w:tc>
        <w:tc>
          <w:tcPr>
            <w:tcW w:w="363" w:type="pct"/>
            <w:tcBorders>
              <w:top w:val="single" w:sz="4" w:space="0" w:color="auto"/>
              <w:left w:val="nil"/>
              <w:bottom w:val="nil"/>
              <w:right w:val="nil"/>
            </w:tcBorders>
            <w:shd w:val="clear" w:color="000000" w:fill="FFFFFF"/>
            <w:vAlign w:val="center"/>
            <w:hideMark/>
          </w:tcPr>
          <w:p w14:paraId="0F90892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2,985.52 (606.55)</w:t>
            </w:r>
          </w:p>
        </w:tc>
        <w:tc>
          <w:tcPr>
            <w:tcW w:w="363" w:type="pct"/>
            <w:tcBorders>
              <w:top w:val="single" w:sz="4" w:space="0" w:color="auto"/>
              <w:left w:val="nil"/>
              <w:bottom w:val="nil"/>
              <w:right w:val="nil"/>
            </w:tcBorders>
            <w:shd w:val="clear" w:color="000000" w:fill="FFFFFF"/>
            <w:vAlign w:val="center"/>
            <w:hideMark/>
          </w:tcPr>
          <w:p w14:paraId="36E93B1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0.961</w:t>
            </w:r>
          </w:p>
        </w:tc>
        <w:tc>
          <w:tcPr>
            <w:tcW w:w="363" w:type="pct"/>
            <w:tcBorders>
              <w:top w:val="single" w:sz="4" w:space="0" w:color="auto"/>
              <w:left w:val="nil"/>
              <w:bottom w:val="nil"/>
              <w:right w:val="nil"/>
            </w:tcBorders>
            <w:shd w:val="clear" w:color="000000" w:fill="F2F2F2"/>
            <w:vAlign w:val="center"/>
            <w:hideMark/>
          </w:tcPr>
          <w:p w14:paraId="2C8D7AA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2,816.85 (492.35)</w:t>
            </w:r>
          </w:p>
        </w:tc>
        <w:tc>
          <w:tcPr>
            <w:tcW w:w="363" w:type="pct"/>
            <w:tcBorders>
              <w:top w:val="single" w:sz="4" w:space="0" w:color="auto"/>
              <w:left w:val="nil"/>
              <w:bottom w:val="nil"/>
              <w:right w:val="nil"/>
            </w:tcBorders>
            <w:shd w:val="clear" w:color="000000" w:fill="FFFFFF"/>
            <w:vAlign w:val="center"/>
            <w:hideMark/>
          </w:tcPr>
          <w:p w14:paraId="4AA6946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2,834.78 (476.37)</w:t>
            </w:r>
          </w:p>
        </w:tc>
        <w:tc>
          <w:tcPr>
            <w:tcW w:w="360" w:type="pct"/>
            <w:tcBorders>
              <w:top w:val="single" w:sz="4" w:space="0" w:color="auto"/>
              <w:left w:val="nil"/>
              <w:bottom w:val="nil"/>
              <w:right w:val="nil"/>
            </w:tcBorders>
            <w:shd w:val="clear" w:color="000000" w:fill="FFFFFF"/>
            <w:vAlign w:val="center"/>
            <w:hideMark/>
          </w:tcPr>
          <w:p w14:paraId="739847C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0.902</w:t>
            </w:r>
          </w:p>
        </w:tc>
      </w:tr>
      <w:tr w:rsidR="00726DBE" w:rsidRPr="00693325" w14:paraId="302A0677" w14:textId="77777777" w:rsidTr="00132E28">
        <w:trPr>
          <w:trHeight w:val="68"/>
        </w:trPr>
        <w:tc>
          <w:tcPr>
            <w:tcW w:w="648" w:type="pct"/>
            <w:tcBorders>
              <w:top w:val="nil"/>
              <w:left w:val="nil"/>
              <w:bottom w:val="nil"/>
              <w:right w:val="nil"/>
            </w:tcBorders>
            <w:shd w:val="clear" w:color="000000" w:fill="FFFFFF"/>
            <w:vAlign w:val="center"/>
            <w:hideMark/>
          </w:tcPr>
          <w:p w14:paraId="750FBC60"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Median (days)</w:t>
            </w:r>
          </w:p>
        </w:tc>
        <w:tc>
          <w:tcPr>
            <w:tcW w:w="363" w:type="pct"/>
            <w:tcBorders>
              <w:top w:val="nil"/>
              <w:left w:val="nil"/>
              <w:bottom w:val="nil"/>
              <w:right w:val="nil"/>
            </w:tcBorders>
            <w:shd w:val="clear" w:color="000000" w:fill="F2F2F2"/>
            <w:vAlign w:val="center"/>
            <w:hideMark/>
          </w:tcPr>
          <w:p w14:paraId="77BA9C1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972</w:t>
            </w:r>
          </w:p>
        </w:tc>
        <w:tc>
          <w:tcPr>
            <w:tcW w:w="362" w:type="pct"/>
            <w:tcBorders>
              <w:top w:val="nil"/>
              <w:left w:val="nil"/>
              <w:bottom w:val="nil"/>
              <w:right w:val="nil"/>
            </w:tcBorders>
            <w:shd w:val="clear" w:color="000000" w:fill="FFFFFF"/>
            <w:vAlign w:val="center"/>
            <w:hideMark/>
          </w:tcPr>
          <w:p w14:paraId="4D0424C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963</w:t>
            </w:r>
          </w:p>
        </w:tc>
        <w:tc>
          <w:tcPr>
            <w:tcW w:w="364" w:type="pct"/>
            <w:tcBorders>
              <w:top w:val="nil"/>
              <w:left w:val="nil"/>
              <w:bottom w:val="nil"/>
              <w:right w:val="nil"/>
            </w:tcBorders>
            <w:shd w:val="clear" w:color="000000" w:fill="FFFFFF"/>
            <w:vAlign w:val="center"/>
            <w:hideMark/>
          </w:tcPr>
          <w:p w14:paraId="3304E10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5D3AB75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906</w:t>
            </w:r>
          </w:p>
        </w:tc>
        <w:tc>
          <w:tcPr>
            <w:tcW w:w="363" w:type="pct"/>
            <w:tcBorders>
              <w:top w:val="nil"/>
              <w:left w:val="nil"/>
              <w:bottom w:val="nil"/>
              <w:right w:val="nil"/>
            </w:tcBorders>
            <w:shd w:val="clear" w:color="000000" w:fill="FFFFFF"/>
            <w:vAlign w:val="center"/>
            <w:hideMark/>
          </w:tcPr>
          <w:p w14:paraId="30987BF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899</w:t>
            </w:r>
          </w:p>
        </w:tc>
        <w:tc>
          <w:tcPr>
            <w:tcW w:w="363" w:type="pct"/>
            <w:tcBorders>
              <w:top w:val="nil"/>
              <w:left w:val="nil"/>
              <w:bottom w:val="nil"/>
              <w:right w:val="nil"/>
            </w:tcBorders>
            <w:shd w:val="clear" w:color="000000" w:fill="FFFFFF"/>
            <w:vAlign w:val="center"/>
            <w:hideMark/>
          </w:tcPr>
          <w:p w14:paraId="64D89A2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649DD74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2,838</w:t>
            </w:r>
          </w:p>
        </w:tc>
        <w:tc>
          <w:tcPr>
            <w:tcW w:w="363" w:type="pct"/>
            <w:tcBorders>
              <w:top w:val="nil"/>
              <w:left w:val="nil"/>
              <w:bottom w:val="nil"/>
              <w:right w:val="nil"/>
            </w:tcBorders>
            <w:shd w:val="clear" w:color="000000" w:fill="FFFFFF"/>
            <w:vAlign w:val="center"/>
            <w:hideMark/>
          </w:tcPr>
          <w:p w14:paraId="165993B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2,836</w:t>
            </w:r>
          </w:p>
        </w:tc>
        <w:tc>
          <w:tcPr>
            <w:tcW w:w="363" w:type="pct"/>
            <w:tcBorders>
              <w:top w:val="nil"/>
              <w:left w:val="nil"/>
              <w:bottom w:val="nil"/>
              <w:right w:val="nil"/>
            </w:tcBorders>
            <w:shd w:val="clear" w:color="000000" w:fill="FFFFFF"/>
            <w:vAlign w:val="center"/>
            <w:hideMark/>
          </w:tcPr>
          <w:p w14:paraId="0584BF2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50A615A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2,785</w:t>
            </w:r>
          </w:p>
        </w:tc>
        <w:tc>
          <w:tcPr>
            <w:tcW w:w="363" w:type="pct"/>
            <w:tcBorders>
              <w:top w:val="nil"/>
              <w:left w:val="nil"/>
              <w:bottom w:val="nil"/>
              <w:right w:val="nil"/>
            </w:tcBorders>
            <w:shd w:val="clear" w:color="000000" w:fill="FFFFFF"/>
            <w:vAlign w:val="center"/>
            <w:hideMark/>
          </w:tcPr>
          <w:p w14:paraId="0E9A9E3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2,777</w:t>
            </w:r>
          </w:p>
        </w:tc>
        <w:tc>
          <w:tcPr>
            <w:tcW w:w="360" w:type="pct"/>
            <w:tcBorders>
              <w:top w:val="nil"/>
              <w:left w:val="nil"/>
              <w:bottom w:val="nil"/>
              <w:right w:val="nil"/>
            </w:tcBorders>
            <w:shd w:val="clear" w:color="000000" w:fill="FFFFFF"/>
            <w:vAlign w:val="center"/>
            <w:hideMark/>
          </w:tcPr>
          <w:p w14:paraId="5CB53E7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2BBE69F6" w14:textId="77777777" w:rsidTr="00132E28">
        <w:trPr>
          <w:trHeight w:val="68"/>
        </w:trPr>
        <w:tc>
          <w:tcPr>
            <w:tcW w:w="648" w:type="pct"/>
            <w:tcBorders>
              <w:top w:val="nil"/>
              <w:left w:val="nil"/>
              <w:bottom w:val="nil"/>
              <w:right w:val="nil"/>
            </w:tcBorders>
            <w:shd w:val="clear" w:color="000000" w:fill="FFFFFF"/>
            <w:vAlign w:val="center"/>
            <w:hideMark/>
          </w:tcPr>
          <w:p w14:paraId="5746D5A7"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Age category, n (%)</w:t>
            </w:r>
          </w:p>
        </w:tc>
        <w:tc>
          <w:tcPr>
            <w:tcW w:w="363" w:type="pct"/>
            <w:tcBorders>
              <w:top w:val="nil"/>
              <w:left w:val="nil"/>
              <w:bottom w:val="nil"/>
              <w:right w:val="nil"/>
            </w:tcBorders>
            <w:shd w:val="clear" w:color="000000" w:fill="F2F2F2"/>
            <w:vAlign w:val="center"/>
            <w:hideMark/>
          </w:tcPr>
          <w:p w14:paraId="537F3A0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2" w:type="pct"/>
            <w:tcBorders>
              <w:top w:val="nil"/>
              <w:left w:val="nil"/>
              <w:bottom w:val="nil"/>
              <w:right w:val="nil"/>
            </w:tcBorders>
            <w:shd w:val="clear" w:color="000000" w:fill="FFFFFF"/>
            <w:vAlign w:val="center"/>
            <w:hideMark/>
          </w:tcPr>
          <w:p w14:paraId="52E176D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4" w:type="pct"/>
            <w:tcBorders>
              <w:top w:val="nil"/>
              <w:left w:val="nil"/>
              <w:bottom w:val="nil"/>
              <w:right w:val="nil"/>
            </w:tcBorders>
            <w:shd w:val="clear" w:color="000000" w:fill="FFFFFF"/>
            <w:vAlign w:val="center"/>
            <w:hideMark/>
          </w:tcPr>
          <w:p w14:paraId="2E9898E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2F2DBED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08FFF6E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5EB0EFB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44E8FE7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39781EC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5040E36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6460A19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6A24CA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0" w:type="pct"/>
            <w:tcBorders>
              <w:top w:val="nil"/>
              <w:left w:val="nil"/>
              <w:bottom w:val="nil"/>
              <w:right w:val="nil"/>
            </w:tcBorders>
            <w:shd w:val="clear" w:color="000000" w:fill="FFFFFF"/>
            <w:vAlign w:val="center"/>
            <w:hideMark/>
          </w:tcPr>
          <w:p w14:paraId="207B0D6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4097B4C5" w14:textId="77777777" w:rsidTr="00132E28">
        <w:trPr>
          <w:trHeight w:val="68"/>
        </w:trPr>
        <w:tc>
          <w:tcPr>
            <w:tcW w:w="648" w:type="pct"/>
            <w:tcBorders>
              <w:top w:val="nil"/>
              <w:left w:val="nil"/>
              <w:bottom w:val="nil"/>
              <w:right w:val="nil"/>
            </w:tcBorders>
            <w:shd w:val="clear" w:color="000000" w:fill="FFFFFF"/>
            <w:vAlign w:val="center"/>
            <w:hideMark/>
          </w:tcPr>
          <w:p w14:paraId="42F3BCA9"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1–&lt;2 years </w:t>
            </w:r>
          </w:p>
        </w:tc>
        <w:tc>
          <w:tcPr>
            <w:tcW w:w="363" w:type="pct"/>
            <w:tcBorders>
              <w:top w:val="nil"/>
              <w:left w:val="nil"/>
              <w:bottom w:val="nil"/>
              <w:right w:val="nil"/>
            </w:tcBorders>
            <w:shd w:val="clear" w:color="000000" w:fill="F2F2F2"/>
            <w:vAlign w:val="center"/>
            <w:hideMark/>
          </w:tcPr>
          <w:p w14:paraId="1B99856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(15.79)</w:t>
            </w:r>
          </w:p>
        </w:tc>
        <w:tc>
          <w:tcPr>
            <w:tcW w:w="362" w:type="pct"/>
            <w:tcBorders>
              <w:top w:val="nil"/>
              <w:left w:val="nil"/>
              <w:bottom w:val="nil"/>
              <w:right w:val="nil"/>
            </w:tcBorders>
            <w:shd w:val="clear" w:color="000000" w:fill="FFFFFF"/>
            <w:vAlign w:val="center"/>
            <w:hideMark/>
          </w:tcPr>
          <w:p w14:paraId="6B9E6F8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16 (16.84)</w:t>
            </w:r>
          </w:p>
        </w:tc>
        <w:tc>
          <w:tcPr>
            <w:tcW w:w="364" w:type="pct"/>
            <w:tcBorders>
              <w:top w:val="nil"/>
              <w:left w:val="nil"/>
              <w:bottom w:val="nil"/>
              <w:right w:val="nil"/>
            </w:tcBorders>
            <w:shd w:val="clear" w:color="000000" w:fill="FFFFFF"/>
            <w:vAlign w:val="center"/>
            <w:hideMark/>
          </w:tcPr>
          <w:p w14:paraId="38290B4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19A23AB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 (37.14)</w:t>
            </w:r>
          </w:p>
        </w:tc>
        <w:tc>
          <w:tcPr>
            <w:tcW w:w="363" w:type="pct"/>
            <w:tcBorders>
              <w:top w:val="nil"/>
              <w:left w:val="nil"/>
              <w:bottom w:val="nil"/>
              <w:right w:val="nil"/>
            </w:tcBorders>
            <w:shd w:val="clear" w:color="000000" w:fill="FFFFFF"/>
            <w:vAlign w:val="center"/>
            <w:hideMark/>
          </w:tcPr>
          <w:p w14:paraId="7FB2965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65 (37.14)</w:t>
            </w:r>
          </w:p>
        </w:tc>
        <w:tc>
          <w:tcPr>
            <w:tcW w:w="363" w:type="pct"/>
            <w:tcBorders>
              <w:top w:val="nil"/>
              <w:left w:val="nil"/>
              <w:bottom w:val="nil"/>
              <w:right w:val="nil"/>
            </w:tcBorders>
            <w:shd w:val="clear" w:color="000000" w:fill="FFFFFF"/>
            <w:vAlign w:val="center"/>
            <w:hideMark/>
          </w:tcPr>
          <w:p w14:paraId="013E024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auto" w:fill="F2F2F2" w:themeFill="background1" w:themeFillShade="F2"/>
            <w:noWrap/>
            <w:vAlign w:val="bottom"/>
            <w:hideMark/>
          </w:tcPr>
          <w:p w14:paraId="42EA886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3A7FC81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532CC6A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noWrap/>
            <w:vAlign w:val="bottom"/>
            <w:hideMark/>
          </w:tcPr>
          <w:p w14:paraId="77CE688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448E190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0" w:type="pct"/>
            <w:tcBorders>
              <w:top w:val="nil"/>
              <w:left w:val="nil"/>
              <w:bottom w:val="nil"/>
              <w:right w:val="nil"/>
            </w:tcBorders>
            <w:noWrap/>
            <w:vAlign w:val="bottom"/>
            <w:hideMark/>
          </w:tcPr>
          <w:p w14:paraId="1A621A4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11CFC091" w14:textId="77777777" w:rsidTr="00132E28">
        <w:trPr>
          <w:trHeight w:val="68"/>
        </w:trPr>
        <w:tc>
          <w:tcPr>
            <w:tcW w:w="648" w:type="pct"/>
            <w:tcBorders>
              <w:top w:val="nil"/>
              <w:left w:val="nil"/>
              <w:bottom w:val="nil"/>
              <w:right w:val="nil"/>
            </w:tcBorders>
            <w:shd w:val="clear" w:color="000000" w:fill="FFFFFF"/>
            <w:vAlign w:val="center"/>
            <w:hideMark/>
          </w:tcPr>
          <w:p w14:paraId="16FEB745"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2–&lt;3 years</w:t>
            </w:r>
          </w:p>
        </w:tc>
        <w:tc>
          <w:tcPr>
            <w:tcW w:w="363" w:type="pct"/>
            <w:tcBorders>
              <w:top w:val="nil"/>
              <w:left w:val="nil"/>
              <w:bottom w:val="nil"/>
              <w:right w:val="nil"/>
            </w:tcBorders>
            <w:shd w:val="clear" w:color="000000" w:fill="F2F2F2"/>
            <w:vAlign w:val="center"/>
            <w:hideMark/>
          </w:tcPr>
          <w:p w14:paraId="44C9936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 (42.11)</w:t>
            </w:r>
          </w:p>
        </w:tc>
        <w:tc>
          <w:tcPr>
            <w:tcW w:w="362" w:type="pct"/>
            <w:tcBorders>
              <w:top w:val="nil"/>
              <w:left w:val="nil"/>
              <w:bottom w:val="nil"/>
              <w:right w:val="nil"/>
            </w:tcBorders>
            <w:shd w:val="clear" w:color="000000" w:fill="FFFFFF"/>
            <w:vAlign w:val="center"/>
            <w:hideMark/>
          </w:tcPr>
          <w:p w14:paraId="0428BF3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39 (41.05)</w:t>
            </w:r>
          </w:p>
        </w:tc>
        <w:tc>
          <w:tcPr>
            <w:tcW w:w="364" w:type="pct"/>
            <w:tcBorders>
              <w:top w:val="nil"/>
              <w:left w:val="nil"/>
              <w:bottom w:val="nil"/>
              <w:right w:val="nil"/>
            </w:tcBorders>
            <w:shd w:val="clear" w:color="000000" w:fill="FFFFFF"/>
            <w:vAlign w:val="center"/>
            <w:hideMark/>
          </w:tcPr>
          <w:p w14:paraId="2A3D8BC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0.932</w:t>
            </w:r>
          </w:p>
        </w:tc>
        <w:tc>
          <w:tcPr>
            <w:tcW w:w="363" w:type="pct"/>
            <w:tcBorders>
              <w:top w:val="nil"/>
              <w:left w:val="nil"/>
              <w:bottom w:val="nil"/>
              <w:right w:val="nil"/>
            </w:tcBorders>
            <w:shd w:val="clear" w:color="000000" w:fill="F2F2F2"/>
            <w:vAlign w:val="center"/>
            <w:hideMark/>
          </w:tcPr>
          <w:p w14:paraId="162864D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 (25.71)</w:t>
            </w:r>
          </w:p>
        </w:tc>
        <w:tc>
          <w:tcPr>
            <w:tcW w:w="363" w:type="pct"/>
            <w:tcBorders>
              <w:top w:val="nil"/>
              <w:left w:val="nil"/>
              <w:bottom w:val="nil"/>
              <w:right w:val="nil"/>
            </w:tcBorders>
            <w:shd w:val="clear" w:color="000000" w:fill="FFFFFF"/>
            <w:vAlign w:val="center"/>
            <w:hideMark/>
          </w:tcPr>
          <w:p w14:paraId="26B0E57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40 (22.86)</w:t>
            </w:r>
          </w:p>
        </w:tc>
        <w:tc>
          <w:tcPr>
            <w:tcW w:w="363" w:type="pct"/>
            <w:tcBorders>
              <w:top w:val="nil"/>
              <w:left w:val="nil"/>
              <w:bottom w:val="nil"/>
              <w:right w:val="nil"/>
            </w:tcBorders>
            <w:shd w:val="clear" w:color="000000" w:fill="FFFFFF"/>
            <w:vAlign w:val="center"/>
            <w:hideMark/>
          </w:tcPr>
          <w:p w14:paraId="6B5F046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0.715</w:t>
            </w:r>
          </w:p>
        </w:tc>
        <w:tc>
          <w:tcPr>
            <w:tcW w:w="363" w:type="pct"/>
            <w:tcBorders>
              <w:top w:val="nil"/>
              <w:left w:val="nil"/>
              <w:bottom w:val="nil"/>
              <w:right w:val="nil"/>
            </w:tcBorders>
            <w:shd w:val="clear" w:color="auto" w:fill="F2F2F2" w:themeFill="background1" w:themeFillShade="F2"/>
            <w:noWrap/>
            <w:vAlign w:val="bottom"/>
            <w:hideMark/>
          </w:tcPr>
          <w:p w14:paraId="3737DF6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7581FDB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16EFD9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noWrap/>
            <w:vAlign w:val="bottom"/>
            <w:hideMark/>
          </w:tcPr>
          <w:p w14:paraId="0A6BA9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5F4FB42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0" w:type="pct"/>
            <w:tcBorders>
              <w:top w:val="nil"/>
              <w:left w:val="nil"/>
              <w:bottom w:val="nil"/>
              <w:right w:val="nil"/>
            </w:tcBorders>
            <w:noWrap/>
            <w:vAlign w:val="bottom"/>
            <w:hideMark/>
          </w:tcPr>
          <w:p w14:paraId="0FBE47A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2081B548" w14:textId="77777777" w:rsidTr="00132E28">
        <w:trPr>
          <w:trHeight w:val="68"/>
        </w:trPr>
        <w:tc>
          <w:tcPr>
            <w:tcW w:w="648" w:type="pct"/>
            <w:tcBorders>
              <w:top w:val="nil"/>
              <w:left w:val="nil"/>
              <w:bottom w:val="nil"/>
              <w:right w:val="nil"/>
            </w:tcBorders>
            <w:shd w:val="clear" w:color="000000" w:fill="FFFFFF"/>
            <w:vAlign w:val="center"/>
            <w:hideMark/>
          </w:tcPr>
          <w:p w14:paraId="6A1B278E"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3–&lt;4 years </w:t>
            </w:r>
          </w:p>
        </w:tc>
        <w:tc>
          <w:tcPr>
            <w:tcW w:w="363" w:type="pct"/>
            <w:tcBorders>
              <w:top w:val="nil"/>
              <w:left w:val="nil"/>
              <w:bottom w:val="nil"/>
              <w:right w:val="nil"/>
            </w:tcBorders>
            <w:shd w:val="clear" w:color="000000" w:fill="F2F2F2"/>
            <w:vAlign w:val="center"/>
            <w:hideMark/>
          </w:tcPr>
          <w:p w14:paraId="2EC96B3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 (21.05)</w:t>
            </w:r>
          </w:p>
        </w:tc>
        <w:tc>
          <w:tcPr>
            <w:tcW w:w="362" w:type="pct"/>
            <w:tcBorders>
              <w:top w:val="nil"/>
              <w:left w:val="nil"/>
              <w:bottom w:val="nil"/>
              <w:right w:val="nil"/>
            </w:tcBorders>
            <w:shd w:val="clear" w:color="000000" w:fill="FFFFFF"/>
            <w:vAlign w:val="center"/>
            <w:hideMark/>
          </w:tcPr>
          <w:p w14:paraId="00232E1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 (21.05)</w:t>
            </w:r>
          </w:p>
        </w:tc>
        <w:tc>
          <w:tcPr>
            <w:tcW w:w="364" w:type="pct"/>
            <w:tcBorders>
              <w:top w:val="nil"/>
              <w:left w:val="nil"/>
              <w:bottom w:val="nil"/>
              <w:right w:val="nil"/>
            </w:tcBorders>
            <w:shd w:val="clear" w:color="000000" w:fill="FFFFFF"/>
            <w:vAlign w:val="center"/>
            <w:hideMark/>
          </w:tcPr>
          <w:p w14:paraId="60AD088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692CA51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 (20.00)</w:t>
            </w:r>
          </w:p>
        </w:tc>
        <w:tc>
          <w:tcPr>
            <w:tcW w:w="363" w:type="pct"/>
            <w:tcBorders>
              <w:top w:val="nil"/>
              <w:left w:val="nil"/>
              <w:bottom w:val="nil"/>
              <w:right w:val="nil"/>
            </w:tcBorders>
            <w:shd w:val="clear" w:color="000000" w:fill="FFFFFF"/>
            <w:vAlign w:val="center"/>
            <w:hideMark/>
          </w:tcPr>
          <w:p w14:paraId="70C561B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40 (22.86)</w:t>
            </w:r>
          </w:p>
        </w:tc>
        <w:tc>
          <w:tcPr>
            <w:tcW w:w="363" w:type="pct"/>
            <w:tcBorders>
              <w:top w:val="nil"/>
              <w:left w:val="nil"/>
              <w:bottom w:val="nil"/>
              <w:right w:val="nil"/>
            </w:tcBorders>
            <w:shd w:val="clear" w:color="000000" w:fill="FFFFFF"/>
            <w:vAlign w:val="center"/>
            <w:hideMark/>
          </w:tcPr>
          <w:p w14:paraId="5F4313A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0.711</w:t>
            </w:r>
          </w:p>
        </w:tc>
        <w:tc>
          <w:tcPr>
            <w:tcW w:w="363" w:type="pct"/>
            <w:tcBorders>
              <w:top w:val="nil"/>
              <w:left w:val="nil"/>
              <w:bottom w:val="nil"/>
              <w:right w:val="nil"/>
            </w:tcBorders>
            <w:shd w:val="clear" w:color="auto" w:fill="F2F2F2" w:themeFill="background1" w:themeFillShade="F2"/>
            <w:noWrap/>
            <w:vAlign w:val="bottom"/>
            <w:hideMark/>
          </w:tcPr>
          <w:p w14:paraId="2B54F97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75F2BB8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7C11AC9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noWrap/>
            <w:vAlign w:val="bottom"/>
            <w:hideMark/>
          </w:tcPr>
          <w:p w14:paraId="4D18239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321AD50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0" w:type="pct"/>
            <w:tcBorders>
              <w:top w:val="nil"/>
              <w:left w:val="nil"/>
              <w:bottom w:val="nil"/>
              <w:right w:val="nil"/>
            </w:tcBorders>
            <w:noWrap/>
            <w:vAlign w:val="bottom"/>
            <w:hideMark/>
          </w:tcPr>
          <w:p w14:paraId="4A6BB16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32C7FD42" w14:textId="77777777" w:rsidTr="00132E28">
        <w:trPr>
          <w:trHeight w:val="68"/>
        </w:trPr>
        <w:tc>
          <w:tcPr>
            <w:tcW w:w="648" w:type="pct"/>
            <w:tcBorders>
              <w:top w:val="nil"/>
              <w:left w:val="nil"/>
              <w:bottom w:val="nil"/>
              <w:right w:val="nil"/>
            </w:tcBorders>
            <w:shd w:val="clear" w:color="000000" w:fill="FFFFFF"/>
            <w:vAlign w:val="center"/>
            <w:hideMark/>
          </w:tcPr>
          <w:p w14:paraId="2B143E1C"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4–&lt;5 years</w:t>
            </w:r>
          </w:p>
        </w:tc>
        <w:tc>
          <w:tcPr>
            <w:tcW w:w="363" w:type="pct"/>
            <w:tcBorders>
              <w:top w:val="nil"/>
              <w:left w:val="nil"/>
              <w:bottom w:val="nil"/>
              <w:right w:val="nil"/>
            </w:tcBorders>
            <w:shd w:val="clear" w:color="000000" w:fill="F2F2F2"/>
            <w:vAlign w:val="center"/>
            <w:hideMark/>
          </w:tcPr>
          <w:p w14:paraId="429F7F6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 (21.05)</w:t>
            </w:r>
          </w:p>
        </w:tc>
        <w:tc>
          <w:tcPr>
            <w:tcW w:w="362" w:type="pct"/>
            <w:tcBorders>
              <w:top w:val="nil"/>
              <w:left w:val="nil"/>
              <w:bottom w:val="nil"/>
              <w:right w:val="nil"/>
            </w:tcBorders>
            <w:shd w:val="clear" w:color="000000" w:fill="FFFFFF"/>
            <w:vAlign w:val="center"/>
            <w:hideMark/>
          </w:tcPr>
          <w:p w14:paraId="7BE86ED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 (21.05)</w:t>
            </w:r>
          </w:p>
        </w:tc>
        <w:tc>
          <w:tcPr>
            <w:tcW w:w="364" w:type="pct"/>
            <w:tcBorders>
              <w:top w:val="nil"/>
              <w:left w:val="nil"/>
              <w:bottom w:val="nil"/>
              <w:right w:val="nil"/>
            </w:tcBorders>
            <w:shd w:val="clear" w:color="000000" w:fill="FFFFFF"/>
            <w:vAlign w:val="center"/>
            <w:hideMark/>
          </w:tcPr>
          <w:p w14:paraId="1EF0D35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17E8BB7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 (17.14)</w:t>
            </w:r>
          </w:p>
        </w:tc>
        <w:tc>
          <w:tcPr>
            <w:tcW w:w="363" w:type="pct"/>
            <w:tcBorders>
              <w:top w:val="nil"/>
              <w:left w:val="nil"/>
              <w:bottom w:val="nil"/>
              <w:right w:val="nil"/>
            </w:tcBorders>
            <w:shd w:val="clear" w:color="000000" w:fill="FFFFFF"/>
            <w:vAlign w:val="center"/>
            <w:hideMark/>
          </w:tcPr>
          <w:p w14:paraId="566BF48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30 (17.14)</w:t>
            </w:r>
          </w:p>
        </w:tc>
        <w:tc>
          <w:tcPr>
            <w:tcW w:w="363" w:type="pct"/>
            <w:tcBorders>
              <w:top w:val="nil"/>
              <w:left w:val="nil"/>
              <w:bottom w:val="nil"/>
              <w:right w:val="nil"/>
            </w:tcBorders>
            <w:shd w:val="clear" w:color="000000" w:fill="FFFFFF"/>
            <w:vAlign w:val="center"/>
            <w:hideMark/>
          </w:tcPr>
          <w:p w14:paraId="068FEEE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auto" w:fill="F2F2F2" w:themeFill="background1" w:themeFillShade="F2"/>
            <w:noWrap/>
            <w:vAlign w:val="bottom"/>
            <w:hideMark/>
          </w:tcPr>
          <w:p w14:paraId="5ACBE4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5B07671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460AC55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noWrap/>
            <w:vAlign w:val="bottom"/>
            <w:hideMark/>
          </w:tcPr>
          <w:p w14:paraId="2642126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4FC87A7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0" w:type="pct"/>
            <w:tcBorders>
              <w:top w:val="nil"/>
              <w:left w:val="nil"/>
              <w:bottom w:val="nil"/>
              <w:right w:val="nil"/>
            </w:tcBorders>
            <w:noWrap/>
            <w:vAlign w:val="bottom"/>
            <w:hideMark/>
          </w:tcPr>
          <w:p w14:paraId="590F15E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32A02206" w14:textId="77777777" w:rsidTr="00132E28">
        <w:trPr>
          <w:trHeight w:val="68"/>
        </w:trPr>
        <w:tc>
          <w:tcPr>
            <w:tcW w:w="648" w:type="pct"/>
            <w:tcBorders>
              <w:top w:val="nil"/>
              <w:left w:val="nil"/>
              <w:bottom w:val="nil"/>
              <w:right w:val="nil"/>
            </w:tcBorders>
            <w:shd w:val="clear" w:color="000000" w:fill="FFFFFF"/>
            <w:vAlign w:val="center"/>
            <w:hideMark/>
          </w:tcPr>
          <w:p w14:paraId="3D4BAB9D"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5–&lt;6 years  </w:t>
            </w:r>
          </w:p>
        </w:tc>
        <w:tc>
          <w:tcPr>
            <w:tcW w:w="363" w:type="pct"/>
            <w:tcBorders>
              <w:top w:val="nil"/>
              <w:left w:val="nil"/>
              <w:bottom w:val="nil"/>
              <w:right w:val="nil"/>
            </w:tcBorders>
            <w:shd w:val="clear" w:color="auto" w:fill="F2F2F2" w:themeFill="background1" w:themeFillShade="F2"/>
            <w:noWrap/>
            <w:vAlign w:val="bottom"/>
            <w:hideMark/>
          </w:tcPr>
          <w:p w14:paraId="1B03695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2" w:type="pct"/>
            <w:tcBorders>
              <w:top w:val="nil"/>
              <w:left w:val="nil"/>
              <w:bottom w:val="nil"/>
              <w:right w:val="nil"/>
            </w:tcBorders>
            <w:noWrap/>
            <w:vAlign w:val="bottom"/>
            <w:hideMark/>
          </w:tcPr>
          <w:p w14:paraId="6CEC4CF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4" w:type="pct"/>
            <w:tcBorders>
              <w:top w:val="nil"/>
              <w:left w:val="nil"/>
              <w:bottom w:val="nil"/>
              <w:right w:val="nil"/>
            </w:tcBorders>
            <w:noWrap/>
            <w:vAlign w:val="bottom"/>
            <w:hideMark/>
          </w:tcPr>
          <w:p w14:paraId="4051D2A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noWrap/>
            <w:vAlign w:val="bottom"/>
            <w:hideMark/>
          </w:tcPr>
          <w:p w14:paraId="1E0B6DF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37859A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1B852C8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5F0A96A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(14.29)</w:t>
            </w:r>
          </w:p>
        </w:tc>
        <w:tc>
          <w:tcPr>
            <w:tcW w:w="363" w:type="pct"/>
            <w:tcBorders>
              <w:top w:val="nil"/>
              <w:left w:val="nil"/>
              <w:bottom w:val="nil"/>
              <w:right w:val="nil"/>
            </w:tcBorders>
            <w:shd w:val="clear" w:color="000000" w:fill="FFFFFF"/>
            <w:vAlign w:val="center"/>
            <w:hideMark/>
          </w:tcPr>
          <w:p w14:paraId="344178E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 (14.29)</w:t>
            </w:r>
          </w:p>
        </w:tc>
        <w:tc>
          <w:tcPr>
            <w:tcW w:w="363" w:type="pct"/>
            <w:tcBorders>
              <w:top w:val="nil"/>
              <w:left w:val="nil"/>
              <w:bottom w:val="nil"/>
              <w:right w:val="nil"/>
            </w:tcBorders>
            <w:shd w:val="clear" w:color="000000" w:fill="FFFFFF"/>
            <w:vAlign w:val="center"/>
            <w:hideMark/>
          </w:tcPr>
          <w:p w14:paraId="4EC8FF2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0FF159F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(15.38)</w:t>
            </w:r>
          </w:p>
        </w:tc>
        <w:tc>
          <w:tcPr>
            <w:tcW w:w="363" w:type="pct"/>
            <w:tcBorders>
              <w:top w:val="nil"/>
              <w:left w:val="nil"/>
              <w:bottom w:val="nil"/>
              <w:right w:val="nil"/>
            </w:tcBorders>
            <w:shd w:val="clear" w:color="000000" w:fill="FFFFFF"/>
            <w:vAlign w:val="center"/>
            <w:hideMark/>
          </w:tcPr>
          <w:p w14:paraId="3914B6D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 (15.38)</w:t>
            </w:r>
          </w:p>
        </w:tc>
        <w:tc>
          <w:tcPr>
            <w:tcW w:w="360" w:type="pct"/>
            <w:tcBorders>
              <w:top w:val="nil"/>
              <w:left w:val="nil"/>
              <w:bottom w:val="nil"/>
              <w:right w:val="nil"/>
            </w:tcBorders>
            <w:shd w:val="clear" w:color="000000" w:fill="FFFFFF"/>
            <w:vAlign w:val="center"/>
            <w:hideMark/>
          </w:tcPr>
          <w:p w14:paraId="6AB8123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r>
      <w:tr w:rsidR="00726DBE" w:rsidRPr="00693325" w14:paraId="4D01EB9B" w14:textId="77777777" w:rsidTr="00132E28">
        <w:trPr>
          <w:trHeight w:val="68"/>
        </w:trPr>
        <w:tc>
          <w:tcPr>
            <w:tcW w:w="648" w:type="pct"/>
            <w:tcBorders>
              <w:top w:val="nil"/>
              <w:left w:val="nil"/>
              <w:bottom w:val="nil"/>
              <w:right w:val="nil"/>
            </w:tcBorders>
            <w:shd w:val="clear" w:color="000000" w:fill="FFFFFF"/>
            <w:vAlign w:val="center"/>
            <w:hideMark/>
          </w:tcPr>
          <w:p w14:paraId="444609AF"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6–&lt;7 years</w:t>
            </w:r>
          </w:p>
        </w:tc>
        <w:tc>
          <w:tcPr>
            <w:tcW w:w="363" w:type="pct"/>
            <w:tcBorders>
              <w:top w:val="nil"/>
              <w:left w:val="nil"/>
              <w:bottom w:val="nil"/>
              <w:right w:val="nil"/>
            </w:tcBorders>
            <w:shd w:val="clear" w:color="auto" w:fill="F2F2F2" w:themeFill="background1" w:themeFillShade="F2"/>
            <w:noWrap/>
            <w:vAlign w:val="bottom"/>
            <w:hideMark/>
          </w:tcPr>
          <w:p w14:paraId="4DEE5FA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2" w:type="pct"/>
            <w:tcBorders>
              <w:top w:val="nil"/>
              <w:left w:val="nil"/>
              <w:bottom w:val="nil"/>
              <w:right w:val="nil"/>
            </w:tcBorders>
            <w:noWrap/>
            <w:vAlign w:val="bottom"/>
            <w:hideMark/>
          </w:tcPr>
          <w:p w14:paraId="4CD97FA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4" w:type="pct"/>
            <w:tcBorders>
              <w:top w:val="nil"/>
              <w:left w:val="nil"/>
              <w:bottom w:val="nil"/>
              <w:right w:val="nil"/>
            </w:tcBorders>
            <w:noWrap/>
            <w:vAlign w:val="bottom"/>
            <w:hideMark/>
          </w:tcPr>
          <w:p w14:paraId="4F02597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noWrap/>
            <w:vAlign w:val="bottom"/>
            <w:hideMark/>
          </w:tcPr>
          <w:p w14:paraId="2830295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5AAEBE0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7CBD010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79DE999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(4.76)</w:t>
            </w:r>
          </w:p>
        </w:tc>
        <w:tc>
          <w:tcPr>
            <w:tcW w:w="363" w:type="pct"/>
            <w:tcBorders>
              <w:top w:val="nil"/>
              <w:left w:val="nil"/>
              <w:bottom w:val="nil"/>
              <w:right w:val="nil"/>
            </w:tcBorders>
            <w:shd w:val="clear" w:color="000000" w:fill="FFFFFF"/>
            <w:vAlign w:val="center"/>
            <w:hideMark/>
          </w:tcPr>
          <w:p w14:paraId="6BB6A9C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 (5.71)</w:t>
            </w:r>
          </w:p>
        </w:tc>
        <w:tc>
          <w:tcPr>
            <w:tcW w:w="363" w:type="pct"/>
            <w:tcBorders>
              <w:top w:val="nil"/>
              <w:left w:val="nil"/>
              <w:bottom w:val="nil"/>
              <w:right w:val="nil"/>
            </w:tcBorders>
            <w:shd w:val="clear" w:color="000000" w:fill="FFFFFF"/>
            <w:vAlign w:val="center"/>
            <w:hideMark/>
          </w:tcPr>
          <w:p w14:paraId="599CA14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68E49E4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(15.38)</w:t>
            </w:r>
          </w:p>
        </w:tc>
        <w:tc>
          <w:tcPr>
            <w:tcW w:w="363" w:type="pct"/>
            <w:tcBorders>
              <w:top w:val="nil"/>
              <w:left w:val="nil"/>
              <w:bottom w:val="nil"/>
              <w:right w:val="nil"/>
            </w:tcBorders>
            <w:shd w:val="clear" w:color="000000" w:fill="FFFFFF"/>
            <w:vAlign w:val="center"/>
            <w:hideMark/>
          </w:tcPr>
          <w:p w14:paraId="2598D01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 (15.38)</w:t>
            </w:r>
          </w:p>
        </w:tc>
        <w:tc>
          <w:tcPr>
            <w:tcW w:w="360" w:type="pct"/>
            <w:tcBorders>
              <w:top w:val="nil"/>
              <w:left w:val="nil"/>
              <w:bottom w:val="nil"/>
              <w:right w:val="nil"/>
            </w:tcBorders>
            <w:shd w:val="clear" w:color="000000" w:fill="FFFFFF"/>
            <w:vAlign w:val="center"/>
            <w:hideMark/>
          </w:tcPr>
          <w:p w14:paraId="7273514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r>
      <w:tr w:rsidR="00726DBE" w:rsidRPr="00693325" w14:paraId="644D3940" w14:textId="77777777" w:rsidTr="00132E28">
        <w:trPr>
          <w:trHeight w:val="68"/>
        </w:trPr>
        <w:tc>
          <w:tcPr>
            <w:tcW w:w="648" w:type="pct"/>
            <w:tcBorders>
              <w:top w:val="nil"/>
              <w:left w:val="nil"/>
              <w:bottom w:val="nil"/>
              <w:right w:val="nil"/>
            </w:tcBorders>
            <w:shd w:val="clear" w:color="000000" w:fill="FFFFFF"/>
            <w:vAlign w:val="center"/>
            <w:hideMark/>
          </w:tcPr>
          <w:p w14:paraId="5DB878D7"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7–&lt;8 years </w:t>
            </w:r>
          </w:p>
        </w:tc>
        <w:tc>
          <w:tcPr>
            <w:tcW w:w="363" w:type="pct"/>
            <w:tcBorders>
              <w:top w:val="nil"/>
              <w:left w:val="nil"/>
              <w:bottom w:val="nil"/>
              <w:right w:val="nil"/>
            </w:tcBorders>
            <w:shd w:val="clear" w:color="auto" w:fill="F2F2F2" w:themeFill="background1" w:themeFillShade="F2"/>
            <w:noWrap/>
            <w:vAlign w:val="bottom"/>
            <w:hideMark/>
          </w:tcPr>
          <w:p w14:paraId="0900C0A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2" w:type="pct"/>
            <w:tcBorders>
              <w:top w:val="nil"/>
              <w:left w:val="nil"/>
              <w:bottom w:val="nil"/>
              <w:right w:val="nil"/>
            </w:tcBorders>
            <w:noWrap/>
            <w:vAlign w:val="bottom"/>
            <w:hideMark/>
          </w:tcPr>
          <w:p w14:paraId="7CEB736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4" w:type="pct"/>
            <w:tcBorders>
              <w:top w:val="nil"/>
              <w:left w:val="nil"/>
              <w:bottom w:val="nil"/>
              <w:right w:val="nil"/>
            </w:tcBorders>
            <w:noWrap/>
            <w:vAlign w:val="bottom"/>
            <w:hideMark/>
          </w:tcPr>
          <w:p w14:paraId="6FB6FAC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noWrap/>
            <w:vAlign w:val="bottom"/>
            <w:hideMark/>
          </w:tcPr>
          <w:p w14:paraId="59BE8AC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7DDE542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554F12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558819B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 (33.33)</w:t>
            </w:r>
          </w:p>
        </w:tc>
        <w:tc>
          <w:tcPr>
            <w:tcW w:w="363" w:type="pct"/>
            <w:tcBorders>
              <w:top w:val="nil"/>
              <w:left w:val="nil"/>
              <w:bottom w:val="nil"/>
              <w:right w:val="nil"/>
            </w:tcBorders>
            <w:shd w:val="clear" w:color="000000" w:fill="FFFFFF"/>
            <w:vAlign w:val="center"/>
            <w:hideMark/>
          </w:tcPr>
          <w:p w14:paraId="614F87E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34 (32.38)</w:t>
            </w:r>
          </w:p>
        </w:tc>
        <w:tc>
          <w:tcPr>
            <w:tcW w:w="363" w:type="pct"/>
            <w:tcBorders>
              <w:top w:val="nil"/>
              <w:left w:val="nil"/>
              <w:bottom w:val="nil"/>
              <w:right w:val="nil"/>
            </w:tcBorders>
            <w:shd w:val="clear" w:color="000000" w:fill="FFFFFF"/>
            <w:vAlign w:val="center"/>
            <w:hideMark/>
          </w:tcPr>
          <w:p w14:paraId="431D7D8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0.932</w:t>
            </w:r>
          </w:p>
        </w:tc>
        <w:tc>
          <w:tcPr>
            <w:tcW w:w="363" w:type="pct"/>
            <w:tcBorders>
              <w:top w:val="nil"/>
              <w:left w:val="nil"/>
              <w:bottom w:val="nil"/>
              <w:right w:val="nil"/>
            </w:tcBorders>
            <w:shd w:val="clear" w:color="000000" w:fill="F2F2F2"/>
            <w:vAlign w:val="center"/>
            <w:hideMark/>
          </w:tcPr>
          <w:p w14:paraId="5D64E73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 (30.77)</w:t>
            </w:r>
          </w:p>
        </w:tc>
        <w:tc>
          <w:tcPr>
            <w:tcW w:w="363" w:type="pct"/>
            <w:tcBorders>
              <w:top w:val="nil"/>
              <w:left w:val="nil"/>
              <w:bottom w:val="nil"/>
              <w:right w:val="nil"/>
            </w:tcBorders>
            <w:shd w:val="clear" w:color="000000" w:fill="FFFFFF"/>
            <w:vAlign w:val="center"/>
            <w:hideMark/>
          </w:tcPr>
          <w:p w14:paraId="03067CD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 (30.77)</w:t>
            </w:r>
          </w:p>
        </w:tc>
        <w:tc>
          <w:tcPr>
            <w:tcW w:w="360" w:type="pct"/>
            <w:tcBorders>
              <w:top w:val="nil"/>
              <w:left w:val="nil"/>
              <w:bottom w:val="nil"/>
              <w:right w:val="nil"/>
            </w:tcBorders>
            <w:shd w:val="clear" w:color="000000" w:fill="FFFFFF"/>
            <w:vAlign w:val="center"/>
            <w:hideMark/>
          </w:tcPr>
          <w:p w14:paraId="2AF06B3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r>
      <w:tr w:rsidR="00726DBE" w:rsidRPr="00693325" w14:paraId="4ACDB62D" w14:textId="77777777" w:rsidTr="00132E28">
        <w:trPr>
          <w:trHeight w:val="68"/>
        </w:trPr>
        <w:tc>
          <w:tcPr>
            <w:tcW w:w="648" w:type="pct"/>
            <w:tcBorders>
              <w:top w:val="nil"/>
              <w:left w:val="nil"/>
              <w:bottom w:val="nil"/>
              <w:right w:val="nil"/>
            </w:tcBorders>
            <w:shd w:val="clear" w:color="000000" w:fill="FFFFFF"/>
            <w:vAlign w:val="center"/>
            <w:hideMark/>
          </w:tcPr>
          <w:p w14:paraId="019A462A"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8–&lt;9 years </w:t>
            </w:r>
          </w:p>
        </w:tc>
        <w:tc>
          <w:tcPr>
            <w:tcW w:w="363" w:type="pct"/>
            <w:tcBorders>
              <w:top w:val="nil"/>
              <w:left w:val="nil"/>
              <w:bottom w:val="nil"/>
              <w:right w:val="nil"/>
            </w:tcBorders>
            <w:shd w:val="clear" w:color="auto" w:fill="F2F2F2" w:themeFill="background1" w:themeFillShade="F2"/>
            <w:noWrap/>
            <w:vAlign w:val="bottom"/>
            <w:hideMark/>
          </w:tcPr>
          <w:p w14:paraId="16825AA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2" w:type="pct"/>
            <w:tcBorders>
              <w:top w:val="nil"/>
              <w:left w:val="nil"/>
              <w:bottom w:val="nil"/>
              <w:right w:val="nil"/>
            </w:tcBorders>
            <w:noWrap/>
            <w:vAlign w:val="bottom"/>
            <w:hideMark/>
          </w:tcPr>
          <w:p w14:paraId="21DD792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4" w:type="pct"/>
            <w:tcBorders>
              <w:top w:val="nil"/>
              <w:left w:val="nil"/>
              <w:bottom w:val="nil"/>
              <w:right w:val="nil"/>
            </w:tcBorders>
            <w:noWrap/>
            <w:vAlign w:val="bottom"/>
            <w:hideMark/>
          </w:tcPr>
          <w:p w14:paraId="487D145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noWrap/>
            <w:vAlign w:val="bottom"/>
            <w:hideMark/>
          </w:tcPr>
          <w:p w14:paraId="0181F68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71DC768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31BB39A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769FE51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(14.29)</w:t>
            </w:r>
          </w:p>
        </w:tc>
        <w:tc>
          <w:tcPr>
            <w:tcW w:w="363" w:type="pct"/>
            <w:tcBorders>
              <w:top w:val="nil"/>
              <w:left w:val="nil"/>
              <w:bottom w:val="nil"/>
              <w:right w:val="nil"/>
            </w:tcBorders>
            <w:shd w:val="clear" w:color="000000" w:fill="FFFFFF"/>
            <w:vAlign w:val="center"/>
            <w:hideMark/>
          </w:tcPr>
          <w:p w14:paraId="6F24248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 (14.29)</w:t>
            </w:r>
          </w:p>
        </w:tc>
        <w:tc>
          <w:tcPr>
            <w:tcW w:w="363" w:type="pct"/>
            <w:tcBorders>
              <w:top w:val="nil"/>
              <w:left w:val="nil"/>
              <w:bottom w:val="nil"/>
              <w:right w:val="nil"/>
            </w:tcBorders>
            <w:shd w:val="clear" w:color="000000" w:fill="FFFFFF"/>
            <w:vAlign w:val="center"/>
            <w:hideMark/>
          </w:tcPr>
          <w:p w14:paraId="589B31D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54D36E8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(15.38)</w:t>
            </w:r>
          </w:p>
        </w:tc>
        <w:tc>
          <w:tcPr>
            <w:tcW w:w="363" w:type="pct"/>
            <w:tcBorders>
              <w:top w:val="nil"/>
              <w:left w:val="nil"/>
              <w:bottom w:val="nil"/>
              <w:right w:val="nil"/>
            </w:tcBorders>
            <w:shd w:val="clear" w:color="000000" w:fill="FFFFFF"/>
            <w:vAlign w:val="center"/>
            <w:hideMark/>
          </w:tcPr>
          <w:p w14:paraId="4E44FD9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 (15.38)</w:t>
            </w:r>
          </w:p>
        </w:tc>
        <w:tc>
          <w:tcPr>
            <w:tcW w:w="360" w:type="pct"/>
            <w:tcBorders>
              <w:top w:val="nil"/>
              <w:left w:val="nil"/>
              <w:bottom w:val="nil"/>
              <w:right w:val="nil"/>
            </w:tcBorders>
            <w:shd w:val="clear" w:color="000000" w:fill="FFFFFF"/>
            <w:vAlign w:val="center"/>
            <w:hideMark/>
          </w:tcPr>
          <w:p w14:paraId="47C0CEE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r>
      <w:tr w:rsidR="00726DBE" w:rsidRPr="00693325" w14:paraId="1BB9DA4E" w14:textId="77777777" w:rsidTr="00132E28">
        <w:trPr>
          <w:trHeight w:val="68"/>
        </w:trPr>
        <w:tc>
          <w:tcPr>
            <w:tcW w:w="648" w:type="pct"/>
            <w:tcBorders>
              <w:top w:val="nil"/>
              <w:left w:val="nil"/>
              <w:bottom w:val="nil"/>
              <w:right w:val="nil"/>
            </w:tcBorders>
            <w:shd w:val="clear" w:color="000000" w:fill="FFFFFF"/>
            <w:vAlign w:val="center"/>
            <w:hideMark/>
          </w:tcPr>
          <w:p w14:paraId="50D2C2C6"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9–&lt;10 years</w:t>
            </w:r>
          </w:p>
        </w:tc>
        <w:tc>
          <w:tcPr>
            <w:tcW w:w="363" w:type="pct"/>
            <w:tcBorders>
              <w:top w:val="nil"/>
              <w:left w:val="nil"/>
              <w:bottom w:val="nil"/>
              <w:right w:val="nil"/>
            </w:tcBorders>
            <w:shd w:val="clear" w:color="auto" w:fill="F2F2F2" w:themeFill="background1" w:themeFillShade="F2"/>
            <w:noWrap/>
            <w:vAlign w:val="bottom"/>
            <w:hideMark/>
          </w:tcPr>
          <w:p w14:paraId="40870B6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2" w:type="pct"/>
            <w:tcBorders>
              <w:top w:val="nil"/>
              <w:left w:val="nil"/>
              <w:bottom w:val="nil"/>
              <w:right w:val="nil"/>
            </w:tcBorders>
            <w:noWrap/>
            <w:vAlign w:val="bottom"/>
            <w:hideMark/>
          </w:tcPr>
          <w:p w14:paraId="17CC863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4" w:type="pct"/>
            <w:tcBorders>
              <w:top w:val="nil"/>
              <w:left w:val="nil"/>
              <w:bottom w:val="nil"/>
              <w:right w:val="nil"/>
            </w:tcBorders>
            <w:noWrap/>
            <w:vAlign w:val="bottom"/>
            <w:hideMark/>
          </w:tcPr>
          <w:p w14:paraId="1C44EC9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noWrap/>
            <w:vAlign w:val="bottom"/>
            <w:hideMark/>
          </w:tcPr>
          <w:p w14:paraId="1B35B1E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75F5C7B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70FBECE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0BBB6A8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(14.29)</w:t>
            </w:r>
          </w:p>
        </w:tc>
        <w:tc>
          <w:tcPr>
            <w:tcW w:w="363" w:type="pct"/>
            <w:tcBorders>
              <w:top w:val="nil"/>
              <w:left w:val="nil"/>
              <w:bottom w:val="nil"/>
              <w:right w:val="nil"/>
            </w:tcBorders>
            <w:shd w:val="clear" w:color="000000" w:fill="FFFFFF"/>
            <w:vAlign w:val="center"/>
            <w:hideMark/>
          </w:tcPr>
          <w:p w14:paraId="2FF1869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 (14.29)</w:t>
            </w:r>
          </w:p>
        </w:tc>
        <w:tc>
          <w:tcPr>
            <w:tcW w:w="363" w:type="pct"/>
            <w:tcBorders>
              <w:top w:val="nil"/>
              <w:left w:val="nil"/>
              <w:bottom w:val="nil"/>
              <w:right w:val="nil"/>
            </w:tcBorders>
            <w:shd w:val="clear" w:color="000000" w:fill="FFFFFF"/>
            <w:vAlign w:val="center"/>
            <w:hideMark/>
          </w:tcPr>
          <w:p w14:paraId="5FC543B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2DC4B7A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(23.08)</w:t>
            </w:r>
          </w:p>
        </w:tc>
        <w:tc>
          <w:tcPr>
            <w:tcW w:w="363" w:type="pct"/>
            <w:tcBorders>
              <w:top w:val="nil"/>
              <w:left w:val="nil"/>
              <w:bottom w:val="nil"/>
              <w:right w:val="nil"/>
            </w:tcBorders>
            <w:shd w:val="clear" w:color="000000" w:fill="FFFFFF"/>
            <w:vAlign w:val="center"/>
            <w:hideMark/>
          </w:tcPr>
          <w:p w14:paraId="6EC63D2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 (23.08)</w:t>
            </w:r>
          </w:p>
        </w:tc>
        <w:tc>
          <w:tcPr>
            <w:tcW w:w="360" w:type="pct"/>
            <w:tcBorders>
              <w:top w:val="nil"/>
              <w:left w:val="nil"/>
              <w:bottom w:val="nil"/>
              <w:right w:val="nil"/>
            </w:tcBorders>
            <w:shd w:val="clear" w:color="000000" w:fill="FFFFFF"/>
            <w:vAlign w:val="center"/>
            <w:hideMark/>
          </w:tcPr>
          <w:p w14:paraId="4625304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r>
      <w:tr w:rsidR="00726DBE" w:rsidRPr="00693325" w14:paraId="6A4CC5C6" w14:textId="77777777" w:rsidTr="00132E28">
        <w:trPr>
          <w:trHeight w:val="68"/>
        </w:trPr>
        <w:tc>
          <w:tcPr>
            <w:tcW w:w="648" w:type="pct"/>
            <w:tcBorders>
              <w:top w:val="nil"/>
              <w:left w:val="nil"/>
              <w:bottom w:val="nil"/>
              <w:right w:val="nil"/>
            </w:tcBorders>
            <w:shd w:val="clear" w:color="000000" w:fill="FFFFFF"/>
            <w:vAlign w:val="center"/>
            <w:hideMark/>
          </w:tcPr>
          <w:p w14:paraId="43F892E4"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10–&lt;11 years</w:t>
            </w:r>
          </w:p>
        </w:tc>
        <w:tc>
          <w:tcPr>
            <w:tcW w:w="363" w:type="pct"/>
            <w:tcBorders>
              <w:top w:val="nil"/>
              <w:left w:val="nil"/>
              <w:bottom w:val="nil"/>
              <w:right w:val="nil"/>
            </w:tcBorders>
            <w:shd w:val="clear" w:color="auto" w:fill="F2F2F2" w:themeFill="background1" w:themeFillShade="F2"/>
            <w:noWrap/>
            <w:vAlign w:val="bottom"/>
            <w:hideMark/>
          </w:tcPr>
          <w:p w14:paraId="3228034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2" w:type="pct"/>
            <w:tcBorders>
              <w:top w:val="nil"/>
              <w:left w:val="nil"/>
              <w:bottom w:val="nil"/>
              <w:right w:val="nil"/>
            </w:tcBorders>
            <w:noWrap/>
            <w:vAlign w:val="bottom"/>
            <w:hideMark/>
          </w:tcPr>
          <w:p w14:paraId="44129B7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4" w:type="pct"/>
            <w:tcBorders>
              <w:top w:val="nil"/>
              <w:left w:val="nil"/>
              <w:bottom w:val="nil"/>
              <w:right w:val="nil"/>
            </w:tcBorders>
            <w:noWrap/>
            <w:vAlign w:val="bottom"/>
            <w:hideMark/>
          </w:tcPr>
          <w:p w14:paraId="18E270C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noWrap/>
            <w:vAlign w:val="bottom"/>
            <w:hideMark/>
          </w:tcPr>
          <w:p w14:paraId="420C7E1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744F353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noWrap/>
            <w:vAlign w:val="bottom"/>
            <w:hideMark/>
          </w:tcPr>
          <w:p w14:paraId="1DB9638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6C2C4F9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 (19.05)</w:t>
            </w:r>
          </w:p>
        </w:tc>
        <w:tc>
          <w:tcPr>
            <w:tcW w:w="363" w:type="pct"/>
            <w:tcBorders>
              <w:top w:val="nil"/>
              <w:left w:val="nil"/>
              <w:bottom w:val="nil"/>
              <w:right w:val="nil"/>
            </w:tcBorders>
            <w:shd w:val="clear" w:color="000000" w:fill="FFFFFF"/>
            <w:vAlign w:val="center"/>
            <w:hideMark/>
          </w:tcPr>
          <w:p w14:paraId="7AF739D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 (19.05)</w:t>
            </w:r>
          </w:p>
        </w:tc>
        <w:tc>
          <w:tcPr>
            <w:tcW w:w="363" w:type="pct"/>
            <w:tcBorders>
              <w:top w:val="nil"/>
              <w:left w:val="nil"/>
              <w:bottom w:val="nil"/>
              <w:right w:val="nil"/>
            </w:tcBorders>
            <w:shd w:val="clear" w:color="000000" w:fill="FFFFFF"/>
            <w:vAlign w:val="center"/>
            <w:hideMark/>
          </w:tcPr>
          <w:p w14:paraId="7973A8A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6518FE2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0ADA29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0" w:type="pct"/>
            <w:tcBorders>
              <w:top w:val="nil"/>
              <w:left w:val="nil"/>
              <w:bottom w:val="nil"/>
              <w:right w:val="nil"/>
            </w:tcBorders>
            <w:shd w:val="clear" w:color="000000" w:fill="FFFFFF"/>
            <w:vAlign w:val="center"/>
            <w:hideMark/>
          </w:tcPr>
          <w:p w14:paraId="6E771AD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0587A729" w14:textId="77777777" w:rsidTr="00132E28">
        <w:trPr>
          <w:trHeight w:val="68"/>
        </w:trPr>
        <w:tc>
          <w:tcPr>
            <w:tcW w:w="648" w:type="pct"/>
            <w:tcBorders>
              <w:top w:val="nil"/>
              <w:left w:val="nil"/>
              <w:bottom w:val="nil"/>
              <w:right w:val="nil"/>
            </w:tcBorders>
            <w:shd w:val="clear" w:color="000000" w:fill="FFFFFF"/>
            <w:vAlign w:val="center"/>
            <w:hideMark/>
          </w:tcPr>
          <w:p w14:paraId="1E4C34E4"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Sex, n (%)</w:t>
            </w:r>
          </w:p>
        </w:tc>
        <w:tc>
          <w:tcPr>
            <w:tcW w:w="363" w:type="pct"/>
            <w:tcBorders>
              <w:top w:val="nil"/>
              <w:left w:val="nil"/>
              <w:bottom w:val="nil"/>
              <w:right w:val="nil"/>
            </w:tcBorders>
            <w:shd w:val="clear" w:color="000000" w:fill="F2F2F2"/>
            <w:vAlign w:val="center"/>
            <w:hideMark/>
          </w:tcPr>
          <w:p w14:paraId="6C95E13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2" w:type="pct"/>
            <w:tcBorders>
              <w:top w:val="nil"/>
              <w:left w:val="nil"/>
              <w:bottom w:val="nil"/>
              <w:right w:val="nil"/>
            </w:tcBorders>
            <w:shd w:val="clear" w:color="000000" w:fill="FFFFFF"/>
            <w:vAlign w:val="center"/>
            <w:hideMark/>
          </w:tcPr>
          <w:p w14:paraId="4CEF269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4" w:type="pct"/>
            <w:tcBorders>
              <w:top w:val="nil"/>
              <w:left w:val="nil"/>
              <w:bottom w:val="nil"/>
              <w:right w:val="nil"/>
            </w:tcBorders>
            <w:shd w:val="clear" w:color="000000" w:fill="FFFFFF"/>
            <w:vAlign w:val="center"/>
            <w:hideMark/>
          </w:tcPr>
          <w:p w14:paraId="0DA8870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15513AB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68472FA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0DFC5FC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25F3390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7EDF6BF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5C3D422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351F121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0406640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0" w:type="pct"/>
            <w:tcBorders>
              <w:top w:val="nil"/>
              <w:left w:val="nil"/>
              <w:bottom w:val="nil"/>
              <w:right w:val="nil"/>
            </w:tcBorders>
            <w:shd w:val="clear" w:color="000000" w:fill="FFFFFF"/>
            <w:vAlign w:val="center"/>
            <w:hideMark/>
          </w:tcPr>
          <w:p w14:paraId="0438790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4B8C44D3" w14:textId="77777777" w:rsidTr="00132E28">
        <w:trPr>
          <w:trHeight w:val="68"/>
        </w:trPr>
        <w:tc>
          <w:tcPr>
            <w:tcW w:w="648" w:type="pct"/>
            <w:tcBorders>
              <w:top w:val="nil"/>
              <w:left w:val="nil"/>
              <w:bottom w:val="nil"/>
              <w:right w:val="nil"/>
            </w:tcBorders>
            <w:shd w:val="clear" w:color="000000" w:fill="FFFFFF"/>
            <w:vAlign w:val="center"/>
            <w:hideMark/>
          </w:tcPr>
          <w:p w14:paraId="40248A6A"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Male </w:t>
            </w:r>
          </w:p>
        </w:tc>
        <w:tc>
          <w:tcPr>
            <w:tcW w:w="363" w:type="pct"/>
            <w:tcBorders>
              <w:top w:val="nil"/>
              <w:left w:val="nil"/>
              <w:bottom w:val="nil"/>
              <w:right w:val="nil"/>
            </w:tcBorders>
            <w:shd w:val="clear" w:color="000000" w:fill="F2F2F2"/>
            <w:vAlign w:val="center"/>
            <w:hideMark/>
          </w:tcPr>
          <w:p w14:paraId="54DED90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 (57.89)</w:t>
            </w:r>
          </w:p>
        </w:tc>
        <w:tc>
          <w:tcPr>
            <w:tcW w:w="362" w:type="pct"/>
            <w:tcBorders>
              <w:top w:val="nil"/>
              <w:left w:val="nil"/>
              <w:bottom w:val="nil"/>
              <w:right w:val="nil"/>
            </w:tcBorders>
            <w:shd w:val="clear" w:color="000000" w:fill="FFFFFF"/>
            <w:vAlign w:val="center"/>
            <w:hideMark/>
          </w:tcPr>
          <w:p w14:paraId="0438B73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46 (48.42)</w:t>
            </w:r>
          </w:p>
        </w:tc>
        <w:tc>
          <w:tcPr>
            <w:tcW w:w="364" w:type="pct"/>
            <w:tcBorders>
              <w:top w:val="nil"/>
              <w:left w:val="nil"/>
              <w:bottom w:val="nil"/>
              <w:right w:val="nil"/>
            </w:tcBorders>
            <w:shd w:val="clear" w:color="000000" w:fill="FFFFFF"/>
            <w:vAlign w:val="center"/>
            <w:hideMark/>
          </w:tcPr>
          <w:p w14:paraId="0ED8778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0.451</w:t>
            </w:r>
          </w:p>
        </w:tc>
        <w:tc>
          <w:tcPr>
            <w:tcW w:w="363" w:type="pct"/>
            <w:tcBorders>
              <w:top w:val="nil"/>
              <w:left w:val="nil"/>
              <w:bottom w:val="nil"/>
              <w:right w:val="nil"/>
            </w:tcBorders>
            <w:shd w:val="clear" w:color="000000" w:fill="F2F2F2"/>
            <w:vAlign w:val="center"/>
            <w:hideMark/>
          </w:tcPr>
          <w:p w14:paraId="216DDCF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 (57.14)</w:t>
            </w:r>
          </w:p>
        </w:tc>
        <w:tc>
          <w:tcPr>
            <w:tcW w:w="363" w:type="pct"/>
            <w:tcBorders>
              <w:top w:val="nil"/>
              <w:left w:val="nil"/>
              <w:bottom w:val="nil"/>
              <w:right w:val="nil"/>
            </w:tcBorders>
            <w:shd w:val="clear" w:color="000000" w:fill="FFFFFF"/>
            <w:vAlign w:val="center"/>
            <w:hideMark/>
          </w:tcPr>
          <w:p w14:paraId="0EC1E92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109 (62.29)</w:t>
            </w:r>
          </w:p>
        </w:tc>
        <w:tc>
          <w:tcPr>
            <w:tcW w:w="363" w:type="pct"/>
            <w:tcBorders>
              <w:top w:val="nil"/>
              <w:left w:val="nil"/>
              <w:bottom w:val="nil"/>
              <w:right w:val="nil"/>
            </w:tcBorders>
            <w:shd w:val="clear" w:color="000000" w:fill="FFFFFF"/>
            <w:vAlign w:val="center"/>
            <w:hideMark/>
          </w:tcPr>
          <w:p w14:paraId="401A9B0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0.568</w:t>
            </w:r>
          </w:p>
        </w:tc>
        <w:tc>
          <w:tcPr>
            <w:tcW w:w="363" w:type="pct"/>
            <w:tcBorders>
              <w:top w:val="nil"/>
              <w:left w:val="nil"/>
              <w:bottom w:val="nil"/>
              <w:right w:val="nil"/>
            </w:tcBorders>
            <w:shd w:val="clear" w:color="000000" w:fill="F2F2F2"/>
            <w:vAlign w:val="center"/>
            <w:hideMark/>
          </w:tcPr>
          <w:p w14:paraId="57BAC3F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 (38.10)</w:t>
            </w:r>
          </w:p>
        </w:tc>
        <w:tc>
          <w:tcPr>
            <w:tcW w:w="363" w:type="pct"/>
            <w:tcBorders>
              <w:top w:val="nil"/>
              <w:left w:val="nil"/>
              <w:bottom w:val="nil"/>
              <w:right w:val="nil"/>
            </w:tcBorders>
            <w:shd w:val="clear" w:color="000000" w:fill="FFFFFF"/>
            <w:vAlign w:val="center"/>
            <w:hideMark/>
          </w:tcPr>
          <w:p w14:paraId="32FCEC2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57 (54.29)</w:t>
            </w:r>
          </w:p>
        </w:tc>
        <w:tc>
          <w:tcPr>
            <w:tcW w:w="363" w:type="pct"/>
            <w:tcBorders>
              <w:top w:val="nil"/>
              <w:left w:val="nil"/>
              <w:bottom w:val="nil"/>
              <w:right w:val="nil"/>
            </w:tcBorders>
            <w:shd w:val="clear" w:color="000000" w:fill="FFFFFF"/>
            <w:vAlign w:val="center"/>
            <w:hideMark/>
          </w:tcPr>
          <w:p w14:paraId="2BFCF6C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0.175</w:t>
            </w:r>
          </w:p>
        </w:tc>
        <w:tc>
          <w:tcPr>
            <w:tcW w:w="363" w:type="pct"/>
            <w:tcBorders>
              <w:top w:val="nil"/>
              <w:left w:val="nil"/>
              <w:bottom w:val="nil"/>
              <w:right w:val="nil"/>
            </w:tcBorders>
            <w:shd w:val="clear" w:color="000000" w:fill="F2F2F2"/>
            <w:vAlign w:val="center"/>
            <w:hideMark/>
          </w:tcPr>
          <w:p w14:paraId="2293086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 (53.85)</w:t>
            </w:r>
          </w:p>
        </w:tc>
        <w:tc>
          <w:tcPr>
            <w:tcW w:w="363" w:type="pct"/>
            <w:tcBorders>
              <w:top w:val="nil"/>
              <w:left w:val="nil"/>
              <w:bottom w:val="nil"/>
              <w:right w:val="nil"/>
            </w:tcBorders>
            <w:shd w:val="clear" w:color="000000" w:fill="FFFFFF"/>
            <w:vAlign w:val="center"/>
            <w:hideMark/>
          </w:tcPr>
          <w:p w14:paraId="7DB548E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33 (50.77)</w:t>
            </w:r>
          </w:p>
        </w:tc>
        <w:tc>
          <w:tcPr>
            <w:tcW w:w="360" w:type="pct"/>
            <w:tcBorders>
              <w:top w:val="nil"/>
              <w:left w:val="nil"/>
              <w:bottom w:val="nil"/>
              <w:right w:val="nil"/>
            </w:tcBorders>
            <w:shd w:val="clear" w:color="000000" w:fill="FFFFFF"/>
            <w:vAlign w:val="center"/>
            <w:hideMark/>
          </w:tcPr>
          <w:p w14:paraId="2EBAB3B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0.839</w:t>
            </w:r>
          </w:p>
        </w:tc>
      </w:tr>
      <w:tr w:rsidR="00726DBE" w:rsidRPr="00693325" w14:paraId="0CEFB923" w14:textId="77777777" w:rsidTr="00132E28">
        <w:trPr>
          <w:trHeight w:val="68"/>
        </w:trPr>
        <w:tc>
          <w:tcPr>
            <w:tcW w:w="648" w:type="pct"/>
            <w:tcBorders>
              <w:top w:val="nil"/>
              <w:left w:val="nil"/>
              <w:bottom w:val="nil"/>
              <w:right w:val="nil"/>
            </w:tcBorders>
            <w:shd w:val="clear" w:color="000000" w:fill="FFFFFF"/>
            <w:vAlign w:val="center"/>
            <w:hideMark/>
          </w:tcPr>
          <w:p w14:paraId="5F391CFB"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Female</w:t>
            </w:r>
          </w:p>
        </w:tc>
        <w:tc>
          <w:tcPr>
            <w:tcW w:w="363" w:type="pct"/>
            <w:tcBorders>
              <w:top w:val="nil"/>
              <w:left w:val="nil"/>
              <w:bottom w:val="nil"/>
              <w:right w:val="nil"/>
            </w:tcBorders>
            <w:shd w:val="clear" w:color="000000" w:fill="F2F2F2"/>
            <w:vAlign w:val="center"/>
            <w:hideMark/>
          </w:tcPr>
          <w:p w14:paraId="2D19AA3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 (42.11)</w:t>
            </w:r>
          </w:p>
        </w:tc>
        <w:tc>
          <w:tcPr>
            <w:tcW w:w="362" w:type="pct"/>
            <w:tcBorders>
              <w:top w:val="nil"/>
              <w:left w:val="nil"/>
              <w:bottom w:val="nil"/>
              <w:right w:val="nil"/>
            </w:tcBorders>
            <w:shd w:val="clear" w:color="000000" w:fill="FFFFFF"/>
            <w:vAlign w:val="center"/>
            <w:hideMark/>
          </w:tcPr>
          <w:p w14:paraId="4CA3E27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49 (51.58)</w:t>
            </w:r>
          </w:p>
        </w:tc>
        <w:tc>
          <w:tcPr>
            <w:tcW w:w="364" w:type="pct"/>
            <w:tcBorders>
              <w:top w:val="nil"/>
              <w:left w:val="nil"/>
              <w:bottom w:val="nil"/>
              <w:right w:val="nil"/>
            </w:tcBorders>
            <w:shd w:val="clear" w:color="000000" w:fill="FFFFFF"/>
            <w:vAlign w:val="center"/>
            <w:hideMark/>
          </w:tcPr>
          <w:p w14:paraId="4632B01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0.451</w:t>
            </w:r>
          </w:p>
        </w:tc>
        <w:tc>
          <w:tcPr>
            <w:tcW w:w="363" w:type="pct"/>
            <w:tcBorders>
              <w:top w:val="nil"/>
              <w:left w:val="nil"/>
              <w:bottom w:val="nil"/>
              <w:right w:val="nil"/>
            </w:tcBorders>
            <w:shd w:val="clear" w:color="000000" w:fill="F2F2F2"/>
            <w:vAlign w:val="center"/>
            <w:hideMark/>
          </w:tcPr>
          <w:p w14:paraId="219A2E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 (42.86)</w:t>
            </w:r>
          </w:p>
        </w:tc>
        <w:tc>
          <w:tcPr>
            <w:tcW w:w="363" w:type="pct"/>
            <w:tcBorders>
              <w:top w:val="nil"/>
              <w:left w:val="nil"/>
              <w:bottom w:val="nil"/>
              <w:right w:val="nil"/>
            </w:tcBorders>
            <w:shd w:val="clear" w:color="000000" w:fill="FFFFFF"/>
            <w:vAlign w:val="center"/>
            <w:hideMark/>
          </w:tcPr>
          <w:p w14:paraId="32EA940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66 (37.71)</w:t>
            </w:r>
          </w:p>
        </w:tc>
        <w:tc>
          <w:tcPr>
            <w:tcW w:w="363" w:type="pct"/>
            <w:tcBorders>
              <w:top w:val="nil"/>
              <w:left w:val="nil"/>
              <w:bottom w:val="nil"/>
              <w:right w:val="nil"/>
            </w:tcBorders>
            <w:shd w:val="clear" w:color="000000" w:fill="FFFFFF"/>
            <w:vAlign w:val="center"/>
            <w:hideMark/>
          </w:tcPr>
          <w:p w14:paraId="6C3D609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0.568</w:t>
            </w:r>
          </w:p>
        </w:tc>
        <w:tc>
          <w:tcPr>
            <w:tcW w:w="363" w:type="pct"/>
            <w:tcBorders>
              <w:top w:val="nil"/>
              <w:left w:val="nil"/>
              <w:bottom w:val="nil"/>
              <w:right w:val="nil"/>
            </w:tcBorders>
            <w:shd w:val="clear" w:color="000000" w:fill="F2F2F2"/>
            <w:vAlign w:val="center"/>
            <w:hideMark/>
          </w:tcPr>
          <w:p w14:paraId="09AEE2A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 (61.90)</w:t>
            </w:r>
          </w:p>
        </w:tc>
        <w:tc>
          <w:tcPr>
            <w:tcW w:w="363" w:type="pct"/>
            <w:tcBorders>
              <w:top w:val="nil"/>
              <w:left w:val="nil"/>
              <w:bottom w:val="nil"/>
              <w:right w:val="nil"/>
            </w:tcBorders>
            <w:shd w:val="clear" w:color="000000" w:fill="FFFFFF"/>
            <w:vAlign w:val="center"/>
            <w:hideMark/>
          </w:tcPr>
          <w:p w14:paraId="153A3F9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48 (45.71)</w:t>
            </w:r>
          </w:p>
        </w:tc>
        <w:tc>
          <w:tcPr>
            <w:tcW w:w="363" w:type="pct"/>
            <w:tcBorders>
              <w:top w:val="nil"/>
              <w:left w:val="nil"/>
              <w:bottom w:val="nil"/>
              <w:right w:val="nil"/>
            </w:tcBorders>
            <w:shd w:val="clear" w:color="000000" w:fill="FFFFFF"/>
            <w:vAlign w:val="center"/>
            <w:hideMark/>
          </w:tcPr>
          <w:p w14:paraId="76A667A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0.175</w:t>
            </w:r>
          </w:p>
        </w:tc>
        <w:tc>
          <w:tcPr>
            <w:tcW w:w="363" w:type="pct"/>
            <w:tcBorders>
              <w:top w:val="nil"/>
              <w:left w:val="nil"/>
              <w:bottom w:val="nil"/>
              <w:right w:val="nil"/>
            </w:tcBorders>
            <w:shd w:val="clear" w:color="000000" w:fill="F2F2F2"/>
            <w:vAlign w:val="center"/>
            <w:hideMark/>
          </w:tcPr>
          <w:p w14:paraId="68E3962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 (46.15)</w:t>
            </w:r>
          </w:p>
        </w:tc>
        <w:tc>
          <w:tcPr>
            <w:tcW w:w="363" w:type="pct"/>
            <w:tcBorders>
              <w:top w:val="nil"/>
              <w:left w:val="nil"/>
              <w:bottom w:val="nil"/>
              <w:right w:val="nil"/>
            </w:tcBorders>
            <w:shd w:val="clear" w:color="000000" w:fill="FFFFFF"/>
            <w:vAlign w:val="center"/>
            <w:hideMark/>
          </w:tcPr>
          <w:p w14:paraId="7E038B2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32 (49.23)</w:t>
            </w:r>
          </w:p>
        </w:tc>
        <w:tc>
          <w:tcPr>
            <w:tcW w:w="360" w:type="pct"/>
            <w:tcBorders>
              <w:top w:val="nil"/>
              <w:left w:val="nil"/>
              <w:bottom w:val="nil"/>
              <w:right w:val="nil"/>
            </w:tcBorders>
            <w:shd w:val="clear" w:color="000000" w:fill="FFFFFF"/>
            <w:vAlign w:val="center"/>
            <w:hideMark/>
          </w:tcPr>
          <w:p w14:paraId="68FEAAE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0.839</w:t>
            </w:r>
          </w:p>
        </w:tc>
      </w:tr>
      <w:tr w:rsidR="00726DBE" w:rsidRPr="00693325" w14:paraId="42E6242A" w14:textId="77777777" w:rsidTr="00132E28">
        <w:trPr>
          <w:trHeight w:val="126"/>
        </w:trPr>
        <w:tc>
          <w:tcPr>
            <w:tcW w:w="648" w:type="pct"/>
            <w:tcBorders>
              <w:top w:val="nil"/>
              <w:left w:val="nil"/>
              <w:bottom w:val="nil"/>
              <w:right w:val="nil"/>
            </w:tcBorders>
            <w:shd w:val="clear" w:color="000000" w:fill="FFFFFF"/>
            <w:vAlign w:val="center"/>
            <w:hideMark/>
          </w:tcPr>
          <w:p w14:paraId="639E3D4B"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Population density, n (%)</w:t>
            </w:r>
          </w:p>
        </w:tc>
        <w:tc>
          <w:tcPr>
            <w:tcW w:w="363" w:type="pct"/>
            <w:tcBorders>
              <w:top w:val="nil"/>
              <w:left w:val="nil"/>
              <w:bottom w:val="nil"/>
              <w:right w:val="nil"/>
            </w:tcBorders>
            <w:shd w:val="clear" w:color="000000" w:fill="F2F2F2"/>
            <w:vAlign w:val="center"/>
            <w:hideMark/>
          </w:tcPr>
          <w:p w14:paraId="48A24E5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2" w:type="pct"/>
            <w:tcBorders>
              <w:top w:val="nil"/>
              <w:left w:val="nil"/>
              <w:bottom w:val="nil"/>
              <w:right w:val="nil"/>
            </w:tcBorders>
            <w:shd w:val="clear" w:color="000000" w:fill="FFFFFF"/>
            <w:vAlign w:val="center"/>
            <w:hideMark/>
          </w:tcPr>
          <w:p w14:paraId="15A3851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4" w:type="pct"/>
            <w:tcBorders>
              <w:top w:val="nil"/>
              <w:left w:val="nil"/>
              <w:bottom w:val="nil"/>
              <w:right w:val="nil"/>
            </w:tcBorders>
            <w:shd w:val="clear" w:color="000000" w:fill="FFFFFF"/>
            <w:vAlign w:val="center"/>
            <w:hideMark/>
          </w:tcPr>
          <w:p w14:paraId="3D35B36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502F328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3DB352C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237B199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4491C7B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27A8909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08C02FD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4FF871B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0930850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0" w:type="pct"/>
            <w:tcBorders>
              <w:top w:val="nil"/>
              <w:left w:val="nil"/>
              <w:bottom w:val="nil"/>
              <w:right w:val="nil"/>
            </w:tcBorders>
            <w:shd w:val="clear" w:color="000000" w:fill="FFFFFF"/>
            <w:vAlign w:val="center"/>
            <w:hideMark/>
          </w:tcPr>
          <w:p w14:paraId="256C32D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0AF6EBBB" w14:textId="77777777" w:rsidTr="00132E28">
        <w:trPr>
          <w:trHeight w:val="68"/>
        </w:trPr>
        <w:tc>
          <w:tcPr>
            <w:tcW w:w="648" w:type="pct"/>
            <w:tcBorders>
              <w:top w:val="nil"/>
              <w:left w:val="nil"/>
              <w:bottom w:val="nil"/>
              <w:right w:val="nil"/>
            </w:tcBorders>
            <w:shd w:val="clear" w:color="000000" w:fill="FFFFFF"/>
            <w:vAlign w:val="center"/>
            <w:hideMark/>
          </w:tcPr>
          <w:p w14:paraId="1206277E"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Urban</w:t>
            </w:r>
          </w:p>
        </w:tc>
        <w:tc>
          <w:tcPr>
            <w:tcW w:w="363" w:type="pct"/>
            <w:tcBorders>
              <w:top w:val="nil"/>
              <w:left w:val="nil"/>
              <w:bottom w:val="nil"/>
              <w:right w:val="nil"/>
            </w:tcBorders>
            <w:shd w:val="clear" w:color="000000" w:fill="F2F2F2"/>
            <w:vAlign w:val="center"/>
            <w:hideMark/>
          </w:tcPr>
          <w:p w14:paraId="1125C42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 (73.68)</w:t>
            </w:r>
          </w:p>
        </w:tc>
        <w:tc>
          <w:tcPr>
            <w:tcW w:w="362" w:type="pct"/>
            <w:tcBorders>
              <w:top w:val="nil"/>
              <w:left w:val="nil"/>
              <w:bottom w:val="nil"/>
              <w:right w:val="nil"/>
            </w:tcBorders>
            <w:shd w:val="clear" w:color="000000" w:fill="FFFFFF"/>
            <w:vAlign w:val="center"/>
            <w:hideMark/>
          </w:tcPr>
          <w:p w14:paraId="70E2A23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79 (83.16)</w:t>
            </w:r>
          </w:p>
        </w:tc>
        <w:tc>
          <w:tcPr>
            <w:tcW w:w="364" w:type="pct"/>
            <w:tcBorders>
              <w:top w:val="nil"/>
              <w:left w:val="nil"/>
              <w:bottom w:val="nil"/>
              <w:right w:val="nil"/>
            </w:tcBorders>
            <w:shd w:val="clear" w:color="000000" w:fill="FFFFFF"/>
            <w:vAlign w:val="center"/>
            <w:hideMark/>
          </w:tcPr>
          <w:p w14:paraId="4175417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0.340</w:t>
            </w:r>
          </w:p>
        </w:tc>
        <w:tc>
          <w:tcPr>
            <w:tcW w:w="363" w:type="pct"/>
            <w:tcBorders>
              <w:top w:val="nil"/>
              <w:left w:val="nil"/>
              <w:bottom w:val="nil"/>
              <w:right w:val="nil"/>
            </w:tcBorders>
            <w:shd w:val="clear" w:color="000000" w:fill="F2F2F2"/>
            <w:vAlign w:val="center"/>
            <w:hideMark/>
          </w:tcPr>
          <w:p w14:paraId="4A5C477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23 (65.71)</w:t>
            </w:r>
          </w:p>
        </w:tc>
        <w:tc>
          <w:tcPr>
            <w:tcW w:w="363" w:type="pct"/>
            <w:tcBorders>
              <w:top w:val="nil"/>
              <w:left w:val="nil"/>
              <w:bottom w:val="nil"/>
              <w:right w:val="nil"/>
            </w:tcBorders>
            <w:shd w:val="clear" w:color="000000" w:fill="FFFFFF"/>
            <w:vAlign w:val="center"/>
            <w:hideMark/>
          </w:tcPr>
          <w:p w14:paraId="512EA20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134 (76.57)</w:t>
            </w:r>
          </w:p>
        </w:tc>
        <w:tc>
          <w:tcPr>
            <w:tcW w:w="363" w:type="pct"/>
            <w:tcBorders>
              <w:top w:val="nil"/>
              <w:left w:val="nil"/>
              <w:bottom w:val="nil"/>
              <w:right w:val="nil"/>
            </w:tcBorders>
            <w:shd w:val="clear" w:color="000000" w:fill="FFFFFF"/>
            <w:vAlign w:val="center"/>
            <w:hideMark/>
          </w:tcPr>
          <w:p w14:paraId="0509F14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0.177</w:t>
            </w:r>
          </w:p>
        </w:tc>
        <w:tc>
          <w:tcPr>
            <w:tcW w:w="363" w:type="pct"/>
            <w:tcBorders>
              <w:top w:val="nil"/>
              <w:left w:val="nil"/>
              <w:bottom w:val="nil"/>
              <w:right w:val="nil"/>
            </w:tcBorders>
            <w:shd w:val="clear" w:color="000000" w:fill="F2F2F2"/>
            <w:vAlign w:val="center"/>
            <w:hideMark/>
          </w:tcPr>
          <w:p w14:paraId="697A26B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 (71.43)</w:t>
            </w:r>
          </w:p>
        </w:tc>
        <w:tc>
          <w:tcPr>
            <w:tcW w:w="363" w:type="pct"/>
            <w:tcBorders>
              <w:top w:val="nil"/>
              <w:left w:val="nil"/>
              <w:bottom w:val="nil"/>
              <w:right w:val="nil"/>
            </w:tcBorders>
            <w:shd w:val="clear" w:color="000000" w:fill="FFFFFF"/>
            <w:vAlign w:val="center"/>
            <w:hideMark/>
          </w:tcPr>
          <w:p w14:paraId="0E2CAA0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88 (83.81)</w:t>
            </w:r>
          </w:p>
        </w:tc>
        <w:tc>
          <w:tcPr>
            <w:tcW w:w="363" w:type="pct"/>
            <w:tcBorders>
              <w:top w:val="nil"/>
              <w:left w:val="nil"/>
              <w:bottom w:val="nil"/>
              <w:right w:val="nil"/>
            </w:tcBorders>
            <w:shd w:val="clear" w:color="000000" w:fill="FFFFFF"/>
            <w:vAlign w:val="center"/>
            <w:hideMark/>
          </w:tcPr>
          <w:p w14:paraId="62839D1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0.216</w:t>
            </w:r>
          </w:p>
        </w:tc>
        <w:tc>
          <w:tcPr>
            <w:tcW w:w="363" w:type="pct"/>
            <w:tcBorders>
              <w:top w:val="nil"/>
              <w:left w:val="nil"/>
              <w:bottom w:val="nil"/>
              <w:right w:val="nil"/>
            </w:tcBorders>
            <w:shd w:val="clear" w:color="000000" w:fill="F2F2F2"/>
            <w:vAlign w:val="center"/>
            <w:hideMark/>
          </w:tcPr>
          <w:p w14:paraId="6E2D7CC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 (76.92)</w:t>
            </w:r>
          </w:p>
        </w:tc>
        <w:tc>
          <w:tcPr>
            <w:tcW w:w="363" w:type="pct"/>
            <w:tcBorders>
              <w:top w:val="nil"/>
              <w:left w:val="nil"/>
              <w:bottom w:val="nil"/>
              <w:right w:val="nil"/>
            </w:tcBorders>
            <w:shd w:val="clear" w:color="000000" w:fill="FFFFFF"/>
            <w:vAlign w:val="center"/>
            <w:hideMark/>
          </w:tcPr>
          <w:p w14:paraId="6219A65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50 (76.92)</w:t>
            </w:r>
          </w:p>
        </w:tc>
        <w:tc>
          <w:tcPr>
            <w:tcW w:w="360" w:type="pct"/>
            <w:tcBorders>
              <w:top w:val="nil"/>
              <w:left w:val="nil"/>
              <w:bottom w:val="nil"/>
              <w:right w:val="nil"/>
            </w:tcBorders>
            <w:shd w:val="clear" w:color="000000" w:fill="FFFFFF"/>
            <w:vAlign w:val="center"/>
            <w:hideMark/>
          </w:tcPr>
          <w:p w14:paraId="0D0EC70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r>
      <w:tr w:rsidR="00726DBE" w:rsidRPr="00693325" w14:paraId="7BD57D68" w14:textId="77777777" w:rsidTr="00132E28">
        <w:trPr>
          <w:trHeight w:val="68"/>
        </w:trPr>
        <w:tc>
          <w:tcPr>
            <w:tcW w:w="648" w:type="pct"/>
            <w:tcBorders>
              <w:top w:val="nil"/>
              <w:left w:val="nil"/>
              <w:bottom w:val="nil"/>
              <w:right w:val="nil"/>
            </w:tcBorders>
            <w:shd w:val="clear" w:color="000000" w:fill="FFFFFF"/>
            <w:vAlign w:val="center"/>
            <w:hideMark/>
          </w:tcPr>
          <w:p w14:paraId="3DBE2CA4"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Rural</w:t>
            </w:r>
          </w:p>
        </w:tc>
        <w:tc>
          <w:tcPr>
            <w:tcW w:w="363" w:type="pct"/>
            <w:tcBorders>
              <w:top w:val="nil"/>
              <w:left w:val="nil"/>
              <w:bottom w:val="nil"/>
              <w:right w:val="nil"/>
            </w:tcBorders>
            <w:shd w:val="clear" w:color="000000" w:fill="F2F2F2"/>
            <w:vAlign w:val="center"/>
            <w:hideMark/>
          </w:tcPr>
          <w:p w14:paraId="43C362E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 (26.32)</w:t>
            </w:r>
          </w:p>
        </w:tc>
        <w:tc>
          <w:tcPr>
            <w:tcW w:w="362" w:type="pct"/>
            <w:tcBorders>
              <w:top w:val="nil"/>
              <w:left w:val="nil"/>
              <w:bottom w:val="nil"/>
              <w:right w:val="nil"/>
            </w:tcBorders>
            <w:shd w:val="clear" w:color="000000" w:fill="FFFFFF"/>
            <w:vAlign w:val="center"/>
            <w:hideMark/>
          </w:tcPr>
          <w:p w14:paraId="39B5EAC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 (13.68)</w:t>
            </w:r>
          </w:p>
        </w:tc>
        <w:tc>
          <w:tcPr>
            <w:tcW w:w="364" w:type="pct"/>
            <w:tcBorders>
              <w:top w:val="nil"/>
              <w:left w:val="nil"/>
              <w:bottom w:val="nil"/>
              <w:right w:val="nil"/>
            </w:tcBorders>
            <w:shd w:val="clear" w:color="000000" w:fill="FFFFFF"/>
            <w:vAlign w:val="center"/>
            <w:hideMark/>
          </w:tcPr>
          <w:p w14:paraId="12FD546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0.178</w:t>
            </w:r>
          </w:p>
        </w:tc>
        <w:tc>
          <w:tcPr>
            <w:tcW w:w="363" w:type="pct"/>
            <w:tcBorders>
              <w:top w:val="nil"/>
              <w:left w:val="nil"/>
              <w:bottom w:val="nil"/>
              <w:right w:val="nil"/>
            </w:tcBorders>
            <w:shd w:val="clear" w:color="000000" w:fill="F2F2F2"/>
            <w:vAlign w:val="center"/>
            <w:hideMark/>
          </w:tcPr>
          <w:p w14:paraId="1B9BA10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 (34.29)</w:t>
            </w:r>
          </w:p>
        </w:tc>
        <w:tc>
          <w:tcPr>
            <w:tcW w:w="363" w:type="pct"/>
            <w:tcBorders>
              <w:top w:val="nil"/>
              <w:left w:val="nil"/>
              <w:bottom w:val="nil"/>
              <w:right w:val="nil"/>
            </w:tcBorders>
            <w:shd w:val="clear" w:color="000000" w:fill="FFFFFF"/>
            <w:vAlign w:val="center"/>
            <w:hideMark/>
          </w:tcPr>
          <w:p w14:paraId="3C7E3AF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38 (21.71)</w:t>
            </w:r>
          </w:p>
        </w:tc>
        <w:tc>
          <w:tcPr>
            <w:tcW w:w="363" w:type="pct"/>
            <w:tcBorders>
              <w:top w:val="nil"/>
              <w:left w:val="nil"/>
              <w:bottom w:val="nil"/>
              <w:right w:val="nil"/>
            </w:tcBorders>
            <w:shd w:val="clear" w:color="000000" w:fill="FFFFFF"/>
            <w:vAlign w:val="center"/>
            <w:hideMark/>
          </w:tcPr>
          <w:p w14:paraId="51A8643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0.111</w:t>
            </w:r>
          </w:p>
        </w:tc>
        <w:tc>
          <w:tcPr>
            <w:tcW w:w="363" w:type="pct"/>
            <w:tcBorders>
              <w:top w:val="nil"/>
              <w:left w:val="nil"/>
              <w:bottom w:val="nil"/>
              <w:right w:val="nil"/>
            </w:tcBorders>
            <w:shd w:val="clear" w:color="000000" w:fill="F2F2F2"/>
            <w:vAlign w:val="center"/>
            <w:hideMark/>
          </w:tcPr>
          <w:p w14:paraId="4418F6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 (28.57)</w:t>
            </w:r>
          </w:p>
        </w:tc>
        <w:tc>
          <w:tcPr>
            <w:tcW w:w="363" w:type="pct"/>
            <w:tcBorders>
              <w:top w:val="nil"/>
              <w:left w:val="nil"/>
              <w:bottom w:val="nil"/>
              <w:right w:val="nil"/>
            </w:tcBorders>
            <w:shd w:val="clear" w:color="000000" w:fill="FFFFFF"/>
            <w:vAlign w:val="center"/>
            <w:hideMark/>
          </w:tcPr>
          <w:p w14:paraId="0CAC13E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 (14.29)</w:t>
            </w:r>
          </w:p>
        </w:tc>
        <w:tc>
          <w:tcPr>
            <w:tcW w:w="363" w:type="pct"/>
            <w:tcBorders>
              <w:top w:val="nil"/>
              <w:left w:val="nil"/>
              <w:bottom w:val="nil"/>
              <w:right w:val="nil"/>
            </w:tcBorders>
            <w:shd w:val="clear" w:color="000000" w:fill="FFFFFF"/>
            <w:vAlign w:val="center"/>
            <w:hideMark/>
          </w:tcPr>
          <w:p w14:paraId="4083404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0.118</w:t>
            </w:r>
          </w:p>
        </w:tc>
        <w:tc>
          <w:tcPr>
            <w:tcW w:w="363" w:type="pct"/>
            <w:tcBorders>
              <w:top w:val="nil"/>
              <w:left w:val="nil"/>
              <w:bottom w:val="nil"/>
              <w:right w:val="nil"/>
            </w:tcBorders>
            <w:shd w:val="clear" w:color="000000" w:fill="F2F2F2"/>
            <w:vAlign w:val="center"/>
            <w:hideMark/>
          </w:tcPr>
          <w:p w14:paraId="0646D8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(23.08)</w:t>
            </w:r>
          </w:p>
        </w:tc>
        <w:tc>
          <w:tcPr>
            <w:tcW w:w="363" w:type="pct"/>
            <w:tcBorders>
              <w:top w:val="nil"/>
              <w:left w:val="nil"/>
              <w:bottom w:val="nil"/>
              <w:right w:val="nil"/>
            </w:tcBorders>
            <w:shd w:val="clear" w:color="000000" w:fill="FFFFFF"/>
            <w:vAlign w:val="center"/>
            <w:hideMark/>
          </w:tcPr>
          <w:p w14:paraId="66EED93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 (23.08)</w:t>
            </w:r>
          </w:p>
        </w:tc>
        <w:tc>
          <w:tcPr>
            <w:tcW w:w="360" w:type="pct"/>
            <w:tcBorders>
              <w:top w:val="nil"/>
              <w:left w:val="nil"/>
              <w:bottom w:val="nil"/>
              <w:right w:val="nil"/>
            </w:tcBorders>
            <w:shd w:val="clear" w:color="000000" w:fill="FFFFFF"/>
            <w:vAlign w:val="center"/>
            <w:hideMark/>
          </w:tcPr>
          <w:p w14:paraId="740EEE3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r>
      <w:tr w:rsidR="00726DBE" w:rsidRPr="00693325" w14:paraId="1FFAE902" w14:textId="77777777" w:rsidTr="00132E28">
        <w:trPr>
          <w:trHeight w:val="81"/>
        </w:trPr>
        <w:tc>
          <w:tcPr>
            <w:tcW w:w="648" w:type="pct"/>
            <w:tcBorders>
              <w:top w:val="nil"/>
              <w:left w:val="nil"/>
              <w:bottom w:val="nil"/>
              <w:right w:val="nil"/>
            </w:tcBorders>
            <w:shd w:val="clear" w:color="000000" w:fill="FFFFFF"/>
            <w:vAlign w:val="center"/>
            <w:hideMark/>
          </w:tcPr>
          <w:p w14:paraId="4838FF48"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Unknown</w:t>
            </w:r>
          </w:p>
        </w:tc>
        <w:tc>
          <w:tcPr>
            <w:tcW w:w="363" w:type="pct"/>
            <w:tcBorders>
              <w:top w:val="nil"/>
              <w:left w:val="nil"/>
              <w:bottom w:val="nil"/>
              <w:right w:val="nil"/>
            </w:tcBorders>
            <w:shd w:val="clear" w:color="000000" w:fill="F2F2F2"/>
            <w:vAlign w:val="center"/>
            <w:hideMark/>
          </w:tcPr>
          <w:p w14:paraId="4DA65AC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2" w:type="pct"/>
            <w:tcBorders>
              <w:top w:val="nil"/>
              <w:left w:val="nil"/>
              <w:bottom w:val="nil"/>
              <w:right w:val="nil"/>
            </w:tcBorders>
            <w:shd w:val="clear" w:color="000000" w:fill="FFFFFF"/>
            <w:vAlign w:val="center"/>
            <w:hideMark/>
          </w:tcPr>
          <w:p w14:paraId="01F5542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(3.16)</w:t>
            </w:r>
          </w:p>
        </w:tc>
        <w:tc>
          <w:tcPr>
            <w:tcW w:w="364" w:type="pct"/>
            <w:tcBorders>
              <w:top w:val="nil"/>
              <w:left w:val="nil"/>
              <w:bottom w:val="nil"/>
              <w:right w:val="nil"/>
            </w:tcBorders>
            <w:shd w:val="clear" w:color="000000" w:fill="FFFFFF"/>
            <w:vAlign w:val="center"/>
            <w:hideMark/>
          </w:tcPr>
          <w:p w14:paraId="3BAAC13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20C38C1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08E30E4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(1.71)</w:t>
            </w:r>
          </w:p>
        </w:tc>
        <w:tc>
          <w:tcPr>
            <w:tcW w:w="363" w:type="pct"/>
            <w:tcBorders>
              <w:top w:val="nil"/>
              <w:left w:val="nil"/>
              <w:bottom w:val="nil"/>
              <w:right w:val="nil"/>
            </w:tcBorders>
            <w:shd w:val="clear" w:color="000000" w:fill="FFFFFF"/>
            <w:vAlign w:val="center"/>
            <w:hideMark/>
          </w:tcPr>
          <w:p w14:paraId="09A86AA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1D114C5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3BAB334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(1.90)</w:t>
            </w:r>
          </w:p>
        </w:tc>
        <w:tc>
          <w:tcPr>
            <w:tcW w:w="363" w:type="pct"/>
            <w:tcBorders>
              <w:top w:val="nil"/>
              <w:left w:val="nil"/>
              <w:bottom w:val="nil"/>
              <w:right w:val="nil"/>
            </w:tcBorders>
            <w:shd w:val="clear" w:color="000000" w:fill="FFFFFF"/>
            <w:vAlign w:val="center"/>
            <w:hideMark/>
          </w:tcPr>
          <w:p w14:paraId="31DAD3B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32F880F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0278AF7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0" w:type="pct"/>
            <w:tcBorders>
              <w:top w:val="nil"/>
              <w:left w:val="nil"/>
              <w:bottom w:val="nil"/>
              <w:right w:val="nil"/>
            </w:tcBorders>
            <w:shd w:val="clear" w:color="000000" w:fill="FFFFFF"/>
            <w:vAlign w:val="center"/>
            <w:hideMark/>
          </w:tcPr>
          <w:p w14:paraId="6AF04E5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4CFE6684" w14:textId="77777777" w:rsidTr="00132E28">
        <w:trPr>
          <w:trHeight w:val="252"/>
        </w:trPr>
        <w:tc>
          <w:tcPr>
            <w:tcW w:w="648" w:type="pct"/>
            <w:tcBorders>
              <w:top w:val="nil"/>
              <w:left w:val="nil"/>
              <w:bottom w:val="nil"/>
              <w:right w:val="nil"/>
            </w:tcBorders>
            <w:shd w:val="clear" w:color="000000" w:fill="FFFFFF"/>
            <w:vAlign w:val="center"/>
            <w:hideMark/>
          </w:tcPr>
          <w:p w14:paraId="77C9A426"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Race (Medicaid)</w:t>
            </w:r>
            <w:r w:rsidRPr="00693325">
              <w:rPr>
                <w:rFonts w:ascii="Times New Roman" w:hAnsi="Times New Roman"/>
                <w:b/>
                <w:bCs/>
                <w:color w:val="000000"/>
                <w:sz w:val="16"/>
                <w:szCs w:val="16"/>
                <w:vertAlign w:val="superscript"/>
              </w:rPr>
              <w:t>b</w:t>
            </w:r>
            <w:r w:rsidRPr="00693325">
              <w:rPr>
                <w:rFonts w:ascii="Times New Roman" w:hAnsi="Times New Roman"/>
                <w:b/>
                <w:bCs/>
                <w:color w:val="000000"/>
                <w:sz w:val="16"/>
                <w:szCs w:val="16"/>
              </w:rPr>
              <w:t>, n (%)</w:t>
            </w:r>
          </w:p>
        </w:tc>
        <w:tc>
          <w:tcPr>
            <w:tcW w:w="363" w:type="pct"/>
            <w:tcBorders>
              <w:top w:val="nil"/>
              <w:left w:val="nil"/>
              <w:bottom w:val="nil"/>
              <w:right w:val="nil"/>
            </w:tcBorders>
            <w:shd w:val="clear" w:color="000000" w:fill="F2F2F2"/>
            <w:vAlign w:val="center"/>
            <w:hideMark/>
          </w:tcPr>
          <w:p w14:paraId="0DAB4F6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2" w:type="pct"/>
            <w:tcBorders>
              <w:top w:val="nil"/>
              <w:left w:val="nil"/>
              <w:bottom w:val="nil"/>
              <w:right w:val="nil"/>
            </w:tcBorders>
            <w:shd w:val="clear" w:color="000000" w:fill="FFFFFF"/>
            <w:vAlign w:val="center"/>
            <w:hideMark/>
          </w:tcPr>
          <w:p w14:paraId="0010DC3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4" w:type="pct"/>
            <w:tcBorders>
              <w:top w:val="nil"/>
              <w:left w:val="nil"/>
              <w:bottom w:val="nil"/>
              <w:right w:val="nil"/>
            </w:tcBorders>
            <w:shd w:val="clear" w:color="000000" w:fill="FFFFFF"/>
            <w:vAlign w:val="center"/>
            <w:hideMark/>
          </w:tcPr>
          <w:p w14:paraId="21DDB2C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512052F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601C7B1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3FAB10A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20A999D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257FFDD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3A3ACD9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7CED1C0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2F59F98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0" w:type="pct"/>
            <w:tcBorders>
              <w:top w:val="nil"/>
              <w:left w:val="nil"/>
              <w:bottom w:val="nil"/>
              <w:right w:val="nil"/>
            </w:tcBorders>
            <w:shd w:val="clear" w:color="000000" w:fill="FFFFFF"/>
            <w:vAlign w:val="center"/>
            <w:hideMark/>
          </w:tcPr>
          <w:p w14:paraId="29C6DC4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51B66628" w14:textId="77777777" w:rsidTr="00132E28">
        <w:trPr>
          <w:trHeight w:val="68"/>
        </w:trPr>
        <w:tc>
          <w:tcPr>
            <w:tcW w:w="648" w:type="pct"/>
            <w:tcBorders>
              <w:top w:val="nil"/>
              <w:left w:val="nil"/>
              <w:bottom w:val="nil"/>
              <w:right w:val="nil"/>
            </w:tcBorders>
            <w:shd w:val="clear" w:color="000000" w:fill="FFFFFF"/>
            <w:vAlign w:val="center"/>
            <w:hideMark/>
          </w:tcPr>
          <w:p w14:paraId="56AFA90C"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White</w:t>
            </w:r>
          </w:p>
        </w:tc>
        <w:tc>
          <w:tcPr>
            <w:tcW w:w="363" w:type="pct"/>
            <w:tcBorders>
              <w:top w:val="nil"/>
              <w:left w:val="nil"/>
              <w:bottom w:val="nil"/>
              <w:right w:val="nil"/>
            </w:tcBorders>
            <w:shd w:val="clear" w:color="000000" w:fill="F2F2F2"/>
            <w:vAlign w:val="center"/>
            <w:hideMark/>
          </w:tcPr>
          <w:p w14:paraId="2BF51C0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2" w:type="pct"/>
            <w:tcBorders>
              <w:top w:val="nil"/>
              <w:left w:val="nil"/>
              <w:bottom w:val="nil"/>
              <w:right w:val="nil"/>
            </w:tcBorders>
            <w:shd w:val="clear" w:color="000000" w:fill="FFFFFF"/>
            <w:vAlign w:val="center"/>
            <w:hideMark/>
          </w:tcPr>
          <w:p w14:paraId="7542381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4" w:type="pct"/>
            <w:tcBorders>
              <w:top w:val="nil"/>
              <w:left w:val="nil"/>
              <w:bottom w:val="nil"/>
              <w:right w:val="nil"/>
            </w:tcBorders>
            <w:shd w:val="clear" w:color="000000" w:fill="FFFFFF"/>
            <w:vAlign w:val="center"/>
            <w:hideMark/>
          </w:tcPr>
          <w:p w14:paraId="086F105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27D1C95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27 (77.14)</w:t>
            </w:r>
          </w:p>
        </w:tc>
        <w:tc>
          <w:tcPr>
            <w:tcW w:w="363" w:type="pct"/>
            <w:tcBorders>
              <w:top w:val="nil"/>
              <w:left w:val="nil"/>
              <w:bottom w:val="nil"/>
              <w:right w:val="nil"/>
            </w:tcBorders>
            <w:shd w:val="clear" w:color="000000" w:fill="FFFFFF"/>
            <w:vAlign w:val="center"/>
            <w:hideMark/>
          </w:tcPr>
          <w:p w14:paraId="3627021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75 (42.86)</w:t>
            </w:r>
          </w:p>
        </w:tc>
        <w:tc>
          <w:tcPr>
            <w:tcW w:w="363" w:type="pct"/>
            <w:tcBorders>
              <w:top w:val="nil"/>
              <w:left w:val="nil"/>
              <w:bottom w:val="nil"/>
              <w:right w:val="nil"/>
            </w:tcBorders>
            <w:shd w:val="clear" w:color="000000" w:fill="FFFFFF"/>
            <w:vAlign w:val="center"/>
            <w:hideMark/>
          </w:tcPr>
          <w:p w14:paraId="118868F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363" w:type="pct"/>
            <w:tcBorders>
              <w:top w:val="nil"/>
              <w:left w:val="nil"/>
              <w:bottom w:val="nil"/>
              <w:right w:val="nil"/>
            </w:tcBorders>
            <w:shd w:val="clear" w:color="000000" w:fill="F2F2F2"/>
            <w:vAlign w:val="center"/>
            <w:hideMark/>
          </w:tcPr>
          <w:p w14:paraId="392F136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5E07800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60C755D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5A344BD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 (61.54)</w:t>
            </w:r>
          </w:p>
        </w:tc>
        <w:tc>
          <w:tcPr>
            <w:tcW w:w="363" w:type="pct"/>
            <w:tcBorders>
              <w:top w:val="nil"/>
              <w:left w:val="nil"/>
              <w:bottom w:val="nil"/>
              <w:right w:val="nil"/>
            </w:tcBorders>
            <w:shd w:val="clear" w:color="000000" w:fill="FFFFFF"/>
            <w:vAlign w:val="center"/>
            <w:hideMark/>
          </w:tcPr>
          <w:p w14:paraId="234EDFF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24 (36.92)</w:t>
            </w:r>
          </w:p>
        </w:tc>
        <w:tc>
          <w:tcPr>
            <w:tcW w:w="360" w:type="pct"/>
            <w:tcBorders>
              <w:top w:val="nil"/>
              <w:left w:val="nil"/>
              <w:bottom w:val="nil"/>
              <w:right w:val="nil"/>
            </w:tcBorders>
            <w:shd w:val="clear" w:color="000000" w:fill="FFFFFF"/>
            <w:vAlign w:val="center"/>
            <w:hideMark/>
          </w:tcPr>
          <w:p w14:paraId="23F38EB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0.100</w:t>
            </w:r>
          </w:p>
        </w:tc>
      </w:tr>
      <w:tr w:rsidR="00726DBE" w:rsidRPr="00693325" w14:paraId="44F1E2EC" w14:textId="77777777" w:rsidTr="00132E28">
        <w:trPr>
          <w:trHeight w:val="68"/>
        </w:trPr>
        <w:tc>
          <w:tcPr>
            <w:tcW w:w="648" w:type="pct"/>
            <w:tcBorders>
              <w:top w:val="nil"/>
              <w:left w:val="nil"/>
              <w:bottom w:val="nil"/>
              <w:right w:val="nil"/>
            </w:tcBorders>
            <w:shd w:val="clear" w:color="000000" w:fill="FFFFFF"/>
            <w:vAlign w:val="center"/>
            <w:hideMark/>
          </w:tcPr>
          <w:p w14:paraId="5D79F368"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Black</w:t>
            </w:r>
          </w:p>
        </w:tc>
        <w:tc>
          <w:tcPr>
            <w:tcW w:w="363" w:type="pct"/>
            <w:tcBorders>
              <w:top w:val="nil"/>
              <w:left w:val="nil"/>
              <w:bottom w:val="nil"/>
              <w:right w:val="nil"/>
            </w:tcBorders>
            <w:shd w:val="clear" w:color="000000" w:fill="F2F2F2"/>
            <w:vAlign w:val="center"/>
            <w:hideMark/>
          </w:tcPr>
          <w:p w14:paraId="2A7BC5A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2" w:type="pct"/>
            <w:tcBorders>
              <w:top w:val="nil"/>
              <w:left w:val="nil"/>
              <w:bottom w:val="nil"/>
              <w:right w:val="nil"/>
            </w:tcBorders>
            <w:shd w:val="clear" w:color="000000" w:fill="FFFFFF"/>
            <w:vAlign w:val="center"/>
            <w:hideMark/>
          </w:tcPr>
          <w:p w14:paraId="695B897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4" w:type="pct"/>
            <w:tcBorders>
              <w:top w:val="nil"/>
              <w:left w:val="nil"/>
              <w:bottom w:val="nil"/>
              <w:right w:val="nil"/>
            </w:tcBorders>
            <w:shd w:val="clear" w:color="000000" w:fill="FFFFFF"/>
            <w:vAlign w:val="center"/>
            <w:hideMark/>
          </w:tcPr>
          <w:p w14:paraId="77B476B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613BFD7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(8.57)</w:t>
            </w:r>
          </w:p>
        </w:tc>
        <w:tc>
          <w:tcPr>
            <w:tcW w:w="363" w:type="pct"/>
            <w:tcBorders>
              <w:top w:val="nil"/>
              <w:left w:val="nil"/>
              <w:bottom w:val="nil"/>
              <w:right w:val="nil"/>
            </w:tcBorders>
            <w:shd w:val="clear" w:color="000000" w:fill="FFFFFF"/>
            <w:vAlign w:val="center"/>
            <w:hideMark/>
          </w:tcPr>
          <w:p w14:paraId="557778C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37 (21.14)</w:t>
            </w:r>
          </w:p>
        </w:tc>
        <w:tc>
          <w:tcPr>
            <w:tcW w:w="363" w:type="pct"/>
            <w:tcBorders>
              <w:top w:val="nil"/>
              <w:left w:val="nil"/>
              <w:bottom w:val="nil"/>
              <w:right w:val="nil"/>
            </w:tcBorders>
            <w:shd w:val="clear" w:color="000000" w:fill="FFFFFF"/>
            <w:vAlign w:val="center"/>
            <w:hideMark/>
          </w:tcPr>
          <w:p w14:paraId="6360324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0.084</w:t>
            </w:r>
          </w:p>
        </w:tc>
        <w:tc>
          <w:tcPr>
            <w:tcW w:w="363" w:type="pct"/>
            <w:tcBorders>
              <w:top w:val="nil"/>
              <w:left w:val="nil"/>
              <w:bottom w:val="nil"/>
              <w:right w:val="nil"/>
            </w:tcBorders>
            <w:shd w:val="clear" w:color="000000" w:fill="F2F2F2"/>
            <w:vAlign w:val="center"/>
            <w:hideMark/>
          </w:tcPr>
          <w:p w14:paraId="7C7556B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3C8C4F3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6DC70B4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0809768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 (30.77)</w:t>
            </w:r>
          </w:p>
        </w:tc>
        <w:tc>
          <w:tcPr>
            <w:tcW w:w="363" w:type="pct"/>
            <w:tcBorders>
              <w:top w:val="nil"/>
              <w:left w:val="nil"/>
              <w:bottom w:val="nil"/>
              <w:right w:val="nil"/>
            </w:tcBorders>
            <w:shd w:val="clear" w:color="000000" w:fill="FFFFFF"/>
            <w:vAlign w:val="center"/>
            <w:hideMark/>
          </w:tcPr>
          <w:p w14:paraId="6E14955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16 (24.62)</w:t>
            </w:r>
          </w:p>
        </w:tc>
        <w:tc>
          <w:tcPr>
            <w:tcW w:w="360" w:type="pct"/>
            <w:tcBorders>
              <w:top w:val="nil"/>
              <w:left w:val="nil"/>
              <w:bottom w:val="nil"/>
              <w:right w:val="nil"/>
            </w:tcBorders>
            <w:shd w:val="clear" w:color="000000" w:fill="FFFFFF"/>
            <w:vAlign w:val="center"/>
            <w:hideMark/>
          </w:tcPr>
          <w:p w14:paraId="26B33B2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0.730</w:t>
            </w:r>
          </w:p>
        </w:tc>
      </w:tr>
      <w:tr w:rsidR="00726DBE" w:rsidRPr="00693325" w14:paraId="7510EAF5" w14:textId="77777777" w:rsidTr="00132E28">
        <w:trPr>
          <w:trHeight w:val="108"/>
        </w:trPr>
        <w:tc>
          <w:tcPr>
            <w:tcW w:w="648" w:type="pct"/>
            <w:tcBorders>
              <w:top w:val="nil"/>
              <w:left w:val="nil"/>
              <w:bottom w:val="nil"/>
              <w:right w:val="nil"/>
            </w:tcBorders>
            <w:shd w:val="clear" w:color="000000" w:fill="FFFFFF"/>
            <w:vAlign w:val="center"/>
            <w:hideMark/>
          </w:tcPr>
          <w:p w14:paraId="0E9B4CB5"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American Indian or Alaska Native</w:t>
            </w:r>
          </w:p>
        </w:tc>
        <w:tc>
          <w:tcPr>
            <w:tcW w:w="363" w:type="pct"/>
            <w:tcBorders>
              <w:top w:val="nil"/>
              <w:left w:val="nil"/>
              <w:bottom w:val="nil"/>
              <w:right w:val="nil"/>
            </w:tcBorders>
            <w:shd w:val="clear" w:color="000000" w:fill="F2F2F2"/>
            <w:vAlign w:val="center"/>
            <w:hideMark/>
          </w:tcPr>
          <w:p w14:paraId="76DA6E7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2" w:type="pct"/>
            <w:tcBorders>
              <w:top w:val="nil"/>
              <w:left w:val="nil"/>
              <w:bottom w:val="nil"/>
              <w:right w:val="nil"/>
            </w:tcBorders>
            <w:shd w:val="clear" w:color="000000" w:fill="FFFFFF"/>
            <w:vAlign w:val="center"/>
            <w:hideMark/>
          </w:tcPr>
          <w:p w14:paraId="34CD3D6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4" w:type="pct"/>
            <w:tcBorders>
              <w:top w:val="nil"/>
              <w:left w:val="nil"/>
              <w:bottom w:val="nil"/>
              <w:right w:val="nil"/>
            </w:tcBorders>
            <w:shd w:val="clear" w:color="000000" w:fill="FFFFFF"/>
            <w:vAlign w:val="center"/>
            <w:hideMark/>
          </w:tcPr>
          <w:p w14:paraId="40B94E4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1FFD5DB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5601712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(0.57)</w:t>
            </w:r>
          </w:p>
        </w:tc>
        <w:tc>
          <w:tcPr>
            <w:tcW w:w="363" w:type="pct"/>
            <w:tcBorders>
              <w:top w:val="nil"/>
              <w:left w:val="nil"/>
              <w:bottom w:val="nil"/>
              <w:right w:val="nil"/>
            </w:tcBorders>
            <w:shd w:val="clear" w:color="000000" w:fill="FFFFFF"/>
            <w:vAlign w:val="center"/>
            <w:hideMark/>
          </w:tcPr>
          <w:p w14:paraId="105FA5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405F537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2411C10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5826868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5904AFB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23D670F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0" w:type="pct"/>
            <w:tcBorders>
              <w:top w:val="nil"/>
              <w:left w:val="nil"/>
              <w:bottom w:val="nil"/>
              <w:right w:val="nil"/>
            </w:tcBorders>
            <w:shd w:val="clear" w:color="000000" w:fill="FFFFFF"/>
            <w:vAlign w:val="center"/>
            <w:hideMark/>
          </w:tcPr>
          <w:p w14:paraId="74B8EAB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6C74A1EE" w14:textId="77777777" w:rsidTr="00132E28">
        <w:trPr>
          <w:trHeight w:val="68"/>
        </w:trPr>
        <w:tc>
          <w:tcPr>
            <w:tcW w:w="648" w:type="pct"/>
            <w:tcBorders>
              <w:top w:val="nil"/>
              <w:left w:val="nil"/>
              <w:bottom w:val="nil"/>
              <w:right w:val="nil"/>
            </w:tcBorders>
            <w:shd w:val="clear" w:color="000000" w:fill="FFFFFF"/>
            <w:vAlign w:val="center"/>
            <w:hideMark/>
          </w:tcPr>
          <w:p w14:paraId="2512A4AE"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Hispanic</w:t>
            </w:r>
          </w:p>
        </w:tc>
        <w:tc>
          <w:tcPr>
            <w:tcW w:w="363" w:type="pct"/>
            <w:tcBorders>
              <w:top w:val="nil"/>
              <w:left w:val="nil"/>
              <w:bottom w:val="nil"/>
              <w:right w:val="nil"/>
            </w:tcBorders>
            <w:shd w:val="clear" w:color="000000" w:fill="F2F2F2"/>
            <w:vAlign w:val="center"/>
            <w:hideMark/>
          </w:tcPr>
          <w:p w14:paraId="57445B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2" w:type="pct"/>
            <w:tcBorders>
              <w:top w:val="nil"/>
              <w:left w:val="nil"/>
              <w:bottom w:val="nil"/>
              <w:right w:val="nil"/>
            </w:tcBorders>
            <w:shd w:val="clear" w:color="000000" w:fill="FFFFFF"/>
            <w:vAlign w:val="center"/>
            <w:hideMark/>
          </w:tcPr>
          <w:p w14:paraId="7474A25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4" w:type="pct"/>
            <w:tcBorders>
              <w:top w:val="nil"/>
              <w:left w:val="nil"/>
              <w:bottom w:val="nil"/>
              <w:right w:val="nil"/>
            </w:tcBorders>
            <w:shd w:val="clear" w:color="000000" w:fill="FFFFFF"/>
            <w:vAlign w:val="center"/>
            <w:hideMark/>
          </w:tcPr>
          <w:p w14:paraId="3983D3F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1167A32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(2.86)</w:t>
            </w:r>
          </w:p>
        </w:tc>
        <w:tc>
          <w:tcPr>
            <w:tcW w:w="363" w:type="pct"/>
            <w:tcBorders>
              <w:top w:val="nil"/>
              <w:left w:val="nil"/>
              <w:bottom w:val="nil"/>
              <w:right w:val="nil"/>
            </w:tcBorders>
            <w:shd w:val="clear" w:color="000000" w:fill="FFFFFF"/>
            <w:vAlign w:val="center"/>
            <w:hideMark/>
          </w:tcPr>
          <w:p w14:paraId="4FEA71F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22 (12.57)</w:t>
            </w:r>
          </w:p>
        </w:tc>
        <w:tc>
          <w:tcPr>
            <w:tcW w:w="363" w:type="pct"/>
            <w:tcBorders>
              <w:top w:val="nil"/>
              <w:left w:val="nil"/>
              <w:bottom w:val="nil"/>
              <w:right w:val="nil"/>
            </w:tcBorders>
            <w:shd w:val="clear" w:color="000000" w:fill="FFFFFF"/>
            <w:vAlign w:val="center"/>
            <w:hideMark/>
          </w:tcPr>
          <w:p w14:paraId="702230E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0.136</w:t>
            </w:r>
          </w:p>
        </w:tc>
        <w:tc>
          <w:tcPr>
            <w:tcW w:w="363" w:type="pct"/>
            <w:tcBorders>
              <w:top w:val="nil"/>
              <w:left w:val="nil"/>
              <w:bottom w:val="nil"/>
              <w:right w:val="nil"/>
            </w:tcBorders>
            <w:shd w:val="clear" w:color="000000" w:fill="F2F2F2"/>
            <w:vAlign w:val="center"/>
            <w:hideMark/>
          </w:tcPr>
          <w:p w14:paraId="6ABAB52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17C5867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0FC38A0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5B91D98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0552B40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 (12.31)</w:t>
            </w:r>
          </w:p>
        </w:tc>
        <w:tc>
          <w:tcPr>
            <w:tcW w:w="360" w:type="pct"/>
            <w:tcBorders>
              <w:top w:val="nil"/>
              <w:left w:val="nil"/>
              <w:bottom w:val="nil"/>
              <w:right w:val="nil"/>
            </w:tcBorders>
            <w:shd w:val="clear" w:color="000000" w:fill="FFFFFF"/>
            <w:vAlign w:val="center"/>
            <w:hideMark/>
          </w:tcPr>
          <w:p w14:paraId="50D091C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0.339</w:t>
            </w:r>
          </w:p>
        </w:tc>
      </w:tr>
      <w:tr w:rsidR="00726DBE" w:rsidRPr="00693325" w14:paraId="570880A7" w14:textId="77777777" w:rsidTr="00132E28">
        <w:trPr>
          <w:trHeight w:val="68"/>
        </w:trPr>
        <w:tc>
          <w:tcPr>
            <w:tcW w:w="648" w:type="pct"/>
            <w:tcBorders>
              <w:top w:val="nil"/>
              <w:left w:val="nil"/>
              <w:bottom w:val="nil"/>
              <w:right w:val="nil"/>
            </w:tcBorders>
            <w:shd w:val="clear" w:color="000000" w:fill="FFFFFF"/>
            <w:vAlign w:val="center"/>
            <w:hideMark/>
          </w:tcPr>
          <w:p w14:paraId="51751B39"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Asian or Pacific Islands</w:t>
            </w:r>
          </w:p>
        </w:tc>
        <w:tc>
          <w:tcPr>
            <w:tcW w:w="363" w:type="pct"/>
            <w:tcBorders>
              <w:top w:val="nil"/>
              <w:left w:val="nil"/>
              <w:bottom w:val="nil"/>
              <w:right w:val="nil"/>
            </w:tcBorders>
            <w:shd w:val="clear" w:color="000000" w:fill="F2F2F2"/>
            <w:vAlign w:val="center"/>
            <w:hideMark/>
          </w:tcPr>
          <w:p w14:paraId="14A24BF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2" w:type="pct"/>
            <w:tcBorders>
              <w:top w:val="nil"/>
              <w:left w:val="nil"/>
              <w:bottom w:val="nil"/>
              <w:right w:val="nil"/>
            </w:tcBorders>
            <w:shd w:val="clear" w:color="000000" w:fill="FFFFFF"/>
            <w:vAlign w:val="center"/>
            <w:hideMark/>
          </w:tcPr>
          <w:p w14:paraId="3149695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4" w:type="pct"/>
            <w:tcBorders>
              <w:top w:val="nil"/>
              <w:left w:val="nil"/>
              <w:bottom w:val="nil"/>
              <w:right w:val="nil"/>
            </w:tcBorders>
            <w:shd w:val="clear" w:color="000000" w:fill="FFFFFF"/>
            <w:vAlign w:val="center"/>
            <w:hideMark/>
          </w:tcPr>
          <w:p w14:paraId="685C3A2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352FBF7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03CFFA4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 (3.43)</w:t>
            </w:r>
          </w:p>
        </w:tc>
        <w:tc>
          <w:tcPr>
            <w:tcW w:w="363" w:type="pct"/>
            <w:tcBorders>
              <w:top w:val="nil"/>
              <w:left w:val="nil"/>
              <w:bottom w:val="nil"/>
              <w:right w:val="nil"/>
            </w:tcBorders>
            <w:shd w:val="clear" w:color="000000" w:fill="FFFFFF"/>
            <w:vAlign w:val="center"/>
            <w:hideMark/>
          </w:tcPr>
          <w:p w14:paraId="5CC1B11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0.592</w:t>
            </w:r>
          </w:p>
        </w:tc>
        <w:tc>
          <w:tcPr>
            <w:tcW w:w="363" w:type="pct"/>
            <w:tcBorders>
              <w:top w:val="nil"/>
              <w:left w:val="nil"/>
              <w:bottom w:val="nil"/>
              <w:right w:val="nil"/>
            </w:tcBorders>
            <w:shd w:val="clear" w:color="000000" w:fill="F2F2F2"/>
            <w:vAlign w:val="center"/>
            <w:hideMark/>
          </w:tcPr>
          <w:p w14:paraId="0DB4834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611CD0D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2983F1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45D7030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649BAB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(3.08)</w:t>
            </w:r>
          </w:p>
        </w:tc>
        <w:tc>
          <w:tcPr>
            <w:tcW w:w="360" w:type="pct"/>
            <w:tcBorders>
              <w:top w:val="nil"/>
              <w:left w:val="nil"/>
              <w:bottom w:val="nil"/>
              <w:right w:val="nil"/>
            </w:tcBorders>
            <w:shd w:val="clear" w:color="000000" w:fill="FFFFFF"/>
            <w:vAlign w:val="center"/>
            <w:hideMark/>
          </w:tcPr>
          <w:p w14:paraId="4305F80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r>
      <w:tr w:rsidR="00726DBE" w:rsidRPr="00693325" w14:paraId="05C2C7AA" w14:textId="77777777" w:rsidTr="00132E28">
        <w:trPr>
          <w:trHeight w:val="68"/>
        </w:trPr>
        <w:tc>
          <w:tcPr>
            <w:tcW w:w="648" w:type="pct"/>
            <w:tcBorders>
              <w:top w:val="nil"/>
              <w:left w:val="nil"/>
              <w:bottom w:val="nil"/>
              <w:right w:val="nil"/>
            </w:tcBorders>
            <w:shd w:val="clear" w:color="000000" w:fill="FFFFFF"/>
            <w:vAlign w:val="center"/>
            <w:hideMark/>
          </w:tcPr>
          <w:p w14:paraId="7C3C6047"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Other</w:t>
            </w:r>
          </w:p>
        </w:tc>
        <w:tc>
          <w:tcPr>
            <w:tcW w:w="363" w:type="pct"/>
            <w:tcBorders>
              <w:top w:val="nil"/>
              <w:left w:val="nil"/>
              <w:bottom w:val="nil"/>
              <w:right w:val="nil"/>
            </w:tcBorders>
            <w:shd w:val="clear" w:color="000000" w:fill="F2F2F2"/>
            <w:vAlign w:val="center"/>
            <w:hideMark/>
          </w:tcPr>
          <w:p w14:paraId="33468D4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2" w:type="pct"/>
            <w:tcBorders>
              <w:top w:val="nil"/>
              <w:left w:val="nil"/>
              <w:bottom w:val="nil"/>
              <w:right w:val="nil"/>
            </w:tcBorders>
            <w:shd w:val="clear" w:color="000000" w:fill="FFFFFF"/>
            <w:vAlign w:val="center"/>
            <w:hideMark/>
          </w:tcPr>
          <w:p w14:paraId="34A70F5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4" w:type="pct"/>
            <w:tcBorders>
              <w:top w:val="nil"/>
              <w:left w:val="nil"/>
              <w:bottom w:val="nil"/>
              <w:right w:val="nil"/>
            </w:tcBorders>
            <w:shd w:val="clear" w:color="000000" w:fill="FFFFFF"/>
            <w:vAlign w:val="center"/>
            <w:hideMark/>
          </w:tcPr>
          <w:p w14:paraId="08049D6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34174A9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 (11.43)</w:t>
            </w:r>
          </w:p>
        </w:tc>
        <w:tc>
          <w:tcPr>
            <w:tcW w:w="363" w:type="pct"/>
            <w:tcBorders>
              <w:top w:val="nil"/>
              <w:left w:val="nil"/>
              <w:bottom w:val="nil"/>
              <w:right w:val="nil"/>
            </w:tcBorders>
            <w:shd w:val="clear" w:color="000000" w:fill="FFFFFF"/>
            <w:vAlign w:val="center"/>
            <w:hideMark/>
          </w:tcPr>
          <w:p w14:paraId="7C964CD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34 (19.43)</w:t>
            </w:r>
          </w:p>
        </w:tc>
        <w:tc>
          <w:tcPr>
            <w:tcW w:w="363" w:type="pct"/>
            <w:tcBorders>
              <w:top w:val="nil"/>
              <w:left w:val="nil"/>
              <w:bottom w:val="nil"/>
              <w:right w:val="nil"/>
            </w:tcBorders>
            <w:shd w:val="clear" w:color="000000" w:fill="FFFFFF"/>
            <w:vAlign w:val="center"/>
            <w:hideMark/>
          </w:tcPr>
          <w:p w14:paraId="2D0EABD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0.262</w:t>
            </w:r>
          </w:p>
        </w:tc>
        <w:tc>
          <w:tcPr>
            <w:tcW w:w="363" w:type="pct"/>
            <w:tcBorders>
              <w:top w:val="nil"/>
              <w:left w:val="nil"/>
              <w:bottom w:val="nil"/>
              <w:right w:val="nil"/>
            </w:tcBorders>
            <w:shd w:val="clear" w:color="000000" w:fill="F2F2F2"/>
            <w:vAlign w:val="center"/>
            <w:hideMark/>
          </w:tcPr>
          <w:p w14:paraId="26E3724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7EA414C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77BF558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0241713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(7.69)</w:t>
            </w:r>
          </w:p>
        </w:tc>
        <w:tc>
          <w:tcPr>
            <w:tcW w:w="363" w:type="pct"/>
            <w:tcBorders>
              <w:top w:val="nil"/>
              <w:left w:val="nil"/>
              <w:bottom w:val="nil"/>
              <w:right w:val="nil"/>
            </w:tcBorders>
            <w:shd w:val="clear" w:color="000000" w:fill="FFFFFF"/>
            <w:vAlign w:val="center"/>
            <w:hideMark/>
          </w:tcPr>
          <w:p w14:paraId="23A11BF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 (23.08)</w:t>
            </w:r>
          </w:p>
        </w:tc>
        <w:tc>
          <w:tcPr>
            <w:tcW w:w="360" w:type="pct"/>
            <w:tcBorders>
              <w:top w:val="nil"/>
              <w:left w:val="nil"/>
              <w:bottom w:val="nil"/>
              <w:right w:val="nil"/>
            </w:tcBorders>
            <w:shd w:val="clear" w:color="000000" w:fill="FFFFFF"/>
            <w:vAlign w:val="center"/>
            <w:hideMark/>
          </w:tcPr>
          <w:p w14:paraId="76BB2D3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0.283</w:t>
            </w:r>
          </w:p>
        </w:tc>
      </w:tr>
      <w:tr w:rsidR="00726DBE" w:rsidRPr="00693325" w14:paraId="7089D4A7" w14:textId="77777777" w:rsidTr="00132E28">
        <w:trPr>
          <w:trHeight w:val="180"/>
        </w:trPr>
        <w:tc>
          <w:tcPr>
            <w:tcW w:w="648" w:type="pct"/>
            <w:tcBorders>
              <w:top w:val="nil"/>
              <w:left w:val="nil"/>
              <w:bottom w:val="nil"/>
              <w:right w:val="nil"/>
            </w:tcBorders>
            <w:shd w:val="clear" w:color="000000" w:fill="FFFFFF"/>
            <w:vAlign w:val="center"/>
            <w:hideMark/>
          </w:tcPr>
          <w:p w14:paraId="1C728439"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Length of follow-up (days), mean (SD)</w:t>
            </w:r>
          </w:p>
        </w:tc>
        <w:tc>
          <w:tcPr>
            <w:tcW w:w="363" w:type="pct"/>
            <w:tcBorders>
              <w:top w:val="nil"/>
              <w:left w:val="nil"/>
              <w:bottom w:val="nil"/>
              <w:right w:val="nil"/>
            </w:tcBorders>
            <w:shd w:val="clear" w:color="000000" w:fill="F2F2F2"/>
            <w:vAlign w:val="center"/>
            <w:hideMark/>
          </w:tcPr>
          <w:p w14:paraId="704752C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822.26 (825.68)</w:t>
            </w:r>
          </w:p>
        </w:tc>
        <w:tc>
          <w:tcPr>
            <w:tcW w:w="362" w:type="pct"/>
            <w:tcBorders>
              <w:top w:val="nil"/>
              <w:left w:val="nil"/>
              <w:bottom w:val="nil"/>
              <w:right w:val="nil"/>
            </w:tcBorders>
            <w:shd w:val="clear" w:color="000000" w:fill="FFFFFF"/>
            <w:vAlign w:val="center"/>
            <w:hideMark/>
          </w:tcPr>
          <w:p w14:paraId="7B3F6E7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961.65 (884.62)</w:t>
            </w:r>
          </w:p>
        </w:tc>
        <w:tc>
          <w:tcPr>
            <w:tcW w:w="364" w:type="pct"/>
            <w:tcBorders>
              <w:top w:val="nil"/>
              <w:left w:val="nil"/>
              <w:bottom w:val="nil"/>
              <w:right w:val="nil"/>
            </w:tcBorders>
            <w:shd w:val="clear" w:color="000000" w:fill="FFFFFF"/>
            <w:vAlign w:val="center"/>
            <w:hideMark/>
          </w:tcPr>
          <w:p w14:paraId="4B7E954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0.528</w:t>
            </w:r>
          </w:p>
        </w:tc>
        <w:tc>
          <w:tcPr>
            <w:tcW w:w="363" w:type="pct"/>
            <w:tcBorders>
              <w:top w:val="nil"/>
              <w:left w:val="nil"/>
              <w:bottom w:val="nil"/>
              <w:right w:val="nil"/>
            </w:tcBorders>
            <w:shd w:val="clear" w:color="000000" w:fill="F2F2F2"/>
            <w:vAlign w:val="center"/>
            <w:hideMark/>
          </w:tcPr>
          <w:p w14:paraId="523216A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1,565.31 (1,290.56)</w:t>
            </w:r>
          </w:p>
        </w:tc>
        <w:tc>
          <w:tcPr>
            <w:tcW w:w="363" w:type="pct"/>
            <w:tcBorders>
              <w:top w:val="nil"/>
              <w:left w:val="nil"/>
              <w:bottom w:val="nil"/>
              <w:right w:val="nil"/>
            </w:tcBorders>
            <w:shd w:val="clear" w:color="000000" w:fill="FFFFFF"/>
            <w:vAlign w:val="center"/>
            <w:hideMark/>
          </w:tcPr>
          <w:p w14:paraId="669C6F5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639.38 (812.02)</w:t>
            </w:r>
          </w:p>
        </w:tc>
        <w:tc>
          <w:tcPr>
            <w:tcW w:w="363" w:type="pct"/>
            <w:tcBorders>
              <w:top w:val="nil"/>
              <w:left w:val="nil"/>
              <w:bottom w:val="nil"/>
              <w:right w:val="nil"/>
            </w:tcBorders>
            <w:shd w:val="clear" w:color="000000" w:fill="FFFFFF"/>
            <w:vAlign w:val="center"/>
            <w:hideMark/>
          </w:tcPr>
          <w:p w14:paraId="1A6858E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363" w:type="pct"/>
            <w:tcBorders>
              <w:top w:val="nil"/>
              <w:left w:val="nil"/>
              <w:bottom w:val="nil"/>
              <w:right w:val="nil"/>
            </w:tcBorders>
            <w:shd w:val="clear" w:color="000000" w:fill="F2F2F2"/>
            <w:vAlign w:val="center"/>
            <w:hideMark/>
          </w:tcPr>
          <w:p w14:paraId="3027C99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614.76 (489.96)</w:t>
            </w:r>
          </w:p>
        </w:tc>
        <w:tc>
          <w:tcPr>
            <w:tcW w:w="363" w:type="pct"/>
            <w:tcBorders>
              <w:top w:val="nil"/>
              <w:left w:val="nil"/>
              <w:bottom w:val="nil"/>
              <w:right w:val="nil"/>
            </w:tcBorders>
            <w:shd w:val="clear" w:color="000000" w:fill="FFFFFF"/>
            <w:vAlign w:val="center"/>
            <w:hideMark/>
          </w:tcPr>
          <w:p w14:paraId="016DBC1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521.79 (500.67)</w:t>
            </w:r>
          </w:p>
        </w:tc>
        <w:tc>
          <w:tcPr>
            <w:tcW w:w="363" w:type="pct"/>
            <w:tcBorders>
              <w:top w:val="nil"/>
              <w:left w:val="nil"/>
              <w:bottom w:val="nil"/>
              <w:right w:val="nil"/>
            </w:tcBorders>
            <w:shd w:val="clear" w:color="000000" w:fill="FFFFFF"/>
            <w:vAlign w:val="center"/>
            <w:hideMark/>
          </w:tcPr>
          <w:p w14:paraId="69D5791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0.437</w:t>
            </w:r>
          </w:p>
        </w:tc>
        <w:tc>
          <w:tcPr>
            <w:tcW w:w="363" w:type="pct"/>
            <w:tcBorders>
              <w:top w:val="nil"/>
              <w:left w:val="nil"/>
              <w:bottom w:val="nil"/>
              <w:right w:val="nil"/>
            </w:tcBorders>
            <w:shd w:val="clear" w:color="000000" w:fill="F2F2F2"/>
            <w:vAlign w:val="center"/>
            <w:hideMark/>
          </w:tcPr>
          <w:p w14:paraId="3D939D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607.54 (572.96)</w:t>
            </w:r>
          </w:p>
        </w:tc>
        <w:tc>
          <w:tcPr>
            <w:tcW w:w="363" w:type="pct"/>
            <w:tcBorders>
              <w:top w:val="nil"/>
              <w:left w:val="nil"/>
              <w:bottom w:val="nil"/>
              <w:right w:val="nil"/>
            </w:tcBorders>
            <w:shd w:val="clear" w:color="000000" w:fill="FFFFFF"/>
            <w:vAlign w:val="center"/>
            <w:hideMark/>
          </w:tcPr>
          <w:p w14:paraId="630E58F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385.88 (451.09)</w:t>
            </w:r>
          </w:p>
        </w:tc>
        <w:tc>
          <w:tcPr>
            <w:tcW w:w="360" w:type="pct"/>
            <w:tcBorders>
              <w:top w:val="nil"/>
              <w:left w:val="nil"/>
              <w:bottom w:val="nil"/>
              <w:right w:val="nil"/>
            </w:tcBorders>
            <w:shd w:val="clear" w:color="000000" w:fill="FFFFFF"/>
            <w:vAlign w:val="center"/>
            <w:hideMark/>
          </w:tcPr>
          <w:p w14:paraId="38780CA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0.127</w:t>
            </w:r>
          </w:p>
        </w:tc>
      </w:tr>
      <w:tr w:rsidR="00726DBE" w:rsidRPr="00693325" w14:paraId="06CFB298" w14:textId="77777777" w:rsidTr="00132E28">
        <w:trPr>
          <w:trHeight w:val="68"/>
        </w:trPr>
        <w:tc>
          <w:tcPr>
            <w:tcW w:w="648" w:type="pct"/>
            <w:tcBorders>
              <w:top w:val="nil"/>
              <w:left w:val="nil"/>
              <w:bottom w:val="nil"/>
              <w:right w:val="nil"/>
            </w:tcBorders>
            <w:shd w:val="clear" w:color="000000" w:fill="FFFFFF"/>
            <w:vAlign w:val="center"/>
            <w:hideMark/>
          </w:tcPr>
          <w:p w14:paraId="72B00C24"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Median (days)</w:t>
            </w:r>
          </w:p>
        </w:tc>
        <w:tc>
          <w:tcPr>
            <w:tcW w:w="363" w:type="pct"/>
            <w:tcBorders>
              <w:top w:val="nil"/>
              <w:left w:val="nil"/>
              <w:bottom w:val="nil"/>
              <w:right w:val="nil"/>
            </w:tcBorders>
            <w:shd w:val="clear" w:color="000000" w:fill="F2F2F2"/>
            <w:vAlign w:val="center"/>
            <w:hideMark/>
          </w:tcPr>
          <w:p w14:paraId="66CEBC7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540</w:t>
            </w:r>
          </w:p>
        </w:tc>
        <w:tc>
          <w:tcPr>
            <w:tcW w:w="362" w:type="pct"/>
            <w:tcBorders>
              <w:top w:val="nil"/>
              <w:left w:val="nil"/>
              <w:bottom w:val="nil"/>
              <w:right w:val="nil"/>
            </w:tcBorders>
            <w:shd w:val="clear" w:color="000000" w:fill="FFFFFF"/>
            <w:vAlign w:val="center"/>
            <w:hideMark/>
          </w:tcPr>
          <w:p w14:paraId="2421C1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793</w:t>
            </w:r>
          </w:p>
        </w:tc>
        <w:tc>
          <w:tcPr>
            <w:tcW w:w="364" w:type="pct"/>
            <w:tcBorders>
              <w:top w:val="nil"/>
              <w:left w:val="nil"/>
              <w:bottom w:val="nil"/>
              <w:right w:val="nil"/>
            </w:tcBorders>
            <w:shd w:val="clear" w:color="000000" w:fill="FFFFFF"/>
            <w:vAlign w:val="center"/>
            <w:hideMark/>
          </w:tcPr>
          <w:p w14:paraId="3DFCDD4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28C19EE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1,161.00</w:t>
            </w:r>
          </w:p>
        </w:tc>
        <w:tc>
          <w:tcPr>
            <w:tcW w:w="363" w:type="pct"/>
            <w:tcBorders>
              <w:top w:val="nil"/>
              <w:left w:val="nil"/>
              <w:bottom w:val="nil"/>
              <w:right w:val="nil"/>
            </w:tcBorders>
            <w:shd w:val="clear" w:color="000000" w:fill="FFFFFF"/>
            <w:vAlign w:val="center"/>
            <w:hideMark/>
          </w:tcPr>
          <w:p w14:paraId="26FA8B1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247</w:t>
            </w:r>
          </w:p>
        </w:tc>
        <w:tc>
          <w:tcPr>
            <w:tcW w:w="363" w:type="pct"/>
            <w:tcBorders>
              <w:top w:val="nil"/>
              <w:left w:val="nil"/>
              <w:bottom w:val="nil"/>
              <w:right w:val="nil"/>
            </w:tcBorders>
            <w:shd w:val="clear" w:color="000000" w:fill="FFFFFF"/>
            <w:vAlign w:val="center"/>
            <w:hideMark/>
          </w:tcPr>
          <w:p w14:paraId="74B5E20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00ACA14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429</w:t>
            </w:r>
          </w:p>
        </w:tc>
        <w:tc>
          <w:tcPr>
            <w:tcW w:w="363" w:type="pct"/>
            <w:tcBorders>
              <w:top w:val="nil"/>
              <w:left w:val="nil"/>
              <w:bottom w:val="nil"/>
              <w:right w:val="nil"/>
            </w:tcBorders>
            <w:shd w:val="clear" w:color="000000" w:fill="FFFFFF"/>
            <w:vAlign w:val="center"/>
            <w:hideMark/>
          </w:tcPr>
          <w:p w14:paraId="79B4C58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338</w:t>
            </w:r>
          </w:p>
        </w:tc>
        <w:tc>
          <w:tcPr>
            <w:tcW w:w="363" w:type="pct"/>
            <w:tcBorders>
              <w:top w:val="nil"/>
              <w:left w:val="nil"/>
              <w:bottom w:val="nil"/>
              <w:right w:val="nil"/>
            </w:tcBorders>
            <w:shd w:val="clear" w:color="000000" w:fill="FFFFFF"/>
            <w:vAlign w:val="center"/>
            <w:hideMark/>
          </w:tcPr>
          <w:p w14:paraId="270B0C5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6DE41B8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394</w:t>
            </w:r>
          </w:p>
        </w:tc>
        <w:tc>
          <w:tcPr>
            <w:tcW w:w="363" w:type="pct"/>
            <w:tcBorders>
              <w:top w:val="nil"/>
              <w:left w:val="nil"/>
              <w:bottom w:val="nil"/>
              <w:right w:val="nil"/>
            </w:tcBorders>
            <w:shd w:val="clear" w:color="000000" w:fill="FFFFFF"/>
            <w:vAlign w:val="center"/>
            <w:hideMark/>
          </w:tcPr>
          <w:p w14:paraId="6300C1F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244</w:t>
            </w:r>
          </w:p>
        </w:tc>
        <w:tc>
          <w:tcPr>
            <w:tcW w:w="360" w:type="pct"/>
            <w:tcBorders>
              <w:top w:val="nil"/>
              <w:left w:val="nil"/>
              <w:bottom w:val="nil"/>
              <w:right w:val="nil"/>
            </w:tcBorders>
            <w:shd w:val="clear" w:color="000000" w:fill="FFFFFF"/>
            <w:vAlign w:val="center"/>
            <w:hideMark/>
          </w:tcPr>
          <w:p w14:paraId="2F1D01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189C1E47" w14:textId="77777777" w:rsidTr="00132E28">
        <w:trPr>
          <w:trHeight w:val="135"/>
        </w:trPr>
        <w:tc>
          <w:tcPr>
            <w:tcW w:w="648" w:type="pct"/>
            <w:tcBorders>
              <w:top w:val="nil"/>
              <w:left w:val="nil"/>
              <w:bottom w:val="nil"/>
              <w:right w:val="nil"/>
            </w:tcBorders>
            <w:shd w:val="clear" w:color="000000" w:fill="FFFFFF"/>
            <w:vAlign w:val="center"/>
            <w:hideMark/>
          </w:tcPr>
          <w:p w14:paraId="690326F1"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Length of follow-up, n (%) </w:t>
            </w:r>
          </w:p>
        </w:tc>
        <w:tc>
          <w:tcPr>
            <w:tcW w:w="363" w:type="pct"/>
            <w:tcBorders>
              <w:top w:val="nil"/>
              <w:left w:val="nil"/>
              <w:bottom w:val="nil"/>
              <w:right w:val="nil"/>
            </w:tcBorders>
            <w:shd w:val="clear" w:color="000000" w:fill="F2F2F2"/>
            <w:vAlign w:val="center"/>
            <w:hideMark/>
          </w:tcPr>
          <w:p w14:paraId="38F9CE7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2" w:type="pct"/>
            <w:tcBorders>
              <w:top w:val="nil"/>
              <w:left w:val="nil"/>
              <w:bottom w:val="nil"/>
              <w:right w:val="nil"/>
            </w:tcBorders>
            <w:shd w:val="clear" w:color="000000" w:fill="FFFFFF"/>
            <w:vAlign w:val="center"/>
            <w:hideMark/>
          </w:tcPr>
          <w:p w14:paraId="62722F5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4" w:type="pct"/>
            <w:tcBorders>
              <w:top w:val="nil"/>
              <w:left w:val="nil"/>
              <w:bottom w:val="nil"/>
              <w:right w:val="nil"/>
            </w:tcBorders>
            <w:shd w:val="clear" w:color="000000" w:fill="FFFFFF"/>
            <w:vAlign w:val="center"/>
            <w:hideMark/>
          </w:tcPr>
          <w:p w14:paraId="518F692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05C21F1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032F7CF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4FDAC24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165B61B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4AC00D4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44CB5E2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48E7B87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7C9C6CD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0" w:type="pct"/>
            <w:tcBorders>
              <w:top w:val="nil"/>
              <w:left w:val="nil"/>
              <w:bottom w:val="nil"/>
              <w:right w:val="nil"/>
            </w:tcBorders>
            <w:shd w:val="clear" w:color="000000" w:fill="FFFFFF"/>
            <w:vAlign w:val="center"/>
            <w:hideMark/>
          </w:tcPr>
          <w:p w14:paraId="18087C7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0D430BBB" w14:textId="77777777" w:rsidTr="00132E28">
        <w:trPr>
          <w:trHeight w:val="68"/>
        </w:trPr>
        <w:tc>
          <w:tcPr>
            <w:tcW w:w="648" w:type="pct"/>
            <w:tcBorders>
              <w:top w:val="nil"/>
              <w:left w:val="nil"/>
              <w:bottom w:val="nil"/>
              <w:right w:val="nil"/>
            </w:tcBorders>
            <w:shd w:val="clear" w:color="000000" w:fill="FFFFFF"/>
            <w:vAlign w:val="center"/>
            <w:hideMark/>
          </w:tcPr>
          <w:p w14:paraId="384247FC"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&lt;6 months </w:t>
            </w:r>
          </w:p>
        </w:tc>
        <w:tc>
          <w:tcPr>
            <w:tcW w:w="363" w:type="pct"/>
            <w:tcBorders>
              <w:top w:val="nil"/>
              <w:left w:val="nil"/>
              <w:bottom w:val="nil"/>
              <w:right w:val="nil"/>
            </w:tcBorders>
            <w:shd w:val="clear" w:color="000000" w:fill="F2F2F2"/>
            <w:vAlign w:val="center"/>
            <w:hideMark/>
          </w:tcPr>
          <w:p w14:paraId="61D05F3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(15.79)</w:t>
            </w:r>
          </w:p>
        </w:tc>
        <w:tc>
          <w:tcPr>
            <w:tcW w:w="362" w:type="pct"/>
            <w:tcBorders>
              <w:top w:val="nil"/>
              <w:left w:val="nil"/>
              <w:bottom w:val="nil"/>
              <w:right w:val="nil"/>
            </w:tcBorders>
            <w:shd w:val="clear" w:color="000000" w:fill="FFFFFF"/>
            <w:vAlign w:val="center"/>
            <w:hideMark/>
          </w:tcPr>
          <w:p w14:paraId="11E2BF6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18 (18.95)</w:t>
            </w:r>
          </w:p>
        </w:tc>
        <w:tc>
          <w:tcPr>
            <w:tcW w:w="364" w:type="pct"/>
            <w:tcBorders>
              <w:top w:val="nil"/>
              <w:left w:val="nil"/>
              <w:bottom w:val="nil"/>
              <w:right w:val="nil"/>
            </w:tcBorders>
            <w:shd w:val="clear" w:color="000000" w:fill="FFFFFF"/>
            <w:vAlign w:val="center"/>
            <w:hideMark/>
          </w:tcPr>
          <w:p w14:paraId="42D622F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2C0764C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 (11.43)</w:t>
            </w:r>
          </w:p>
        </w:tc>
        <w:tc>
          <w:tcPr>
            <w:tcW w:w="363" w:type="pct"/>
            <w:tcBorders>
              <w:top w:val="nil"/>
              <w:left w:val="nil"/>
              <w:bottom w:val="nil"/>
              <w:right w:val="nil"/>
            </w:tcBorders>
            <w:shd w:val="clear" w:color="000000" w:fill="FFFFFF"/>
            <w:vAlign w:val="center"/>
            <w:hideMark/>
          </w:tcPr>
          <w:p w14:paraId="32B2B98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66 (37.71)</w:t>
            </w:r>
          </w:p>
        </w:tc>
        <w:tc>
          <w:tcPr>
            <w:tcW w:w="363" w:type="pct"/>
            <w:tcBorders>
              <w:top w:val="nil"/>
              <w:left w:val="nil"/>
              <w:bottom w:val="nil"/>
              <w:right w:val="nil"/>
            </w:tcBorders>
            <w:shd w:val="clear" w:color="000000" w:fill="FFFFFF"/>
            <w:vAlign w:val="center"/>
            <w:hideMark/>
          </w:tcPr>
          <w:p w14:paraId="0D836A1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0.003</w:t>
            </w:r>
          </w:p>
        </w:tc>
        <w:tc>
          <w:tcPr>
            <w:tcW w:w="363" w:type="pct"/>
            <w:tcBorders>
              <w:top w:val="nil"/>
              <w:left w:val="nil"/>
              <w:bottom w:val="nil"/>
              <w:right w:val="nil"/>
            </w:tcBorders>
            <w:shd w:val="clear" w:color="000000" w:fill="F2F2F2"/>
            <w:vAlign w:val="center"/>
            <w:hideMark/>
          </w:tcPr>
          <w:p w14:paraId="0589171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 (33.33)</w:t>
            </w:r>
          </w:p>
        </w:tc>
        <w:tc>
          <w:tcPr>
            <w:tcW w:w="363" w:type="pct"/>
            <w:tcBorders>
              <w:top w:val="nil"/>
              <w:left w:val="nil"/>
              <w:bottom w:val="nil"/>
              <w:right w:val="nil"/>
            </w:tcBorders>
            <w:shd w:val="clear" w:color="000000" w:fill="FFFFFF"/>
            <w:vAlign w:val="center"/>
            <w:hideMark/>
          </w:tcPr>
          <w:p w14:paraId="7746E1E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38 (36.19)</w:t>
            </w:r>
          </w:p>
        </w:tc>
        <w:tc>
          <w:tcPr>
            <w:tcW w:w="363" w:type="pct"/>
            <w:tcBorders>
              <w:top w:val="nil"/>
              <w:left w:val="nil"/>
              <w:bottom w:val="nil"/>
              <w:right w:val="nil"/>
            </w:tcBorders>
            <w:shd w:val="clear" w:color="000000" w:fill="FFFFFF"/>
            <w:vAlign w:val="center"/>
            <w:hideMark/>
          </w:tcPr>
          <w:p w14:paraId="75556F5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0.803</w:t>
            </w:r>
          </w:p>
        </w:tc>
        <w:tc>
          <w:tcPr>
            <w:tcW w:w="363" w:type="pct"/>
            <w:tcBorders>
              <w:top w:val="nil"/>
              <w:left w:val="nil"/>
              <w:bottom w:val="nil"/>
              <w:right w:val="nil"/>
            </w:tcBorders>
            <w:shd w:val="clear" w:color="000000" w:fill="F2F2F2"/>
            <w:vAlign w:val="center"/>
            <w:hideMark/>
          </w:tcPr>
          <w:p w14:paraId="699DA31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(23.08)</w:t>
            </w:r>
          </w:p>
        </w:tc>
        <w:tc>
          <w:tcPr>
            <w:tcW w:w="363" w:type="pct"/>
            <w:tcBorders>
              <w:top w:val="nil"/>
              <w:left w:val="nil"/>
              <w:bottom w:val="nil"/>
              <w:right w:val="nil"/>
            </w:tcBorders>
            <w:shd w:val="clear" w:color="000000" w:fill="FFFFFF"/>
            <w:vAlign w:val="center"/>
            <w:hideMark/>
          </w:tcPr>
          <w:p w14:paraId="5F8689A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29 (44.62)</w:t>
            </w:r>
          </w:p>
        </w:tc>
        <w:tc>
          <w:tcPr>
            <w:tcW w:w="360" w:type="pct"/>
            <w:tcBorders>
              <w:top w:val="nil"/>
              <w:left w:val="nil"/>
              <w:bottom w:val="nil"/>
              <w:right w:val="nil"/>
            </w:tcBorders>
            <w:shd w:val="clear" w:color="000000" w:fill="FFFFFF"/>
            <w:vAlign w:val="center"/>
            <w:hideMark/>
          </w:tcPr>
          <w:p w14:paraId="475B1BB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0.150</w:t>
            </w:r>
          </w:p>
        </w:tc>
      </w:tr>
      <w:tr w:rsidR="00726DBE" w:rsidRPr="00693325" w14:paraId="377B3055" w14:textId="77777777" w:rsidTr="00132E28">
        <w:trPr>
          <w:trHeight w:val="68"/>
        </w:trPr>
        <w:tc>
          <w:tcPr>
            <w:tcW w:w="648" w:type="pct"/>
            <w:tcBorders>
              <w:top w:val="nil"/>
              <w:left w:val="nil"/>
              <w:bottom w:val="nil"/>
              <w:right w:val="nil"/>
            </w:tcBorders>
            <w:shd w:val="clear" w:color="000000" w:fill="FFFFFF"/>
            <w:vAlign w:val="center"/>
            <w:hideMark/>
          </w:tcPr>
          <w:p w14:paraId="6025CD03"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6–12 months </w:t>
            </w:r>
          </w:p>
        </w:tc>
        <w:tc>
          <w:tcPr>
            <w:tcW w:w="363" w:type="pct"/>
            <w:tcBorders>
              <w:top w:val="nil"/>
              <w:left w:val="nil"/>
              <w:bottom w:val="nil"/>
              <w:right w:val="nil"/>
            </w:tcBorders>
            <w:shd w:val="clear" w:color="000000" w:fill="F2F2F2"/>
            <w:vAlign w:val="center"/>
            <w:hideMark/>
          </w:tcPr>
          <w:p w14:paraId="2536E24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(15.79)</w:t>
            </w:r>
          </w:p>
        </w:tc>
        <w:tc>
          <w:tcPr>
            <w:tcW w:w="362" w:type="pct"/>
            <w:tcBorders>
              <w:top w:val="nil"/>
              <w:left w:val="nil"/>
              <w:bottom w:val="nil"/>
              <w:right w:val="nil"/>
            </w:tcBorders>
            <w:shd w:val="clear" w:color="000000" w:fill="FFFFFF"/>
            <w:vAlign w:val="center"/>
            <w:hideMark/>
          </w:tcPr>
          <w:p w14:paraId="45929C3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 (17.89)</w:t>
            </w:r>
          </w:p>
        </w:tc>
        <w:tc>
          <w:tcPr>
            <w:tcW w:w="364" w:type="pct"/>
            <w:tcBorders>
              <w:top w:val="nil"/>
              <w:left w:val="nil"/>
              <w:bottom w:val="nil"/>
              <w:right w:val="nil"/>
            </w:tcBorders>
            <w:shd w:val="clear" w:color="000000" w:fill="FFFFFF"/>
            <w:vAlign w:val="center"/>
            <w:hideMark/>
          </w:tcPr>
          <w:p w14:paraId="2481056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04B975E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 (14.29)</w:t>
            </w:r>
          </w:p>
        </w:tc>
        <w:tc>
          <w:tcPr>
            <w:tcW w:w="363" w:type="pct"/>
            <w:tcBorders>
              <w:top w:val="nil"/>
              <w:left w:val="nil"/>
              <w:bottom w:val="nil"/>
              <w:right w:val="nil"/>
            </w:tcBorders>
            <w:shd w:val="clear" w:color="000000" w:fill="FFFFFF"/>
            <w:vAlign w:val="center"/>
            <w:hideMark/>
          </w:tcPr>
          <w:p w14:paraId="59ECA97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32 (18.29)</w:t>
            </w:r>
          </w:p>
        </w:tc>
        <w:tc>
          <w:tcPr>
            <w:tcW w:w="363" w:type="pct"/>
            <w:tcBorders>
              <w:top w:val="nil"/>
              <w:left w:val="nil"/>
              <w:bottom w:val="nil"/>
              <w:right w:val="nil"/>
            </w:tcBorders>
            <w:shd w:val="clear" w:color="000000" w:fill="FFFFFF"/>
            <w:vAlign w:val="center"/>
            <w:hideMark/>
          </w:tcPr>
          <w:p w14:paraId="672EC4F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0.571</w:t>
            </w:r>
          </w:p>
        </w:tc>
        <w:tc>
          <w:tcPr>
            <w:tcW w:w="363" w:type="pct"/>
            <w:tcBorders>
              <w:top w:val="nil"/>
              <w:left w:val="nil"/>
              <w:bottom w:val="nil"/>
              <w:right w:val="nil"/>
            </w:tcBorders>
            <w:shd w:val="clear" w:color="000000" w:fill="F2F2F2"/>
            <w:vAlign w:val="center"/>
            <w:hideMark/>
          </w:tcPr>
          <w:p w14:paraId="084776E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(4.76)</w:t>
            </w:r>
          </w:p>
        </w:tc>
        <w:tc>
          <w:tcPr>
            <w:tcW w:w="363" w:type="pct"/>
            <w:tcBorders>
              <w:top w:val="nil"/>
              <w:left w:val="nil"/>
              <w:bottom w:val="nil"/>
              <w:right w:val="nil"/>
            </w:tcBorders>
            <w:shd w:val="clear" w:color="000000" w:fill="FFFFFF"/>
            <w:vAlign w:val="center"/>
            <w:hideMark/>
          </w:tcPr>
          <w:p w14:paraId="38A830D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 (16.19)</w:t>
            </w:r>
          </w:p>
        </w:tc>
        <w:tc>
          <w:tcPr>
            <w:tcW w:w="363" w:type="pct"/>
            <w:tcBorders>
              <w:top w:val="nil"/>
              <w:left w:val="nil"/>
              <w:bottom w:val="nil"/>
              <w:right w:val="nil"/>
            </w:tcBorders>
            <w:shd w:val="clear" w:color="000000" w:fill="FFFFFF"/>
            <w:vAlign w:val="center"/>
            <w:hideMark/>
          </w:tcPr>
          <w:p w14:paraId="27675EA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0.304</w:t>
            </w:r>
          </w:p>
        </w:tc>
        <w:tc>
          <w:tcPr>
            <w:tcW w:w="363" w:type="pct"/>
            <w:tcBorders>
              <w:top w:val="nil"/>
              <w:left w:val="nil"/>
              <w:bottom w:val="nil"/>
              <w:right w:val="nil"/>
            </w:tcBorders>
            <w:shd w:val="clear" w:color="000000" w:fill="F2F2F2"/>
            <w:vAlign w:val="center"/>
            <w:hideMark/>
          </w:tcPr>
          <w:p w14:paraId="43A8359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(7.69)</w:t>
            </w:r>
          </w:p>
        </w:tc>
        <w:tc>
          <w:tcPr>
            <w:tcW w:w="363" w:type="pct"/>
            <w:tcBorders>
              <w:top w:val="nil"/>
              <w:left w:val="nil"/>
              <w:bottom w:val="nil"/>
              <w:right w:val="nil"/>
            </w:tcBorders>
            <w:shd w:val="clear" w:color="000000" w:fill="FFFFFF"/>
            <w:vAlign w:val="center"/>
            <w:hideMark/>
          </w:tcPr>
          <w:p w14:paraId="271CCFC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 (16.92)</w:t>
            </w:r>
          </w:p>
        </w:tc>
        <w:tc>
          <w:tcPr>
            <w:tcW w:w="360" w:type="pct"/>
            <w:tcBorders>
              <w:top w:val="nil"/>
              <w:left w:val="nil"/>
              <w:bottom w:val="nil"/>
              <w:right w:val="nil"/>
            </w:tcBorders>
            <w:shd w:val="clear" w:color="000000" w:fill="FFFFFF"/>
            <w:vAlign w:val="center"/>
            <w:hideMark/>
          </w:tcPr>
          <w:p w14:paraId="175BCAA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0.678</w:t>
            </w:r>
          </w:p>
        </w:tc>
      </w:tr>
      <w:tr w:rsidR="00726DBE" w:rsidRPr="00693325" w14:paraId="7668BD75" w14:textId="77777777" w:rsidTr="00132E28">
        <w:trPr>
          <w:trHeight w:val="68"/>
        </w:trPr>
        <w:tc>
          <w:tcPr>
            <w:tcW w:w="648" w:type="pct"/>
            <w:tcBorders>
              <w:top w:val="nil"/>
              <w:left w:val="nil"/>
              <w:bottom w:val="nil"/>
              <w:right w:val="nil"/>
            </w:tcBorders>
            <w:shd w:val="clear" w:color="000000" w:fill="FFFFFF"/>
            <w:vAlign w:val="center"/>
            <w:hideMark/>
          </w:tcPr>
          <w:p w14:paraId="0BF9EC6C"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12–24 months</w:t>
            </w:r>
          </w:p>
        </w:tc>
        <w:tc>
          <w:tcPr>
            <w:tcW w:w="363" w:type="pct"/>
            <w:tcBorders>
              <w:top w:val="nil"/>
              <w:left w:val="nil"/>
              <w:bottom w:val="nil"/>
              <w:right w:val="nil"/>
            </w:tcBorders>
            <w:shd w:val="clear" w:color="000000" w:fill="F2F2F2"/>
            <w:vAlign w:val="center"/>
            <w:hideMark/>
          </w:tcPr>
          <w:p w14:paraId="0DEF9FE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 (26.32)</w:t>
            </w:r>
          </w:p>
        </w:tc>
        <w:tc>
          <w:tcPr>
            <w:tcW w:w="362" w:type="pct"/>
            <w:tcBorders>
              <w:top w:val="nil"/>
              <w:left w:val="nil"/>
              <w:bottom w:val="nil"/>
              <w:right w:val="nil"/>
            </w:tcBorders>
            <w:shd w:val="clear" w:color="000000" w:fill="FFFFFF"/>
            <w:vAlign w:val="center"/>
            <w:hideMark/>
          </w:tcPr>
          <w:p w14:paraId="3CD67BB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 (10.53)</w:t>
            </w:r>
          </w:p>
        </w:tc>
        <w:tc>
          <w:tcPr>
            <w:tcW w:w="364" w:type="pct"/>
            <w:tcBorders>
              <w:top w:val="nil"/>
              <w:left w:val="nil"/>
              <w:bottom w:val="nil"/>
              <w:right w:val="nil"/>
            </w:tcBorders>
            <w:shd w:val="clear" w:color="000000" w:fill="FFFFFF"/>
            <w:vAlign w:val="center"/>
            <w:hideMark/>
          </w:tcPr>
          <w:p w14:paraId="0B55260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0.128</w:t>
            </w:r>
          </w:p>
        </w:tc>
        <w:tc>
          <w:tcPr>
            <w:tcW w:w="363" w:type="pct"/>
            <w:tcBorders>
              <w:top w:val="nil"/>
              <w:left w:val="nil"/>
              <w:bottom w:val="nil"/>
              <w:right w:val="nil"/>
            </w:tcBorders>
            <w:shd w:val="clear" w:color="000000" w:fill="F2F2F2"/>
            <w:vAlign w:val="center"/>
            <w:hideMark/>
          </w:tcPr>
          <w:p w14:paraId="5CA0886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 (14.29)</w:t>
            </w:r>
          </w:p>
        </w:tc>
        <w:tc>
          <w:tcPr>
            <w:tcW w:w="363" w:type="pct"/>
            <w:tcBorders>
              <w:top w:val="nil"/>
              <w:left w:val="nil"/>
              <w:bottom w:val="nil"/>
              <w:right w:val="nil"/>
            </w:tcBorders>
            <w:shd w:val="clear" w:color="000000" w:fill="FFFFFF"/>
            <w:vAlign w:val="center"/>
            <w:hideMark/>
          </w:tcPr>
          <w:p w14:paraId="159D913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 (16.00)</w:t>
            </w:r>
          </w:p>
        </w:tc>
        <w:tc>
          <w:tcPr>
            <w:tcW w:w="363" w:type="pct"/>
            <w:tcBorders>
              <w:top w:val="nil"/>
              <w:left w:val="nil"/>
              <w:bottom w:val="nil"/>
              <w:right w:val="nil"/>
            </w:tcBorders>
            <w:shd w:val="clear" w:color="000000" w:fill="FFFFFF"/>
            <w:vAlign w:val="center"/>
            <w:hideMark/>
          </w:tcPr>
          <w:p w14:paraId="58D7BA0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0.799</w:t>
            </w:r>
          </w:p>
        </w:tc>
        <w:tc>
          <w:tcPr>
            <w:tcW w:w="363" w:type="pct"/>
            <w:tcBorders>
              <w:top w:val="nil"/>
              <w:left w:val="nil"/>
              <w:bottom w:val="nil"/>
              <w:right w:val="nil"/>
            </w:tcBorders>
            <w:shd w:val="clear" w:color="000000" w:fill="F2F2F2"/>
            <w:vAlign w:val="center"/>
            <w:hideMark/>
          </w:tcPr>
          <w:p w14:paraId="67076A7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 (28.57)</w:t>
            </w:r>
          </w:p>
        </w:tc>
        <w:tc>
          <w:tcPr>
            <w:tcW w:w="363" w:type="pct"/>
            <w:tcBorders>
              <w:top w:val="nil"/>
              <w:left w:val="nil"/>
              <w:bottom w:val="nil"/>
              <w:right w:val="nil"/>
            </w:tcBorders>
            <w:shd w:val="clear" w:color="000000" w:fill="FFFFFF"/>
            <w:vAlign w:val="center"/>
            <w:hideMark/>
          </w:tcPr>
          <w:p w14:paraId="228D2B1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 (19.05)</w:t>
            </w:r>
          </w:p>
        </w:tc>
        <w:tc>
          <w:tcPr>
            <w:tcW w:w="363" w:type="pct"/>
            <w:tcBorders>
              <w:top w:val="nil"/>
              <w:left w:val="nil"/>
              <w:bottom w:val="nil"/>
              <w:right w:val="nil"/>
            </w:tcBorders>
            <w:shd w:val="clear" w:color="000000" w:fill="FFFFFF"/>
            <w:vAlign w:val="center"/>
            <w:hideMark/>
          </w:tcPr>
          <w:p w14:paraId="1CBB81A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0.377</w:t>
            </w:r>
          </w:p>
        </w:tc>
        <w:tc>
          <w:tcPr>
            <w:tcW w:w="363" w:type="pct"/>
            <w:tcBorders>
              <w:top w:val="nil"/>
              <w:left w:val="nil"/>
              <w:bottom w:val="nil"/>
              <w:right w:val="nil"/>
            </w:tcBorders>
            <w:shd w:val="clear" w:color="000000" w:fill="F2F2F2"/>
            <w:vAlign w:val="center"/>
            <w:hideMark/>
          </w:tcPr>
          <w:p w14:paraId="6069AB2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 (38.46)</w:t>
            </w:r>
          </w:p>
        </w:tc>
        <w:tc>
          <w:tcPr>
            <w:tcW w:w="363" w:type="pct"/>
            <w:tcBorders>
              <w:top w:val="nil"/>
              <w:left w:val="nil"/>
              <w:bottom w:val="nil"/>
              <w:right w:val="nil"/>
            </w:tcBorders>
            <w:shd w:val="clear" w:color="000000" w:fill="FFFFFF"/>
            <w:vAlign w:val="center"/>
            <w:hideMark/>
          </w:tcPr>
          <w:p w14:paraId="50D7B59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 (21.54)</w:t>
            </w:r>
          </w:p>
        </w:tc>
        <w:tc>
          <w:tcPr>
            <w:tcW w:w="360" w:type="pct"/>
            <w:tcBorders>
              <w:top w:val="nil"/>
              <w:left w:val="nil"/>
              <w:bottom w:val="nil"/>
              <w:right w:val="nil"/>
            </w:tcBorders>
            <w:shd w:val="clear" w:color="000000" w:fill="FFFFFF"/>
            <w:vAlign w:val="center"/>
            <w:hideMark/>
          </w:tcPr>
          <w:p w14:paraId="7E5DFAB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0.286</w:t>
            </w:r>
          </w:p>
        </w:tc>
      </w:tr>
      <w:tr w:rsidR="00726DBE" w:rsidRPr="00693325" w14:paraId="55D74F79" w14:textId="77777777" w:rsidTr="00132E28">
        <w:trPr>
          <w:trHeight w:val="68"/>
        </w:trPr>
        <w:tc>
          <w:tcPr>
            <w:tcW w:w="648" w:type="pct"/>
            <w:tcBorders>
              <w:top w:val="nil"/>
              <w:left w:val="nil"/>
              <w:bottom w:val="nil"/>
              <w:right w:val="nil"/>
            </w:tcBorders>
            <w:shd w:val="clear" w:color="000000" w:fill="FFFFFF"/>
            <w:vAlign w:val="center"/>
            <w:hideMark/>
          </w:tcPr>
          <w:p w14:paraId="2B393681"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24–36 months </w:t>
            </w:r>
          </w:p>
        </w:tc>
        <w:tc>
          <w:tcPr>
            <w:tcW w:w="363" w:type="pct"/>
            <w:tcBorders>
              <w:top w:val="nil"/>
              <w:left w:val="nil"/>
              <w:bottom w:val="nil"/>
              <w:right w:val="nil"/>
            </w:tcBorders>
            <w:shd w:val="clear" w:color="000000" w:fill="F2F2F2"/>
            <w:vAlign w:val="center"/>
            <w:hideMark/>
          </w:tcPr>
          <w:p w14:paraId="4CECB63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(15.79)</w:t>
            </w:r>
          </w:p>
        </w:tc>
        <w:tc>
          <w:tcPr>
            <w:tcW w:w="362" w:type="pct"/>
            <w:tcBorders>
              <w:top w:val="nil"/>
              <w:left w:val="nil"/>
              <w:bottom w:val="nil"/>
              <w:right w:val="nil"/>
            </w:tcBorders>
            <w:shd w:val="clear" w:color="000000" w:fill="FFFFFF"/>
            <w:vAlign w:val="center"/>
            <w:hideMark/>
          </w:tcPr>
          <w:p w14:paraId="30178DD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 (14.74)</w:t>
            </w:r>
          </w:p>
        </w:tc>
        <w:tc>
          <w:tcPr>
            <w:tcW w:w="364" w:type="pct"/>
            <w:tcBorders>
              <w:top w:val="nil"/>
              <w:left w:val="nil"/>
              <w:bottom w:val="nil"/>
              <w:right w:val="nil"/>
            </w:tcBorders>
            <w:shd w:val="clear" w:color="000000" w:fill="FFFFFF"/>
            <w:vAlign w:val="center"/>
            <w:hideMark/>
          </w:tcPr>
          <w:p w14:paraId="12AA130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21A7DE4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(8.57)</w:t>
            </w:r>
          </w:p>
        </w:tc>
        <w:tc>
          <w:tcPr>
            <w:tcW w:w="363" w:type="pct"/>
            <w:tcBorders>
              <w:top w:val="nil"/>
              <w:left w:val="nil"/>
              <w:bottom w:val="nil"/>
              <w:right w:val="nil"/>
            </w:tcBorders>
            <w:shd w:val="clear" w:color="000000" w:fill="FFFFFF"/>
            <w:vAlign w:val="center"/>
            <w:hideMark/>
          </w:tcPr>
          <w:p w14:paraId="400776F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 (2.29)</w:t>
            </w:r>
          </w:p>
        </w:tc>
        <w:tc>
          <w:tcPr>
            <w:tcW w:w="363" w:type="pct"/>
            <w:tcBorders>
              <w:top w:val="nil"/>
              <w:left w:val="nil"/>
              <w:bottom w:val="nil"/>
              <w:right w:val="nil"/>
            </w:tcBorders>
            <w:shd w:val="clear" w:color="000000" w:fill="FFFFFF"/>
            <w:vAlign w:val="center"/>
            <w:hideMark/>
          </w:tcPr>
          <w:p w14:paraId="796B3FB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0.092</w:t>
            </w:r>
          </w:p>
        </w:tc>
        <w:tc>
          <w:tcPr>
            <w:tcW w:w="363" w:type="pct"/>
            <w:tcBorders>
              <w:top w:val="nil"/>
              <w:left w:val="nil"/>
              <w:bottom w:val="nil"/>
              <w:right w:val="nil"/>
            </w:tcBorders>
            <w:shd w:val="clear" w:color="000000" w:fill="F2F2F2"/>
            <w:vAlign w:val="center"/>
            <w:hideMark/>
          </w:tcPr>
          <w:p w14:paraId="2278177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(9.52)</w:t>
            </w:r>
          </w:p>
        </w:tc>
        <w:tc>
          <w:tcPr>
            <w:tcW w:w="363" w:type="pct"/>
            <w:tcBorders>
              <w:top w:val="nil"/>
              <w:left w:val="nil"/>
              <w:bottom w:val="nil"/>
              <w:right w:val="nil"/>
            </w:tcBorders>
            <w:shd w:val="clear" w:color="000000" w:fill="FFFFFF"/>
            <w:vAlign w:val="center"/>
            <w:hideMark/>
          </w:tcPr>
          <w:p w14:paraId="7429DF5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 (10.48)</w:t>
            </w:r>
          </w:p>
        </w:tc>
        <w:tc>
          <w:tcPr>
            <w:tcW w:w="363" w:type="pct"/>
            <w:tcBorders>
              <w:top w:val="nil"/>
              <w:left w:val="nil"/>
              <w:bottom w:val="nil"/>
              <w:right w:val="nil"/>
            </w:tcBorders>
            <w:shd w:val="clear" w:color="000000" w:fill="FFFFFF"/>
            <w:vAlign w:val="center"/>
            <w:hideMark/>
          </w:tcPr>
          <w:p w14:paraId="0568F62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26B7F3D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(7.69)</w:t>
            </w:r>
          </w:p>
        </w:tc>
        <w:tc>
          <w:tcPr>
            <w:tcW w:w="363" w:type="pct"/>
            <w:tcBorders>
              <w:top w:val="nil"/>
              <w:left w:val="nil"/>
              <w:bottom w:val="nil"/>
              <w:right w:val="nil"/>
            </w:tcBorders>
            <w:shd w:val="clear" w:color="000000" w:fill="FFFFFF"/>
            <w:vAlign w:val="center"/>
            <w:hideMark/>
          </w:tcPr>
          <w:p w14:paraId="7A121F0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 (9.23)</w:t>
            </w:r>
          </w:p>
        </w:tc>
        <w:tc>
          <w:tcPr>
            <w:tcW w:w="360" w:type="pct"/>
            <w:tcBorders>
              <w:top w:val="nil"/>
              <w:left w:val="nil"/>
              <w:bottom w:val="nil"/>
              <w:right w:val="nil"/>
            </w:tcBorders>
            <w:shd w:val="clear" w:color="000000" w:fill="FFFFFF"/>
            <w:vAlign w:val="center"/>
            <w:hideMark/>
          </w:tcPr>
          <w:p w14:paraId="243D118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r>
      <w:tr w:rsidR="00726DBE" w:rsidRPr="00693325" w14:paraId="6E6989F0" w14:textId="77777777" w:rsidTr="00132E28">
        <w:trPr>
          <w:trHeight w:val="68"/>
        </w:trPr>
        <w:tc>
          <w:tcPr>
            <w:tcW w:w="648" w:type="pct"/>
            <w:tcBorders>
              <w:top w:val="nil"/>
              <w:left w:val="nil"/>
              <w:bottom w:val="nil"/>
              <w:right w:val="nil"/>
            </w:tcBorders>
            <w:shd w:val="clear" w:color="000000" w:fill="FFFFFF"/>
            <w:vAlign w:val="center"/>
            <w:hideMark/>
          </w:tcPr>
          <w:p w14:paraId="4010BB76"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36–48 months </w:t>
            </w:r>
          </w:p>
        </w:tc>
        <w:tc>
          <w:tcPr>
            <w:tcW w:w="363" w:type="pct"/>
            <w:tcBorders>
              <w:top w:val="nil"/>
              <w:left w:val="nil"/>
              <w:bottom w:val="nil"/>
              <w:right w:val="nil"/>
            </w:tcBorders>
            <w:shd w:val="clear" w:color="000000" w:fill="F2F2F2"/>
            <w:vAlign w:val="center"/>
            <w:hideMark/>
          </w:tcPr>
          <w:p w14:paraId="5CF463E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(5.26)</w:t>
            </w:r>
          </w:p>
        </w:tc>
        <w:tc>
          <w:tcPr>
            <w:tcW w:w="362" w:type="pct"/>
            <w:tcBorders>
              <w:top w:val="nil"/>
              <w:left w:val="nil"/>
              <w:bottom w:val="nil"/>
              <w:right w:val="nil"/>
            </w:tcBorders>
            <w:shd w:val="clear" w:color="000000" w:fill="FFFFFF"/>
            <w:vAlign w:val="center"/>
            <w:hideMark/>
          </w:tcPr>
          <w:p w14:paraId="26AA4E9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 (14.74)</w:t>
            </w:r>
          </w:p>
        </w:tc>
        <w:tc>
          <w:tcPr>
            <w:tcW w:w="364" w:type="pct"/>
            <w:tcBorders>
              <w:top w:val="nil"/>
              <w:left w:val="nil"/>
              <w:bottom w:val="nil"/>
              <w:right w:val="nil"/>
            </w:tcBorders>
            <w:shd w:val="clear" w:color="000000" w:fill="FFFFFF"/>
            <w:vAlign w:val="center"/>
            <w:hideMark/>
          </w:tcPr>
          <w:p w14:paraId="6E94F7D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0.460</w:t>
            </w:r>
          </w:p>
        </w:tc>
        <w:tc>
          <w:tcPr>
            <w:tcW w:w="363" w:type="pct"/>
            <w:tcBorders>
              <w:top w:val="nil"/>
              <w:left w:val="nil"/>
              <w:bottom w:val="nil"/>
              <w:right w:val="nil"/>
            </w:tcBorders>
            <w:shd w:val="clear" w:color="000000" w:fill="F2F2F2"/>
            <w:vAlign w:val="center"/>
            <w:hideMark/>
          </w:tcPr>
          <w:p w14:paraId="63F5449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(8.57)</w:t>
            </w:r>
          </w:p>
        </w:tc>
        <w:tc>
          <w:tcPr>
            <w:tcW w:w="363" w:type="pct"/>
            <w:tcBorders>
              <w:top w:val="nil"/>
              <w:left w:val="nil"/>
              <w:bottom w:val="nil"/>
              <w:right w:val="nil"/>
            </w:tcBorders>
            <w:shd w:val="clear" w:color="000000" w:fill="FFFFFF"/>
            <w:vAlign w:val="center"/>
            <w:hideMark/>
          </w:tcPr>
          <w:p w14:paraId="5355C30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 (7.43)</w:t>
            </w:r>
          </w:p>
        </w:tc>
        <w:tc>
          <w:tcPr>
            <w:tcW w:w="363" w:type="pct"/>
            <w:tcBorders>
              <w:top w:val="nil"/>
              <w:left w:val="nil"/>
              <w:bottom w:val="nil"/>
              <w:right w:val="nil"/>
            </w:tcBorders>
            <w:shd w:val="clear" w:color="000000" w:fill="FFFFFF"/>
            <w:vAlign w:val="center"/>
            <w:hideMark/>
          </w:tcPr>
          <w:p w14:paraId="1C28B44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0.734</w:t>
            </w:r>
          </w:p>
        </w:tc>
        <w:tc>
          <w:tcPr>
            <w:tcW w:w="363" w:type="pct"/>
            <w:tcBorders>
              <w:top w:val="nil"/>
              <w:left w:val="nil"/>
              <w:bottom w:val="nil"/>
              <w:right w:val="nil"/>
            </w:tcBorders>
            <w:shd w:val="clear" w:color="000000" w:fill="F2F2F2"/>
            <w:vAlign w:val="center"/>
            <w:hideMark/>
          </w:tcPr>
          <w:p w14:paraId="6098A02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(14.29)</w:t>
            </w:r>
          </w:p>
        </w:tc>
        <w:tc>
          <w:tcPr>
            <w:tcW w:w="363" w:type="pct"/>
            <w:tcBorders>
              <w:top w:val="nil"/>
              <w:left w:val="nil"/>
              <w:bottom w:val="nil"/>
              <w:right w:val="nil"/>
            </w:tcBorders>
            <w:shd w:val="clear" w:color="000000" w:fill="FFFFFF"/>
            <w:vAlign w:val="center"/>
            <w:hideMark/>
          </w:tcPr>
          <w:p w14:paraId="5A44868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 (13.33)</w:t>
            </w:r>
          </w:p>
        </w:tc>
        <w:tc>
          <w:tcPr>
            <w:tcW w:w="363" w:type="pct"/>
            <w:tcBorders>
              <w:top w:val="nil"/>
              <w:left w:val="nil"/>
              <w:bottom w:val="nil"/>
              <w:right w:val="nil"/>
            </w:tcBorders>
            <w:shd w:val="clear" w:color="000000" w:fill="FFFFFF"/>
            <w:vAlign w:val="center"/>
            <w:hideMark/>
          </w:tcPr>
          <w:p w14:paraId="11EACAA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nil"/>
              <w:right w:val="nil"/>
            </w:tcBorders>
            <w:shd w:val="clear" w:color="000000" w:fill="F2F2F2"/>
            <w:vAlign w:val="center"/>
            <w:hideMark/>
          </w:tcPr>
          <w:p w14:paraId="776C628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(15.38)</w:t>
            </w:r>
          </w:p>
        </w:tc>
        <w:tc>
          <w:tcPr>
            <w:tcW w:w="363" w:type="pct"/>
            <w:tcBorders>
              <w:top w:val="nil"/>
              <w:left w:val="nil"/>
              <w:bottom w:val="nil"/>
              <w:right w:val="nil"/>
            </w:tcBorders>
            <w:shd w:val="clear" w:color="000000" w:fill="FFFFFF"/>
            <w:vAlign w:val="center"/>
            <w:hideMark/>
          </w:tcPr>
          <w:p w14:paraId="140D697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(4.62)</w:t>
            </w:r>
          </w:p>
        </w:tc>
        <w:tc>
          <w:tcPr>
            <w:tcW w:w="360" w:type="pct"/>
            <w:tcBorders>
              <w:top w:val="nil"/>
              <w:left w:val="nil"/>
              <w:bottom w:val="nil"/>
              <w:right w:val="nil"/>
            </w:tcBorders>
            <w:shd w:val="clear" w:color="000000" w:fill="FFFFFF"/>
            <w:vAlign w:val="center"/>
            <w:hideMark/>
          </w:tcPr>
          <w:p w14:paraId="619363D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0.192</w:t>
            </w:r>
          </w:p>
        </w:tc>
      </w:tr>
      <w:tr w:rsidR="00726DBE" w:rsidRPr="00693325" w14:paraId="1E0E7031" w14:textId="77777777" w:rsidTr="00132E28">
        <w:trPr>
          <w:trHeight w:val="68"/>
        </w:trPr>
        <w:tc>
          <w:tcPr>
            <w:tcW w:w="648" w:type="pct"/>
            <w:tcBorders>
              <w:top w:val="nil"/>
              <w:left w:val="nil"/>
              <w:bottom w:val="nil"/>
              <w:right w:val="nil"/>
            </w:tcBorders>
            <w:shd w:val="clear" w:color="000000" w:fill="FFFFFF"/>
            <w:vAlign w:val="center"/>
            <w:hideMark/>
          </w:tcPr>
          <w:p w14:paraId="61DDB8CB"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48–60 months </w:t>
            </w:r>
          </w:p>
        </w:tc>
        <w:tc>
          <w:tcPr>
            <w:tcW w:w="363" w:type="pct"/>
            <w:tcBorders>
              <w:top w:val="nil"/>
              <w:left w:val="nil"/>
              <w:bottom w:val="nil"/>
              <w:right w:val="nil"/>
            </w:tcBorders>
            <w:shd w:val="clear" w:color="000000" w:fill="F2F2F2"/>
            <w:vAlign w:val="center"/>
            <w:hideMark/>
          </w:tcPr>
          <w:p w14:paraId="1207204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(5.26)</w:t>
            </w:r>
          </w:p>
        </w:tc>
        <w:tc>
          <w:tcPr>
            <w:tcW w:w="362" w:type="pct"/>
            <w:tcBorders>
              <w:top w:val="nil"/>
              <w:left w:val="nil"/>
              <w:bottom w:val="nil"/>
              <w:right w:val="nil"/>
            </w:tcBorders>
            <w:shd w:val="clear" w:color="000000" w:fill="FFFFFF"/>
            <w:vAlign w:val="center"/>
            <w:hideMark/>
          </w:tcPr>
          <w:p w14:paraId="366E50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(3.16)</w:t>
            </w:r>
          </w:p>
        </w:tc>
        <w:tc>
          <w:tcPr>
            <w:tcW w:w="364" w:type="pct"/>
            <w:tcBorders>
              <w:top w:val="nil"/>
              <w:left w:val="nil"/>
              <w:bottom w:val="nil"/>
              <w:right w:val="nil"/>
            </w:tcBorders>
            <w:shd w:val="clear" w:color="000000" w:fill="FFFFFF"/>
            <w:vAlign w:val="center"/>
            <w:hideMark/>
          </w:tcPr>
          <w:p w14:paraId="411369B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0.523</w:t>
            </w:r>
          </w:p>
        </w:tc>
        <w:tc>
          <w:tcPr>
            <w:tcW w:w="363" w:type="pct"/>
            <w:tcBorders>
              <w:top w:val="nil"/>
              <w:left w:val="nil"/>
              <w:bottom w:val="nil"/>
              <w:right w:val="nil"/>
            </w:tcBorders>
            <w:shd w:val="clear" w:color="000000" w:fill="F2F2F2"/>
            <w:vAlign w:val="center"/>
            <w:hideMark/>
          </w:tcPr>
          <w:p w14:paraId="20CB46D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(2.86)</w:t>
            </w:r>
          </w:p>
        </w:tc>
        <w:tc>
          <w:tcPr>
            <w:tcW w:w="363" w:type="pct"/>
            <w:tcBorders>
              <w:top w:val="nil"/>
              <w:left w:val="nil"/>
              <w:bottom w:val="nil"/>
              <w:right w:val="nil"/>
            </w:tcBorders>
            <w:shd w:val="clear" w:color="000000" w:fill="FFFFFF"/>
            <w:vAlign w:val="center"/>
            <w:hideMark/>
          </w:tcPr>
          <w:p w14:paraId="3169197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 (6.86)</w:t>
            </w:r>
          </w:p>
        </w:tc>
        <w:tc>
          <w:tcPr>
            <w:tcW w:w="363" w:type="pct"/>
            <w:tcBorders>
              <w:top w:val="nil"/>
              <w:left w:val="nil"/>
              <w:bottom w:val="nil"/>
              <w:right w:val="nil"/>
            </w:tcBorders>
            <w:shd w:val="clear" w:color="000000" w:fill="FFFFFF"/>
            <w:vAlign w:val="center"/>
            <w:hideMark/>
          </w:tcPr>
          <w:p w14:paraId="2801E98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0.700</w:t>
            </w:r>
          </w:p>
        </w:tc>
        <w:tc>
          <w:tcPr>
            <w:tcW w:w="363" w:type="pct"/>
            <w:tcBorders>
              <w:top w:val="nil"/>
              <w:left w:val="nil"/>
              <w:bottom w:val="nil"/>
              <w:right w:val="nil"/>
            </w:tcBorders>
            <w:shd w:val="clear" w:color="000000" w:fill="F2F2F2"/>
            <w:vAlign w:val="center"/>
            <w:hideMark/>
          </w:tcPr>
          <w:p w14:paraId="6C67D17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(9.52)</w:t>
            </w:r>
          </w:p>
        </w:tc>
        <w:tc>
          <w:tcPr>
            <w:tcW w:w="363" w:type="pct"/>
            <w:tcBorders>
              <w:top w:val="nil"/>
              <w:left w:val="nil"/>
              <w:bottom w:val="nil"/>
              <w:right w:val="nil"/>
            </w:tcBorders>
            <w:shd w:val="clear" w:color="000000" w:fill="FFFFFF"/>
            <w:vAlign w:val="center"/>
            <w:hideMark/>
          </w:tcPr>
          <w:p w14:paraId="65DB35F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(1.90)</w:t>
            </w:r>
          </w:p>
        </w:tc>
        <w:tc>
          <w:tcPr>
            <w:tcW w:w="363" w:type="pct"/>
            <w:tcBorders>
              <w:top w:val="nil"/>
              <w:left w:val="nil"/>
              <w:bottom w:val="nil"/>
              <w:right w:val="nil"/>
            </w:tcBorders>
            <w:shd w:val="clear" w:color="000000" w:fill="FFFFFF"/>
            <w:vAlign w:val="center"/>
            <w:hideMark/>
          </w:tcPr>
          <w:p w14:paraId="25B1407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0.129</w:t>
            </w:r>
          </w:p>
        </w:tc>
        <w:tc>
          <w:tcPr>
            <w:tcW w:w="363" w:type="pct"/>
            <w:tcBorders>
              <w:top w:val="nil"/>
              <w:left w:val="nil"/>
              <w:bottom w:val="nil"/>
              <w:right w:val="nil"/>
            </w:tcBorders>
            <w:shd w:val="clear" w:color="000000" w:fill="F2F2F2"/>
            <w:vAlign w:val="center"/>
            <w:hideMark/>
          </w:tcPr>
          <w:p w14:paraId="1C03980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(7.69)</w:t>
            </w:r>
          </w:p>
        </w:tc>
        <w:tc>
          <w:tcPr>
            <w:tcW w:w="363" w:type="pct"/>
            <w:tcBorders>
              <w:top w:val="nil"/>
              <w:left w:val="nil"/>
              <w:bottom w:val="nil"/>
              <w:right w:val="nil"/>
            </w:tcBorders>
            <w:shd w:val="clear" w:color="000000" w:fill="FFFFFF"/>
            <w:vAlign w:val="center"/>
            <w:hideMark/>
          </w:tcPr>
          <w:p w14:paraId="50EC539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0" w:type="pct"/>
            <w:tcBorders>
              <w:top w:val="nil"/>
              <w:left w:val="nil"/>
              <w:bottom w:val="nil"/>
              <w:right w:val="nil"/>
            </w:tcBorders>
            <w:shd w:val="clear" w:color="000000" w:fill="FFFFFF"/>
            <w:vAlign w:val="center"/>
            <w:hideMark/>
          </w:tcPr>
          <w:p w14:paraId="154F4B7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0.167</w:t>
            </w:r>
          </w:p>
        </w:tc>
      </w:tr>
      <w:tr w:rsidR="00726DBE" w:rsidRPr="00693325" w14:paraId="0DBC86C3" w14:textId="77777777" w:rsidTr="00132E28">
        <w:trPr>
          <w:trHeight w:val="68"/>
        </w:trPr>
        <w:tc>
          <w:tcPr>
            <w:tcW w:w="648" w:type="pct"/>
            <w:tcBorders>
              <w:top w:val="nil"/>
              <w:left w:val="nil"/>
              <w:bottom w:val="single" w:sz="8" w:space="0" w:color="000000"/>
              <w:right w:val="nil"/>
            </w:tcBorders>
            <w:shd w:val="clear" w:color="000000" w:fill="FFFFFF"/>
            <w:vAlign w:val="center"/>
            <w:hideMark/>
          </w:tcPr>
          <w:p w14:paraId="2AF2D37B"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≥60 months </w:t>
            </w:r>
          </w:p>
        </w:tc>
        <w:tc>
          <w:tcPr>
            <w:tcW w:w="363" w:type="pct"/>
            <w:tcBorders>
              <w:top w:val="nil"/>
              <w:left w:val="nil"/>
              <w:bottom w:val="single" w:sz="8" w:space="0" w:color="000000"/>
              <w:right w:val="nil"/>
            </w:tcBorders>
            <w:shd w:val="clear" w:color="000000" w:fill="F2F2F2"/>
            <w:vAlign w:val="center"/>
            <w:hideMark/>
          </w:tcPr>
          <w:p w14:paraId="40A7DAB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(15.79)</w:t>
            </w:r>
          </w:p>
        </w:tc>
        <w:tc>
          <w:tcPr>
            <w:tcW w:w="362" w:type="pct"/>
            <w:tcBorders>
              <w:top w:val="nil"/>
              <w:left w:val="nil"/>
              <w:bottom w:val="single" w:sz="8" w:space="0" w:color="000000"/>
              <w:right w:val="nil"/>
            </w:tcBorders>
            <w:shd w:val="clear" w:color="000000" w:fill="FFFFFF"/>
            <w:vAlign w:val="center"/>
            <w:hideMark/>
          </w:tcPr>
          <w:p w14:paraId="027D9D4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 (20.00)</w:t>
            </w:r>
          </w:p>
        </w:tc>
        <w:tc>
          <w:tcPr>
            <w:tcW w:w="364" w:type="pct"/>
            <w:tcBorders>
              <w:top w:val="nil"/>
              <w:left w:val="nil"/>
              <w:bottom w:val="single" w:sz="8" w:space="0" w:color="000000"/>
              <w:right w:val="nil"/>
            </w:tcBorders>
            <w:shd w:val="clear" w:color="000000" w:fill="FFFFFF"/>
            <w:vAlign w:val="center"/>
            <w:hideMark/>
          </w:tcPr>
          <w:p w14:paraId="28088D7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single" w:sz="8" w:space="0" w:color="000000"/>
              <w:right w:val="nil"/>
            </w:tcBorders>
            <w:shd w:val="clear" w:color="000000" w:fill="F2F2F2"/>
            <w:vAlign w:val="center"/>
            <w:hideMark/>
          </w:tcPr>
          <w:p w14:paraId="6B2880D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 (40.00)</w:t>
            </w:r>
          </w:p>
        </w:tc>
        <w:tc>
          <w:tcPr>
            <w:tcW w:w="363" w:type="pct"/>
            <w:tcBorders>
              <w:top w:val="nil"/>
              <w:left w:val="nil"/>
              <w:bottom w:val="single" w:sz="8" w:space="0" w:color="000000"/>
              <w:right w:val="nil"/>
            </w:tcBorders>
            <w:shd w:val="clear" w:color="000000" w:fill="FFFFFF"/>
            <w:vAlign w:val="center"/>
            <w:hideMark/>
          </w:tcPr>
          <w:p w14:paraId="0BE3FB8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 (11.43)</w:t>
            </w:r>
          </w:p>
        </w:tc>
        <w:tc>
          <w:tcPr>
            <w:tcW w:w="363" w:type="pct"/>
            <w:tcBorders>
              <w:top w:val="nil"/>
              <w:left w:val="nil"/>
              <w:bottom w:val="single" w:sz="8" w:space="0" w:color="000000"/>
              <w:right w:val="nil"/>
            </w:tcBorders>
            <w:shd w:val="clear" w:color="000000" w:fill="FFFFFF"/>
            <w:vAlign w:val="center"/>
            <w:hideMark/>
          </w:tcPr>
          <w:p w14:paraId="4434EC5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&lt;0.001</w:t>
            </w:r>
          </w:p>
        </w:tc>
        <w:tc>
          <w:tcPr>
            <w:tcW w:w="363" w:type="pct"/>
            <w:tcBorders>
              <w:top w:val="nil"/>
              <w:left w:val="nil"/>
              <w:bottom w:val="single" w:sz="8" w:space="0" w:color="000000"/>
              <w:right w:val="nil"/>
            </w:tcBorders>
            <w:shd w:val="clear" w:color="000000" w:fill="F2F2F2"/>
            <w:vAlign w:val="center"/>
            <w:hideMark/>
          </w:tcPr>
          <w:p w14:paraId="3D5C9DD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single" w:sz="8" w:space="0" w:color="000000"/>
              <w:right w:val="nil"/>
            </w:tcBorders>
            <w:shd w:val="clear" w:color="000000" w:fill="FFFFFF"/>
            <w:vAlign w:val="center"/>
            <w:hideMark/>
          </w:tcPr>
          <w:p w14:paraId="251F930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(2.86)</w:t>
            </w:r>
          </w:p>
        </w:tc>
        <w:tc>
          <w:tcPr>
            <w:tcW w:w="363" w:type="pct"/>
            <w:tcBorders>
              <w:top w:val="nil"/>
              <w:left w:val="nil"/>
              <w:bottom w:val="single" w:sz="8" w:space="0" w:color="000000"/>
              <w:right w:val="nil"/>
            </w:tcBorders>
            <w:shd w:val="clear" w:color="000000" w:fill="FFFFFF"/>
            <w:vAlign w:val="center"/>
            <w:hideMark/>
          </w:tcPr>
          <w:p w14:paraId="475832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363" w:type="pct"/>
            <w:tcBorders>
              <w:top w:val="nil"/>
              <w:left w:val="nil"/>
              <w:bottom w:val="single" w:sz="8" w:space="0" w:color="000000"/>
              <w:right w:val="nil"/>
            </w:tcBorders>
            <w:shd w:val="clear" w:color="000000" w:fill="F2F2F2"/>
            <w:vAlign w:val="center"/>
            <w:hideMark/>
          </w:tcPr>
          <w:p w14:paraId="1D8A093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single" w:sz="8" w:space="0" w:color="000000"/>
              <w:right w:val="nil"/>
            </w:tcBorders>
            <w:shd w:val="clear" w:color="000000" w:fill="FFFFFF"/>
            <w:vAlign w:val="center"/>
            <w:hideMark/>
          </w:tcPr>
          <w:p w14:paraId="539082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(3.08)</w:t>
            </w:r>
          </w:p>
        </w:tc>
        <w:tc>
          <w:tcPr>
            <w:tcW w:w="360" w:type="pct"/>
            <w:tcBorders>
              <w:top w:val="nil"/>
              <w:left w:val="nil"/>
              <w:bottom w:val="single" w:sz="8" w:space="0" w:color="000000"/>
              <w:right w:val="nil"/>
            </w:tcBorders>
            <w:shd w:val="clear" w:color="000000" w:fill="FFFFFF"/>
            <w:vAlign w:val="center"/>
            <w:hideMark/>
          </w:tcPr>
          <w:p w14:paraId="69EB94E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r>
    </w:tbl>
    <w:p w14:paraId="316F3BA0" w14:textId="77777777" w:rsidR="00026D1F" w:rsidRDefault="00026D1F">
      <w:r>
        <w:br w:type="page"/>
      </w:r>
    </w:p>
    <w:tbl>
      <w:tblPr>
        <w:tblW w:w="5000" w:type="pct"/>
        <w:tblLayout w:type="fixed"/>
        <w:tblCellMar>
          <w:left w:w="0" w:type="dxa"/>
          <w:right w:w="0" w:type="dxa"/>
        </w:tblCellMar>
        <w:tblLook w:val="04A0" w:firstRow="1" w:lastRow="0" w:firstColumn="1" w:lastColumn="0" w:noHBand="0" w:noVBand="1"/>
      </w:tblPr>
      <w:tblGrid>
        <w:gridCol w:w="1810"/>
        <w:gridCol w:w="1014"/>
        <w:gridCol w:w="1014"/>
        <w:gridCol w:w="1019"/>
        <w:gridCol w:w="1013"/>
        <w:gridCol w:w="1013"/>
        <w:gridCol w:w="1013"/>
        <w:gridCol w:w="1013"/>
        <w:gridCol w:w="1013"/>
        <w:gridCol w:w="1013"/>
        <w:gridCol w:w="1013"/>
        <w:gridCol w:w="1013"/>
        <w:gridCol w:w="997"/>
      </w:tblGrid>
      <w:tr w:rsidR="00726DBE" w:rsidRPr="00693325" w14:paraId="5BAFD8CD" w14:textId="77777777" w:rsidTr="00132E28">
        <w:trPr>
          <w:trHeight w:val="48"/>
        </w:trPr>
        <w:tc>
          <w:tcPr>
            <w:tcW w:w="648" w:type="pct"/>
            <w:tcBorders>
              <w:top w:val="single" w:sz="4" w:space="0" w:color="auto"/>
              <w:left w:val="nil"/>
              <w:bottom w:val="single" w:sz="4" w:space="0" w:color="auto"/>
              <w:right w:val="nil"/>
            </w:tcBorders>
            <w:shd w:val="clear" w:color="000000" w:fill="FFFFFF"/>
            <w:vAlign w:val="center"/>
            <w:hideMark/>
          </w:tcPr>
          <w:p w14:paraId="148AB1B2" w14:textId="2FBAEEFD"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lastRenderedPageBreak/>
              <w:t> </w:t>
            </w:r>
            <w:r w:rsidR="000E29E2">
              <w:rPr>
                <w:rFonts w:ascii="Times New Roman" w:hAnsi="Times New Roman"/>
                <w:b/>
                <w:bCs/>
                <w:color w:val="000000"/>
                <w:sz w:val="16"/>
                <w:szCs w:val="16"/>
              </w:rPr>
              <w:t>Payer</w:t>
            </w:r>
          </w:p>
        </w:tc>
        <w:tc>
          <w:tcPr>
            <w:tcW w:w="1091" w:type="pct"/>
            <w:gridSpan w:val="3"/>
            <w:tcBorders>
              <w:top w:val="single" w:sz="4" w:space="0" w:color="auto"/>
              <w:left w:val="nil"/>
              <w:bottom w:val="single" w:sz="4" w:space="0" w:color="auto"/>
              <w:right w:val="nil"/>
            </w:tcBorders>
            <w:vAlign w:val="center"/>
            <w:hideMark/>
          </w:tcPr>
          <w:p w14:paraId="27CFBEC0"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Commercial </w:t>
            </w:r>
          </w:p>
        </w:tc>
        <w:tc>
          <w:tcPr>
            <w:tcW w:w="1089" w:type="pct"/>
            <w:gridSpan w:val="3"/>
            <w:tcBorders>
              <w:top w:val="single" w:sz="4" w:space="0" w:color="auto"/>
              <w:left w:val="nil"/>
              <w:bottom w:val="single" w:sz="4" w:space="0" w:color="auto"/>
              <w:right w:val="nil"/>
            </w:tcBorders>
            <w:vAlign w:val="center"/>
            <w:hideMark/>
          </w:tcPr>
          <w:p w14:paraId="67D5915B"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Medicaid </w:t>
            </w:r>
          </w:p>
        </w:tc>
        <w:tc>
          <w:tcPr>
            <w:tcW w:w="1089" w:type="pct"/>
            <w:gridSpan w:val="3"/>
            <w:tcBorders>
              <w:top w:val="single" w:sz="8" w:space="0" w:color="000000"/>
              <w:left w:val="nil"/>
              <w:bottom w:val="single" w:sz="4" w:space="0" w:color="auto"/>
              <w:right w:val="nil"/>
            </w:tcBorders>
            <w:shd w:val="clear" w:color="000000" w:fill="FFFFFF"/>
            <w:vAlign w:val="center"/>
            <w:hideMark/>
          </w:tcPr>
          <w:p w14:paraId="07364673"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Commercial</w:t>
            </w:r>
          </w:p>
        </w:tc>
        <w:tc>
          <w:tcPr>
            <w:tcW w:w="1083" w:type="pct"/>
            <w:gridSpan w:val="3"/>
            <w:tcBorders>
              <w:top w:val="single" w:sz="8" w:space="0" w:color="000000"/>
              <w:left w:val="nil"/>
              <w:bottom w:val="single" w:sz="4" w:space="0" w:color="auto"/>
              <w:right w:val="nil"/>
            </w:tcBorders>
            <w:shd w:val="clear" w:color="000000" w:fill="FFFFFF"/>
            <w:vAlign w:val="center"/>
            <w:hideMark/>
          </w:tcPr>
          <w:p w14:paraId="48395CF4"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Medicaid</w:t>
            </w:r>
          </w:p>
        </w:tc>
      </w:tr>
      <w:tr w:rsidR="00726DBE" w:rsidRPr="00693325" w14:paraId="28AAA3C0" w14:textId="77777777" w:rsidTr="00132E28">
        <w:trPr>
          <w:trHeight w:val="161"/>
        </w:trPr>
        <w:tc>
          <w:tcPr>
            <w:tcW w:w="648" w:type="pct"/>
            <w:tcBorders>
              <w:top w:val="single" w:sz="4" w:space="0" w:color="auto"/>
              <w:left w:val="nil"/>
              <w:bottom w:val="nil"/>
              <w:right w:val="nil"/>
            </w:tcBorders>
            <w:shd w:val="clear" w:color="000000" w:fill="FFFFFF"/>
            <w:vAlign w:val="center"/>
            <w:hideMark/>
          </w:tcPr>
          <w:p w14:paraId="041D1A5A"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 </w:t>
            </w:r>
          </w:p>
        </w:tc>
        <w:tc>
          <w:tcPr>
            <w:tcW w:w="363" w:type="pct"/>
            <w:tcBorders>
              <w:top w:val="single" w:sz="4" w:space="0" w:color="auto"/>
              <w:left w:val="nil"/>
              <w:bottom w:val="nil"/>
              <w:right w:val="nil"/>
            </w:tcBorders>
            <w:shd w:val="clear" w:color="000000" w:fill="F2F2F2"/>
            <w:vAlign w:val="center"/>
            <w:hideMark/>
          </w:tcPr>
          <w:p w14:paraId="6B88950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Toddlers with IMD</w:t>
            </w:r>
          </w:p>
        </w:tc>
        <w:tc>
          <w:tcPr>
            <w:tcW w:w="363" w:type="pct"/>
            <w:tcBorders>
              <w:top w:val="single" w:sz="4" w:space="0" w:color="auto"/>
              <w:left w:val="nil"/>
              <w:bottom w:val="nil"/>
              <w:right w:val="nil"/>
            </w:tcBorders>
            <w:shd w:val="clear" w:color="000000" w:fill="FFFFFF"/>
            <w:vAlign w:val="center"/>
            <w:hideMark/>
          </w:tcPr>
          <w:p w14:paraId="71CB3A4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Toddlers without IMD</w:t>
            </w:r>
          </w:p>
        </w:tc>
        <w:tc>
          <w:tcPr>
            <w:tcW w:w="365" w:type="pct"/>
            <w:tcBorders>
              <w:top w:val="single" w:sz="4" w:space="0" w:color="auto"/>
              <w:left w:val="nil"/>
              <w:bottom w:val="nil"/>
              <w:right w:val="nil"/>
            </w:tcBorders>
            <w:shd w:val="clear" w:color="000000" w:fill="FFFFFF"/>
            <w:vAlign w:val="center"/>
            <w:hideMark/>
          </w:tcPr>
          <w:p w14:paraId="1C87FAA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p-value</w:t>
            </w:r>
          </w:p>
        </w:tc>
        <w:tc>
          <w:tcPr>
            <w:tcW w:w="363" w:type="pct"/>
            <w:tcBorders>
              <w:top w:val="single" w:sz="4" w:space="0" w:color="auto"/>
              <w:left w:val="nil"/>
              <w:bottom w:val="nil"/>
              <w:right w:val="nil"/>
            </w:tcBorders>
            <w:shd w:val="clear" w:color="000000" w:fill="F2F2F2"/>
            <w:vAlign w:val="center"/>
            <w:hideMark/>
          </w:tcPr>
          <w:p w14:paraId="27A6D2E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Toddlers with IMD</w:t>
            </w:r>
          </w:p>
        </w:tc>
        <w:tc>
          <w:tcPr>
            <w:tcW w:w="363" w:type="pct"/>
            <w:tcBorders>
              <w:top w:val="single" w:sz="4" w:space="0" w:color="auto"/>
              <w:left w:val="nil"/>
              <w:bottom w:val="nil"/>
              <w:right w:val="nil"/>
            </w:tcBorders>
            <w:shd w:val="clear" w:color="000000" w:fill="FFFFFF"/>
            <w:vAlign w:val="center"/>
            <w:hideMark/>
          </w:tcPr>
          <w:p w14:paraId="45F678C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Toddlers without IMD</w:t>
            </w:r>
          </w:p>
        </w:tc>
        <w:tc>
          <w:tcPr>
            <w:tcW w:w="363" w:type="pct"/>
            <w:tcBorders>
              <w:top w:val="single" w:sz="4" w:space="0" w:color="auto"/>
              <w:left w:val="nil"/>
              <w:bottom w:val="nil"/>
              <w:right w:val="nil"/>
            </w:tcBorders>
            <w:shd w:val="clear" w:color="000000" w:fill="FFFFFF"/>
            <w:vAlign w:val="center"/>
            <w:hideMark/>
          </w:tcPr>
          <w:p w14:paraId="1B85653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p-value</w:t>
            </w:r>
          </w:p>
        </w:tc>
        <w:tc>
          <w:tcPr>
            <w:tcW w:w="363" w:type="pct"/>
            <w:tcBorders>
              <w:top w:val="single" w:sz="4" w:space="0" w:color="auto"/>
              <w:left w:val="nil"/>
              <w:bottom w:val="nil"/>
              <w:right w:val="nil"/>
            </w:tcBorders>
            <w:shd w:val="clear" w:color="000000" w:fill="F2F2F2"/>
            <w:vAlign w:val="center"/>
            <w:hideMark/>
          </w:tcPr>
          <w:p w14:paraId="67886B1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Children with IMD</w:t>
            </w:r>
          </w:p>
        </w:tc>
        <w:tc>
          <w:tcPr>
            <w:tcW w:w="363" w:type="pct"/>
            <w:tcBorders>
              <w:top w:val="single" w:sz="4" w:space="0" w:color="auto"/>
              <w:left w:val="nil"/>
              <w:bottom w:val="nil"/>
              <w:right w:val="nil"/>
            </w:tcBorders>
            <w:shd w:val="clear" w:color="000000" w:fill="FFFFFF"/>
            <w:vAlign w:val="center"/>
            <w:hideMark/>
          </w:tcPr>
          <w:p w14:paraId="7780F3B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Children without IMD</w:t>
            </w:r>
          </w:p>
        </w:tc>
        <w:tc>
          <w:tcPr>
            <w:tcW w:w="363" w:type="pct"/>
            <w:vMerge w:val="restart"/>
            <w:tcBorders>
              <w:top w:val="single" w:sz="4" w:space="0" w:color="auto"/>
              <w:left w:val="nil"/>
              <w:bottom w:val="single" w:sz="8" w:space="0" w:color="000000"/>
              <w:right w:val="nil"/>
            </w:tcBorders>
            <w:shd w:val="clear" w:color="000000" w:fill="FFFFFF"/>
            <w:vAlign w:val="center"/>
            <w:hideMark/>
          </w:tcPr>
          <w:p w14:paraId="2913CE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p-value</w:t>
            </w:r>
          </w:p>
        </w:tc>
        <w:tc>
          <w:tcPr>
            <w:tcW w:w="363" w:type="pct"/>
            <w:tcBorders>
              <w:top w:val="single" w:sz="4" w:space="0" w:color="auto"/>
              <w:left w:val="nil"/>
              <w:bottom w:val="nil"/>
              <w:right w:val="nil"/>
            </w:tcBorders>
            <w:shd w:val="clear" w:color="000000" w:fill="F2F2F2"/>
            <w:vAlign w:val="center"/>
            <w:hideMark/>
          </w:tcPr>
          <w:p w14:paraId="77E74A3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Children with IMD</w:t>
            </w:r>
          </w:p>
        </w:tc>
        <w:tc>
          <w:tcPr>
            <w:tcW w:w="363" w:type="pct"/>
            <w:tcBorders>
              <w:top w:val="single" w:sz="4" w:space="0" w:color="auto"/>
              <w:left w:val="nil"/>
              <w:bottom w:val="nil"/>
              <w:right w:val="nil"/>
            </w:tcBorders>
            <w:shd w:val="clear" w:color="000000" w:fill="FFFFFF"/>
            <w:vAlign w:val="center"/>
            <w:hideMark/>
          </w:tcPr>
          <w:p w14:paraId="7F160D4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Children without IMD</w:t>
            </w:r>
          </w:p>
        </w:tc>
        <w:tc>
          <w:tcPr>
            <w:tcW w:w="357" w:type="pct"/>
            <w:vMerge w:val="restart"/>
            <w:tcBorders>
              <w:top w:val="single" w:sz="4" w:space="0" w:color="auto"/>
              <w:left w:val="nil"/>
              <w:bottom w:val="single" w:sz="8" w:space="0" w:color="000000"/>
              <w:right w:val="nil"/>
            </w:tcBorders>
            <w:shd w:val="clear" w:color="000000" w:fill="FFFFFF"/>
            <w:vAlign w:val="center"/>
            <w:hideMark/>
          </w:tcPr>
          <w:p w14:paraId="0C07F76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p-value</w:t>
            </w:r>
          </w:p>
        </w:tc>
      </w:tr>
      <w:tr w:rsidR="00726DBE" w:rsidRPr="00693325" w14:paraId="6CCF578F" w14:textId="77777777" w:rsidTr="00132E28">
        <w:trPr>
          <w:trHeight w:val="48"/>
        </w:trPr>
        <w:tc>
          <w:tcPr>
            <w:tcW w:w="648" w:type="pct"/>
            <w:tcBorders>
              <w:top w:val="nil"/>
              <w:left w:val="nil"/>
              <w:bottom w:val="single" w:sz="8" w:space="0" w:color="000000"/>
              <w:right w:val="nil"/>
            </w:tcBorders>
            <w:shd w:val="clear" w:color="000000" w:fill="FFFFFF"/>
            <w:vAlign w:val="center"/>
            <w:hideMark/>
          </w:tcPr>
          <w:p w14:paraId="3558D039"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sz w:val="16"/>
                <w:szCs w:val="16"/>
              </w:rPr>
              <w:t>Clinical Characteristics</w:t>
            </w:r>
          </w:p>
        </w:tc>
        <w:tc>
          <w:tcPr>
            <w:tcW w:w="363" w:type="pct"/>
            <w:tcBorders>
              <w:top w:val="nil"/>
              <w:left w:val="nil"/>
              <w:bottom w:val="single" w:sz="8" w:space="0" w:color="000000"/>
              <w:right w:val="nil"/>
            </w:tcBorders>
            <w:shd w:val="clear" w:color="auto" w:fill="F2F2F2" w:themeFill="background1" w:themeFillShade="F2"/>
            <w:vAlign w:val="center"/>
            <w:hideMark/>
          </w:tcPr>
          <w:p w14:paraId="2B38DB8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N=19</w:t>
            </w:r>
          </w:p>
        </w:tc>
        <w:tc>
          <w:tcPr>
            <w:tcW w:w="363" w:type="pct"/>
            <w:tcBorders>
              <w:top w:val="nil"/>
              <w:left w:val="nil"/>
              <w:bottom w:val="single" w:sz="8" w:space="0" w:color="000000"/>
              <w:right w:val="nil"/>
            </w:tcBorders>
            <w:shd w:val="clear" w:color="000000" w:fill="FFFFFF"/>
            <w:vAlign w:val="center"/>
            <w:hideMark/>
          </w:tcPr>
          <w:p w14:paraId="3F4A5BB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N=95</w:t>
            </w:r>
          </w:p>
        </w:tc>
        <w:tc>
          <w:tcPr>
            <w:tcW w:w="365" w:type="pct"/>
            <w:tcBorders>
              <w:top w:val="nil"/>
              <w:left w:val="nil"/>
              <w:bottom w:val="single" w:sz="8" w:space="0" w:color="000000"/>
              <w:right w:val="nil"/>
            </w:tcBorders>
            <w:shd w:val="clear" w:color="000000" w:fill="FFFFFF"/>
            <w:vAlign w:val="center"/>
            <w:hideMark/>
          </w:tcPr>
          <w:p w14:paraId="22ADC35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single" w:sz="8" w:space="0" w:color="000000"/>
              <w:right w:val="nil"/>
            </w:tcBorders>
            <w:shd w:val="clear" w:color="000000" w:fill="F2F2F2"/>
            <w:vAlign w:val="center"/>
            <w:hideMark/>
          </w:tcPr>
          <w:p w14:paraId="7F2ABE9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N=35</w:t>
            </w:r>
          </w:p>
        </w:tc>
        <w:tc>
          <w:tcPr>
            <w:tcW w:w="363" w:type="pct"/>
            <w:tcBorders>
              <w:top w:val="nil"/>
              <w:left w:val="nil"/>
              <w:bottom w:val="single" w:sz="8" w:space="0" w:color="000000"/>
              <w:right w:val="nil"/>
            </w:tcBorders>
            <w:shd w:val="clear" w:color="000000" w:fill="FFFFFF"/>
            <w:vAlign w:val="center"/>
            <w:hideMark/>
          </w:tcPr>
          <w:p w14:paraId="25DF4BC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N=175</w:t>
            </w:r>
          </w:p>
        </w:tc>
        <w:tc>
          <w:tcPr>
            <w:tcW w:w="363" w:type="pct"/>
            <w:tcBorders>
              <w:top w:val="nil"/>
              <w:left w:val="nil"/>
              <w:bottom w:val="single" w:sz="8" w:space="0" w:color="000000"/>
              <w:right w:val="nil"/>
            </w:tcBorders>
            <w:shd w:val="clear" w:color="000000" w:fill="FFFFFF"/>
            <w:vAlign w:val="center"/>
            <w:hideMark/>
          </w:tcPr>
          <w:p w14:paraId="0269DFF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single" w:sz="8" w:space="0" w:color="000000"/>
              <w:right w:val="nil"/>
            </w:tcBorders>
            <w:shd w:val="clear" w:color="000000" w:fill="F2F2F2"/>
            <w:vAlign w:val="center"/>
            <w:hideMark/>
          </w:tcPr>
          <w:p w14:paraId="32C0D63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N=21</w:t>
            </w:r>
          </w:p>
        </w:tc>
        <w:tc>
          <w:tcPr>
            <w:tcW w:w="363" w:type="pct"/>
            <w:tcBorders>
              <w:top w:val="nil"/>
              <w:left w:val="nil"/>
              <w:bottom w:val="single" w:sz="8" w:space="0" w:color="000000"/>
              <w:right w:val="nil"/>
            </w:tcBorders>
            <w:shd w:val="clear" w:color="000000" w:fill="FFFFFF"/>
            <w:vAlign w:val="center"/>
            <w:hideMark/>
          </w:tcPr>
          <w:p w14:paraId="2AE63E7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N=105</w:t>
            </w:r>
          </w:p>
        </w:tc>
        <w:tc>
          <w:tcPr>
            <w:tcW w:w="363" w:type="pct"/>
            <w:vMerge/>
            <w:tcBorders>
              <w:top w:val="nil"/>
              <w:left w:val="nil"/>
              <w:bottom w:val="single" w:sz="8" w:space="0" w:color="000000"/>
              <w:right w:val="nil"/>
            </w:tcBorders>
            <w:vAlign w:val="center"/>
            <w:hideMark/>
          </w:tcPr>
          <w:p w14:paraId="5DF74733" w14:textId="77777777" w:rsidR="00726DBE" w:rsidRPr="00693325" w:rsidRDefault="00726DBE" w:rsidP="00841CFC">
            <w:pPr>
              <w:rPr>
                <w:rFonts w:ascii="Times New Roman" w:hAnsi="Times New Roman"/>
                <w:color w:val="000000"/>
                <w:sz w:val="16"/>
                <w:szCs w:val="16"/>
              </w:rPr>
            </w:pPr>
          </w:p>
        </w:tc>
        <w:tc>
          <w:tcPr>
            <w:tcW w:w="363" w:type="pct"/>
            <w:tcBorders>
              <w:top w:val="nil"/>
              <w:left w:val="nil"/>
              <w:bottom w:val="single" w:sz="8" w:space="0" w:color="000000"/>
              <w:right w:val="nil"/>
            </w:tcBorders>
            <w:shd w:val="clear" w:color="000000" w:fill="F2F2F2"/>
            <w:vAlign w:val="center"/>
            <w:hideMark/>
          </w:tcPr>
          <w:p w14:paraId="727365E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N=13</w:t>
            </w:r>
          </w:p>
        </w:tc>
        <w:tc>
          <w:tcPr>
            <w:tcW w:w="363" w:type="pct"/>
            <w:tcBorders>
              <w:top w:val="nil"/>
              <w:left w:val="nil"/>
              <w:bottom w:val="single" w:sz="8" w:space="0" w:color="000000"/>
              <w:right w:val="nil"/>
            </w:tcBorders>
            <w:shd w:val="clear" w:color="000000" w:fill="FFFFFF"/>
            <w:vAlign w:val="center"/>
            <w:hideMark/>
          </w:tcPr>
          <w:p w14:paraId="50199B8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N=65</w:t>
            </w:r>
          </w:p>
        </w:tc>
        <w:tc>
          <w:tcPr>
            <w:tcW w:w="357" w:type="pct"/>
            <w:vMerge/>
            <w:tcBorders>
              <w:top w:val="nil"/>
              <w:left w:val="nil"/>
              <w:bottom w:val="single" w:sz="8" w:space="0" w:color="000000"/>
              <w:right w:val="nil"/>
            </w:tcBorders>
            <w:vAlign w:val="center"/>
            <w:hideMark/>
          </w:tcPr>
          <w:p w14:paraId="0171261A" w14:textId="77777777" w:rsidR="00726DBE" w:rsidRPr="00693325" w:rsidRDefault="00726DBE" w:rsidP="00841CFC">
            <w:pPr>
              <w:rPr>
                <w:rFonts w:ascii="Times New Roman" w:hAnsi="Times New Roman"/>
                <w:color w:val="000000"/>
                <w:sz w:val="16"/>
                <w:szCs w:val="16"/>
              </w:rPr>
            </w:pPr>
          </w:p>
        </w:tc>
      </w:tr>
      <w:tr w:rsidR="00726DBE" w:rsidRPr="00693325" w14:paraId="55628585" w14:textId="77777777" w:rsidTr="00132E28">
        <w:trPr>
          <w:trHeight w:val="160"/>
        </w:trPr>
        <w:tc>
          <w:tcPr>
            <w:tcW w:w="648" w:type="pct"/>
            <w:tcBorders>
              <w:top w:val="nil"/>
              <w:left w:val="nil"/>
              <w:bottom w:val="nil"/>
              <w:right w:val="nil"/>
            </w:tcBorders>
            <w:vAlign w:val="center"/>
            <w:hideMark/>
          </w:tcPr>
          <w:p w14:paraId="695EF7EB"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IMD-related health conditions</w:t>
            </w:r>
            <w:r w:rsidRPr="00693325">
              <w:rPr>
                <w:rFonts w:ascii="Times New Roman" w:hAnsi="Times New Roman"/>
                <w:b/>
                <w:bCs/>
                <w:color w:val="000000"/>
                <w:sz w:val="16"/>
                <w:szCs w:val="16"/>
                <w:vertAlign w:val="superscript"/>
              </w:rPr>
              <w:t>c</w:t>
            </w:r>
            <w:r w:rsidRPr="00693325">
              <w:rPr>
                <w:rFonts w:ascii="Times New Roman" w:hAnsi="Times New Roman"/>
                <w:b/>
                <w:bCs/>
                <w:color w:val="000000"/>
                <w:sz w:val="16"/>
                <w:szCs w:val="16"/>
              </w:rPr>
              <w:t>, n (%)</w:t>
            </w:r>
          </w:p>
        </w:tc>
        <w:tc>
          <w:tcPr>
            <w:tcW w:w="363" w:type="pct"/>
            <w:tcBorders>
              <w:top w:val="nil"/>
              <w:left w:val="nil"/>
              <w:bottom w:val="nil"/>
              <w:right w:val="nil"/>
            </w:tcBorders>
            <w:shd w:val="clear" w:color="auto" w:fill="F2F2F2" w:themeFill="background1" w:themeFillShade="F2"/>
            <w:vAlign w:val="center"/>
            <w:hideMark/>
          </w:tcPr>
          <w:p w14:paraId="7B59D83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vAlign w:val="center"/>
            <w:hideMark/>
          </w:tcPr>
          <w:p w14:paraId="40C7F09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5" w:type="pct"/>
            <w:tcBorders>
              <w:top w:val="nil"/>
              <w:left w:val="nil"/>
              <w:bottom w:val="nil"/>
              <w:right w:val="nil"/>
            </w:tcBorders>
            <w:vAlign w:val="center"/>
            <w:hideMark/>
          </w:tcPr>
          <w:p w14:paraId="5165EFE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auto" w:fill="F2F2F2" w:themeFill="background1" w:themeFillShade="F2"/>
            <w:vAlign w:val="center"/>
            <w:hideMark/>
          </w:tcPr>
          <w:p w14:paraId="4EB248D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vAlign w:val="center"/>
            <w:hideMark/>
          </w:tcPr>
          <w:p w14:paraId="28A12F9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vAlign w:val="center"/>
            <w:hideMark/>
          </w:tcPr>
          <w:p w14:paraId="4AAC1C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auto" w:fill="F2F2F2" w:themeFill="background1" w:themeFillShade="F2"/>
            <w:vAlign w:val="center"/>
            <w:hideMark/>
          </w:tcPr>
          <w:p w14:paraId="47CBA0F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vAlign w:val="center"/>
            <w:hideMark/>
          </w:tcPr>
          <w:p w14:paraId="69EB315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vAlign w:val="center"/>
            <w:hideMark/>
          </w:tcPr>
          <w:p w14:paraId="7ED0E25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auto" w:fill="F2F2F2" w:themeFill="background1" w:themeFillShade="F2"/>
            <w:vAlign w:val="center"/>
            <w:hideMark/>
          </w:tcPr>
          <w:p w14:paraId="2E8840F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vAlign w:val="center"/>
            <w:hideMark/>
          </w:tcPr>
          <w:p w14:paraId="3C30BB9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vAlign w:val="center"/>
            <w:hideMark/>
          </w:tcPr>
          <w:p w14:paraId="349864D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14A9A2D5" w14:textId="77777777" w:rsidTr="00132E28">
        <w:trPr>
          <w:trHeight w:val="68"/>
        </w:trPr>
        <w:tc>
          <w:tcPr>
            <w:tcW w:w="648" w:type="pct"/>
            <w:tcBorders>
              <w:top w:val="nil"/>
              <w:left w:val="nil"/>
              <w:bottom w:val="nil"/>
              <w:right w:val="nil"/>
            </w:tcBorders>
            <w:vAlign w:val="center"/>
            <w:hideMark/>
          </w:tcPr>
          <w:p w14:paraId="3FA9163C"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Asplenia</w:t>
            </w:r>
          </w:p>
        </w:tc>
        <w:tc>
          <w:tcPr>
            <w:tcW w:w="363" w:type="pct"/>
            <w:tcBorders>
              <w:top w:val="nil"/>
              <w:left w:val="nil"/>
              <w:bottom w:val="nil"/>
              <w:right w:val="nil"/>
            </w:tcBorders>
            <w:shd w:val="clear" w:color="auto" w:fill="F2F2F2" w:themeFill="background1" w:themeFillShade="F2"/>
            <w:vAlign w:val="center"/>
            <w:hideMark/>
          </w:tcPr>
          <w:p w14:paraId="54C6CA3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6949B38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5" w:type="pct"/>
            <w:tcBorders>
              <w:top w:val="nil"/>
              <w:left w:val="nil"/>
              <w:bottom w:val="nil"/>
              <w:right w:val="nil"/>
            </w:tcBorders>
            <w:vAlign w:val="center"/>
            <w:hideMark/>
          </w:tcPr>
          <w:p w14:paraId="4B79C17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190020F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34FD6DB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7965B72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4E2F3DA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055E548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0EDE16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79136EE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79921AF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57" w:type="pct"/>
            <w:tcBorders>
              <w:top w:val="nil"/>
              <w:left w:val="nil"/>
              <w:bottom w:val="nil"/>
              <w:right w:val="nil"/>
            </w:tcBorders>
            <w:vAlign w:val="center"/>
            <w:hideMark/>
          </w:tcPr>
          <w:p w14:paraId="75212C3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0FF2819C" w14:textId="77777777" w:rsidTr="00132E28">
        <w:trPr>
          <w:trHeight w:val="68"/>
        </w:trPr>
        <w:tc>
          <w:tcPr>
            <w:tcW w:w="648" w:type="pct"/>
            <w:tcBorders>
              <w:top w:val="nil"/>
              <w:left w:val="nil"/>
              <w:bottom w:val="nil"/>
              <w:right w:val="nil"/>
            </w:tcBorders>
            <w:vAlign w:val="center"/>
            <w:hideMark/>
          </w:tcPr>
          <w:p w14:paraId="4AD8740F"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Complement component deficiency</w:t>
            </w:r>
          </w:p>
        </w:tc>
        <w:tc>
          <w:tcPr>
            <w:tcW w:w="363" w:type="pct"/>
            <w:tcBorders>
              <w:top w:val="nil"/>
              <w:left w:val="nil"/>
              <w:bottom w:val="nil"/>
              <w:right w:val="nil"/>
            </w:tcBorders>
            <w:shd w:val="clear" w:color="auto" w:fill="F2F2F2" w:themeFill="background1" w:themeFillShade="F2"/>
            <w:vAlign w:val="center"/>
            <w:hideMark/>
          </w:tcPr>
          <w:p w14:paraId="6CE9438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4BCFA6D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5" w:type="pct"/>
            <w:tcBorders>
              <w:top w:val="nil"/>
              <w:left w:val="nil"/>
              <w:bottom w:val="nil"/>
              <w:right w:val="nil"/>
            </w:tcBorders>
            <w:vAlign w:val="center"/>
            <w:hideMark/>
          </w:tcPr>
          <w:p w14:paraId="783FA2F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3C5C1EB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35145BA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690C0BF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0E3348A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60775E0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5E5E015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57662A3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056D6D8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57" w:type="pct"/>
            <w:tcBorders>
              <w:top w:val="nil"/>
              <w:left w:val="nil"/>
              <w:bottom w:val="nil"/>
              <w:right w:val="nil"/>
            </w:tcBorders>
            <w:vAlign w:val="center"/>
            <w:hideMark/>
          </w:tcPr>
          <w:p w14:paraId="520E76D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61715022" w14:textId="77777777" w:rsidTr="00132E28">
        <w:trPr>
          <w:trHeight w:val="68"/>
        </w:trPr>
        <w:tc>
          <w:tcPr>
            <w:tcW w:w="648" w:type="pct"/>
            <w:tcBorders>
              <w:top w:val="nil"/>
              <w:left w:val="nil"/>
              <w:bottom w:val="nil"/>
              <w:right w:val="nil"/>
            </w:tcBorders>
            <w:vAlign w:val="center"/>
            <w:hideMark/>
          </w:tcPr>
          <w:p w14:paraId="6562ED2D"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HIV Infection</w:t>
            </w:r>
          </w:p>
        </w:tc>
        <w:tc>
          <w:tcPr>
            <w:tcW w:w="363" w:type="pct"/>
            <w:tcBorders>
              <w:top w:val="nil"/>
              <w:left w:val="nil"/>
              <w:bottom w:val="nil"/>
              <w:right w:val="nil"/>
            </w:tcBorders>
            <w:shd w:val="clear" w:color="auto" w:fill="F2F2F2" w:themeFill="background1" w:themeFillShade="F2"/>
            <w:vAlign w:val="center"/>
            <w:hideMark/>
          </w:tcPr>
          <w:p w14:paraId="1F31B75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5153058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5" w:type="pct"/>
            <w:tcBorders>
              <w:top w:val="nil"/>
              <w:left w:val="nil"/>
              <w:bottom w:val="nil"/>
              <w:right w:val="nil"/>
            </w:tcBorders>
            <w:vAlign w:val="center"/>
            <w:hideMark/>
          </w:tcPr>
          <w:p w14:paraId="7907069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1D94E22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73B5434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0BE36C8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2EC6B68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18554A3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1B0BD18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2F72FE5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(7.69)</w:t>
            </w:r>
          </w:p>
        </w:tc>
        <w:tc>
          <w:tcPr>
            <w:tcW w:w="363" w:type="pct"/>
            <w:tcBorders>
              <w:top w:val="nil"/>
              <w:left w:val="nil"/>
              <w:bottom w:val="nil"/>
              <w:right w:val="nil"/>
            </w:tcBorders>
            <w:vAlign w:val="center"/>
            <w:hideMark/>
          </w:tcPr>
          <w:p w14:paraId="6993391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57" w:type="pct"/>
            <w:tcBorders>
              <w:top w:val="nil"/>
              <w:left w:val="nil"/>
              <w:bottom w:val="nil"/>
              <w:right w:val="nil"/>
            </w:tcBorders>
            <w:vAlign w:val="center"/>
            <w:hideMark/>
          </w:tcPr>
          <w:p w14:paraId="50016AF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0.167</w:t>
            </w:r>
          </w:p>
        </w:tc>
      </w:tr>
      <w:tr w:rsidR="00726DBE" w:rsidRPr="00693325" w14:paraId="7BBA30E3" w14:textId="77777777" w:rsidTr="00132E28">
        <w:trPr>
          <w:trHeight w:val="68"/>
        </w:trPr>
        <w:tc>
          <w:tcPr>
            <w:tcW w:w="648" w:type="pct"/>
            <w:tcBorders>
              <w:top w:val="nil"/>
              <w:left w:val="nil"/>
              <w:bottom w:val="nil"/>
              <w:right w:val="nil"/>
            </w:tcBorders>
            <w:vAlign w:val="center"/>
            <w:hideMark/>
          </w:tcPr>
          <w:p w14:paraId="531C105A"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Sickle cell anemia </w:t>
            </w:r>
          </w:p>
        </w:tc>
        <w:tc>
          <w:tcPr>
            <w:tcW w:w="363" w:type="pct"/>
            <w:tcBorders>
              <w:top w:val="nil"/>
              <w:left w:val="nil"/>
              <w:bottom w:val="nil"/>
              <w:right w:val="nil"/>
            </w:tcBorders>
            <w:shd w:val="clear" w:color="auto" w:fill="F2F2F2" w:themeFill="background1" w:themeFillShade="F2"/>
            <w:vAlign w:val="center"/>
            <w:hideMark/>
          </w:tcPr>
          <w:p w14:paraId="76AC2B0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45FB9FA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5" w:type="pct"/>
            <w:tcBorders>
              <w:top w:val="nil"/>
              <w:left w:val="nil"/>
              <w:bottom w:val="nil"/>
              <w:right w:val="nil"/>
            </w:tcBorders>
            <w:vAlign w:val="center"/>
            <w:hideMark/>
          </w:tcPr>
          <w:p w14:paraId="6129C50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1A78903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1E40317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1FB68CA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393DD3A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13ECAAD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7962F4C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6454C3F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(7.69)</w:t>
            </w:r>
          </w:p>
        </w:tc>
        <w:tc>
          <w:tcPr>
            <w:tcW w:w="363" w:type="pct"/>
            <w:tcBorders>
              <w:top w:val="nil"/>
              <w:left w:val="nil"/>
              <w:bottom w:val="nil"/>
              <w:right w:val="nil"/>
            </w:tcBorders>
            <w:vAlign w:val="center"/>
            <w:hideMark/>
          </w:tcPr>
          <w:p w14:paraId="22EDCBF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57" w:type="pct"/>
            <w:tcBorders>
              <w:top w:val="nil"/>
              <w:left w:val="nil"/>
              <w:bottom w:val="nil"/>
              <w:right w:val="nil"/>
            </w:tcBorders>
            <w:vAlign w:val="center"/>
            <w:hideMark/>
          </w:tcPr>
          <w:p w14:paraId="17B7A82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0.167</w:t>
            </w:r>
          </w:p>
        </w:tc>
      </w:tr>
      <w:tr w:rsidR="00726DBE" w:rsidRPr="00693325" w14:paraId="797EA5B1" w14:textId="77777777" w:rsidTr="00132E28">
        <w:trPr>
          <w:trHeight w:val="68"/>
        </w:trPr>
        <w:tc>
          <w:tcPr>
            <w:tcW w:w="648" w:type="pct"/>
            <w:tcBorders>
              <w:top w:val="nil"/>
              <w:left w:val="nil"/>
              <w:bottom w:val="nil"/>
              <w:right w:val="nil"/>
            </w:tcBorders>
            <w:vAlign w:val="center"/>
            <w:hideMark/>
          </w:tcPr>
          <w:p w14:paraId="30F25D11"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Eculizumab use</w:t>
            </w:r>
          </w:p>
        </w:tc>
        <w:tc>
          <w:tcPr>
            <w:tcW w:w="363" w:type="pct"/>
            <w:tcBorders>
              <w:top w:val="nil"/>
              <w:left w:val="nil"/>
              <w:bottom w:val="nil"/>
              <w:right w:val="nil"/>
            </w:tcBorders>
            <w:shd w:val="clear" w:color="auto" w:fill="F2F2F2" w:themeFill="background1" w:themeFillShade="F2"/>
            <w:vAlign w:val="center"/>
            <w:hideMark/>
          </w:tcPr>
          <w:p w14:paraId="5CE91E8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76451A9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5" w:type="pct"/>
            <w:tcBorders>
              <w:top w:val="nil"/>
              <w:left w:val="nil"/>
              <w:bottom w:val="nil"/>
              <w:right w:val="nil"/>
            </w:tcBorders>
            <w:vAlign w:val="center"/>
            <w:hideMark/>
          </w:tcPr>
          <w:p w14:paraId="54196B1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6E2D5A2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5CE817A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4EE0562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0F570DD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19BB810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49517D5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5641B13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31378F0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57" w:type="pct"/>
            <w:tcBorders>
              <w:top w:val="nil"/>
              <w:left w:val="nil"/>
              <w:bottom w:val="nil"/>
              <w:right w:val="nil"/>
            </w:tcBorders>
            <w:vAlign w:val="center"/>
            <w:hideMark/>
          </w:tcPr>
          <w:p w14:paraId="3B77AEE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6E277A8D" w14:textId="77777777" w:rsidTr="00132E28">
        <w:trPr>
          <w:trHeight w:val="68"/>
        </w:trPr>
        <w:tc>
          <w:tcPr>
            <w:tcW w:w="648" w:type="pct"/>
            <w:tcBorders>
              <w:top w:val="nil"/>
              <w:left w:val="nil"/>
              <w:bottom w:val="nil"/>
              <w:right w:val="nil"/>
            </w:tcBorders>
            <w:vAlign w:val="center"/>
            <w:hideMark/>
          </w:tcPr>
          <w:p w14:paraId="0AA77136"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Ravulizumab use</w:t>
            </w:r>
          </w:p>
        </w:tc>
        <w:tc>
          <w:tcPr>
            <w:tcW w:w="363" w:type="pct"/>
            <w:tcBorders>
              <w:top w:val="nil"/>
              <w:left w:val="nil"/>
              <w:bottom w:val="nil"/>
              <w:right w:val="nil"/>
            </w:tcBorders>
            <w:shd w:val="clear" w:color="auto" w:fill="F2F2F2" w:themeFill="background1" w:themeFillShade="F2"/>
            <w:vAlign w:val="center"/>
            <w:hideMark/>
          </w:tcPr>
          <w:p w14:paraId="54AEEC7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55B2BF3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5" w:type="pct"/>
            <w:tcBorders>
              <w:top w:val="nil"/>
              <w:left w:val="nil"/>
              <w:bottom w:val="nil"/>
              <w:right w:val="nil"/>
            </w:tcBorders>
            <w:vAlign w:val="center"/>
            <w:hideMark/>
          </w:tcPr>
          <w:p w14:paraId="455E71F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53476B3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75E936A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0EE2B9C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2AFDCCC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65A4CA3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7DEDE84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2AF5FA1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vAlign w:val="center"/>
            <w:hideMark/>
          </w:tcPr>
          <w:p w14:paraId="3988F51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57" w:type="pct"/>
            <w:tcBorders>
              <w:top w:val="nil"/>
              <w:left w:val="nil"/>
              <w:bottom w:val="nil"/>
              <w:right w:val="nil"/>
            </w:tcBorders>
            <w:vAlign w:val="center"/>
            <w:hideMark/>
          </w:tcPr>
          <w:p w14:paraId="562F42E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548BE8CC" w14:textId="77777777" w:rsidTr="00132E28">
        <w:trPr>
          <w:trHeight w:val="68"/>
        </w:trPr>
        <w:tc>
          <w:tcPr>
            <w:tcW w:w="648" w:type="pct"/>
            <w:tcBorders>
              <w:top w:val="nil"/>
              <w:left w:val="nil"/>
              <w:bottom w:val="nil"/>
              <w:right w:val="nil"/>
            </w:tcBorders>
            <w:shd w:val="clear" w:color="000000" w:fill="FFFFFF"/>
            <w:vAlign w:val="center"/>
            <w:hideMark/>
          </w:tcPr>
          <w:p w14:paraId="7B95681C"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Preterm birth, n (%)</w:t>
            </w:r>
          </w:p>
        </w:tc>
        <w:tc>
          <w:tcPr>
            <w:tcW w:w="363" w:type="pct"/>
            <w:tcBorders>
              <w:top w:val="nil"/>
              <w:left w:val="nil"/>
              <w:bottom w:val="nil"/>
              <w:right w:val="nil"/>
            </w:tcBorders>
            <w:shd w:val="clear" w:color="000000" w:fill="F2F2F2"/>
            <w:vAlign w:val="center"/>
            <w:hideMark/>
          </w:tcPr>
          <w:p w14:paraId="2DC7E1C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682E310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5" w:type="pct"/>
            <w:tcBorders>
              <w:top w:val="nil"/>
              <w:left w:val="nil"/>
              <w:bottom w:val="nil"/>
              <w:right w:val="nil"/>
            </w:tcBorders>
            <w:shd w:val="clear" w:color="000000" w:fill="FFFFFF"/>
            <w:vAlign w:val="center"/>
            <w:hideMark/>
          </w:tcPr>
          <w:p w14:paraId="4F1C35F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084FC6D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778CB63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6C385DE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49788BF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309D689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21C2C3C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auto" w:fill="F2F2F2" w:themeFill="background1" w:themeFillShade="F2"/>
            <w:vAlign w:val="center"/>
            <w:hideMark/>
          </w:tcPr>
          <w:p w14:paraId="47DE39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3351063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57" w:type="pct"/>
            <w:tcBorders>
              <w:top w:val="nil"/>
              <w:left w:val="nil"/>
              <w:bottom w:val="nil"/>
              <w:right w:val="nil"/>
            </w:tcBorders>
            <w:shd w:val="clear" w:color="000000" w:fill="FFFFFF"/>
            <w:vAlign w:val="center"/>
            <w:hideMark/>
          </w:tcPr>
          <w:p w14:paraId="4669667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6E7997D6" w14:textId="77777777" w:rsidTr="00132E28">
        <w:trPr>
          <w:trHeight w:val="68"/>
        </w:trPr>
        <w:tc>
          <w:tcPr>
            <w:tcW w:w="648" w:type="pct"/>
            <w:tcBorders>
              <w:top w:val="nil"/>
              <w:left w:val="nil"/>
              <w:bottom w:val="nil"/>
              <w:right w:val="nil"/>
            </w:tcBorders>
            <w:shd w:val="clear" w:color="000000" w:fill="FFFFFF"/>
            <w:vAlign w:val="center"/>
            <w:hideMark/>
          </w:tcPr>
          <w:p w14:paraId="166EBB98"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Meningococcal vaccination, n (%)</w:t>
            </w:r>
          </w:p>
        </w:tc>
        <w:tc>
          <w:tcPr>
            <w:tcW w:w="363" w:type="pct"/>
            <w:tcBorders>
              <w:top w:val="nil"/>
              <w:left w:val="nil"/>
              <w:bottom w:val="nil"/>
              <w:right w:val="nil"/>
            </w:tcBorders>
            <w:shd w:val="clear" w:color="000000" w:fill="F2F2F2"/>
            <w:vAlign w:val="center"/>
            <w:hideMark/>
          </w:tcPr>
          <w:p w14:paraId="311F75C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1EF56E8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5" w:type="pct"/>
            <w:tcBorders>
              <w:top w:val="nil"/>
              <w:left w:val="nil"/>
              <w:bottom w:val="nil"/>
              <w:right w:val="nil"/>
            </w:tcBorders>
            <w:shd w:val="clear" w:color="000000" w:fill="FFFFFF"/>
            <w:vAlign w:val="center"/>
            <w:hideMark/>
          </w:tcPr>
          <w:p w14:paraId="489D8C0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5F11CCB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48E7A96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7A5B9AB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274BD37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22FD87C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734EB28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2D250CE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016D355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57" w:type="pct"/>
            <w:tcBorders>
              <w:top w:val="nil"/>
              <w:left w:val="nil"/>
              <w:bottom w:val="nil"/>
              <w:right w:val="nil"/>
            </w:tcBorders>
            <w:shd w:val="clear" w:color="000000" w:fill="FFFFFF"/>
            <w:vAlign w:val="center"/>
            <w:hideMark/>
          </w:tcPr>
          <w:p w14:paraId="55A322C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16F56B54" w14:textId="77777777" w:rsidTr="00132E28">
        <w:trPr>
          <w:trHeight w:val="68"/>
        </w:trPr>
        <w:tc>
          <w:tcPr>
            <w:tcW w:w="648" w:type="pct"/>
            <w:tcBorders>
              <w:top w:val="nil"/>
              <w:left w:val="nil"/>
              <w:bottom w:val="nil"/>
              <w:right w:val="nil"/>
            </w:tcBorders>
            <w:shd w:val="clear" w:color="000000" w:fill="FFFFFF"/>
            <w:vAlign w:val="center"/>
            <w:hideMark/>
          </w:tcPr>
          <w:p w14:paraId="49C2E1DB"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MenACWY</w:t>
            </w:r>
          </w:p>
        </w:tc>
        <w:tc>
          <w:tcPr>
            <w:tcW w:w="363" w:type="pct"/>
            <w:tcBorders>
              <w:top w:val="nil"/>
              <w:left w:val="nil"/>
              <w:bottom w:val="nil"/>
              <w:right w:val="nil"/>
            </w:tcBorders>
            <w:shd w:val="clear" w:color="000000" w:fill="F2F2F2"/>
            <w:vAlign w:val="center"/>
            <w:hideMark/>
          </w:tcPr>
          <w:p w14:paraId="545F64C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6AAAE8E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5" w:type="pct"/>
            <w:tcBorders>
              <w:top w:val="nil"/>
              <w:left w:val="nil"/>
              <w:bottom w:val="nil"/>
              <w:right w:val="nil"/>
            </w:tcBorders>
            <w:shd w:val="clear" w:color="000000" w:fill="FFFFFF"/>
            <w:vAlign w:val="center"/>
            <w:hideMark/>
          </w:tcPr>
          <w:p w14:paraId="39B6F83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3B5CEBD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76D132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5281F7E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5F1112F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2D108B3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6EB93A0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52F5281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220EED1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57" w:type="pct"/>
            <w:tcBorders>
              <w:top w:val="nil"/>
              <w:left w:val="nil"/>
              <w:bottom w:val="nil"/>
              <w:right w:val="nil"/>
            </w:tcBorders>
            <w:shd w:val="clear" w:color="000000" w:fill="FFFFFF"/>
            <w:vAlign w:val="center"/>
            <w:hideMark/>
          </w:tcPr>
          <w:p w14:paraId="31AB62A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15B59E8B" w14:textId="77777777" w:rsidTr="00132E28">
        <w:trPr>
          <w:trHeight w:val="68"/>
        </w:trPr>
        <w:tc>
          <w:tcPr>
            <w:tcW w:w="648" w:type="pct"/>
            <w:tcBorders>
              <w:top w:val="nil"/>
              <w:left w:val="nil"/>
              <w:bottom w:val="nil"/>
              <w:right w:val="nil"/>
            </w:tcBorders>
            <w:shd w:val="clear" w:color="000000" w:fill="FFFFFF"/>
            <w:vAlign w:val="center"/>
            <w:hideMark/>
          </w:tcPr>
          <w:p w14:paraId="60233F3E"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MenB</w:t>
            </w:r>
          </w:p>
        </w:tc>
        <w:tc>
          <w:tcPr>
            <w:tcW w:w="363" w:type="pct"/>
            <w:tcBorders>
              <w:top w:val="nil"/>
              <w:left w:val="nil"/>
              <w:bottom w:val="nil"/>
              <w:right w:val="nil"/>
            </w:tcBorders>
            <w:shd w:val="clear" w:color="000000" w:fill="F2F2F2"/>
            <w:vAlign w:val="center"/>
            <w:hideMark/>
          </w:tcPr>
          <w:p w14:paraId="433E238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41E61BD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5" w:type="pct"/>
            <w:tcBorders>
              <w:top w:val="nil"/>
              <w:left w:val="nil"/>
              <w:bottom w:val="nil"/>
              <w:right w:val="nil"/>
            </w:tcBorders>
            <w:shd w:val="clear" w:color="000000" w:fill="FFFFFF"/>
            <w:vAlign w:val="center"/>
            <w:hideMark/>
          </w:tcPr>
          <w:p w14:paraId="33C684C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61E0D4A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094B0F5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1F9956E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58A88A6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54D2761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290A61E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0E5A77D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3FB4514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57" w:type="pct"/>
            <w:tcBorders>
              <w:top w:val="nil"/>
              <w:left w:val="nil"/>
              <w:bottom w:val="nil"/>
              <w:right w:val="nil"/>
            </w:tcBorders>
            <w:shd w:val="clear" w:color="000000" w:fill="FFFFFF"/>
            <w:vAlign w:val="center"/>
            <w:hideMark/>
          </w:tcPr>
          <w:p w14:paraId="039F6A1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1E65B369" w14:textId="77777777" w:rsidTr="00132E28">
        <w:trPr>
          <w:trHeight w:val="68"/>
        </w:trPr>
        <w:tc>
          <w:tcPr>
            <w:tcW w:w="648" w:type="pct"/>
            <w:tcBorders>
              <w:top w:val="nil"/>
              <w:left w:val="nil"/>
              <w:bottom w:val="nil"/>
              <w:right w:val="nil"/>
            </w:tcBorders>
            <w:shd w:val="clear" w:color="000000" w:fill="FFFFFF"/>
            <w:vAlign w:val="center"/>
            <w:hideMark/>
          </w:tcPr>
          <w:p w14:paraId="738FF816"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Hib-MenCY</w:t>
            </w:r>
          </w:p>
        </w:tc>
        <w:tc>
          <w:tcPr>
            <w:tcW w:w="363" w:type="pct"/>
            <w:tcBorders>
              <w:top w:val="nil"/>
              <w:left w:val="nil"/>
              <w:bottom w:val="nil"/>
              <w:right w:val="nil"/>
            </w:tcBorders>
            <w:shd w:val="clear" w:color="000000" w:fill="F2F2F2"/>
            <w:vAlign w:val="center"/>
            <w:hideMark/>
          </w:tcPr>
          <w:p w14:paraId="752D49A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657011B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5" w:type="pct"/>
            <w:tcBorders>
              <w:top w:val="nil"/>
              <w:left w:val="nil"/>
              <w:bottom w:val="nil"/>
              <w:right w:val="nil"/>
            </w:tcBorders>
            <w:shd w:val="clear" w:color="000000" w:fill="FFFFFF"/>
            <w:vAlign w:val="center"/>
            <w:hideMark/>
          </w:tcPr>
          <w:p w14:paraId="176394C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624FA28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241C22F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667711F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00F9D4B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0B62B7C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6531A08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3BE7CF0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63" w:type="pct"/>
            <w:tcBorders>
              <w:top w:val="nil"/>
              <w:left w:val="nil"/>
              <w:bottom w:val="nil"/>
              <w:right w:val="nil"/>
            </w:tcBorders>
            <w:shd w:val="clear" w:color="000000" w:fill="FFFFFF"/>
            <w:vAlign w:val="center"/>
            <w:hideMark/>
          </w:tcPr>
          <w:p w14:paraId="46FDB38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(0.00)</w:t>
            </w:r>
          </w:p>
        </w:tc>
        <w:tc>
          <w:tcPr>
            <w:tcW w:w="357" w:type="pct"/>
            <w:tcBorders>
              <w:top w:val="nil"/>
              <w:left w:val="nil"/>
              <w:bottom w:val="nil"/>
              <w:right w:val="nil"/>
            </w:tcBorders>
            <w:shd w:val="clear" w:color="000000" w:fill="FFFFFF"/>
            <w:vAlign w:val="center"/>
            <w:hideMark/>
          </w:tcPr>
          <w:p w14:paraId="0DDE260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629CD75F" w14:textId="77777777" w:rsidTr="00132E28">
        <w:trPr>
          <w:trHeight w:val="68"/>
        </w:trPr>
        <w:tc>
          <w:tcPr>
            <w:tcW w:w="648" w:type="pct"/>
            <w:tcBorders>
              <w:top w:val="nil"/>
              <w:left w:val="nil"/>
              <w:bottom w:val="nil"/>
              <w:right w:val="nil"/>
            </w:tcBorders>
            <w:shd w:val="clear" w:color="000000" w:fill="FFFFFF"/>
            <w:vAlign w:val="center"/>
            <w:hideMark/>
          </w:tcPr>
          <w:p w14:paraId="3EA086F4" w14:textId="77777777" w:rsidR="00726DBE" w:rsidRPr="00693325" w:rsidRDefault="00726DBE" w:rsidP="00841CFC">
            <w:pPr>
              <w:rPr>
                <w:rFonts w:ascii="Times New Roman" w:hAnsi="Times New Roman"/>
                <w:b/>
                <w:bCs/>
                <w:color w:val="000000"/>
                <w:sz w:val="16"/>
                <w:szCs w:val="16"/>
                <w:u w:val="single"/>
              </w:rPr>
            </w:pPr>
            <w:r w:rsidRPr="00693325">
              <w:rPr>
                <w:rFonts w:ascii="Times New Roman" w:hAnsi="Times New Roman"/>
                <w:b/>
                <w:bCs/>
                <w:color w:val="000000"/>
                <w:sz w:val="16"/>
                <w:szCs w:val="16"/>
                <w:u w:val="single"/>
              </w:rPr>
              <w:t>Social and economic factors</w:t>
            </w:r>
            <w:r w:rsidRPr="00693325">
              <w:rPr>
                <w:rFonts w:ascii="Times New Roman" w:hAnsi="Times New Roman"/>
                <w:b/>
                <w:bCs/>
                <w:color w:val="000000"/>
                <w:sz w:val="16"/>
                <w:szCs w:val="16"/>
                <w:u w:val="single"/>
                <w:vertAlign w:val="superscript"/>
              </w:rPr>
              <w:t>d</w:t>
            </w:r>
          </w:p>
        </w:tc>
        <w:tc>
          <w:tcPr>
            <w:tcW w:w="363" w:type="pct"/>
            <w:tcBorders>
              <w:top w:val="nil"/>
              <w:left w:val="nil"/>
              <w:bottom w:val="nil"/>
              <w:right w:val="nil"/>
            </w:tcBorders>
            <w:shd w:val="clear" w:color="000000" w:fill="F2F2F2"/>
            <w:vAlign w:val="center"/>
            <w:hideMark/>
          </w:tcPr>
          <w:p w14:paraId="2F66273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7CFC3EE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5" w:type="pct"/>
            <w:tcBorders>
              <w:top w:val="nil"/>
              <w:left w:val="nil"/>
              <w:bottom w:val="nil"/>
              <w:right w:val="nil"/>
            </w:tcBorders>
            <w:shd w:val="clear" w:color="000000" w:fill="FFFFFF"/>
            <w:vAlign w:val="center"/>
            <w:hideMark/>
          </w:tcPr>
          <w:p w14:paraId="740510E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0166861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553343A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2AB6231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286D507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04B4018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08AA6E6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2F2F2"/>
            <w:vAlign w:val="center"/>
            <w:hideMark/>
          </w:tcPr>
          <w:p w14:paraId="0D5A5CA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nil"/>
              <w:right w:val="nil"/>
            </w:tcBorders>
            <w:shd w:val="clear" w:color="000000" w:fill="FFFFFF"/>
            <w:vAlign w:val="center"/>
            <w:hideMark/>
          </w:tcPr>
          <w:p w14:paraId="5EA065F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shd w:val="clear" w:color="000000" w:fill="FFFFFF"/>
            <w:vAlign w:val="center"/>
            <w:hideMark/>
          </w:tcPr>
          <w:p w14:paraId="4A7416D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36BD3CE9" w14:textId="77777777" w:rsidTr="00132E28">
        <w:trPr>
          <w:trHeight w:val="68"/>
        </w:trPr>
        <w:tc>
          <w:tcPr>
            <w:tcW w:w="648" w:type="pct"/>
            <w:tcBorders>
              <w:top w:val="nil"/>
              <w:left w:val="nil"/>
              <w:bottom w:val="nil"/>
              <w:right w:val="nil"/>
            </w:tcBorders>
            <w:shd w:val="clear" w:color="000000" w:fill="FFFFFF"/>
            <w:vAlign w:val="center"/>
            <w:hideMark/>
          </w:tcPr>
          <w:p w14:paraId="35FF4A3A"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Total Patients 2010–2022, n (%)</w:t>
            </w:r>
          </w:p>
        </w:tc>
        <w:tc>
          <w:tcPr>
            <w:tcW w:w="363" w:type="pct"/>
            <w:tcBorders>
              <w:top w:val="nil"/>
              <w:left w:val="nil"/>
              <w:bottom w:val="nil"/>
              <w:right w:val="nil"/>
            </w:tcBorders>
            <w:shd w:val="clear" w:color="000000" w:fill="F2F2F2"/>
            <w:vAlign w:val="center"/>
            <w:hideMark/>
          </w:tcPr>
          <w:p w14:paraId="1DCF706F"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7 (36.84)</w:t>
            </w:r>
          </w:p>
        </w:tc>
        <w:tc>
          <w:tcPr>
            <w:tcW w:w="363" w:type="pct"/>
            <w:tcBorders>
              <w:top w:val="nil"/>
              <w:left w:val="nil"/>
              <w:bottom w:val="nil"/>
              <w:right w:val="nil"/>
            </w:tcBorders>
            <w:shd w:val="clear" w:color="000000" w:fill="FFFFFF"/>
            <w:vAlign w:val="center"/>
            <w:hideMark/>
          </w:tcPr>
          <w:p w14:paraId="3A19123D"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35 (36.84)</w:t>
            </w:r>
          </w:p>
        </w:tc>
        <w:tc>
          <w:tcPr>
            <w:tcW w:w="365" w:type="pct"/>
            <w:tcBorders>
              <w:top w:val="nil"/>
              <w:left w:val="nil"/>
              <w:bottom w:val="nil"/>
              <w:right w:val="nil"/>
            </w:tcBorders>
            <w:shd w:val="clear" w:color="000000" w:fill="FFFFFF"/>
            <w:vAlign w:val="center"/>
            <w:hideMark/>
          </w:tcPr>
          <w:p w14:paraId="6EDD85AD"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w:t>
            </w:r>
          </w:p>
        </w:tc>
        <w:tc>
          <w:tcPr>
            <w:tcW w:w="363" w:type="pct"/>
            <w:tcBorders>
              <w:top w:val="nil"/>
              <w:left w:val="nil"/>
              <w:bottom w:val="nil"/>
              <w:right w:val="nil"/>
            </w:tcBorders>
            <w:shd w:val="clear" w:color="000000" w:fill="F2F2F2"/>
            <w:vAlign w:val="center"/>
            <w:hideMark/>
          </w:tcPr>
          <w:p w14:paraId="435E1DA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0CA5825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44860D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65B4AC26"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7 (33.33)</w:t>
            </w:r>
          </w:p>
        </w:tc>
        <w:tc>
          <w:tcPr>
            <w:tcW w:w="363" w:type="pct"/>
            <w:tcBorders>
              <w:top w:val="nil"/>
              <w:left w:val="nil"/>
              <w:bottom w:val="nil"/>
              <w:right w:val="nil"/>
            </w:tcBorders>
            <w:shd w:val="clear" w:color="000000" w:fill="FFFFFF"/>
            <w:vAlign w:val="center"/>
            <w:hideMark/>
          </w:tcPr>
          <w:p w14:paraId="5F3D131B"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33 (31.43)</w:t>
            </w:r>
          </w:p>
        </w:tc>
        <w:tc>
          <w:tcPr>
            <w:tcW w:w="363" w:type="pct"/>
            <w:tcBorders>
              <w:top w:val="nil"/>
              <w:left w:val="nil"/>
              <w:bottom w:val="nil"/>
              <w:right w:val="nil"/>
            </w:tcBorders>
            <w:shd w:val="clear" w:color="000000" w:fill="FFFFFF"/>
            <w:vAlign w:val="center"/>
            <w:hideMark/>
          </w:tcPr>
          <w:p w14:paraId="4512E2D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0094A7B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61F238D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shd w:val="clear" w:color="000000" w:fill="FFFFFF"/>
            <w:vAlign w:val="center"/>
            <w:hideMark/>
          </w:tcPr>
          <w:p w14:paraId="247BA6D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2F8586C2" w14:textId="77777777" w:rsidTr="00132E28">
        <w:trPr>
          <w:trHeight w:val="90"/>
        </w:trPr>
        <w:tc>
          <w:tcPr>
            <w:tcW w:w="648" w:type="pct"/>
            <w:tcBorders>
              <w:top w:val="nil"/>
              <w:left w:val="nil"/>
              <w:bottom w:val="nil"/>
              <w:right w:val="nil"/>
            </w:tcBorders>
            <w:shd w:val="clear" w:color="000000" w:fill="FFFFFF"/>
            <w:vAlign w:val="center"/>
            <w:hideMark/>
          </w:tcPr>
          <w:p w14:paraId="14D67B35"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 xml:space="preserve">Proportion of adults that are unemployed, mean (SD) </w:t>
            </w:r>
          </w:p>
        </w:tc>
        <w:tc>
          <w:tcPr>
            <w:tcW w:w="363" w:type="pct"/>
            <w:tcBorders>
              <w:top w:val="nil"/>
              <w:left w:val="nil"/>
              <w:bottom w:val="nil"/>
              <w:right w:val="nil"/>
            </w:tcBorders>
            <w:shd w:val="clear" w:color="000000" w:fill="F2F2F2"/>
            <w:vAlign w:val="center"/>
            <w:hideMark/>
          </w:tcPr>
          <w:p w14:paraId="03415B7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0.08 (0.03)</w:t>
            </w:r>
          </w:p>
        </w:tc>
        <w:tc>
          <w:tcPr>
            <w:tcW w:w="363" w:type="pct"/>
            <w:tcBorders>
              <w:top w:val="nil"/>
              <w:left w:val="nil"/>
              <w:bottom w:val="nil"/>
              <w:right w:val="nil"/>
            </w:tcBorders>
            <w:shd w:val="clear" w:color="000000" w:fill="FFFFFF"/>
            <w:vAlign w:val="center"/>
            <w:hideMark/>
          </w:tcPr>
          <w:p w14:paraId="7D5E114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0.07 (0.03)</w:t>
            </w:r>
          </w:p>
        </w:tc>
        <w:tc>
          <w:tcPr>
            <w:tcW w:w="365" w:type="pct"/>
            <w:tcBorders>
              <w:top w:val="nil"/>
              <w:left w:val="nil"/>
              <w:bottom w:val="nil"/>
              <w:right w:val="nil"/>
            </w:tcBorders>
            <w:shd w:val="clear" w:color="000000" w:fill="FFFFFF"/>
            <w:vAlign w:val="center"/>
            <w:hideMark/>
          </w:tcPr>
          <w:p w14:paraId="1CC9F47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0.568</w:t>
            </w:r>
          </w:p>
        </w:tc>
        <w:tc>
          <w:tcPr>
            <w:tcW w:w="363" w:type="pct"/>
            <w:tcBorders>
              <w:top w:val="nil"/>
              <w:left w:val="nil"/>
              <w:bottom w:val="nil"/>
              <w:right w:val="nil"/>
            </w:tcBorders>
            <w:shd w:val="clear" w:color="000000" w:fill="F2F2F2"/>
            <w:vAlign w:val="center"/>
            <w:hideMark/>
          </w:tcPr>
          <w:p w14:paraId="0AB3523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1C65E68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0C4A1ED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128CF3D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0.07 (0.01)</w:t>
            </w:r>
          </w:p>
        </w:tc>
        <w:tc>
          <w:tcPr>
            <w:tcW w:w="363" w:type="pct"/>
            <w:tcBorders>
              <w:top w:val="nil"/>
              <w:left w:val="nil"/>
              <w:bottom w:val="nil"/>
              <w:right w:val="nil"/>
            </w:tcBorders>
            <w:shd w:val="clear" w:color="000000" w:fill="FFFFFF"/>
            <w:vAlign w:val="center"/>
            <w:hideMark/>
          </w:tcPr>
          <w:p w14:paraId="4474717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0.08 (0.02)</w:t>
            </w:r>
          </w:p>
        </w:tc>
        <w:tc>
          <w:tcPr>
            <w:tcW w:w="363" w:type="pct"/>
            <w:tcBorders>
              <w:top w:val="nil"/>
              <w:left w:val="nil"/>
              <w:bottom w:val="nil"/>
              <w:right w:val="nil"/>
            </w:tcBorders>
            <w:shd w:val="clear" w:color="000000" w:fill="FFFFFF"/>
            <w:vAlign w:val="center"/>
            <w:hideMark/>
          </w:tcPr>
          <w:p w14:paraId="4232296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0.246</w:t>
            </w:r>
          </w:p>
        </w:tc>
        <w:tc>
          <w:tcPr>
            <w:tcW w:w="363" w:type="pct"/>
            <w:tcBorders>
              <w:top w:val="nil"/>
              <w:left w:val="nil"/>
              <w:bottom w:val="nil"/>
              <w:right w:val="nil"/>
            </w:tcBorders>
            <w:shd w:val="clear" w:color="000000" w:fill="F2F2F2"/>
            <w:vAlign w:val="center"/>
            <w:hideMark/>
          </w:tcPr>
          <w:p w14:paraId="196AB38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2D75FF7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shd w:val="clear" w:color="000000" w:fill="FFFFFF"/>
            <w:vAlign w:val="center"/>
            <w:hideMark/>
          </w:tcPr>
          <w:p w14:paraId="22D70FC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5E4AB863" w14:textId="77777777" w:rsidTr="00132E28">
        <w:trPr>
          <w:trHeight w:val="400"/>
        </w:trPr>
        <w:tc>
          <w:tcPr>
            <w:tcW w:w="648" w:type="pct"/>
            <w:tcBorders>
              <w:top w:val="nil"/>
              <w:left w:val="nil"/>
              <w:bottom w:val="nil"/>
              <w:right w:val="nil"/>
            </w:tcBorders>
            <w:shd w:val="clear" w:color="000000" w:fill="FFFFFF"/>
            <w:vAlign w:val="center"/>
            <w:hideMark/>
          </w:tcPr>
          <w:p w14:paraId="308F9A2B"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Proportion of adults who smoke, mean (SD)</w:t>
            </w:r>
          </w:p>
        </w:tc>
        <w:tc>
          <w:tcPr>
            <w:tcW w:w="363" w:type="pct"/>
            <w:tcBorders>
              <w:top w:val="nil"/>
              <w:left w:val="nil"/>
              <w:bottom w:val="nil"/>
              <w:right w:val="nil"/>
            </w:tcBorders>
            <w:shd w:val="clear" w:color="000000" w:fill="F2F2F2"/>
            <w:vAlign w:val="center"/>
            <w:hideMark/>
          </w:tcPr>
          <w:p w14:paraId="101A275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0.18 (0.03)</w:t>
            </w:r>
          </w:p>
        </w:tc>
        <w:tc>
          <w:tcPr>
            <w:tcW w:w="363" w:type="pct"/>
            <w:tcBorders>
              <w:top w:val="nil"/>
              <w:left w:val="nil"/>
              <w:bottom w:val="nil"/>
              <w:right w:val="nil"/>
            </w:tcBorders>
            <w:shd w:val="clear" w:color="000000" w:fill="FFFFFF"/>
            <w:vAlign w:val="center"/>
            <w:hideMark/>
          </w:tcPr>
          <w:p w14:paraId="5664AFB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0.18 (0.07)</w:t>
            </w:r>
          </w:p>
        </w:tc>
        <w:tc>
          <w:tcPr>
            <w:tcW w:w="365" w:type="pct"/>
            <w:tcBorders>
              <w:top w:val="nil"/>
              <w:left w:val="nil"/>
              <w:bottom w:val="nil"/>
              <w:right w:val="nil"/>
            </w:tcBorders>
            <w:shd w:val="clear" w:color="000000" w:fill="FFFFFF"/>
            <w:vAlign w:val="center"/>
            <w:hideMark/>
          </w:tcPr>
          <w:p w14:paraId="6FB4E6C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0.797</w:t>
            </w:r>
          </w:p>
        </w:tc>
        <w:tc>
          <w:tcPr>
            <w:tcW w:w="363" w:type="pct"/>
            <w:tcBorders>
              <w:top w:val="nil"/>
              <w:left w:val="nil"/>
              <w:bottom w:val="nil"/>
              <w:right w:val="nil"/>
            </w:tcBorders>
            <w:shd w:val="clear" w:color="000000" w:fill="F2F2F2"/>
            <w:vAlign w:val="center"/>
            <w:hideMark/>
          </w:tcPr>
          <w:p w14:paraId="0A06331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2AE2C8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592949B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1FFDE51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0.21 (0.05)</w:t>
            </w:r>
          </w:p>
        </w:tc>
        <w:tc>
          <w:tcPr>
            <w:tcW w:w="363" w:type="pct"/>
            <w:tcBorders>
              <w:top w:val="nil"/>
              <w:left w:val="nil"/>
              <w:bottom w:val="nil"/>
              <w:right w:val="nil"/>
            </w:tcBorders>
            <w:shd w:val="clear" w:color="000000" w:fill="FFFFFF"/>
            <w:vAlign w:val="center"/>
            <w:hideMark/>
          </w:tcPr>
          <w:p w14:paraId="6A4AADF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0.18 (0.06)</w:t>
            </w:r>
          </w:p>
        </w:tc>
        <w:tc>
          <w:tcPr>
            <w:tcW w:w="363" w:type="pct"/>
            <w:tcBorders>
              <w:top w:val="nil"/>
              <w:left w:val="nil"/>
              <w:bottom w:val="nil"/>
              <w:right w:val="nil"/>
            </w:tcBorders>
            <w:shd w:val="clear" w:color="000000" w:fill="FFFFFF"/>
            <w:vAlign w:val="center"/>
            <w:hideMark/>
          </w:tcPr>
          <w:p w14:paraId="4E0104A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0.383</w:t>
            </w:r>
          </w:p>
        </w:tc>
        <w:tc>
          <w:tcPr>
            <w:tcW w:w="363" w:type="pct"/>
            <w:tcBorders>
              <w:top w:val="nil"/>
              <w:left w:val="nil"/>
              <w:bottom w:val="nil"/>
              <w:right w:val="nil"/>
            </w:tcBorders>
            <w:shd w:val="clear" w:color="000000" w:fill="F2F2F2"/>
            <w:vAlign w:val="center"/>
            <w:hideMark/>
          </w:tcPr>
          <w:p w14:paraId="181C09F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06B6B19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shd w:val="clear" w:color="000000" w:fill="FFFFFF"/>
            <w:vAlign w:val="center"/>
            <w:hideMark/>
          </w:tcPr>
          <w:p w14:paraId="29C74FB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1B5B4D77" w14:textId="77777777" w:rsidTr="00132E28">
        <w:trPr>
          <w:trHeight w:val="90"/>
        </w:trPr>
        <w:tc>
          <w:tcPr>
            <w:tcW w:w="648" w:type="pct"/>
            <w:tcBorders>
              <w:top w:val="nil"/>
              <w:left w:val="nil"/>
              <w:bottom w:val="nil"/>
              <w:right w:val="nil"/>
            </w:tcBorders>
            <w:shd w:val="clear" w:color="000000" w:fill="FFFFFF"/>
            <w:vAlign w:val="center"/>
            <w:hideMark/>
          </w:tcPr>
          <w:p w14:paraId="739086AD"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Proportion of adults with a high school diploma, mean (SD)</w:t>
            </w:r>
          </w:p>
        </w:tc>
        <w:tc>
          <w:tcPr>
            <w:tcW w:w="363" w:type="pct"/>
            <w:tcBorders>
              <w:top w:val="nil"/>
              <w:left w:val="nil"/>
              <w:bottom w:val="nil"/>
              <w:right w:val="nil"/>
            </w:tcBorders>
            <w:shd w:val="clear" w:color="000000" w:fill="F2F2F2"/>
            <w:vAlign w:val="center"/>
            <w:hideMark/>
          </w:tcPr>
          <w:p w14:paraId="0A8B9D7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0.78 (0.05)</w:t>
            </w:r>
          </w:p>
        </w:tc>
        <w:tc>
          <w:tcPr>
            <w:tcW w:w="363" w:type="pct"/>
            <w:tcBorders>
              <w:top w:val="nil"/>
              <w:left w:val="nil"/>
              <w:bottom w:val="nil"/>
              <w:right w:val="nil"/>
            </w:tcBorders>
            <w:shd w:val="clear" w:color="000000" w:fill="FFFFFF"/>
            <w:vAlign w:val="center"/>
            <w:hideMark/>
          </w:tcPr>
          <w:p w14:paraId="29240F5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0.82 (0.10)</w:t>
            </w:r>
          </w:p>
        </w:tc>
        <w:tc>
          <w:tcPr>
            <w:tcW w:w="365" w:type="pct"/>
            <w:tcBorders>
              <w:top w:val="nil"/>
              <w:left w:val="nil"/>
              <w:bottom w:val="nil"/>
              <w:right w:val="nil"/>
            </w:tcBorders>
            <w:shd w:val="clear" w:color="000000" w:fill="FFFFFF"/>
            <w:vAlign w:val="center"/>
            <w:hideMark/>
          </w:tcPr>
          <w:p w14:paraId="676CFF7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0.319</w:t>
            </w:r>
          </w:p>
        </w:tc>
        <w:tc>
          <w:tcPr>
            <w:tcW w:w="363" w:type="pct"/>
            <w:tcBorders>
              <w:top w:val="nil"/>
              <w:left w:val="nil"/>
              <w:bottom w:val="nil"/>
              <w:right w:val="nil"/>
            </w:tcBorders>
            <w:shd w:val="clear" w:color="000000" w:fill="F2F2F2"/>
            <w:vAlign w:val="center"/>
            <w:hideMark/>
          </w:tcPr>
          <w:p w14:paraId="5B90DB3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5F375B5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69B7406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362F045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0.82 (0.09)</w:t>
            </w:r>
          </w:p>
        </w:tc>
        <w:tc>
          <w:tcPr>
            <w:tcW w:w="363" w:type="pct"/>
            <w:tcBorders>
              <w:top w:val="nil"/>
              <w:left w:val="nil"/>
              <w:bottom w:val="nil"/>
              <w:right w:val="nil"/>
            </w:tcBorders>
            <w:shd w:val="clear" w:color="000000" w:fill="FFFFFF"/>
            <w:vAlign w:val="center"/>
            <w:hideMark/>
          </w:tcPr>
          <w:p w14:paraId="44C7462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0.77 (0.11)</w:t>
            </w:r>
          </w:p>
        </w:tc>
        <w:tc>
          <w:tcPr>
            <w:tcW w:w="363" w:type="pct"/>
            <w:tcBorders>
              <w:top w:val="nil"/>
              <w:left w:val="nil"/>
              <w:bottom w:val="nil"/>
              <w:right w:val="nil"/>
            </w:tcBorders>
            <w:shd w:val="clear" w:color="000000" w:fill="FFFFFF"/>
            <w:vAlign w:val="center"/>
            <w:hideMark/>
          </w:tcPr>
          <w:p w14:paraId="2BDBA60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0.300</w:t>
            </w:r>
          </w:p>
        </w:tc>
        <w:tc>
          <w:tcPr>
            <w:tcW w:w="363" w:type="pct"/>
            <w:tcBorders>
              <w:top w:val="nil"/>
              <w:left w:val="nil"/>
              <w:bottom w:val="nil"/>
              <w:right w:val="nil"/>
            </w:tcBorders>
            <w:shd w:val="clear" w:color="000000" w:fill="F2F2F2"/>
            <w:vAlign w:val="center"/>
            <w:hideMark/>
          </w:tcPr>
          <w:p w14:paraId="247E370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191226D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shd w:val="clear" w:color="000000" w:fill="FFFFFF"/>
            <w:vAlign w:val="center"/>
            <w:hideMark/>
          </w:tcPr>
          <w:p w14:paraId="6868E66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70E0D5CB" w14:textId="77777777" w:rsidTr="00132E28">
        <w:trPr>
          <w:trHeight w:val="68"/>
        </w:trPr>
        <w:tc>
          <w:tcPr>
            <w:tcW w:w="648" w:type="pct"/>
            <w:tcBorders>
              <w:top w:val="nil"/>
              <w:left w:val="nil"/>
              <w:bottom w:val="nil"/>
              <w:right w:val="nil"/>
            </w:tcBorders>
            <w:shd w:val="clear" w:color="000000" w:fill="FFFFFF"/>
            <w:vAlign w:val="center"/>
            <w:hideMark/>
          </w:tcPr>
          <w:p w14:paraId="18B79E7B"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Proportion of births with low birthweight, mean (SD)</w:t>
            </w:r>
          </w:p>
        </w:tc>
        <w:tc>
          <w:tcPr>
            <w:tcW w:w="363" w:type="pct"/>
            <w:tcBorders>
              <w:top w:val="nil"/>
              <w:left w:val="nil"/>
              <w:bottom w:val="nil"/>
              <w:right w:val="nil"/>
            </w:tcBorders>
            <w:shd w:val="clear" w:color="000000" w:fill="F2F2F2"/>
            <w:vAlign w:val="center"/>
            <w:hideMark/>
          </w:tcPr>
          <w:p w14:paraId="57479CC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0.09 (0.03)</w:t>
            </w:r>
          </w:p>
        </w:tc>
        <w:tc>
          <w:tcPr>
            <w:tcW w:w="363" w:type="pct"/>
            <w:tcBorders>
              <w:top w:val="nil"/>
              <w:left w:val="nil"/>
              <w:bottom w:val="nil"/>
              <w:right w:val="nil"/>
            </w:tcBorders>
            <w:shd w:val="clear" w:color="000000" w:fill="FFFFFF"/>
            <w:vAlign w:val="center"/>
            <w:hideMark/>
          </w:tcPr>
          <w:p w14:paraId="7155DB0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0.08 (0.01)</w:t>
            </w:r>
          </w:p>
        </w:tc>
        <w:tc>
          <w:tcPr>
            <w:tcW w:w="365" w:type="pct"/>
            <w:tcBorders>
              <w:top w:val="nil"/>
              <w:left w:val="nil"/>
              <w:bottom w:val="nil"/>
              <w:right w:val="nil"/>
            </w:tcBorders>
            <w:shd w:val="clear" w:color="000000" w:fill="FFFFFF"/>
            <w:vAlign w:val="center"/>
            <w:hideMark/>
          </w:tcPr>
          <w:p w14:paraId="05BF7A0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0.143</w:t>
            </w:r>
          </w:p>
        </w:tc>
        <w:tc>
          <w:tcPr>
            <w:tcW w:w="363" w:type="pct"/>
            <w:tcBorders>
              <w:top w:val="nil"/>
              <w:left w:val="nil"/>
              <w:bottom w:val="nil"/>
              <w:right w:val="nil"/>
            </w:tcBorders>
            <w:shd w:val="clear" w:color="000000" w:fill="F2F2F2"/>
            <w:vAlign w:val="center"/>
            <w:hideMark/>
          </w:tcPr>
          <w:p w14:paraId="1DB8142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39EA51A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6D4AFE3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71080EB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0.08 (0.01)</w:t>
            </w:r>
          </w:p>
        </w:tc>
        <w:tc>
          <w:tcPr>
            <w:tcW w:w="363" w:type="pct"/>
            <w:tcBorders>
              <w:top w:val="nil"/>
              <w:left w:val="nil"/>
              <w:bottom w:val="nil"/>
              <w:right w:val="nil"/>
            </w:tcBorders>
            <w:shd w:val="clear" w:color="000000" w:fill="FFFFFF"/>
            <w:vAlign w:val="center"/>
            <w:hideMark/>
          </w:tcPr>
          <w:p w14:paraId="5D29C19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0.08 (0.02)</w:t>
            </w:r>
          </w:p>
        </w:tc>
        <w:tc>
          <w:tcPr>
            <w:tcW w:w="363" w:type="pct"/>
            <w:tcBorders>
              <w:top w:val="nil"/>
              <w:left w:val="nil"/>
              <w:bottom w:val="nil"/>
              <w:right w:val="nil"/>
            </w:tcBorders>
            <w:shd w:val="clear" w:color="000000" w:fill="FFFFFF"/>
            <w:vAlign w:val="center"/>
            <w:hideMark/>
          </w:tcPr>
          <w:p w14:paraId="25F5D8B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0.723</w:t>
            </w:r>
          </w:p>
        </w:tc>
        <w:tc>
          <w:tcPr>
            <w:tcW w:w="363" w:type="pct"/>
            <w:tcBorders>
              <w:top w:val="nil"/>
              <w:left w:val="nil"/>
              <w:bottom w:val="nil"/>
              <w:right w:val="nil"/>
            </w:tcBorders>
            <w:shd w:val="clear" w:color="000000" w:fill="F2F2F2"/>
            <w:vAlign w:val="center"/>
            <w:hideMark/>
          </w:tcPr>
          <w:p w14:paraId="6386AF4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4100153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shd w:val="clear" w:color="000000" w:fill="FFFFFF"/>
            <w:vAlign w:val="center"/>
            <w:hideMark/>
          </w:tcPr>
          <w:p w14:paraId="3B3B66B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5244F532" w14:textId="77777777" w:rsidTr="00132E28">
        <w:trPr>
          <w:trHeight w:val="400"/>
        </w:trPr>
        <w:tc>
          <w:tcPr>
            <w:tcW w:w="648" w:type="pct"/>
            <w:tcBorders>
              <w:top w:val="nil"/>
              <w:left w:val="nil"/>
              <w:bottom w:val="nil"/>
              <w:right w:val="nil"/>
            </w:tcBorders>
            <w:shd w:val="clear" w:color="000000" w:fill="FFFFFF"/>
            <w:vAlign w:val="center"/>
            <w:hideMark/>
          </w:tcPr>
          <w:p w14:paraId="7C76BFFC"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Proportion of toddlers/children in poverty, mean (SD)</w:t>
            </w:r>
          </w:p>
        </w:tc>
        <w:tc>
          <w:tcPr>
            <w:tcW w:w="363" w:type="pct"/>
            <w:tcBorders>
              <w:top w:val="nil"/>
              <w:left w:val="nil"/>
              <w:bottom w:val="nil"/>
              <w:right w:val="nil"/>
            </w:tcBorders>
            <w:shd w:val="clear" w:color="000000" w:fill="F2F2F2"/>
            <w:vAlign w:val="center"/>
            <w:hideMark/>
          </w:tcPr>
          <w:p w14:paraId="72B00E7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0.25 (0.10)</w:t>
            </w:r>
          </w:p>
        </w:tc>
        <w:tc>
          <w:tcPr>
            <w:tcW w:w="363" w:type="pct"/>
            <w:tcBorders>
              <w:top w:val="nil"/>
              <w:left w:val="nil"/>
              <w:bottom w:val="nil"/>
              <w:right w:val="nil"/>
            </w:tcBorders>
            <w:shd w:val="clear" w:color="000000" w:fill="FFFFFF"/>
            <w:vAlign w:val="center"/>
            <w:hideMark/>
          </w:tcPr>
          <w:p w14:paraId="67280F6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0.19 (0.09)</w:t>
            </w:r>
          </w:p>
        </w:tc>
        <w:tc>
          <w:tcPr>
            <w:tcW w:w="365" w:type="pct"/>
            <w:tcBorders>
              <w:top w:val="nil"/>
              <w:left w:val="nil"/>
              <w:bottom w:val="nil"/>
              <w:right w:val="nil"/>
            </w:tcBorders>
            <w:shd w:val="clear" w:color="000000" w:fill="FFFFFF"/>
            <w:vAlign w:val="center"/>
            <w:hideMark/>
          </w:tcPr>
          <w:p w14:paraId="06E3950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0.127</w:t>
            </w:r>
          </w:p>
        </w:tc>
        <w:tc>
          <w:tcPr>
            <w:tcW w:w="363" w:type="pct"/>
            <w:tcBorders>
              <w:top w:val="nil"/>
              <w:left w:val="nil"/>
              <w:bottom w:val="nil"/>
              <w:right w:val="nil"/>
            </w:tcBorders>
            <w:shd w:val="clear" w:color="000000" w:fill="F2F2F2"/>
            <w:vAlign w:val="center"/>
            <w:hideMark/>
          </w:tcPr>
          <w:p w14:paraId="63D7C56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67BD57F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65E54EA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2906B93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0.18 (0.06)</w:t>
            </w:r>
          </w:p>
        </w:tc>
        <w:tc>
          <w:tcPr>
            <w:tcW w:w="363" w:type="pct"/>
            <w:tcBorders>
              <w:top w:val="nil"/>
              <w:left w:val="nil"/>
              <w:bottom w:val="nil"/>
              <w:right w:val="nil"/>
            </w:tcBorders>
            <w:shd w:val="clear" w:color="000000" w:fill="FFFFFF"/>
            <w:vAlign w:val="center"/>
            <w:hideMark/>
          </w:tcPr>
          <w:p w14:paraId="01FCC32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0.21 (0.11)</w:t>
            </w:r>
          </w:p>
        </w:tc>
        <w:tc>
          <w:tcPr>
            <w:tcW w:w="363" w:type="pct"/>
            <w:tcBorders>
              <w:top w:val="nil"/>
              <w:left w:val="nil"/>
              <w:bottom w:val="nil"/>
              <w:right w:val="nil"/>
            </w:tcBorders>
            <w:shd w:val="clear" w:color="000000" w:fill="FFFFFF"/>
            <w:vAlign w:val="center"/>
            <w:hideMark/>
          </w:tcPr>
          <w:p w14:paraId="58D6B9C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0.553</w:t>
            </w:r>
          </w:p>
        </w:tc>
        <w:tc>
          <w:tcPr>
            <w:tcW w:w="363" w:type="pct"/>
            <w:tcBorders>
              <w:top w:val="nil"/>
              <w:left w:val="nil"/>
              <w:bottom w:val="nil"/>
              <w:right w:val="nil"/>
            </w:tcBorders>
            <w:shd w:val="clear" w:color="000000" w:fill="F2F2F2"/>
            <w:vAlign w:val="center"/>
            <w:hideMark/>
          </w:tcPr>
          <w:p w14:paraId="40A1091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7CE792D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shd w:val="clear" w:color="000000" w:fill="FFFFFF"/>
            <w:vAlign w:val="center"/>
            <w:hideMark/>
          </w:tcPr>
          <w:p w14:paraId="5AFA601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6B1A33A8" w14:textId="77777777" w:rsidTr="00132E28">
        <w:trPr>
          <w:trHeight w:val="68"/>
        </w:trPr>
        <w:tc>
          <w:tcPr>
            <w:tcW w:w="648" w:type="pct"/>
            <w:tcBorders>
              <w:top w:val="nil"/>
              <w:left w:val="nil"/>
              <w:bottom w:val="nil"/>
              <w:right w:val="nil"/>
            </w:tcBorders>
            <w:shd w:val="clear" w:color="000000" w:fill="FFFFFF"/>
            <w:vAlign w:val="center"/>
            <w:hideMark/>
          </w:tcPr>
          <w:p w14:paraId="3A7F6AC3"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Total Patients 2010, 2015–2022, n (%)</w:t>
            </w:r>
          </w:p>
        </w:tc>
        <w:tc>
          <w:tcPr>
            <w:tcW w:w="363" w:type="pct"/>
            <w:tcBorders>
              <w:top w:val="nil"/>
              <w:left w:val="nil"/>
              <w:bottom w:val="nil"/>
              <w:right w:val="nil"/>
            </w:tcBorders>
            <w:shd w:val="clear" w:color="000000" w:fill="F2F2F2"/>
            <w:vAlign w:val="center"/>
            <w:hideMark/>
          </w:tcPr>
          <w:p w14:paraId="452F8E63"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4 (21.05)</w:t>
            </w:r>
          </w:p>
        </w:tc>
        <w:tc>
          <w:tcPr>
            <w:tcW w:w="363" w:type="pct"/>
            <w:tcBorders>
              <w:top w:val="nil"/>
              <w:left w:val="nil"/>
              <w:bottom w:val="nil"/>
              <w:right w:val="nil"/>
            </w:tcBorders>
            <w:shd w:val="clear" w:color="000000" w:fill="FFFFFF"/>
            <w:vAlign w:val="center"/>
            <w:hideMark/>
          </w:tcPr>
          <w:p w14:paraId="4C7633BF"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20 (21.05)</w:t>
            </w:r>
          </w:p>
        </w:tc>
        <w:tc>
          <w:tcPr>
            <w:tcW w:w="365" w:type="pct"/>
            <w:tcBorders>
              <w:top w:val="nil"/>
              <w:left w:val="nil"/>
              <w:bottom w:val="nil"/>
              <w:right w:val="nil"/>
            </w:tcBorders>
            <w:shd w:val="clear" w:color="000000" w:fill="FFFFFF"/>
            <w:vAlign w:val="center"/>
            <w:hideMark/>
          </w:tcPr>
          <w:p w14:paraId="6DAC00A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7AA2C1F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50F807C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564E6E0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19DFC023"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3 (14.29)</w:t>
            </w:r>
          </w:p>
        </w:tc>
        <w:tc>
          <w:tcPr>
            <w:tcW w:w="363" w:type="pct"/>
            <w:tcBorders>
              <w:top w:val="nil"/>
              <w:left w:val="nil"/>
              <w:bottom w:val="nil"/>
              <w:right w:val="nil"/>
            </w:tcBorders>
            <w:shd w:val="clear" w:color="000000" w:fill="FFFFFF"/>
            <w:vAlign w:val="center"/>
            <w:hideMark/>
          </w:tcPr>
          <w:p w14:paraId="37DABE08"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14 (13.33)</w:t>
            </w:r>
          </w:p>
        </w:tc>
        <w:tc>
          <w:tcPr>
            <w:tcW w:w="363" w:type="pct"/>
            <w:tcBorders>
              <w:top w:val="nil"/>
              <w:left w:val="nil"/>
              <w:bottom w:val="nil"/>
              <w:right w:val="nil"/>
            </w:tcBorders>
            <w:shd w:val="clear" w:color="000000" w:fill="FFFFFF"/>
            <w:vAlign w:val="center"/>
            <w:hideMark/>
          </w:tcPr>
          <w:p w14:paraId="5DB8FF0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1D1CFD1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7C257E9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shd w:val="clear" w:color="000000" w:fill="FFFFFF"/>
            <w:vAlign w:val="center"/>
            <w:hideMark/>
          </w:tcPr>
          <w:p w14:paraId="45766C0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547C79D4" w14:textId="77777777" w:rsidTr="00132E28">
        <w:trPr>
          <w:trHeight w:val="126"/>
        </w:trPr>
        <w:tc>
          <w:tcPr>
            <w:tcW w:w="648" w:type="pct"/>
            <w:tcBorders>
              <w:top w:val="nil"/>
              <w:left w:val="nil"/>
              <w:bottom w:val="nil"/>
              <w:right w:val="nil"/>
            </w:tcBorders>
            <w:shd w:val="clear" w:color="000000" w:fill="FFFFFF"/>
            <w:vAlign w:val="center"/>
            <w:hideMark/>
          </w:tcPr>
          <w:p w14:paraId="673CB74E"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Income inequality ratio, mean (SD)</w:t>
            </w:r>
          </w:p>
        </w:tc>
        <w:tc>
          <w:tcPr>
            <w:tcW w:w="363" w:type="pct"/>
            <w:tcBorders>
              <w:top w:val="nil"/>
              <w:left w:val="nil"/>
              <w:bottom w:val="nil"/>
              <w:right w:val="nil"/>
            </w:tcBorders>
            <w:shd w:val="clear" w:color="000000" w:fill="F2F2F2"/>
            <w:vAlign w:val="center"/>
            <w:hideMark/>
          </w:tcPr>
          <w:p w14:paraId="1F510E2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5.11 (0.34)</w:t>
            </w:r>
          </w:p>
        </w:tc>
        <w:tc>
          <w:tcPr>
            <w:tcW w:w="363" w:type="pct"/>
            <w:tcBorders>
              <w:top w:val="nil"/>
              <w:left w:val="nil"/>
              <w:bottom w:val="nil"/>
              <w:right w:val="nil"/>
            </w:tcBorders>
            <w:shd w:val="clear" w:color="000000" w:fill="FFFFFF"/>
            <w:vAlign w:val="center"/>
            <w:hideMark/>
          </w:tcPr>
          <w:p w14:paraId="0399518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4.64 (0.72)</w:t>
            </w:r>
          </w:p>
        </w:tc>
        <w:tc>
          <w:tcPr>
            <w:tcW w:w="365" w:type="pct"/>
            <w:tcBorders>
              <w:top w:val="nil"/>
              <w:left w:val="nil"/>
              <w:bottom w:val="nil"/>
              <w:right w:val="nil"/>
            </w:tcBorders>
            <w:shd w:val="clear" w:color="000000" w:fill="FFFFFF"/>
            <w:vAlign w:val="center"/>
            <w:hideMark/>
          </w:tcPr>
          <w:p w14:paraId="2BD8791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0.224</w:t>
            </w:r>
          </w:p>
        </w:tc>
        <w:tc>
          <w:tcPr>
            <w:tcW w:w="363" w:type="pct"/>
            <w:tcBorders>
              <w:top w:val="nil"/>
              <w:left w:val="nil"/>
              <w:bottom w:val="nil"/>
              <w:right w:val="nil"/>
            </w:tcBorders>
            <w:shd w:val="clear" w:color="000000" w:fill="F2F2F2"/>
            <w:vAlign w:val="center"/>
            <w:hideMark/>
          </w:tcPr>
          <w:p w14:paraId="2AAA15D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5A1397B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3CB0287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4D0C2C2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17.19 (22.61)</w:t>
            </w:r>
          </w:p>
        </w:tc>
        <w:tc>
          <w:tcPr>
            <w:tcW w:w="363" w:type="pct"/>
            <w:tcBorders>
              <w:top w:val="nil"/>
              <w:left w:val="nil"/>
              <w:bottom w:val="nil"/>
              <w:right w:val="nil"/>
            </w:tcBorders>
            <w:shd w:val="clear" w:color="000000" w:fill="FFFFFF"/>
            <w:vAlign w:val="center"/>
            <w:hideMark/>
          </w:tcPr>
          <w:p w14:paraId="67078BD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18.78 (19.38)</w:t>
            </w:r>
          </w:p>
        </w:tc>
        <w:tc>
          <w:tcPr>
            <w:tcW w:w="363" w:type="pct"/>
            <w:tcBorders>
              <w:top w:val="nil"/>
              <w:left w:val="nil"/>
              <w:bottom w:val="nil"/>
              <w:right w:val="nil"/>
            </w:tcBorders>
            <w:shd w:val="clear" w:color="000000" w:fill="FFFFFF"/>
            <w:vAlign w:val="center"/>
            <w:hideMark/>
          </w:tcPr>
          <w:p w14:paraId="278DB57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0.901</w:t>
            </w:r>
          </w:p>
        </w:tc>
        <w:tc>
          <w:tcPr>
            <w:tcW w:w="363" w:type="pct"/>
            <w:tcBorders>
              <w:top w:val="nil"/>
              <w:left w:val="nil"/>
              <w:bottom w:val="nil"/>
              <w:right w:val="nil"/>
            </w:tcBorders>
            <w:shd w:val="clear" w:color="000000" w:fill="F2F2F2"/>
            <w:vAlign w:val="center"/>
            <w:hideMark/>
          </w:tcPr>
          <w:p w14:paraId="02776CB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3A91DA0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shd w:val="clear" w:color="000000" w:fill="FFFFFF"/>
            <w:vAlign w:val="center"/>
            <w:hideMark/>
          </w:tcPr>
          <w:p w14:paraId="086637E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6B9B045A" w14:textId="77777777" w:rsidTr="00132E28">
        <w:trPr>
          <w:trHeight w:val="99"/>
        </w:trPr>
        <w:tc>
          <w:tcPr>
            <w:tcW w:w="648" w:type="pct"/>
            <w:tcBorders>
              <w:top w:val="nil"/>
              <w:left w:val="nil"/>
              <w:bottom w:val="nil"/>
              <w:right w:val="nil"/>
            </w:tcBorders>
            <w:shd w:val="clear" w:color="000000" w:fill="FFFFFF"/>
            <w:vAlign w:val="center"/>
            <w:hideMark/>
          </w:tcPr>
          <w:p w14:paraId="465AA816"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Total Patients 2011–2022, n (%)</w:t>
            </w:r>
          </w:p>
        </w:tc>
        <w:tc>
          <w:tcPr>
            <w:tcW w:w="363" w:type="pct"/>
            <w:tcBorders>
              <w:top w:val="nil"/>
              <w:left w:val="nil"/>
              <w:bottom w:val="nil"/>
              <w:right w:val="nil"/>
            </w:tcBorders>
            <w:shd w:val="clear" w:color="000000" w:fill="F2F2F2"/>
            <w:vAlign w:val="center"/>
            <w:hideMark/>
          </w:tcPr>
          <w:p w14:paraId="1EEF2751"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7 (36.84)</w:t>
            </w:r>
          </w:p>
        </w:tc>
        <w:tc>
          <w:tcPr>
            <w:tcW w:w="363" w:type="pct"/>
            <w:tcBorders>
              <w:top w:val="nil"/>
              <w:left w:val="nil"/>
              <w:bottom w:val="nil"/>
              <w:right w:val="nil"/>
            </w:tcBorders>
            <w:shd w:val="clear" w:color="000000" w:fill="FFFFFF"/>
            <w:vAlign w:val="center"/>
            <w:hideMark/>
          </w:tcPr>
          <w:p w14:paraId="57C4014D"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35 (36.84)</w:t>
            </w:r>
          </w:p>
        </w:tc>
        <w:tc>
          <w:tcPr>
            <w:tcW w:w="365" w:type="pct"/>
            <w:tcBorders>
              <w:top w:val="nil"/>
              <w:left w:val="nil"/>
              <w:bottom w:val="nil"/>
              <w:right w:val="nil"/>
            </w:tcBorders>
            <w:shd w:val="clear" w:color="000000" w:fill="FFFFFF"/>
            <w:vAlign w:val="center"/>
            <w:hideMark/>
          </w:tcPr>
          <w:p w14:paraId="1572CDA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7047471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79803B7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4777125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3E0744AF"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6 (28.57)</w:t>
            </w:r>
          </w:p>
        </w:tc>
        <w:tc>
          <w:tcPr>
            <w:tcW w:w="363" w:type="pct"/>
            <w:tcBorders>
              <w:top w:val="nil"/>
              <w:left w:val="nil"/>
              <w:bottom w:val="nil"/>
              <w:right w:val="nil"/>
            </w:tcBorders>
            <w:shd w:val="clear" w:color="000000" w:fill="FFFFFF"/>
            <w:vAlign w:val="center"/>
            <w:hideMark/>
          </w:tcPr>
          <w:p w14:paraId="37E2C671"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28 (26.67)</w:t>
            </w:r>
          </w:p>
        </w:tc>
        <w:tc>
          <w:tcPr>
            <w:tcW w:w="363" w:type="pct"/>
            <w:tcBorders>
              <w:top w:val="nil"/>
              <w:left w:val="nil"/>
              <w:bottom w:val="nil"/>
              <w:right w:val="nil"/>
            </w:tcBorders>
            <w:shd w:val="clear" w:color="000000" w:fill="FFFFFF"/>
            <w:vAlign w:val="center"/>
            <w:hideMark/>
          </w:tcPr>
          <w:p w14:paraId="11E3A0D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649F008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42E3DE0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shd w:val="clear" w:color="000000" w:fill="FFFFFF"/>
            <w:vAlign w:val="center"/>
            <w:hideMark/>
          </w:tcPr>
          <w:p w14:paraId="3AC9D27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01C965BB" w14:textId="77777777" w:rsidTr="00132E28">
        <w:trPr>
          <w:trHeight w:val="400"/>
        </w:trPr>
        <w:tc>
          <w:tcPr>
            <w:tcW w:w="648" w:type="pct"/>
            <w:tcBorders>
              <w:top w:val="nil"/>
              <w:left w:val="nil"/>
              <w:bottom w:val="nil"/>
              <w:right w:val="nil"/>
            </w:tcBorders>
            <w:shd w:val="clear" w:color="000000" w:fill="FFFFFF"/>
            <w:vAlign w:val="center"/>
            <w:hideMark/>
          </w:tcPr>
          <w:p w14:paraId="3502DF97"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Median household income, mean (SD)</w:t>
            </w:r>
          </w:p>
        </w:tc>
        <w:tc>
          <w:tcPr>
            <w:tcW w:w="363" w:type="pct"/>
            <w:tcBorders>
              <w:top w:val="nil"/>
              <w:left w:val="nil"/>
              <w:bottom w:val="nil"/>
              <w:right w:val="nil"/>
            </w:tcBorders>
            <w:shd w:val="clear" w:color="000000" w:fill="F2F2F2"/>
            <w:vAlign w:val="center"/>
            <w:hideMark/>
          </w:tcPr>
          <w:p w14:paraId="4A48771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47,748 (9,213)</w:t>
            </w:r>
          </w:p>
        </w:tc>
        <w:tc>
          <w:tcPr>
            <w:tcW w:w="363" w:type="pct"/>
            <w:tcBorders>
              <w:top w:val="nil"/>
              <w:left w:val="nil"/>
              <w:bottom w:val="nil"/>
              <w:right w:val="nil"/>
            </w:tcBorders>
            <w:shd w:val="clear" w:color="000000" w:fill="FFFFFF"/>
            <w:vAlign w:val="center"/>
            <w:hideMark/>
          </w:tcPr>
          <w:p w14:paraId="590DF2B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55,624 (14,036)</w:t>
            </w:r>
          </w:p>
        </w:tc>
        <w:tc>
          <w:tcPr>
            <w:tcW w:w="365" w:type="pct"/>
            <w:tcBorders>
              <w:top w:val="nil"/>
              <w:left w:val="nil"/>
              <w:bottom w:val="nil"/>
              <w:right w:val="nil"/>
            </w:tcBorders>
            <w:shd w:val="clear" w:color="000000" w:fill="FFFFFF"/>
            <w:vAlign w:val="center"/>
            <w:hideMark/>
          </w:tcPr>
          <w:p w14:paraId="072541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0.164</w:t>
            </w:r>
          </w:p>
        </w:tc>
        <w:tc>
          <w:tcPr>
            <w:tcW w:w="363" w:type="pct"/>
            <w:tcBorders>
              <w:top w:val="nil"/>
              <w:left w:val="nil"/>
              <w:bottom w:val="nil"/>
              <w:right w:val="nil"/>
            </w:tcBorders>
            <w:shd w:val="clear" w:color="000000" w:fill="F2F2F2"/>
            <w:vAlign w:val="center"/>
            <w:hideMark/>
          </w:tcPr>
          <w:p w14:paraId="3B452E3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680B828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1C9C0B0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295FE10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53,125 (10,970)</w:t>
            </w:r>
          </w:p>
        </w:tc>
        <w:tc>
          <w:tcPr>
            <w:tcW w:w="363" w:type="pct"/>
            <w:tcBorders>
              <w:top w:val="nil"/>
              <w:left w:val="nil"/>
              <w:bottom w:val="nil"/>
              <w:right w:val="nil"/>
            </w:tcBorders>
            <w:shd w:val="clear" w:color="000000" w:fill="FFFFFF"/>
            <w:vAlign w:val="center"/>
            <w:hideMark/>
          </w:tcPr>
          <w:p w14:paraId="5E48F9C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56,906 (17,254)</w:t>
            </w:r>
          </w:p>
        </w:tc>
        <w:tc>
          <w:tcPr>
            <w:tcW w:w="363" w:type="pct"/>
            <w:tcBorders>
              <w:top w:val="nil"/>
              <w:left w:val="nil"/>
              <w:bottom w:val="nil"/>
              <w:right w:val="nil"/>
            </w:tcBorders>
            <w:shd w:val="clear" w:color="000000" w:fill="FFFFFF"/>
            <w:vAlign w:val="center"/>
            <w:hideMark/>
          </w:tcPr>
          <w:p w14:paraId="30A3032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0.613</w:t>
            </w:r>
          </w:p>
        </w:tc>
        <w:tc>
          <w:tcPr>
            <w:tcW w:w="363" w:type="pct"/>
            <w:tcBorders>
              <w:top w:val="nil"/>
              <w:left w:val="nil"/>
              <w:bottom w:val="nil"/>
              <w:right w:val="nil"/>
            </w:tcBorders>
            <w:shd w:val="clear" w:color="000000" w:fill="F2F2F2"/>
            <w:vAlign w:val="center"/>
            <w:hideMark/>
          </w:tcPr>
          <w:p w14:paraId="78BD1AC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09B8364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shd w:val="clear" w:color="000000" w:fill="FFFFFF"/>
            <w:vAlign w:val="center"/>
            <w:hideMark/>
          </w:tcPr>
          <w:p w14:paraId="7B08203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6EE21F1E" w14:textId="77777777" w:rsidTr="00132E28">
        <w:trPr>
          <w:trHeight w:val="117"/>
        </w:trPr>
        <w:tc>
          <w:tcPr>
            <w:tcW w:w="648" w:type="pct"/>
            <w:tcBorders>
              <w:top w:val="nil"/>
              <w:left w:val="nil"/>
              <w:right w:val="nil"/>
            </w:tcBorders>
            <w:shd w:val="clear" w:color="000000" w:fill="FFFFFF"/>
            <w:vAlign w:val="center"/>
            <w:hideMark/>
          </w:tcPr>
          <w:p w14:paraId="265078CC"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Proportion of population not proficient in English, mean (SD)</w:t>
            </w:r>
          </w:p>
        </w:tc>
        <w:tc>
          <w:tcPr>
            <w:tcW w:w="363" w:type="pct"/>
            <w:tcBorders>
              <w:top w:val="nil"/>
              <w:left w:val="nil"/>
              <w:right w:val="nil"/>
            </w:tcBorders>
            <w:shd w:val="clear" w:color="000000" w:fill="F2F2F2"/>
            <w:vAlign w:val="center"/>
            <w:hideMark/>
          </w:tcPr>
          <w:p w14:paraId="7836F6F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0.04 (0.05)</w:t>
            </w:r>
          </w:p>
        </w:tc>
        <w:tc>
          <w:tcPr>
            <w:tcW w:w="363" w:type="pct"/>
            <w:tcBorders>
              <w:top w:val="nil"/>
              <w:left w:val="nil"/>
              <w:right w:val="nil"/>
            </w:tcBorders>
            <w:shd w:val="clear" w:color="000000" w:fill="FFFFFF"/>
            <w:vAlign w:val="center"/>
            <w:hideMark/>
          </w:tcPr>
          <w:p w14:paraId="6FAE205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0.07 (0.07)</w:t>
            </w:r>
          </w:p>
        </w:tc>
        <w:tc>
          <w:tcPr>
            <w:tcW w:w="365" w:type="pct"/>
            <w:tcBorders>
              <w:top w:val="nil"/>
              <w:left w:val="nil"/>
              <w:right w:val="nil"/>
            </w:tcBorders>
            <w:shd w:val="clear" w:color="000000" w:fill="FFFFFF"/>
            <w:vAlign w:val="center"/>
            <w:hideMark/>
          </w:tcPr>
          <w:p w14:paraId="061AF6E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0.314</w:t>
            </w:r>
          </w:p>
        </w:tc>
        <w:tc>
          <w:tcPr>
            <w:tcW w:w="363" w:type="pct"/>
            <w:tcBorders>
              <w:top w:val="nil"/>
              <w:left w:val="nil"/>
              <w:right w:val="nil"/>
            </w:tcBorders>
            <w:shd w:val="clear" w:color="000000" w:fill="F2F2F2"/>
            <w:vAlign w:val="center"/>
            <w:hideMark/>
          </w:tcPr>
          <w:p w14:paraId="537DF0C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right w:val="nil"/>
            </w:tcBorders>
            <w:shd w:val="clear" w:color="000000" w:fill="FFFFFF"/>
            <w:vAlign w:val="center"/>
            <w:hideMark/>
          </w:tcPr>
          <w:p w14:paraId="218AD05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right w:val="nil"/>
            </w:tcBorders>
            <w:shd w:val="clear" w:color="000000" w:fill="FFFFFF"/>
            <w:vAlign w:val="center"/>
            <w:hideMark/>
          </w:tcPr>
          <w:p w14:paraId="65688A5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right w:val="nil"/>
            </w:tcBorders>
            <w:shd w:val="clear" w:color="000000" w:fill="F2F2F2"/>
            <w:vAlign w:val="center"/>
            <w:hideMark/>
          </w:tcPr>
          <w:p w14:paraId="768F8CB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0.03 (0.03)</w:t>
            </w:r>
          </w:p>
        </w:tc>
        <w:tc>
          <w:tcPr>
            <w:tcW w:w="363" w:type="pct"/>
            <w:tcBorders>
              <w:top w:val="nil"/>
              <w:left w:val="nil"/>
              <w:right w:val="nil"/>
            </w:tcBorders>
            <w:shd w:val="clear" w:color="000000" w:fill="FFFFFF"/>
            <w:vAlign w:val="center"/>
            <w:hideMark/>
          </w:tcPr>
          <w:p w14:paraId="7C16E86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0.08 (0.06)</w:t>
            </w:r>
          </w:p>
        </w:tc>
        <w:tc>
          <w:tcPr>
            <w:tcW w:w="363" w:type="pct"/>
            <w:tcBorders>
              <w:top w:val="nil"/>
              <w:left w:val="nil"/>
              <w:right w:val="nil"/>
            </w:tcBorders>
            <w:shd w:val="clear" w:color="000000" w:fill="FFFFFF"/>
            <w:vAlign w:val="center"/>
            <w:hideMark/>
          </w:tcPr>
          <w:p w14:paraId="15DF9F9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0.054</w:t>
            </w:r>
          </w:p>
        </w:tc>
        <w:tc>
          <w:tcPr>
            <w:tcW w:w="363" w:type="pct"/>
            <w:tcBorders>
              <w:top w:val="nil"/>
              <w:left w:val="nil"/>
              <w:right w:val="nil"/>
            </w:tcBorders>
            <w:shd w:val="clear" w:color="000000" w:fill="F2F2F2"/>
            <w:vAlign w:val="center"/>
            <w:hideMark/>
          </w:tcPr>
          <w:p w14:paraId="3EFA901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right w:val="nil"/>
            </w:tcBorders>
            <w:shd w:val="clear" w:color="000000" w:fill="FFFFFF"/>
            <w:vAlign w:val="center"/>
            <w:hideMark/>
          </w:tcPr>
          <w:p w14:paraId="2D77991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right w:val="nil"/>
            </w:tcBorders>
            <w:shd w:val="clear" w:color="000000" w:fill="FFFFFF"/>
            <w:vAlign w:val="center"/>
            <w:hideMark/>
          </w:tcPr>
          <w:p w14:paraId="6038675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36B9B3E5" w14:textId="77777777" w:rsidTr="00132E28">
        <w:trPr>
          <w:trHeight w:val="171"/>
        </w:trPr>
        <w:tc>
          <w:tcPr>
            <w:tcW w:w="648" w:type="pct"/>
            <w:tcBorders>
              <w:top w:val="nil"/>
              <w:left w:val="nil"/>
              <w:right w:val="nil"/>
            </w:tcBorders>
            <w:shd w:val="clear" w:color="000000" w:fill="FFFFFF"/>
            <w:vAlign w:val="center"/>
            <w:hideMark/>
          </w:tcPr>
          <w:p w14:paraId="73D0B4E9"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szCs w:val="16"/>
              </w:rPr>
              <w:t>Proportion of population that is Hispanic, mean (SD)</w:t>
            </w:r>
          </w:p>
        </w:tc>
        <w:tc>
          <w:tcPr>
            <w:tcW w:w="363" w:type="pct"/>
            <w:tcBorders>
              <w:top w:val="nil"/>
              <w:left w:val="nil"/>
              <w:right w:val="nil"/>
            </w:tcBorders>
            <w:shd w:val="clear" w:color="000000" w:fill="F2F2F2"/>
            <w:vAlign w:val="center"/>
            <w:hideMark/>
          </w:tcPr>
          <w:p w14:paraId="28B947F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0.11 (0.17)</w:t>
            </w:r>
          </w:p>
        </w:tc>
        <w:tc>
          <w:tcPr>
            <w:tcW w:w="363" w:type="pct"/>
            <w:tcBorders>
              <w:top w:val="nil"/>
              <w:left w:val="nil"/>
              <w:right w:val="nil"/>
            </w:tcBorders>
            <w:shd w:val="clear" w:color="000000" w:fill="FFFFFF"/>
            <w:vAlign w:val="center"/>
            <w:hideMark/>
          </w:tcPr>
          <w:p w14:paraId="670A387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0.18 (0.18)</w:t>
            </w:r>
          </w:p>
        </w:tc>
        <w:tc>
          <w:tcPr>
            <w:tcW w:w="365" w:type="pct"/>
            <w:tcBorders>
              <w:top w:val="nil"/>
              <w:left w:val="nil"/>
              <w:right w:val="nil"/>
            </w:tcBorders>
            <w:shd w:val="clear" w:color="000000" w:fill="FFFFFF"/>
            <w:vAlign w:val="center"/>
            <w:hideMark/>
          </w:tcPr>
          <w:p w14:paraId="0E257C3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0.356</w:t>
            </w:r>
          </w:p>
        </w:tc>
        <w:tc>
          <w:tcPr>
            <w:tcW w:w="363" w:type="pct"/>
            <w:tcBorders>
              <w:top w:val="nil"/>
              <w:left w:val="nil"/>
              <w:right w:val="nil"/>
            </w:tcBorders>
            <w:shd w:val="clear" w:color="000000" w:fill="F2F2F2"/>
            <w:vAlign w:val="center"/>
            <w:hideMark/>
          </w:tcPr>
          <w:p w14:paraId="4F19E51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right w:val="nil"/>
            </w:tcBorders>
            <w:shd w:val="clear" w:color="000000" w:fill="FFFFFF"/>
            <w:vAlign w:val="center"/>
            <w:hideMark/>
          </w:tcPr>
          <w:p w14:paraId="2F75E71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right w:val="nil"/>
            </w:tcBorders>
            <w:shd w:val="clear" w:color="000000" w:fill="FFFFFF"/>
            <w:vAlign w:val="center"/>
            <w:hideMark/>
          </w:tcPr>
          <w:p w14:paraId="59301BE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right w:val="nil"/>
            </w:tcBorders>
            <w:shd w:val="clear" w:color="000000" w:fill="F2F2F2"/>
            <w:vAlign w:val="center"/>
            <w:hideMark/>
          </w:tcPr>
          <w:p w14:paraId="25AA402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0.05 (0.04)</w:t>
            </w:r>
          </w:p>
        </w:tc>
        <w:tc>
          <w:tcPr>
            <w:tcW w:w="363" w:type="pct"/>
            <w:tcBorders>
              <w:top w:val="nil"/>
              <w:left w:val="nil"/>
              <w:right w:val="nil"/>
            </w:tcBorders>
            <w:shd w:val="clear" w:color="000000" w:fill="FFFFFF"/>
            <w:vAlign w:val="center"/>
            <w:hideMark/>
          </w:tcPr>
          <w:p w14:paraId="0F6B377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0.20 (0.21)</w:t>
            </w:r>
          </w:p>
        </w:tc>
        <w:tc>
          <w:tcPr>
            <w:tcW w:w="363" w:type="pct"/>
            <w:tcBorders>
              <w:top w:val="nil"/>
              <w:left w:val="nil"/>
              <w:right w:val="nil"/>
            </w:tcBorders>
            <w:shd w:val="clear" w:color="000000" w:fill="FFFFFF"/>
            <w:vAlign w:val="center"/>
            <w:hideMark/>
          </w:tcPr>
          <w:p w14:paraId="1F3A8A6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0.107</w:t>
            </w:r>
          </w:p>
        </w:tc>
        <w:tc>
          <w:tcPr>
            <w:tcW w:w="363" w:type="pct"/>
            <w:tcBorders>
              <w:top w:val="nil"/>
              <w:left w:val="nil"/>
              <w:right w:val="nil"/>
            </w:tcBorders>
            <w:shd w:val="clear" w:color="000000" w:fill="F2F2F2"/>
            <w:vAlign w:val="center"/>
            <w:hideMark/>
          </w:tcPr>
          <w:p w14:paraId="23DD16B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right w:val="nil"/>
            </w:tcBorders>
            <w:shd w:val="clear" w:color="000000" w:fill="FFFFFF"/>
            <w:vAlign w:val="center"/>
            <w:hideMark/>
          </w:tcPr>
          <w:p w14:paraId="73BC6CB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right w:val="nil"/>
            </w:tcBorders>
            <w:shd w:val="clear" w:color="000000" w:fill="FFFFFF"/>
            <w:vAlign w:val="center"/>
            <w:hideMark/>
          </w:tcPr>
          <w:p w14:paraId="1EA4E38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8D187C" w:rsidRPr="00693325" w14:paraId="41DC8BE3" w14:textId="77777777" w:rsidTr="00132E28">
        <w:trPr>
          <w:trHeight w:val="80"/>
        </w:trPr>
        <w:tc>
          <w:tcPr>
            <w:tcW w:w="648" w:type="pct"/>
            <w:tcBorders>
              <w:top w:val="single" w:sz="4" w:space="0" w:color="auto"/>
              <w:left w:val="nil"/>
              <w:bottom w:val="single" w:sz="4" w:space="0" w:color="auto"/>
              <w:right w:val="nil"/>
            </w:tcBorders>
            <w:vAlign w:val="center"/>
          </w:tcPr>
          <w:p w14:paraId="246120AA" w14:textId="3F608E66" w:rsidR="008D187C" w:rsidRPr="00693325" w:rsidRDefault="008D187C" w:rsidP="008D187C">
            <w:pPr>
              <w:rPr>
                <w:rFonts w:ascii="Times New Roman" w:hAnsi="Times New Roman"/>
                <w:b/>
                <w:bCs/>
                <w:color w:val="000000"/>
                <w:sz w:val="16"/>
                <w:szCs w:val="16"/>
              </w:rPr>
            </w:pPr>
            <w:r w:rsidRPr="00693325">
              <w:rPr>
                <w:rFonts w:ascii="Times New Roman" w:hAnsi="Times New Roman"/>
                <w:b/>
                <w:bCs/>
                <w:color w:val="000000"/>
                <w:sz w:val="16"/>
                <w:szCs w:val="16"/>
              </w:rPr>
              <w:lastRenderedPageBreak/>
              <w:t> </w:t>
            </w:r>
            <w:r>
              <w:rPr>
                <w:rFonts w:ascii="Times New Roman" w:hAnsi="Times New Roman"/>
                <w:b/>
                <w:bCs/>
                <w:color w:val="000000"/>
                <w:sz w:val="16"/>
                <w:szCs w:val="16"/>
              </w:rPr>
              <w:t>Payer</w:t>
            </w:r>
          </w:p>
        </w:tc>
        <w:tc>
          <w:tcPr>
            <w:tcW w:w="1091" w:type="pct"/>
            <w:gridSpan w:val="3"/>
            <w:tcBorders>
              <w:top w:val="single" w:sz="4" w:space="0" w:color="auto"/>
              <w:left w:val="nil"/>
              <w:bottom w:val="single" w:sz="4" w:space="0" w:color="auto"/>
              <w:right w:val="nil"/>
            </w:tcBorders>
            <w:vAlign w:val="center"/>
          </w:tcPr>
          <w:p w14:paraId="1363CF99" w14:textId="3E4358B8" w:rsidR="008D187C" w:rsidRPr="00693325" w:rsidRDefault="008D187C" w:rsidP="008D187C">
            <w:pPr>
              <w:jc w:val="center"/>
              <w:rPr>
                <w:rFonts w:ascii="Times New Roman" w:hAnsi="Times New Roman"/>
                <w:color w:val="000000"/>
                <w:sz w:val="16"/>
                <w:szCs w:val="16"/>
              </w:rPr>
            </w:pPr>
            <w:r w:rsidRPr="00693325">
              <w:rPr>
                <w:rFonts w:ascii="Times New Roman" w:hAnsi="Times New Roman"/>
                <w:b/>
                <w:bCs/>
                <w:color w:val="000000"/>
                <w:sz w:val="16"/>
                <w:szCs w:val="16"/>
              </w:rPr>
              <w:t>Commercial </w:t>
            </w:r>
          </w:p>
        </w:tc>
        <w:tc>
          <w:tcPr>
            <w:tcW w:w="1089" w:type="pct"/>
            <w:gridSpan w:val="3"/>
            <w:tcBorders>
              <w:top w:val="single" w:sz="4" w:space="0" w:color="auto"/>
              <w:left w:val="nil"/>
              <w:bottom w:val="single" w:sz="4" w:space="0" w:color="auto"/>
              <w:right w:val="nil"/>
            </w:tcBorders>
            <w:vAlign w:val="center"/>
          </w:tcPr>
          <w:p w14:paraId="5F921FCD" w14:textId="7583B5BF" w:rsidR="008D187C" w:rsidRPr="00693325" w:rsidRDefault="008D187C" w:rsidP="008D187C">
            <w:pPr>
              <w:jc w:val="center"/>
              <w:rPr>
                <w:rFonts w:ascii="Times New Roman" w:hAnsi="Times New Roman"/>
                <w:color w:val="000000"/>
                <w:sz w:val="16"/>
                <w:szCs w:val="16"/>
              </w:rPr>
            </w:pPr>
            <w:r w:rsidRPr="00693325">
              <w:rPr>
                <w:rFonts w:ascii="Times New Roman" w:hAnsi="Times New Roman"/>
                <w:b/>
                <w:bCs/>
                <w:color w:val="000000"/>
                <w:sz w:val="16"/>
                <w:szCs w:val="16"/>
              </w:rPr>
              <w:t>Medicaid </w:t>
            </w:r>
          </w:p>
        </w:tc>
        <w:tc>
          <w:tcPr>
            <w:tcW w:w="1089" w:type="pct"/>
            <w:gridSpan w:val="3"/>
            <w:tcBorders>
              <w:top w:val="single" w:sz="4" w:space="0" w:color="auto"/>
              <w:left w:val="nil"/>
              <w:bottom w:val="single" w:sz="4" w:space="0" w:color="auto"/>
              <w:right w:val="nil"/>
            </w:tcBorders>
            <w:vAlign w:val="center"/>
          </w:tcPr>
          <w:p w14:paraId="7D58EB4B" w14:textId="26D071FE" w:rsidR="008D187C" w:rsidRPr="00693325" w:rsidRDefault="008D187C" w:rsidP="008D187C">
            <w:pPr>
              <w:jc w:val="center"/>
              <w:rPr>
                <w:rFonts w:ascii="Times New Roman" w:hAnsi="Times New Roman"/>
                <w:color w:val="000000"/>
                <w:sz w:val="16"/>
                <w:szCs w:val="16"/>
              </w:rPr>
            </w:pPr>
            <w:r w:rsidRPr="00693325">
              <w:rPr>
                <w:rFonts w:ascii="Times New Roman" w:hAnsi="Times New Roman"/>
                <w:b/>
                <w:bCs/>
                <w:color w:val="000000"/>
                <w:sz w:val="16"/>
                <w:szCs w:val="16"/>
              </w:rPr>
              <w:t>Commercial</w:t>
            </w:r>
          </w:p>
        </w:tc>
        <w:tc>
          <w:tcPr>
            <w:tcW w:w="1083" w:type="pct"/>
            <w:gridSpan w:val="3"/>
            <w:tcBorders>
              <w:top w:val="single" w:sz="4" w:space="0" w:color="auto"/>
              <w:left w:val="nil"/>
              <w:bottom w:val="single" w:sz="4" w:space="0" w:color="auto"/>
              <w:right w:val="nil"/>
            </w:tcBorders>
            <w:vAlign w:val="center"/>
          </w:tcPr>
          <w:p w14:paraId="345F2A0A" w14:textId="3A16E7D8" w:rsidR="008D187C" w:rsidRPr="00693325" w:rsidRDefault="008D187C" w:rsidP="008D187C">
            <w:pPr>
              <w:jc w:val="center"/>
              <w:rPr>
                <w:rFonts w:ascii="Times New Roman" w:hAnsi="Times New Roman"/>
                <w:color w:val="000000"/>
                <w:sz w:val="16"/>
                <w:szCs w:val="16"/>
              </w:rPr>
            </w:pPr>
            <w:r w:rsidRPr="00693325">
              <w:rPr>
                <w:rFonts w:ascii="Times New Roman" w:hAnsi="Times New Roman"/>
                <w:b/>
                <w:bCs/>
                <w:color w:val="000000"/>
                <w:sz w:val="16"/>
                <w:szCs w:val="16"/>
              </w:rPr>
              <w:t>Medicaid</w:t>
            </w:r>
          </w:p>
        </w:tc>
      </w:tr>
      <w:tr w:rsidR="008D187C" w:rsidRPr="00693325" w14:paraId="24514CA5" w14:textId="77777777" w:rsidTr="00132E28">
        <w:trPr>
          <w:trHeight w:val="161"/>
        </w:trPr>
        <w:tc>
          <w:tcPr>
            <w:tcW w:w="648" w:type="pct"/>
            <w:tcBorders>
              <w:top w:val="single" w:sz="4" w:space="0" w:color="auto"/>
              <w:left w:val="nil"/>
              <w:bottom w:val="nil"/>
              <w:right w:val="nil"/>
            </w:tcBorders>
            <w:shd w:val="clear" w:color="000000" w:fill="FFFFFF"/>
            <w:vAlign w:val="center"/>
            <w:hideMark/>
          </w:tcPr>
          <w:p w14:paraId="0D3729B8" w14:textId="235877AE" w:rsidR="008D187C" w:rsidRPr="00693325" w:rsidRDefault="008D187C" w:rsidP="00132E28">
            <w:pPr>
              <w:jc w:val="center"/>
              <w:rPr>
                <w:rFonts w:ascii="Times New Roman" w:hAnsi="Times New Roman"/>
                <w:b/>
                <w:bCs/>
                <w:color w:val="000000"/>
                <w:sz w:val="16"/>
                <w:szCs w:val="16"/>
              </w:rPr>
            </w:pPr>
          </w:p>
        </w:tc>
        <w:tc>
          <w:tcPr>
            <w:tcW w:w="363" w:type="pct"/>
            <w:tcBorders>
              <w:top w:val="single" w:sz="4" w:space="0" w:color="auto"/>
              <w:left w:val="nil"/>
              <w:bottom w:val="nil"/>
              <w:right w:val="nil"/>
            </w:tcBorders>
            <w:shd w:val="clear" w:color="000000" w:fill="F2F2F2"/>
            <w:vAlign w:val="center"/>
            <w:hideMark/>
          </w:tcPr>
          <w:p w14:paraId="18481CF0" w14:textId="13F42521" w:rsidR="008D187C" w:rsidRPr="00693325" w:rsidRDefault="008D187C" w:rsidP="008D187C">
            <w:pPr>
              <w:jc w:val="center"/>
              <w:rPr>
                <w:rFonts w:ascii="Times New Roman" w:hAnsi="Times New Roman"/>
                <w:b/>
                <w:bCs/>
                <w:color w:val="000000"/>
                <w:sz w:val="16"/>
                <w:szCs w:val="16"/>
              </w:rPr>
            </w:pPr>
            <w:r w:rsidRPr="00693325">
              <w:rPr>
                <w:rFonts w:ascii="Times New Roman" w:hAnsi="Times New Roman"/>
                <w:color w:val="000000"/>
                <w:sz w:val="16"/>
                <w:szCs w:val="16"/>
              </w:rPr>
              <w:t>Toddlers with IMD</w:t>
            </w:r>
          </w:p>
        </w:tc>
        <w:tc>
          <w:tcPr>
            <w:tcW w:w="363" w:type="pct"/>
            <w:tcBorders>
              <w:top w:val="single" w:sz="4" w:space="0" w:color="auto"/>
              <w:left w:val="nil"/>
              <w:bottom w:val="nil"/>
              <w:right w:val="nil"/>
            </w:tcBorders>
            <w:shd w:val="clear" w:color="000000" w:fill="FFFFFF"/>
            <w:vAlign w:val="center"/>
            <w:hideMark/>
          </w:tcPr>
          <w:p w14:paraId="218AD34B" w14:textId="18413171" w:rsidR="008D187C" w:rsidRPr="00693325" w:rsidRDefault="008D187C" w:rsidP="008D187C">
            <w:pPr>
              <w:jc w:val="center"/>
              <w:rPr>
                <w:rFonts w:ascii="Times New Roman" w:hAnsi="Times New Roman"/>
                <w:b/>
                <w:bCs/>
                <w:color w:val="000000"/>
                <w:sz w:val="16"/>
                <w:szCs w:val="16"/>
              </w:rPr>
            </w:pPr>
            <w:r w:rsidRPr="00693325">
              <w:rPr>
                <w:rFonts w:ascii="Times New Roman" w:hAnsi="Times New Roman"/>
                <w:color w:val="000000"/>
                <w:sz w:val="16"/>
                <w:szCs w:val="16"/>
              </w:rPr>
              <w:t>Toddlers without IMD</w:t>
            </w:r>
          </w:p>
        </w:tc>
        <w:tc>
          <w:tcPr>
            <w:tcW w:w="365" w:type="pct"/>
            <w:tcBorders>
              <w:top w:val="single" w:sz="4" w:space="0" w:color="auto"/>
              <w:left w:val="nil"/>
              <w:bottom w:val="nil"/>
              <w:right w:val="nil"/>
            </w:tcBorders>
            <w:shd w:val="clear" w:color="000000" w:fill="FFFFFF"/>
            <w:vAlign w:val="center"/>
            <w:hideMark/>
          </w:tcPr>
          <w:p w14:paraId="65D8AF3F" w14:textId="18127659"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p-value</w:t>
            </w:r>
          </w:p>
        </w:tc>
        <w:tc>
          <w:tcPr>
            <w:tcW w:w="363" w:type="pct"/>
            <w:tcBorders>
              <w:top w:val="single" w:sz="4" w:space="0" w:color="auto"/>
              <w:left w:val="nil"/>
              <w:bottom w:val="nil"/>
              <w:right w:val="nil"/>
            </w:tcBorders>
            <w:shd w:val="clear" w:color="000000" w:fill="F2F2F2"/>
            <w:vAlign w:val="center"/>
            <w:hideMark/>
          </w:tcPr>
          <w:p w14:paraId="44C7FD45" w14:textId="1752F3F3"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Toddlers with IMD</w:t>
            </w:r>
          </w:p>
        </w:tc>
        <w:tc>
          <w:tcPr>
            <w:tcW w:w="363" w:type="pct"/>
            <w:tcBorders>
              <w:top w:val="single" w:sz="4" w:space="0" w:color="auto"/>
              <w:left w:val="nil"/>
              <w:bottom w:val="nil"/>
              <w:right w:val="nil"/>
            </w:tcBorders>
            <w:shd w:val="clear" w:color="000000" w:fill="FFFFFF"/>
            <w:vAlign w:val="center"/>
            <w:hideMark/>
          </w:tcPr>
          <w:p w14:paraId="474C23CC" w14:textId="64656CEB"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Toddlers without IMD</w:t>
            </w:r>
          </w:p>
        </w:tc>
        <w:tc>
          <w:tcPr>
            <w:tcW w:w="363" w:type="pct"/>
            <w:tcBorders>
              <w:top w:val="single" w:sz="4" w:space="0" w:color="auto"/>
              <w:left w:val="nil"/>
              <w:bottom w:val="nil"/>
              <w:right w:val="nil"/>
            </w:tcBorders>
            <w:shd w:val="clear" w:color="000000" w:fill="FFFFFF"/>
            <w:vAlign w:val="center"/>
            <w:hideMark/>
          </w:tcPr>
          <w:p w14:paraId="4F0619E2" w14:textId="221063B1"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p-value</w:t>
            </w:r>
          </w:p>
        </w:tc>
        <w:tc>
          <w:tcPr>
            <w:tcW w:w="363" w:type="pct"/>
            <w:tcBorders>
              <w:top w:val="single" w:sz="4" w:space="0" w:color="auto"/>
              <w:left w:val="nil"/>
              <w:bottom w:val="nil"/>
              <w:right w:val="nil"/>
            </w:tcBorders>
            <w:shd w:val="clear" w:color="000000" w:fill="F2F2F2"/>
            <w:vAlign w:val="center"/>
            <w:hideMark/>
          </w:tcPr>
          <w:p w14:paraId="381BC599" w14:textId="69CD3B7D" w:rsidR="008D187C" w:rsidRPr="00693325" w:rsidRDefault="008D187C" w:rsidP="008D187C">
            <w:pPr>
              <w:jc w:val="center"/>
              <w:rPr>
                <w:rFonts w:ascii="Times New Roman" w:hAnsi="Times New Roman"/>
                <w:b/>
                <w:bCs/>
                <w:color w:val="000000"/>
                <w:sz w:val="16"/>
                <w:szCs w:val="16"/>
              </w:rPr>
            </w:pPr>
            <w:r w:rsidRPr="00693325">
              <w:rPr>
                <w:rFonts w:ascii="Times New Roman" w:hAnsi="Times New Roman"/>
                <w:color w:val="000000"/>
                <w:sz w:val="16"/>
                <w:szCs w:val="16"/>
              </w:rPr>
              <w:t>Children with IMD</w:t>
            </w:r>
          </w:p>
        </w:tc>
        <w:tc>
          <w:tcPr>
            <w:tcW w:w="363" w:type="pct"/>
            <w:tcBorders>
              <w:top w:val="single" w:sz="4" w:space="0" w:color="auto"/>
              <w:left w:val="nil"/>
              <w:bottom w:val="nil"/>
              <w:right w:val="nil"/>
            </w:tcBorders>
            <w:shd w:val="clear" w:color="000000" w:fill="FFFFFF"/>
            <w:vAlign w:val="center"/>
            <w:hideMark/>
          </w:tcPr>
          <w:p w14:paraId="1C7857E6" w14:textId="0170217A" w:rsidR="008D187C" w:rsidRPr="00693325" w:rsidRDefault="008D187C" w:rsidP="008D187C">
            <w:pPr>
              <w:jc w:val="center"/>
              <w:rPr>
                <w:rFonts w:ascii="Times New Roman" w:hAnsi="Times New Roman"/>
                <w:b/>
                <w:bCs/>
                <w:color w:val="000000"/>
                <w:sz w:val="16"/>
                <w:szCs w:val="16"/>
              </w:rPr>
            </w:pPr>
            <w:r w:rsidRPr="00693325">
              <w:rPr>
                <w:rFonts w:ascii="Times New Roman" w:hAnsi="Times New Roman"/>
                <w:color w:val="000000"/>
                <w:sz w:val="16"/>
                <w:szCs w:val="16"/>
              </w:rPr>
              <w:t>Children without IMD</w:t>
            </w:r>
          </w:p>
        </w:tc>
        <w:tc>
          <w:tcPr>
            <w:tcW w:w="363" w:type="pct"/>
            <w:tcBorders>
              <w:top w:val="single" w:sz="4" w:space="0" w:color="auto"/>
              <w:left w:val="nil"/>
              <w:bottom w:val="nil"/>
              <w:right w:val="nil"/>
            </w:tcBorders>
            <w:shd w:val="clear" w:color="000000" w:fill="FFFFFF"/>
            <w:vAlign w:val="center"/>
            <w:hideMark/>
          </w:tcPr>
          <w:p w14:paraId="4FD0D9D0" w14:textId="45C0EA7C"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p-value</w:t>
            </w:r>
          </w:p>
        </w:tc>
        <w:tc>
          <w:tcPr>
            <w:tcW w:w="363" w:type="pct"/>
            <w:tcBorders>
              <w:top w:val="single" w:sz="4" w:space="0" w:color="auto"/>
              <w:left w:val="nil"/>
              <w:bottom w:val="nil"/>
              <w:right w:val="nil"/>
            </w:tcBorders>
            <w:shd w:val="clear" w:color="000000" w:fill="F2F2F2"/>
            <w:vAlign w:val="center"/>
            <w:hideMark/>
          </w:tcPr>
          <w:p w14:paraId="1A40D070" w14:textId="14F0747D"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Children with IMD</w:t>
            </w:r>
          </w:p>
        </w:tc>
        <w:tc>
          <w:tcPr>
            <w:tcW w:w="363" w:type="pct"/>
            <w:tcBorders>
              <w:top w:val="single" w:sz="4" w:space="0" w:color="auto"/>
              <w:left w:val="nil"/>
              <w:bottom w:val="nil"/>
              <w:right w:val="nil"/>
            </w:tcBorders>
            <w:shd w:val="clear" w:color="000000" w:fill="FFFFFF"/>
            <w:vAlign w:val="center"/>
            <w:hideMark/>
          </w:tcPr>
          <w:p w14:paraId="4389244A" w14:textId="67B18B64"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Children without IMD</w:t>
            </w:r>
          </w:p>
        </w:tc>
        <w:tc>
          <w:tcPr>
            <w:tcW w:w="357" w:type="pct"/>
            <w:tcBorders>
              <w:top w:val="single" w:sz="4" w:space="0" w:color="auto"/>
              <w:left w:val="nil"/>
              <w:bottom w:val="nil"/>
              <w:right w:val="nil"/>
            </w:tcBorders>
            <w:shd w:val="clear" w:color="000000" w:fill="FFFFFF"/>
            <w:vAlign w:val="center"/>
            <w:hideMark/>
          </w:tcPr>
          <w:p w14:paraId="7F420F48" w14:textId="213D6D12"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p-value</w:t>
            </w:r>
          </w:p>
        </w:tc>
      </w:tr>
      <w:tr w:rsidR="008D187C" w:rsidRPr="00693325" w14:paraId="0043491D" w14:textId="77777777" w:rsidTr="00132E28">
        <w:trPr>
          <w:trHeight w:val="153"/>
        </w:trPr>
        <w:tc>
          <w:tcPr>
            <w:tcW w:w="648" w:type="pct"/>
            <w:tcBorders>
              <w:top w:val="nil"/>
              <w:left w:val="nil"/>
              <w:bottom w:val="single" w:sz="4" w:space="0" w:color="auto"/>
              <w:right w:val="nil"/>
            </w:tcBorders>
            <w:shd w:val="clear" w:color="000000" w:fill="FFFFFF"/>
            <w:vAlign w:val="center"/>
            <w:hideMark/>
          </w:tcPr>
          <w:p w14:paraId="5DF629C9" w14:textId="4C8E1B0A" w:rsidR="008D187C" w:rsidRPr="00693325" w:rsidRDefault="008D187C" w:rsidP="008D187C">
            <w:pPr>
              <w:rPr>
                <w:rFonts w:ascii="Times New Roman" w:hAnsi="Times New Roman"/>
                <w:color w:val="000000"/>
                <w:sz w:val="16"/>
                <w:szCs w:val="16"/>
              </w:rPr>
            </w:pPr>
            <w:r w:rsidRPr="00693325">
              <w:rPr>
                <w:rFonts w:ascii="Times New Roman" w:hAnsi="Times New Roman"/>
                <w:b/>
                <w:bCs/>
                <w:sz w:val="16"/>
                <w:szCs w:val="16"/>
              </w:rPr>
              <w:t>Clinical Characteristics</w:t>
            </w:r>
          </w:p>
        </w:tc>
        <w:tc>
          <w:tcPr>
            <w:tcW w:w="363" w:type="pct"/>
            <w:tcBorders>
              <w:top w:val="nil"/>
              <w:left w:val="nil"/>
              <w:bottom w:val="single" w:sz="4" w:space="0" w:color="auto"/>
              <w:right w:val="nil"/>
            </w:tcBorders>
            <w:shd w:val="clear" w:color="000000" w:fill="F2F2F2"/>
            <w:vAlign w:val="center"/>
            <w:hideMark/>
          </w:tcPr>
          <w:p w14:paraId="47ADE7AD" w14:textId="02B01DC3"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N=19</w:t>
            </w:r>
          </w:p>
        </w:tc>
        <w:tc>
          <w:tcPr>
            <w:tcW w:w="363" w:type="pct"/>
            <w:tcBorders>
              <w:top w:val="nil"/>
              <w:left w:val="nil"/>
              <w:bottom w:val="single" w:sz="4" w:space="0" w:color="auto"/>
              <w:right w:val="nil"/>
            </w:tcBorders>
            <w:shd w:val="clear" w:color="000000" w:fill="FFFFFF"/>
            <w:vAlign w:val="center"/>
            <w:hideMark/>
          </w:tcPr>
          <w:p w14:paraId="759DA1A6" w14:textId="39726E20"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N=95</w:t>
            </w:r>
          </w:p>
        </w:tc>
        <w:tc>
          <w:tcPr>
            <w:tcW w:w="365" w:type="pct"/>
            <w:tcBorders>
              <w:top w:val="nil"/>
              <w:left w:val="nil"/>
              <w:bottom w:val="single" w:sz="4" w:space="0" w:color="auto"/>
              <w:right w:val="nil"/>
            </w:tcBorders>
            <w:shd w:val="clear" w:color="000000" w:fill="FFFFFF"/>
            <w:vAlign w:val="center"/>
            <w:hideMark/>
          </w:tcPr>
          <w:p w14:paraId="3B4F5A49" w14:textId="75F78283"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single" w:sz="4" w:space="0" w:color="auto"/>
              <w:right w:val="nil"/>
            </w:tcBorders>
            <w:shd w:val="clear" w:color="000000" w:fill="F2F2F2"/>
            <w:vAlign w:val="center"/>
            <w:hideMark/>
          </w:tcPr>
          <w:p w14:paraId="6E477B75" w14:textId="3356D7F9"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N=35</w:t>
            </w:r>
          </w:p>
        </w:tc>
        <w:tc>
          <w:tcPr>
            <w:tcW w:w="363" w:type="pct"/>
            <w:tcBorders>
              <w:top w:val="nil"/>
              <w:left w:val="nil"/>
              <w:bottom w:val="single" w:sz="4" w:space="0" w:color="auto"/>
              <w:right w:val="nil"/>
            </w:tcBorders>
            <w:shd w:val="clear" w:color="000000" w:fill="FFFFFF"/>
            <w:vAlign w:val="center"/>
            <w:hideMark/>
          </w:tcPr>
          <w:p w14:paraId="475828A5" w14:textId="25A83304"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N=175</w:t>
            </w:r>
          </w:p>
        </w:tc>
        <w:tc>
          <w:tcPr>
            <w:tcW w:w="363" w:type="pct"/>
            <w:tcBorders>
              <w:top w:val="nil"/>
              <w:left w:val="nil"/>
              <w:bottom w:val="single" w:sz="4" w:space="0" w:color="auto"/>
              <w:right w:val="nil"/>
            </w:tcBorders>
            <w:shd w:val="clear" w:color="000000" w:fill="FFFFFF"/>
            <w:vAlign w:val="center"/>
            <w:hideMark/>
          </w:tcPr>
          <w:p w14:paraId="1C1C2693" w14:textId="40B9E5D6"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63" w:type="pct"/>
            <w:tcBorders>
              <w:top w:val="nil"/>
              <w:left w:val="nil"/>
              <w:bottom w:val="single" w:sz="4" w:space="0" w:color="auto"/>
              <w:right w:val="nil"/>
            </w:tcBorders>
            <w:shd w:val="clear" w:color="000000" w:fill="F2F2F2"/>
            <w:vAlign w:val="center"/>
            <w:hideMark/>
          </w:tcPr>
          <w:p w14:paraId="7F0086B4" w14:textId="36B3243A"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N=21</w:t>
            </w:r>
          </w:p>
        </w:tc>
        <w:tc>
          <w:tcPr>
            <w:tcW w:w="363" w:type="pct"/>
            <w:tcBorders>
              <w:top w:val="nil"/>
              <w:left w:val="nil"/>
              <w:bottom w:val="single" w:sz="4" w:space="0" w:color="auto"/>
              <w:right w:val="nil"/>
            </w:tcBorders>
            <w:shd w:val="clear" w:color="000000" w:fill="FFFFFF"/>
            <w:vAlign w:val="center"/>
            <w:hideMark/>
          </w:tcPr>
          <w:p w14:paraId="523C9529" w14:textId="1181849D"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N=105</w:t>
            </w:r>
          </w:p>
        </w:tc>
        <w:tc>
          <w:tcPr>
            <w:tcW w:w="363" w:type="pct"/>
            <w:tcBorders>
              <w:top w:val="nil"/>
              <w:left w:val="nil"/>
              <w:bottom w:val="single" w:sz="4" w:space="0" w:color="auto"/>
              <w:right w:val="nil"/>
            </w:tcBorders>
            <w:shd w:val="clear" w:color="000000" w:fill="FFFFFF"/>
            <w:vAlign w:val="center"/>
            <w:hideMark/>
          </w:tcPr>
          <w:p w14:paraId="793323C7"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0.046</w:t>
            </w:r>
          </w:p>
        </w:tc>
        <w:tc>
          <w:tcPr>
            <w:tcW w:w="363" w:type="pct"/>
            <w:tcBorders>
              <w:top w:val="nil"/>
              <w:left w:val="nil"/>
              <w:bottom w:val="single" w:sz="4" w:space="0" w:color="auto"/>
              <w:right w:val="nil"/>
            </w:tcBorders>
            <w:shd w:val="clear" w:color="000000" w:fill="F2F2F2"/>
            <w:vAlign w:val="center"/>
            <w:hideMark/>
          </w:tcPr>
          <w:p w14:paraId="39F079FC" w14:textId="30C92FB6"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N=13</w:t>
            </w:r>
          </w:p>
        </w:tc>
        <w:tc>
          <w:tcPr>
            <w:tcW w:w="363" w:type="pct"/>
            <w:tcBorders>
              <w:top w:val="nil"/>
              <w:left w:val="nil"/>
              <w:bottom w:val="single" w:sz="4" w:space="0" w:color="auto"/>
              <w:right w:val="nil"/>
            </w:tcBorders>
            <w:shd w:val="clear" w:color="000000" w:fill="FFFFFF"/>
            <w:vAlign w:val="center"/>
            <w:hideMark/>
          </w:tcPr>
          <w:p w14:paraId="59849994" w14:textId="31382732"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N=65</w:t>
            </w:r>
          </w:p>
        </w:tc>
        <w:tc>
          <w:tcPr>
            <w:tcW w:w="357" w:type="pct"/>
            <w:tcBorders>
              <w:top w:val="nil"/>
              <w:left w:val="nil"/>
              <w:bottom w:val="single" w:sz="4" w:space="0" w:color="auto"/>
              <w:right w:val="nil"/>
            </w:tcBorders>
            <w:shd w:val="clear" w:color="000000" w:fill="FFFFFF"/>
            <w:vAlign w:val="center"/>
            <w:hideMark/>
          </w:tcPr>
          <w:p w14:paraId="4F04A539" w14:textId="524466FB"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8D187C" w:rsidRPr="00693325" w14:paraId="74D64BF3" w14:textId="77777777" w:rsidTr="00132E28">
        <w:trPr>
          <w:trHeight w:val="400"/>
        </w:trPr>
        <w:tc>
          <w:tcPr>
            <w:tcW w:w="648" w:type="pct"/>
            <w:tcBorders>
              <w:top w:val="single" w:sz="4" w:space="0" w:color="auto"/>
              <w:left w:val="nil"/>
              <w:bottom w:val="nil"/>
              <w:right w:val="nil"/>
            </w:tcBorders>
            <w:shd w:val="clear" w:color="000000" w:fill="FFFFFF"/>
            <w:vAlign w:val="center"/>
            <w:hideMark/>
          </w:tcPr>
          <w:p w14:paraId="30588300" w14:textId="77777777" w:rsidR="008D187C" w:rsidRPr="00693325" w:rsidRDefault="008D187C" w:rsidP="008D187C">
            <w:pPr>
              <w:rPr>
                <w:rFonts w:ascii="Times New Roman" w:hAnsi="Times New Roman"/>
                <w:b/>
                <w:bCs/>
                <w:color w:val="000000"/>
                <w:sz w:val="16"/>
                <w:szCs w:val="16"/>
              </w:rPr>
            </w:pPr>
            <w:r w:rsidRPr="00693325">
              <w:rPr>
                <w:rFonts w:ascii="Times New Roman" w:hAnsi="Times New Roman"/>
                <w:b/>
                <w:bCs/>
                <w:color w:val="000000"/>
                <w:sz w:val="16"/>
                <w:szCs w:val="16"/>
              </w:rPr>
              <w:t>Total Patients 2014–2022, n (%)</w:t>
            </w:r>
          </w:p>
        </w:tc>
        <w:tc>
          <w:tcPr>
            <w:tcW w:w="363" w:type="pct"/>
            <w:tcBorders>
              <w:top w:val="single" w:sz="4" w:space="0" w:color="auto"/>
              <w:left w:val="nil"/>
              <w:bottom w:val="nil"/>
              <w:right w:val="nil"/>
            </w:tcBorders>
            <w:shd w:val="clear" w:color="000000" w:fill="F2F2F2"/>
            <w:vAlign w:val="center"/>
            <w:hideMark/>
          </w:tcPr>
          <w:p w14:paraId="4EA669F2" w14:textId="77777777" w:rsidR="008D187C" w:rsidRPr="00693325" w:rsidRDefault="008D187C" w:rsidP="008D187C">
            <w:pPr>
              <w:jc w:val="center"/>
              <w:rPr>
                <w:rFonts w:ascii="Times New Roman" w:hAnsi="Times New Roman"/>
                <w:b/>
                <w:bCs/>
                <w:color w:val="000000"/>
                <w:sz w:val="16"/>
                <w:szCs w:val="16"/>
              </w:rPr>
            </w:pPr>
            <w:r w:rsidRPr="00693325">
              <w:rPr>
                <w:rFonts w:ascii="Times New Roman" w:hAnsi="Times New Roman"/>
                <w:b/>
                <w:bCs/>
                <w:color w:val="000000"/>
                <w:sz w:val="16"/>
                <w:szCs w:val="16"/>
              </w:rPr>
              <w:t>4 (21.05)</w:t>
            </w:r>
          </w:p>
        </w:tc>
        <w:tc>
          <w:tcPr>
            <w:tcW w:w="363" w:type="pct"/>
            <w:tcBorders>
              <w:top w:val="single" w:sz="4" w:space="0" w:color="auto"/>
              <w:left w:val="nil"/>
              <w:bottom w:val="nil"/>
              <w:right w:val="nil"/>
            </w:tcBorders>
            <w:shd w:val="clear" w:color="000000" w:fill="FFFFFF"/>
            <w:vAlign w:val="center"/>
            <w:hideMark/>
          </w:tcPr>
          <w:p w14:paraId="613B540F" w14:textId="77777777" w:rsidR="008D187C" w:rsidRPr="00693325" w:rsidRDefault="008D187C" w:rsidP="008D187C">
            <w:pPr>
              <w:jc w:val="center"/>
              <w:rPr>
                <w:rFonts w:ascii="Times New Roman" w:hAnsi="Times New Roman"/>
                <w:b/>
                <w:bCs/>
                <w:color w:val="000000"/>
                <w:sz w:val="16"/>
                <w:szCs w:val="16"/>
              </w:rPr>
            </w:pPr>
            <w:r w:rsidRPr="00693325">
              <w:rPr>
                <w:rFonts w:ascii="Times New Roman" w:hAnsi="Times New Roman"/>
                <w:b/>
                <w:bCs/>
                <w:color w:val="000000"/>
                <w:sz w:val="16"/>
                <w:szCs w:val="16"/>
              </w:rPr>
              <w:t>20 (21.05)</w:t>
            </w:r>
          </w:p>
        </w:tc>
        <w:tc>
          <w:tcPr>
            <w:tcW w:w="365" w:type="pct"/>
            <w:tcBorders>
              <w:top w:val="single" w:sz="4" w:space="0" w:color="auto"/>
              <w:left w:val="nil"/>
              <w:bottom w:val="nil"/>
              <w:right w:val="nil"/>
            </w:tcBorders>
            <w:shd w:val="clear" w:color="000000" w:fill="FFFFFF"/>
            <w:vAlign w:val="center"/>
            <w:hideMark/>
          </w:tcPr>
          <w:p w14:paraId="3C14B9E9"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single" w:sz="4" w:space="0" w:color="auto"/>
              <w:left w:val="nil"/>
              <w:bottom w:val="nil"/>
              <w:right w:val="nil"/>
            </w:tcBorders>
            <w:shd w:val="clear" w:color="000000" w:fill="F2F2F2"/>
            <w:vAlign w:val="center"/>
            <w:hideMark/>
          </w:tcPr>
          <w:p w14:paraId="022D0028"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single" w:sz="4" w:space="0" w:color="auto"/>
              <w:left w:val="nil"/>
              <w:bottom w:val="nil"/>
              <w:right w:val="nil"/>
            </w:tcBorders>
            <w:shd w:val="clear" w:color="000000" w:fill="FFFFFF"/>
            <w:vAlign w:val="center"/>
            <w:hideMark/>
          </w:tcPr>
          <w:p w14:paraId="136BB036"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single" w:sz="4" w:space="0" w:color="auto"/>
              <w:left w:val="nil"/>
              <w:bottom w:val="nil"/>
              <w:right w:val="nil"/>
            </w:tcBorders>
            <w:shd w:val="clear" w:color="000000" w:fill="FFFFFF"/>
            <w:vAlign w:val="center"/>
            <w:hideMark/>
          </w:tcPr>
          <w:p w14:paraId="2553CB82"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single" w:sz="4" w:space="0" w:color="auto"/>
              <w:left w:val="nil"/>
              <w:bottom w:val="nil"/>
              <w:right w:val="nil"/>
            </w:tcBorders>
            <w:shd w:val="clear" w:color="000000" w:fill="F2F2F2"/>
            <w:vAlign w:val="center"/>
            <w:hideMark/>
          </w:tcPr>
          <w:p w14:paraId="1AB2F413" w14:textId="77777777" w:rsidR="008D187C" w:rsidRPr="00693325" w:rsidRDefault="008D187C" w:rsidP="008D187C">
            <w:pPr>
              <w:jc w:val="center"/>
              <w:rPr>
                <w:rFonts w:ascii="Times New Roman" w:hAnsi="Times New Roman"/>
                <w:b/>
                <w:bCs/>
                <w:color w:val="000000"/>
                <w:sz w:val="16"/>
                <w:szCs w:val="16"/>
              </w:rPr>
            </w:pPr>
            <w:r w:rsidRPr="00693325">
              <w:rPr>
                <w:rFonts w:ascii="Times New Roman" w:hAnsi="Times New Roman"/>
                <w:b/>
                <w:bCs/>
                <w:color w:val="000000"/>
                <w:sz w:val="16"/>
                <w:szCs w:val="16"/>
              </w:rPr>
              <w:t>2 (9.52)</w:t>
            </w:r>
          </w:p>
        </w:tc>
        <w:tc>
          <w:tcPr>
            <w:tcW w:w="363" w:type="pct"/>
            <w:tcBorders>
              <w:top w:val="single" w:sz="4" w:space="0" w:color="auto"/>
              <w:left w:val="nil"/>
              <w:bottom w:val="nil"/>
              <w:right w:val="nil"/>
            </w:tcBorders>
            <w:shd w:val="clear" w:color="000000" w:fill="FFFFFF"/>
            <w:vAlign w:val="center"/>
            <w:hideMark/>
          </w:tcPr>
          <w:p w14:paraId="5E4A3911" w14:textId="77777777" w:rsidR="008D187C" w:rsidRPr="00693325" w:rsidRDefault="008D187C" w:rsidP="008D187C">
            <w:pPr>
              <w:jc w:val="center"/>
              <w:rPr>
                <w:rFonts w:ascii="Times New Roman" w:hAnsi="Times New Roman"/>
                <w:b/>
                <w:bCs/>
                <w:color w:val="000000"/>
                <w:sz w:val="16"/>
                <w:szCs w:val="16"/>
              </w:rPr>
            </w:pPr>
            <w:r w:rsidRPr="00693325">
              <w:rPr>
                <w:rFonts w:ascii="Times New Roman" w:hAnsi="Times New Roman"/>
                <w:b/>
                <w:bCs/>
                <w:color w:val="000000"/>
                <w:sz w:val="16"/>
                <w:szCs w:val="16"/>
              </w:rPr>
              <w:t>9 (8.57)</w:t>
            </w:r>
          </w:p>
        </w:tc>
        <w:tc>
          <w:tcPr>
            <w:tcW w:w="363" w:type="pct"/>
            <w:tcBorders>
              <w:top w:val="single" w:sz="4" w:space="0" w:color="auto"/>
              <w:left w:val="nil"/>
              <w:bottom w:val="nil"/>
              <w:right w:val="nil"/>
            </w:tcBorders>
            <w:shd w:val="clear" w:color="000000" w:fill="FFFFFF"/>
            <w:vAlign w:val="center"/>
            <w:hideMark/>
          </w:tcPr>
          <w:p w14:paraId="607C3BE8"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single" w:sz="4" w:space="0" w:color="auto"/>
              <w:left w:val="nil"/>
              <w:bottom w:val="nil"/>
              <w:right w:val="nil"/>
            </w:tcBorders>
            <w:shd w:val="clear" w:color="000000" w:fill="F2F2F2"/>
            <w:vAlign w:val="center"/>
            <w:hideMark/>
          </w:tcPr>
          <w:p w14:paraId="1913215B"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single" w:sz="4" w:space="0" w:color="auto"/>
              <w:left w:val="nil"/>
              <w:bottom w:val="nil"/>
              <w:right w:val="nil"/>
            </w:tcBorders>
            <w:shd w:val="clear" w:color="000000" w:fill="FFFFFF"/>
            <w:vAlign w:val="center"/>
            <w:hideMark/>
          </w:tcPr>
          <w:p w14:paraId="0DF34D05"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single" w:sz="4" w:space="0" w:color="auto"/>
              <w:left w:val="nil"/>
              <w:bottom w:val="nil"/>
              <w:right w:val="nil"/>
            </w:tcBorders>
            <w:shd w:val="clear" w:color="000000" w:fill="FFFFFF"/>
            <w:vAlign w:val="center"/>
            <w:hideMark/>
          </w:tcPr>
          <w:p w14:paraId="49DE6BB1"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8D187C" w:rsidRPr="00693325" w14:paraId="15B14E36" w14:textId="77777777" w:rsidTr="00132E28">
        <w:trPr>
          <w:trHeight w:val="400"/>
        </w:trPr>
        <w:tc>
          <w:tcPr>
            <w:tcW w:w="648" w:type="pct"/>
            <w:tcBorders>
              <w:top w:val="nil"/>
              <w:left w:val="nil"/>
              <w:bottom w:val="nil"/>
              <w:right w:val="nil"/>
            </w:tcBorders>
            <w:shd w:val="clear" w:color="000000" w:fill="FFFFFF"/>
            <w:vAlign w:val="center"/>
            <w:hideMark/>
          </w:tcPr>
          <w:p w14:paraId="5C2CA3A2" w14:textId="77777777" w:rsidR="008D187C" w:rsidRPr="00693325" w:rsidRDefault="008D187C" w:rsidP="008D187C">
            <w:pPr>
              <w:rPr>
                <w:rFonts w:ascii="Times New Roman" w:hAnsi="Times New Roman"/>
                <w:color w:val="000000"/>
                <w:sz w:val="16"/>
                <w:szCs w:val="16"/>
              </w:rPr>
            </w:pPr>
            <w:r w:rsidRPr="00693325">
              <w:rPr>
                <w:rFonts w:ascii="Times New Roman" w:hAnsi="Times New Roman"/>
                <w:color w:val="000000"/>
                <w:sz w:val="16"/>
                <w:szCs w:val="16"/>
              </w:rPr>
              <w:t>Proportion of households with severe housing problems, mean (SD)</w:t>
            </w:r>
          </w:p>
        </w:tc>
        <w:tc>
          <w:tcPr>
            <w:tcW w:w="363" w:type="pct"/>
            <w:tcBorders>
              <w:top w:val="nil"/>
              <w:left w:val="nil"/>
              <w:bottom w:val="nil"/>
              <w:right w:val="nil"/>
            </w:tcBorders>
            <w:shd w:val="clear" w:color="000000" w:fill="F2F2F2"/>
            <w:vAlign w:val="center"/>
            <w:hideMark/>
          </w:tcPr>
          <w:p w14:paraId="378E6F85"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0.20 (0.10)</w:t>
            </w:r>
          </w:p>
        </w:tc>
        <w:tc>
          <w:tcPr>
            <w:tcW w:w="363" w:type="pct"/>
            <w:tcBorders>
              <w:top w:val="nil"/>
              <w:left w:val="nil"/>
              <w:bottom w:val="nil"/>
              <w:right w:val="nil"/>
            </w:tcBorders>
            <w:shd w:val="clear" w:color="000000" w:fill="FFFFFF"/>
            <w:vAlign w:val="center"/>
            <w:hideMark/>
          </w:tcPr>
          <w:p w14:paraId="6E5909D8"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0.19 (0.08)</w:t>
            </w:r>
          </w:p>
        </w:tc>
        <w:tc>
          <w:tcPr>
            <w:tcW w:w="365" w:type="pct"/>
            <w:tcBorders>
              <w:top w:val="nil"/>
              <w:left w:val="nil"/>
              <w:bottom w:val="nil"/>
              <w:right w:val="nil"/>
            </w:tcBorders>
            <w:shd w:val="clear" w:color="000000" w:fill="FFFFFF"/>
            <w:vAlign w:val="center"/>
            <w:hideMark/>
          </w:tcPr>
          <w:p w14:paraId="68DB9D13"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0.774</w:t>
            </w:r>
          </w:p>
        </w:tc>
        <w:tc>
          <w:tcPr>
            <w:tcW w:w="363" w:type="pct"/>
            <w:tcBorders>
              <w:top w:val="nil"/>
              <w:left w:val="nil"/>
              <w:bottom w:val="nil"/>
              <w:right w:val="nil"/>
            </w:tcBorders>
            <w:shd w:val="clear" w:color="000000" w:fill="F2F2F2"/>
            <w:vAlign w:val="center"/>
            <w:hideMark/>
          </w:tcPr>
          <w:p w14:paraId="4C25DA9D"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63408469"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3D24A602"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420169DA"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0.15 (0.00)</w:t>
            </w:r>
          </w:p>
        </w:tc>
        <w:tc>
          <w:tcPr>
            <w:tcW w:w="363" w:type="pct"/>
            <w:tcBorders>
              <w:top w:val="nil"/>
              <w:left w:val="nil"/>
              <w:bottom w:val="nil"/>
              <w:right w:val="nil"/>
            </w:tcBorders>
            <w:shd w:val="clear" w:color="000000" w:fill="FFFFFF"/>
            <w:vAlign w:val="center"/>
            <w:hideMark/>
          </w:tcPr>
          <w:p w14:paraId="4B46A2D7"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0.21 (0.08)</w:t>
            </w:r>
          </w:p>
        </w:tc>
        <w:tc>
          <w:tcPr>
            <w:tcW w:w="363" w:type="pct"/>
            <w:tcBorders>
              <w:top w:val="nil"/>
              <w:left w:val="nil"/>
              <w:bottom w:val="nil"/>
              <w:right w:val="nil"/>
            </w:tcBorders>
            <w:shd w:val="clear" w:color="000000" w:fill="FFFFFF"/>
            <w:vAlign w:val="center"/>
            <w:hideMark/>
          </w:tcPr>
          <w:p w14:paraId="6FE1F95B"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0.288</w:t>
            </w:r>
          </w:p>
        </w:tc>
        <w:tc>
          <w:tcPr>
            <w:tcW w:w="363" w:type="pct"/>
            <w:tcBorders>
              <w:top w:val="nil"/>
              <w:left w:val="nil"/>
              <w:bottom w:val="nil"/>
              <w:right w:val="nil"/>
            </w:tcBorders>
            <w:shd w:val="clear" w:color="000000" w:fill="F2F2F2"/>
            <w:vAlign w:val="center"/>
            <w:hideMark/>
          </w:tcPr>
          <w:p w14:paraId="4B27FD70"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58328262"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shd w:val="clear" w:color="000000" w:fill="FFFFFF"/>
            <w:vAlign w:val="center"/>
            <w:hideMark/>
          </w:tcPr>
          <w:p w14:paraId="24C0DB7F"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8D187C" w:rsidRPr="00693325" w14:paraId="7D717879" w14:textId="77777777" w:rsidTr="00132E28">
        <w:trPr>
          <w:trHeight w:val="280"/>
        </w:trPr>
        <w:tc>
          <w:tcPr>
            <w:tcW w:w="648" w:type="pct"/>
            <w:tcBorders>
              <w:top w:val="nil"/>
              <w:left w:val="nil"/>
              <w:bottom w:val="nil"/>
              <w:right w:val="nil"/>
            </w:tcBorders>
            <w:shd w:val="clear" w:color="000000" w:fill="FFFFFF"/>
            <w:vAlign w:val="center"/>
            <w:hideMark/>
          </w:tcPr>
          <w:p w14:paraId="4E123480" w14:textId="77777777" w:rsidR="008D187C" w:rsidRPr="00693325" w:rsidRDefault="008D187C" w:rsidP="008D187C">
            <w:pPr>
              <w:rPr>
                <w:rFonts w:ascii="Times New Roman" w:hAnsi="Times New Roman"/>
                <w:b/>
                <w:bCs/>
                <w:color w:val="000000"/>
                <w:sz w:val="16"/>
                <w:szCs w:val="16"/>
              </w:rPr>
            </w:pPr>
            <w:r w:rsidRPr="00693325">
              <w:rPr>
                <w:rFonts w:ascii="Times New Roman" w:hAnsi="Times New Roman"/>
                <w:b/>
                <w:bCs/>
                <w:color w:val="000000"/>
                <w:sz w:val="16"/>
                <w:szCs w:val="16"/>
              </w:rPr>
              <w:t>Total Patients 2019–2022, n (%)</w:t>
            </w:r>
          </w:p>
        </w:tc>
        <w:tc>
          <w:tcPr>
            <w:tcW w:w="363" w:type="pct"/>
            <w:tcBorders>
              <w:top w:val="nil"/>
              <w:left w:val="nil"/>
              <w:bottom w:val="nil"/>
              <w:right w:val="nil"/>
            </w:tcBorders>
            <w:shd w:val="clear" w:color="000000" w:fill="F2F2F2"/>
            <w:vAlign w:val="center"/>
            <w:hideMark/>
          </w:tcPr>
          <w:p w14:paraId="2B74E5E6" w14:textId="77777777" w:rsidR="008D187C" w:rsidRPr="00693325" w:rsidRDefault="008D187C" w:rsidP="008D187C">
            <w:pPr>
              <w:jc w:val="center"/>
              <w:rPr>
                <w:rFonts w:ascii="Times New Roman" w:hAnsi="Times New Roman"/>
                <w:b/>
                <w:bCs/>
                <w:color w:val="000000"/>
                <w:sz w:val="16"/>
                <w:szCs w:val="16"/>
              </w:rPr>
            </w:pPr>
            <w:r w:rsidRPr="00693325">
              <w:rPr>
                <w:rFonts w:ascii="Times New Roman" w:hAnsi="Times New Roman"/>
                <w:b/>
                <w:bCs/>
                <w:color w:val="000000"/>
                <w:sz w:val="16"/>
                <w:szCs w:val="16"/>
              </w:rPr>
              <w:t>1 (5.26)</w:t>
            </w:r>
          </w:p>
        </w:tc>
        <w:tc>
          <w:tcPr>
            <w:tcW w:w="363" w:type="pct"/>
            <w:tcBorders>
              <w:top w:val="nil"/>
              <w:left w:val="nil"/>
              <w:bottom w:val="nil"/>
              <w:right w:val="nil"/>
            </w:tcBorders>
            <w:shd w:val="clear" w:color="000000" w:fill="FFFFFF"/>
            <w:vAlign w:val="center"/>
            <w:hideMark/>
          </w:tcPr>
          <w:p w14:paraId="3EA46266" w14:textId="77777777" w:rsidR="008D187C" w:rsidRPr="00693325" w:rsidRDefault="008D187C" w:rsidP="008D187C">
            <w:pPr>
              <w:jc w:val="center"/>
              <w:rPr>
                <w:rFonts w:ascii="Times New Roman" w:hAnsi="Times New Roman"/>
                <w:b/>
                <w:bCs/>
                <w:color w:val="000000"/>
                <w:sz w:val="16"/>
                <w:szCs w:val="16"/>
              </w:rPr>
            </w:pPr>
            <w:r w:rsidRPr="00693325">
              <w:rPr>
                <w:rFonts w:ascii="Times New Roman" w:hAnsi="Times New Roman"/>
                <w:b/>
                <w:bCs/>
                <w:color w:val="000000"/>
                <w:sz w:val="16"/>
                <w:szCs w:val="16"/>
              </w:rPr>
              <w:t>5 (5.26)</w:t>
            </w:r>
          </w:p>
        </w:tc>
        <w:tc>
          <w:tcPr>
            <w:tcW w:w="365" w:type="pct"/>
            <w:tcBorders>
              <w:top w:val="nil"/>
              <w:left w:val="nil"/>
              <w:bottom w:val="nil"/>
              <w:right w:val="nil"/>
            </w:tcBorders>
            <w:shd w:val="clear" w:color="000000" w:fill="FFFFFF"/>
            <w:vAlign w:val="center"/>
            <w:hideMark/>
          </w:tcPr>
          <w:p w14:paraId="435FC596"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4C2BDFDC"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4A37E8FE"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5DF22B98"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2E7F3F76" w14:textId="77777777" w:rsidR="008D187C" w:rsidRPr="00693325" w:rsidRDefault="008D187C" w:rsidP="008D187C">
            <w:pPr>
              <w:jc w:val="center"/>
              <w:rPr>
                <w:rFonts w:ascii="Times New Roman" w:hAnsi="Times New Roman"/>
                <w:b/>
                <w:bCs/>
                <w:color w:val="000000"/>
                <w:sz w:val="16"/>
                <w:szCs w:val="16"/>
              </w:rPr>
            </w:pPr>
            <w:r w:rsidRPr="00693325">
              <w:rPr>
                <w:rFonts w:ascii="Times New Roman" w:hAnsi="Times New Roman"/>
                <w:b/>
                <w:bCs/>
                <w:color w:val="000000"/>
                <w:sz w:val="16"/>
                <w:szCs w:val="16"/>
              </w:rPr>
              <w:t>0 (0.00)</w:t>
            </w:r>
          </w:p>
        </w:tc>
        <w:tc>
          <w:tcPr>
            <w:tcW w:w="363" w:type="pct"/>
            <w:tcBorders>
              <w:top w:val="nil"/>
              <w:left w:val="nil"/>
              <w:bottom w:val="nil"/>
              <w:right w:val="nil"/>
            </w:tcBorders>
            <w:shd w:val="clear" w:color="000000" w:fill="FFFFFF"/>
            <w:vAlign w:val="center"/>
            <w:hideMark/>
          </w:tcPr>
          <w:p w14:paraId="62B25227" w14:textId="77777777" w:rsidR="008D187C" w:rsidRPr="00693325" w:rsidRDefault="008D187C" w:rsidP="008D187C">
            <w:pPr>
              <w:jc w:val="center"/>
              <w:rPr>
                <w:rFonts w:ascii="Times New Roman" w:hAnsi="Times New Roman"/>
                <w:b/>
                <w:bCs/>
                <w:color w:val="000000"/>
                <w:sz w:val="16"/>
                <w:szCs w:val="16"/>
              </w:rPr>
            </w:pPr>
            <w:r w:rsidRPr="00693325">
              <w:rPr>
                <w:rFonts w:ascii="Times New Roman" w:hAnsi="Times New Roman"/>
                <w:b/>
                <w:bCs/>
                <w:color w:val="000000"/>
                <w:sz w:val="16"/>
                <w:szCs w:val="16"/>
              </w:rPr>
              <w:t>0 (0.00)</w:t>
            </w:r>
          </w:p>
        </w:tc>
        <w:tc>
          <w:tcPr>
            <w:tcW w:w="363" w:type="pct"/>
            <w:tcBorders>
              <w:top w:val="nil"/>
              <w:left w:val="nil"/>
              <w:bottom w:val="nil"/>
              <w:right w:val="nil"/>
            </w:tcBorders>
            <w:shd w:val="clear" w:color="000000" w:fill="FFFFFF"/>
            <w:vAlign w:val="center"/>
            <w:hideMark/>
          </w:tcPr>
          <w:p w14:paraId="6E069C86"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0EAFB246"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0556E8FF"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shd w:val="clear" w:color="000000" w:fill="FFFFFF"/>
            <w:vAlign w:val="center"/>
            <w:hideMark/>
          </w:tcPr>
          <w:p w14:paraId="72352FA3"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8D187C" w:rsidRPr="00693325" w14:paraId="5A633144" w14:textId="77777777" w:rsidTr="00132E28">
        <w:trPr>
          <w:trHeight w:val="400"/>
        </w:trPr>
        <w:tc>
          <w:tcPr>
            <w:tcW w:w="648" w:type="pct"/>
            <w:tcBorders>
              <w:top w:val="nil"/>
              <w:left w:val="nil"/>
              <w:bottom w:val="nil"/>
              <w:right w:val="nil"/>
            </w:tcBorders>
            <w:shd w:val="clear" w:color="000000" w:fill="FFFFFF"/>
            <w:vAlign w:val="center"/>
            <w:hideMark/>
          </w:tcPr>
          <w:p w14:paraId="0527A855" w14:textId="77777777" w:rsidR="008D187C" w:rsidRPr="00693325" w:rsidRDefault="008D187C" w:rsidP="008D187C">
            <w:pPr>
              <w:rPr>
                <w:rFonts w:ascii="Times New Roman" w:hAnsi="Times New Roman"/>
                <w:color w:val="000000"/>
                <w:sz w:val="16"/>
                <w:szCs w:val="16"/>
              </w:rPr>
            </w:pPr>
            <w:r w:rsidRPr="00693325">
              <w:rPr>
                <w:rFonts w:ascii="Times New Roman" w:hAnsi="Times New Roman"/>
                <w:color w:val="000000"/>
                <w:sz w:val="16"/>
                <w:szCs w:val="16"/>
              </w:rPr>
              <w:t>Proportion of households with high housing costs, mean (SD)</w:t>
            </w:r>
          </w:p>
        </w:tc>
        <w:tc>
          <w:tcPr>
            <w:tcW w:w="363" w:type="pct"/>
            <w:tcBorders>
              <w:top w:val="nil"/>
              <w:left w:val="nil"/>
              <w:bottom w:val="nil"/>
              <w:right w:val="nil"/>
            </w:tcBorders>
            <w:shd w:val="clear" w:color="000000" w:fill="F2F2F2"/>
            <w:vAlign w:val="center"/>
            <w:hideMark/>
          </w:tcPr>
          <w:p w14:paraId="5D71676B"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0.14 (NA)</w:t>
            </w:r>
          </w:p>
        </w:tc>
        <w:tc>
          <w:tcPr>
            <w:tcW w:w="363" w:type="pct"/>
            <w:tcBorders>
              <w:top w:val="nil"/>
              <w:left w:val="nil"/>
              <w:bottom w:val="nil"/>
              <w:right w:val="nil"/>
            </w:tcBorders>
            <w:shd w:val="clear" w:color="000000" w:fill="FFFFFF"/>
            <w:vAlign w:val="center"/>
            <w:hideMark/>
          </w:tcPr>
          <w:p w14:paraId="629969F5"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0.14 (0.03)</w:t>
            </w:r>
          </w:p>
        </w:tc>
        <w:tc>
          <w:tcPr>
            <w:tcW w:w="365" w:type="pct"/>
            <w:tcBorders>
              <w:top w:val="nil"/>
              <w:left w:val="nil"/>
              <w:bottom w:val="nil"/>
              <w:right w:val="nil"/>
            </w:tcBorders>
            <w:shd w:val="clear" w:color="000000" w:fill="FFFFFF"/>
            <w:vAlign w:val="center"/>
            <w:hideMark/>
          </w:tcPr>
          <w:p w14:paraId="3282C009"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5D0DDF8D"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78460C98"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325E2465"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60A71639"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050C7941"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4A945F58"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391A9DAB"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4D1F75C6"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shd w:val="clear" w:color="000000" w:fill="FFFFFF"/>
            <w:vAlign w:val="center"/>
            <w:hideMark/>
          </w:tcPr>
          <w:p w14:paraId="4AF5FFCD"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8D187C" w:rsidRPr="00693325" w14:paraId="076A09AF" w14:textId="77777777" w:rsidTr="00132E28">
        <w:trPr>
          <w:trHeight w:val="400"/>
        </w:trPr>
        <w:tc>
          <w:tcPr>
            <w:tcW w:w="648" w:type="pct"/>
            <w:tcBorders>
              <w:top w:val="nil"/>
              <w:left w:val="nil"/>
              <w:bottom w:val="nil"/>
              <w:right w:val="nil"/>
            </w:tcBorders>
            <w:shd w:val="clear" w:color="000000" w:fill="FFFFFF"/>
            <w:vAlign w:val="center"/>
            <w:hideMark/>
          </w:tcPr>
          <w:p w14:paraId="2A65D6B8" w14:textId="77777777" w:rsidR="008D187C" w:rsidRPr="00693325" w:rsidRDefault="008D187C" w:rsidP="008D187C">
            <w:pPr>
              <w:rPr>
                <w:rFonts w:ascii="Times New Roman" w:hAnsi="Times New Roman"/>
                <w:color w:val="000000"/>
                <w:sz w:val="16"/>
                <w:szCs w:val="16"/>
              </w:rPr>
            </w:pPr>
            <w:r w:rsidRPr="00693325">
              <w:rPr>
                <w:rFonts w:ascii="Times New Roman" w:hAnsi="Times New Roman"/>
                <w:color w:val="000000"/>
                <w:sz w:val="16"/>
                <w:szCs w:val="16"/>
              </w:rPr>
              <w:t>Proportion of households with overcrowding, mean (SD)</w:t>
            </w:r>
          </w:p>
        </w:tc>
        <w:tc>
          <w:tcPr>
            <w:tcW w:w="363" w:type="pct"/>
            <w:tcBorders>
              <w:top w:val="nil"/>
              <w:left w:val="nil"/>
              <w:bottom w:val="nil"/>
              <w:right w:val="nil"/>
            </w:tcBorders>
            <w:shd w:val="clear" w:color="000000" w:fill="F2F2F2"/>
            <w:vAlign w:val="center"/>
            <w:hideMark/>
          </w:tcPr>
          <w:p w14:paraId="1FEB2298"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0.02 (NA)</w:t>
            </w:r>
          </w:p>
        </w:tc>
        <w:tc>
          <w:tcPr>
            <w:tcW w:w="363" w:type="pct"/>
            <w:tcBorders>
              <w:top w:val="nil"/>
              <w:left w:val="nil"/>
              <w:bottom w:val="nil"/>
              <w:right w:val="nil"/>
            </w:tcBorders>
            <w:shd w:val="clear" w:color="000000" w:fill="FFFFFF"/>
            <w:vAlign w:val="center"/>
            <w:hideMark/>
          </w:tcPr>
          <w:p w14:paraId="1A9ADB37"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0.03 (0.02)</w:t>
            </w:r>
          </w:p>
        </w:tc>
        <w:tc>
          <w:tcPr>
            <w:tcW w:w="365" w:type="pct"/>
            <w:tcBorders>
              <w:top w:val="nil"/>
              <w:left w:val="nil"/>
              <w:bottom w:val="nil"/>
              <w:right w:val="nil"/>
            </w:tcBorders>
            <w:shd w:val="clear" w:color="000000" w:fill="FFFFFF"/>
            <w:vAlign w:val="center"/>
            <w:hideMark/>
          </w:tcPr>
          <w:p w14:paraId="41D89716"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2D28F31F"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1703B4B8"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0438C320"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10A252A8"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3E49BB11"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2D9A5252"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2F2F2"/>
            <w:vAlign w:val="center"/>
            <w:hideMark/>
          </w:tcPr>
          <w:p w14:paraId="1454D0C9"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nil"/>
              <w:right w:val="nil"/>
            </w:tcBorders>
            <w:shd w:val="clear" w:color="000000" w:fill="FFFFFF"/>
            <w:vAlign w:val="center"/>
            <w:hideMark/>
          </w:tcPr>
          <w:p w14:paraId="14DA5CF4"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nil"/>
              <w:right w:val="nil"/>
            </w:tcBorders>
            <w:shd w:val="clear" w:color="000000" w:fill="FFFFFF"/>
            <w:vAlign w:val="center"/>
            <w:hideMark/>
          </w:tcPr>
          <w:p w14:paraId="182CBD62"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8D187C" w:rsidRPr="00693325" w14:paraId="1CA34029" w14:textId="77777777" w:rsidTr="00132E28">
        <w:trPr>
          <w:trHeight w:val="410"/>
        </w:trPr>
        <w:tc>
          <w:tcPr>
            <w:tcW w:w="648" w:type="pct"/>
            <w:tcBorders>
              <w:top w:val="nil"/>
              <w:left w:val="nil"/>
              <w:bottom w:val="single" w:sz="8" w:space="0" w:color="000000"/>
              <w:right w:val="nil"/>
            </w:tcBorders>
            <w:shd w:val="clear" w:color="000000" w:fill="FFFFFF"/>
            <w:vAlign w:val="center"/>
            <w:hideMark/>
          </w:tcPr>
          <w:p w14:paraId="0A023114" w14:textId="77777777" w:rsidR="008D187C" w:rsidRPr="00693325" w:rsidRDefault="008D187C" w:rsidP="008D187C">
            <w:pPr>
              <w:rPr>
                <w:rFonts w:ascii="Times New Roman" w:hAnsi="Times New Roman"/>
                <w:color w:val="000000"/>
                <w:sz w:val="16"/>
                <w:szCs w:val="16"/>
              </w:rPr>
            </w:pPr>
            <w:r w:rsidRPr="00693325">
              <w:rPr>
                <w:rFonts w:ascii="Times New Roman" w:hAnsi="Times New Roman"/>
                <w:color w:val="000000"/>
                <w:sz w:val="16"/>
                <w:szCs w:val="16"/>
              </w:rPr>
              <w:t>Proportion of households with inadequate facilities, mean (SD)</w:t>
            </w:r>
          </w:p>
        </w:tc>
        <w:tc>
          <w:tcPr>
            <w:tcW w:w="363" w:type="pct"/>
            <w:tcBorders>
              <w:top w:val="nil"/>
              <w:left w:val="nil"/>
              <w:bottom w:val="single" w:sz="8" w:space="0" w:color="000000"/>
              <w:right w:val="nil"/>
            </w:tcBorders>
            <w:shd w:val="clear" w:color="000000" w:fill="F2F2F2"/>
            <w:vAlign w:val="center"/>
            <w:hideMark/>
          </w:tcPr>
          <w:p w14:paraId="11219014"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0.01 (NA)</w:t>
            </w:r>
          </w:p>
        </w:tc>
        <w:tc>
          <w:tcPr>
            <w:tcW w:w="363" w:type="pct"/>
            <w:tcBorders>
              <w:top w:val="nil"/>
              <w:left w:val="nil"/>
              <w:bottom w:val="single" w:sz="8" w:space="0" w:color="000000"/>
              <w:right w:val="nil"/>
            </w:tcBorders>
            <w:shd w:val="clear" w:color="000000" w:fill="FFFFFF"/>
            <w:vAlign w:val="center"/>
            <w:hideMark/>
          </w:tcPr>
          <w:p w14:paraId="4FA11180"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0.01 (0.00)</w:t>
            </w:r>
          </w:p>
        </w:tc>
        <w:tc>
          <w:tcPr>
            <w:tcW w:w="365" w:type="pct"/>
            <w:tcBorders>
              <w:top w:val="nil"/>
              <w:left w:val="nil"/>
              <w:bottom w:val="single" w:sz="8" w:space="0" w:color="000000"/>
              <w:right w:val="nil"/>
            </w:tcBorders>
            <w:shd w:val="clear" w:color="000000" w:fill="FFFFFF"/>
            <w:vAlign w:val="center"/>
            <w:hideMark/>
          </w:tcPr>
          <w:p w14:paraId="71294B37"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single" w:sz="8" w:space="0" w:color="000000"/>
              <w:right w:val="nil"/>
            </w:tcBorders>
            <w:shd w:val="clear" w:color="000000" w:fill="F2F2F2"/>
            <w:vAlign w:val="center"/>
            <w:hideMark/>
          </w:tcPr>
          <w:p w14:paraId="58377683"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single" w:sz="8" w:space="0" w:color="000000"/>
              <w:right w:val="nil"/>
            </w:tcBorders>
            <w:shd w:val="clear" w:color="000000" w:fill="FFFFFF"/>
            <w:vAlign w:val="center"/>
            <w:hideMark/>
          </w:tcPr>
          <w:p w14:paraId="62CA7167"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single" w:sz="8" w:space="0" w:color="000000"/>
              <w:right w:val="nil"/>
            </w:tcBorders>
            <w:shd w:val="clear" w:color="000000" w:fill="FFFFFF"/>
            <w:vAlign w:val="center"/>
            <w:hideMark/>
          </w:tcPr>
          <w:p w14:paraId="0B6D7941"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single" w:sz="8" w:space="0" w:color="000000"/>
              <w:right w:val="nil"/>
            </w:tcBorders>
            <w:shd w:val="clear" w:color="000000" w:fill="F2F2F2"/>
            <w:vAlign w:val="center"/>
            <w:hideMark/>
          </w:tcPr>
          <w:p w14:paraId="01D15742"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single" w:sz="8" w:space="0" w:color="000000"/>
              <w:right w:val="nil"/>
            </w:tcBorders>
            <w:shd w:val="clear" w:color="000000" w:fill="FFFFFF"/>
            <w:vAlign w:val="center"/>
            <w:hideMark/>
          </w:tcPr>
          <w:p w14:paraId="570D2BA2"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single" w:sz="8" w:space="0" w:color="000000"/>
              <w:right w:val="nil"/>
            </w:tcBorders>
            <w:shd w:val="clear" w:color="000000" w:fill="FFFFFF"/>
            <w:vAlign w:val="center"/>
            <w:hideMark/>
          </w:tcPr>
          <w:p w14:paraId="2F4FC996"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single" w:sz="8" w:space="0" w:color="000000"/>
              <w:right w:val="nil"/>
            </w:tcBorders>
            <w:shd w:val="clear" w:color="000000" w:fill="F2F2F2"/>
            <w:vAlign w:val="center"/>
            <w:hideMark/>
          </w:tcPr>
          <w:p w14:paraId="22F540E8"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363" w:type="pct"/>
            <w:tcBorders>
              <w:top w:val="nil"/>
              <w:left w:val="nil"/>
              <w:bottom w:val="single" w:sz="8" w:space="0" w:color="000000"/>
              <w:right w:val="nil"/>
            </w:tcBorders>
            <w:shd w:val="clear" w:color="000000" w:fill="FFFFFF"/>
            <w:vAlign w:val="center"/>
            <w:hideMark/>
          </w:tcPr>
          <w:p w14:paraId="35C7CDB6"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357" w:type="pct"/>
            <w:tcBorders>
              <w:top w:val="nil"/>
              <w:left w:val="nil"/>
              <w:bottom w:val="single" w:sz="8" w:space="0" w:color="000000"/>
              <w:right w:val="nil"/>
            </w:tcBorders>
            <w:shd w:val="clear" w:color="000000" w:fill="FFFFFF"/>
            <w:vAlign w:val="center"/>
            <w:hideMark/>
          </w:tcPr>
          <w:p w14:paraId="4D2B9941" w14:textId="77777777" w:rsidR="008D187C" w:rsidRPr="00693325" w:rsidRDefault="008D187C" w:rsidP="008D187C">
            <w:pPr>
              <w:jc w:val="center"/>
              <w:rPr>
                <w:rFonts w:ascii="Times New Roman" w:hAnsi="Times New Roman"/>
                <w:color w:val="000000"/>
                <w:sz w:val="16"/>
                <w:szCs w:val="16"/>
              </w:rPr>
            </w:pPr>
            <w:r w:rsidRPr="00693325">
              <w:rPr>
                <w:rFonts w:ascii="Times New Roman" w:hAnsi="Times New Roman"/>
                <w:color w:val="000000"/>
                <w:sz w:val="16"/>
                <w:szCs w:val="16"/>
              </w:rPr>
              <w:t> -</w:t>
            </w:r>
          </w:p>
        </w:tc>
      </w:tr>
    </w:tbl>
    <w:p w14:paraId="3DE12DCD" w14:textId="252F7F68" w:rsidR="00726DBE" w:rsidRPr="00693325" w:rsidRDefault="00726DBE" w:rsidP="00726DBE">
      <w:pPr>
        <w:rPr>
          <w:rFonts w:ascii="Times New Roman" w:hAnsi="Times New Roman"/>
          <w:sz w:val="16"/>
        </w:rPr>
      </w:pPr>
      <w:r w:rsidRPr="00693325">
        <w:rPr>
          <w:rFonts w:ascii="Times New Roman" w:hAnsi="Times New Roman"/>
          <w:sz w:val="16"/>
          <w:vertAlign w:val="superscript"/>
        </w:rPr>
        <w:t>a</w:t>
      </w:r>
      <w:r w:rsidRPr="00693325">
        <w:rPr>
          <w:rFonts w:ascii="Times New Roman" w:hAnsi="Times New Roman"/>
          <w:sz w:val="16"/>
        </w:rPr>
        <w:t xml:space="preserve">Demographic characteristics were measured on the index date </w:t>
      </w:r>
    </w:p>
    <w:p w14:paraId="02A6E133" w14:textId="2A37728D" w:rsidR="00726DBE" w:rsidRPr="00693325" w:rsidRDefault="00726DBE" w:rsidP="00726DBE">
      <w:pPr>
        <w:rPr>
          <w:rFonts w:ascii="Times New Roman" w:hAnsi="Times New Roman"/>
          <w:sz w:val="16"/>
        </w:rPr>
      </w:pPr>
      <w:r w:rsidRPr="00693325">
        <w:rPr>
          <w:rFonts w:ascii="Times New Roman" w:hAnsi="Times New Roman"/>
          <w:sz w:val="16"/>
          <w:vertAlign w:val="superscript"/>
        </w:rPr>
        <w:t>b</w:t>
      </w:r>
      <w:r w:rsidRPr="00693325">
        <w:rPr>
          <w:rFonts w:ascii="Times New Roman" w:hAnsi="Times New Roman"/>
          <w:sz w:val="16"/>
        </w:rPr>
        <w:t>Patient</w:t>
      </w:r>
      <w:r w:rsidRPr="00693325">
        <w:rPr>
          <w:rFonts w:ascii="Times New Roman" w:hAnsi="Times New Roman"/>
          <w:sz w:val="16"/>
        </w:rPr>
        <w:noBreakHyphen/>
        <w:t xml:space="preserve">level race is not available in the Commercial Database </w:t>
      </w:r>
    </w:p>
    <w:p w14:paraId="571A1F31" w14:textId="2C3266C9" w:rsidR="00726DBE" w:rsidRPr="00693325" w:rsidRDefault="00726DBE" w:rsidP="00726DBE">
      <w:pPr>
        <w:rPr>
          <w:rFonts w:ascii="Times New Roman" w:hAnsi="Times New Roman"/>
          <w:sz w:val="16"/>
        </w:rPr>
      </w:pPr>
      <w:r w:rsidRPr="00693325">
        <w:rPr>
          <w:rFonts w:ascii="Times New Roman" w:hAnsi="Times New Roman"/>
          <w:sz w:val="16"/>
          <w:vertAlign w:val="superscript"/>
        </w:rPr>
        <w:t>c</w:t>
      </w:r>
      <w:r w:rsidRPr="00693325">
        <w:rPr>
          <w:rFonts w:ascii="Times New Roman" w:hAnsi="Times New Roman"/>
          <w:sz w:val="16"/>
        </w:rPr>
        <w:t xml:space="preserve">Clinical characteristics were measured prior to the index date </w:t>
      </w:r>
      <w:r w:rsidRPr="00693325">
        <w:rPr>
          <w:rFonts w:ascii="Times New Roman" w:hAnsi="Times New Roman"/>
          <w:sz w:val="16"/>
        </w:rPr>
        <w:tab/>
      </w:r>
      <w:r w:rsidRPr="00693325">
        <w:rPr>
          <w:rFonts w:ascii="Times New Roman" w:hAnsi="Times New Roman"/>
          <w:sz w:val="16"/>
        </w:rPr>
        <w:tab/>
      </w:r>
      <w:r w:rsidRPr="00693325">
        <w:rPr>
          <w:rFonts w:ascii="Times New Roman" w:hAnsi="Times New Roman"/>
          <w:sz w:val="16"/>
        </w:rPr>
        <w:tab/>
      </w:r>
      <w:r w:rsidRPr="00693325">
        <w:rPr>
          <w:rFonts w:ascii="Times New Roman" w:hAnsi="Times New Roman"/>
          <w:sz w:val="16"/>
        </w:rPr>
        <w:tab/>
      </w:r>
      <w:r w:rsidRPr="00693325">
        <w:rPr>
          <w:rFonts w:ascii="Times New Roman" w:hAnsi="Times New Roman"/>
          <w:sz w:val="16"/>
        </w:rPr>
        <w:tab/>
      </w:r>
    </w:p>
    <w:p w14:paraId="202B8774" w14:textId="249E0583" w:rsidR="00726DBE" w:rsidRPr="00693325" w:rsidRDefault="00726DBE" w:rsidP="00726DBE">
      <w:pPr>
        <w:rPr>
          <w:rFonts w:ascii="Times New Roman" w:hAnsi="Times New Roman"/>
          <w:sz w:val="16"/>
        </w:rPr>
      </w:pPr>
      <w:r w:rsidRPr="00693325">
        <w:rPr>
          <w:rFonts w:ascii="Times New Roman" w:hAnsi="Times New Roman"/>
          <w:sz w:val="16"/>
          <w:vertAlign w:val="superscript"/>
        </w:rPr>
        <w:t>d</w:t>
      </w:r>
      <w:r w:rsidRPr="00693325">
        <w:rPr>
          <w:rFonts w:ascii="Times New Roman" w:hAnsi="Times New Roman"/>
          <w:sz w:val="16"/>
        </w:rPr>
        <w:t>Area-level sociodemographic characteristics were measured on the index date and were only available in the commercial cohorts, geographic data cannot be reported for the Medicaid cohort due to data use agreements with MarketScan data contributors</w:t>
      </w:r>
    </w:p>
    <w:p w14:paraId="40F81FCB" w14:textId="77777777" w:rsidR="00726DBE" w:rsidRPr="00693325" w:rsidRDefault="00726DBE" w:rsidP="00726DBE">
      <w:pPr>
        <w:spacing w:after="100" w:afterAutospacing="1"/>
        <w:rPr>
          <w:rFonts w:ascii="Times New Roman" w:hAnsi="Times New Roman"/>
        </w:rPr>
      </w:pPr>
      <w:r w:rsidRPr="00693325">
        <w:rPr>
          <w:rFonts w:ascii="Times New Roman" w:hAnsi="Times New Roman"/>
          <w:sz w:val="16"/>
          <w:szCs w:val="16"/>
        </w:rPr>
        <w:t xml:space="preserve">Abbreviations: Hib-MenCY: Meningococcal serogroups C and Y and </w:t>
      </w:r>
      <w:r w:rsidRPr="00693325">
        <w:rPr>
          <w:rFonts w:ascii="Times New Roman" w:hAnsi="Times New Roman"/>
          <w:i/>
          <w:iCs/>
          <w:sz w:val="16"/>
          <w:szCs w:val="16"/>
        </w:rPr>
        <w:t>Haemophilus</w:t>
      </w:r>
      <w:r w:rsidRPr="00693325">
        <w:rPr>
          <w:rFonts w:ascii="Times New Roman" w:hAnsi="Times New Roman"/>
          <w:sz w:val="16"/>
          <w:szCs w:val="16"/>
        </w:rPr>
        <w:t xml:space="preserve"> b, IMD: invasive meningococcal disease, MenACWY: meningococcal serogroups A, C, W, Y, MenB: meningococcal serogroup B, SD: standard deviation</w:t>
      </w:r>
    </w:p>
    <w:p w14:paraId="09E8807F" w14:textId="77777777" w:rsidR="00726DBE" w:rsidRDefault="00726DBE" w:rsidP="00726DBE">
      <w:pPr>
        <w:rPr>
          <w:rFonts w:ascii="Times New Roman" w:hAnsi="Times New Roman"/>
          <w:b/>
          <w:sz w:val="20"/>
        </w:rPr>
      </w:pPr>
      <w:r>
        <w:rPr>
          <w:rFonts w:ascii="Times New Roman" w:hAnsi="Times New Roman"/>
          <w:b/>
          <w:sz w:val="20"/>
        </w:rPr>
        <w:br w:type="page"/>
      </w:r>
    </w:p>
    <w:p w14:paraId="37964222" w14:textId="5D4639EC" w:rsidR="00726DBE" w:rsidRPr="00693325" w:rsidRDefault="00726DBE" w:rsidP="00726DBE">
      <w:pPr>
        <w:spacing w:after="160" w:line="259" w:lineRule="auto"/>
        <w:rPr>
          <w:rFonts w:ascii="Times New Roman" w:hAnsi="Times New Roman"/>
          <w:sz w:val="20"/>
        </w:rPr>
      </w:pPr>
      <w:r w:rsidRPr="00693325">
        <w:rPr>
          <w:rFonts w:ascii="Times New Roman" w:hAnsi="Times New Roman"/>
          <w:b/>
          <w:sz w:val="20"/>
        </w:rPr>
        <w:lastRenderedPageBreak/>
        <w:t xml:space="preserve">Supplemental Table </w:t>
      </w:r>
      <w:r w:rsidR="00A0215B">
        <w:rPr>
          <w:rFonts w:ascii="Times New Roman" w:hAnsi="Times New Roman"/>
          <w:b/>
          <w:sz w:val="20"/>
        </w:rPr>
        <w:t>7</w:t>
      </w:r>
      <w:r w:rsidRPr="00693325">
        <w:rPr>
          <w:rFonts w:ascii="Times New Roman" w:hAnsi="Times New Roman"/>
          <w:b/>
          <w:sz w:val="20"/>
        </w:rPr>
        <w:t xml:space="preserve"> </w:t>
      </w:r>
      <w:r w:rsidRPr="00693325">
        <w:rPr>
          <w:rFonts w:ascii="Times New Roman" w:hAnsi="Times New Roman"/>
          <w:sz w:val="20"/>
        </w:rPr>
        <w:t>IMD hospitalization characteristics, toddler and child cohorts</w:t>
      </w:r>
    </w:p>
    <w:tbl>
      <w:tblPr>
        <w:tblW w:w="5000" w:type="pct"/>
        <w:tblLook w:val="04A0" w:firstRow="1" w:lastRow="0" w:firstColumn="1" w:lastColumn="0" w:noHBand="0" w:noVBand="1"/>
      </w:tblPr>
      <w:tblGrid>
        <w:gridCol w:w="5816"/>
        <w:gridCol w:w="1990"/>
        <w:gridCol w:w="2409"/>
        <w:gridCol w:w="1990"/>
        <w:gridCol w:w="1753"/>
      </w:tblGrid>
      <w:tr w:rsidR="00A0215B" w:rsidRPr="00693325" w14:paraId="128CB805" w14:textId="77777777" w:rsidTr="00132E28">
        <w:trPr>
          <w:trHeight w:val="97"/>
        </w:trPr>
        <w:tc>
          <w:tcPr>
            <w:tcW w:w="2083" w:type="pct"/>
            <w:tcBorders>
              <w:top w:val="single" w:sz="8" w:space="0" w:color="000000"/>
              <w:left w:val="nil"/>
              <w:bottom w:val="single" w:sz="4" w:space="0" w:color="auto"/>
              <w:right w:val="nil"/>
            </w:tcBorders>
            <w:shd w:val="clear" w:color="000000" w:fill="FFFFFF"/>
            <w:vAlign w:val="center"/>
          </w:tcPr>
          <w:p w14:paraId="1A73DC75" w14:textId="3C38BE2E" w:rsidR="00A0215B" w:rsidRPr="00693325" w:rsidRDefault="00A0215B" w:rsidP="00A0215B">
            <w:pPr>
              <w:rPr>
                <w:rFonts w:ascii="Times New Roman" w:hAnsi="Times New Roman"/>
                <w:b/>
                <w:bCs/>
                <w:color w:val="000000"/>
                <w:sz w:val="16"/>
                <w:szCs w:val="16"/>
              </w:rPr>
            </w:pPr>
            <w:r>
              <w:rPr>
                <w:rFonts w:ascii="Times New Roman" w:hAnsi="Times New Roman"/>
                <w:b/>
                <w:bCs/>
                <w:color w:val="000000"/>
                <w:sz w:val="16"/>
              </w:rPr>
              <w:t>Payer</w:t>
            </w:r>
          </w:p>
        </w:tc>
        <w:tc>
          <w:tcPr>
            <w:tcW w:w="713" w:type="pct"/>
            <w:tcBorders>
              <w:top w:val="single" w:sz="8" w:space="0" w:color="000000"/>
              <w:left w:val="nil"/>
              <w:bottom w:val="single" w:sz="4" w:space="0" w:color="auto"/>
              <w:right w:val="nil"/>
            </w:tcBorders>
            <w:shd w:val="clear" w:color="000000" w:fill="FFFFFF"/>
            <w:vAlign w:val="center"/>
            <w:hideMark/>
          </w:tcPr>
          <w:p w14:paraId="69DD40A1" w14:textId="77777777" w:rsidR="00A0215B" w:rsidRPr="00693325" w:rsidRDefault="00A0215B" w:rsidP="00A0215B">
            <w:pPr>
              <w:jc w:val="center"/>
              <w:rPr>
                <w:rFonts w:ascii="Times New Roman" w:hAnsi="Times New Roman"/>
                <w:b/>
                <w:bCs/>
                <w:color w:val="000000"/>
                <w:sz w:val="16"/>
                <w:szCs w:val="16"/>
              </w:rPr>
            </w:pPr>
            <w:r w:rsidRPr="00693325">
              <w:rPr>
                <w:rFonts w:ascii="Times New Roman" w:hAnsi="Times New Roman"/>
                <w:b/>
                <w:bCs/>
                <w:sz w:val="16"/>
              </w:rPr>
              <w:t>Commercial</w:t>
            </w:r>
          </w:p>
        </w:tc>
        <w:tc>
          <w:tcPr>
            <w:tcW w:w="863" w:type="pct"/>
            <w:tcBorders>
              <w:top w:val="single" w:sz="8" w:space="0" w:color="000000"/>
              <w:left w:val="nil"/>
              <w:bottom w:val="single" w:sz="4" w:space="0" w:color="auto"/>
              <w:right w:val="nil"/>
            </w:tcBorders>
            <w:shd w:val="clear" w:color="000000" w:fill="FFFFFF"/>
            <w:vAlign w:val="center"/>
            <w:hideMark/>
          </w:tcPr>
          <w:p w14:paraId="68054F4E" w14:textId="77777777" w:rsidR="00A0215B" w:rsidRPr="00693325" w:rsidRDefault="00A0215B" w:rsidP="00A0215B">
            <w:pPr>
              <w:jc w:val="center"/>
              <w:rPr>
                <w:rFonts w:ascii="Times New Roman" w:hAnsi="Times New Roman"/>
                <w:b/>
                <w:bCs/>
                <w:color w:val="000000"/>
                <w:sz w:val="16"/>
                <w:szCs w:val="16"/>
              </w:rPr>
            </w:pPr>
            <w:r w:rsidRPr="00693325">
              <w:rPr>
                <w:rFonts w:ascii="Times New Roman" w:hAnsi="Times New Roman"/>
                <w:b/>
                <w:bCs/>
                <w:sz w:val="16"/>
              </w:rPr>
              <w:t>Medicaid</w:t>
            </w:r>
          </w:p>
        </w:tc>
        <w:tc>
          <w:tcPr>
            <w:tcW w:w="713" w:type="pct"/>
            <w:tcBorders>
              <w:top w:val="single" w:sz="8" w:space="0" w:color="000000"/>
              <w:left w:val="nil"/>
              <w:bottom w:val="single" w:sz="4" w:space="0" w:color="auto"/>
              <w:right w:val="nil"/>
            </w:tcBorders>
            <w:shd w:val="clear" w:color="000000" w:fill="FFFFFF"/>
            <w:vAlign w:val="center"/>
            <w:hideMark/>
          </w:tcPr>
          <w:p w14:paraId="2EC055FA" w14:textId="77777777" w:rsidR="00A0215B" w:rsidRPr="00693325" w:rsidRDefault="00A0215B" w:rsidP="00A0215B">
            <w:pPr>
              <w:jc w:val="center"/>
              <w:rPr>
                <w:rFonts w:ascii="Times New Roman" w:hAnsi="Times New Roman"/>
                <w:b/>
                <w:bCs/>
                <w:color w:val="000000"/>
                <w:sz w:val="16"/>
                <w:szCs w:val="16"/>
              </w:rPr>
            </w:pPr>
            <w:r w:rsidRPr="00693325">
              <w:rPr>
                <w:rFonts w:ascii="Times New Roman" w:hAnsi="Times New Roman"/>
                <w:b/>
                <w:bCs/>
                <w:sz w:val="16"/>
              </w:rPr>
              <w:t>Commercial</w:t>
            </w:r>
          </w:p>
        </w:tc>
        <w:tc>
          <w:tcPr>
            <w:tcW w:w="628" w:type="pct"/>
            <w:tcBorders>
              <w:top w:val="single" w:sz="8" w:space="0" w:color="000000"/>
              <w:left w:val="nil"/>
              <w:bottom w:val="single" w:sz="4" w:space="0" w:color="auto"/>
              <w:right w:val="nil"/>
            </w:tcBorders>
            <w:shd w:val="clear" w:color="000000" w:fill="FFFFFF"/>
            <w:vAlign w:val="center"/>
            <w:hideMark/>
          </w:tcPr>
          <w:p w14:paraId="23AF2E37" w14:textId="77777777" w:rsidR="00A0215B" w:rsidRPr="00693325" w:rsidRDefault="00A0215B" w:rsidP="00A0215B">
            <w:pPr>
              <w:jc w:val="center"/>
              <w:rPr>
                <w:rFonts w:ascii="Times New Roman" w:hAnsi="Times New Roman"/>
                <w:b/>
                <w:bCs/>
                <w:color w:val="000000"/>
                <w:sz w:val="16"/>
                <w:szCs w:val="16"/>
              </w:rPr>
            </w:pPr>
            <w:r w:rsidRPr="00693325">
              <w:rPr>
                <w:rFonts w:ascii="Times New Roman" w:hAnsi="Times New Roman"/>
                <w:b/>
                <w:bCs/>
                <w:sz w:val="16"/>
              </w:rPr>
              <w:t>Medicaid</w:t>
            </w:r>
          </w:p>
        </w:tc>
      </w:tr>
      <w:tr w:rsidR="00A0215B" w:rsidRPr="00693325" w14:paraId="368304C4" w14:textId="77777777" w:rsidTr="00132E28">
        <w:trPr>
          <w:trHeight w:val="68"/>
        </w:trPr>
        <w:tc>
          <w:tcPr>
            <w:tcW w:w="2083" w:type="pct"/>
            <w:vMerge w:val="restart"/>
            <w:tcBorders>
              <w:top w:val="single" w:sz="4" w:space="0" w:color="auto"/>
              <w:left w:val="nil"/>
              <w:bottom w:val="single" w:sz="8" w:space="0" w:color="000000"/>
              <w:right w:val="nil"/>
            </w:tcBorders>
            <w:shd w:val="clear" w:color="000000" w:fill="FFFFFF"/>
            <w:vAlign w:val="center"/>
            <w:hideMark/>
          </w:tcPr>
          <w:p w14:paraId="3B7C4898" w14:textId="77777777" w:rsidR="00A0215B" w:rsidRPr="00693325" w:rsidRDefault="00A0215B" w:rsidP="00A0215B">
            <w:pPr>
              <w:rPr>
                <w:rFonts w:ascii="Times New Roman" w:hAnsi="Times New Roman"/>
                <w:b/>
                <w:bCs/>
                <w:color w:val="000000"/>
                <w:sz w:val="16"/>
                <w:szCs w:val="16"/>
              </w:rPr>
            </w:pPr>
            <w:r w:rsidRPr="00693325">
              <w:rPr>
                <w:rFonts w:ascii="Times New Roman" w:hAnsi="Times New Roman"/>
                <w:b/>
                <w:bCs/>
                <w:color w:val="000000"/>
                <w:sz w:val="16"/>
              </w:rPr>
              <w:t> </w:t>
            </w:r>
          </w:p>
        </w:tc>
        <w:tc>
          <w:tcPr>
            <w:tcW w:w="1576" w:type="pct"/>
            <w:gridSpan w:val="2"/>
            <w:tcBorders>
              <w:top w:val="single" w:sz="4" w:space="0" w:color="auto"/>
              <w:left w:val="nil"/>
              <w:bottom w:val="nil"/>
              <w:right w:val="nil"/>
            </w:tcBorders>
            <w:shd w:val="clear" w:color="000000" w:fill="FFFFFF"/>
            <w:vAlign w:val="center"/>
            <w:hideMark/>
          </w:tcPr>
          <w:p w14:paraId="29F9D293" w14:textId="77777777" w:rsidR="00A0215B" w:rsidRPr="00693325" w:rsidRDefault="00A0215B" w:rsidP="00A0215B">
            <w:pPr>
              <w:jc w:val="center"/>
              <w:rPr>
                <w:rFonts w:ascii="Times New Roman" w:hAnsi="Times New Roman"/>
                <w:b/>
                <w:bCs/>
                <w:color w:val="000000"/>
                <w:sz w:val="16"/>
                <w:szCs w:val="16"/>
              </w:rPr>
            </w:pPr>
            <w:r w:rsidRPr="00693325">
              <w:rPr>
                <w:rFonts w:ascii="Times New Roman" w:hAnsi="Times New Roman"/>
                <w:b/>
                <w:bCs/>
                <w:sz w:val="16"/>
              </w:rPr>
              <w:t>Toddlers with IMD</w:t>
            </w:r>
          </w:p>
        </w:tc>
        <w:tc>
          <w:tcPr>
            <w:tcW w:w="1341" w:type="pct"/>
            <w:gridSpan w:val="2"/>
            <w:tcBorders>
              <w:top w:val="single" w:sz="4" w:space="0" w:color="auto"/>
              <w:left w:val="nil"/>
              <w:bottom w:val="nil"/>
              <w:right w:val="nil"/>
            </w:tcBorders>
            <w:shd w:val="clear" w:color="000000" w:fill="FFFFFF"/>
            <w:vAlign w:val="center"/>
            <w:hideMark/>
          </w:tcPr>
          <w:p w14:paraId="701025B2" w14:textId="77777777" w:rsidR="00A0215B" w:rsidRPr="00693325" w:rsidRDefault="00A0215B" w:rsidP="00A0215B">
            <w:pPr>
              <w:jc w:val="center"/>
              <w:rPr>
                <w:rFonts w:ascii="Times New Roman" w:hAnsi="Times New Roman"/>
                <w:b/>
                <w:bCs/>
                <w:color w:val="000000"/>
                <w:sz w:val="16"/>
                <w:szCs w:val="16"/>
              </w:rPr>
            </w:pPr>
            <w:r w:rsidRPr="00693325">
              <w:rPr>
                <w:rFonts w:ascii="Times New Roman" w:hAnsi="Times New Roman"/>
                <w:b/>
                <w:bCs/>
                <w:sz w:val="16"/>
              </w:rPr>
              <w:t>Children with IMD</w:t>
            </w:r>
          </w:p>
        </w:tc>
      </w:tr>
      <w:tr w:rsidR="00A0215B" w:rsidRPr="00693325" w14:paraId="6313DF2E" w14:textId="77777777" w:rsidTr="00A0215B">
        <w:trPr>
          <w:trHeight w:val="48"/>
        </w:trPr>
        <w:tc>
          <w:tcPr>
            <w:tcW w:w="2083" w:type="pct"/>
            <w:vMerge/>
            <w:tcBorders>
              <w:top w:val="nil"/>
              <w:left w:val="nil"/>
              <w:bottom w:val="single" w:sz="8" w:space="0" w:color="000000"/>
              <w:right w:val="nil"/>
            </w:tcBorders>
            <w:vAlign w:val="center"/>
            <w:hideMark/>
          </w:tcPr>
          <w:p w14:paraId="5B5AAAA5" w14:textId="77777777" w:rsidR="00A0215B" w:rsidRPr="00693325" w:rsidRDefault="00A0215B" w:rsidP="00A0215B">
            <w:pPr>
              <w:rPr>
                <w:rFonts w:ascii="Times New Roman" w:hAnsi="Times New Roman"/>
                <w:b/>
                <w:bCs/>
                <w:color w:val="000000"/>
                <w:sz w:val="16"/>
                <w:szCs w:val="16"/>
              </w:rPr>
            </w:pPr>
          </w:p>
        </w:tc>
        <w:tc>
          <w:tcPr>
            <w:tcW w:w="713" w:type="pct"/>
            <w:tcBorders>
              <w:top w:val="nil"/>
              <w:left w:val="nil"/>
              <w:bottom w:val="single" w:sz="8" w:space="0" w:color="000000"/>
              <w:right w:val="nil"/>
            </w:tcBorders>
            <w:shd w:val="clear" w:color="000000" w:fill="FFFFFF"/>
            <w:vAlign w:val="center"/>
            <w:hideMark/>
          </w:tcPr>
          <w:p w14:paraId="405154CF"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N=19</w:t>
            </w:r>
          </w:p>
        </w:tc>
        <w:tc>
          <w:tcPr>
            <w:tcW w:w="863" w:type="pct"/>
            <w:tcBorders>
              <w:top w:val="nil"/>
              <w:left w:val="nil"/>
              <w:bottom w:val="single" w:sz="8" w:space="0" w:color="000000"/>
              <w:right w:val="nil"/>
            </w:tcBorders>
            <w:shd w:val="clear" w:color="000000" w:fill="FFFFFF"/>
            <w:vAlign w:val="center"/>
            <w:hideMark/>
          </w:tcPr>
          <w:p w14:paraId="0B2F4D03"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N=35</w:t>
            </w:r>
          </w:p>
        </w:tc>
        <w:tc>
          <w:tcPr>
            <w:tcW w:w="713" w:type="pct"/>
            <w:tcBorders>
              <w:top w:val="nil"/>
              <w:left w:val="nil"/>
              <w:bottom w:val="single" w:sz="8" w:space="0" w:color="000000"/>
              <w:right w:val="nil"/>
            </w:tcBorders>
            <w:shd w:val="clear" w:color="000000" w:fill="FFFFFF"/>
            <w:vAlign w:val="center"/>
            <w:hideMark/>
          </w:tcPr>
          <w:p w14:paraId="30AA2E54"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N=21</w:t>
            </w:r>
          </w:p>
        </w:tc>
        <w:tc>
          <w:tcPr>
            <w:tcW w:w="628" w:type="pct"/>
            <w:tcBorders>
              <w:top w:val="nil"/>
              <w:left w:val="nil"/>
              <w:bottom w:val="single" w:sz="8" w:space="0" w:color="000000"/>
              <w:right w:val="nil"/>
            </w:tcBorders>
            <w:shd w:val="clear" w:color="000000" w:fill="FFFFFF"/>
            <w:vAlign w:val="center"/>
            <w:hideMark/>
          </w:tcPr>
          <w:p w14:paraId="0BC015E0"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N=13</w:t>
            </w:r>
          </w:p>
        </w:tc>
      </w:tr>
      <w:tr w:rsidR="00A0215B" w:rsidRPr="00693325" w14:paraId="5B90CCC9" w14:textId="77777777" w:rsidTr="00A0215B">
        <w:trPr>
          <w:trHeight w:val="160"/>
        </w:trPr>
        <w:tc>
          <w:tcPr>
            <w:tcW w:w="2083" w:type="pct"/>
            <w:tcBorders>
              <w:top w:val="nil"/>
              <w:left w:val="nil"/>
              <w:bottom w:val="nil"/>
              <w:right w:val="nil"/>
            </w:tcBorders>
            <w:shd w:val="clear" w:color="000000" w:fill="FFFFFF"/>
            <w:vAlign w:val="center"/>
            <w:hideMark/>
          </w:tcPr>
          <w:p w14:paraId="0C65D961" w14:textId="77777777" w:rsidR="00A0215B" w:rsidRPr="00693325" w:rsidRDefault="00A0215B" w:rsidP="00A0215B">
            <w:pPr>
              <w:rPr>
                <w:rFonts w:ascii="Times New Roman" w:hAnsi="Times New Roman"/>
                <w:b/>
                <w:bCs/>
                <w:color w:val="000000"/>
                <w:sz w:val="16"/>
                <w:szCs w:val="16"/>
              </w:rPr>
            </w:pPr>
            <w:r w:rsidRPr="00693325">
              <w:rPr>
                <w:rFonts w:ascii="Times New Roman" w:hAnsi="Times New Roman"/>
                <w:b/>
                <w:bCs/>
                <w:sz w:val="16"/>
              </w:rPr>
              <w:t xml:space="preserve">Age at IMD (days), mean (SD) </w:t>
            </w:r>
          </w:p>
        </w:tc>
        <w:tc>
          <w:tcPr>
            <w:tcW w:w="713" w:type="pct"/>
            <w:tcBorders>
              <w:top w:val="nil"/>
              <w:left w:val="nil"/>
              <w:bottom w:val="nil"/>
              <w:right w:val="nil"/>
            </w:tcBorders>
            <w:shd w:val="clear" w:color="000000" w:fill="FFFFFF"/>
            <w:vAlign w:val="center"/>
            <w:hideMark/>
          </w:tcPr>
          <w:p w14:paraId="3A5126C5"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1,068.47 (357.15)</w:t>
            </w:r>
          </w:p>
        </w:tc>
        <w:tc>
          <w:tcPr>
            <w:tcW w:w="863" w:type="pct"/>
            <w:tcBorders>
              <w:top w:val="nil"/>
              <w:left w:val="nil"/>
              <w:bottom w:val="nil"/>
              <w:right w:val="nil"/>
            </w:tcBorders>
            <w:shd w:val="clear" w:color="000000" w:fill="FFFFFF"/>
            <w:vAlign w:val="center"/>
            <w:hideMark/>
          </w:tcPr>
          <w:p w14:paraId="564926D0"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980.94 (378.75)</w:t>
            </w:r>
          </w:p>
        </w:tc>
        <w:tc>
          <w:tcPr>
            <w:tcW w:w="713" w:type="pct"/>
            <w:tcBorders>
              <w:top w:val="nil"/>
              <w:left w:val="nil"/>
              <w:bottom w:val="nil"/>
              <w:right w:val="nil"/>
            </w:tcBorders>
            <w:shd w:val="clear" w:color="000000" w:fill="FFFFFF"/>
            <w:vAlign w:val="center"/>
            <w:hideMark/>
          </w:tcPr>
          <w:p w14:paraId="4F62CBD5"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2,978.33 (621.65)</w:t>
            </w:r>
          </w:p>
        </w:tc>
        <w:tc>
          <w:tcPr>
            <w:tcW w:w="628" w:type="pct"/>
            <w:tcBorders>
              <w:top w:val="nil"/>
              <w:left w:val="nil"/>
              <w:bottom w:val="nil"/>
              <w:right w:val="nil"/>
            </w:tcBorders>
            <w:shd w:val="clear" w:color="000000" w:fill="FFFFFF"/>
            <w:vAlign w:val="center"/>
            <w:hideMark/>
          </w:tcPr>
          <w:p w14:paraId="1C329527"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2,816.85 (492.35)</w:t>
            </w:r>
          </w:p>
        </w:tc>
      </w:tr>
      <w:tr w:rsidR="00A0215B" w:rsidRPr="00693325" w14:paraId="18B8F6A0" w14:textId="77777777" w:rsidTr="00A0215B">
        <w:trPr>
          <w:trHeight w:val="74"/>
        </w:trPr>
        <w:tc>
          <w:tcPr>
            <w:tcW w:w="2083" w:type="pct"/>
            <w:tcBorders>
              <w:top w:val="nil"/>
              <w:left w:val="nil"/>
              <w:bottom w:val="nil"/>
              <w:right w:val="nil"/>
            </w:tcBorders>
            <w:shd w:val="clear" w:color="000000" w:fill="FFFFFF"/>
            <w:vAlign w:val="center"/>
            <w:hideMark/>
          </w:tcPr>
          <w:p w14:paraId="5D0D3022"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Median (days)</w:t>
            </w:r>
          </w:p>
        </w:tc>
        <w:tc>
          <w:tcPr>
            <w:tcW w:w="713" w:type="pct"/>
            <w:tcBorders>
              <w:top w:val="nil"/>
              <w:left w:val="nil"/>
              <w:bottom w:val="nil"/>
              <w:right w:val="nil"/>
            </w:tcBorders>
            <w:shd w:val="clear" w:color="000000" w:fill="FFFFFF"/>
            <w:vAlign w:val="center"/>
            <w:hideMark/>
          </w:tcPr>
          <w:p w14:paraId="5DFC5E85"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972</w:t>
            </w:r>
          </w:p>
        </w:tc>
        <w:tc>
          <w:tcPr>
            <w:tcW w:w="863" w:type="pct"/>
            <w:tcBorders>
              <w:top w:val="nil"/>
              <w:left w:val="nil"/>
              <w:bottom w:val="nil"/>
              <w:right w:val="nil"/>
            </w:tcBorders>
            <w:shd w:val="clear" w:color="000000" w:fill="FFFFFF"/>
            <w:vAlign w:val="center"/>
            <w:hideMark/>
          </w:tcPr>
          <w:p w14:paraId="35C2E9CF"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906</w:t>
            </w:r>
          </w:p>
        </w:tc>
        <w:tc>
          <w:tcPr>
            <w:tcW w:w="713" w:type="pct"/>
            <w:tcBorders>
              <w:top w:val="nil"/>
              <w:left w:val="nil"/>
              <w:bottom w:val="nil"/>
              <w:right w:val="nil"/>
            </w:tcBorders>
            <w:shd w:val="clear" w:color="000000" w:fill="FFFFFF"/>
            <w:vAlign w:val="center"/>
            <w:hideMark/>
          </w:tcPr>
          <w:p w14:paraId="11908DB5"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2,838</w:t>
            </w:r>
          </w:p>
        </w:tc>
        <w:tc>
          <w:tcPr>
            <w:tcW w:w="628" w:type="pct"/>
            <w:tcBorders>
              <w:top w:val="nil"/>
              <w:left w:val="nil"/>
              <w:bottom w:val="nil"/>
              <w:right w:val="nil"/>
            </w:tcBorders>
            <w:shd w:val="clear" w:color="000000" w:fill="FFFFFF"/>
            <w:vAlign w:val="center"/>
            <w:hideMark/>
          </w:tcPr>
          <w:p w14:paraId="7199149E"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2,785</w:t>
            </w:r>
          </w:p>
        </w:tc>
      </w:tr>
      <w:tr w:rsidR="00A0215B" w:rsidRPr="00693325" w14:paraId="5E6C9085" w14:textId="77777777" w:rsidTr="00A0215B">
        <w:trPr>
          <w:trHeight w:val="74"/>
        </w:trPr>
        <w:tc>
          <w:tcPr>
            <w:tcW w:w="2083" w:type="pct"/>
            <w:tcBorders>
              <w:top w:val="nil"/>
              <w:left w:val="nil"/>
              <w:bottom w:val="nil"/>
              <w:right w:val="nil"/>
            </w:tcBorders>
            <w:shd w:val="clear" w:color="000000" w:fill="FFFFFF"/>
            <w:vAlign w:val="center"/>
            <w:hideMark/>
          </w:tcPr>
          <w:p w14:paraId="0ADA0A1B" w14:textId="77777777" w:rsidR="00A0215B" w:rsidRPr="00693325" w:rsidRDefault="00A0215B" w:rsidP="00A0215B">
            <w:pPr>
              <w:rPr>
                <w:rFonts w:ascii="Times New Roman" w:hAnsi="Times New Roman"/>
                <w:b/>
                <w:bCs/>
                <w:color w:val="000000"/>
                <w:sz w:val="16"/>
                <w:szCs w:val="16"/>
              </w:rPr>
            </w:pPr>
            <w:r w:rsidRPr="00693325">
              <w:rPr>
                <w:rFonts w:ascii="Times New Roman" w:hAnsi="Times New Roman"/>
                <w:b/>
                <w:bCs/>
                <w:sz w:val="16"/>
              </w:rPr>
              <w:t xml:space="preserve">Characteristics of IMD hospitalization </w:t>
            </w:r>
          </w:p>
        </w:tc>
        <w:tc>
          <w:tcPr>
            <w:tcW w:w="713" w:type="pct"/>
            <w:tcBorders>
              <w:top w:val="nil"/>
              <w:left w:val="nil"/>
              <w:bottom w:val="nil"/>
              <w:right w:val="nil"/>
            </w:tcBorders>
            <w:shd w:val="clear" w:color="000000" w:fill="FFFFFF"/>
            <w:vAlign w:val="center"/>
            <w:hideMark/>
          </w:tcPr>
          <w:p w14:paraId="69C26734"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 </w:t>
            </w:r>
          </w:p>
        </w:tc>
        <w:tc>
          <w:tcPr>
            <w:tcW w:w="863" w:type="pct"/>
            <w:tcBorders>
              <w:top w:val="nil"/>
              <w:left w:val="nil"/>
              <w:bottom w:val="nil"/>
              <w:right w:val="nil"/>
            </w:tcBorders>
            <w:shd w:val="clear" w:color="000000" w:fill="FFFFFF"/>
            <w:vAlign w:val="center"/>
            <w:hideMark/>
          </w:tcPr>
          <w:p w14:paraId="61FE14F9"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 </w:t>
            </w:r>
          </w:p>
        </w:tc>
        <w:tc>
          <w:tcPr>
            <w:tcW w:w="713" w:type="pct"/>
            <w:tcBorders>
              <w:top w:val="nil"/>
              <w:left w:val="nil"/>
              <w:bottom w:val="nil"/>
              <w:right w:val="nil"/>
            </w:tcBorders>
            <w:shd w:val="clear" w:color="000000" w:fill="FFFFFF"/>
            <w:vAlign w:val="center"/>
            <w:hideMark/>
          </w:tcPr>
          <w:p w14:paraId="6B77818D"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 </w:t>
            </w:r>
          </w:p>
        </w:tc>
        <w:tc>
          <w:tcPr>
            <w:tcW w:w="628" w:type="pct"/>
            <w:tcBorders>
              <w:top w:val="nil"/>
              <w:left w:val="nil"/>
              <w:bottom w:val="nil"/>
              <w:right w:val="nil"/>
            </w:tcBorders>
            <w:shd w:val="clear" w:color="000000" w:fill="FFFFFF"/>
            <w:vAlign w:val="center"/>
            <w:hideMark/>
          </w:tcPr>
          <w:p w14:paraId="62B1EA0B"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 </w:t>
            </w:r>
          </w:p>
        </w:tc>
      </w:tr>
      <w:tr w:rsidR="00A0215B" w:rsidRPr="00693325" w14:paraId="45FAB46B" w14:textId="77777777" w:rsidTr="00A0215B">
        <w:trPr>
          <w:trHeight w:val="74"/>
        </w:trPr>
        <w:tc>
          <w:tcPr>
            <w:tcW w:w="2083" w:type="pct"/>
            <w:tcBorders>
              <w:top w:val="nil"/>
              <w:left w:val="nil"/>
              <w:bottom w:val="nil"/>
              <w:right w:val="nil"/>
            </w:tcBorders>
            <w:shd w:val="clear" w:color="000000" w:fill="FFFFFF"/>
            <w:vAlign w:val="center"/>
            <w:hideMark/>
          </w:tcPr>
          <w:p w14:paraId="05F12712"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 xml:space="preserve">Length of stay (days), mean (SD) </w:t>
            </w:r>
          </w:p>
        </w:tc>
        <w:tc>
          <w:tcPr>
            <w:tcW w:w="713" w:type="pct"/>
            <w:tcBorders>
              <w:top w:val="nil"/>
              <w:left w:val="nil"/>
              <w:bottom w:val="nil"/>
              <w:right w:val="nil"/>
            </w:tcBorders>
            <w:shd w:val="clear" w:color="000000" w:fill="FFFFFF"/>
            <w:vAlign w:val="center"/>
            <w:hideMark/>
          </w:tcPr>
          <w:p w14:paraId="0F748E78"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7.68 (6.16)</w:t>
            </w:r>
          </w:p>
        </w:tc>
        <w:tc>
          <w:tcPr>
            <w:tcW w:w="863" w:type="pct"/>
            <w:tcBorders>
              <w:top w:val="nil"/>
              <w:left w:val="nil"/>
              <w:bottom w:val="nil"/>
              <w:right w:val="nil"/>
            </w:tcBorders>
            <w:shd w:val="clear" w:color="000000" w:fill="FFFFFF"/>
            <w:vAlign w:val="center"/>
            <w:hideMark/>
          </w:tcPr>
          <w:p w14:paraId="058A5C87"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8.57 (9.54)</w:t>
            </w:r>
          </w:p>
        </w:tc>
        <w:tc>
          <w:tcPr>
            <w:tcW w:w="713" w:type="pct"/>
            <w:tcBorders>
              <w:top w:val="nil"/>
              <w:left w:val="nil"/>
              <w:bottom w:val="nil"/>
              <w:right w:val="nil"/>
            </w:tcBorders>
            <w:shd w:val="clear" w:color="000000" w:fill="FFFFFF"/>
            <w:vAlign w:val="center"/>
            <w:hideMark/>
          </w:tcPr>
          <w:p w14:paraId="280C4CBC"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6.62 (4.13)</w:t>
            </w:r>
          </w:p>
        </w:tc>
        <w:tc>
          <w:tcPr>
            <w:tcW w:w="628" w:type="pct"/>
            <w:tcBorders>
              <w:top w:val="nil"/>
              <w:left w:val="nil"/>
              <w:bottom w:val="nil"/>
              <w:right w:val="nil"/>
            </w:tcBorders>
            <w:shd w:val="clear" w:color="000000" w:fill="FFFFFF"/>
            <w:vAlign w:val="center"/>
            <w:hideMark/>
          </w:tcPr>
          <w:p w14:paraId="7AE889C8"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4.77 (2.59)</w:t>
            </w:r>
          </w:p>
        </w:tc>
      </w:tr>
      <w:tr w:rsidR="00A0215B" w:rsidRPr="00693325" w14:paraId="630E022C" w14:textId="77777777" w:rsidTr="00A0215B">
        <w:trPr>
          <w:trHeight w:val="74"/>
        </w:trPr>
        <w:tc>
          <w:tcPr>
            <w:tcW w:w="2083" w:type="pct"/>
            <w:tcBorders>
              <w:top w:val="nil"/>
              <w:left w:val="nil"/>
              <w:bottom w:val="nil"/>
              <w:right w:val="nil"/>
            </w:tcBorders>
            <w:shd w:val="clear" w:color="000000" w:fill="FFFFFF"/>
            <w:vAlign w:val="center"/>
            <w:hideMark/>
          </w:tcPr>
          <w:p w14:paraId="3DE842F7"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 xml:space="preserve">IMD during birth hospitalization, n (%) </w:t>
            </w:r>
          </w:p>
        </w:tc>
        <w:tc>
          <w:tcPr>
            <w:tcW w:w="713" w:type="pct"/>
            <w:tcBorders>
              <w:top w:val="nil"/>
              <w:left w:val="nil"/>
              <w:bottom w:val="nil"/>
              <w:right w:val="nil"/>
            </w:tcBorders>
            <w:shd w:val="clear" w:color="000000" w:fill="FFFFFF"/>
            <w:vAlign w:val="center"/>
            <w:hideMark/>
          </w:tcPr>
          <w:p w14:paraId="125DCC42"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0 (0.00)</w:t>
            </w:r>
          </w:p>
        </w:tc>
        <w:tc>
          <w:tcPr>
            <w:tcW w:w="863" w:type="pct"/>
            <w:tcBorders>
              <w:top w:val="nil"/>
              <w:left w:val="nil"/>
              <w:bottom w:val="nil"/>
              <w:right w:val="nil"/>
            </w:tcBorders>
            <w:shd w:val="clear" w:color="000000" w:fill="FFFFFF"/>
            <w:vAlign w:val="center"/>
            <w:hideMark/>
          </w:tcPr>
          <w:p w14:paraId="3371C13D"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0 (0.00)</w:t>
            </w:r>
          </w:p>
        </w:tc>
        <w:tc>
          <w:tcPr>
            <w:tcW w:w="713" w:type="pct"/>
            <w:tcBorders>
              <w:top w:val="nil"/>
              <w:left w:val="nil"/>
              <w:bottom w:val="nil"/>
              <w:right w:val="nil"/>
            </w:tcBorders>
            <w:shd w:val="clear" w:color="000000" w:fill="FFFFFF"/>
            <w:vAlign w:val="center"/>
            <w:hideMark/>
          </w:tcPr>
          <w:p w14:paraId="2E0F2305"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628" w:type="pct"/>
            <w:tcBorders>
              <w:top w:val="nil"/>
              <w:left w:val="nil"/>
              <w:bottom w:val="nil"/>
              <w:right w:val="nil"/>
            </w:tcBorders>
            <w:shd w:val="clear" w:color="000000" w:fill="FFFFFF"/>
            <w:vAlign w:val="center"/>
            <w:hideMark/>
          </w:tcPr>
          <w:p w14:paraId="15BF32D6"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A0215B" w:rsidRPr="00693325" w14:paraId="246D35AF" w14:textId="77777777" w:rsidTr="00A0215B">
        <w:trPr>
          <w:trHeight w:val="74"/>
        </w:trPr>
        <w:tc>
          <w:tcPr>
            <w:tcW w:w="2083" w:type="pct"/>
            <w:tcBorders>
              <w:top w:val="nil"/>
              <w:left w:val="nil"/>
              <w:bottom w:val="nil"/>
              <w:right w:val="nil"/>
            </w:tcBorders>
            <w:shd w:val="clear" w:color="000000" w:fill="FFFFFF"/>
            <w:vAlign w:val="center"/>
            <w:hideMark/>
          </w:tcPr>
          <w:p w14:paraId="2B76484C"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ICU admission, n (%)</w:t>
            </w:r>
          </w:p>
        </w:tc>
        <w:tc>
          <w:tcPr>
            <w:tcW w:w="713" w:type="pct"/>
            <w:tcBorders>
              <w:top w:val="nil"/>
              <w:left w:val="nil"/>
              <w:bottom w:val="nil"/>
              <w:right w:val="nil"/>
            </w:tcBorders>
            <w:shd w:val="clear" w:color="000000" w:fill="FFFFFF"/>
            <w:vAlign w:val="center"/>
            <w:hideMark/>
          </w:tcPr>
          <w:p w14:paraId="73C05E2D"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11 (57.89)</w:t>
            </w:r>
          </w:p>
        </w:tc>
        <w:tc>
          <w:tcPr>
            <w:tcW w:w="863" w:type="pct"/>
            <w:tcBorders>
              <w:top w:val="nil"/>
              <w:left w:val="nil"/>
              <w:bottom w:val="nil"/>
              <w:right w:val="nil"/>
            </w:tcBorders>
            <w:shd w:val="clear" w:color="000000" w:fill="FFFFFF"/>
            <w:vAlign w:val="center"/>
            <w:hideMark/>
          </w:tcPr>
          <w:p w14:paraId="35E9EAFF"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15 (42.86)</w:t>
            </w:r>
          </w:p>
        </w:tc>
        <w:tc>
          <w:tcPr>
            <w:tcW w:w="713" w:type="pct"/>
            <w:tcBorders>
              <w:top w:val="nil"/>
              <w:left w:val="nil"/>
              <w:bottom w:val="nil"/>
              <w:right w:val="nil"/>
            </w:tcBorders>
            <w:shd w:val="clear" w:color="000000" w:fill="FFFFFF"/>
            <w:vAlign w:val="center"/>
            <w:hideMark/>
          </w:tcPr>
          <w:p w14:paraId="69E8FBD8"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11 (52.38)</w:t>
            </w:r>
          </w:p>
        </w:tc>
        <w:tc>
          <w:tcPr>
            <w:tcW w:w="628" w:type="pct"/>
            <w:tcBorders>
              <w:top w:val="nil"/>
              <w:left w:val="nil"/>
              <w:bottom w:val="nil"/>
              <w:right w:val="nil"/>
            </w:tcBorders>
            <w:shd w:val="clear" w:color="000000" w:fill="FFFFFF"/>
            <w:vAlign w:val="center"/>
            <w:hideMark/>
          </w:tcPr>
          <w:p w14:paraId="2A128B0D"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7 (53.85)</w:t>
            </w:r>
          </w:p>
        </w:tc>
      </w:tr>
      <w:tr w:rsidR="00A0215B" w:rsidRPr="00693325" w14:paraId="26093C36" w14:textId="77777777" w:rsidTr="00A0215B">
        <w:trPr>
          <w:trHeight w:val="74"/>
        </w:trPr>
        <w:tc>
          <w:tcPr>
            <w:tcW w:w="2083" w:type="pct"/>
            <w:tcBorders>
              <w:top w:val="nil"/>
              <w:left w:val="nil"/>
              <w:bottom w:val="nil"/>
              <w:right w:val="nil"/>
            </w:tcBorders>
            <w:shd w:val="clear" w:color="000000" w:fill="FFFFFF"/>
            <w:vAlign w:val="center"/>
            <w:hideMark/>
          </w:tcPr>
          <w:p w14:paraId="0CB14AC0"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Length of ICU admission, days (Mean, SD)</w:t>
            </w:r>
          </w:p>
        </w:tc>
        <w:tc>
          <w:tcPr>
            <w:tcW w:w="713" w:type="pct"/>
            <w:tcBorders>
              <w:top w:val="nil"/>
              <w:left w:val="nil"/>
              <w:bottom w:val="nil"/>
              <w:right w:val="nil"/>
            </w:tcBorders>
            <w:shd w:val="clear" w:color="000000" w:fill="FFFFFF"/>
            <w:vAlign w:val="center"/>
            <w:hideMark/>
          </w:tcPr>
          <w:p w14:paraId="088D68DE"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6.42 (7.56)</w:t>
            </w:r>
          </w:p>
        </w:tc>
        <w:tc>
          <w:tcPr>
            <w:tcW w:w="863" w:type="pct"/>
            <w:tcBorders>
              <w:top w:val="nil"/>
              <w:left w:val="nil"/>
              <w:bottom w:val="nil"/>
              <w:right w:val="nil"/>
            </w:tcBorders>
            <w:shd w:val="clear" w:color="000000" w:fill="FFFFFF"/>
            <w:vAlign w:val="center"/>
            <w:hideMark/>
          </w:tcPr>
          <w:p w14:paraId="33FCBA35"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5.74 (11.03)</w:t>
            </w:r>
          </w:p>
        </w:tc>
        <w:tc>
          <w:tcPr>
            <w:tcW w:w="713" w:type="pct"/>
            <w:tcBorders>
              <w:top w:val="nil"/>
              <w:left w:val="nil"/>
              <w:bottom w:val="nil"/>
              <w:right w:val="nil"/>
            </w:tcBorders>
            <w:shd w:val="clear" w:color="000000" w:fill="FFFFFF"/>
            <w:vAlign w:val="center"/>
            <w:hideMark/>
          </w:tcPr>
          <w:p w14:paraId="01804785"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4.81 (5.79)</w:t>
            </w:r>
          </w:p>
        </w:tc>
        <w:tc>
          <w:tcPr>
            <w:tcW w:w="628" w:type="pct"/>
            <w:tcBorders>
              <w:top w:val="nil"/>
              <w:left w:val="nil"/>
              <w:bottom w:val="nil"/>
              <w:right w:val="nil"/>
            </w:tcBorders>
            <w:shd w:val="clear" w:color="000000" w:fill="FFFFFF"/>
            <w:vAlign w:val="center"/>
            <w:hideMark/>
          </w:tcPr>
          <w:p w14:paraId="314458A3"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3.15 (3.91)</w:t>
            </w:r>
          </w:p>
        </w:tc>
      </w:tr>
      <w:tr w:rsidR="00A0215B" w:rsidRPr="00693325" w14:paraId="361E50FC" w14:textId="77777777" w:rsidTr="00A0215B">
        <w:trPr>
          <w:trHeight w:val="74"/>
        </w:trPr>
        <w:tc>
          <w:tcPr>
            <w:tcW w:w="2083" w:type="pct"/>
            <w:tcBorders>
              <w:top w:val="nil"/>
              <w:left w:val="nil"/>
              <w:bottom w:val="nil"/>
              <w:right w:val="nil"/>
            </w:tcBorders>
            <w:shd w:val="clear" w:color="000000" w:fill="FFFFFF"/>
            <w:vAlign w:val="center"/>
            <w:hideMark/>
          </w:tcPr>
          <w:p w14:paraId="4B579E2C"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Use of mechanical ventilation, n (%)</w:t>
            </w:r>
          </w:p>
        </w:tc>
        <w:tc>
          <w:tcPr>
            <w:tcW w:w="713" w:type="pct"/>
            <w:tcBorders>
              <w:top w:val="nil"/>
              <w:left w:val="nil"/>
              <w:bottom w:val="nil"/>
              <w:right w:val="nil"/>
            </w:tcBorders>
            <w:shd w:val="clear" w:color="000000" w:fill="FFFFFF"/>
            <w:vAlign w:val="center"/>
            <w:hideMark/>
          </w:tcPr>
          <w:p w14:paraId="7B5BE92A"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 (5.26)</w:t>
            </w:r>
          </w:p>
        </w:tc>
        <w:tc>
          <w:tcPr>
            <w:tcW w:w="863" w:type="pct"/>
            <w:tcBorders>
              <w:top w:val="nil"/>
              <w:left w:val="nil"/>
              <w:bottom w:val="nil"/>
              <w:right w:val="nil"/>
            </w:tcBorders>
            <w:shd w:val="clear" w:color="000000" w:fill="FFFFFF"/>
            <w:vAlign w:val="center"/>
            <w:hideMark/>
          </w:tcPr>
          <w:p w14:paraId="100CFD6D"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 (2.86)</w:t>
            </w:r>
          </w:p>
        </w:tc>
        <w:tc>
          <w:tcPr>
            <w:tcW w:w="713" w:type="pct"/>
            <w:tcBorders>
              <w:top w:val="nil"/>
              <w:left w:val="nil"/>
              <w:bottom w:val="nil"/>
              <w:right w:val="nil"/>
            </w:tcBorders>
            <w:shd w:val="clear" w:color="000000" w:fill="FFFFFF"/>
            <w:vAlign w:val="center"/>
            <w:hideMark/>
          </w:tcPr>
          <w:p w14:paraId="5D62FA2A"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 (4.76)</w:t>
            </w:r>
          </w:p>
        </w:tc>
        <w:tc>
          <w:tcPr>
            <w:tcW w:w="628" w:type="pct"/>
            <w:tcBorders>
              <w:top w:val="nil"/>
              <w:left w:val="nil"/>
              <w:bottom w:val="nil"/>
              <w:right w:val="nil"/>
            </w:tcBorders>
            <w:shd w:val="clear" w:color="000000" w:fill="FFFFFF"/>
            <w:vAlign w:val="center"/>
            <w:hideMark/>
          </w:tcPr>
          <w:p w14:paraId="3924069C"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0 (0.00)</w:t>
            </w:r>
          </w:p>
        </w:tc>
      </w:tr>
      <w:tr w:rsidR="00A0215B" w:rsidRPr="00693325" w14:paraId="6250FC8A" w14:textId="77777777" w:rsidTr="00A0215B">
        <w:trPr>
          <w:trHeight w:val="74"/>
        </w:trPr>
        <w:tc>
          <w:tcPr>
            <w:tcW w:w="2083" w:type="pct"/>
            <w:tcBorders>
              <w:top w:val="nil"/>
              <w:left w:val="nil"/>
              <w:bottom w:val="nil"/>
              <w:right w:val="nil"/>
            </w:tcBorders>
            <w:shd w:val="clear" w:color="000000" w:fill="FFFFFF"/>
            <w:vAlign w:val="center"/>
            <w:hideMark/>
          </w:tcPr>
          <w:p w14:paraId="4415A3DF"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Diagnosis of sepsis, n (%)</w:t>
            </w:r>
          </w:p>
        </w:tc>
        <w:tc>
          <w:tcPr>
            <w:tcW w:w="713" w:type="pct"/>
            <w:tcBorders>
              <w:top w:val="nil"/>
              <w:left w:val="nil"/>
              <w:bottom w:val="nil"/>
              <w:right w:val="nil"/>
            </w:tcBorders>
            <w:shd w:val="clear" w:color="000000" w:fill="FFFFFF"/>
            <w:vAlign w:val="center"/>
            <w:hideMark/>
          </w:tcPr>
          <w:p w14:paraId="0D3C7111"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4 (21.05)</w:t>
            </w:r>
          </w:p>
        </w:tc>
        <w:tc>
          <w:tcPr>
            <w:tcW w:w="863" w:type="pct"/>
            <w:tcBorders>
              <w:top w:val="nil"/>
              <w:left w:val="nil"/>
              <w:bottom w:val="nil"/>
              <w:right w:val="nil"/>
            </w:tcBorders>
            <w:shd w:val="clear" w:color="000000" w:fill="FFFFFF"/>
            <w:vAlign w:val="center"/>
            <w:hideMark/>
          </w:tcPr>
          <w:p w14:paraId="62CA3E7D"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9 (25.71)</w:t>
            </w:r>
          </w:p>
        </w:tc>
        <w:tc>
          <w:tcPr>
            <w:tcW w:w="713" w:type="pct"/>
            <w:tcBorders>
              <w:top w:val="nil"/>
              <w:left w:val="nil"/>
              <w:bottom w:val="nil"/>
              <w:right w:val="nil"/>
            </w:tcBorders>
            <w:shd w:val="clear" w:color="000000" w:fill="FFFFFF"/>
            <w:vAlign w:val="center"/>
            <w:hideMark/>
          </w:tcPr>
          <w:p w14:paraId="03CC2CC9"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5 (23.81)</w:t>
            </w:r>
          </w:p>
        </w:tc>
        <w:tc>
          <w:tcPr>
            <w:tcW w:w="628" w:type="pct"/>
            <w:tcBorders>
              <w:top w:val="nil"/>
              <w:left w:val="nil"/>
              <w:bottom w:val="nil"/>
              <w:right w:val="nil"/>
            </w:tcBorders>
            <w:shd w:val="clear" w:color="000000" w:fill="FFFFFF"/>
            <w:vAlign w:val="center"/>
            <w:hideMark/>
          </w:tcPr>
          <w:p w14:paraId="4ADED9A9"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5 (38.46)</w:t>
            </w:r>
          </w:p>
        </w:tc>
      </w:tr>
      <w:tr w:rsidR="00A0215B" w:rsidRPr="00693325" w14:paraId="068FF45F" w14:textId="77777777" w:rsidTr="00A0215B">
        <w:trPr>
          <w:trHeight w:val="74"/>
        </w:trPr>
        <w:tc>
          <w:tcPr>
            <w:tcW w:w="2083" w:type="pct"/>
            <w:tcBorders>
              <w:top w:val="nil"/>
              <w:left w:val="nil"/>
              <w:bottom w:val="nil"/>
              <w:right w:val="nil"/>
            </w:tcBorders>
            <w:shd w:val="clear" w:color="000000" w:fill="FFFFFF"/>
            <w:vAlign w:val="center"/>
            <w:hideMark/>
          </w:tcPr>
          <w:p w14:paraId="57F5134C"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Inpatient death, n (%)</w:t>
            </w:r>
          </w:p>
        </w:tc>
        <w:tc>
          <w:tcPr>
            <w:tcW w:w="713" w:type="pct"/>
            <w:tcBorders>
              <w:top w:val="nil"/>
              <w:left w:val="nil"/>
              <w:bottom w:val="nil"/>
              <w:right w:val="nil"/>
            </w:tcBorders>
            <w:shd w:val="clear" w:color="000000" w:fill="FFFFFF"/>
            <w:vAlign w:val="center"/>
            <w:hideMark/>
          </w:tcPr>
          <w:p w14:paraId="6FF22A4A"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0 (0.00)</w:t>
            </w:r>
          </w:p>
        </w:tc>
        <w:tc>
          <w:tcPr>
            <w:tcW w:w="863" w:type="pct"/>
            <w:tcBorders>
              <w:top w:val="nil"/>
              <w:left w:val="nil"/>
              <w:bottom w:val="nil"/>
              <w:right w:val="nil"/>
            </w:tcBorders>
            <w:shd w:val="clear" w:color="000000" w:fill="FFFFFF"/>
            <w:vAlign w:val="center"/>
            <w:hideMark/>
          </w:tcPr>
          <w:p w14:paraId="384D575D"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0 (0.00)</w:t>
            </w:r>
          </w:p>
        </w:tc>
        <w:tc>
          <w:tcPr>
            <w:tcW w:w="713" w:type="pct"/>
            <w:tcBorders>
              <w:top w:val="nil"/>
              <w:left w:val="nil"/>
              <w:bottom w:val="nil"/>
              <w:right w:val="nil"/>
            </w:tcBorders>
            <w:shd w:val="clear" w:color="000000" w:fill="FFFFFF"/>
            <w:vAlign w:val="center"/>
            <w:hideMark/>
          </w:tcPr>
          <w:p w14:paraId="0A1D55A4"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0 (0.00)</w:t>
            </w:r>
          </w:p>
        </w:tc>
        <w:tc>
          <w:tcPr>
            <w:tcW w:w="628" w:type="pct"/>
            <w:tcBorders>
              <w:top w:val="nil"/>
              <w:left w:val="nil"/>
              <w:bottom w:val="nil"/>
              <w:right w:val="nil"/>
            </w:tcBorders>
            <w:shd w:val="clear" w:color="000000" w:fill="FFFFFF"/>
            <w:vAlign w:val="center"/>
            <w:hideMark/>
          </w:tcPr>
          <w:p w14:paraId="226B39AA"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2 (15.38)</w:t>
            </w:r>
          </w:p>
        </w:tc>
      </w:tr>
      <w:tr w:rsidR="00A0215B" w:rsidRPr="00693325" w14:paraId="47075944" w14:textId="77777777" w:rsidTr="00A0215B">
        <w:trPr>
          <w:trHeight w:val="74"/>
        </w:trPr>
        <w:tc>
          <w:tcPr>
            <w:tcW w:w="2083" w:type="pct"/>
            <w:tcBorders>
              <w:top w:val="nil"/>
              <w:left w:val="nil"/>
              <w:bottom w:val="nil"/>
              <w:right w:val="nil"/>
            </w:tcBorders>
            <w:shd w:val="clear" w:color="000000" w:fill="FFFFFF"/>
            <w:vAlign w:val="center"/>
            <w:hideMark/>
          </w:tcPr>
          <w:p w14:paraId="5B9E8A2C"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Amputation procedure, n (%)</w:t>
            </w:r>
          </w:p>
        </w:tc>
        <w:tc>
          <w:tcPr>
            <w:tcW w:w="713" w:type="pct"/>
            <w:tcBorders>
              <w:top w:val="nil"/>
              <w:left w:val="nil"/>
              <w:bottom w:val="nil"/>
              <w:right w:val="nil"/>
            </w:tcBorders>
            <w:shd w:val="clear" w:color="000000" w:fill="FFFFFF"/>
            <w:vAlign w:val="center"/>
            <w:hideMark/>
          </w:tcPr>
          <w:p w14:paraId="6C279385"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0 (0.00)</w:t>
            </w:r>
          </w:p>
        </w:tc>
        <w:tc>
          <w:tcPr>
            <w:tcW w:w="863" w:type="pct"/>
            <w:tcBorders>
              <w:top w:val="nil"/>
              <w:left w:val="nil"/>
              <w:bottom w:val="nil"/>
              <w:right w:val="nil"/>
            </w:tcBorders>
            <w:shd w:val="clear" w:color="000000" w:fill="FFFFFF"/>
            <w:vAlign w:val="center"/>
            <w:hideMark/>
          </w:tcPr>
          <w:p w14:paraId="455357D7"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 (2.86)</w:t>
            </w:r>
          </w:p>
        </w:tc>
        <w:tc>
          <w:tcPr>
            <w:tcW w:w="713" w:type="pct"/>
            <w:tcBorders>
              <w:top w:val="nil"/>
              <w:left w:val="nil"/>
              <w:bottom w:val="nil"/>
              <w:right w:val="nil"/>
            </w:tcBorders>
            <w:shd w:val="clear" w:color="000000" w:fill="FFFFFF"/>
            <w:vAlign w:val="center"/>
            <w:hideMark/>
          </w:tcPr>
          <w:p w14:paraId="295DBD21"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0 (0.00)</w:t>
            </w:r>
          </w:p>
        </w:tc>
        <w:tc>
          <w:tcPr>
            <w:tcW w:w="628" w:type="pct"/>
            <w:tcBorders>
              <w:top w:val="nil"/>
              <w:left w:val="nil"/>
              <w:bottom w:val="nil"/>
              <w:right w:val="nil"/>
            </w:tcBorders>
            <w:shd w:val="clear" w:color="000000" w:fill="FFFFFF"/>
            <w:vAlign w:val="center"/>
            <w:hideMark/>
          </w:tcPr>
          <w:p w14:paraId="0C2D75A8"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0 (0.00)</w:t>
            </w:r>
          </w:p>
        </w:tc>
      </w:tr>
      <w:tr w:rsidR="00A0215B" w:rsidRPr="00693325" w14:paraId="69F7570B" w14:textId="77777777" w:rsidTr="00A0215B">
        <w:trPr>
          <w:trHeight w:val="74"/>
        </w:trPr>
        <w:tc>
          <w:tcPr>
            <w:tcW w:w="2083" w:type="pct"/>
            <w:tcBorders>
              <w:top w:val="nil"/>
              <w:left w:val="nil"/>
              <w:bottom w:val="nil"/>
              <w:right w:val="nil"/>
            </w:tcBorders>
            <w:shd w:val="clear" w:color="000000" w:fill="FFFFFF"/>
            <w:vAlign w:val="center"/>
            <w:hideMark/>
          </w:tcPr>
          <w:p w14:paraId="7FF8581F"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 xml:space="preserve">Total cost of admission </w:t>
            </w:r>
            <w:r w:rsidRPr="00693325">
              <w:rPr>
                <w:rFonts w:ascii="Times New Roman" w:hAnsi="Times New Roman"/>
                <w:color w:val="000000"/>
                <w:sz w:val="16"/>
              </w:rPr>
              <w:t>(%), mean (SD)</w:t>
            </w:r>
          </w:p>
        </w:tc>
        <w:tc>
          <w:tcPr>
            <w:tcW w:w="713" w:type="pct"/>
            <w:tcBorders>
              <w:top w:val="nil"/>
              <w:left w:val="nil"/>
              <w:bottom w:val="nil"/>
              <w:right w:val="nil"/>
            </w:tcBorders>
            <w:shd w:val="clear" w:color="000000" w:fill="FFFFFF"/>
            <w:vAlign w:val="center"/>
            <w:hideMark/>
          </w:tcPr>
          <w:p w14:paraId="755995F8"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51,645 (88,675)</w:t>
            </w:r>
          </w:p>
        </w:tc>
        <w:tc>
          <w:tcPr>
            <w:tcW w:w="863" w:type="pct"/>
            <w:tcBorders>
              <w:top w:val="nil"/>
              <w:left w:val="nil"/>
              <w:bottom w:val="nil"/>
              <w:right w:val="nil"/>
            </w:tcBorders>
            <w:shd w:val="clear" w:color="000000" w:fill="FFFFFF"/>
            <w:vAlign w:val="center"/>
            <w:hideMark/>
          </w:tcPr>
          <w:p w14:paraId="08DB3CEA"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16,246 (25,035)</w:t>
            </w:r>
          </w:p>
        </w:tc>
        <w:tc>
          <w:tcPr>
            <w:tcW w:w="713" w:type="pct"/>
            <w:tcBorders>
              <w:top w:val="nil"/>
              <w:left w:val="nil"/>
              <w:bottom w:val="nil"/>
              <w:right w:val="nil"/>
            </w:tcBorders>
            <w:shd w:val="clear" w:color="000000" w:fill="FFFFFF"/>
            <w:vAlign w:val="center"/>
            <w:hideMark/>
          </w:tcPr>
          <w:p w14:paraId="5DBC8D2F"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44,231 (38,018)</w:t>
            </w:r>
          </w:p>
        </w:tc>
        <w:tc>
          <w:tcPr>
            <w:tcW w:w="628" w:type="pct"/>
            <w:tcBorders>
              <w:top w:val="nil"/>
              <w:left w:val="nil"/>
              <w:bottom w:val="nil"/>
              <w:right w:val="nil"/>
            </w:tcBorders>
            <w:shd w:val="clear" w:color="000000" w:fill="FFFFFF"/>
            <w:vAlign w:val="center"/>
            <w:hideMark/>
          </w:tcPr>
          <w:p w14:paraId="25813C69"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23,428 (20,260)</w:t>
            </w:r>
          </w:p>
        </w:tc>
      </w:tr>
      <w:tr w:rsidR="00A0215B" w:rsidRPr="00693325" w14:paraId="0AAEC34F" w14:textId="77777777" w:rsidTr="00A0215B">
        <w:trPr>
          <w:trHeight w:val="74"/>
        </w:trPr>
        <w:tc>
          <w:tcPr>
            <w:tcW w:w="2083" w:type="pct"/>
            <w:tcBorders>
              <w:top w:val="nil"/>
              <w:left w:val="nil"/>
              <w:bottom w:val="nil"/>
              <w:right w:val="nil"/>
            </w:tcBorders>
            <w:shd w:val="clear" w:color="000000" w:fill="FFFFFF"/>
            <w:vAlign w:val="center"/>
            <w:hideMark/>
          </w:tcPr>
          <w:p w14:paraId="50D32519"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 xml:space="preserve">Median </w:t>
            </w:r>
            <w:r w:rsidRPr="00693325">
              <w:rPr>
                <w:rFonts w:ascii="Times New Roman" w:hAnsi="Times New Roman"/>
                <w:color w:val="000000"/>
                <w:sz w:val="16"/>
              </w:rPr>
              <w:t>(%), mean (SD)</w:t>
            </w:r>
          </w:p>
        </w:tc>
        <w:tc>
          <w:tcPr>
            <w:tcW w:w="713" w:type="pct"/>
            <w:tcBorders>
              <w:top w:val="nil"/>
              <w:left w:val="nil"/>
              <w:bottom w:val="nil"/>
              <w:right w:val="nil"/>
            </w:tcBorders>
            <w:shd w:val="clear" w:color="000000" w:fill="FFFFFF"/>
            <w:vAlign w:val="center"/>
            <w:hideMark/>
          </w:tcPr>
          <w:p w14:paraId="4F4323B2"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 xml:space="preserve">26,250 </w:t>
            </w:r>
          </w:p>
        </w:tc>
        <w:tc>
          <w:tcPr>
            <w:tcW w:w="863" w:type="pct"/>
            <w:tcBorders>
              <w:top w:val="nil"/>
              <w:left w:val="nil"/>
              <w:bottom w:val="nil"/>
              <w:right w:val="nil"/>
            </w:tcBorders>
            <w:shd w:val="clear" w:color="000000" w:fill="FFFFFF"/>
            <w:vAlign w:val="center"/>
            <w:hideMark/>
          </w:tcPr>
          <w:p w14:paraId="5DBD47EB"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 xml:space="preserve">10,678 </w:t>
            </w:r>
          </w:p>
        </w:tc>
        <w:tc>
          <w:tcPr>
            <w:tcW w:w="713" w:type="pct"/>
            <w:tcBorders>
              <w:top w:val="nil"/>
              <w:left w:val="nil"/>
              <w:bottom w:val="nil"/>
              <w:right w:val="nil"/>
            </w:tcBorders>
            <w:shd w:val="clear" w:color="000000" w:fill="FFFFFF"/>
            <w:vAlign w:val="center"/>
            <w:hideMark/>
          </w:tcPr>
          <w:p w14:paraId="417CDD8F"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 xml:space="preserve">33,239 </w:t>
            </w:r>
          </w:p>
        </w:tc>
        <w:tc>
          <w:tcPr>
            <w:tcW w:w="628" w:type="pct"/>
            <w:tcBorders>
              <w:top w:val="nil"/>
              <w:left w:val="nil"/>
              <w:bottom w:val="nil"/>
              <w:right w:val="nil"/>
            </w:tcBorders>
            <w:shd w:val="clear" w:color="000000" w:fill="FFFFFF"/>
            <w:vAlign w:val="center"/>
            <w:hideMark/>
          </w:tcPr>
          <w:p w14:paraId="6E4C92F5"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 xml:space="preserve">17,300 </w:t>
            </w:r>
          </w:p>
        </w:tc>
      </w:tr>
      <w:tr w:rsidR="00A0215B" w:rsidRPr="00693325" w14:paraId="03F247F4" w14:textId="77777777" w:rsidTr="00A0215B">
        <w:trPr>
          <w:trHeight w:val="74"/>
        </w:trPr>
        <w:tc>
          <w:tcPr>
            <w:tcW w:w="2083" w:type="pct"/>
            <w:tcBorders>
              <w:top w:val="nil"/>
              <w:left w:val="nil"/>
              <w:bottom w:val="nil"/>
              <w:right w:val="nil"/>
            </w:tcBorders>
            <w:shd w:val="clear" w:color="000000" w:fill="FFFFFF"/>
            <w:vAlign w:val="center"/>
            <w:hideMark/>
          </w:tcPr>
          <w:p w14:paraId="6D875C61"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 xml:space="preserve">Total cost of admission among those with an ICU admission </w:t>
            </w:r>
            <w:r w:rsidRPr="00693325">
              <w:rPr>
                <w:rFonts w:ascii="Times New Roman" w:hAnsi="Times New Roman"/>
                <w:color w:val="000000"/>
                <w:sz w:val="16"/>
              </w:rPr>
              <w:t>(%), mean (SD)</w:t>
            </w:r>
          </w:p>
        </w:tc>
        <w:tc>
          <w:tcPr>
            <w:tcW w:w="713" w:type="pct"/>
            <w:tcBorders>
              <w:top w:val="nil"/>
              <w:left w:val="nil"/>
              <w:bottom w:val="nil"/>
              <w:right w:val="nil"/>
            </w:tcBorders>
            <w:shd w:val="clear" w:color="000000" w:fill="FFFFFF"/>
            <w:vAlign w:val="center"/>
            <w:hideMark/>
          </w:tcPr>
          <w:p w14:paraId="7CEFD54B"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74,550 (112,454)</w:t>
            </w:r>
          </w:p>
        </w:tc>
        <w:tc>
          <w:tcPr>
            <w:tcW w:w="863" w:type="pct"/>
            <w:tcBorders>
              <w:top w:val="nil"/>
              <w:left w:val="nil"/>
              <w:bottom w:val="nil"/>
              <w:right w:val="nil"/>
            </w:tcBorders>
            <w:shd w:val="clear" w:color="000000" w:fill="FFFFFF"/>
            <w:vAlign w:val="center"/>
            <w:hideMark/>
          </w:tcPr>
          <w:p w14:paraId="17D6995B"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25,169 (35,470)</w:t>
            </w:r>
          </w:p>
        </w:tc>
        <w:tc>
          <w:tcPr>
            <w:tcW w:w="713" w:type="pct"/>
            <w:tcBorders>
              <w:top w:val="nil"/>
              <w:left w:val="nil"/>
              <w:bottom w:val="nil"/>
              <w:right w:val="nil"/>
            </w:tcBorders>
            <w:shd w:val="clear" w:color="000000" w:fill="FFFFFF"/>
            <w:vAlign w:val="center"/>
            <w:hideMark/>
          </w:tcPr>
          <w:p w14:paraId="1EC5FC52"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58,364 (46,008)</w:t>
            </w:r>
          </w:p>
        </w:tc>
        <w:tc>
          <w:tcPr>
            <w:tcW w:w="628" w:type="pct"/>
            <w:tcBorders>
              <w:top w:val="nil"/>
              <w:left w:val="nil"/>
              <w:bottom w:val="nil"/>
              <w:right w:val="nil"/>
            </w:tcBorders>
            <w:shd w:val="clear" w:color="000000" w:fill="FFFFFF"/>
            <w:vAlign w:val="center"/>
            <w:hideMark/>
          </w:tcPr>
          <w:p w14:paraId="2C6D9B79"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30,729 (24,461)</w:t>
            </w:r>
          </w:p>
        </w:tc>
      </w:tr>
      <w:tr w:rsidR="00A0215B" w:rsidRPr="00693325" w14:paraId="7A44994F" w14:textId="77777777" w:rsidTr="00A0215B">
        <w:trPr>
          <w:trHeight w:val="74"/>
        </w:trPr>
        <w:tc>
          <w:tcPr>
            <w:tcW w:w="2083" w:type="pct"/>
            <w:tcBorders>
              <w:top w:val="nil"/>
              <w:left w:val="nil"/>
              <w:bottom w:val="nil"/>
              <w:right w:val="nil"/>
            </w:tcBorders>
            <w:shd w:val="clear" w:color="000000" w:fill="FFFFFF"/>
            <w:vAlign w:val="center"/>
            <w:hideMark/>
          </w:tcPr>
          <w:p w14:paraId="00BF0AB3"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 xml:space="preserve">Median </w:t>
            </w:r>
            <w:r w:rsidRPr="00693325">
              <w:rPr>
                <w:rFonts w:ascii="Times New Roman" w:hAnsi="Times New Roman"/>
                <w:color w:val="000000"/>
                <w:sz w:val="16"/>
              </w:rPr>
              <w:t>(%), mean (SD)</w:t>
            </w:r>
          </w:p>
        </w:tc>
        <w:tc>
          <w:tcPr>
            <w:tcW w:w="713" w:type="pct"/>
            <w:tcBorders>
              <w:top w:val="nil"/>
              <w:left w:val="nil"/>
              <w:bottom w:val="nil"/>
              <w:right w:val="nil"/>
            </w:tcBorders>
            <w:shd w:val="clear" w:color="000000" w:fill="FFFFFF"/>
            <w:vAlign w:val="center"/>
            <w:hideMark/>
          </w:tcPr>
          <w:p w14:paraId="3C0A2B33"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 xml:space="preserve">32,492 </w:t>
            </w:r>
          </w:p>
        </w:tc>
        <w:tc>
          <w:tcPr>
            <w:tcW w:w="863" w:type="pct"/>
            <w:tcBorders>
              <w:top w:val="nil"/>
              <w:left w:val="nil"/>
              <w:bottom w:val="nil"/>
              <w:right w:val="nil"/>
            </w:tcBorders>
            <w:shd w:val="clear" w:color="000000" w:fill="FFFFFF"/>
            <w:vAlign w:val="center"/>
            <w:hideMark/>
          </w:tcPr>
          <w:p w14:paraId="6D2829E1"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 xml:space="preserve">16,380 </w:t>
            </w:r>
          </w:p>
        </w:tc>
        <w:tc>
          <w:tcPr>
            <w:tcW w:w="713" w:type="pct"/>
            <w:tcBorders>
              <w:top w:val="nil"/>
              <w:left w:val="nil"/>
              <w:bottom w:val="nil"/>
              <w:right w:val="nil"/>
            </w:tcBorders>
            <w:shd w:val="clear" w:color="000000" w:fill="FFFFFF"/>
            <w:vAlign w:val="center"/>
            <w:hideMark/>
          </w:tcPr>
          <w:p w14:paraId="38DB86B0"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 xml:space="preserve">50,916 </w:t>
            </w:r>
          </w:p>
        </w:tc>
        <w:tc>
          <w:tcPr>
            <w:tcW w:w="628" w:type="pct"/>
            <w:tcBorders>
              <w:top w:val="nil"/>
              <w:left w:val="nil"/>
              <w:bottom w:val="nil"/>
              <w:right w:val="nil"/>
            </w:tcBorders>
            <w:shd w:val="clear" w:color="000000" w:fill="FFFFFF"/>
            <w:vAlign w:val="center"/>
            <w:hideMark/>
          </w:tcPr>
          <w:p w14:paraId="58CAE1C8"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 xml:space="preserve">32,830 </w:t>
            </w:r>
          </w:p>
        </w:tc>
      </w:tr>
      <w:tr w:rsidR="00A0215B" w:rsidRPr="00693325" w14:paraId="14566767" w14:textId="77777777" w:rsidTr="00A0215B">
        <w:trPr>
          <w:trHeight w:val="74"/>
        </w:trPr>
        <w:tc>
          <w:tcPr>
            <w:tcW w:w="2083" w:type="pct"/>
            <w:tcBorders>
              <w:top w:val="nil"/>
              <w:left w:val="nil"/>
              <w:bottom w:val="nil"/>
              <w:right w:val="nil"/>
            </w:tcBorders>
            <w:shd w:val="clear" w:color="000000" w:fill="FFFFFF"/>
            <w:vAlign w:val="center"/>
            <w:hideMark/>
          </w:tcPr>
          <w:p w14:paraId="34BA5BDE"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Readmission within 30 days of discharge, n (%)</w:t>
            </w:r>
          </w:p>
        </w:tc>
        <w:tc>
          <w:tcPr>
            <w:tcW w:w="713" w:type="pct"/>
            <w:tcBorders>
              <w:top w:val="nil"/>
              <w:left w:val="nil"/>
              <w:bottom w:val="nil"/>
              <w:right w:val="nil"/>
            </w:tcBorders>
            <w:shd w:val="clear" w:color="000000" w:fill="FFFFFF"/>
            <w:vAlign w:val="center"/>
            <w:hideMark/>
          </w:tcPr>
          <w:p w14:paraId="6C632A57"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 (5.26)</w:t>
            </w:r>
          </w:p>
        </w:tc>
        <w:tc>
          <w:tcPr>
            <w:tcW w:w="863" w:type="pct"/>
            <w:tcBorders>
              <w:top w:val="nil"/>
              <w:left w:val="nil"/>
              <w:bottom w:val="nil"/>
              <w:right w:val="nil"/>
            </w:tcBorders>
            <w:shd w:val="clear" w:color="000000" w:fill="FFFFFF"/>
            <w:vAlign w:val="center"/>
            <w:hideMark/>
          </w:tcPr>
          <w:p w14:paraId="335C2B84"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 (2.86)</w:t>
            </w:r>
          </w:p>
        </w:tc>
        <w:tc>
          <w:tcPr>
            <w:tcW w:w="713" w:type="pct"/>
            <w:tcBorders>
              <w:top w:val="nil"/>
              <w:left w:val="nil"/>
              <w:bottom w:val="nil"/>
              <w:right w:val="nil"/>
            </w:tcBorders>
            <w:shd w:val="clear" w:color="000000" w:fill="FFFFFF"/>
            <w:vAlign w:val="center"/>
            <w:hideMark/>
          </w:tcPr>
          <w:p w14:paraId="71FE2D9C"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3 (14.29)</w:t>
            </w:r>
          </w:p>
        </w:tc>
        <w:tc>
          <w:tcPr>
            <w:tcW w:w="628" w:type="pct"/>
            <w:tcBorders>
              <w:top w:val="nil"/>
              <w:left w:val="nil"/>
              <w:bottom w:val="nil"/>
              <w:right w:val="nil"/>
            </w:tcBorders>
            <w:shd w:val="clear" w:color="000000" w:fill="FFFFFF"/>
            <w:vAlign w:val="center"/>
            <w:hideMark/>
          </w:tcPr>
          <w:p w14:paraId="3F289E87"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2 (15.38)</w:t>
            </w:r>
          </w:p>
        </w:tc>
      </w:tr>
      <w:tr w:rsidR="00A0215B" w:rsidRPr="00693325" w14:paraId="5A738028" w14:textId="77777777" w:rsidTr="00A0215B">
        <w:trPr>
          <w:trHeight w:val="74"/>
        </w:trPr>
        <w:tc>
          <w:tcPr>
            <w:tcW w:w="2083" w:type="pct"/>
            <w:tcBorders>
              <w:top w:val="nil"/>
              <w:left w:val="nil"/>
              <w:bottom w:val="nil"/>
              <w:right w:val="nil"/>
            </w:tcBorders>
            <w:shd w:val="clear" w:color="000000" w:fill="FFFFFF"/>
            <w:vAlign w:val="center"/>
            <w:hideMark/>
          </w:tcPr>
          <w:p w14:paraId="51C9A366" w14:textId="77777777" w:rsidR="00A0215B" w:rsidRPr="00693325" w:rsidRDefault="00A0215B" w:rsidP="00A0215B">
            <w:pPr>
              <w:rPr>
                <w:rFonts w:ascii="Times New Roman" w:hAnsi="Times New Roman"/>
                <w:b/>
                <w:bCs/>
                <w:color w:val="000000"/>
                <w:sz w:val="16"/>
                <w:szCs w:val="16"/>
              </w:rPr>
            </w:pPr>
            <w:r w:rsidRPr="00693325">
              <w:rPr>
                <w:rFonts w:ascii="Times New Roman" w:hAnsi="Times New Roman"/>
                <w:b/>
                <w:bCs/>
                <w:sz w:val="16"/>
              </w:rPr>
              <w:t xml:space="preserve">Length of follow-up post-IMD diagnosis </w:t>
            </w:r>
          </w:p>
        </w:tc>
        <w:tc>
          <w:tcPr>
            <w:tcW w:w="713" w:type="pct"/>
            <w:tcBorders>
              <w:top w:val="nil"/>
              <w:left w:val="nil"/>
              <w:bottom w:val="nil"/>
              <w:right w:val="nil"/>
            </w:tcBorders>
            <w:shd w:val="clear" w:color="000000" w:fill="FFFFFF"/>
            <w:vAlign w:val="center"/>
            <w:hideMark/>
          </w:tcPr>
          <w:p w14:paraId="3F8E56BF"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color w:val="000000"/>
                <w:sz w:val="16"/>
              </w:rPr>
              <w:t> </w:t>
            </w:r>
          </w:p>
        </w:tc>
        <w:tc>
          <w:tcPr>
            <w:tcW w:w="863" w:type="pct"/>
            <w:tcBorders>
              <w:top w:val="nil"/>
              <w:left w:val="nil"/>
              <w:bottom w:val="nil"/>
              <w:right w:val="nil"/>
            </w:tcBorders>
            <w:shd w:val="clear" w:color="000000" w:fill="FFFFFF"/>
            <w:vAlign w:val="center"/>
            <w:hideMark/>
          </w:tcPr>
          <w:p w14:paraId="52A2BD4B"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color w:val="000000"/>
                <w:sz w:val="16"/>
              </w:rPr>
              <w:t> </w:t>
            </w:r>
          </w:p>
        </w:tc>
        <w:tc>
          <w:tcPr>
            <w:tcW w:w="713" w:type="pct"/>
            <w:tcBorders>
              <w:top w:val="nil"/>
              <w:left w:val="nil"/>
              <w:bottom w:val="nil"/>
              <w:right w:val="nil"/>
            </w:tcBorders>
            <w:shd w:val="clear" w:color="000000" w:fill="FFFFFF"/>
            <w:vAlign w:val="center"/>
            <w:hideMark/>
          </w:tcPr>
          <w:p w14:paraId="4844D344"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 </w:t>
            </w:r>
          </w:p>
        </w:tc>
        <w:tc>
          <w:tcPr>
            <w:tcW w:w="628" w:type="pct"/>
            <w:tcBorders>
              <w:top w:val="nil"/>
              <w:left w:val="nil"/>
              <w:bottom w:val="nil"/>
              <w:right w:val="nil"/>
            </w:tcBorders>
            <w:shd w:val="clear" w:color="000000" w:fill="FFFFFF"/>
            <w:vAlign w:val="center"/>
            <w:hideMark/>
          </w:tcPr>
          <w:p w14:paraId="1369BC8F"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 </w:t>
            </w:r>
          </w:p>
        </w:tc>
      </w:tr>
      <w:tr w:rsidR="00A0215B" w:rsidRPr="00693325" w14:paraId="31E5EE81" w14:textId="77777777" w:rsidTr="00A0215B">
        <w:trPr>
          <w:trHeight w:val="74"/>
        </w:trPr>
        <w:tc>
          <w:tcPr>
            <w:tcW w:w="2083" w:type="pct"/>
            <w:tcBorders>
              <w:top w:val="nil"/>
              <w:left w:val="nil"/>
              <w:bottom w:val="nil"/>
              <w:right w:val="nil"/>
            </w:tcBorders>
            <w:shd w:val="clear" w:color="000000" w:fill="FFFFFF"/>
            <w:vAlign w:val="center"/>
            <w:hideMark/>
          </w:tcPr>
          <w:p w14:paraId="1C085FF1"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Acute phase, n (%)</w:t>
            </w:r>
          </w:p>
        </w:tc>
        <w:tc>
          <w:tcPr>
            <w:tcW w:w="713" w:type="pct"/>
            <w:tcBorders>
              <w:top w:val="nil"/>
              <w:left w:val="nil"/>
              <w:bottom w:val="nil"/>
              <w:right w:val="nil"/>
            </w:tcBorders>
            <w:shd w:val="clear" w:color="000000" w:fill="FFFFFF"/>
            <w:vAlign w:val="center"/>
            <w:hideMark/>
          </w:tcPr>
          <w:p w14:paraId="08555920"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19 (100.00)</w:t>
            </w:r>
          </w:p>
        </w:tc>
        <w:tc>
          <w:tcPr>
            <w:tcW w:w="863" w:type="pct"/>
            <w:tcBorders>
              <w:top w:val="nil"/>
              <w:left w:val="nil"/>
              <w:bottom w:val="nil"/>
              <w:right w:val="nil"/>
            </w:tcBorders>
            <w:shd w:val="clear" w:color="000000" w:fill="FFFFFF"/>
            <w:vAlign w:val="center"/>
            <w:hideMark/>
          </w:tcPr>
          <w:p w14:paraId="4D48D96C"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35 (100.00)</w:t>
            </w:r>
          </w:p>
        </w:tc>
        <w:tc>
          <w:tcPr>
            <w:tcW w:w="713" w:type="pct"/>
            <w:tcBorders>
              <w:top w:val="nil"/>
              <w:left w:val="nil"/>
              <w:bottom w:val="nil"/>
              <w:right w:val="nil"/>
            </w:tcBorders>
            <w:shd w:val="clear" w:color="000000" w:fill="FFFFFF"/>
            <w:vAlign w:val="center"/>
            <w:hideMark/>
          </w:tcPr>
          <w:p w14:paraId="7EC9D1EE"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21 (100.00)</w:t>
            </w:r>
          </w:p>
        </w:tc>
        <w:tc>
          <w:tcPr>
            <w:tcW w:w="628" w:type="pct"/>
            <w:tcBorders>
              <w:top w:val="nil"/>
              <w:left w:val="nil"/>
              <w:bottom w:val="nil"/>
              <w:right w:val="nil"/>
            </w:tcBorders>
            <w:shd w:val="clear" w:color="000000" w:fill="FFFFFF"/>
            <w:vAlign w:val="center"/>
            <w:hideMark/>
          </w:tcPr>
          <w:p w14:paraId="1F87A587"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13 (100.00)</w:t>
            </w:r>
          </w:p>
        </w:tc>
      </w:tr>
      <w:tr w:rsidR="00A0215B" w:rsidRPr="00693325" w14:paraId="1533EB00" w14:textId="77777777" w:rsidTr="00A0215B">
        <w:trPr>
          <w:trHeight w:val="74"/>
        </w:trPr>
        <w:tc>
          <w:tcPr>
            <w:tcW w:w="2083" w:type="pct"/>
            <w:tcBorders>
              <w:top w:val="nil"/>
              <w:left w:val="nil"/>
              <w:bottom w:val="nil"/>
              <w:right w:val="nil"/>
            </w:tcBorders>
            <w:shd w:val="clear" w:color="000000" w:fill="FFFFFF"/>
            <w:vAlign w:val="center"/>
            <w:hideMark/>
          </w:tcPr>
          <w:p w14:paraId="5CFBA91F"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Length of follow-up in acute phase (days), mean (SD)</w:t>
            </w:r>
          </w:p>
        </w:tc>
        <w:tc>
          <w:tcPr>
            <w:tcW w:w="713" w:type="pct"/>
            <w:tcBorders>
              <w:top w:val="nil"/>
              <w:left w:val="nil"/>
              <w:bottom w:val="nil"/>
              <w:right w:val="nil"/>
            </w:tcBorders>
            <w:shd w:val="clear" w:color="000000" w:fill="FFFFFF"/>
            <w:vAlign w:val="center"/>
            <w:hideMark/>
          </w:tcPr>
          <w:p w14:paraId="3D93F76F"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35.74 (7.51)</w:t>
            </w:r>
          </w:p>
        </w:tc>
        <w:tc>
          <w:tcPr>
            <w:tcW w:w="863" w:type="pct"/>
            <w:tcBorders>
              <w:top w:val="nil"/>
              <w:left w:val="nil"/>
              <w:bottom w:val="nil"/>
              <w:right w:val="nil"/>
            </w:tcBorders>
            <w:shd w:val="clear" w:color="000000" w:fill="FFFFFF"/>
            <w:vAlign w:val="center"/>
            <w:hideMark/>
          </w:tcPr>
          <w:p w14:paraId="708829C0"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34.83 (10.23)</w:t>
            </w:r>
          </w:p>
        </w:tc>
        <w:tc>
          <w:tcPr>
            <w:tcW w:w="713" w:type="pct"/>
            <w:tcBorders>
              <w:top w:val="nil"/>
              <w:left w:val="nil"/>
              <w:bottom w:val="nil"/>
              <w:right w:val="nil"/>
            </w:tcBorders>
            <w:shd w:val="clear" w:color="000000" w:fill="FFFFFF"/>
            <w:vAlign w:val="center"/>
            <w:hideMark/>
          </w:tcPr>
          <w:p w14:paraId="32B68F15"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36.86 (4.13)</w:t>
            </w:r>
          </w:p>
        </w:tc>
        <w:tc>
          <w:tcPr>
            <w:tcW w:w="628" w:type="pct"/>
            <w:tcBorders>
              <w:top w:val="nil"/>
              <w:left w:val="nil"/>
              <w:bottom w:val="nil"/>
              <w:right w:val="nil"/>
            </w:tcBorders>
            <w:shd w:val="clear" w:color="000000" w:fill="FFFFFF"/>
            <w:vAlign w:val="center"/>
            <w:hideMark/>
          </w:tcPr>
          <w:p w14:paraId="209BD480"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30.08 (13.27)</w:t>
            </w:r>
          </w:p>
        </w:tc>
      </w:tr>
      <w:tr w:rsidR="00A0215B" w:rsidRPr="00693325" w14:paraId="5215A7C0" w14:textId="77777777" w:rsidTr="00A0215B">
        <w:trPr>
          <w:trHeight w:val="74"/>
        </w:trPr>
        <w:tc>
          <w:tcPr>
            <w:tcW w:w="2083" w:type="pct"/>
            <w:tcBorders>
              <w:top w:val="nil"/>
              <w:left w:val="nil"/>
              <w:bottom w:val="nil"/>
              <w:right w:val="nil"/>
            </w:tcBorders>
            <w:shd w:val="clear" w:color="000000" w:fill="FFFFFF"/>
            <w:vAlign w:val="center"/>
            <w:hideMark/>
          </w:tcPr>
          <w:p w14:paraId="03CB10D5"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Post-acute phase, n (%)</w:t>
            </w:r>
          </w:p>
        </w:tc>
        <w:tc>
          <w:tcPr>
            <w:tcW w:w="713" w:type="pct"/>
            <w:tcBorders>
              <w:top w:val="nil"/>
              <w:left w:val="nil"/>
              <w:bottom w:val="nil"/>
              <w:right w:val="nil"/>
            </w:tcBorders>
            <w:shd w:val="clear" w:color="000000" w:fill="FFFFFF"/>
            <w:vAlign w:val="center"/>
            <w:hideMark/>
          </w:tcPr>
          <w:p w14:paraId="205166D7"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17 (89.47)</w:t>
            </w:r>
          </w:p>
        </w:tc>
        <w:tc>
          <w:tcPr>
            <w:tcW w:w="863" w:type="pct"/>
            <w:tcBorders>
              <w:top w:val="nil"/>
              <w:left w:val="nil"/>
              <w:bottom w:val="nil"/>
              <w:right w:val="nil"/>
            </w:tcBorders>
            <w:shd w:val="clear" w:color="000000" w:fill="FFFFFF"/>
            <w:vAlign w:val="center"/>
            <w:hideMark/>
          </w:tcPr>
          <w:p w14:paraId="6DE30711"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32 (91.43)</w:t>
            </w:r>
          </w:p>
        </w:tc>
        <w:tc>
          <w:tcPr>
            <w:tcW w:w="713" w:type="pct"/>
            <w:tcBorders>
              <w:top w:val="nil"/>
              <w:left w:val="nil"/>
              <w:bottom w:val="nil"/>
              <w:right w:val="nil"/>
            </w:tcBorders>
            <w:shd w:val="clear" w:color="000000" w:fill="FFFFFF"/>
            <w:vAlign w:val="center"/>
            <w:hideMark/>
          </w:tcPr>
          <w:p w14:paraId="39930386"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21 (100.00)</w:t>
            </w:r>
          </w:p>
        </w:tc>
        <w:tc>
          <w:tcPr>
            <w:tcW w:w="628" w:type="pct"/>
            <w:tcBorders>
              <w:top w:val="nil"/>
              <w:left w:val="nil"/>
              <w:bottom w:val="nil"/>
              <w:right w:val="nil"/>
            </w:tcBorders>
            <w:shd w:val="clear" w:color="000000" w:fill="FFFFFF"/>
            <w:vAlign w:val="center"/>
            <w:hideMark/>
          </w:tcPr>
          <w:p w14:paraId="57FAF855"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11 (84.62)</w:t>
            </w:r>
          </w:p>
        </w:tc>
      </w:tr>
      <w:tr w:rsidR="00A0215B" w:rsidRPr="00693325" w14:paraId="7CF4C9D9" w14:textId="77777777" w:rsidTr="00A0215B">
        <w:trPr>
          <w:trHeight w:val="74"/>
        </w:trPr>
        <w:tc>
          <w:tcPr>
            <w:tcW w:w="2083" w:type="pct"/>
            <w:tcBorders>
              <w:top w:val="nil"/>
              <w:left w:val="nil"/>
              <w:bottom w:val="single" w:sz="8" w:space="0" w:color="000000"/>
              <w:right w:val="nil"/>
            </w:tcBorders>
            <w:shd w:val="clear" w:color="000000" w:fill="FFFFFF"/>
            <w:vAlign w:val="center"/>
            <w:hideMark/>
          </w:tcPr>
          <w:p w14:paraId="23D1468C" w14:textId="77777777" w:rsidR="00A0215B" w:rsidRPr="00693325" w:rsidRDefault="00A0215B" w:rsidP="00A0215B">
            <w:pPr>
              <w:ind w:leftChars="100" w:left="240"/>
              <w:rPr>
                <w:rFonts w:ascii="Times New Roman" w:hAnsi="Times New Roman"/>
                <w:color w:val="000000"/>
                <w:sz w:val="16"/>
                <w:szCs w:val="16"/>
              </w:rPr>
            </w:pPr>
            <w:r w:rsidRPr="00693325">
              <w:rPr>
                <w:rFonts w:ascii="Times New Roman" w:hAnsi="Times New Roman"/>
                <w:sz w:val="16"/>
              </w:rPr>
              <w:t>Length of follow-up in post-acute phase (days), mean (SD)</w:t>
            </w:r>
          </w:p>
        </w:tc>
        <w:tc>
          <w:tcPr>
            <w:tcW w:w="713" w:type="pct"/>
            <w:tcBorders>
              <w:top w:val="nil"/>
              <w:left w:val="nil"/>
              <w:bottom w:val="single" w:sz="8" w:space="0" w:color="000000"/>
              <w:right w:val="nil"/>
            </w:tcBorders>
            <w:shd w:val="clear" w:color="000000" w:fill="FFFFFF"/>
            <w:vAlign w:val="center"/>
            <w:hideMark/>
          </w:tcPr>
          <w:p w14:paraId="2E8C1B83"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784.79 (825.61)</w:t>
            </w:r>
          </w:p>
        </w:tc>
        <w:tc>
          <w:tcPr>
            <w:tcW w:w="863" w:type="pct"/>
            <w:tcBorders>
              <w:top w:val="nil"/>
              <w:left w:val="nil"/>
              <w:bottom w:val="single" w:sz="8" w:space="0" w:color="000000"/>
              <w:right w:val="nil"/>
            </w:tcBorders>
            <w:shd w:val="clear" w:color="000000" w:fill="FFFFFF"/>
            <w:vAlign w:val="center"/>
            <w:hideMark/>
          </w:tcPr>
          <w:p w14:paraId="50084256"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1,528.66 (1,287.47)</w:t>
            </w:r>
          </w:p>
        </w:tc>
        <w:tc>
          <w:tcPr>
            <w:tcW w:w="713" w:type="pct"/>
            <w:tcBorders>
              <w:top w:val="nil"/>
              <w:left w:val="nil"/>
              <w:bottom w:val="single" w:sz="8" w:space="0" w:color="000000"/>
              <w:right w:val="nil"/>
            </w:tcBorders>
            <w:shd w:val="clear" w:color="000000" w:fill="FFFFFF"/>
            <w:vAlign w:val="center"/>
            <w:hideMark/>
          </w:tcPr>
          <w:p w14:paraId="67E5BD99"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575.95 (489.25)</w:t>
            </w:r>
          </w:p>
        </w:tc>
        <w:tc>
          <w:tcPr>
            <w:tcW w:w="628" w:type="pct"/>
            <w:tcBorders>
              <w:top w:val="nil"/>
              <w:left w:val="nil"/>
              <w:bottom w:val="single" w:sz="8" w:space="0" w:color="000000"/>
              <w:right w:val="nil"/>
            </w:tcBorders>
            <w:shd w:val="clear" w:color="000000" w:fill="FFFFFF"/>
            <w:vAlign w:val="center"/>
            <w:hideMark/>
          </w:tcPr>
          <w:p w14:paraId="73A7870C" w14:textId="77777777" w:rsidR="00A0215B" w:rsidRPr="00693325" w:rsidRDefault="00A0215B" w:rsidP="00A0215B">
            <w:pPr>
              <w:jc w:val="center"/>
              <w:rPr>
                <w:rFonts w:ascii="Times New Roman" w:hAnsi="Times New Roman"/>
                <w:color w:val="000000"/>
                <w:sz w:val="16"/>
                <w:szCs w:val="16"/>
              </w:rPr>
            </w:pPr>
            <w:r w:rsidRPr="00693325">
              <w:rPr>
                <w:rFonts w:ascii="Times New Roman" w:hAnsi="Times New Roman"/>
                <w:sz w:val="16"/>
              </w:rPr>
              <w:t>575.54 (566.68)</w:t>
            </w:r>
          </w:p>
        </w:tc>
      </w:tr>
    </w:tbl>
    <w:p w14:paraId="55F078A6" w14:textId="77777777" w:rsidR="00726DBE" w:rsidRPr="00693325" w:rsidRDefault="00726DBE" w:rsidP="00726DBE">
      <w:pPr>
        <w:rPr>
          <w:rFonts w:ascii="Times New Roman" w:hAnsi="Times New Roman"/>
          <w:sz w:val="16"/>
          <w:szCs w:val="16"/>
        </w:rPr>
      </w:pPr>
      <w:r w:rsidRPr="00693325">
        <w:rPr>
          <w:rFonts w:ascii="Times New Roman" w:hAnsi="Times New Roman"/>
          <w:sz w:val="16"/>
          <w:szCs w:val="16"/>
        </w:rPr>
        <w:t>Abbreviations: ICU: intensive care unit, IMD: invasive meningococcal disease, SD: standard deviation</w:t>
      </w:r>
    </w:p>
    <w:p w14:paraId="05516B06" w14:textId="77777777" w:rsidR="00726DBE" w:rsidRPr="00693325" w:rsidRDefault="00726DBE" w:rsidP="00726DBE">
      <w:pPr>
        <w:spacing w:line="276" w:lineRule="auto"/>
        <w:rPr>
          <w:rFonts w:ascii="Times New Roman" w:hAnsi="Times New Roman"/>
          <w:sz w:val="16"/>
        </w:rPr>
      </w:pPr>
    </w:p>
    <w:p w14:paraId="1F837C2E" w14:textId="77777777" w:rsidR="00726DBE" w:rsidRPr="00693325" w:rsidRDefault="00726DBE" w:rsidP="00726DBE">
      <w:pPr>
        <w:rPr>
          <w:rFonts w:ascii="Times New Roman" w:hAnsi="Times New Roman"/>
          <w:sz w:val="16"/>
        </w:rPr>
      </w:pPr>
      <w:r w:rsidRPr="00693325">
        <w:rPr>
          <w:rFonts w:ascii="Times New Roman" w:hAnsi="Times New Roman"/>
          <w:sz w:val="16"/>
        </w:rPr>
        <w:br w:type="page"/>
      </w:r>
    </w:p>
    <w:p w14:paraId="123FB0A1" w14:textId="6A28E993" w:rsidR="00726DBE" w:rsidRPr="00693325" w:rsidRDefault="00726DBE" w:rsidP="00726DBE">
      <w:pPr>
        <w:spacing w:line="276" w:lineRule="auto"/>
        <w:rPr>
          <w:rFonts w:ascii="Times New Roman" w:hAnsi="Times New Roman"/>
          <w:sz w:val="20"/>
        </w:rPr>
      </w:pPr>
      <w:r w:rsidRPr="00693325">
        <w:rPr>
          <w:rFonts w:ascii="Times New Roman" w:hAnsi="Times New Roman"/>
          <w:b/>
          <w:sz w:val="20"/>
        </w:rPr>
        <w:lastRenderedPageBreak/>
        <w:t xml:space="preserve">Supplemental Table </w:t>
      </w:r>
      <w:r w:rsidR="00A0215B">
        <w:rPr>
          <w:rFonts w:ascii="Times New Roman" w:hAnsi="Times New Roman"/>
          <w:b/>
          <w:sz w:val="20"/>
        </w:rPr>
        <w:t>8</w:t>
      </w:r>
      <w:r w:rsidRPr="00693325">
        <w:rPr>
          <w:rFonts w:ascii="Times New Roman" w:hAnsi="Times New Roman"/>
          <w:b/>
          <w:sz w:val="20"/>
        </w:rPr>
        <w:t xml:space="preserve"> </w:t>
      </w:r>
      <w:r w:rsidRPr="00693325">
        <w:rPr>
          <w:rFonts w:ascii="Times New Roman" w:hAnsi="Times New Roman"/>
          <w:sz w:val="20"/>
        </w:rPr>
        <w:t>Incident health outcomes and costs, toddler cohorts</w:t>
      </w:r>
    </w:p>
    <w:tbl>
      <w:tblPr>
        <w:tblW w:w="5000" w:type="pct"/>
        <w:tblCellMar>
          <w:left w:w="0" w:type="dxa"/>
          <w:right w:w="0" w:type="dxa"/>
        </w:tblCellMar>
        <w:tblLook w:val="04A0" w:firstRow="1" w:lastRow="0" w:firstColumn="1" w:lastColumn="0" w:noHBand="0" w:noVBand="1"/>
      </w:tblPr>
      <w:tblGrid>
        <w:gridCol w:w="2968"/>
        <w:gridCol w:w="1374"/>
        <w:gridCol w:w="1374"/>
        <w:gridCol w:w="1376"/>
        <w:gridCol w:w="1373"/>
        <w:gridCol w:w="1373"/>
        <w:gridCol w:w="1373"/>
        <w:gridCol w:w="1376"/>
        <w:gridCol w:w="1371"/>
      </w:tblGrid>
      <w:tr w:rsidR="00726DBE" w:rsidRPr="00693325" w14:paraId="0BA45124" w14:textId="77777777" w:rsidTr="000E29E2">
        <w:trPr>
          <w:trHeight w:val="48"/>
          <w:tblHeader/>
        </w:trPr>
        <w:tc>
          <w:tcPr>
            <w:tcW w:w="1063" w:type="pct"/>
            <w:tcBorders>
              <w:top w:val="single" w:sz="8" w:space="0" w:color="000000"/>
              <w:left w:val="nil"/>
              <w:right w:val="nil"/>
            </w:tcBorders>
            <w:shd w:val="clear" w:color="000000" w:fill="FFFFFF"/>
            <w:vAlign w:val="center"/>
          </w:tcPr>
          <w:p w14:paraId="3067C1A4" w14:textId="16C0459C" w:rsidR="00726DBE" w:rsidRPr="00693325" w:rsidRDefault="00A0215B" w:rsidP="00841CFC">
            <w:pPr>
              <w:rPr>
                <w:rFonts w:ascii="Times New Roman" w:hAnsi="Times New Roman"/>
                <w:b/>
                <w:bCs/>
                <w:color w:val="000000"/>
                <w:sz w:val="16"/>
                <w:szCs w:val="16"/>
              </w:rPr>
            </w:pPr>
            <w:r>
              <w:rPr>
                <w:rFonts w:ascii="Times New Roman" w:hAnsi="Times New Roman"/>
                <w:b/>
                <w:bCs/>
                <w:color w:val="000000"/>
                <w:sz w:val="16"/>
                <w:szCs w:val="16"/>
              </w:rPr>
              <w:t>Payer</w:t>
            </w:r>
          </w:p>
        </w:tc>
        <w:tc>
          <w:tcPr>
            <w:tcW w:w="1969" w:type="pct"/>
            <w:gridSpan w:val="4"/>
            <w:tcBorders>
              <w:top w:val="single" w:sz="8" w:space="0" w:color="000000"/>
              <w:left w:val="nil"/>
              <w:right w:val="nil"/>
            </w:tcBorders>
            <w:shd w:val="clear" w:color="auto" w:fill="FFFFFF" w:themeFill="background1"/>
            <w:vAlign w:val="center"/>
          </w:tcPr>
          <w:p w14:paraId="177C906A"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Commercial</w:t>
            </w:r>
          </w:p>
        </w:tc>
        <w:tc>
          <w:tcPr>
            <w:tcW w:w="1968" w:type="pct"/>
            <w:gridSpan w:val="4"/>
            <w:tcBorders>
              <w:top w:val="single" w:sz="8" w:space="0" w:color="000000"/>
              <w:left w:val="nil"/>
              <w:right w:val="nil"/>
            </w:tcBorders>
            <w:shd w:val="clear" w:color="auto" w:fill="FFFFFF" w:themeFill="background1"/>
            <w:vAlign w:val="center"/>
          </w:tcPr>
          <w:p w14:paraId="20BCF233"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Medicaid</w:t>
            </w:r>
          </w:p>
        </w:tc>
      </w:tr>
      <w:tr w:rsidR="00726DBE" w:rsidRPr="00693325" w14:paraId="7965C969" w14:textId="77777777" w:rsidTr="000E29E2">
        <w:trPr>
          <w:trHeight w:val="48"/>
          <w:tblHeader/>
        </w:trPr>
        <w:tc>
          <w:tcPr>
            <w:tcW w:w="1063" w:type="pct"/>
            <w:tcBorders>
              <w:top w:val="single" w:sz="8" w:space="0" w:color="000000"/>
              <w:left w:val="nil"/>
              <w:right w:val="nil"/>
            </w:tcBorders>
            <w:shd w:val="clear" w:color="000000" w:fill="FFFFFF"/>
            <w:vAlign w:val="center"/>
            <w:hideMark/>
          </w:tcPr>
          <w:p w14:paraId="39C997E9"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 </w:t>
            </w:r>
          </w:p>
        </w:tc>
        <w:tc>
          <w:tcPr>
            <w:tcW w:w="1477" w:type="pct"/>
            <w:gridSpan w:val="3"/>
            <w:tcBorders>
              <w:top w:val="single" w:sz="8" w:space="0" w:color="000000"/>
              <w:left w:val="nil"/>
              <w:right w:val="nil"/>
            </w:tcBorders>
            <w:shd w:val="clear" w:color="000000" w:fill="F2F2F2"/>
            <w:vAlign w:val="center"/>
            <w:hideMark/>
          </w:tcPr>
          <w:p w14:paraId="05D5AA94"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Toddlers with IMD</w:t>
            </w:r>
          </w:p>
        </w:tc>
        <w:tc>
          <w:tcPr>
            <w:tcW w:w="492" w:type="pct"/>
            <w:tcBorders>
              <w:top w:val="single" w:sz="8" w:space="0" w:color="000000"/>
              <w:left w:val="nil"/>
              <w:right w:val="nil"/>
            </w:tcBorders>
            <w:shd w:val="clear" w:color="000000" w:fill="FFFFFF"/>
            <w:vAlign w:val="center"/>
            <w:hideMark/>
          </w:tcPr>
          <w:p w14:paraId="70FD9693"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Toddlers without IMD</w:t>
            </w:r>
          </w:p>
        </w:tc>
        <w:tc>
          <w:tcPr>
            <w:tcW w:w="1477" w:type="pct"/>
            <w:gridSpan w:val="3"/>
            <w:tcBorders>
              <w:top w:val="single" w:sz="8" w:space="0" w:color="000000"/>
              <w:left w:val="nil"/>
              <w:right w:val="nil"/>
            </w:tcBorders>
            <w:shd w:val="clear" w:color="000000" w:fill="F2F2F2"/>
            <w:vAlign w:val="center"/>
            <w:hideMark/>
          </w:tcPr>
          <w:p w14:paraId="4B86890D"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Toddlers with IMD</w:t>
            </w:r>
          </w:p>
        </w:tc>
        <w:tc>
          <w:tcPr>
            <w:tcW w:w="491" w:type="pct"/>
            <w:tcBorders>
              <w:top w:val="single" w:sz="8" w:space="0" w:color="000000"/>
              <w:left w:val="nil"/>
              <w:right w:val="nil"/>
            </w:tcBorders>
            <w:shd w:val="clear" w:color="000000" w:fill="FFFFFF"/>
            <w:vAlign w:val="center"/>
            <w:hideMark/>
          </w:tcPr>
          <w:p w14:paraId="0344971C"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Toddlers without IMD</w:t>
            </w:r>
          </w:p>
        </w:tc>
      </w:tr>
      <w:tr w:rsidR="00726DBE" w:rsidRPr="00693325" w14:paraId="6BAC22B9" w14:textId="77777777" w:rsidTr="000E29E2">
        <w:trPr>
          <w:trHeight w:val="68"/>
          <w:tblHeader/>
        </w:trPr>
        <w:tc>
          <w:tcPr>
            <w:tcW w:w="1063" w:type="pct"/>
            <w:vMerge w:val="restart"/>
            <w:tcBorders>
              <w:top w:val="nil"/>
              <w:left w:val="nil"/>
              <w:bottom w:val="nil"/>
              <w:right w:val="nil"/>
            </w:tcBorders>
            <w:shd w:val="clear" w:color="000000" w:fill="FFFFFF"/>
            <w:vAlign w:val="center"/>
            <w:hideMark/>
          </w:tcPr>
          <w:p w14:paraId="50ECC2D9"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 </w:t>
            </w:r>
          </w:p>
        </w:tc>
        <w:tc>
          <w:tcPr>
            <w:tcW w:w="492" w:type="pct"/>
            <w:tcBorders>
              <w:top w:val="nil"/>
              <w:left w:val="nil"/>
              <w:bottom w:val="nil"/>
              <w:right w:val="nil"/>
            </w:tcBorders>
            <w:shd w:val="clear" w:color="000000" w:fill="F2F2F2"/>
            <w:vAlign w:val="center"/>
            <w:hideMark/>
          </w:tcPr>
          <w:p w14:paraId="25FBD96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Acute Phase</w:t>
            </w:r>
            <w:r w:rsidRPr="00693325">
              <w:rPr>
                <w:rFonts w:ascii="Times New Roman" w:hAnsi="Times New Roman"/>
                <w:color w:val="000000"/>
                <w:sz w:val="16"/>
                <w:szCs w:val="16"/>
                <w:vertAlign w:val="superscript"/>
              </w:rPr>
              <w:t>a</w:t>
            </w:r>
          </w:p>
        </w:tc>
        <w:tc>
          <w:tcPr>
            <w:tcW w:w="492" w:type="pct"/>
            <w:tcBorders>
              <w:top w:val="nil"/>
              <w:left w:val="nil"/>
              <w:bottom w:val="nil"/>
              <w:right w:val="nil"/>
            </w:tcBorders>
            <w:shd w:val="clear" w:color="000000" w:fill="F2F2F2"/>
            <w:vAlign w:val="center"/>
            <w:hideMark/>
          </w:tcPr>
          <w:p w14:paraId="49D0CED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Post-Acute Phase</w:t>
            </w:r>
            <w:r w:rsidRPr="00693325">
              <w:rPr>
                <w:rFonts w:ascii="Times New Roman" w:hAnsi="Times New Roman"/>
                <w:color w:val="000000"/>
                <w:sz w:val="16"/>
                <w:szCs w:val="16"/>
                <w:vertAlign w:val="superscript"/>
              </w:rPr>
              <w:t>b</w:t>
            </w:r>
          </w:p>
        </w:tc>
        <w:tc>
          <w:tcPr>
            <w:tcW w:w="493" w:type="pct"/>
            <w:tcBorders>
              <w:top w:val="nil"/>
              <w:left w:val="nil"/>
              <w:bottom w:val="nil"/>
              <w:right w:val="nil"/>
            </w:tcBorders>
            <w:shd w:val="clear" w:color="000000" w:fill="F2F2F2"/>
            <w:vAlign w:val="center"/>
            <w:hideMark/>
          </w:tcPr>
          <w:p w14:paraId="6A9CCAD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Full Follow-up</w:t>
            </w:r>
          </w:p>
        </w:tc>
        <w:tc>
          <w:tcPr>
            <w:tcW w:w="492" w:type="pct"/>
            <w:tcBorders>
              <w:top w:val="nil"/>
              <w:left w:val="nil"/>
              <w:bottom w:val="nil"/>
              <w:right w:val="nil"/>
            </w:tcBorders>
            <w:shd w:val="clear" w:color="000000" w:fill="FFFFFF"/>
            <w:vAlign w:val="center"/>
            <w:hideMark/>
          </w:tcPr>
          <w:p w14:paraId="1C1DF8F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Full Follow-up</w:t>
            </w:r>
          </w:p>
        </w:tc>
        <w:tc>
          <w:tcPr>
            <w:tcW w:w="492" w:type="pct"/>
            <w:tcBorders>
              <w:top w:val="nil"/>
              <w:left w:val="nil"/>
              <w:bottom w:val="nil"/>
              <w:right w:val="nil"/>
            </w:tcBorders>
            <w:shd w:val="clear" w:color="000000" w:fill="F2F2F2"/>
            <w:vAlign w:val="center"/>
            <w:hideMark/>
          </w:tcPr>
          <w:p w14:paraId="44E5D0C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Acute Phase</w:t>
            </w:r>
            <w:r w:rsidRPr="00693325">
              <w:rPr>
                <w:rFonts w:ascii="Times New Roman" w:hAnsi="Times New Roman"/>
                <w:color w:val="000000"/>
                <w:sz w:val="16"/>
                <w:szCs w:val="16"/>
                <w:vertAlign w:val="superscript"/>
              </w:rPr>
              <w:t>a</w:t>
            </w:r>
          </w:p>
        </w:tc>
        <w:tc>
          <w:tcPr>
            <w:tcW w:w="492" w:type="pct"/>
            <w:tcBorders>
              <w:top w:val="nil"/>
              <w:left w:val="nil"/>
              <w:bottom w:val="nil"/>
              <w:right w:val="nil"/>
            </w:tcBorders>
            <w:shd w:val="clear" w:color="000000" w:fill="F2F2F2"/>
            <w:vAlign w:val="center"/>
            <w:hideMark/>
          </w:tcPr>
          <w:p w14:paraId="3F88794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Post-Acute Phase</w:t>
            </w:r>
            <w:r w:rsidRPr="00693325">
              <w:rPr>
                <w:rFonts w:ascii="Times New Roman" w:hAnsi="Times New Roman"/>
                <w:color w:val="000000"/>
                <w:sz w:val="16"/>
                <w:szCs w:val="16"/>
                <w:vertAlign w:val="superscript"/>
              </w:rPr>
              <w:t>b</w:t>
            </w:r>
          </w:p>
        </w:tc>
        <w:tc>
          <w:tcPr>
            <w:tcW w:w="493" w:type="pct"/>
            <w:tcBorders>
              <w:top w:val="nil"/>
              <w:left w:val="nil"/>
              <w:bottom w:val="nil"/>
              <w:right w:val="nil"/>
            </w:tcBorders>
            <w:shd w:val="clear" w:color="000000" w:fill="F2F2F2"/>
            <w:vAlign w:val="center"/>
            <w:hideMark/>
          </w:tcPr>
          <w:p w14:paraId="71A2729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Full Follow-up</w:t>
            </w:r>
          </w:p>
        </w:tc>
        <w:tc>
          <w:tcPr>
            <w:tcW w:w="491" w:type="pct"/>
            <w:tcBorders>
              <w:top w:val="nil"/>
              <w:left w:val="nil"/>
              <w:bottom w:val="nil"/>
              <w:right w:val="nil"/>
            </w:tcBorders>
            <w:shd w:val="clear" w:color="000000" w:fill="FFFFFF"/>
            <w:vAlign w:val="center"/>
            <w:hideMark/>
          </w:tcPr>
          <w:p w14:paraId="0012C8C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Full Follow-up</w:t>
            </w:r>
          </w:p>
        </w:tc>
      </w:tr>
      <w:tr w:rsidR="00726DBE" w:rsidRPr="00693325" w14:paraId="2CFF188D" w14:textId="77777777" w:rsidTr="000E29E2">
        <w:trPr>
          <w:trHeight w:val="68"/>
          <w:tblHeader/>
        </w:trPr>
        <w:tc>
          <w:tcPr>
            <w:tcW w:w="1063" w:type="pct"/>
            <w:vMerge/>
            <w:tcBorders>
              <w:top w:val="nil"/>
              <w:left w:val="nil"/>
              <w:bottom w:val="single" w:sz="4" w:space="0" w:color="auto"/>
              <w:right w:val="nil"/>
            </w:tcBorders>
            <w:vAlign w:val="center"/>
            <w:hideMark/>
          </w:tcPr>
          <w:p w14:paraId="45BCFD28" w14:textId="77777777" w:rsidR="00726DBE" w:rsidRPr="00693325" w:rsidRDefault="00726DBE" w:rsidP="00841CFC">
            <w:pPr>
              <w:rPr>
                <w:rFonts w:ascii="Times New Roman" w:hAnsi="Times New Roman"/>
                <w:b/>
                <w:bCs/>
                <w:color w:val="000000"/>
                <w:sz w:val="16"/>
                <w:szCs w:val="16"/>
              </w:rPr>
            </w:pPr>
          </w:p>
        </w:tc>
        <w:tc>
          <w:tcPr>
            <w:tcW w:w="492" w:type="pct"/>
            <w:tcBorders>
              <w:top w:val="nil"/>
              <w:left w:val="nil"/>
              <w:bottom w:val="single" w:sz="4" w:space="0" w:color="auto"/>
              <w:right w:val="nil"/>
            </w:tcBorders>
            <w:shd w:val="clear" w:color="000000" w:fill="F2F2F2"/>
            <w:vAlign w:val="center"/>
            <w:hideMark/>
          </w:tcPr>
          <w:p w14:paraId="7E48C90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N=19</w:t>
            </w:r>
          </w:p>
        </w:tc>
        <w:tc>
          <w:tcPr>
            <w:tcW w:w="492" w:type="pct"/>
            <w:tcBorders>
              <w:top w:val="nil"/>
              <w:left w:val="nil"/>
              <w:bottom w:val="single" w:sz="4" w:space="0" w:color="auto"/>
              <w:right w:val="nil"/>
            </w:tcBorders>
            <w:shd w:val="clear" w:color="000000" w:fill="F2F2F2"/>
            <w:vAlign w:val="center"/>
            <w:hideMark/>
          </w:tcPr>
          <w:p w14:paraId="49545DF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N=17</w:t>
            </w:r>
          </w:p>
        </w:tc>
        <w:tc>
          <w:tcPr>
            <w:tcW w:w="493" w:type="pct"/>
            <w:tcBorders>
              <w:top w:val="nil"/>
              <w:left w:val="nil"/>
              <w:bottom w:val="single" w:sz="4" w:space="0" w:color="auto"/>
              <w:right w:val="nil"/>
            </w:tcBorders>
            <w:shd w:val="clear" w:color="000000" w:fill="F2F2F2"/>
            <w:vAlign w:val="center"/>
            <w:hideMark/>
          </w:tcPr>
          <w:p w14:paraId="44A6B45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N=19</w:t>
            </w:r>
          </w:p>
        </w:tc>
        <w:tc>
          <w:tcPr>
            <w:tcW w:w="492" w:type="pct"/>
            <w:tcBorders>
              <w:top w:val="nil"/>
              <w:left w:val="nil"/>
              <w:bottom w:val="single" w:sz="4" w:space="0" w:color="auto"/>
              <w:right w:val="nil"/>
            </w:tcBorders>
            <w:shd w:val="clear" w:color="000000" w:fill="FFFFFF"/>
            <w:vAlign w:val="center"/>
            <w:hideMark/>
          </w:tcPr>
          <w:p w14:paraId="4A602F2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N=95</w:t>
            </w:r>
          </w:p>
        </w:tc>
        <w:tc>
          <w:tcPr>
            <w:tcW w:w="492" w:type="pct"/>
            <w:tcBorders>
              <w:top w:val="nil"/>
              <w:left w:val="nil"/>
              <w:bottom w:val="single" w:sz="4" w:space="0" w:color="auto"/>
              <w:right w:val="nil"/>
            </w:tcBorders>
            <w:shd w:val="clear" w:color="000000" w:fill="F2F2F2"/>
            <w:vAlign w:val="center"/>
            <w:hideMark/>
          </w:tcPr>
          <w:p w14:paraId="66FD35E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N=35</w:t>
            </w:r>
          </w:p>
        </w:tc>
        <w:tc>
          <w:tcPr>
            <w:tcW w:w="492" w:type="pct"/>
            <w:tcBorders>
              <w:top w:val="nil"/>
              <w:left w:val="nil"/>
              <w:bottom w:val="single" w:sz="4" w:space="0" w:color="auto"/>
              <w:right w:val="nil"/>
            </w:tcBorders>
            <w:shd w:val="clear" w:color="000000" w:fill="F2F2F2"/>
            <w:vAlign w:val="center"/>
            <w:hideMark/>
          </w:tcPr>
          <w:p w14:paraId="1B09666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N=32</w:t>
            </w:r>
          </w:p>
        </w:tc>
        <w:tc>
          <w:tcPr>
            <w:tcW w:w="493" w:type="pct"/>
            <w:tcBorders>
              <w:top w:val="nil"/>
              <w:left w:val="nil"/>
              <w:bottom w:val="single" w:sz="4" w:space="0" w:color="auto"/>
              <w:right w:val="nil"/>
            </w:tcBorders>
            <w:shd w:val="clear" w:color="000000" w:fill="F2F2F2"/>
            <w:vAlign w:val="center"/>
            <w:hideMark/>
          </w:tcPr>
          <w:p w14:paraId="52AAAA4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N=35</w:t>
            </w:r>
          </w:p>
        </w:tc>
        <w:tc>
          <w:tcPr>
            <w:tcW w:w="491" w:type="pct"/>
            <w:tcBorders>
              <w:top w:val="nil"/>
              <w:left w:val="nil"/>
              <w:bottom w:val="single" w:sz="4" w:space="0" w:color="auto"/>
              <w:right w:val="nil"/>
            </w:tcBorders>
            <w:shd w:val="clear" w:color="000000" w:fill="FFFFFF"/>
            <w:vAlign w:val="center"/>
            <w:hideMark/>
          </w:tcPr>
          <w:p w14:paraId="7853415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N=165</w:t>
            </w:r>
          </w:p>
        </w:tc>
      </w:tr>
      <w:tr w:rsidR="00726DBE" w:rsidRPr="00693325" w14:paraId="79A966AD" w14:textId="77777777" w:rsidTr="00841CFC">
        <w:trPr>
          <w:trHeight w:val="395"/>
        </w:trPr>
        <w:tc>
          <w:tcPr>
            <w:tcW w:w="1063" w:type="pct"/>
            <w:tcBorders>
              <w:top w:val="single" w:sz="4" w:space="0" w:color="auto"/>
              <w:left w:val="nil"/>
              <w:right w:val="nil"/>
            </w:tcBorders>
            <w:shd w:val="clear" w:color="000000" w:fill="FFFFFF"/>
            <w:vAlign w:val="center"/>
            <w:hideMark/>
          </w:tcPr>
          <w:p w14:paraId="515DA0A1" w14:textId="77777777" w:rsidR="00726DBE" w:rsidRPr="00693325" w:rsidRDefault="00726DBE" w:rsidP="00841CFC">
            <w:pPr>
              <w:rPr>
                <w:rFonts w:ascii="Times New Roman" w:hAnsi="Times New Roman"/>
                <w:b/>
                <w:bCs/>
                <w:color w:val="000000"/>
                <w:sz w:val="16"/>
                <w:szCs w:val="16"/>
                <w:lang w:val="fr-FR"/>
              </w:rPr>
            </w:pPr>
            <w:r w:rsidRPr="00693325">
              <w:rPr>
                <w:rFonts w:ascii="Times New Roman" w:hAnsi="Times New Roman"/>
                <w:b/>
                <w:bCs/>
                <w:color w:val="000000"/>
                <w:sz w:val="16"/>
                <w:szCs w:val="16"/>
                <w:lang w:val="fr-FR"/>
              </w:rPr>
              <w:t>Amputations or prosthetics, IR (95% CI)</w:t>
            </w:r>
          </w:p>
        </w:tc>
        <w:tc>
          <w:tcPr>
            <w:tcW w:w="492" w:type="pct"/>
            <w:tcBorders>
              <w:top w:val="single" w:sz="4" w:space="0" w:color="auto"/>
              <w:left w:val="nil"/>
              <w:right w:val="nil"/>
            </w:tcBorders>
            <w:shd w:val="clear" w:color="000000" w:fill="F2F2F2"/>
            <w:vAlign w:val="center"/>
            <w:hideMark/>
          </w:tcPr>
          <w:p w14:paraId="0FE81E4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56DF335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1,929.00)</w:t>
            </w:r>
          </w:p>
        </w:tc>
        <w:tc>
          <w:tcPr>
            <w:tcW w:w="492" w:type="pct"/>
            <w:tcBorders>
              <w:top w:val="single" w:sz="4" w:space="0" w:color="auto"/>
              <w:left w:val="nil"/>
              <w:right w:val="nil"/>
            </w:tcBorders>
            <w:shd w:val="clear" w:color="000000" w:fill="F2F2F2"/>
            <w:vAlign w:val="center"/>
            <w:hideMark/>
          </w:tcPr>
          <w:p w14:paraId="4BC1290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4C4FF9F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90.20)</w:t>
            </w:r>
          </w:p>
        </w:tc>
        <w:tc>
          <w:tcPr>
            <w:tcW w:w="493" w:type="pct"/>
            <w:tcBorders>
              <w:top w:val="single" w:sz="4" w:space="0" w:color="auto"/>
              <w:left w:val="nil"/>
              <w:right w:val="nil"/>
            </w:tcBorders>
            <w:shd w:val="clear" w:color="000000" w:fill="F2F2F2"/>
            <w:vAlign w:val="center"/>
            <w:hideMark/>
          </w:tcPr>
          <w:p w14:paraId="33362FD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40D5DED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86.17)</w:t>
            </w:r>
          </w:p>
        </w:tc>
        <w:tc>
          <w:tcPr>
            <w:tcW w:w="492" w:type="pct"/>
            <w:tcBorders>
              <w:top w:val="single" w:sz="4" w:space="0" w:color="auto"/>
              <w:left w:val="nil"/>
              <w:right w:val="nil"/>
            </w:tcBorders>
            <w:shd w:val="clear" w:color="000000" w:fill="FFFFFF"/>
            <w:vAlign w:val="center"/>
            <w:hideMark/>
          </w:tcPr>
          <w:p w14:paraId="67D1A2A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4.00 </w:t>
            </w:r>
          </w:p>
          <w:p w14:paraId="70590F3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(0.10; 22.31)</w:t>
            </w:r>
          </w:p>
        </w:tc>
        <w:tc>
          <w:tcPr>
            <w:tcW w:w="492" w:type="pct"/>
            <w:tcBorders>
              <w:top w:val="single" w:sz="4" w:space="0" w:color="auto"/>
              <w:left w:val="nil"/>
              <w:right w:val="nil"/>
            </w:tcBorders>
            <w:shd w:val="clear" w:color="000000" w:fill="F2F2F2"/>
            <w:vAlign w:val="center"/>
            <w:hideMark/>
          </w:tcPr>
          <w:p w14:paraId="23A9C6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292.00 </w:t>
            </w:r>
          </w:p>
          <w:p w14:paraId="433264E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(7.39; 1,626.92)</w:t>
            </w:r>
          </w:p>
        </w:tc>
        <w:tc>
          <w:tcPr>
            <w:tcW w:w="492" w:type="pct"/>
            <w:tcBorders>
              <w:top w:val="single" w:sz="4" w:space="0" w:color="auto"/>
              <w:left w:val="nil"/>
              <w:right w:val="nil"/>
            </w:tcBorders>
            <w:shd w:val="clear" w:color="000000" w:fill="F2F2F2"/>
            <w:vAlign w:val="center"/>
            <w:hideMark/>
          </w:tcPr>
          <w:p w14:paraId="7F55409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049CB34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25.15)</w:t>
            </w:r>
          </w:p>
        </w:tc>
        <w:tc>
          <w:tcPr>
            <w:tcW w:w="493" w:type="pct"/>
            <w:tcBorders>
              <w:top w:val="single" w:sz="4" w:space="0" w:color="auto"/>
              <w:left w:val="nil"/>
              <w:right w:val="nil"/>
            </w:tcBorders>
            <w:shd w:val="clear" w:color="000000" w:fill="F2F2F2"/>
            <w:vAlign w:val="center"/>
            <w:hideMark/>
          </w:tcPr>
          <w:p w14:paraId="0A97A35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6.66 </w:t>
            </w:r>
          </w:p>
          <w:p w14:paraId="7660DDB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(0.17; 37.12)</w:t>
            </w:r>
          </w:p>
        </w:tc>
        <w:tc>
          <w:tcPr>
            <w:tcW w:w="491" w:type="pct"/>
            <w:tcBorders>
              <w:top w:val="single" w:sz="4" w:space="0" w:color="auto"/>
              <w:left w:val="nil"/>
              <w:right w:val="nil"/>
            </w:tcBorders>
            <w:shd w:val="clear" w:color="000000" w:fill="FFFFFF"/>
            <w:vAlign w:val="center"/>
            <w:hideMark/>
          </w:tcPr>
          <w:p w14:paraId="7D26DBB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56C90A9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9.88)</w:t>
            </w:r>
          </w:p>
        </w:tc>
      </w:tr>
      <w:tr w:rsidR="00726DBE" w:rsidRPr="00693325" w14:paraId="73BC4D6F" w14:textId="77777777" w:rsidTr="00841CFC">
        <w:trPr>
          <w:trHeight w:val="74"/>
        </w:trPr>
        <w:tc>
          <w:tcPr>
            <w:tcW w:w="1063" w:type="pct"/>
            <w:tcBorders>
              <w:left w:val="nil"/>
              <w:bottom w:val="nil"/>
              <w:right w:val="nil"/>
            </w:tcBorders>
            <w:shd w:val="clear" w:color="000000" w:fill="FFFFFF"/>
            <w:vAlign w:val="center"/>
          </w:tcPr>
          <w:p w14:paraId="72D4F0C8" w14:textId="77777777" w:rsidR="00726DBE" w:rsidRPr="00693325" w:rsidRDefault="00726DBE" w:rsidP="00841CFC">
            <w:pPr>
              <w:ind w:leftChars="100" w:left="240"/>
              <w:rPr>
                <w:rFonts w:ascii="Times New Roman" w:hAnsi="Times New Roman"/>
                <w:color w:val="000000"/>
                <w:sz w:val="16"/>
                <w:szCs w:val="16"/>
                <w:lang w:val="fr-FR"/>
              </w:rPr>
            </w:pPr>
            <w:r w:rsidRPr="00693325">
              <w:rPr>
                <w:rFonts w:ascii="Times New Roman" w:hAnsi="Times New Roman"/>
                <w:color w:val="000000"/>
                <w:sz w:val="16"/>
                <w:szCs w:val="16"/>
                <w:lang w:val="fr-FR"/>
              </w:rPr>
              <w:t>Percentage (%)</w:t>
            </w:r>
          </w:p>
        </w:tc>
        <w:tc>
          <w:tcPr>
            <w:tcW w:w="492" w:type="pct"/>
            <w:tcBorders>
              <w:left w:val="nil"/>
              <w:bottom w:val="nil"/>
              <w:right w:val="nil"/>
            </w:tcBorders>
            <w:shd w:val="clear" w:color="000000" w:fill="F2F2F2"/>
            <w:vAlign w:val="center"/>
          </w:tcPr>
          <w:p w14:paraId="6E2625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left w:val="nil"/>
              <w:bottom w:val="nil"/>
              <w:right w:val="nil"/>
            </w:tcBorders>
            <w:shd w:val="clear" w:color="000000" w:fill="F2F2F2"/>
            <w:vAlign w:val="center"/>
          </w:tcPr>
          <w:p w14:paraId="487057E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left w:val="nil"/>
              <w:bottom w:val="nil"/>
              <w:right w:val="nil"/>
            </w:tcBorders>
            <w:shd w:val="clear" w:color="000000" w:fill="F2F2F2"/>
            <w:vAlign w:val="center"/>
          </w:tcPr>
          <w:p w14:paraId="18E812C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left w:val="nil"/>
              <w:bottom w:val="nil"/>
              <w:right w:val="nil"/>
            </w:tcBorders>
            <w:shd w:val="clear" w:color="000000" w:fill="FFFFFF"/>
            <w:vAlign w:val="center"/>
          </w:tcPr>
          <w:p w14:paraId="1A2627E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1.05</w:t>
            </w:r>
          </w:p>
        </w:tc>
        <w:tc>
          <w:tcPr>
            <w:tcW w:w="492" w:type="pct"/>
            <w:tcBorders>
              <w:left w:val="nil"/>
              <w:bottom w:val="nil"/>
              <w:right w:val="nil"/>
            </w:tcBorders>
            <w:shd w:val="clear" w:color="000000" w:fill="F2F2F2"/>
            <w:vAlign w:val="center"/>
          </w:tcPr>
          <w:p w14:paraId="44D686B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2.86</w:t>
            </w:r>
          </w:p>
        </w:tc>
        <w:tc>
          <w:tcPr>
            <w:tcW w:w="492" w:type="pct"/>
            <w:tcBorders>
              <w:left w:val="nil"/>
              <w:bottom w:val="nil"/>
              <w:right w:val="nil"/>
            </w:tcBorders>
            <w:shd w:val="clear" w:color="000000" w:fill="F2F2F2"/>
            <w:vAlign w:val="center"/>
          </w:tcPr>
          <w:p w14:paraId="74F9F4B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left w:val="nil"/>
              <w:bottom w:val="nil"/>
              <w:right w:val="nil"/>
            </w:tcBorders>
            <w:shd w:val="clear" w:color="000000" w:fill="F2F2F2"/>
            <w:vAlign w:val="center"/>
          </w:tcPr>
          <w:p w14:paraId="342ED89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2.86</w:t>
            </w:r>
          </w:p>
        </w:tc>
        <w:tc>
          <w:tcPr>
            <w:tcW w:w="491" w:type="pct"/>
            <w:tcBorders>
              <w:left w:val="nil"/>
              <w:bottom w:val="nil"/>
              <w:right w:val="nil"/>
            </w:tcBorders>
            <w:shd w:val="clear" w:color="000000" w:fill="FFFFFF"/>
            <w:vAlign w:val="center"/>
          </w:tcPr>
          <w:p w14:paraId="0438024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r>
      <w:tr w:rsidR="00726DBE" w:rsidRPr="00693325" w14:paraId="7EDC4511" w14:textId="77777777" w:rsidTr="00841CFC">
        <w:trPr>
          <w:trHeight w:val="261"/>
        </w:trPr>
        <w:tc>
          <w:tcPr>
            <w:tcW w:w="1063" w:type="pct"/>
            <w:tcBorders>
              <w:top w:val="nil"/>
              <w:left w:val="nil"/>
              <w:bottom w:val="nil"/>
              <w:right w:val="nil"/>
            </w:tcBorders>
            <w:shd w:val="clear" w:color="000000" w:fill="FFFFFF"/>
            <w:vAlign w:val="center"/>
            <w:hideMark/>
          </w:tcPr>
          <w:p w14:paraId="19F38DE4"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tcPr>
          <w:p w14:paraId="2F97335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tcPr>
          <w:p w14:paraId="5698ECA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tcPr>
          <w:p w14:paraId="43BB223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FFFFF"/>
            <w:vAlign w:val="center"/>
          </w:tcPr>
          <w:p w14:paraId="7D1CCBF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 (NA)</w:t>
            </w:r>
          </w:p>
        </w:tc>
        <w:tc>
          <w:tcPr>
            <w:tcW w:w="492" w:type="pct"/>
            <w:tcBorders>
              <w:top w:val="nil"/>
              <w:left w:val="nil"/>
              <w:bottom w:val="nil"/>
              <w:right w:val="nil"/>
            </w:tcBorders>
            <w:shd w:val="clear" w:color="000000" w:fill="F2F2F2"/>
            <w:vAlign w:val="center"/>
          </w:tcPr>
          <w:p w14:paraId="54C95B6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1,326 (NA)</w:t>
            </w:r>
          </w:p>
        </w:tc>
        <w:tc>
          <w:tcPr>
            <w:tcW w:w="492" w:type="pct"/>
            <w:tcBorders>
              <w:top w:val="nil"/>
              <w:left w:val="nil"/>
              <w:bottom w:val="nil"/>
              <w:right w:val="nil"/>
            </w:tcBorders>
            <w:shd w:val="clear" w:color="000000" w:fill="F2F2F2"/>
            <w:vAlign w:val="center"/>
          </w:tcPr>
          <w:p w14:paraId="4BC38F4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tcPr>
          <w:p w14:paraId="285D488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1,326 (NA)</w:t>
            </w:r>
          </w:p>
        </w:tc>
        <w:tc>
          <w:tcPr>
            <w:tcW w:w="491" w:type="pct"/>
            <w:tcBorders>
              <w:top w:val="nil"/>
              <w:left w:val="nil"/>
              <w:bottom w:val="nil"/>
              <w:right w:val="nil"/>
            </w:tcBorders>
            <w:shd w:val="clear" w:color="000000" w:fill="FFFFFF"/>
            <w:vAlign w:val="center"/>
          </w:tcPr>
          <w:p w14:paraId="1DB333F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335B91DB" w14:textId="77777777" w:rsidTr="00841CFC">
        <w:trPr>
          <w:trHeight w:val="441"/>
        </w:trPr>
        <w:tc>
          <w:tcPr>
            <w:tcW w:w="1063" w:type="pct"/>
            <w:tcBorders>
              <w:top w:val="nil"/>
              <w:left w:val="nil"/>
              <w:bottom w:val="nil"/>
              <w:right w:val="nil"/>
            </w:tcBorders>
            <w:shd w:val="clear" w:color="000000" w:fill="FFFFFF"/>
            <w:vAlign w:val="center"/>
            <w:hideMark/>
          </w:tcPr>
          <w:p w14:paraId="635296EF"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Cardiovascular conditions, IR (95% CI)</w:t>
            </w:r>
          </w:p>
        </w:tc>
        <w:tc>
          <w:tcPr>
            <w:tcW w:w="492" w:type="pct"/>
            <w:tcBorders>
              <w:top w:val="nil"/>
              <w:left w:val="nil"/>
              <w:bottom w:val="nil"/>
              <w:right w:val="nil"/>
            </w:tcBorders>
            <w:shd w:val="clear" w:color="000000" w:fill="F2F2F2"/>
            <w:vAlign w:val="center"/>
            <w:hideMark/>
          </w:tcPr>
          <w:p w14:paraId="72752F1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552.19 </w:t>
            </w:r>
          </w:p>
          <w:p w14:paraId="149D085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(13.98; 3,076.63)</w:t>
            </w:r>
          </w:p>
        </w:tc>
        <w:tc>
          <w:tcPr>
            <w:tcW w:w="492" w:type="pct"/>
            <w:tcBorders>
              <w:top w:val="nil"/>
              <w:left w:val="nil"/>
              <w:bottom w:val="nil"/>
              <w:right w:val="nil"/>
            </w:tcBorders>
            <w:shd w:val="clear" w:color="000000" w:fill="F2F2F2"/>
            <w:vAlign w:val="center"/>
            <w:hideMark/>
          </w:tcPr>
          <w:p w14:paraId="67548EF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31FCC85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92.22)</w:t>
            </w:r>
          </w:p>
        </w:tc>
        <w:tc>
          <w:tcPr>
            <w:tcW w:w="493" w:type="pct"/>
            <w:tcBorders>
              <w:top w:val="nil"/>
              <w:left w:val="nil"/>
              <w:bottom w:val="nil"/>
              <w:right w:val="nil"/>
            </w:tcBorders>
            <w:shd w:val="clear" w:color="000000" w:fill="F2F2F2"/>
            <w:vAlign w:val="center"/>
            <w:hideMark/>
          </w:tcPr>
          <w:p w14:paraId="499F413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23.92 </w:t>
            </w:r>
          </w:p>
          <w:p w14:paraId="7D95EC5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(0.61; 133.26)</w:t>
            </w:r>
          </w:p>
        </w:tc>
        <w:tc>
          <w:tcPr>
            <w:tcW w:w="492" w:type="pct"/>
            <w:tcBorders>
              <w:top w:val="nil"/>
              <w:left w:val="nil"/>
              <w:bottom w:val="nil"/>
              <w:right w:val="nil"/>
            </w:tcBorders>
            <w:shd w:val="clear" w:color="000000" w:fill="FFFFFF"/>
            <w:vAlign w:val="center"/>
            <w:hideMark/>
          </w:tcPr>
          <w:p w14:paraId="7B98AE2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2B5D10D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14.74)</w:t>
            </w:r>
          </w:p>
        </w:tc>
        <w:tc>
          <w:tcPr>
            <w:tcW w:w="492" w:type="pct"/>
            <w:tcBorders>
              <w:top w:val="nil"/>
              <w:left w:val="nil"/>
              <w:bottom w:val="nil"/>
              <w:right w:val="nil"/>
            </w:tcBorders>
            <w:shd w:val="clear" w:color="000000" w:fill="F2F2F2"/>
            <w:vAlign w:val="center"/>
            <w:hideMark/>
          </w:tcPr>
          <w:p w14:paraId="2C5AD9E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603.80 </w:t>
            </w:r>
          </w:p>
          <w:p w14:paraId="34661A5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(73.12; 2,181.15)</w:t>
            </w:r>
          </w:p>
        </w:tc>
        <w:tc>
          <w:tcPr>
            <w:tcW w:w="492" w:type="pct"/>
            <w:tcBorders>
              <w:top w:val="nil"/>
              <w:left w:val="nil"/>
              <w:bottom w:val="nil"/>
              <w:right w:val="nil"/>
            </w:tcBorders>
            <w:shd w:val="clear" w:color="000000" w:fill="F2F2F2"/>
            <w:vAlign w:val="center"/>
            <w:hideMark/>
          </w:tcPr>
          <w:p w14:paraId="4C0CF7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7.22 </w:t>
            </w:r>
          </w:p>
          <w:p w14:paraId="2873AAC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(0.18; 40.22)</w:t>
            </w:r>
          </w:p>
        </w:tc>
        <w:tc>
          <w:tcPr>
            <w:tcW w:w="493" w:type="pct"/>
            <w:tcBorders>
              <w:top w:val="nil"/>
              <w:left w:val="nil"/>
              <w:bottom w:val="nil"/>
              <w:right w:val="nil"/>
            </w:tcBorders>
            <w:shd w:val="clear" w:color="000000" w:fill="F2F2F2"/>
            <w:vAlign w:val="center"/>
            <w:hideMark/>
          </w:tcPr>
          <w:p w14:paraId="786B72E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21.15 </w:t>
            </w:r>
          </w:p>
          <w:p w14:paraId="4D24D7B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(4.36; 61.81)</w:t>
            </w:r>
          </w:p>
        </w:tc>
        <w:tc>
          <w:tcPr>
            <w:tcW w:w="491" w:type="pct"/>
            <w:tcBorders>
              <w:top w:val="nil"/>
              <w:left w:val="nil"/>
              <w:bottom w:val="nil"/>
              <w:right w:val="nil"/>
            </w:tcBorders>
            <w:shd w:val="clear" w:color="000000" w:fill="FFFFFF"/>
            <w:vAlign w:val="center"/>
            <w:hideMark/>
          </w:tcPr>
          <w:p w14:paraId="197598B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4F70BEF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9.88)</w:t>
            </w:r>
          </w:p>
        </w:tc>
      </w:tr>
      <w:tr w:rsidR="00726DBE" w:rsidRPr="00693325" w14:paraId="5C28EC01" w14:textId="77777777" w:rsidTr="00841CFC">
        <w:trPr>
          <w:trHeight w:val="279"/>
        </w:trPr>
        <w:tc>
          <w:tcPr>
            <w:tcW w:w="1063" w:type="pct"/>
            <w:tcBorders>
              <w:top w:val="nil"/>
              <w:left w:val="nil"/>
              <w:bottom w:val="nil"/>
              <w:right w:val="nil"/>
            </w:tcBorders>
            <w:shd w:val="clear" w:color="000000" w:fill="FFFFFF"/>
            <w:vAlign w:val="center"/>
          </w:tcPr>
          <w:p w14:paraId="5AF73CE6"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lang w:val="fr-FR"/>
              </w:rPr>
              <w:t>Percentage (%)</w:t>
            </w:r>
          </w:p>
        </w:tc>
        <w:tc>
          <w:tcPr>
            <w:tcW w:w="492" w:type="pct"/>
            <w:tcBorders>
              <w:top w:val="nil"/>
              <w:left w:val="nil"/>
              <w:bottom w:val="nil"/>
              <w:right w:val="nil"/>
            </w:tcBorders>
            <w:shd w:val="clear" w:color="000000" w:fill="F2F2F2"/>
            <w:vAlign w:val="center"/>
          </w:tcPr>
          <w:p w14:paraId="59E8223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5.26</w:t>
            </w:r>
          </w:p>
        </w:tc>
        <w:tc>
          <w:tcPr>
            <w:tcW w:w="492" w:type="pct"/>
            <w:tcBorders>
              <w:top w:val="nil"/>
              <w:left w:val="nil"/>
              <w:bottom w:val="nil"/>
              <w:right w:val="nil"/>
            </w:tcBorders>
            <w:shd w:val="clear" w:color="000000" w:fill="F2F2F2"/>
            <w:vAlign w:val="center"/>
          </w:tcPr>
          <w:p w14:paraId="3974751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top w:val="nil"/>
              <w:left w:val="nil"/>
              <w:bottom w:val="nil"/>
              <w:right w:val="nil"/>
            </w:tcBorders>
            <w:shd w:val="clear" w:color="000000" w:fill="F2F2F2"/>
            <w:vAlign w:val="center"/>
          </w:tcPr>
          <w:p w14:paraId="43BCAB2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5.26</w:t>
            </w:r>
          </w:p>
        </w:tc>
        <w:tc>
          <w:tcPr>
            <w:tcW w:w="492" w:type="pct"/>
            <w:tcBorders>
              <w:top w:val="nil"/>
              <w:left w:val="nil"/>
              <w:bottom w:val="nil"/>
              <w:right w:val="nil"/>
            </w:tcBorders>
            <w:shd w:val="clear" w:color="000000" w:fill="FFFFFF"/>
            <w:vAlign w:val="center"/>
          </w:tcPr>
          <w:p w14:paraId="37FFC38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69FDC8C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5.71</w:t>
            </w:r>
          </w:p>
        </w:tc>
        <w:tc>
          <w:tcPr>
            <w:tcW w:w="492" w:type="pct"/>
            <w:tcBorders>
              <w:top w:val="nil"/>
              <w:left w:val="nil"/>
              <w:bottom w:val="nil"/>
              <w:right w:val="nil"/>
            </w:tcBorders>
            <w:shd w:val="clear" w:color="000000" w:fill="F2F2F2"/>
            <w:vAlign w:val="center"/>
          </w:tcPr>
          <w:p w14:paraId="480C118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3.23</w:t>
            </w:r>
          </w:p>
        </w:tc>
        <w:tc>
          <w:tcPr>
            <w:tcW w:w="493" w:type="pct"/>
            <w:tcBorders>
              <w:top w:val="nil"/>
              <w:left w:val="nil"/>
              <w:bottom w:val="nil"/>
              <w:right w:val="nil"/>
            </w:tcBorders>
            <w:shd w:val="clear" w:color="000000" w:fill="F2F2F2"/>
            <w:vAlign w:val="center"/>
          </w:tcPr>
          <w:p w14:paraId="120900F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8.57</w:t>
            </w:r>
          </w:p>
        </w:tc>
        <w:tc>
          <w:tcPr>
            <w:tcW w:w="491" w:type="pct"/>
            <w:tcBorders>
              <w:top w:val="nil"/>
              <w:left w:val="nil"/>
              <w:bottom w:val="nil"/>
              <w:right w:val="nil"/>
            </w:tcBorders>
            <w:shd w:val="clear" w:color="000000" w:fill="FFFFFF"/>
            <w:vAlign w:val="center"/>
          </w:tcPr>
          <w:p w14:paraId="7E77FCC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r>
      <w:tr w:rsidR="00726DBE" w:rsidRPr="00693325" w14:paraId="06034C98" w14:textId="77777777" w:rsidTr="00841CFC">
        <w:trPr>
          <w:trHeight w:val="270"/>
        </w:trPr>
        <w:tc>
          <w:tcPr>
            <w:tcW w:w="1063" w:type="pct"/>
            <w:tcBorders>
              <w:top w:val="nil"/>
              <w:left w:val="nil"/>
              <w:bottom w:val="nil"/>
              <w:right w:val="nil"/>
            </w:tcBorders>
            <w:shd w:val="clear" w:color="000000" w:fill="FFFFFF"/>
            <w:vAlign w:val="center"/>
            <w:hideMark/>
          </w:tcPr>
          <w:p w14:paraId="28F2C57F"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tcPr>
          <w:p w14:paraId="048F588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120 (NA)</w:t>
            </w:r>
          </w:p>
        </w:tc>
        <w:tc>
          <w:tcPr>
            <w:tcW w:w="492" w:type="pct"/>
            <w:tcBorders>
              <w:top w:val="nil"/>
              <w:left w:val="nil"/>
              <w:bottom w:val="nil"/>
              <w:right w:val="nil"/>
            </w:tcBorders>
            <w:shd w:val="clear" w:color="000000" w:fill="F2F2F2"/>
            <w:vAlign w:val="center"/>
          </w:tcPr>
          <w:p w14:paraId="0A44002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tcPr>
          <w:p w14:paraId="6DC661C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 (NA)</w:t>
            </w:r>
          </w:p>
        </w:tc>
        <w:tc>
          <w:tcPr>
            <w:tcW w:w="492" w:type="pct"/>
            <w:tcBorders>
              <w:top w:val="nil"/>
              <w:left w:val="nil"/>
              <w:bottom w:val="nil"/>
              <w:right w:val="nil"/>
            </w:tcBorders>
            <w:shd w:val="clear" w:color="000000" w:fill="FFFFFF"/>
            <w:vAlign w:val="center"/>
            <w:hideMark/>
          </w:tcPr>
          <w:p w14:paraId="6EA132E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tcPr>
          <w:p w14:paraId="392AC99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124 (176)</w:t>
            </w:r>
          </w:p>
        </w:tc>
        <w:tc>
          <w:tcPr>
            <w:tcW w:w="492" w:type="pct"/>
            <w:tcBorders>
              <w:top w:val="nil"/>
              <w:left w:val="nil"/>
              <w:bottom w:val="nil"/>
              <w:right w:val="nil"/>
            </w:tcBorders>
            <w:shd w:val="clear" w:color="000000" w:fill="F2F2F2"/>
            <w:vAlign w:val="center"/>
          </w:tcPr>
          <w:p w14:paraId="39859C6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133 (NA)</w:t>
            </w:r>
          </w:p>
        </w:tc>
        <w:tc>
          <w:tcPr>
            <w:tcW w:w="493" w:type="pct"/>
            <w:tcBorders>
              <w:top w:val="nil"/>
              <w:left w:val="nil"/>
              <w:bottom w:val="nil"/>
              <w:right w:val="nil"/>
            </w:tcBorders>
            <w:shd w:val="clear" w:color="000000" w:fill="F2F2F2"/>
            <w:vAlign w:val="center"/>
          </w:tcPr>
          <w:p w14:paraId="55CEB5E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124 (124)</w:t>
            </w:r>
          </w:p>
        </w:tc>
        <w:tc>
          <w:tcPr>
            <w:tcW w:w="491" w:type="pct"/>
            <w:tcBorders>
              <w:top w:val="nil"/>
              <w:left w:val="nil"/>
              <w:bottom w:val="nil"/>
              <w:right w:val="nil"/>
            </w:tcBorders>
            <w:shd w:val="clear" w:color="000000" w:fill="FFFFFF"/>
            <w:vAlign w:val="center"/>
          </w:tcPr>
          <w:p w14:paraId="76250A2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24CC1AEC" w14:textId="77777777" w:rsidTr="00841CFC">
        <w:trPr>
          <w:trHeight w:val="531"/>
        </w:trPr>
        <w:tc>
          <w:tcPr>
            <w:tcW w:w="1063" w:type="pct"/>
            <w:tcBorders>
              <w:top w:val="nil"/>
              <w:left w:val="nil"/>
              <w:bottom w:val="nil"/>
              <w:right w:val="nil"/>
            </w:tcBorders>
            <w:shd w:val="clear" w:color="000000" w:fill="FFFFFF"/>
            <w:vAlign w:val="center"/>
            <w:hideMark/>
          </w:tcPr>
          <w:p w14:paraId="479E0F34"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Dermatologic conditions, IR (95% CI)</w:t>
            </w:r>
          </w:p>
        </w:tc>
        <w:tc>
          <w:tcPr>
            <w:tcW w:w="492" w:type="pct"/>
            <w:tcBorders>
              <w:top w:val="nil"/>
              <w:left w:val="nil"/>
              <w:bottom w:val="nil"/>
              <w:right w:val="nil"/>
            </w:tcBorders>
            <w:shd w:val="clear" w:color="000000" w:fill="F2F2F2"/>
            <w:vAlign w:val="center"/>
            <w:hideMark/>
          </w:tcPr>
          <w:p w14:paraId="15BA094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617.60 </w:t>
            </w:r>
          </w:p>
          <w:p w14:paraId="1D026B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(15.64; 3,441.03)</w:t>
            </w:r>
          </w:p>
        </w:tc>
        <w:tc>
          <w:tcPr>
            <w:tcW w:w="492" w:type="pct"/>
            <w:tcBorders>
              <w:top w:val="nil"/>
              <w:left w:val="nil"/>
              <w:bottom w:val="nil"/>
              <w:right w:val="nil"/>
            </w:tcBorders>
            <w:shd w:val="clear" w:color="000000" w:fill="F2F2F2"/>
            <w:vAlign w:val="center"/>
            <w:hideMark/>
          </w:tcPr>
          <w:p w14:paraId="00E568C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129.71 </w:t>
            </w:r>
          </w:p>
          <w:p w14:paraId="7BF2531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(26.75; 379.06)</w:t>
            </w:r>
          </w:p>
        </w:tc>
        <w:tc>
          <w:tcPr>
            <w:tcW w:w="493" w:type="pct"/>
            <w:tcBorders>
              <w:top w:val="nil"/>
              <w:left w:val="nil"/>
              <w:bottom w:val="nil"/>
              <w:right w:val="nil"/>
            </w:tcBorders>
            <w:shd w:val="clear" w:color="000000" w:fill="F2F2F2"/>
            <w:vAlign w:val="center"/>
            <w:hideMark/>
          </w:tcPr>
          <w:p w14:paraId="1A6B8D2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161.63 </w:t>
            </w:r>
          </w:p>
          <w:p w14:paraId="2B12DBB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(44.04; 413.84)</w:t>
            </w:r>
          </w:p>
        </w:tc>
        <w:tc>
          <w:tcPr>
            <w:tcW w:w="492" w:type="pct"/>
            <w:tcBorders>
              <w:top w:val="nil"/>
              <w:left w:val="nil"/>
              <w:bottom w:val="nil"/>
              <w:right w:val="nil"/>
            </w:tcBorders>
            <w:shd w:val="clear" w:color="000000" w:fill="FFFFFF"/>
            <w:vAlign w:val="center"/>
            <w:hideMark/>
          </w:tcPr>
          <w:p w14:paraId="0D8417C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40.35 </w:t>
            </w:r>
          </w:p>
          <w:p w14:paraId="1F9129C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(18.45; 76.60)</w:t>
            </w:r>
          </w:p>
        </w:tc>
        <w:tc>
          <w:tcPr>
            <w:tcW w:w="492" w:type="pct"/>
            <w:tcBorders>
              <w:top w:val="nil"/>
              <w:left w:val="nil"/>
              <w:bottom w:val="nil"/>
              <w:right w:val="nil"/>
            </w:tcBorders>
            <w:shd w:val="clear" w:color="000000" w:fill="F2F2F2"/>
            <w:vAlign w:val="center"/>
            <w:hideMark/>
          </w:tcPr>
          <w:p w14:paraId="1EFB794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595.92 </w:t>
            </w:r>
          </w:p>
          <w:p w14:paraId="30685A0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(72.17; 2,152.66)</w:t>
            </w:r>
          </w:p>
        </w:tc>
        <w:tc>
          <w:tcPr>
            <w:tcW w:w="492" w:type="pct"/>
            <w:tcBorders>
              <w:top w:val="nil"/>
              <w:left w:val="nil"/>
              <w:bottom w:val="nil"/>
              <w:right w:val="nil"/>
            </w:tcBorders>
            <w:shd w:val="clear" w:color="000000" w:fill="F2F2F2"/>
            <w:vAlign w:val="center"/>
            <w:hideMark/>
          </w:tcPr>
          <w:p w14:paraId="2E53ACF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30.18 </w:t>
            </w:r>
          </w:p>
          <w:p w14:paraId="5B1E7BE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(8.22; 77.28)</w:t>
            </w:r>
          </w:p>
        </w:tc>
        <w:tc>
          <w:tcPr>
            <w:tcW w:w="493" w:type="pct"/>
            <w:tcBorders>
              <w:top w:val="nil"/>
              <w:left w:val="nil"/>
              <w:bottom w:val="nil"/>
              <w:right w:val="nil"/>
            </w:tcBorders>
            <w:shd w:val="clear" w:color="000000" w:fill="F2F2F2"/>
            <w:vAlign w:val="center"/>
            <w:hideMark/>
          </w:tcPr>
          <w:p w14:paraId="3B8546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44.15 </w:t>
            </w:r>
          </w:p>
          <w:p w14:paraId="02E521E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(16.20; 96.10)</w:t>
            </w:r>
          </w:p>
        </w:tc>
        <w:tc>
          <w:tcPr>
            <w:tcW w:w="491" w:type="pct"/>
            <w:tcBorders>
              <w:top w:val="nil"/>
              <w:left w:val="nil"/>
              <w:bottom w:val="nil"/>
              <w:right w:val="nil"/>
            </w:tcBorders>
            <w:shd w:val="clear" w:color="000000" w:fill="FFFFFF"/>
            <w:vAlign w:val="center"/>
            <w:hideMark/>
          </w:tcPr>
          <w:p w14:paraId="2B5353A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46.94 </w:t>
            </w:r>
          </w:p>
          <w:p w14:paraId="36BDA76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(26.27; 77.42)</w:t>
            </w:r>
          </w:p>
        </w:tc>
      </w:tr>
      <w:tr w:rsidR="00726DBE" w:rsidRPr="00693325" w14:paraId="14DBA15B" w14:textId="77777777" w:rsidTr="00841CFC">
        <w:trPr>
          <w:trHeight w:val="74"/>
        </w:trPr>
        <w:tc>
          <w:tcPr>
            <w:tcW w:w="1063" w:type="pct"/>
            <w:tcBorders>
              <w:top w:val="nil"/>
              <w:left w:val="nil"/>
              <w:bottom w:val="nil"/>
              <w:right w:val="nil"/>
            </w:tcBorders>
            <w:shd w:val="clear" w:color="000000" w:fill="FFFFFF"/>
            <w:vAlign w:val="center"/>
          </w:tcPr>
          <w:p w14:paraId="453196EB"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lang w:val="fr-FR"/>
              </w:rPr>
              <w:t>Percentage (%)</w:t>
            </w:r>
          </w:p>
        </w:tc>
        <w:tc>
          <w:tcPr>
            <w:tcW w:w="492" w:type="pct"/>
            <w:tcBorders>
              <w:top w:val="nil"/>
              <w:left w:val="nil"/>
              <w:bottom w:val="nil"/>
              <w:right w:val="nil"/>
            </w:tcBorders>
            <w:shd w:val="clear" w:color="000000" w:fill="F2F2F2"/>
            <w:vAlign w:val="center"/>
          </w:tcPr>
          <w:p w14:paraId="1A777E4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6.25</w:t>
            </w:r>
          </w:p>
        </w:tc>
        <w:tc>
          <w:tcPr>
            <w:tcW w:w="492" w:type="pct"/>
            <w:tcBorders>
              <w:top w:val="nil"/>
              <w:left w:val="nil"/>
              <w:bottom w:val="nil"/>
              <w:right w:val="nil"/>
            </w:tcBorders>
            <w:shd w:val="clear" w:color="000000" w:fill="F2F2F2"/>
            <w:vAlign w:val="center"/>
          </w:tcPr>
          <w:p w14:paraId="7534398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21.43</w:t>
            </w:r>
          </w:p>
        </w:tc>
        <w:tc>
          <w:tcPr>
            <w:tcW w:w="493" w:type="pct"/>
            <w:tcBorders>
              <w:top w:val="nil"/>
              <w:left w:val="nil"/>
              <w:bottom w:val="nil"/>
              <w:right w:val="nil"/>
            </w:tcBorders>
            <w:shd w:val="clear" w:color="000000" w:fill="F2F2F2"/>
            <w:vAlign w:val="center"/>
          </w:tcPr>
          <w:p w14:paraId="6F8F60F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25.00</w:t>
            </w:r>
          </w:p>
        </w:tc>
        <w:tc>
          <w:tcPr>
            <w:tcW w:w="492" w:type="pct"/>
            <w:tcBorders>
              <w:top w:val="nil"/>
              <w:left w:val="nil"/>
              <w:bottom w:val="nil"/>
              <w:right w:val="nil"/>
            </w:tcBorders>
            <w:shd w:val="clear" w:color="000000" w:fill="FFFFFF"/>
            <w:vAlign w:val="center"/>
          </w:tcPr>
          <w:p w14:paraId="6A8869E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9.47</w:t>
            </w:r>
          </w:p>
        </w:tc>
        <w:tc>
          <w:tcPr>
            <w:tcW w:w="492" w:type="pct"/>
            <w:tcBorders>
              <w:top w:val="nil"/>
              <w:left w:val="nil"/>
              <w:bottom w:val="nil"/>
              <w:right w:val="nil"/>
            </w:tcBorders>
            <w:shd w:val="clear" w:color="000000" w:fill="F2F2F2"/>
            <w:vAlign w:val="center"/>
          </w:tcPr>
          <w:p w14:paraId="0E53B25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5.71</w:t>
            </w:r>
          </w:p>
        </w:tc>
        <w:tc>
          <w:tcPr>
            <w:tcW w:w="492" w:type="pct"/>
            <w:tcBorders>
              <w:top w:val="nil"/>
              <w:left w:val="nil"/>
              <w:bottom w:val="nil"/>
              <w:right w:val="nil"/>
            </w:tcBorders>
            <w:shd w:val="clear" w:color="000000" w:fill="F2F2F2"/>
            <w:vAlign w:val="center"/>
          </w:tcPr>
          <w:p w14:paraId="3BED6AE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12.90</w:t>
            </w:r>
          </w:p>
        </w:tc>
        <w:tc>
          <w:tcPr>
            <w:tcW w:w="493" w:type="pct"/>
            <w:tcBorders>
              <w:top w:val="nil"/>
              <w:left w:val="nil"/>
              <w:bottom w:val="nil"/>
              <w:right w:val="nil"/>
            </w:tcBorders>
            <w:shd w:val="clear" w:color="000000" w:fill="F2F2F2"/>
            <w:vAlign w:val="center"/>
          </w:tcPr>
          <w:p w14:paraId="1E2AFBB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17.14</w:t>
            </w:r>
          </w:p>
        </w:tc>
        <w:tc>
          <w:tcPr>
            <w:tcW w:w="491" w:type="pct"/>
            <w:tcBorders>
              <w:top w:val="nil"/>
              <w:left w:val="nil"/>
              <w:bottom w:val="nil"/>
              <w:right w:val="nil"/>
            </w:tcBorders>
            <w:shd w:val="clear" w:color="000000" w:fill="FFFFFF"/>
            <w:vAlign w:val="center"/>
          </w:tcPr>
          <w:p w14:paraId="720715C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8.57</w:t>
            </w:r>
          </w:p>
        </w:tc>
      </w:tr>
      <w:tr w:rsidR="00726DBE" w:rsidRPr="00693325" w14:paraId="5CED54FB" w14:textId="77777777" w:rsidTr="00841CFC">
        <w:trPr>
          <w:trHeight w:val="261"/>
        </w:trPr>
        <w:tc>
          <w:tcPr>
            <w:tcW w:w="1063" w:type="pct"/>
            <w:tcBorders>
              <w:top w:val="nil"/>
              <w:left w:val="nil"/>
              <w:bottom w:val="nil"/>
              <w:right w:val="nil"/>
            </w:tcBorders>
            <w:shd w:val="clear" w:color="000000" w:fill="FFFFFF"/>
            <w:vAlign w:val="center"/>
            <w:hideMark/>
          </w:tcPr>
          <w:p w14:paraId="48C9D1BC"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tcPr>
          <w:p w14:paraId="0180038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69 (NA)</w:t>
            </w:r>
          </w:p>
        </w:tc>
        <w:tc>
          <w:tcPr>
            <w:tcW w:w="492" w:type="pct"/>
            <w:tcBorders>
              <w:top w:val="nil"/>
              <w:left w:val="nil"/>
              <w:bottom w:val="nil"/>
              <w:right w:val="nil"/>
            </w:tcBorders>
            <w:shd w:val="clear" w:color="000000" w:fill="F2F2F2"/>
            <w:vAlign w:val="center"/>
          </w:tcPr>
          <w:p w14:paraId="2714DB1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 (4)</w:t>
            </w:r>
          </w:p>
        </w:tc>
        <w:tc>
          <w:tcPr>
            <w:tcW w:w="493" w:type="pct"/>
            <w:tcBorders>
              <w:top w:val="nil"/>
              <w:left w:val="nil"/>
              <w:bottom w:val="nil"/>
              <w:right w:val="nil"/>
            </w:tcBorders>
            <w:shd w:val="clear" w:color="000000" w:fill="F2F2F2"/>
            <w:vAlign w:val="center"/>
          </w:tcPr>
          <w:p w14:paraId="6624E06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 (3)</w:t>
            </w:r>
          </w:p>
        </w:tc>
        <w:tc>
          <w:tcPr>
            <w:tcW w:w="492" w:type="pct"/>
            <w:tcBorders>
              <w:top w:val="nil"/>
              <w:left w:val="nil"/>
              <w:bottom w:val="nil"/>
              <w:right w:val="nil"/>
            </w:tcBorders>
            <w:shd w:val="clear" w:color="000000" w:fill="FFFFFF"/>
            <w:vAlign w:val="center"/>
          </w:tcPr>
          <w:p w14:paraId="2FC1FB3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(2)</w:t>
            </w:r>
          </w:p>
        </w:tc>
        <w:tc>
          <w:tcPr>
            <w:tcW w:w="492" w:type="pct"/>
            <w:tcBorders>
              <w:top w:val="nil"/>
              <w:left w:val="nil"/>
              <w:bottom w:val="nil"/>
              <w:right w:val="nil"/>
            </w:tcBorders>
            <w:shd w:val="clear" w:color="000000" w:fill="F2F2F2"/>
            <w:vAlign w:val="center"/>
          </w:tcPr>
          <w:p w14:paraId="3FCE5D4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33 (47)</w:t>
            </w:r>
          </w:p>
        </w:tc>
        <w:tc>
          <w:tcPr>
            <w:tcW w:w="492" w:type="pct"/>
            <w:tcBorders>
              <w:top w:val="nil"/>
              <w:left w:val="nil"/>
              <w:bottom w:val="nil"/>
              <w:right w:val="nil"/>
            </w:tcBorders>
            <w:shd w:val="clear" w:color="000000" w:fill="F2F2F2"/>
            <w:vAlign w:val="center"/>
          </w:tcPr>
          <w:p w14:paraId="6ADCEB1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(2)</w:t>
            </w:r>
          </w:p>
        </w:tc>
        <w:tc>
          <w:tcPr>
            <w:tcW w:w="493" w:type="pct"/>
            <w:tcBorders>
              <w:top w:val="nil"/>
              <w:left w:val="nil"/>
              <w:bottom w:val="nil"/>
              <w:right w:val="nil"/>
            </w:tcBorders>
            <w:shd w:val="clear" w:color="000000" w:fill="F2F2F2"/>
            <w:vAlign w:val="center"/>
          </w:tcPr>
          <w:p w14:paraId="3832E48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 (27)</w:t>
            </w:r>
          </w:p>
        </w:tc>
        <w:tc>
          <w:tcPr>
            <w:tcW w:w="491" w:type="pct"/>
            <w:tcBorders>
              <w:top w:val="nil"/>
              <w:left w:val="nil"/>
              <w:bottom w:val="nil"/>
              <w:right w:val="nil"/>
            </w:tcBorders>
            <w:shd w:val="clear" w:color="000000" w:fill="FFFFFF"/>
            <w:vAlign w:val="center"/>
          </w:tcPr>
          <w:p w14:paraId="137725A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33 (117)</w:t>
            </w:r>
          </w:p>
        </w:tc>
      </w:tr>
      <w:tr w:rsidR="00726DBE" w:rsidRPr="00693325" w14:paraId="046B81C6" w14:textId="77777777" w:rsidTr="00841CFC">
        <w:trPr>
          <w:trHeight w:val="441"/>
        </w:trPr>
        <w:tc>
          <w:tcPr>
            <w:tcW w:w="1063" w:type="pct"/>
            <w:tcBorders>
              <w:top w:val="nil"/>
              <w:left w:val="nil"/>
              <w:bottom w:val="nil"/>
              <w:right w:val="nil"/>
            </w:tcBorders>
            <w:shd w:val="clear" w:color="000000" w:fill="FFFFFF"/>
            <w:vAlign w:val="center"/>
            <w:hideMark/>
          </w:tcPr>
          <w:p w14:paraId="17E21A0C"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Motor deficits, IR (95% CI)</w:t>
            </w:r>
          </w:p>
        </w:tc>
        <w:tc>
          <w:tcPr>
            <w:tcW w:w="492" w:type="pct"/>
            <w:tcBorders>
              <w:top w:val="nil"/>
              <w:left w:val="nil"/>
              <w:bottom w:val="nil"/>
              <w:right w:val="nil"/>
            </w:tcBorders>
            <w:shd w:val="clear" w:color="000000" w:fill="F2F2F2"/>
            <w:vAlign w:val="center"/>
            <w:hideMark/>
          </w:tcPr>
          <w:p w14:paraId="580DF14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1,153.24 (139.66; 4,165.89)</w:t>
            </w:r>
          </w:p>
        </w:tc>
        <w:tc>
          <w:tcPr>
            <w:tcW w:w="492" w:type="pct"/>
            <w:tcBorders>
              <w:top w:val="nil"/>
              <w:left w:val="nil"/>
              <w:bottom w:val="nil"/>
              <w:right w:val="nil"/>
            </w:tcBorders>
            <w:shd w:val="clear" w:color="000000" w:fill="F2F2F2"/>
            <w:vAlign w:val="center"/>
            <w:hideMark/>
          </w:tcPr>
          <w:p w14:paraId="29EF515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5D0F86A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107.03)</w:t>
            </w:r>
          </w:p>
        </w:tc>
        <w:tc>
          <w:tcPr>
            <w:tcW w:w="493" w:type="pct"/>
            <w:tcBorders>
              <w:top w:val="nil"/>
              <w:left w:val="nil"/>
              <w:bottom w:val="nil"/>
              <w:right w:val="nil"/>
            </w:tcBorders>
            <w:shd w:val="clear" w:color="000000" w:fill="F2F2F2"/>
            <w:vAlign w:val="center"/>
            <w:hideMark/>
          </w:tcPr>
          <w:p w14:paraId="37ADF35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55.25 </w:t>
            </w:r>
          </w:p>
          <w:p w14:paraId="275DF4D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(6.69; 199.58)</w:t>
            </w:r>
          </w:p>
        </w:tc>
        <w:tc>
          <w:tcPr>
            <w:tcW w:w="492" w:type="pct"/>
            <w:tcBorders>
              <w:top w:val="nil"/>
              <w:left w:val="nil"/>
              <w:bottom w:val="nil"/>
              <w:right w:val="nil"/>
            </w:tcBorders>
            <w:shd w:val="clear" w:color="000000" w:fill="FFFFFF"/>
            <w:vAlign w:val="center"/>
            <w:hideMark/>
          </w:tcPr>
          <w:p w14:paraId="5A862BC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4.00 </w:t>
            </w:r>
          </w:p>
          <w:p w14:paraId="684A451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(0.10; 22.30)</w:t>
            </w:r>
          </w:p>
        </w:tc>
        <w:tc>
          <w:tcPr>
            <w:tcW w:w="492" w:type="pct"/>
            <w:tcBorders>
              <w:top w:val="nil"/>
              <w:left w:val="nil"/>
              <w:bottom w:val="nil"/>
              <w:right w:val="nil"/>
            </w:tcBorders>
            <w:shd w:val="clear" w:color="000000" w:fill="F2F2F2"/>
            <w:vAlign w:val="center"/>
            <w:hideMark/>
          </w:tcPr>
          <w:p w14:paraId="0448538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603.31 </w:t>
            </w:r>
          </w:p>
          <w:p w14:paraId="65B8236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(73.06; 2,179.35)</w:t>
            </w:r>
          </w:p>
        </w:tc>
        <w:tc>
          <w:tcPr>
            <w:tcW w:w="492" w:type="pct"/>
            <w:tcBorders>
              <w:top w:val="nil"/>
              <w:left w:val="nil"/>
              <w:bottom w:val="nil"/>
              <w:right w:val="nil"/>
            </w:tcBorders>
            <w:shd w:val="clear" w:color="000000" w:fill="F2F2F2"/>
            <w:vAlign w:val="center"/>
            <w:hideMark/>
          </w:tcPr>
          <w:p w14:paraId="6433E2D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7.01 </w:t>
            </w:r>
          </w:p>
          <w:p w14:paraId="35922E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(0.18; 39.07)</w:t>
            </w:r>
          </w:p>
        </w:tc>
        <w:tc>
          <w:tcPr>
            <w:tcW w:w="493" w:type="pct"/>
            <w:tcBorders>
              <w:top w:val="nil"/>
              <w:left w:val="nil"/>
              <w:bottom w:val="nil"/>
              <w:right w:val="nil"/>
            </w:tcBorders>
            <w:shd w:val="clear" w:color="000000" w:fill="F2F2F2"/>
            <w:vAlign w:val="center"/>
            <w:hideMark/>
          </w:tcPr>
          <w:p w14:paraId="4411500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20.56 </w:t>
            </w:r>
          </w:p>
          <w:p w14:paraId="6739320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(4.24; 60.08)</w:t>
            </w:r>
          </w:p>
        </w:tc>
        <w:tc>
          <w:tcPr>
            <w:tcW w:w="491" w:type="pct"/>
            <w:tcBorders>
              <w:top w:val="nil"/>
              <w:left w:val="nil"/>
              <w:bottom w:val="nil"/>
              <w:right w:val="nil"/>
            </w:tcBorders>
            <w:shd w:val="clear" w:color="000000" w:fill="FFFFFF"/>
            <w:vAlign w:val="center"/>
            <w:hideMark/>
          </w:tcPr>
          <w:p w14:paraId="18421E6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19.76 </w:t>
            </w:r>
          </w:p>
          <w:p w14:paraId="3B95FF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(7.95; 40.72)</w:t>
            </w:r>
          </w:p>
        </w:tc>
      </w:tr>
      <w:tr w:rsidR="00726DBE" w:rsidRPr="00693325" w14:paraId="293EA550" w14:textId="77777777" w:rsidTr="00841CFC">
        <w:trPr>
          <w:trHeight w:val="279"/>
        </w:trPr>
        <w:tc>
          <w:tcPr>
            <w:tcW w:w="1063" w:type="pct"/>
            <w:tcBorders>
              <w:top w:val="nil"/>
              <w:left w:val="nil"/>
              <w:bottom w:val="nil"/>
              <w:right w:val="nil"/>
            </w:tcBorders>
            <w:shd w:val="clear" w:color="000000" w:fill="FFFFFF"/>
            <w:vAlign w:val="center"/>
          </w:tcPr>
          <w:p w14:paraId="2B5E3849"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lang w:val="fr-FR"/>
              </w:rPr>
              <w:t>Percentage (%)</w:t>
            </w:r>
          </w:p>
        </w:tc>
        <w:tc>
          <w:tcPr>
            <w:tcW w:w="492" w:type="pct"/>
            <w:tcBorders>
              <w:top w:val="nil"/>
              <w:left w:val="nil"/>
              <w:bottom w:val="nil"/>
              <w:right w:val="nil"/>
            </w:tcBorders>
            <w:shd w:val="clear" w:color="000000" w:fill="F2F2F2"/>
            <w:vAlign w:val="center"/>
          </w:tcPr>
          <w:p w14:paraId="58A21A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10.53</w:t>
            </w:r>
          </w:p>
        </w:tc>
        <w:tc>
          <w:tcPr>
            <w:tcW w:w="492" w:type="pct"/>
            <w:tcBorders>
              <w:top w:val="nil"/>
              <w:left w:val="nil"/>
              <w:bottom w:val="nil"/>
              <w:right w:val="nil"/>
            </w:tcBorders>
            <w:shd w:val="clear" w:color="000000" w:fill="F2F2F2"/>
            <w:vAlign w:val="center"/>
          </w:tcPr>
          <w:p w14:paraId="5DE2028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top w:val="nil"/>
              <w:left w:val="nil"/>
              <w:bottom w:val="nil"/>
              <w:right w:val="nil"/>
            </w:tcBorders>
            <w:shd w:val="clear" w:color="000000" w:fill="F2F2F2"/>
            <w:vAlign w:val="center"/>
          </w:tcPr>
          <w:p w14:paraId="42886E7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10.53</w:t>
            </w:r>
          </w:p>
        </w:tc>
        <w:tc>
          <w:tcPr>
            <w:tcW w:w="492" w:type="pct"/>
            <w:tcBorders>
              <w:top w:val="nil"/>
              <w:left w:val="nil"/>
              <w:bottom w:val="nil"/>
              <w:right w:val="nil"/>
            </w:tcBorders>
            <w:shd w:val="clear" w:color="000000" w:fill="FFFFFF"/>
            <w:vAlign w:val="center"/>
          </w:tcPr>
          <w:p w14:paraId="0703325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1.05</w:t>
            </w:r>
          </w:p>
        </w:tc>
        <w:tc>
          <w:tcPr>
            <w:tcW w:w="492" w:type="pct"/>
            <w:tcBorders>
              <w:top w:val="nil"/>
              <w:left w:val="nil"/>
              <w:bottom w:val="nil"/>
              <w:right w:val="nil"/>
            </w:tcBorders>
            <w:shd w:val="clear" w:color="000000" w:fill="F2F2F2"/>
            <w:vAlign w:val="center"/>
          </w:tcPr>
          <w:p w14:paraId="20ADE1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5.71</w:t>
            </w:r>
          </w:p>
        </w:tc>
        <w:tc>
          <w:tcPr>
            <w:tcW w:w="492" w:type="pct"/>
            <w:tcBorders>
              <w:top w:val="nil"/>
              <w:left w:val="nil"/>
              <w:bottom w:val="nil"/>
              <w:right w:val="nil"/>
            </w:tcBorders>
            <w:shd w:val="clear" w:color="000000" w:fill="F2F2F2"/>
            <w:vAlign w:val="center"/>
          </w:tcPr>
          <w:p w14:paraId="49AE25E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3.23</w:t>
            </w:r>
          </w:p>
        </w:tc>
        <w:tc>
          <w:tcPr>
            <w:tcW w:w="493" w:type="pct"/>
            <w:tcBorders>
              <w:top w:val="nil"/>
              <w:left w:val="nil"/>
              <w:bottom w:val="nil"/>
              <w:right w:val="nil"/>
            </w:tcBorders>
            <w:shd w:val="clear" w:color="000000" w:fill="F2F2F2"/>
            <w:vAlign w:val="center"/>
          </w:tcPr>
          <w:p w14:paraId="38F1132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8.57</w:t>
            </w:r>
          </w:p>
        </w:tc>
        <w:tc>
          <w:tcPr>
            <w:tcW w:w="491" w:type="pct"/>
            <w:tcBorders>
              <w:top w:val="nil"/>
              <w:left w:val="nil"/>
              <w:bottom w:val="nil"/>
              <w:right w:val="nil"/>
            </w:tcBorders>
            <w:shd w:val="clear" w:color="000000" w:fill="FFFFFF"/>
            <w:vAlign w:val="center"/>
          </w:tcPr>
          <w:p w14:paraId="137922F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4.00</w:t>
            </w:r>
          </w:p>
        </w:tc>
      </w:tr>
      <w:tr w:rsidR="00726DBE" w:rsidRPr="00693325" w14:paraId="3E79FFE2" w14:textId="77777777" w:rsidTr="00841CFC">
        <w:trPr>
          <w:trHeight w:val="68"/>
        </w:trPr>
        <w:tc>
          <w:tcPr>
            <w:tcW w:w="1063" w:type="pct"/>
            <w:tcBorders>
              <w:top w:val="nil"/>
              <w:left w:val="nil"/>
              <w:bottom w:val="nil"/>
              <w:right w:val="nil"/>
            </w:tcBorders>
            <w:shd w:val="clear" w:color="000000" w:fill="FFFFFF"/>
            <w:vAlign w:val="center"/>
            <w:hideMark/>
          </w:tcPr>
          <w:p w14:paraId="6358AA27"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tcPr>
          <w:p w14:paraId="5B848DE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9,754 (12,136)</w:t>
            </w:r>
          </w:p>
        </w:tc>
        <w:tc>
          <w:tcPr>
            <w:tcW w:w="492" w:type="pct"/>
            <w:tcBorders>
              <w:top w:val="nil"/>
              <w:left w:val="nil"/>
              <w:bottom w:val="nil"/>
              <w:right w:val="nil"/>
            </w:tcBorders>
            <w:shd w:val="clear" w:color="000000" w:fill="F2F2F2"/>
            <w:vAlign w:val="center"/>
          </w:tcPr>
          <w:p w14:paraId="0745D5A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tcPr>
          <w:p w14:paraId="1D223A9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964 (1,328)</w:t>
            </w:r>
          </w:p>
        </w:tc>
        <w:tc>
          <w:tcPr>
            <w:tcW w:w="492" w:type="pct"/>
            <w:tcBorders>
              <w:top w:val="nil"/>
              <w:left w:val="nil"/>
              <w:bottom w:val="nil"/>
              <w:right w:val="nil"/>
            </w:tcBorders>
            <w:shd w:val="clear" w:color="000000" w:fill="FFFFFF"/>
            <w:vAlign w:val="center"/>
          </w:tcPr>
          <w:p w14:paraId="452F75C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 (NA)</w:t>
            </w:r>
          </w:p>
        </w:tc>
        <w:tc>
          <w:tcPr>
            <w:tcW w:w="492" w:type="pct"/>
            <w:tcBorders>
              <w:top w:val="nil"/>
              <w:left w:val="nil"/>
              <w:bottom w:val="nil"/>
              <w:right w:val="nil"/>
            </w:tcBorders>
            <w:shd w:val="clear" w:color="000000" w:fill="F2F2F2"/>
            <w:vAlign w:val="center"/>
          </w:tcPr>
          <w:p w14:paraId="48C6E80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64 (44)</w:t>
            </w:r>
          </w:p>
        </w:tc>
        <w:tc>
          <w:tcPr>
            <w:tcW w:w="492" w:type="pct"/>
            <w:tcBorders>
              <w:top w:val="nil"/>
              <w:left w:val="nil"/>
              <w:bottom w:val="nil"/>
              <w:right w:val="nil"/>
            </w:tcBorders>
            <w:shd w:val="clear" w:color="000000" w:fill="F2F2F2"/>
            <w:vAlign w:val="center"/>
          </w:tcPr>
          <w:p w14:paraId="11BF407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 (NA)</w:t>
            </w:r>
          </w:p>
        </w:tc>
        <w:tc>
          <w:tcPr>
            <w:tcW w:w="493" w:type="pct"/>
            <w:tcBorders>
              <w:top w:val="nil"/>
              <w:left w:val="nil"/>
              <w:bottom w:val="nil"/>
              <w:right w:val="nil"/>
            </w:tcBorders>
            <w:shd w:val="clear" w:color="000000" w:fill="F2F2F2"/>
            <w:vAlign w:val="center"/>
          </w:tcPr>
          <w:p w14:paraId="7119B1E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 (16)</w:t>
            </w:r>
          </w:p>
        </w:tc>
        <w:tc>
          <w:tcPr>
            <w:tcW w:w="491" w:type="pct"/>
            <w:tcBorders>
              <w:top w:val="nil"/>
              <w:left w:val="nil"/>
              <w:bottom w:val="nil"/>
              <w:right w:val="nil"/>
            </w:tcBorders>
            <w:shd w:val="clear" w:color="000000" w:fill="FFFFFF"/>
            <w:vAlign w:val="center"/>
          </w:tcPr>
          <w:p w14:paraId="01CA06F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22 (25)</w:t>
            </w:r>
          </w:p>
        </w:tc>
      </w:tr>
      <w:tr w:rsidR="00726DBE" w:rsidRPr="00693325" w14:paraId="27DB1B67" w14:textId="77777777" w:rsidTr="00841CFC">
        <w:trPr>
          <w:trHeight w:val="522"/>
        </w:trPr>
        <w:tc>
          <w:tcPr>
            <w:tcW w:w="1063" w:type="pct"/>
            <w:tcBorders>
              <w:top w:val="nil"/>
              <w:left w:val="nil"/>
              <w:bottom w:val="nil"/>
              <w:right w:val="nil"/>
            </w:tcBorders>
            <w:shd w:val="clear" w:color="000000" w:fill="FFFFFF"/>
            <w:vAlign w:val="center"/>
            <w:hideMark/>
          </w:tcPr>
          <w:p w14:paraId="695A45E3"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Musculoskeletal deficiencies, IR (95% CI)</w:t>
            </w:r>
          </w:p>
        </w:tc>
        <w:tc>
          <w:tcPr>
            <w:tcW w:w="492" w:type="pct"/>
            <w:tcBorders>
              <w:top w:val="nil"/>
              <w:left w:val="nil"/>
              <w:bottom w:val="nil"/>
              <w:right w:val="nil"/>
            </w:tcBorders>
            <w:shd w:val="clear" w:color="000000" w:fill="F2F2F2"/>
            <w:vAlign w:val="center"/>
            <w:hideMark/>
          </w:tcPr>
          <w:p w14:paraId="4737FC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555.56 </w:t>
            </w:r>
          </w:p>
          <w:p w14:paraId="49E11E1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(14.07; 3,095.36)</w:t>
            </w:r>
          </w:p>
        </w:tc>
        <w:tc>
          <w:tcPr>
            <w:tcW w:w="492" w:type="pct"/>
            <w:tcBorders>
              <w:top w:val="nil"/>
              <w:left w:val="nil"/>
              <w:bottom w:val="nil"/>
              <w:right w:val="nil"/>
            </w:tcBorders>
            <w:shd w:val="clear" w:color="000000" w:fill="F2F2F2"/>
            <w:vAlign w:val="center"/>
            <w:hideMark/>
          </w:tcPr>
          <w:p w14:paraId="5C4D3DC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27.27 </w:t>
            </w:r>
          </w:p>
          <w:p w14:paraId="1A474C0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(0.69; 151.93)</w:t>
            </w:r>
          </w:p>
        </w:tc>
        <w:tc>
          <w:tcPr>
            <w:tcW w:w="493" w:type="pct"/>
            <w:tcBorders>
              <w:top w:val="nil"/>
              <w:left w:val="nil"/>
              <w:bottom w:val="nil"/>
              <w:right w:val="nil"/>
            </w:tcBorders>
            <w:shd w:val="clear" w:color="000000" w:fill="F2F2F2"/>
            <w:vAlign w:val="center"/>
            <w:hideMark/>
          </w:tcPr>
          <w:p w14:paraId="3C3BF7B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51.99 </w:t>
            </w:r>
          </w:p>
          <w:p w14:paraId="639A0AA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(6.30; 187.79)</w:t>
            </w:r>
          </w:p>
        </w:tc>
        <w:tc>
          <w:tcPr>
            <w:tcW w:w="492" w:type="pct"/>
            <w:tcBorders>
              <w:top w:val="nil"/>
              <w:left w:val="nil"/>
              <w:bottom w:val="nil"/>
              <w:right w:val="nil"/>
            </w:tcBorders>
            <w:shd w:val="clear" w:color="000000" w:fill="FFFFFF"/>
            <w:vAlign w:val="center"/>
            <w:hideMark/>
          </w:tcPr>
          <w:p w14:paraId="2797A23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16.32 </w:t>
            </w:r>
          </w:p>
          <w:p w14:paraId="7F36703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(4.45; 41.79)</w:t>
            </w:r>
          </w:p>
        </w:tc>
        <w:tc>
          <w:tcPr>
            <w:tcW w:w="492" w:type="pct"/>
            <w:tcBorders>
              <w:top w:val="nil"/>
              <w:left w:val="nil"/>
              <w:bottom w:val="nil"/>
              <w:right w:val="nil"/>
            </w:tcBorders>
            <w:shd w:val="clear" w:color="000000" w:fill="F2F2F2"/>
            <w:vAlign w:val="center"/>
            <w:hideMark/>
          </w:tcPr>
          <w:p w14:paraId="667AF6B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2,617.83 (1,052.50; 5,393.73)</w:t>
            </w:r>
          </w:p>
        </w:tc>
        <w:tc>
          <w:tcPr>
            <w:tcW w:w="492" w:type="pct"/>
            <w:tcBorders>
              <w:top w:val="nil"/>
              <w:left w:val="nil"/>
              <w:bottom w:val="nil"/>
              <w:right w:val="nil"/>
            </w:tcBorders>
            <w:shd w:val="clear" w:color="000000" w:fill="F2F2F2"/>
            <w:vAlign w:val="center"/>
            <w:hideMark/>
          </w:tcPr>
          <w:p w14:paraId="1656DDE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1D8C05E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32.88)</w:t>
            </w:r>
          </w:p>
        </w:tc>
        <w:tc>
          <w:tcPr>
            <w:tcW w:w="493" w:type="pct"/>
            <w:tcBorders>
              <w:top w:val="nil"/>
              <w:left w:val="nil"/>
              <w:bottom w:val="nil"/>
              <w:right w:val="nil"/>
            </w:tcBorders>
            <w:shd w:val="clear" w:color="000000" w:fill="F2F2F2"/>
            <w:vAlign w:val="center"/>
            <w:hideMark/>
          </w:tcPr>
          <w:p w14:paraId="1FCBCCC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60.95 </w:t>
            </w:r>
          </w:p>
          <w:p w14:paraId="687BE84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(24.50; 125.57)</w:t>
            </w:r>
          </w:p>
        </w:tc>
        <w:tc>
          <w:tcPr>
            <w:tcW w:w="491" w:type="pct"/>
            <w:tcBorders>
              <w:top w:val="nil"/>
              <w:left w:val="nil"/>
              <w:bottom w:val="nil"/>
              <w:right w:val="nil"/>
            </w:tcBorders>
            <w:shd w:val="clear" w:color="000000" w:fill="FFFFFF"/>
            <w:vAlign w:val="center"/>
            <w:hideMark/>
          </w:tcPr>
          <w:p w14:paraId="748ABA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22.39 </w:t>
            </w:r>
          </w:p>
          <w:p w14:paraId="09233CA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(9.67; 44.12)</w:t>
            </w:r>
          </w:p>
        </w:tc>
      </w:tr>
      <w:tr w:rsidR="00726DBE" w:rsidRPr="00693325" w14:paraId="505FB1FC" w14:textId="77777777" w:rsidTr="00841CFC">
        <w:trPr>
          <w:trHeight w:val="306"/>
        </w:trPr>
        <w:tc>
          <w:tcPr>
            <w:tcW w:w="1063" w:type="pct"/>
            <w:tcBorders>
              <w:top w:val="nil"/>
              <w:left w:val="nil"/>
              <w:bottom w:val="nil"/>
              <w:right w:val="nil"/>
            </w:tcBorders>
            <w:shd w:val="clear" w:color="000000" w:fill="FFFFFF"/>
            <w:vAlign w:val="center"/>
          </w:tcPr>
          <w:p w14:paraId="1BB70980"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lang w:val="fr-FR"/>
              </w:rPr>
              <w:t>Percentage (%)</w:t>
            </w:r>
          </w:p>
        </w:tc>
        <w:tc>
          <w:tcPr>
            <w:tcW w:w="492" w:type="pct"/>
            <w:tcBorders>
              <w:top w:val="nil"/>
              <w:left w:val="nil"/>
              <w:bottom w:val="nil"/>
              <w:right w:val="nil"/>
            </w:tcBorders>
            <w:shd w:val="clear" w:color="000000" w:fill="F2F2F2"/>
            <w:vAlign w:val="center"/>
          </w:tcPr>
          <w:p w14:paraId="57F4272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5.26</w:t>
            </w:r>
          </w:p>
        </w:tc>
        <w:tc>
          <w:tcPr>
            <w:tcW w:w="492" w:type="pct"/>
            <w:tcBorders>
              <w:top w:val="nil"/>
              <w:left w:val="nil"/>
              <w:bottom w:val="nil"/>
              <w:right w:val="nil"/>
            </w:tcBorders>
            <w:shd w:val="clear" w:color="000000" w:fill="F2F2F2"/>
            <w:vAlign w:val="center"/>
          </w:tcPr>
          <w:p w14:paraId="4C8DD63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6.25</w:t>
            </w:r>
          </w:p>
        </w:tc>
        <w:tc>
          <w:tcPr>
            <w:tcW w:w="493" w:type="pct"/>
            <w:tcBorders>
              <w:top w:val="nil"/>
              <w:left w:val="nil"/>
              <w:bottom w:val="nil"/>
              <w:right w:val="nil"/>
            </w:tcBorders>
            <w:shd w:val="clear" w:color="000000" w:fill="F2F2F2"/>
            <w:vAlign w:val="center"/>
          </w:tcPr>
          <w:p w14:paraId="78608CF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10.53</w:t>
            </w:r>
          </w:p>
        </w:tc>
        <w:tc>
          <w:tcPr>
            <w:tcW w:w="492" w:type="pct"/>
            <w:tcBorders>
              <w:top w:val="nil"/>
              <w:left w:val="nil"/>
              <w:bottom w:val="nil"/>
              <w:right w:val="nil"/>
            </w:tcBorders>
            <w:shd w:val="clear" w:color="000000" w:fill="FFFFFF"/>
            <w:vAlign w:val="center"/>
          </w:tcPr>
          <w:p w14:paraId="2B0BEEE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4.21</w:t>
            </w:r>
          </w:p>
        </w:tc>
        <w:tc>
          <w:tcPr>
            <w:tcW w:w="492" w:type="pct"/>
            <w:tcBorders>
              <w:top w:val="nil"/>
              <w:left w:val="nil"/>
              <w:bottom w:val="nil"/>
              <w:right w:val="nil"/>
            </w:tcBorders>
            <w:shd w:val="clear" w:color="000000" w:fill="F2F2F2"/>
            <w:vAlign w:val="center"/>
          </w:tcPr>
          <w:p w14:paraId="03D865B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21.21</w:t>
            </w:r>
          </w:p>
        </w:tc>
        <w:tc>
          <w:tcPr>
            <w:tcW w:w="492" w:type="pct"/>
            <w:tcBorders>
              <w:top w:val="nil"/>
              <w:left w:val="nil"/>
              <w:bottom w:val="nil"/>
              <w:right w:val="nil"/>
            </w:tcBorders>
            <w:shd w:val="clear" w:color="000000" w:fill="F2F2F2"/>
            <w:vAlign w:val="center"/>
          </w:tcPr>
          <w:p w14:paraId="1FC1E80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top w:val="nil"/>
              <w:left w:val="nil"/>
              <w:bottom w:val="nil"/>
              <w:right w:val="nil"/>
            </w:tcBorders>
            <w:shd w:val="clear" w:color="000000" w:fill="F2F2F2"/>
            <w:vAlign w:val="center"/>
          </w:tcPr>
          <w:p w14:paraId="6CEE4AB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21.21</w:t>
            </w:r>
          </w:p>
        </w:tc>
        <w:tc>
          <w:tcPr>
            <w:tcW w:w="491" w:type="pct"/>
            <w:tcBorders>
              <w:top w:val="nil"/>
              <w:left w:val="nil"/>
              <w:bottom w:val="nil"/>
              <w:right w:val="nil"/>
            </w:tcBorders>
            <w:shd w:val="clear" w:color="000000" w:fill="FFFFFF"/>
            <w:vAlign w:val="center"/>
          </w:tcPr>
          <w:p w14:paraId="0CB6802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4.57</w:t>
            </w:r>
          </w:p>
        </w:tc>
      </w:tr>
      <w:tr w:rsidR="00726DBE" w:rsidRPr="00693325" w14:paraId="73CEF9A3" w14:textId="77777777" w:rsidTr="00841CFC">
        <w:trPr>
          <w:trHeight w:val="279"/>
        </w:trPr>
        <w:tc>
          <w:tcPr>
            <w:tcW w:w="1063" w:type="pct"/>
            <w:tcBorders>
              <w:top w:val="nil"/>
              <w:left w:val="nil"/>
              <w:bottom w:val="nil"/>
              <w:right w:val="nil"/>
            </w:tcBorders>
            <w:shd w:val="clear" w:color="000000" w:fill="FFFFFF"/>
            <w:vAlign w:val="center"/>
            <w:hideMark/>
          </w:tcPr>
          <w:p w14:paraId="023BEB84"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tcPr>
          <w:p w14:paraId="4FC6C7B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153 (NA)</w:t>
            </w:r>
          </w:p>
        </w:tc>
        <w:tc>
          <w:tcPr>
            <w:tcW w:w="492" w:type="pct"/>
            <w:tcBorders>
              <w:top w:val="nil"/>
              <w:left w:val="nil"/>
              <w:bottom w:val="nil"/>
              <w:right w:val="nil"/>
            </w:tcBorders>
            <w:shd w:val="clear" w:color="000000" w:fill="F2F2F2"/>
            <w:vAlign w:val="center"/>
          </w:tcPr>
          <w:p w14:paraId="17E7DFF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 (NA)</w:t>
            </w:r>
          </w:p>
        </w:tc>
        <w:tc>
          <w:tcPr>
            <w:tcW w:w="493" w:type="pct"/>
            <w:tcBorders>
              <w:top w:val="nil"/>
              <w:left w:val="nil"/>
              <w:bottom w:val="nil"/>
              <w:right w:val="nil"/>
            </w:tcBorders>
            <w:shd w:val="clear" w:color="000000" w:fill="F2F2F2"/>
            <w:vAlign w:val="center"/>
          </w:tcPr>
          <w:p w14:paraId="3587F19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 (2)</w:t>
            </w:r>
          </w:p>
        </w:tc>
        <w:tc>
          <w:tcPr>
            <w:tcW w:w="492" w:type="pct"/>
            <w:tcBorders>
              <w:top w:val="nil"/>
              <w:left w:val="nil"/>
              <w:bottom w:val="nil"/>
              <w:right w:val="nil"/>
            </w:tcBorders>
            <w:shd w:val="clear" w:color="000000" w:fill="FFFFFF"/>
            <w:vAlign w:val="center"/>
          </w:tcPr>
          <w:p w14:paraId="3B4B955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(3)</w:t>
            </w:r>
          </w:p>
        </w:tc>
        <w:tc>
          <w:tcPr>
            <w:tcW w:w="492" w:type="pct"/>
            <w:tcBorders>
              <w:top w:val="nil"/>
              <w:left w:val="nil"/>
              <w:bottom w:val="nil"/>
              <w:right w:val="nil"/>
            </w:tcBorders>
            <w:shd w:val="clear" w:color="000000" w:fill="F2F2F2"/>
            <w:vAlign w:val="center"/>
          </w:tcPr>
          <w:p w14:paraId="5DAD8EB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4,493 (7,902)</w:t>
            </w:r>
          </w:p>
        </w:tc>
        <w:tc>
          <w:tcPr>
            <w:tcW w:w="492" w:type="pct"/>
            <w:tcBorders>
              <w:top w:val="nil"/>
              <w:left w:val="nil"/>
              <w:bottom w:val="nil"/>
              <w:right w:val="nil"/>
            </w:tcBorders>
            <w:shd w:val="clear" w:color="000000" w:fill="F2F2F2"/>
            <w:vAlign w:val="center"/>
          </w:tcPr>
          <w:p w14:paraId="6647CC7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tcPr>
          <w:p w14:paraId="6B7C5CA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115 (160)</w:t>
            </w:r>
          </w:p>
        </w:tc>
        <w:tc>
          <w:tcPr>
            <w:tcW w:w="491" w:type="pct"/>
            <w:tcBorders>
              <w:top w:val="nil"/>
              <w:left w:val="nil"/>
              <w:bottom w:val="nil"/>
              <w:right w:val="nil"/>
            </w:tcBorders>
            <w:shd w:val="clear" w:color="000000" w:fill="FFFFFF"/>
            <w:vAlign w:val="center"/>
          </w:tcPr>
          <w:p w14:paraId="1CFB67E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(4)</w:t>
            </w:r>
          </w:p>
        </w:tc>
      </w:tr>
      <w:tr w:rsidR="00726DBE" w:rsidRPr="00693325" w14:paraId="58A9088D" w14:textId="77777777" w:rsidTr="00841CFC">
        <w:trPr>
          <w:trHeight w:val="441"/>
        </w:trPr>
        <w:tc>
          <w:tcPr>
            <w:tcW w:w="1063" w:type="pct"/>
            <w:tcBorders>
              <w:top w:val="nil"/>
              <w:left w:val="nil"/>
              <w:bottom w:val="nil"/>
              <w:right w:val="nil"/>
            </w:tcBorders>
            <w:shd w:val="clear" w:color="000000" w:fill="FFFFFF"/>
            <w:vAlign w:val="center"/>
            <w:hideMark/>
          </w:tcPr>
          <w:p w14:paraId="664BDCCC"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Neurodevelopmental and mental health disorders, IR (95% CI)</w:t>
            </w:r>
          </w:p>
        </w:tc>
        <w:tc>
          <w:tcPr>
            <w:tcW w:w="492" w:type="pct"/>
            <w:tcBorders>
              <w:top w:val="nil"/>
              <w:left w:val="nil"/>
              <w:bottom w:val="nil"/>
              <w:right w:val="nil"/>
            </w:tcBorders>
            <w:shd w:val="clear" w:color="000000" w:fill="F2F2F2"/>
            <w:vAlign w:val="center"/>
            <w:hideMark/>
          </w:tcPr>
          <w:p w14:paraId="07625E3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1,130.03 (136.85; 4,082.06)</w:t>
            </w:r>
          </w:p>
        </w:tc>
        <w:tc>
          <w:tcPr>
            <w:tcW w:w="492" w:type="pct"/>
            <w:tcBorders>
              <w:top w:val="nil"/>
              <w:left w:val="nil"/>
              <w:bottom w:val="nil"/>
              <w:right w:val="nil"/>
            </w:tcBorders>
            <w:shd w:val="clear" w:color="000000" w:fill="F2F2F2"/>
            <w:vAlign w:val="center"/>
            <w:hideMark/>
          </w:tcPr>
          <w:p w14:paraId="63C64C1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64.04 </w:t>
            </w:r>
          </w:p>
          <w:p w14:paraId="4961C07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(7.76; 231.34)</w:t>
            </w:r>
          </w:p>
        </w:tc>
        <w:tc>
          <w:tcPr>
            <w:tcW w:w="493" w:type="pct"/>
            <w:tcBorders>
              <w:top w:val="nil"/>
              <w:left w:val="nil"/>
              <w:bottom w:val="nil"/>
              <w:right w:val="nil"/>
            </w:tcBorders>
            <w:shd w:val="clear" w:color="000000" w:fill="F2F2F2"/>
            <w:vAlign w:val="center"/>
            <w:hideMark/>
          </w:tcPr>
          <w:p w14:paraId="46221C6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121.21 </w:t>
            </w:r>
          </w:p>
          <w:p w14:paraId="25A78C1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(33.03; 310.35)</w:t>
            </w:r>
          </w:p>
        </w:tc>
        <w:tc>
          <w:tcPr>
            <w:tcW w:w="492" w:type="pct"/>
            <w:tcBorders>
              <w:top w:val="nil"/>
              <w:left w:val="nil"/>
              <w:bottom w:val="nil"/>
              <w:right w:val="nil"/>
            </w:tcBorders>
            <w:shd w:val="clear" w:color="000000" w:fill="FFFFFF"/>
            <w:vAlign w:val="center"/>
            <w:hideMark/>
          </w:tcPr>
          <w:p w14:paraId="27B5C91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16.60 </w:t>
            </w:r>
          </w:p>
          <w:p w14:paraId="03F11BF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(4.52; 42.50)</w:t>
            </w:r>
          </w:p>
        </w:tc>
        <w:tc>
          <w:tcPr>
            <w:tcW w:w="492" w:type="pct"/>
            <w:tcBorders>
              <w:top w:val="nil"/>
              <w:left w:val="nil"/>
              <w:bottom w:val="nil"/>
              <w:right w:val="nil"/>
            </w:tcBorders>
            <w:shd w:val="clear" w:color="000000" w:fill="F2F2F2"/>
            <w:vAlign w:val="center"/>
            <w:hideMark/>
          </w:tcPr>
          <w:p w14:paraId="53CA1EE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291.30 </w:t>
            </w:r>
          </w:p>
          <w:p w14:paraId="0C0F834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(7.38; 1,623.02)</w:t>
            </w:r>
          </w:p>
        </w:tc>
        <w:tc>
          <w:tcPr>
            <w:tcW w:w="492" w:type="pct"/>
            <w:tcBorders>
              <w:top w:val="nil"/>
              <w:left w:val="nil"/>
              <w:bottom w:val="nil"/>
              <w:right w:val="nil"/>
            </w:tcBorders>
            <w:shd w:val="clear" w:color="000000" w:fill="F2F2F2"/>
            <w:vAlign w:val="center"/>
            <w:hideMark/>
          </w:tcPr>
          <w:p w14:paraId="4A2BA64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131.47 </w:t>
            </w:r>
          </w:p>
          <w:p w14:paraId="07963B0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(70.00; 224.82)</w:t>
            </w:r>
          </w:p>
        </w:tc>
        <w:tc>
          <w:tcPr>
            <w:tcW w:w="493" w:type="pct"/>
            <w:tcBorders>
              <w:top w:val="nil"/>
              <w:left w:val="nil"/>
              <w:bottom w:val="nil"/>
              <w:right w:val="nil"/>
            </w:tcBorders>
            <w:shd w:val="clear" w:color="000000" w:fill="F2F2F2"/>
            <w:vAlign w:val="center"/>
            <w:hideMark/>
          </w:tcPr>
          <w:p w14:paraId="2963112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136.84 </w:t>
            </w:r>
          </w:p>
          <w:p w14:paraId="5894B81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(74.81; 229.59)</w:t>
            </w:r>
          </w:p>
        </w:tc>
        <w:tc>
          <w:tcPr>
            <w:tcW w:w="491" w:type="pct"/>
            <w:tcBorders>
              <w:top w:val="nil"/>
              <w:left w:val="nil"/>
              <w:bottom w:val="nil"/>
              <w:right w:val="nil"/>
            </w:tcBorders>
            <w:shd w:val="clear" w:color="000000" w:fill="FFFFFF"/>
            <w:vAlign w:val="center"/>
            <w:hideMark/>
          </w:tcPr>
          <w:p w14:paraId="5C671E6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89.57 </w:t>
            </w:r>
          </w:p>
          <w:p w14:paraId="7B070DC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(59.02; 130.31)</w:t>
            </w:r>
          </w:p>
        </w:tc>
      </w:tr>
      <w:tr w:rsidR="00726DBE" w:rsidRPr="00693325" w14:paraId="6459562D" w14:textId="77777777" w:rsidTr="00841CFC">
        <w:trPr>
          <w:trHeight w:val="270"/>
        </w:trPr>
        <w:tc>
          <w:tcPr>
            <w:tcW w:w="1063" w:type="pct"/>
            <w:tcBorders>
              <w:top w:val="nil"/>
              <w:left w:val="nil"/>
              <w:bottom w:val="nil"/>
              <w:right w:val="nil"/>
            </w:tcBorders>
            <w:shd w:val="clear" w:color="000000" w:fill="FFFFFF"/>
            <w:vAlign w:val="center"/>
          </w:tcPr>
          <w:p w14:paraId="67B9E0F6"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lang w:val="fr-FR"/>
              </w:rPr>
              <w:t>Percentage (%)</w:t>
            </w:r>
          </w:p>
        </w:tc>
        <w:tc>
          <w:tcPr>
            <w:tcW w:w="492" w:type="pct"/>
            <w:tcBorders>
              <w:top w:val="nil"/>
              <w:left w:val="nil"/>
              <w:bottom w:val="nil"/>
              <w:right w:val="nil"/>
            </w:tcBorders>
            <w:shd w:val="clear" w:color="000000" w:fill="F2F2F2"/>
            <w:vAlign w:val="center"/>
          </w:tcPr>
          <w:p w14:paraId="60F8321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11.11</w:t>
            </w:r>
          </w:p>
        </w:tc>
        <w:tc>
          <w:tcPr>
            <w:tcW w:w="492" w:type="pct"/>
            <w:tcBorders>
              <w:top w:val="nil"/>
              <w:left w:val="nil"/>
              <w:bottom w:val="nil"/>
              <w:right w:val="nil"/>
            </w:tcBorders>
            <w:shd w:val="clear" w:color="000000" w:fill="F2F2F2"/>
            <w:vAlign w:val="center"/>
          </w:tcPr>
          <w:p w14:paraId="2CA70F8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13.33</w:t>
            </w:r>
          </w:p>
        </w:tc>
        <w:tc>
          <w:tcPr>
            <w:tcW w:w="493" w:type="pct"/>
            <w:tcBorders>
              <w:top w:val="nil"/>
              <w:left w:val="nil"/>
              <w:bottom w:val="nil"/>
              <w:right w:val="nil"/>
            </w:tcBorders>
            <w:shd w:val="clear" w:color="000000" w:fill="F2F2F2"/>
            <w:vAlign w:val="center"/>
          </w:tcPr>
          <w:p w14:paraId="200A653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22.22</w:t>
            </w:r>
          </w:p>
        </w:tc>
        <w:tc>
          <w:tcPr>
            <w:tcW w:w="492" w:type="pct"/>
            <w:tcBorders>
              <w:top w:val="nil"/>
              <w:left w:val="nil"/>
              <w:bottom w:val="nil"/>
              <w:right w:val="nil"/>
            </w:tcBorders>
            <w:shd w:val="clear" w:color="000000" w:fill="FFFFFF"/>
            <w:vAlign w:val="center"/>
          </w:tcPr>
          <w:p w14:paraId="49DA906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4.21</w:t>
            </w:r>
          </w:p>
        </w:tc>
        <w:tc>
          <w:tcPr>
            <w:tcW w:w="492" w:type="pct"/>
            <w:tcBorders>
              <w:top w:val="nil"/>
              <w:left w:val="nil"/>
              <w:bottom w:val="nil"/>
              <w:right w:val="nil"/>
            </w:tcBorders>
            <w:shd w:val="clear" w:color="000000" w:fill="F2F2F2"/>
            <w:vAlign w:val="center"/>
          </w:tcPr>
          <w:p w14:paraId="60E399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2.86</w:t>
            </w:r>
          </w:p>
        </w:tc>
        <w:tc>
          <w:tcPr>
            <w:tcW w:w="492" w:type="pct"/>
            <w:tcBorders>
              <w:top w:val="nil"/>
              <w:left w:val="nil"/>
              <w:bottom w:val="nil"/>
              <w:right w:val="nil"/>
            </w:tcBorders>
            <w:shd w:val="clear" w:color="000000" w:fill="F2F2F2"/>
            <w:vAlign w:val="center"/>
          </w:tcPr>
          <w:p w14:paraId="1682307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41.94</w:t>
            </w:r>
          </w:p>
        </w:tc>
        <w:tc>
          <w:tcPr>
            <w:tcW w:w="493" w:type="pct"/>
            <w:tcBorders>
              <w:top w:val="nil"/>
              <w:left w:val="nil"/>
              <w:bottom w:val="nil"/>
              <w:right w:val="nil"/>
            </w:tcBorders>
            <w:shd w:val="clear" w:color="000000" w:fill="F2F2F2"/>
            <w:vAlign w:val="center"/>
          </w:tcPr>
          <w:p w14:paraId="1B8AD3E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40.00</w:t>
            </w:r>
          </w:p>
        </w:tc>
        <w:tc>
          <w:tcPr>
            <w:tcW w:w="491" w:type="pct"/>
            <w:tcBorders>
              <w:top w:val="nil"/>
              <w:left w:val="nil"/>
              <w:bottom w:val="nil"/>
              <w:right w:val="nil"/>
            </w:tcBorders>
            <w:shd w:val="clear" w:color="000000" w:fill="FFFFFF"/>
            <w:vAlign w:val="center"/>
          </w:tcPr>
          <w:p w14:paraId="37EEEF2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15.43</w:t>
            </w:r>
          </w:p>
        </w:tc>
      </w:tr>
      <w:tr w:rsidR="00726DBE" w:rsidRPr="00693325" w14:paraId="316F71D2" w14:textId="77777777" w:rsidTr="00841CFC">
        <w:trPr>
          <w:trHeight w:val="68"/>
        </w:trPr>
        <w:tc>
          <w:tcPr>
            <w:tcW w:w="1063" w:type="pct"/>
            <w:tcBorders>
              <w:top w:val="nil"/>
              <w:left w:val="nil"/>
              <w:bottom w:val="nil"/>
              <w:right w:val="nil"/>
            </w:tcBorders>
            <w:shd w:val="clear" w:color="000000" w:fill="FFFFFF"/>
            <w:vAlign w:val="center"/>
            <w:hideMark/>
          </w:tcPr>
          <w:p w14:paraId="524BE03A"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tcPr>
          <w:p w14:paraId="43E5EFC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469 (427)</w:t>
            </w:r>
          </w:p>
        </w:tc>
        <w:tc>
          <w:tcPr>
            <w:tcW w:w="492" w:type="pct"/>
            <w:tcBorders>
              <w:top w:val="nil"/>
              <w:left w:val="nil"/>
              <w:bottom w:val="nil"/>
              <w:right w:val="nil"/>
            </w:tcBorders>
            <w:shd w:val="clear" w:color="000000" w:fill="F2F2F2"/>
            <w:vAlign w:val="center"/>
          </w:tcPr>
          <w:p w14:paraId="672C95E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35 (41)</w:t>
            </w:r>
          </w:p>
        </w:tc>
        <w:tc>
          <w:tcPr>
            <w:tcW w:w="493" w:type="pct"/>
            <w:tcBorders>
              <w:top w:val="nil"/>
              <w:left w:val="nil"/>
              <w:bottom w:val="nil"/>
              <w:right w:val="nil"/>
            </w:tcBorders>
            <w:shd w:val="clear" w:color="000000" w:fill="F2F2F2"/>
            <w:vAlign w:val="center"/>
          </w:tcPr>
          <w:p w14:paraId="347FE5B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214 (372)</w:t>
            </w:r>
          </w:p>
        </w:tc>
        <w:tc>
          <w:tcPr>
            <w:tcW w:w="492" w:type="pct"/>
            <w:tcBorders>
              <w:top w:val="nil"/>
              <w:left w:val="nil"/>
              <w:bottom w:val="nil"/>
              <w:right w:val="nil"/>
            </w:tcBorders>
            <w:shd w:val="clear" w:color="000000" w:fill="FFFFFF"/>
            <w:vAlign w:val="center"/>
          </w:tcPr>
          <w:p w14:paraId="299C375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 (17)</w:t>
            </w:r>
          </w:p>
        </w:tc>
        <w:tc>
          <w:tcPr>
            <w:tcW w:w="492" w:type="pct"/>
            <w:tcBorders>
              <w:top w:val="nil"/>
              <w:left w:val="nil"/>
              <w:bottom w:val="nil"/>
              <w:right w:val="nil"/>
            </w:tcBorders>
            <w:shd w:val="clear" w:color="000000" w:fill="F2F2F2"/>
            <w:vAlign w:val="center"/>
          </w:tcPr>
          <w:p w14:paraId="690384E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99 (NA)</w:t>
            </w:r>
          </w:p>
        </w:tc>
        <w:tc>
          <w:tcPr>
            <w:tcW w:w="492" w:type="pct"/>
            <w:tcBorders>
              <w:top w:val="nil"/>
              <w:left w:val="nil"/>
              <w:bottom w:val="nil"/>
              <w:right w:val="nil"/>
            </w:tcBorders>
            <w:shd w:val="clear" w:color="000000" w:fill="F2F2F2"/>
            <w:vAlign w:val="center"/>
          </w:tcPr>
          <w:p w14:paraId="470E87A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29 (31)</w:t>
            </w:r>
          </w:p>
        </w:tc>
        <w:tc>
          <w:tcPr>
            <w:tcW w:w="493" w:type="pct"/>
            <w:tcBorders>
              <w:top w:val="nil"/>
              <w:left w:val="nil"/>
              <w:bottom w:val="nil"/>
              <w:right w:val="nil"/>
            </w:tcBorders>
            <w:shd w:val="clear" w:color="000000" w:fill="F2F2F2"/>
            <w:vAlign w:val="center"/>
          </w:tcPr>
          <w:p w14:paraId="1376130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42 (58)</w:t>
            </w:r>
          </w:p>
        </w:tc>
        <w:tc>
          <w:tcPr>
            <w:tcW w:w="491" w:type="pct"/>
            <w:tcBorders>
              <w:top w:val="nil"/>
              <w:left w:val="nil"/>
              <w:bottom w:val="nil"/>
              <w:right w:val="nil"/>
            </w:tcBorders>
            <w:shd w:val="clear" w:color="000000" w:fill="FFFFFF"/>
            <w:vAlign w:val="center"/>
          </w:tcPr>
          <w:p w14:paraId="33C5418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124 (212)</w:t>
            </w:r>
          </w:p>
        </w:tc>
      </w:tr>
      <w:tr w:rsidR="00726DBE" w:rsidRPr="00693325" w14:paraId="6D972B64" w14:textId="77777777" w:rsidTr="00841CFC">
        <w:trPr>
          <w:trHeight w:val="522"/>
        </w:trPr>
        <w:tc>
          <w:tcPr>
            <w:tcW w:w="1063" w:type="pct"/>
            <w:tcBorders>
              <w:top w:val="nil"/>
              <w:left w:val="nil"/>
              <w:bottom w:val="nil"/>
              <w:right w:val="nil"/>
            </w:tcBorders>
            <w:shd w:val="clear" w:color="000000" w:fill="FFFFFF"/>
            <w:vAlign w:val="center"/>
            <w:hideMark/>
          </w:tcPr>
          <w:p w14:paraId="1B6E4B59"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Neurological disorders, IR (95% CI)</w:t>
            </w:r>
          </w:p>
        </w:tc>
        <w:tc>
          <w:tcPr>
            <w:tcW w:w="492" w:type="pct"/>
            <w:tcBorders>
              <w:top w:val="nil"/>
              <w:left w:val="nil"/>
              <w:bottom w:val="nil"/>
              <w:right w:val="nil"/>
            </w:tcBorders>
            <w:shd w:val="clear" w:color="000000" w:fill="F2F2F2"/>
            <w:vAlign w:val="center"/>
            <w:hideMark/>
          </w:tcPr>
          <w:p w14:paraId="714D68C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14,697.99 (7,594.66; 25,674.42)</w:t>
            </w:r>
          </w:p>
        </w:tc>
        <w:tc>
          <w:tcPr>
            <w:tcW w:w="492" w:type="pct"/>
            <w:tcBorders>
              <w:top w:val="nil"/>
              <w:left w:val="nil"/>
              <w:bottom w:val="nil"/>
              <w:right w:val="nil"/>
            </w:tcBorders>
            <w:shd w:val="clear" w:color="000000" w:fill="F2F2F2"/>
            <w:vAlign w:val="center"/>
            <w:hideMark/>
          </w:tcPr>
          <w:p w14:paraId="41BA67A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272729C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187.79)</w:t>
            </w:r>
          </w:p>
        </w:tc>
        <w:tc>
          <w:tcPr>
            <w:tcW w:w="493" w:type="pct"/>
            <w:tcBorders>
              <w:top w:val="nil"/>
              <w:left w:val="nil"/>
              <w:bottom w:val="nil"/>
              <w:right w:val="nil"/>
            </w:tcBorders>
            <w:shd w:val="clear" w:color="000000" w:fill="F2F2F2"/>
            <w:vAlign w:val="center"/>
            <w:hideMark/>
          </w:tcPr>
          <w:p w14:paraId="247B061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586.50 </w:t>
            </w:r>
          </w:p>
          <w:p w14:paraId="1EA5AD2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(303.05; 1,024.50)</w:t>
            </w:r>
          </w:p>
        </w:tc>
        <w:tc>
          <w:tcPr>
            <w:tcW w:w="492" w:type="pct"/>
            <w:tcBorders>
              <w:top w:val="nil"/>
              <w:left w:val="nil"/>
              <w:bottom w:val="nil"/>
              <w:right w:val="nil"/>
            </w:tcBorders>
            <w:shd w:val="clear" w:color="000000" w:fill="FFFFFF"/>
            <w:vAlign w:val="center"/>
            <w:hideMark/>
          </w:tcPr>
          <w:p w14:paraId="54F049E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4.03 </w:t>
            </w:r>
          </w:p>
          <w:p w14:paraId="214FADC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(0.10; 22.48)</w:t>
            </w:r>
          </w:p>
        </w:tc>
        <w:tc>
          <w:tcPr>
            <w:tcW w:w="492" w:type="pct"/>
            <w:tcBorders>
              <w:top w:val="nil"/>
              <w:left w:val="nil"/>
              <w:bottom w:val="nil"/>
              <w:right w:val="nil"/>
            </w:tcBorders>
            <w:shd w:val="clear" w:color="000000" w:fill="F2F2F2"/>
            <w:vAlign w:val="center"/>
            <w:hideMark/>
          </w:tcPr>
          <w:p w14:paraId="08CAB87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8,016.11 (4,486.55; 13,221.35)</w:t>
            </w:r>
          </w:p>
        </w:tc>
        <w:tc>
          <w:tcPr>
            <w:tcW w:w="492" w:type="pct"/>
            <w:tcBorders>
              <w:top w:val="nil"/>
              <w:left w:val="nil"/>
              <w:bottom w:val="nil"/>
              <w:right w:val="nil"/>
            </w:tcBorders>
            <w:shd w:val="clear" w:color="000000" w:fill="F2F2F2"/>
            <w:vAlign w:val="center"/>
            <w:hideMark/>
          </w:tcPr>
          <w:p w14:paraId="641342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12.49 </w:t>
            </w:r>
          </w:p>
          <w:p w14:paraId="51E885A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(0.32; 69.60)</w:t>
            </w:r>
          </w:p>
        </w:tc>
        <w:tc>
          <w:tcPr>
            <w:tcW w:w="493" w:type="pct"/>
            <w:tcBorders>
              <w:top w:val="nil"/>
              <w:left w:val="nil"/>
              <w:bottom w:val="nil"/>
              <w:right w:val="nil"/>
            </w:tcBorders>
            <w:shd w:val="clear" w:color="000000" w:fill="F2F2F2"/>
            <w:vAlign w:val="center"/>
            <w:hideMark/>
          </w:tcPr>
          <w:p w14:paraId="605D002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195.29 </w:t>
            </w:r>
          </w:p>
          <w:p w14:paraId="6ADBF53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(111.63; 317.14)</w:t>
            </w:r>
          </w:p>
        </w:tc>
        <w:tc>
          <w:tcPr>
            <w:tcW w:w="491" w:type="pct"/>
            <w:tcBorders>
              <w:top w:val="nil"/>
              <w:left w:val="nil"/>
              <w:bottom w:val="nil"/>
              <w:right w:val="nil"/>
            </w:tcBorders>
            <w:shd w:val="clear" w:color="000000" w:fill="FFFFFF"/>
            <w:vAlign w:val="center"/>
            <w:hideMark/>
          </w:tcPr>
          <w:p w14:paraId="135B346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8.40 </w:t>
            </w:r>
          </w:p>
          <w:p w14:paraId="2CF5D27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(1.73; 24.55)</w:t>
            </w:r>
          </w:p>
        </w:tc>
      </w:tr>
      <w:tr w:rsidR="00726DBE" w:rsidRPr="00693325" w14:paraId="672F77A2" w14:textId="77777777" w:rsidTr="00841CFC">
        <w:trPr>
          <w:trHeight w:val="216"/>
        </w:trPr>
        <w:tc>
          <w:tcPr>
            <w:tcW w:w="1063" w:type="pct"/>
            <w:tcBorders>
              <w:top w:val="nil"/>
              <w:left w:val="nil"/>
              <w:bottom w:val="nil"/>
              <w:right w:val="nil"/>
            </w:tcBorders>
            <w:shd w:val="clear" w:color="000000" w:fill="FFFFFF"/>
            <w:vAlign w:val="center"/>
          </w:tcPr>
          <w:p w14:paraId="5B687C36"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lang w:val="fr-FR"/>
              </w:rPr>
              <w:t>Percentage (%)</w:t>
            </w:r>
          </w:p>
        </w:tc>
        <w:tc>
          <w:tcPr>
            <w:tcW w:w="492" w:type="pct"/>
            <w:tcBorders>
              <w:top w:val="nil"/>
              <w:left w:val="nil"/>
              <w:bottom w:val="nil"/>
              <w:right w:val="nil"/>
            </w:tcBorders>
            <w:shd w:val="clear" w:color="000000" w:fill="F2F2F2"/>
            <w:vAlign w:val="center"/>
          </w:tcPr>
          <w:p w14:paraId="5271F83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66.67</w:t>
            </w:r>
          </w:p>
        </w:tc>
        <w:tc>
          <w:tcPr>
            <w:tcW w:w="492" w:type="pct"/>
            <w:tcBorders>
              <w:top w:val="nil"/>
              <w:left w:val="nil"/>
              <w:bottom w:val="nil"/>
              <w:right w:val="nil"/>
            </w:tcBorders>
            <w:shd w:val="clear" w:color="000000" w:fill="F2F2F2"/>
            <w:vAlign w:val="center"/>
          </w:tcPr>
          <w:p w14:paraId="794C0C3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top w:val="nil"/>
              <w:left w:val="nil"/>
              <w:bottom w:val="nil"/>
              <w:right w:val="nil"/>
            </w:tcBorders>
            <w:shd w:val="clear" w:color="000000" w:fill="F2F2F2"/>
            <w:vAlign w:val="center"/>
          </w:tcPr>
          <w:p w14:paraId="757DFA6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66.67</w:t>
            </w:r>
          </w:p>
        </w:tc>
        <w:tc>
          <w:tcPr>
            <w:tcW w:w="492" w:type="pct"/>
            <w:tcBorders>
              <w:top w:val="nil"/>
              <w:left w:val="nil"/>
              <w:bottom w:val="nil"/>
              <w:right w:val="nil"/>
            </w:tcBorders>
            <w:shd w:val="clear" w:color="000000" w:fill="FFFFFF"/>
            <w:vAlign w:val="center"/>
          </w:tcPr>
          <w:p w14:paraId="7CFBA8C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1.05</w:t>
            </w:r>
          </w:p>
        </w:tc>
        <w:tc>
          <w:tcPr>
            <w:tcW w:w="492" w:type="pct"/>
            <w:tcBorders>
              <w:top w:val="nil"/>
              <w:left w:val="nil"/>
              <w:bottom w:val="nil"/>
              <w:right w:val="nil"/>
            </w:tcBorders>
            <w:shd w:val="clear" w:color="000000" w:fill="F2F2F2"/>
            <w:vAlign w:val="center"/>
          </w:tcPr>
          <w:p w14:paraId="5D864A5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45.45</w:t>
            </w:r>
          </w:p>
        </w:tc>
        <w:tc>
          <w:tcPr>
            <w:tcW w:w="492" w:type="pct"/>
            <w:tcBorders>
              <w:top w:val="nil"/>
              <w:left w:val="nil"/>
              <w:bottom w:val="nil"/>
              <w:right w:val="nil"/>
            </w:tcBorders>
            <w:shd w:val="clear" w:color="000000" w:fill="F2F2F2"/>
            <w:vAlign w:val="center"/>
          </w:tcPr>
          <w:p w14:paraId="03DE84B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5.88</w:t>
            </w:r>
          </w:p>
        </w:tc>
        <w:tc>
          <w:tcPr>
            <w:tcW w:w="493" w:type="pct"/>
            <w:tcBorders>
              <w:top w:val="nil"/>
              <w:left w:val="nil"/>
              <w:bottom w:val="nil"/>
              <w:right w:val="nil"/>
            </w:tcBorders>
            <w:shd w:val="clear" w:color="000000" w:fill="F2F2F2"/>
            <w:vAlign w:val="center"/>
          </w:tcPr>
          <w:p w14:paraId="0A95E7D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48.48</w:t>
            </w:r>
          </w:p>
        </w:tc>
        <w:tc>
          <w:tcPr>
            <w:tcW w:w="491" w:type="pct"/>
            <w:tcBorders>
              <w:top w:val="nil"/>
              <w:left w:val="nil"/>
              <w:bottom w:val="nil"/>
              <w:right w:val="nil"/>
            </w:tcBorders>
            <w:shd w:val="clear" w:color="000000" w:fill="FFFFFF"/>
            <w:vAlign w:val="center"/>
          </w:tcPr>
          <w:p w14:paraId="33EB5BD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1.71</w:t>
            </w:r>
          </w:p>
        </w:tc>
      </w:tr>
      <w:tr w:rsidR="00726DBE" w:rsidRPr="00693325" w14:paraId="23FEC847" w14:textId="77777777" w:rsidTr="00841CFC">
        <w:trPr>
          <w:trHeight w:val="459"/>
        </w:trPr>
        <w:tc>
          <w:tcPr>
            <w:tcW w:w="1063" w:type="pct"/>
            <w:tcBorders>
              <w:top w:val="nil"/>
              <w:left w:val="nil"/>
              <w:bottom w:val="nil"/>
              <w:right w:val="nil"/>
            </w:tcBorders>
            <w:shd w:val="clear" w:color="000000" w:fill="FFFFFF"/>
            <w:vAlign w:val="center"/>
            <w:hideMark/>
          </w:tcPr>
          <w:p w14:paraId="230D7FF5"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tcPr>
          <w:p w14:paraId="57F2A86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4,372 (5,460)</w:t>
            </w:r>
          </w:p>
        </w:tc>
        <w:tc>
          <w:tcPr>
            <w:tcW w:w="492" w:type="pct"/>
            <w:tcBorders>
              <w:top w:val="nil"/>
              <w:left w:val="nil"/>
              <w:bottom w:val="nil"/>
              <w:right w:val="nil"/>
            </w:tcBorders>
            <w:shd w:val="clear" w:color="000000" w:fill="F2F2F2"/>
            <w:vAlign w:val="center"/>
          </w:tcPr>
          <w:p w14:paraId="13326AE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tcPr>
          <w:p w14:paraId="103CF03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375 (422)</w:t>
            </w:r>
          </w:p>
        </w:tc>
        <w:tc>
          <w:tcPr>
            <w:tcW w:w="492" w:type="pct"/>
            <w:tcBorders>
              <w:top w:val="nil"/>
              <w:left w:val="nil"/>
              <w:bottom w:val="nil"/>
              <w:right w:val="nil"/>
            </w:tcBorders>
            <w:shd w:val="clear" w:color="000000" w:fill="FFFFFF"/>
            <w:vAlign w:val="center"/>
          </w:tcPr>
          <w:p w14:paraId="0CD78FC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53 (NA)</w:t>
            </w:r>
          </w:p>
        </w:tc>
        <w:tc>
          <w:tcPr>
            <w:tcW w:w="492" w:type="pct"/>
            <w:tcBorders>
              <w:top w:val="nil"/>
              <w:left w:val="nil"/>
              <w:bottom w:val="nil"/>
              <w:right w:val="nil"/>
            </w:tcBorders>
            <w:shd w:val="clear" w:color="000000" w:fill="F2F2F2"/>
            <w:vAlign w:val="center"/>
          </w:tcPr>
          <w:p w14:paraId="44B4529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8,435 (29,818)</w:t>
            </w:r>
          </w:p>
        </w:tc>
        <w:tc>
          <w:tcPr>
            <w:tcW w:w="492" w:type="pct"/>
            <w:tcBorders>
              <w:top w:val="nil"/>
              <w:left w:val="nil"/>
              <w:bottom w:val="nil"/>
              <w:right w:val="nil"/>
            </w:tcBorders>
            <w:shd w:val="clear" w:color="000000" w:fill="F2F2F2"/>
            <w:vAlign w:val="center"/>
          </w:tcPr>
          <w:p w14:paraId="54D1174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40 (NA)</w:t>
            </w:r>
          </w:p>
        </w:tc>
        <w:tc>
          <w:tcPr>
            <w:tcW w:w="493" w:type="pct"/>
            <w:tcBorders>
              <w:top w:val="nil"/>
              <w:left w:val="nil"/>
              <w:bottom w:val="nil"/>
              <w:right w:val="nil"/>
            </w:tcBorders>
            <w:shd w:val="clear" w:color="000000" w:fill="F2F2F2"/>
            <w:vAlign w:val="center"/>
          </w:tcPr>
          <w:p w14:paraId="747740B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7,288 (29,038)</w:t>
            </w:r>
          </w:p>
        </w:tc>
        <w:tc>
          <w:tcPr>
            <w:tcW w:w="491" w:type="pct"/>
            <w:tcBorders>
              <w:top w:val="nil"/>
              <w:left w:val="nil"/>
              <w:bottom w:val="nil"/>
              <w:right w:val="nil"/>
            </w:tcBorders>
            <w:shd w:val="clear" w:color="000000" w:fill="FFFFFF"/>
            <w:vAlign w:val="center"/>
          </w:tcPr>
          <w:p w14:paraId="1DFA3CE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(1)</w:t>
            </w:r>
          </w:p>
        </w:tc>
      </w:tr>
      <w:tr w:rsidR="00726DBE" w:rsidRPr="00693325" w14:paraId="7BAF7B71" w14:textId="77777777" w:rsidTr="00841CFC">
        <w:trPr>
          <w:trHeight w:val="99"/>
        </w:trPr>
        <w:tc>
          <w:tcPr>
            <w:tcW w:w="1063" w:type="pct"/>
            <w:tcBorders>
              <w:top w:val="nil"/>
              <w:left w:val="nil"/>
              <w:bottom w:val="nil"/>
              <w:right w:val="nil"/>
            </w:tcBorders>
            <w:shd w:val="clear" w:color="000000" w:fill="FFFFFF"/>
            <w:vAlign w:val="center"/>
            <w:hideMark/>
          </w:tcPr>
          <w:p w14:paraId="00561048"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Renal conditions, IR (95% CI)</w:t>
            </w:r>
          </w:p>
        </w:tc>
        <w:tc>
          <w:tcPr>
            <w:tcW w:w="492" w:type="pct"/>
            <w:tcBorders>
              <w:top w:val="nil"/>
              <w:left w:val="nil"/>
              <w:bottom w:val="nil"/>
              <w:right w:val="nil"/>
            </w:tcBorders>
            <w:shd w:val="clear" w:color="000000" w:fill="F2F2F2"/>
            <w:vAlign w:val="center"/>
            <w:hideMark/>
          </w:tcPr>
          <w:p w14:paraId="00BB4E6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561.54 </w:t>
            </w:r>
          </w:p>
          <w:p w14:paraId="2CBAD03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(14.22; 3,128.69)</w:t>
            </w:r>
          </w:p>
        </w:tc>
        <w:tc>
          <w:tcPr>
            <w:tcW w:w="492" w:type="pct"/>
            <w:tcBorders>
              <w:top w:val="nil"/>
              <w:left w:val="nil"/>
              <w:bottom w:val="nil"/>
              <w:right w:val="nil"/>
            </w:tcBorders>
            <w:shd w:val="clear" w:color="000000" w:fill="F2F2F2"/>
            <w:vAlign w:val="center"/>
            <w:hideMark/>
          </w:tcPr>
          <w:p w14:paraId="15D34C5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6624DA7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90.20)</w:t>
            </w:r>
          </w:p>
        </w:tc>
        <w:tc>
          <w:tcPr>
            <w:tcW w:w="493" w:type="pct"/>
            <w:tcBorders>
              <w:top w:val="nil"/>
              <w:left w:val="nil"/>
              <w:bottom w:val="nil"/>
              <w:right w:val="nil"/>
            </w:tcBorders>
            <w:shd w:val="clear" w:color="000000" w:fill="F2F2F2"/>
            <w:vAlign w:val="center"/>
            <w:hideMark/>
          </w:tcPr>
          <w:p w14:paraId="2EDE8CF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23.43 </w:t>
            </w:r>
          </w:p>
          <w:p w14:paraId="2AD258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(0.59; 130.55)</w:t>
            </w:r>
          </w:p>
        </w:tc>
        <w:tc>
          <w:tcPr>
            <w:tcW w:w="492" w:type="pct"/>
            <w:tcBorders>
              <w:top w:val="nil"/>
              <w:left w:val="nil"/>
              <w:bottom w:val="nil"/>
              <w:right w:val="nil"/>
            </w:tcBorders>
            <w:shd w:val="clear" w:color="000000" w:fill="FFFFFF"/>
            <w:vAlign w:val="center"/>
            <w:hideMark/>
          </w:tcPr>
          <w:p w14:paraId="629B6F3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4.02 </w:t>
            </w:r>
          </w:p>
          <w:p w14:paraId="0005621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(0.10; 22.42)</w:t>
            </w:r>
          </w:p>
        </w:tc>
        <w:tc>
          <w:tcPr>
            <w:tcW w:w="492" w:type="pct"/>
            <w:tcBorders>
              <w:top w:val="nil"/>
              <w:left w:val="nil"/>
              <w:bottom w:val="nil"/>
              <w:right w:val="nil"/>
            </w:tcBorders>
            <w:shd w:val="clear" w:color="000000" w:fill="F2F2F2"/>
            <w:vAlign w:val="center"/>
            <w:hideMark/>
          </w:tcPr>
          <w:p w14:paraId="699134D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301.40 </w:t>
            </w:r>
          </w:p>
          <w:p w14:paraId="02A6160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(7.63; 1,679.31)</w:t>
            </w:r>
          </w:p>
        </w:tc>
        <w:tc>
          <w:tcPr>
            <w:tcW w:w="492" w:type="pct"/>
            <w:tcBorders>
              <w:top w:val="nil"/>
              <w:left w:val="nil"/>
              <w:bottom w:val="nil"/>
              <w:right w:val="nil"/>
            </w:tcBorders>
            <w:shd w:val="clear" w:color="000000" w:fill="F2F2F2"/>
            <w:vAlign w:val="center"/>
            <w:hideMark/>
          </w:tcPr>
          <w:p w14:paraId="38A8933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3623878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25.75)</w:t>
            </w:r>
          </w:p>
        </w:tc>
        <w:tc>
          <w:tcPr>
            <w:tcW w:w="493" w:type="pct"/>
            <w:tcBorders>
              <w:top w:val="nil"/>
              <w:left w:val="nil"/>
              <w:bottom w:val="nil"/>
              <w:right w:val="nil"/>
            </w:tcBorders>
            <w:shd w:val="clear" w:color="000000" w:fill="F2F2F2"/>
            <w:vAlign w:val="center"/>
            <w:hideMark/>
          </w:tcPr>
          <w:p w14:paraId="0C1451B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6.82 </w:t>
            </w:r>
          </w:p>
          <w:p w14:paraId="0290A2D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(0.17; 38.01)</w:t>
            </w:r>
          </w:p>
        </w:tc>
        <w:tc>
          <w:tcPr>
            <w:tcW w:w="491" w:type="pct"/>
            <w:tcBorders>
              <w:top w:val="nil"/>
              <w:left w:val="nil"/>
              <w:bottom w:val="nil"/>
              <w:right w:val="nil"/>
            </w:tcBorders>
            <w:shd w:val="clear" w:color="000000" w:fill="FFFFFF"/>
            <w:vAlign w:val="center"/>
            <w:hideMark/>
          </w:tcPr>
          <w:p w14:paraId="01C4E50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799246B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9.88)</w:t>
            </w:r>
          </w:p>
        </w:tc>
      </w:tr>
      <w:tr w:rsidR="00726DBE" w:rsidRPr="00693325" w14:paraId="34395CA9" w14:textId="77777777" w:rsidTr="00841CFC">
        <w:trPr>
          <w:trHeight w:val="243"/>
        </w:trPr>
        <w:tc>
          <w:tcPr>
            <w:tcW w:w="1063" w:type="pct"/>
            <w:tcBorders>
              <w:top w:val="nil"/>
              <w:left w:val="nil"/>
              <w:bottom w:val="nil"/>
              <w:right w:val="nil"/>
            </w:tcBorders>
            <w:shd w:val="clear" w:color="000000" w:fill="FFFFFF"/>
            <w:vAlign w:val="center"/>
          </w:tcPr>
          <w:p w14:paraId="161F93C4"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lang w:val="fr-FR"/>
              </w:rPr>
              <w:t>Percentage (%)</w:t>
            </w:r>
          </w:p>
        </w:tc>
        <w:tc>
          <w:tcPr>
            <w:tcW w:w="492" w:type="pct"/>
            <w:tcBorders>
              <w:top w:val="nil"/>
              <w:left w:val="nil"/>
              <w:bottom w:val="nil"/>
              <w:right w:val="nil"/>
            </w:tcBorders>
            <w:shd w:val="clear" w:color="000000" w:fill="F2F2F2"/>
            <w:vAlign w:val="center"/>
          </w:tcPr>
          <w:p w14:paraId="5474877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5.26</w:t>
            </w:r>
          </w:p>
        </w:tc>
        <w:tc>
          <w:tcPr>
            <w:tcW w:w="492" w:type="pct"/>
            <w:tcBorders>
              <w:top w:val="nil"/>
              <w:left w:val="nil"/>
              <w:bottom w:val="nil"/>
              <w:right w:val="nil"/>
            </w:tcBorders>
            <w:shd w:val="clear" w:color="000000" w:fill="F2F2F2"/>
            <w:vAlign w:val="center"/>
          </w:tcPr>
          <w:p w14:paraId="157DC21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top w:val="nil"/>
              <w:left w:val="nil"/>
              <w:bottom w:val="nil"/>
              <w:right w:val="nil"/>
            </w:tcBorders>
            <w:shd w:val="clear" w:color="000000" w:fill="F2F2F2"/>
            <w:vAlign w:val="center"/>
          </w:tcPr>
          <w:p w14:paraId="148BA86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5.26</w:t>
            </w:r>
          </w:p>
        </w:tc>
        <w:tc>
          <w:tcPr>
            <w:tcW w:w="492" w:type="pct"/>
            <w:tcBorders>
              <w:top w:val="nil"/>
              <w:left w:val="nil"/>
              <w:bottom w:val="nil"/>
              <w:right w:val="nil"/>
            </w:tcBorders>
            <w:shd w:val="clear" w:color="000000" w:fill="FFFFFF"/>
            <w:vAlign w:val="center"/>
          </w:tcPr>
          <w:p w14:paraId="4CC7314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1.05</w:t>
            </w:r>
          </w:p>
        </w:tc>
        <w:tc>
          <w:tcPr>
            <w:tcW w:w="492" w:type="pct"/>
            <w:tcBorders>
              <w:top w:val="nil"/>
              <w:left w:val="nil"/>
              <w:bottom w:val="nil"/>
              <w:right w:val="nil"/>
            </w:tcBorders>
            <w:shd w:val="clear" w:color="000000" w:fill="F2F2F2"/>
            <w:vAlign w:val="center"/>
          </w:tcPr>
          <w:p w14:paraId="10BB73A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2.94</w:t>
            </w:r>
          </w:p>
        </w:tc>
        <w:tc>
          <w:tcPr>
            <w:tcW w:w="492" w:type="pct"/>
            <w:tcBorders>
              <w:top w:val="nil"/>
              <w:left w:val="nil"/>
              <w:bottom w:val="nil"/>
              <w:right w:val="nil"/>
            </w:tcBorders>
            <w:shd w:val="clear" w:color="000000" w:fill="F2F2F2"/>
            <w:vAlign w:val="center"/>
          </w:tcPr>
          <w:p w14:paraId="025079E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top w:val="nil"/>
              <w:left w:val="nil"/>
              <w:bottom w:val="nil"/>
              <w:right w:val="nil"/>
            </w:tcBorders>
            <w:shd w:val="clear" w:color="000000" w:fill="F2F2F2"/>
            <w:vAlign w:val="center"/>
          </w:tcPr>
          <w:p w14:paraId="646066A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2.94</w:t>
            </w:r>
          </w:p>
        </w:tc>
        <w:tc>
          <w:tcPr>
            <w:tcW w:w="491" w:type="pct"/>
            <w:tcBorders>
              <w:top w:val="nil"/>
              <w:left w:val="nil"/>
              <w:bottom w:val="nil"/>
              <w:right w:val="nil"/>
            </w:tcBorders>
            <w:shd w:val="clear" w:color="000000" w:fill="FFFFFF"/>
            <w:vAlign w:val="center"/>
          </w:tcPr>
          <w:p w14:paraId="614F248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r>
      <w:tr w:rsidR="00726DBE" w:rsidRPr="00693325" w14:paraId="2DACD4C7" w14:textId="77777777" w:rsidTr="00841CFC">
        <w:trPr>
          <w:trHeight w:val="270"/>
        </w:trPr>
        <w:tc>
          <w:tcPr>
            <w:tcW w:w="1063" w:type="pct"/>
            <w:tcBorders>
              <w:top w:val="nil"/>
              <w:left w:val="nil"/>
              <w:bottom w:val="nil"/>
              <w:right w:val="nil"/>
            </w:tcBorders>
            <w:shd w:val="clear" w:color="000000" w:fill="FFFFFF"/>
            <w:vAlign w:val="center"/>
            <w:hideMark/>
          </w:tcPr>
          <w:p w14:paraId="17A47E69"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tcPr>
          <w:p w14:paraId="1C9252C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4,774 (NA)</w:t>
            </w:r>
          </w:p>
        </w:tc>
        <w:tc>
          <w:tcPr>
            <w:tcW w:w="492" w:type="pct"/>
            <w:tcBorders>
              <w:top w:val="nil"/>
              <w:left w:val="nil"/>
              <w:bottom w:val="nil"/>
              <w:right w:val="nil"/>
            </w:tcBorders>
            <w:shd w:val="clear" w:color="000000" w:fill="F2F2F2"/>
            <w:vAlign w:val="center"/>
          </w:tcPr>
          <w:p w14:paraId="347E142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tcPr>
          <w:p w14:paraId="63D6F12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4,774 (NA)</w:t>
            </w:r>
          </w:p>
        </w:tc>
        <w:tc>
          <w:tcPr>
            <w:tcW w:w="492" w:type="pct"/>
            <w:tcBorders>
              <w:top w:val="nil"/>
              <w:left w:val="nil"/>
              <w:bottom w:val="nil"/>
              <w:right w:val="nil"/>
            </w:tcBorders>
            <w:shd w:val="clear" w:color="000000" w:fill="FFFFFF"/>
            <w:vAlign w:val="center"/>
          </w:tcPr>
          <w:p w14:paraId="47EF5E9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(NA)</w:t>
            </w:r>
          </w:p>
        </w:tc>
        <w:tc>
          <w:tcPr>
            <w:tcW w:w="492" w:type="pct"/>
            <w:tcBorders>
              <w:top w:val="nil"/>
              <w:left w:val="nil"/>
              <w:bottom w:val="nil"/>
              <w:right w:val="nil"/>
            </w:tcBorders>
            <w:shd w:val="clear" w:color="000000" w:fill="F2F2F2"/>
            <w:vAlign w:val="center"/>
          </w:tcPr>
          <w:p w14:paraId="450C510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3,866 (NA)</w:t>
            </w:r>
          </w:p>
        </w:tc>
        <w:tc>
          <w:tcPr>
            <w:tcW w:w="492" w:type="pct"/>
            <w:tcBorders>
              <w:top w:val="nil"/>
              <w:left w:val="nil"/>
              <w:bottom w:val="nil"/>
              <w:right w:val="nil"/>
            </w:tcBorders>
            <w:shd w:val="clear" w:color="000000" w:fill="F2F2F2"/>
            <w:vAlign w:val="center"/>
          </w:tcPr>
          <w:p w14:paraId="048E07D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tcPr>
          <w:p w14:paraId="57CE70D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3,866 (NA)</w:t>
            </w:r>
          </w:p>
        </w:tc>
        <w:tc>
          <w:tcPr>
            <w:tcW w:w="491" w:type="pct"/>
            <w:tcBorders>
              <w:top w:val="nil"/>
              <w:left w:val="nil"/>
              <w:bottom w:val="nil"/>
              <w:right w:val="nil"/>
            </w:tcBorders>
            <w:shd w:val="clear" w:color="000000" w:fill="FFFFFF"/>
            <w:vAlign w:val="center"/>
          </w:tcPr>
          <w:p w14:paraId="25CC67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600E4B48" w14:textId="77777777" w:rsidTr="00841CFC">
        <w:trPr>
          <w:trHeight w:val="450"/>
        </w:trPr>
        <w:tc>
          <w:tcPr>
            <w:tcW w:w="1063" w:type="pct"/>
            <w:tcBorders>
              <w:top w:val="nil"/>
              <w:left w:val="nil"/>
              <w:bottom w:val="nil"/>
              <w:right w:val="nil"/>
            </w:tcBorders>
            <w:shd w:val="clear" w:color="000000" w:fill="FFFFFF"/>
            <w:vAlign w:val="center"/>
            <w:hideMark/>
          </w:tcPr>
          <w:p w14:paraId="5A6BA03F"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lastRenderedPageBreak/>
              <w:t>Sensory system deficits, IR (95% CI)</w:t>
            </w:r>
          </w:p>
        </w:tc>
        <w:tc>
          <w:tcPr>
            <w:tcW w:w="492" w:type="pct"/>
            <w:tcBorders>
              <w:top w:val="nil"/>
              <w:left w:val="nil"/>
              <w:bottom w:val="nil"/>
              <w:right w:val="nil"/>
            </w:tcBorders>
            <w:shd w:val="clear" w:color="000000" w:fill="F2F2F2"/>
            <w:vAlign w:val="center"/>
            <w:hideMark/>
          </w:tcPr>
          <w:p w14:paraId="6DEF757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167940C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1,929.00)</w:t>
            </w:r>
          </w:p>
        </w:tc>
        <w:tc>
          <w:tcPr>
            <w:tcW w:w="492" w:type="pct"/>
            <w:tcBorders>
              <w:top w:val="nil"/>
              <w:left w:val="nil"/>
              <w:bottom w:val="nil"/>
              <w:right w:val="nil"/>
            </w:tcBorders>
            <w:shd w:val="clear" w:color="000000" w:fill="F2F2F2"/>
            <w:vAlign w:val="center"/>
            <w:hideMark/>
          </w:tcPr>
          <w:p w14:paraId="44B5D15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24.87 </w:t>
            </w:r>
          </w:p>
          <w:p w14:paraId="0E2D4E1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(0.63; 138.57)</w:t>
            </w:r>
          </w:p>
        </w:tc>
        <w:tc>
          <w:tcPr>
            <w:tcW w:w="493" w:type="pct"/>
            <w:tcBorders>
              <w:top w:val="nil"/>
              <w:left w:val="nil"/>
              <w:bottom w:val="nil"/>
              <w:right w:val="nil"/>
            </w:tcBorders>
            <w:shd w:val="clear" w:color="000000" w:fill="F2F2F2"/>
            <w:vAlign w:val="center"/>
            <w:hideMark/>
          </w:tcPr>
          <w:p w14:paraId="7B19FE3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23.74 </w:t>
            </w:r>
          </w:p>
          <w:p w14:paraId="2F3A0B0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(0.60; 132.28)</w:t>
            </w:r>
          </w:p>
        </w:tc>
        <w:tc>
          <w:tcPr>
            <w:tcW w:w="492" w:type="pct"/>
            <w:tcBorders>
              <w:top w:val="nil"/>
              <w:left w:val="nil"/>
              <w:bottom w:val="nil"/>
              <w:right w:val="nil"/>
            </w:tcBorders>
            <w:shd w:val="clear" w:color="000000" w:fill="FFFFFF"/>
            <w:vAlign w:val="center"/>
            <w:hideMark/>
          </w:tcPr>
          <w:p w14:paraId="60C5C20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16.34 </w:t>
            </w:r>
          </w:p>
          <w:p w14:paraId="1DB0EF5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(4.45; 41.83)</w:t>
            </w:r>
          </w:p>
        </w:tc>
        <w:tc>
          <w:tcPr>
            <w:tcW w:w="492" w:type="pct"/>
            <w:tcBorders>
              <w:top w:val="nil"/>
              <w:left w:val="nil"/>
              <w:bottom w:val="nil"/>
              <w:right w:val="nil"/>
            </w:tcBorders>
            <w:shd w:val="clear" w:color="000000" w:fill="F2F2F2"/>
            <w:vAlign w:val="center"/>
            <w:hideMark/>
          </w:tcPr>
          <w:p w14:paraId="27D9C46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966.46 </w:t>
            </w:r>
          </w:p>
          <w:p w14:paraId="685166C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(199.31; 2,824.41)</w:t>
            </w:r>
          </w:p>
        </w:tc>
        <w:tc>
          <w:tcPr>
            <w:tcW w:w="492" w:type="pct"/>
            <w:tcBorders>
              <w:top w:val="nil"/>
              <w:left w:val="nil"/>
              <w:bottom w:val="nil"/>
              <w:right w:val="nil"/>
            </w:tcBorders>
            <w:shd w:val="clear" w:color="000000" w:fill="F2F2F2"/>
            <w:vAlign w:val="center"/>
            <w:hideMark/>
          </w:tcPr>
          <w:p w14:paraId="15E1EB8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7.58 </w:t>
            </w:r>
          </w:p>
          <w:p w14:paraId="1715ECE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(0.19; 42.22)</w:t>
            </w:r>
          </w:p>
        </w:tc>
        <w:tc>
          <w:tcPr>
            <w:tcW w:w="493" w:type="pct"/>
            <w:tcBorders>
              <w:top w:val="nil"/>
              <w:left w:val="nil"/>
              <w:bottom w:val="nil"/>
              <w:right w:val="nil"/>
            </w:tcBorders>
            <w:shd w:val="clear" w:color="000000" w:fill="F2F2F2"/>
            <w:vAlign w:val="center"/>
            <w:hideMark/>
          </w:tcPr>
          <w:p w14:paraId="3F2DC5E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29.61 </w:t>
            </w:r>
          </w:p>
          <w:p w14:paraId="5A0E68B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(8.07; 75.82)</w:t>
            </w:r>
          </w:p>
        </w:tc>
        <w:tc>
          <w:tcPr>
            <w:tcW w:w="491" w:type="pct"/>
            <w:tcBorders>
              <w:top w:val="nil"/>
              <w:left w:val="nil"/>
              <w:bottom w:val="nil"/>
              <w:right w:val="nil"/>
            </w:tcBorders>
            <w:shd w:val="clear" w:color="000000" w:fill="FFFFFF"/>
            <w:vAlign w:val="center"/>
            <w:hideMark/>
          </w:tcPr>
          <w:p w14:paraId="75D5067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14.05 </w:t>
            </w:r>
          </w:p>
          <w:p w14:paraId="0866852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(4.56; 32.79)</w:t>
            </w:r>
          </w:p>
        </w:tc>
      </w:tr>
      <w:tr w:rsidR="00726DBE" w:rsidRPr="00693325" w14:paraId="1104CCFD" w14:textId="77777777" w:rsidTr="00841CFC">
        <w:trPr>
          <w:trHeight w:val="180"/>
        </w:trPr>
        <w:tc>
          <w:tcPr>
            <w:tcW w:w="1063" w:type="pct"/>
            <w:tcBorders>
              <w:top w:val="nil"/>
              <w:left w:val="nil"/>
              <w:bottom w:val="nil"/>
              <w:right w:val="nil"/>
            </w:tcBorders>
            <w:shd w:val="clear" w:color="000000" w:fill="FFFFFF"/>
            <w:vAlign w:val="center"/>
          </w:tcPr>
          <w:p w14:paraId="1F6AF282"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lang w:val="fr-FR"/>
              </w:rPr>
              <w:t>Percentage (%)</w:t>
            </w:r>
          </w:p>
        </w:tc>
        <w:tc>
          <w:tcPr>
            <w:tcW w:w="492" w:type="pct"/>
            <w:tcBorders>
              <w:top w:val="nil"/>
              <w:left w:val="nil"/>
              <w:bottom w:val="nil"/>
              <w:right w:val="nil"/>
            </w:tcBorders>
            <w:shd w:val="clear" w:color="000000" w:fill="F2F2F2"/>
            <w:vAlign w:val="center"/>
          </w:tcPr>
          <w:p w14:paraId="64E6278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6C87A97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5.88</w:t>
            </w:r>
          </w:p>
        </w:tc>
        <w:tc>
          <w:tcPr>
            <w:tcW w:w="493" w:type="pct"/>
            <w:tcBorders>
              <w:top w:val="nil"/>
              <w:left w:val="nil"/>
              <w:bottom w:val="nil"/>
              <w:right w:val="nil"/>
            </w:tcBorders>
            <w:shd w:val="clear" w:color="000000" w:fill="F2F2F2"/>
            <w:vAlign w:val="center"/>
          </w:tcPr>
          <w:p w14:paraId="2B7CBC8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5.26</w:t>
            </w:r>
          </w:p>
        </w:tc>
        <w:tc>
          <w:tcPr>
            <w:tcW w:w="492" w:type="pct"/>
            <w:tcBorders>
              <w:top w:val="nil"/>
              <w:left w:val="nil"/>
              <w:bottom w:val="nil"/>
              <w:right w:val="nil"/>
            </w:tcBorders>
            <w:shd w:val="clear" w:color="000000" w:fill="FFFFFF"/>
            <w:vAlign w:val="center"/>
          </w:tcPr>
          <w:p w14:paraId="6B5A5F5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4.21</w:t>
            </w:r>
          </w:p>
        </w:tc>
        <w:tc>
          <w:tcPr>
            <w:tcW w:w="492" w:type="pct"/>
            <w:tcBorders>
              <w:top w:val="nil"/>
              <w:left w:val="nil"/>
              <w:bottom w:val="nil"/>
              <w:right w:val="nil"/>
            </w:tcBorders>
            <w:shd w:val="clear" w:color="000000" w:fill="F2F2F2"/>
            <w:vAlign w:val="center"/>
          </w:tcPr>
          <w:p w14:paraId="0508589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8.82</w:t>
            </w:r>
          </w:p>
        </w:tc>
        <w:tc>
          <w:tcPr>
            <w:tcW w:w="492" w:type="pct"/>
            <w:tcBorders>
              <w:top w:val="nil"/>
              <w:left w:val="nil"/>
              <w:bottom w:val="nil"/>
              <w:right w:val="nil"/>
            </w:tcBorders>
            <w:shd w:val="clear" w:color="000000" w:fill="F2F2F2"/>
            <w:vAlign w:val="center"/>
          </w:tcPr>
          <w:p w14:paraId="2C3B2D2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3.57</w:t>
            </w:r>
          </w:p>
        </w:tc>
        <w:tc>
          <w:tcPr>
            <w:tcW w:w="493" w:type="pct"/>
            <w:tcBorders>
              <w:top w:val="nil"/>
              <w:left w:val="nil"/>
              <w:bottom w:val="nil"/>
              <w:right w:val="nil"/>
            </w:tcBorders>
            <w:shd w:val="clear" w:color="000000" w:fill="F2F2F2"/>
            <w:vAlign w:val="center"/>
          </w:tcPr>
          <w:p w14:paraId="7540605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11.76</w:t>
            </w:r>
          </w:p>
        </w:tc>
        <w:tc>
          <w:tcPr>
            <w:tcW w:w="491" w:type="pct"/>
            <w:tcBorders>
              <w:top w:val="nil"/>
              <w:left w:val="nil"/>
              <w:bottom w:val="nil"/>
              <w:right w:val="nil"/>
            </w:tcBorders>
            <w:shd w:val="clear" w:color="000000" w:fill="FFFFFF"/>
            <w:vAlign w:val="center"/>
          </w:tcPr>
          <w:p w14:paraId="41BD2A1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2.86</w:t>
            </w:r>
          </w:p>
        </w:tc>
      </w:tr>
      <w:tr w:rsidR="00726DBE" w:rsidRPr="00693325" w14:paraId="77D36C04" w14:textId="77777777" w:rsidTr="00841CFC">
        <w:trPr>
          <w:trHeight w:val="279"/>
        </w:trPr>
        <w:tc>
          <w:tcPr>
            <w:tcW w:w="1063" w:type="pct"/>
            <w:tcBorders>
              <w:top w:val="nil"/>
              <w:left w:val="nil"/>
              <w:bottom w:val="nil"/>
              <w:right w:val="nil"/>
            </w:tcBorders>
            <w:shd w:val="clear" w:color="000000" w:fill="FFFFFF"/>
            <w:vAlign w:val="center"/>
            <w:hideMark/>
          </w:tcPr>
          <w:p w14:paraId="0038B977"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tcPr>
          <w:p w14:paraId="1B2FBC8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tcPr>
          <w:p w14:paraId="115F9C8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16 (NA)</w:t>
            </w:r>
          </w:p>
        </w:tc>
        <w:tc>
          <w:tcPr>
            <w:tcW w:w="493" w:type="pct"/>
            <w:tcBorders>
              <w:top w:val="nil"/>
              <w:left w:val="nil"/>
              <w:bottom w:val="nil"/>
              <w:right w:val="nil"/>
            </w:tcBorders>
            <w:shd w:val="clear" w:color="000000" w:fill="F2F2F2"/>
            <w:vAlign w:val="center"/>
          </w:tcPr>
          <w:p w14:paraId="1C03912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 (NA)</w:t>
            </w:r>
          </w:p>
        </w:tc>
        <w:tc>
          <w:tcPr>
            <w:tcW w:w="492" w:type="pct"/>
            <w:tcBorders>
              <w:top w:val="nil"/>
              <w:left w:val="nil"/>
              <w:bottom w:val="nil"/>
              <w:right w:val="nil"/>
            </w:tcBorders>
            <w:shd w:val="clear" w:color="000000" w:fill="FFFFFF"/>
            <w:vAlign w:val="center"/>
          </w:tcPr>
          <w:p w14:paraId="4FE33C0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 (19)</w:t>
            </w:r>
          </w:p>
        </w:tc>
        <w:tc>
          <w:tcPr>
            <w:tcW w:w="492" w:type="pct"/>
            <w:tcBorders>
              <w:top w:val="nil"/>
              <w:left w:val="nil"/>
              <w:bottom w:val="nil"/>
              <w:right w:val="nil"/>
            </w:tcBorders>
            <w:shd w:val="clear" w:color="000000" w:fill="F2F2F2"/>
            <w:vAlign w:val="center"/>
          </w:tcPr>
          <w:p w14:paraId="5B83F79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190 (266)</w:t>
            </w:r>
          </w:p>
        </w:tc>
        <w:tc>
          <w:tcPr>
            <w:tcW w:w="492" w:type="pct"/>
            <w:tcBorders>
              <w:top w:val="nil"/>
              <w:left w:val="nil"/>
              <w:bottom w:val="nil"/>
              <w:right w:val="nil"/>
            </w:tcBorders>
            <w:shd w:val="clear" w:color="000000" w:fill="F2F2F2"/>
            <w:vAlign w:val="center"/>
          </w:tcPr>
          <w:p w14:paraId="70BD79F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 (NA)</w:t>
            </w:r>
          </w:p>
        </w:tc>
        <w:tc>
          <w:tcPr>
            <w:tcW w:w="493" w:type="pct"/>
            <w:tcBorders>
              <w:top w:val="nil"/>
              <w:left w:val="nil"/>
              <w:bottom w:val="nil"/>
              <w:right w:val="nil"/>
            </w:tcBorders>
            <w:shd w:val="clear" w:color="000000" w:fill="F2F2F2"/>
            <w:vAlign w:val="center"/>
          </w:tcPr>
          <w:p w14:paraId="2FFE234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 (7)</w:t>
            </w:r>
          </w:p>
        </w:tc>
        <w:tc>
          <w:tcPr>
            <w:tcW w:w="491" w:type="pct"/>
            <w:tcBorders>
              <w:top w:val="nil"/>
              <w:left w:val="nil"/>
              <w:bottom w:val="nil"/>
              <w:right w:val="nil"/>
            </w:tcBorders>
            <w:shd w:val="clear" w:color="000000" w:fill="FFFFFF"/>
            <w:vAlign w:val="center"/>
          </w:tcPr>
          <w:p w14:paraId="439CF79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 (14)</w:t>
            </w:r>
          </w:p>
        </w:tc>
      </w:tr>
      <w:tr w:rsidR="00726DBE" w:rsidRPr="00693325" w14:paraId="229B80CA" w14:textId="77777777" w:rsidTr="00841CFC">
        <w:trPr>
          <w:trHeight w:val="261"/>
        </w:trPr>
        <w:tc>
          <w:tcPr>
            <w:tcW w:w="1063" w:type="pct"/>
            <w:tcBorders>
              <w:top w:val="nil"/>
              <w:left w:val="nil"/>
              <w:bottom w:val="nil"/>
              <w:right w:val="nil"/>
            </w:tcBorders>
            <w:shd w:val="clear" w:color="000000" w:fill="FFFFFF"/>
            <w:vAlign w:val="center"/>
            <w:hideMark/>
          </w:tcPr>
          <w:p w14:paraId="04E3C194"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Other physical conditions, IR (95% CI)</w:t>
            </w:r>
          </w:p>
        </w:tc>
        <w:tc>
          <w:tcPr>
            <w:tcW w:w="492" w:type="pct"/>
            <w:tcBorders>
              <w:top w:val="nil"/>
              <w:left w:val="nil"/>
              <w:bottom w:val="nil"/>
              <w:right w:val="nil"/>
            </w:tcBorders>
            <w:shd w:val="clear" w:color="000000" w:fill="F2F2F2"/>
            <w:vAlign w:val="center"/>
            <w:hideMark/>
          </w:tcPr>
          <w:p w14:paraId="3086027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1,212.62 (146.85; 4,380.42)</w:t>
            </w:r>
          </w:p>
        </w:tc>
        <w:tc>
          <w:tcPr>
            <w:tcW w:w="492" w:type="pct"/>
            <w:tcBorders>
              <w:top w:val="nil"/>
              <w:left w:val="nil"/>
              <w:bottom w:val="nil"/>
              <w:right w:val="nil"/>
            </w:tcBorders>
            <w:shd w:val="clear" w:color="000000" w:fill="F2F2F2"/>
            <w:vAlign w:val="center"/>
            <w:hideMark/>
          </w:tcPr>
          <w:p w14:paraId="20185AF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60.85 </w:t>
            </w:r>
          </w:p>
          <w:p w14:paraId="61661B6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(7.37; 219.82)</w:t>
            </w:r>
          </w:p>
        </w:tc>
        <w:tc>
          <w:tcPr>
            <w:tcW w:w="493" w:type="pct"/>
            <w:tcBorders>
              <w:top w:val="nil"/>
              <w:left w:val="nil"/>
              <w:bottom w:val="nil"/>
              <w:right w:val="nil"/>
            </w:tcBorders>
            <w:shd w:val="clear" w:color="000000" w:fill="F2F2F2"/>
            <w:vAlign w:val="center"/>
            <w:hideMark/>
          </w:tcPr>
          <w:p w14:paraId="25372E2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115.89 </w:t>
            </w:r>
          </w:p>
          <w:p w14:paraId="50F2EDF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(31.58; 296.73)</w:t>
            </w:r>
          </w:p>
        </w:tc>
        <w:tc>
          <w:tcPr>
            <w:tcW w:w="492" w:type="pct"/>
            <w:tcBorders>
              <w:top w:val="nil"/>
              <w:left w:val="nil"/>
              <w:bottom w:val="nil"/>
              <w:right w:val="nil"/>
            </w:tcBorders>
            <w:shd w:val="clear" w:color="000000" w:fill="FFFFFF"/>
            <w:vAlign w:val="center"/>
            <w:hideMark/>
          </w:tcPr>
          <w:p w14:paraId="12A07F2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67.72 </w:t>
            </w:r>
          </w:p>
          <w:p w14:paraId="323B44F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(37.02; 113.63)</w:t>
            </w:r>
          </w:p>
        </w:tc>
        <w:tc>
          <w:tcPr>
            <w:tcW w:w="492" w:type="pct"/>
            <w:tcBorders>
              <w:top w:val="nil"/>
              <w:left w:val="nil"/>
              <w:bottom w:val="nil"/>
              <w:right w:val="nil"/>
            </w:tcBorders>
            <w:shd w:val="clear" w:color="000000" w:fill="F2F2F2"/>
            <w:vAlign w:val="center"/>
            <w:hideMark/>
          </w:tcPr>
          <w:p w14:paraId="26D0FE3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3,443.40 (1,486.61; 6,784.86)</w:t>
            </w:r>
          </w:p>
        </w:tc>
        <w:tc>
          <w:tcPr>
            <w:tcW w:w="492" w:type="pct"/>
            <w:tcBorders>
              <w:top w:val="nil"/>
              <w:left w:val="nil"/>
              <w:bottom w:val="nil"/>
              <w:right w:val="nil"/>
            </w:tcBorders>
            <w:shd w:val="clear" w:color="000000" w:fill="F2F2F2"/>
            <w:vAlign w:val="center"/>
            <w:hideMark/>
          </w:tcPr>
          <w:p w14:paraId="3AB43E1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76.03 </w:t>
            </w:r>
          </w:p>
          <w:p w14:paraId="2FBF039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(27.90; 165.49)</w:t>
            </w:r>
          </w:p>
        </w:tc>
        <w:tc>
          <w:tcPr>
            <w:tcW w:w="493" w:type="pct"/>
            <w:tcBorders>
              <w:top w:val="nil"/>
              <w:left w:val="nil"/>
              <w:bottom w:val="nil"/>
              <w:right w:val="nil"/>
            </w:tcBorders>
            <w:shd w:val="clear" w:color="000000" w:fill="F2F2F2"/>
            <w:vAlign w:val="center"/>
            <w:hideMark/>
          </w:tcPr>
          <w:p w14:paraId="4DF8E49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172.34 </w:t>
            </w:r>
          </w:p>
          <w:p w14:paraId="6067161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(94.22; 289.15)</w:t>
            </w:r>
          </w:p>
        </w:tc>
        <w:tc>
          <w:tcPr>
            <w:tcW w:w="491" w:type="pct"/>
            <w:tcBorders>
              <w:top w:val="nil"/>
              <w:left w:val="nil"/>
              <w:bottom w:val="nil"/>
              <w:right w:val="nil"/>
            </w:tcBorders>
            <w:shd w:val="clear" w:color="000000" w:fill="FFFFFF"/>
            <w:vAlign w:val="center"/>
            <w:hideMark/>
          </w:tcPr>
          <w:p w14:paraId="6DC6DC3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130.46 </w:t>
            </w:r>
          </w:p>
          <w:p w14:paraId="00FA6FB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(91.37; 180.61)</w:t>
            </w:r>
          </w:p>
        </w:tc>
      </w:tr>
      <w:tr w:rsidR="00726DBE" w:rsidRPr="00693325" w14:paraId="0D5FCCC7" w14:textId="77777777" w:rsidTr="00841CFC">
        <w:trPr>
          <w:trHeight w:val="306"/>
        </w:trPr>
        <w:tc>
          <w:tcPr>
            <w:tcW w:w="1063" w:type="pct"/>
            <w:tcBorders>
              <w:top w:val="nil"/>
              <w:left w:val="nil"/>
              <w:bottom w:val="nil"/>
              <w:right w:val="nil"/>
            </w:tcBorders>
            <w:shd w:val="clear" w:color="000000" w:fill="FFFFFF"/>
            <w:vAlign w:val="center"/>
          </w:tcPr>
          <w:p w14:paraId="42A894A9"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lang w:val="fr-FR"/>
              </w:rPr>
              <w:t>Percentage (%)</w:t>
            </w:r>
          </w:p>
        </w:tc>
        <w:tc>
          <w:tcPr>
            <w:tcW w:w="492" w:type="pct"/>
            <w:tcBorders>
              <w:top w:val="nil"/>
              <w:left w:val="nil"/>
              <w:bottom w:val="nil"/>
              <w:right w:val="nil"/>
            </w:tcBorders>
            <w:shd w:val="clear" w:color="000000" w:fill="F2F2F2"/>
            <w:vAlign w:val="center"/>
          </w:tcPr>
          <w:p w14:paraId="585BDD1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11.76</w:t>
            </w:r>
          </w:p>
        </w:tc>
        <w:tc>
          <w:tcPr>
            <w:tcW w:w="492" w:type="pct"/>
            <w:tcBorders>
              <w:top w:val="nil"/>
              <w:left w:val="nil"/>
              <w:bottom w:val="nil"/>
              <w:right w:val="nil"/>
            </w:tcBorders>
            <w:shd w:val="clear" w:color="000000" w:fill="F2F2F2"/>
            <w:vAlign w:val="center"/>
          </w:tcPr>
          <w:p w14:paraId="573E8F3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13.33</w:t>
            </w:r>
          </w:p>
        </w:tc>
        <w:tc>
          <w:tcPr>
            <w:tcW w:w="493" w:type="pct"/>
            <w:tcBorders>
              <w:top w:val="nil"/>
              <w:left w:val="nil"/>
              <w:bottom w:val="nil"/>
              <w:right w:val="nil"/>
            </w:tcBorders>
            <w:shd w:val="clear" w:color="000000" w:fill="F2F2F2"/>
            <w:vAlign w:val="center"/>
          </w:tcPr>
          <w:p w14:paraId="1609A14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23.53</w:t>
            </w:r>
          </w:p>
        </w:tc>
        <w:tc>
          <w:tcPr>
            <w:tcW w:w="492" w:type="pct"/>
            <w:tcBorders>
              <w:top w:val="nil"/>
              <w:left w:val="nil"/>
              <w:bottom w:val="nil"/>
              <w:right w:val="nil"/>
            </w:tcBorders>
            <w:shd w:val="clear" w:color="000000" w:fill="FFFFFF"/>
            <w:vAlign w:val="center"/>
          </w:tcPr>
          <w:p w14:paraId="0A7CE84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14.74</w:t>
            </w:r>
          </w:p>
        </w:tc>
        <w:tc>
          <w:tcPr>
            <w:tcW w:w="492" w:type="pct"/>
            <w:tcBorders>
              <w:top w:val="nil"/>
              <w:left w:val="nil"/>
              <w:bottom w:val="nil"/>
              <w:right w:val="nil"/>
            </w:tcBorders>
            <w:shd w:val="clear" w:color="000000" w:fill="F2F2F2"/>
            <w:vAlign w:val="center"/>
          </w:tcPr>
          <w:p w14:paraId="74E7AA3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26.67</w:t>
            </w:r>
          </w:p>
        </w:tc>
        <w:tc>
          <w:tcPr>
            <w:tcW w:w="492" w:type="pct"/>
            <w:tcBorders>
              <w:top w:val="nil"/>
              <w:left w:val="nil"/>
              <w:bottom w:val="nil"/>
              <w:right w:val="nil"/>
            </w:tcBorders>
            <w:shd w:val="clear" w:color="000000" w:fill="F2F2F2"/>
            <w:vAlign w:val="center"/>
          </w:tcPr>
          <w:p w14:paraId="767998D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28.57</w:t>
            </w:r>
          </w:p>
        </w:tc>
        <w:tc>
          <w:tcPr>
            <w:tcW w:w="493" w:type="pct"/>
            <w:tcBorders>
              <w:top w:val="nil"/>
              <w:left w:val="nil"/>
              <w:bottom w:val="nil"/>
              <w:right w:val="nil"/>
            </w:tcBorders>
            <w:shd w:val="clear" w:color="000000" w:fill="F2F2F2"/>
            <w:vAlign w:val="center"/>
          </w:tcPr>
          <w:p w14:paraId="31E9EF1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46.67</w:t>
            </w:r>
          </w:p>
        </w:tc>
        <w:tc>
          <w:tcPr>
            <w:tcW w:w="491" w:type="pct"/>
            <w:tcBorders>
              <w:top w:val="nil"/>
              <w:left w:val="nil"/>
              <w:bottom w:val="nil"/>
              <w:right w:val="nil"/>
            </w:tcBorders>
            <w:shd w:val="clear" w:color="000000" w:fill="FFFFFF"/>
            <w:vAlign w:val="center"/>
          </w:tcPr>
          <w:p w14:paraId="7685FDA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20.57</w:t>
            </w:r>
          </w:p>
        </w:tc>
      </w:tr>
      <w:tr w:rsidR="00726DBE" w:rsidRPr="00693325" w14:paraId="1A90D6CD" w14:textId="77777777" w:rsidTr="00841CFC">
        <w:trPr>
          <w:trHeight w:val="68"/>
        </w:trPr>
        <w:tc>
          <w:tcPr>
            <w:tcW w:w="1063" w:type="pct"/>
            <w:tcBorders>
              <w:top w:val="nil"/>
              <w:left w:val="nil"/>
              <w:bottom w:val="single" w:sz="4" w:space="0" w:color="auto"/>
              <w:right w:val="nil"/>
            </w:tcBorders>
            <w:shd w:val="clear" w:color="000000" w:fill="FFFFFF"/>
            <w:vAlign w:val="center"/>
            <w:hideMark/>
          </w:tcPr>
          <w:p w14:paraId="2F3FA644"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single" w:sz="4" w:space="0" w:color="auto"/>
              <w:right w:val="nil"/>
            </w:tcBorders>
            <w:shd w:val="clear" w:color="000000" w:fill="F2F2F2"/>
            <w:vAlign w:val="center"/>
          </w:tcPr>
          <w:p w14:paraId="37DA4C7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14,368 (19,229)</w:t>
            </w:r>
          </w:p>
        </w:tc>
        <w:tc>
          <w:tcPr>
            <w:tcW w:w="492" w:type="pct"/>
            <w:tcBorders>
              <w:top w:val="nil"/>
              <w:left w:val="nil"/>
              <w:bottom w:val="single" w:sz="4" w:space="0" w:color="auto"/>
              <w:right w:val="nil"/>
            </w:tcBorders>
            <w:shd w:val="clear" w:color="000000" w:fill="F2F2F2"/>
            <w:vAlign w:val="center"/>
          </w:tcPr>
          <w:p w14:paraId="4CB4D2F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 (10)</w:t>
            </w:r>
          </w:p>
        </w:tc>
        <w:tc>
          <w:tcPr>
            <w:tcW w:w="493" w:type="pct"/>
            <w:tcBorders>
              <w:top w:val="nil"/>
              <w:left w:val="nil"/>
              <w:bottom w:val="single" w:sz="4" w:space="0" w:color="auto"/>
              <w:right w:val="nil"/>
            </w:tcBorders>
            <w:shd w:val="clear" w:color="000000" w:fill="F2F2F2"/>
            <w:vAlign w:val="center"/>
          </w:tcPr>
          <w:p w14:paraId="500F189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7,188 (13,856)</w:t>
            </w:r>
          </w:p>
        </w:tc>
        <w:tc>
          <w:tcPr>
            <w:tcW w:w="492" w:type="pct"/>
            <w:tcBorders>
              <w:top w:val="nil"/>
              <w:left w:val="nil"/>
              <w:bottom w:val="single" w:sz="4" w:space="0" w:color="auto"/>
              <w:right w:val="nil"/>
            </w:tcBorders>
            <w:shd w:val="clear" w:color="000000" w:fill="FFFFFF"/>
            <w:vAlign w:val="center"/>
          </w:tcPr>
          <w:p w14:paraId="6E301DA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16 (20)</w:t>
            </w:r>
          </w:p>
        </w:tc>
        <w:tc>
          <w:tcPr>
            <w:tcW w:w="492" w:type="pct"/>
            <w:tcBorders>
              <w:top w:val="nil"/>
              <w:left w:val="nil"/>
              <w:bottom w:val="single" w:sz="4" w:space="0" w:color="auto"/>
              <w:right w:val="nil"/>
            </w:tcBorders>
            <w:shd w:val="clear" w:color="000000" w:fill="F2F2F2"/>
            <w:vAlign w:val="center"/>
          </w:tcPr>
          <w:p w14:paraId="46EF12C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8,559 (10,451)</w:t>
            </w:r>
          </w:p>
        </w:tc>
        <w:tc>
          <w:tcPr>
            <w:tcW w:w="492" w:type="pct"/>
            <w:tcBorders>
              <w:top w:val="nil"/>
              <w:left w:val="nil"/>
              <w:bottom w:val="single" w:sz="4" w:space="0" w:color="auto"/>
              <w:right w:val="nil"/>
            </w:tcBorders>
            <w:shd w:val="clear" w:color="000000" w:fill="F2F2F2"/>
            <w:vAlign w:val="center"/>
          </w:tcPr>
          <w:p w14:paraId="5CAFEDE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 (33)</w:t>
            </w:r>
          </w:p>
        </w:tc>
        <w:tc>
          <w:tcPr>
            <w:tcW w:w="493" w:type="pct"/>
            <w:tcBorders>
              <w:top w:val="nil"/>
              <w:left w:val="nil"/>
              <w:bottom w:val="single" w:sz="4" w:space="0" w:color="auto"/>
              <w:right w:val="nil"/>
            </w:tcBorders>
            <w:shd w:val="clear" w:color="000000" w:fill="F2F2F2"/>
            <w:vAlign w:val="center"/>
          </w:tcPr>
          <w:p w14:paraId="644684B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315 (655)</w:t>
            </w:r>
          </w:p>
        </w:tc>
        <w:tc>
          <w:tcPr>
            <w:tcW w:w="491" w:type="pct"/>
            <w:tcBorders>
              <w:top w:val="nil"/>
              <w:left w:val="nil"/>
              <w:bottom w:val="single" w:sz="4" w:space="0" w:color="auto"/>
              <w:right w:val="nil"/>
            </w:tcBorders>
            <w:shd w:val="clear" w:color="000000" w:fill="FFFFFF"/>
            <w:vAlign w:val="center"/>
          </w:tcPr>
          <w:p w14:paraId="005D68F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58 (177)</w:t>
            </w:r>
          </w:p>
        </w:tc>
      </w:tr>
    </w:tbl>
    <w:p w14:paraId="418D2EBF" w14:textId="167EC2CA" w:rsidR="00726DBE" w:rsidRPr="00693325" w:rsidRDefault="00726DBE" w:rsidP="00726DBE">
      <w:pPr>
        <w:rPr>
          <w:rFonts w:ascii="Times New Roman" w:hAnsi="Times New Roman"/>
          <w:sz w:val="16"/>
        </w:rPr>
      </w:pPr>
      <w:r w:rsidRPr="00693325">
        <w:rPr>
          <w:rFonts w:ascii="Times New Roman" w:hAnsi="Times New Roman"/>
          <w:sz w:val="16"/>
        </w:rPr>
        <w:t>IR reported per 1,000 person years</w:t>
      </w:r>
    </w:p>
    <w:p w14:paraId="6047270A" w14:textId="3E959A3F" w:rsidR="00726DBE" w:rsidRPr="00693325" w:rsidRDefault="00726DBE" w:rsidP="00726DBE">
      <w:pPr>
        <w:rPr>
          <w:rFonts w:ascii="Times New Roman" w:hAnsi="Times New Roman"/>
          <w:sz w:val="16"/>
        </w:rPr>
      </w:pPr>
      <w:r w:rsidRPr="00693325">
        <w:rPr>
          <w:rFonts w:ascii="Times New Roman" w:hAnsi="Times New Roman"/>
          <w:sz w:val="16"/>
          <w:vertAlign w:val="superscript"/>
        </w:rPr>
        <w:t>a</w:t>
      </w:r>
      <w:r w:rsidRPr="00693325">
        <w:rPr>
          <w:rFonts w:ascii="Times New Roman" w:hAnsi="Times New Roman"/>
          <w:sz w:val="16"/>
        </w:rPr>
        <w:t>Acute phase is defined as the date of IMD admission or ED visit through 30 days after discharge</w:t>
      </w:r>
    </w:p>
    <w:p w14:paraId="24B18BE4" w14:textId="0C4B47AB" w:rsidR="00726DBE" w:rsidRPr="00693325" w:rsidRDefault="00726DBE" w:rsidP="00726DBE">
      <w:pPr>
        <w:rPr>
          <w:rFonts w:ascii="Times New Roman" w:hAnsi="Times New Roman"/>
          <w:sz w:val="16"/>
        </w:rPr>
      </w:pPr>
      <w:r w:rsidRPr="00693325">
        <w:rPr>
          <w:rFonts w:ascii="Times New Roman" w:hAnsi="Times New Roman"/>
          <w:sz w:val="16"/>
          <w:vertAlign w:val="superscript"/>
        </w:rPr>
        <w:t>b</w:t>
      </w:r>
      <w:r w:rsidRPr="00693325">
        <w:rPr>
          <w:rFonts w:ascii="Times New Roman" w:hAnsi="Times New Roman"/>
          <w:sz w:val="16"/>
        </w:rPr>
        <w:t>Post-acute phase is defined as the period from 31 days after discharge through the end of the variable follow-up period, not all patients had follow-up in the post-acute phase</w:t>
      </w:r>
    </w:p>
    <w:p w14:paraId="4A507AD3" w14:textId="77777777" w:rsidR="00726DBE" w:rsidRPr="00693325" w:rsidRDefault="00726DBE" w:rsidP="00726DBE">
      <w:pPr>
        <w:rPr>
          <w:rFonts w:ascii="Times New Roman" w:hAnsi="Times New Roman"/>
          <w:sz w:val="16"/>
        </w:rPr>
      </w:pPr>
      <w:r w:rsidRPr="00693325">
        <w:rPr>
          <w:rFonts w:ascii="Times New Roman" w:hAnsi="Times New Roman"/>
          <w:sz w:val="16"/>
        </w:rPr>
        <w:t>Abbreviations: CI: confidence interval, IMD: invasive meningococcal disease, IR: incidence rate, SD: standard deviation</w:t>
      </w:r>
    </w:p>
    <w:p w14:paraId="0C84D80F" w14:textId="77777777" w:rsidR="00726DBE" w:rsidRPr="00693325" w:rsidRDefault="00726DBE" w:rsidP="00726DBE">
      <w:pPr>
        <w:rPr>
          <w:rFonts w:ascii="Times New Roman" w:hAnsi="Times New Roman"/>
          <w:sz w:val="16"/>
        </w:rPr>
      </w:pPr>
      <w:r w:rsidRPr="00693325">
        <w:rPr>
          <w:rFonts w:ascii="Times New Roman" w:hAnsi="Times New Roman"/>
          <w:sz w:val="16"/>
        </w:rPr>
        <w:br w:type="page"/>
      </w:r>
    </w:p>
    <w:p w14:paraId="5F615E09" w14:textId="3F092A5C" w:rsidR="00726DBE" w:rsidRPr="00693325" w:rsidRDefault="00726DBE" w:rsidP="00726DBE">
      <w:pPr>
        <w:rPr>
          <w:rFonts w:ascii="Times New Roman" w:hAnsi="Times New Roman"/>
          <w:sz w:val="20"/>
        </w:rPr>
      </w:pPr>
      <w:r w:rsidRPr="00693325">
        <w:rPr>
          <w:rFonts w:ascii="Times New Roman" w:hAnsi="Times New Roman"/>
          <w:b/>
          <w:sz w:val="20"/>
        </w:rPr>
        <w:lastRenderedPageBreak/>
        <w:t xml:space="preserve">Supplemental Table </w:t>
      </w:r>
      <w:r w:rsidR="00A0215B">
        <w:rPr>
          <w:rFonts w:ascii="Times New Roman" w:hAnsi="Times New Roman"/>
          <w:b/>
          <w:sz w:val="20"/>
        </w:rPr>
        <w:t>9</w:t>
      </w:r>
      <w:r w:rsidRPr="00693325">
        <w:rPr>
          <w:rFonts w:ascii="Times New Roman" w:hAnsi="Times New Roman"/>
          <w:b/>
          <w:sz w:val="20"/>
        </w:rPr>
        <w:t xml:space="preserve"> </w:t>
      </w:r>
      <w:r w:rsidRPr="00693325">
        <w:rPr>
          <w:rFonts w:ascii="Times New Roman" w:hAnsi="Times New Roman"/>
          <w:sz w:val="20"/>
        </w:rPr>
        <w:t>Incident health outcomes and costs, child cohorts</w:t>
      </w:r>
    </w:p>
    <w:tbl>
      <w:tblPr>
        <w:tblW w:w="5000" w:type="pct"/>
        <w:tblCellMar>
          <w:left w:w="0" w:type="dxa"/>
          <w:right w:w="0" w:type="dxa"/>
        </w:tblCellMar>
        <w:tblLook w:val="04A0" w:firstRow="1" w:lastRow="0" w:firstColumn="1" w:lastColumn="0" w:noHBand="0" w:noVBand="1"/>
      </w:tblPr>
      <w:tblGrid>
        <w:gridCol w:w="2966"/>
        <w:gridCol w:w="1374"/>
        <w:gridCol w:w="1374"/>
        <w:gridCol w:w="1376"/>
        <w:gridCol w:w="1373"/>
        <w:gridCol w:w="1373"/>
        <w:gridCol w:w="1373"/>
        <w:gridCol w:w="1376"/>
        <w:gridCol w:w="1373"/>
      </w:tblGrid>
      <w:tr w:rsidR="00726DBE" w:rsidRPr="00693325" w14:paraId="48F141B8" w14:textId="77777777" w:rsidTr="00841CFC">
        <w:trPr>
          <w:trHeight w:val="48"/>
        </w:trPr>
        <w:tc>
          <w:tcPr>
            <w:tcW w:w="1062" w:type="pct"/>
            <w:tcBorders>
              <w:top w:val="single" w:sz="8" w:space="0" w:color="000000"/>
              <w:left w:val="nil"/>
              <w:bottom w:val="nil"/>
              <w:right w:val="nil"/>
            </w:tcBorders>
            <w:shd w:val="clear" w:color="000000" w:fill="FFFFFF"/>
            <w:vAlign w:val="center"/>
          </w:tcPr>
          <w:p w14:paraId="35616E04" w14:textId="3C7BDE8F" w:rsidR="00726DBE" w:rsidRPr="00693325" w:rsidRDefault="00A0215B" w:rsidP="00841CFC">
            <w:pPr>
              <w:rPr>
                <w:rFonts w:ascii="Times New Roman" w:hAnsi="Times New Roman"/>
                <w:b/>
                <w:bCs/>
                <w:color w:val="000000"/>
                <w:sz w:val="16"/>
                <w:szCs w:val="16"/>
              </w:rPr>
            </w:pPr>
            <w:r>
              <w:rPr>
                <w:rFonts w:ascii="Times New Roman" w:hAnsi="Times New Roman"/>
                <w:b/>
                <w:bCs/>
                <w:color w:val="000000"/>
                <w:sz w:val="16"/>
                <w:szCs w:val="16"/>
              </w:rPr>
              <w:t>Payer</w:t>
            </w:r>
          </w:p>
        </w:tc>
        <w:tc>
          <w:tcPr>
            <w:tcW w:w="1969" w:type="pct"/>
            <w:gridSpan w:val="4"/>
            <w:tcBorders>
              <w:top w:val="single" w:sz="8" w:space="0" w:color="000000"/>
              <w:left w:val="nil"/>
              <w:bottom w:val="nil"/>
              <w:right w:val="nil"/>
            </w:tcBorders>
            <w:shd w:val="clear" w:color="auto" w:fill="FFFFFF" w:themeFill="background1"/>
            <w:vAlign w:val="center"/>
          </w:tcPr>
          <w:p w14:paraId="75C654C2"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Commercial</w:t>
            </w:r>
          </w:p>
        </w:tc>
        <w:tc>
          <w:tcPr>
            <w:tcW w:w="1968" w:type="pct"/>
            <w:gridSpan w:val="4"/>
            <w:tcBorders>
              <w:top w:val="single" w:sz="8" w:space="0" w:color="000000"/>
              <w:left w:val="nil"/>
              <w:bottom w:val="nil"/>
              <w:right w:val="nil"/>
            </w:tcBorders>
            <w:shd w:val="clear" w:color="auto" w:fill="FFFFFF" w:themeFill="background1"/>
            <w:vAlign w:val="center"/>
          </w:tcPr>
          <w:p w14:paraId="54AE975A"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Medicaid</w:t>
            </w:r>
          </w:p>
        </w:tc>
      </w:tr>
      <w:tr w:rsidR="00726DBE" w:rsidRPr="00693325" w14:paraId="054F4FFE" w14:textId="77777777" w:rsidTr="00841CFC">
        <w:trPr>
          <w:trHeight w:val="48"/>
        </w:trPr>
        <w:tc>
          <w:tcPr>
            <w:tcW w:w="1062" w:type="pct"/>
            <w:tcBorders>
              <w:top w:val="single" w:sz="8" w:space="0" w:color="000000"/>
              <w:left w:val="nil"/>
              <w:bottom w:val="nil"/>
              <w:right w:val="nil"/>
            </w:tcBorders>
            <w:shd w:val="clear" w:color="000000" w:fill="FFFFFF"/>
            <w:vAlign w:val="center"/>
            <w:hideMark/>
          </w:tcPr>
          <w:p w14:paraId="6A730A81"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 </w:t>
            </w:r>
          </w:p>
        </w:tc>
        <w:tc>
          <w:tcPr>
            <w:tcW w:w="1477" w:type="pct"/>
            <w:gridSpan w:val="3"/>
            <w:tcBorders>
              <w:top w:val="single" w:sz="8" w:space="0" w:color="000000"/>
              <w:left w:val="nil"/>
              <w:bottom w:val="nil"/>
              <w:right w:val="nil"/>
            </w:tcBorders>
            <w:shd w:val="clear" w:color="000000" w:fill="F2F2F2"/>
            <w:vAlign w:val="center"/>
            <w:hideMark/>
          </w:tcPr>
          <w:p w14:paraId="5A66EED2"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Children with IMD</w:t>
            </w:r>
          </w:p>
        </w:tc>
        <w:tc>
          <w:tcPr>
            <w:tcW w:w="492" w:type="pct"/>
            <w:tcBorders>
              <w:top w:val="single" w:sz="8" w:space="0" w:color="000000"/>
              <w:left w:val="nil"/>
              <w:bottom w:val="nil"/>
              <w:right w:val="nil"/>
            </w:tcBorders>
            <w:shd w:val="clear" w:color="000000" w:fill="FFFFFF"/>
            <w:vAlign w:val="center"/>
            <w:hideMark/>
          </w:tcPr>
          <w:p w14:paraId="39E4E713"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Children without IMD</w:t>
            </w:r>
          </w:p>
        </w:tc>
        <w:tc>
          <w:tcPr>
            <w:tcW w:w="1477" w:type="pct"/>
            <w:gridSpan w:val="3"/>
            <w:tcBorders>
              <w:top w:val="single" w:sz="8" w:space="0" w:color="000000"/>
              <w:left w:val="nil"/>
              <w:bottom w:val="nil"/>
              <w:right w:val="nil"/>
            </w:tcBorders>
            <w:shd w:val="clear" w:color="000000" w:fill="F2F2F2"/>
            <w:vAlign w:val="center"/>
            <w:hideMark/>
          </w:tcPr>
          <w:p w14:paraId="1D819640"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Children with IMD</w:t>
            </w:r>
          </w:p>
        </w:tc>
        <w:tc>
          <w:tcPr>
            <w:tcW w:w="492" w:type="pct"/>
            <w:tcBorders>
              <w:top w:val="single" w:sz="8" w:space="0" w:color="000000"/>
              <w:left w:val="nil"/>
              <w:bottom w:val="nil"/>
              <w:right w:val="nil"/>
            </w:tcBorders>
            <w:shd w:val="clear" w:color="000000" w:fill="FFFFFF"/>
            <w:vAlign w:val="center"/>
            <w:hideMark/>
          </w:tcPr>
          <w:p w14:paraId="0F6DE0A2"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Children without IMD</w:t>
            </w:r>
          </w:p>
        </w:tc>
      </w:tr>
      <w:tr w:rsidR="00726DBE" w:rsidRPr="00693325" w14:paraId="6921F850" w14:textId="77777777" w:rsidTr="00841CFC">
        <w:trPr>
          <w:trHeight w:val="68"/>
        </w:trPr>
        <w:tc>
          <w:tcPr>
            <w:tcW w:w="1062" w:type="pct"/>
            <w:vMerge w:val="restart"/>
            <w:tcBorders>
              <w:top w:val="nil"/>
              <w:left w:val="nil"/>
              <w:bottom w:val="single" w:sz="4" w:space="0" w:color="000000"/>
              <w:right w:val="nil"/>
            </w:tcBorders>
            <w:shd w:val="clear" w:color="000000" w:fill="FFFFFF"/>
            <w:vAlign w:val="center"/>
            <w:hideMark/>
          </w:tcPr>
          <w:p w14:paraId="4EBC6C09"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 </w:t>
            </w:r>
          </w:p>
        </w:tc>
        <w:tc>
          <w:tcPr>
            <w:tcW w:w="492" w:type="pct"/>
            <w:tcBorders>
              <w:top w:val="nil"/>
              <w:left w:val="nil"/>
              <w:bottom w:val="nil"/>
              <w:right w:val="nil"/>
            </w:tcBorders>
            <w:shd w:val="clear" w:color="000000" w:fill="F2F2F2"/>
            <w:vAlign w:val="center"/>
            <w:hideMark/>
          </w:tcPr>
          <w:p w14:paraId="2D8967E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Acute Phase</w:t>
            </w:r>
            <w:r w:rsidRPr="00693325">
              <w:rPr>
                <w:rFonts w:ascii="Times New Roman" w:hAnsi="Times New Roman"/>
                <w:color w:val="000000"/>
                <w:sz w:val="16"/>
                <w:szCs w:val="16"/>
                <w:vertAlign w:val="superscript"/>
              </w:rPr>
              <w:t>a</w:t>
            </w:r>
          </w:p>
        </w:tc>
        <w:tc>
          <w:tcPr>
            <w:tcW w:w="492" w:type="pct"/>
            <w:tcBorders>
              <w:top w:val="nil"/>
              <w:left w:val="nil"/>
              <w:bottom w:val="nil"/>
              <w:right w:val="nil"/>
            </w:tcBorders>
            <w:shd w:val="clear" w:color="000000" w:fill="F2F2F2"/>
            <w:vAlign w:val="center"/>
            <w:hideMark/>
          </w:tcPr>
          <w:p w14:paraId="0B64634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Post-Acute Phase</w:t>
            </w:r>
            <w:r w:rsidRPr="00693325">
              <w:rPr>
                <w:rFonts w:ascii="Times New Roman" w:hAnsi="Times New Roman"/>
                <w:color w:val="000000"/>
                <w:sz w:val="16"/>
                <w:szCs w:val="16"/>
                <w:vertAlign w:val="superscript"/>
              </w:rPr>
              <w:t>b</w:t>
            </w:r>
          </w:p>
        </w:tc>
        <w:tc>
          <w:tcPr>
            <w:tcW w:w="493" w:type="pct"/>
            <w:tcBorders>
              <w:top w:val="nil"/>
              <w:left w:val="nil"/>
              <w:bottom w:val="nil"/>
              <w:right w:val="nil"/>
            </w:tcBorders>
            <w:shd w:val="clear" w:color="000000" w:fill="F2F2F2"/>
            <w:vAlign w:val="center"/>
            <w:hideMark/>
          </w:tcPr>
          <w:p w14:paraId="2540C05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Full Follow-up</w:t>
            </w:r>
          </w:p>
        </w:tc>
        <w:tc>
          <w:tcPr>
            <w:tcW w:w="492" w:type="pct"/>
            <w:tcBorders>
              <w:top w:val="nil"/>
              <w:left w:val="nil"/>
              <w:bottom w:val="nil"/>
              <w:right w:val="nil"/>
            </w:tcBorders>
            <w:shd w:val="clear" w:color="000000" w:fill="FFFFFF"/>
            <w:vAlign w:val="center"/>
            <w:hideMark/>
          </w:tcPr>
          <w:p w14:paraId="402033A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Full Follow-up</w:t>
            </w:r>
          </w:p>
        </w:tc>
        <w:tc>
          <w:tcPr>
            <w:tcW w:w="492" w:type="pct"/>
            <w:tcBorders>
              <w:top w:val="nil"/>
              <w:left w:val="nil"/>
              <w:bottom w:val="nil"/>
              <w:right w:val="nil"/>
            </w:tcBorders>
            <w:shd w:val="clear" w:color="000000" w:fill="F2F2F2"/>
            <w:vAlign w:val="center"/>
            <w:hideMark/>
          </w:tcPr>
          <w:p w14:paraId="2E6B852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Acute Phase</w:t>
            </w:r>
            <w:r w:rsidRPr="00693325">
              <w:rPr>
                <w:rFonts w:ascii="Times New Roman" w:hAnsi="Times New Roman"/>
                <w:color w:val="000000"/>
                <w:sz w:val="16"/>
                <w:szCs w:val="16"/>
                <w:vertAlign w:val="superscript"/>
              </w:rPr>
              <w:t>a</w:t>
            </w:r>
          </w:p>
        </w:tc>
        <w:tc>
          <w:tcPr>
            <w:tcW w:w="492" w:type="pct"/>
            <w:tcBorders>
              <w:top w:val="nil"/>
              <w:left w:val="nil"/>
              <w:bottom w:val="nil"/>
              <w:right w:val="nil"/>
            </w:tcBorders>
            <w:shd w:val="clear" w:color="000000" w:fill="F2F2F2"/>
            <w:vAlign w:val="center"/>
            <w:hideMark/>
          </w:tcPr>
          <w:p w14:paraId="6DDF4AE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Post-Acute Phase</w:t>
            </w:r>
            <w:r w:rsidRPr="00693325">
              <w:rPr>
                <w:rFonts w:ascii="Times New Roman" w:hAnsi="Times New Roman"/>
                <w:color w:val="000000"/>
                <w:sz w:val="16"/>
                <w:szCs w:val="16"/>
                <w:vertAlign w:val="superscript"/>
              </w:rPr>
              <w:t>b</w:t>
            </w:r>
          </w:p>
        </w:tc>
        <w:tc>
          <w:tcPr>
            <w:tcW w:w="493" w:type="pct"/>
            <w:tcBorders>
              <w:top w:val="nil"/>
              <w:left w:val="nil"/>
              <w:bottom w:val="nil"/>
              <w:right w:val="nil"/>
            </w:tcBorders>
            <w:shd w:val="clear" w:color="000000" w:fill="F2F2F2"/>
            <w:vAlign w:val="center"/>
            <w:hideMark/>
          </w:tcPr>
          <w:p w14:paraId="2A49932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Full Follow-up</w:t>
            </w:r>
          </w:p>
        </w:tc>
        <w:tc>
          <w:tcPr>
            <w:tcW w:w="492" w:type="pct"/>
            <w:tcBorders>
              <w:top w:val="nil"/>
              <w:left w:val="nil"/>
              <w:bottom w:val="nil"/>
              <w:right w:val="nil"/>
            </w:tcBorders>
            <w:shd w:val="clear" w:color="000000" w:fill="FFFFFF"/>
            <w:vAlign w:val="center"/>
            <w:hideMark/>
          </w:tcPr>
          <w:p w14:paraId="639F162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Full Follow-up</w:t>
            </w:r>
          </w:p>
        </w:tc>
      </w:tr>
      <w:tr w:rsidR="00726DBE" w:rsidRPr="00693325" w14:paraId="2FDD84FE" w14:textId="77777777" w:rsidTr="00841CFC">
        <w:trPr>
          <w:trHeight w:val="58"/>
        </w:trPr>
        <w:tc>
          <w:tcPr>
            <w:tcW w:w="1062" w:type="pct"/>
            <w:vMerge/>
            <w:tcBorders>
              <w:top w:val="nil"/>
              <w:left w:val="nil"/>
              <w:bottom w:val="single" w:sz="4" w:space="0" w:color="000000"/>
              <w:right w:val="nil"/>
            </w:tcBorders>
            <w:vAlign w:val="center"/>
            <w:hideMark/>
          </w:tcPr>
          <w:p w14:paraId="573FF199" w14:textId="77777777" w:rsidR="00726DBE" w:rsidRPr="00693325" w:rsidRDefault="00726DBE" w:rsidP="00841CFC">
            <w:pPr>
              <w:rPr>
                <w:rFonts w:ascii="Times New Roman" w:hAnsi="Times New Roman"/>
                <w:b/>
                <w:bCs/>
                <w:color w:val="000000"/>
                <w:sz w:val="16"/>
                <w:szCs w:val="16"/>
              </w:rPr>
            </w:pPr>
          </w:p>
        </w:tc>
        <w:tc>
          <w:tcPr>
            <w:tcW w:w="492" w:type="pct"/>
            <w:tcBorders>
              <w:top w:val="nil"/>
              <w:left w:val="nil"/>
              <w:bottom w:val="single" w:sz="4" w:space="0" w:color="auto"/>
              <w:right w:val="nil"/>
            </w:tcBorders>
            <w:shd w:val="clear" w:color="000000" w:fill="F2F2F2"/>
            <w:vAlign w:val="center"/>
            <w:hideMark/>
          </w:tcPr>
          <w:p w14:paraId="4B2460E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N=21</w:t>
            </w:r>
          </w:p>
        </w:tc>
        <w:tc>
          <w:tcPr>
            <w:tcW w:w="492" w:type="pct"/>
            <w:tcBorders>
              <w:top w:val="nil"/>
              <w:left w:val="nil"/>
              <w:bottom w:val="single" w:sz="4" w:space="0" w:color="auto"/>
              <w:right w:val="nil"/>
            </w:tcBorders>
            <w:shd w:val="clear" w:color="000000" w:fill="F2F2F2"/>
            <w:vAlign w:val="center"/>
            <w:hideMark/>
          </w:tcPr>
          <w:p w14:paraId="4DA78F4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N=21</w:t>
            </w:r>
          </w:p>
        </w:tc>
        <w:tc>
          <w:tcPr>
            <w:tcW w:w="493" w:type="pct"/>
            <w:tcBorders>
              <w:top w:val="nil"/>
              <w:left w:val="nil"/>
              <w:bottom w:val="single" w:sz="4" w:space="0" w:color="auto"/>
              <w:right w:val="nil"/>
            </w:tcBorders>
            <w:shd w:val="clear" w:color="000000" w:fill="F2F2F2"/>
            <w:vAlign w:val="center"/>
            <w:hideMark/>
          </w:tcPr>
          <w:p w14:paraId="3031A56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N=21</w:t>
            </w:r>
          </w:p>
        </w:tc>
        <w:tc>
          <w:tcPr>
            <w:tcW w:w="492" w:type="pct"/>
            <w:tcBorders>
              <w:top w:val="nil"/>
              <w:left w:val="nil"/>
              <w:bottom w:val="single" w:sz="4" w:space="0" w:color="auto"/>
              <w:right w:val="nil"/>
            </w:tcBorders>
            <w:shd w:val="clear" w:color="000000" w:fill="FFFFFF"/>
            <w:vAlign w:val="center"/>
            <w:hideMark/>
          </w:tcPr>
          <w:p w14:paraId="7BA393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N=105</w:t>
            </w:r>
          </w:p>
        </w:tc>
        <w:tc>
          <w:tcPr>
            <w:tcW w:w="492" w:type="pct"/>
            <w:tcBorders>
              <w:top w:val="nil"/>
              <w:left w:val="nil"/>
              <w:bottom w:val="single" w:sz="4" w:space="0" w:color="auto"/>
              <w:right w:val="nil"/>
            </w:tcBorders>
            <w:shd w:val="clear" w:color="000000" w:fill="F2F2F2"/>
            <w:vAlign w:val="center"/>
            <w:hideMark/>
          </w:tcPr>
          <w:p w14:paraId="4D612D7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N=13</w:t>
            </w:r>
          </w:p>
        </w:tc>
        <w:tc>
          <w:tcPr>
            <w:tcW w:w="492" w:type="pct"/>
            <w:tcBorders>
              <w:top w:val="nil"/>
              <w:left w:val="nil"/>
              <w:bottom w:val="single" w:sz="4" w:space="0" w:color="auto"/>
              <w:right w:val="nil"/>
            </w:tcBorders>
            <w:shd w:val="clear" w:color="000000" w:fill="F2F2F2"/>
            <w:vAlign w:val="center"/>
            <w:hideMark/>
          </w:tcPr>
          <w:p w14:paraId="241B128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N=11</w:t>
            </w:r>
          </w:p>
        </w:tc>
        <w:tc>
          <w:tcPr>
            <w:tcW w:w="493" w:type="pct"/>
            <w:tcBorders>
              <w:top w:val="nil"/>
              <w:left w:val="nil"/>
              <w:bottom w:val="single" w:sz="4" w:space="0" w:color="auto"/>
              <w:right w:val="nil"/>
            </w:tcBorders>
            <w:shd w:val="clear" w:color="000000" w:fill="F2F2F2"/>
            <w:vAlign w:val="center"/>
            <w:hideMark/>
          </w:tcPr>
          <w:p w14:paraId="3DA2205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N=13</w:t>
            </w:r>
          </w:p>
        </w:tc>
        <w:tc>
          <w:tcPr>
            <w:tcW w:w="492" w:type="pct"/>
            <w:tcBorders>
              <w:top w:val="nil"/>
              <w:left w:val="nil"/>
              <w:bottom w:val="single" w:sz="4" w:space="0" w:color="auto"/>
              <w:right w:val="nil"/>
            </w:tcBorders>
            <w:shd w:val="clear" w:color="000000" w:fill="FFFFFF"/>
            <w:vAlign w:val="center"/>
            <w:hideMark/>
          </w:tcPr>
          <w:p w14:paraId="0FBF103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N=65</w:t>
            </w:r>
          </w:p>
        </w:tc>
      </w:tr>
      <w:tr w:rsidR="00726DBE" w:rsidRPr="00693325" w14:paraId="7FF71947" w14:textId="77777777" w:rsidTr="00841CFC">
        <w:trPr>
          <w:trHeight w:val="233"/>
        </w:trPr>
        <w:tc>
          <w:tcPr>
            <w:tcW w:w="1062" w:type="pct"/>
            <w:tcBorders>
              <w:top w:val="nil"/>
              <w:left w:val="nil"/>
              <w:bottom w:val="nil"/>
              <w:right w:val="nil"/>
            </w:tcBorders>
            <w:shd w:val="clear" w:color="000000" w:fill="FFFFFF"/>
            <w:vAlign w:val="center"/>
            <w:hideMark/>
          </w:tcPr>
          <w:p w14:paraId="6043BF8A" w14:textId="77777777" w:rsidR="00726DBE" w:rsidRPr="00693325" w:rsidRDefault="00726DBE" w:rsidP="00841CFC">
            <w:pPr>
              <w:rPr>
                <w:rFonts w:ascii="Times New Roman" w:hAnsi="Times New Roman"/>
                <w:b/>
                <w:bCs/>
                <w:color w:val="000000"/>
                <w:sz w:val="16"/>
                <w:szCs w:val="16"/>
                <w:lang w:val="fr-FR"/>
              </w:rPr>
            </w:pPr>
            <w:r w:rsidRPr="00693325">
              <w:rPr>
                <w:rFonts w:ascii="Times New Roman" w:hAnsi="Times New Roman"/>
                <w:b/>
                <w:bCs/>
                <w:color w:val="000000"/>
                <w:sz w:val="16"/>
                <w:szCs w:val="16"/>
                <w:lang w:val="fr-FR"/>
              </w:rPr>
              <w:t>Amputations or prosthetics, IR (95% CI)</w:t>
            </w:r>
          </w:p>
        </w:tc>
        <w:tc>
          <w:tcPr>
            <w:tcW w:w="492" w:type="pct"/>
            <w:tcBorders>
              <w:top w:val="nil"/>
              <w:left w:val="nil"/>
              <w:bottom w:val="nil"/>
              <w:right w:val="nil"/>
            </w:tcBorders>
            <w:shd w:val="clear" w:color="000000" w:fill="F2F2F2"/>
            <w:vAlign w:val="center"/>
            <w:hideMark/>
          </w:tcPr>
          <w:p w14:paraId="221804F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0E8397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1,693.64)</w:t>
            </w:r>
          </w:p>
        </w:tc>
        <w:tc>
          <w:tcPr>
            <w:tcW w:w="492" w:type="pct"/>
            <w:tcBorders>
              <w:top w:val="nil"/>
              <w:left w:val="nil"/>
              <w:bottom w:val="nil"/>
              <w:right w:val="nil"/>
            </w:tcBorders>
            <w:shd w:val="clear" w:color="000000" w:fill="F2F2F2"/>
            <w:vAlign w:val="center"/>
            <w:hideMark/>
          </w:tcPr>
          <w:p w14:paraId="694E677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7FE310D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111.13)</w:t>
            </w:r>
          </w:p>
        </w:tc>
        <w:tc>
          <w:tcPr>
            <w:tcW w:w="493" w:type="pct"/>
            <w:tcBorders>
              <w:top w:val="nil"/>
              <w:left w:val="nil"/>
              <w:bottom w:val="nil"/>
              <w:right w:val="nil"/>
            </w:tcBorders>
            <w:shd w:val="clear" w:color="000000" w:fill="F2F2F2"/>
            <w:vAlign w:val="center"/>
            <w:hideMark/>
          </w:tcPr>
          <w:p w14:paraId="4509400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0EEA0A3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104.29)</w:t>
            </w:r>
          </w:p>
        </w:tc>
        <w:tc>
          <w:tcPr>
            <w:tcW w:w="492" w:type="pct"/>
            <w:tcBorders>
              <w:top w:val="nil"/>
              <w:left w:val="nil"/>
              <w:bottom w:val="nil"/>
              <w:right w:val="nil"/>
            </w:tcBorders>
            <w:shd w:val="clear" w:color="000000" w:fill="FFFFFF"/>
            <w:vAlign w:val="center"/>
            <w:hideMark/>
          </w:tcPr>
          <w:p w14:paraId="43967FE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7FB582E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24.52)</w:t>
            </w:r>
          </w:p>
        </w:tc>
        <w:tc>
          <w:tcPr>
            <w:tcW w:w="492" w:type="pct"/>
            <w:tcBorders>
              <w:top w:val="nil"/>
              <w:left w:val="nil"/>
              <w:bottom w:val="nil"/>
              <w:right w:val="nil"/>
            </w:tcBorders>
            <w:shd w:val="clear" w:color="000000" w:fill="F2F2F2"/>
            <w:vAlign w:val="center"/>
            <w:hideMark/>
          </w:tcPr>
          <w:p w14:paraId="716CBF4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73F2BFF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3,332.77)</w:t>
            </w:r>
          </w:p>
        </w:tc>
        <w:tc>
          <w:tcPr>
            <w:tcW w:w="492" w:type="pct"/>
            <w:tcBorders>
              <w:top w:val="nil"/>
              <w:left w:val="nil"/>
              <w:bottom w:val="nil"/>
              <w:right w:val="nil"/>
            </w:tcBorders>
            <w:shd w:val="clear" w:color="000000" w:fill="F2F2F2"/>
            <w:vAlign w:val="center"/>
            <w:hideMark/>
          </w:tcPr>
          <w:p w14:paraId="42BB30F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22530DB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179.69)</w:t>
            </w:r>
          </w:p>
        </w:tc>
        <w:tc>
          <w:tcPr>
            <w:tcW w:w="493" w:type="pct"/>
            <w:tcBorders>
              <w:top w:val="nil"/>
              <w:left w:val="nil"/>
              <w:bottom w:val="nil"/>
              <w:right w:val="nil"/>
            </w:tcBorders>
            <w:shd w:val="clear" w:color="000000" w:fill="F2F2F2"/>
            <w:vAlign w:val="center"/>
            <w:hideMark/>
          </w:tcPr>
          <w:p w14:paraId="6740E01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3EE2CE2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170.50)</w:t>
            </w:r>
          </w:p>
        </w:tc>
        <w:tc>
          <w:tcPr>
            <w:tcW w:w="492" w:type="pct"/>
            <w:tcBorders>
              <w:top w:val="nil"/>
              <w:left w:val="nil"/>
              <w:bottom w:val="nil"/>
              <w:right w:val="nil"/>
            </w:tcBorders>
            <w:shd w:val="clear" w:color="000000" w:fill="FFFFFF"/>
            <w:vAlign w:val="center"/>
            <w:hideMark/>
          </w:tcPr>
          <w:p w14:paraId="1E0C175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14.61 </w:t>
            </w:r>
          </w:p>
          <w:p w14:paraId="50E86EF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(0.37; 81.40)</w:t>
            </w:r>
          </w:p>
        </w:tc>
      </w:tr>
      <w:tr w:rsidR="00726DBE" w:rsidRPr="00693325" w14:paraId="6A3FEB36" w14:textId="77777777" w:rsidTr="00841CFC">
        <w:trPr>
          <w:trHeight w:val="68"/>
        </w:trPr>
        <w:tc>
          <w:tcPr>
            <w:tcW w:w="1062" w:type="pct"/>
            <w:tcBorders>
              <w:top w:val="nil"/>
              <w:left w:val="nil"/>
              <w:bottom w:val="nil"/>
              <w:right w:val="nil"/>
            </w:tcBorders>
            <w:shd w:val="clear" w:color="000000" w:fill="FFFFFF"/>
            <w:vAlign w:val="center"/>
          </w:tcPr>
          <w:p w14:paraId="4591C788"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Percentage (%)</w:t>
            </w:r>
          </w:p>
        </w:tc>
        <w:tc>
          <w:tcPr>
            <w:tcW w:w="492" w:type="pct"/>
            <w:tcBorders>
              <w:top w:val="nil"/>
              <w:left w:val="nil"/>
              <w:bottom w:val="nil"/>
              <w:right w:val="nil"/>
            </w:tcBorders>
            <w:shd w:val="clear" w:color="000000" w:fill="F2F2F2"/>
            <w:vAlign w:val="center"/>
          </w:tcPr>
          <w:p w14:paraId="04A0874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1D732EC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top w:val="nil"/>
              <w:left w:val="nil"/>
              <w:bottom w:val="nil"/>
              <w:right w:val="nil"/>
            </w:tcBorders>
            <w:shd w:val="clear" w:color="000000" w:fill="F2F2F2"/>
            <w:vAlign w:val="center"/>
          </w:tcPr>
          <w:p w14:paraId="66D541C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FFFFF"/>
            <w:vAlign w:val="center"/>
          </w:tcPr>
          <w:p w14:paraId="1E4A75A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2991084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3BF82A0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top w:val="nil"/>
              <w:left w:val="nil"/>
              <w:bottom w:val="nil"/>
              <w:right w:val="nil"/>
            </w:tcBorders>
            <w:shd w:val="clear" w:color="000000" w:fill="F2F2F2"/>
            <w:vAlign w:val="center"/>
          </w:tcPr>
          <w:p w14:paraId="3A70D69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FFFFF"/>
            <w:vAlign w:val="center"/>
          </w:tcPr>
          <w:p w14:paraId="15E4168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1.54</w:t>
            </w:r>
          </w:p>
        </w:tc>
      </w:tr>
      <w:tr w:rsidR="00726DBE" w:rsidRPr="00693325" w14:paraId="3CF69D4C" w14:textId="77777777" w:rsidTr="00841CFC">
        <w:trPr>
          <w:trHeight w:val="68"/>
        </w:trPr>
        <w:tc>
          <w:tcPr>
            <w:tcW w:w="1062" w:type="pct"/>
            <w:tcBorders>
              <w:top w:val="nil"/>
              <w:left w:val="nil"/>
              <w:bottom w:val="nil"/>
              <w:right w:val="nil"/>
            </w:tcBorders>
            <w:shd w:val="clear" w:color="000000" w:fill="FFFFFF"/>
            <w:vAlign w:val="center"/>
            <w:hideMark/>
          </w:tcPr>
          <w:p w14:paraId="312F7818"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hideMark/>
          </w:tcPr>
          <w:p w14:paraId="051F05C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hideMark/>
          </w:tcPr>
          <w:p w14:paraId="122CE9E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hideMark/>
          </w:tcPr>
          <w:p w14:paraId="6015F12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FFFFF"/>
            <w:vAlign w:val="center"/>
            <w:hideMark/>
          </w:tcPr>
          <w:p w14:paraId="44D11B6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hideMark/>
          </w:tcPr>
          <w:p w14:paraId="25159ED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hideMark/>
          </w:tcPr>
          <w:p w14:paraId="497B056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hideMark/>
          </w:tcPr>
          <w:p w14:paraId="0F8A365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FFFFF"/>
            <w:vAlign w:val="center"/>
            <w:hideMark/>
          </w:tcPr>
          <w:p w14:paraId="4452F10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 (NA)</w:t>
            </w:r>
          </w:p>
        </w:tc>
      </w:tr>
      <w:tr w:rsidR="00726DBE" w:rsidRPr="00693325" w14:paraId="538A6486" w14:textId="77777777" w:rsidTr="00841CFC">
        <w:trPr>
          <w:trHeight w:val="189"/>
        </w:trPr>
        <w:tc>
          <w:tcPr>
            <w:tcW w:w="1062" w:type="pct"/>
            <w:tcBorders>
              <w:top w:val="nil"/>
              <w:left w:val="nil"/>
              <w:bottom w:val="nil"/>
              <w:right w:val="nil"/>
            </w:tcBorders>
            <w:shd w:val="clear" w:color="000000" w:fill="FFFFFF"/>
            <w:vAlign w:val="center"/>
            <w:hideMark/>
          </w:tcPr>
          <w:p w14:paraId="5BFD4613"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Cardiovascular conditions, IR (95% CI)</w:t>
            </w:r>
          </w:p>
        </w:tc>
        <w:tc>
          <w:tcPr>
            <w:tcW w:w="492" w:type="pct"/>
            <w:tcBorders>
              <w:top w:val="nil"/>
              <w:left w:val="nil"/>
              <w:bottom w:val="nil"/>
              <w:right w:val="nil"/>
            </w:tcBorders>
            <w:shd w:val="clear" w:color="000000" w:fill="F2F2F2"/>
            <w:vAlign w:val="center"/>
            <w:hideMark/>
          </w:tcPr>
          <w:p w14:paraId="1E761C1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478.37 </w:t>
            </w:r>
          </w:p>
          <w:p w14:paraId="3420B2B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(12.11; 2,665.33)</w:t>
            </w:r>
          </w:p>
        </w:tc>
        <w:tc>
          <w:tcPr>
            <w:tcW w:w="492" w:type="pct"/>
            <w:tcBorders>
              <w:top w:val="nil"/>
              <w:left w:val="nil"/>
              <w:bottom w:val="nil"/>
              <w:right w:val="nil"/>
            </w:tcBorders>
            <w:shd w:val="clear" w:color="000000" w:fill="F2F2F2"/>
            <w:vAlign w:val="center"/>
            <w:hideMark/>
          </w:tcPr>
          <w:p w14:paraId="6574E2D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37.83 </w:t>
            </w:r>
          </w:p>
          <w:p w14:paraId="502EE2B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(0.96; 210.76)</w:t>
            </w:r>
          </w:p>
        </w:tc>
        <w:tc>
          <w:tcPr>
            <w:tcW w:w="493" w:type="pct"/>
            <w:tcBorders>
              <w:top w:val="nil"/>
              <w:left w:val="nil"/>
              <w:bottom w:val="nil"/>
              <w:right w:val="nil"/>
            </w:tcBorders>
            <w:shd w:val="clear" w:color="000000" w:fill="F2F2F2"/>
            <w:vAlign w:val="center"/>
            <w:hideMark/>
          </w:tcPr>
          <w:p w14:paraId="31BD52F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70.11 </w:t>
            </w:r>
          </w:p>
          <w:p w14:paraId="472398B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(8.49; 253.27)</w:t>
            </w:r>
          </w:p>
        </w:tc>
        <w:tc>
          <w:tcPr>
            <w:tcW w:w="492" w:type="pct"/>
            <w:tcBorders>
              <w:top w:val="nil"/>
              <w:left w:val="nil"/>
              <w:bottom w:val="nil"/>
              <w:right w:val="nil"/>
            </w:tcBorders>
            <w:shd w:val="clear" w:color="000000" w:fill="FFFFFF"/>
            <w:vAlign w:val="center"/>
            <w:hideMark/>
          </w:tcPr>
          <w:p w14:paraId="3BA6113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6CEF9DC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24.52)</w:t>
            </w:r>
          </w:p>
        </w:tc>
        <w:tc>
          <w:tcPr>
            <w:tcW w:w="492" w:type="pct"/>
            <w:tcBorders>
              <w:top w:val="nil"/>
              <w:left w:val="nil"/>
              <w:bottom w:val="nil"/>
              <w:right w:val="nil"/>
            </w:tcBorders>
            <w:shd w:val="clear" w:color="000000" w:fill="F2F2F2"/>
            <w:vAlign w:val="center"/>
            <w:hideMark/>
          </w:tcPr>
          <w:p w14:paraId="3F84047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903.47 </w:t>
            </w:r>
          </w:p>
          <w:p w14:paraId="46AB9C0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(22.87; 5,033.79)</w:t>
            </w:r>
          </w:p>
        </w:tc>
        <w:tc>
          <w:tcPr>
            <w:tcW w:w="492" w:type="pct"/>
            <w:tcBorders>
              <w:top w:val="nil"/>
              <w:left w:val="nil"/>
              <w:bottom w:val="nil"/>
              <w:right w:val="nil"/>
            </w:tcBorders>
            <w:shd w:val="clear" w:color="000000" w:fill="F2F2F2"/>
            <w:vAlign w:val="center"/>
            <w:hideMark/>
          </w:tcPr>
          <w:p w14:paraId="408E64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31A9010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179.69)</w:t>
            </w:r>
          </w:p>
        </w:tc>
        <w:tc>
          <w:tcPr>
            <w:tcW w:w="493" w:type="pct"/>
            <w:tcBorders>
              <w:top w:val="nil"/>
              <w:left w:val="nil"/>
              <w:bottom w:val="nil"/>
              <w:right w:val="nil"/>
            </w:tcBorders>
            <w:shd w:val="clear" w:color="000000" w:fill="F2F2F2"/>
            <w:vAlign w:val="center"/>
            <w:hideMark/>
          </w:tcPr>
          <w:p w14:paraId="3B996D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46.22 </w:t>
            </w:r>
          </w:p>
          <w:p w14:paraId="080D2F7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(1.17; 257.52)</w:t>
            </w:r>
          </w:p>
        </w:tc>
        <w:tc>
          <w:tcPr>
            <w:tcW w:w="492" w:type="pct"/>
            <w:tcBorders>
              <w:top w:val="nil"/>
              <w:left w:val="nil"/>
              <w:bottom w:val="nil"/>
              <w:right w:val="nil"/>
            </w:tcBorders>
            <w:shd w:val="clear" w:color="000000" w:fill="FFFFFF"/>
            <w:vAlign w:val="center"/>
            <w:hideMark/>
          </w:tcPr>
          <w:p w14:paraId="7CE2AF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1F6A7EA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53.68)</w:t>
            </w:r>
          </w:p>
        </w:tc>
      </w:tr>
      <w:tr w:rsidR="00726DBE" w:rsidRPr="00693325" w14:paraId="26F1A6F0" w14:textId="77777777" w:rsidTr="00841CFC">
        <w:trPr>
          <w:trHeight w:val="189"/>
        </w:trPr>
        <w:tc>
          <w:tcPr>
            <w:tcW w:w="1062" w:type="pct"/>
            <w:tcBorders>
              <w:top w:val="nil"/>
              <w:left w:val="nil"/>
              <w:bottom w:val="nil"/>
              <w:right w:val="nil"/>
            </w:tcBorders>
            <w:shd w:val="clear" w:color="000000" w:fill="FFFFFF"/>
            <w:vAlign w:val="center"/>
          </w:tcPr>
          <w:p w14:paraId="7F3F52ED"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rPr>
              <w:t>Percentage (%)</w:t>
            </w:r>
          </w:p>
        </w:tc>
        <w:tc>
          <w:tcPr>
            <w:tcW w:w="492" w:type="pct"/>
            <w:tcBorders>
              <w:top w:val="nil"/>
              <w:left w:val="nil"/>
              <w:bottom w:val="nil"/>
              <w:right w:val="nil"/>
            </w:tcBorders>
            <w:shd w:val="clear" w:color="000000" w:fill="F2F2F2"/>
            <w:vAlign w:val="center"/>
          </w:tcPr>
          <w:p w14:paraId="3B5D3DA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4.76</w:t>
            </w:r>
          </w:p>
        </w:tc>
        <w:tc>
          <w:tcPr>
            <w:tcW w:w="492" w:type="pct"/>
            <w:tcBorders>
              <w:top w:val="nil"/>
              <w:left w:val="nil"/>
              <w:bottom w:val="nil"/>
              <w:right w:val="nil"/>
            </w:tcBorders>
            <w:shd w:val="clear" w:color="000000" w:fill="F2F2F2"/>
            <w:vAlign w:val="center"/>
          </w:tcPr>
          <w:p w14:paraId="03138E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5.00</w:t>
            </w:r>
          </w:p>
        </w:tc>
        <w:tc>
          <w:tcPr>
            <w:tcW w:w="493" w:type="pct"/>
            <w:tcBorders>
              <w:top w:val="nil"/>
              <w:left w:val="nil"/>
              <w:bottom w:val="nil"/>
              <w:right w:val="nil"/>
            </w:tcBorders>
            <w:shd w:val="clear" w:color="000000" w:fill="F2F2F2"/>
            <w:vAlign w:val="center"/>
          </w:tcPr>
          <w:p w14:paraId="204BEC7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9.52</w:t>
            </w:r>
          </w:p>
        </w:tc>
        <w:tc>
          <w:tcPr>
            <w:tcW w:w="492" w:type="pct"/>
            <w:tcBorders>
              <w:top w:val="nil"/>
              <w:left w:val="nil"/>
              <w:bottom w:val="nil"/>
              <w:right w:val="nil"/>
            </w:tcBorders>
            <w:shd w:val="clear" w:color="000000" w:fill="FFFFFF"/>
            <w:vAlign w:val="center"/>
          </w:tcPr>
          <w:p w14:paraId="1BBBC7F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0DF3D9D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7.69</w:t>
            </w:r>
          </w:p>
        </w:tc>
        <w:tc>
          <w:tcPr>
            <w:tcW w:w="492" w:type="pct"/>
            <w:tcBorders>
              <w:top w:val="nil"/>
              <w:left w:val="nil"/>
              <w:bottom w:val="nil"/>
              <w:right w:val="nil"/>
            </w:tcBorders>
            <w:shd w:val="clear" w:color="000000" w:fill="F2F2F2"/>
            <w:vAlign w:val="center"/>
          </w:tcPr>
          <w:p w14:paraId="5EF948B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top w:val="nil"/>
              <w:left w:val="nil"/>
              <w:bottom w:val="nil"/>
              <w:right w:val="nil"/>
            </w:tcBorders>
            <w:shd w:val="clear" w:color="000000" w:fill="F2F2F2"/>
            <w:vAlign w:val="center"/>
          </w:tcPr>
          <w:p w14:paraId="1C67DAD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7.69</w:t>
            </w:r>
          </w:p>
        </w:tc>
        <w:tc>
          <w:tcPr>
            <w:tcW w:w="492" w:type="pct"/>
            <w:tcBorders>
              <w:top w:val="nil"/>
              <w:left w:val="nil"/>
              <w:bottom w:val="nil"/>
              <w:right w:val="nil"/>
            </w:tcBorders>
            <w:shd w:val="clear" w:color="000000" w:fill="FFFFFF"/>
            <w:vAlign w:val="center"/>
          </w:tcPr>
          <w:p w14:paraId="5742563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r>
      <w:tr w:rsidR="00726DBE" w:rsidRPr="00693325" w14:paraId="52755A48" w14:textId="77777777" w:rsidTr="00841CFC">
        <w:trPr>
          <w:trHeight w:val="68"/>
        </w:trPr>
        <w:tc>
          <w:tcPr>
            <w:tcW w:w="1062" w:type="pct"/>
            <w:tcBorders>
              <w:top w:val="nil"/>
              <w:left w:val="nil"/>
              <w:bottom w:val="nil"/>
              <w:right w:val="nil"/>
            </w:tcBorders>
            <w:shd w:val="clear" w:color="000000" w:fill="FFFFFF"/>
            <w:vAlign w:val="center"/>
            <w:hideMark/>
          </w:tcPr>
          <w:p w14:paraId="1F9E18CF"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hideMark/>
          </w:tcPr>
          <w:p w14:paraId="0F2A8BF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4,040 (NA)</w:t>
            </w:r>
          </w:p>
        </w:tc>
        <w:tc>
          <w:tcPr>
            <w:tcW w:w="492" w:type="pct"/>
            <w:tcBorders>
              <w:top w:val="nil"/>
              <w:left w:val="nil"/>
              <w:bottom w:val="nil"/>
              <w:right w:val="nil"/>
            </w:tcBorders>
            <w:shd w:val="clear" w:color="000000" w:fill="F2F2F2"/>
            <w:vAlign w:val="center"/>
            <w:hideMark/>
          </w:tcPr>
          <w:p w14:paraId="6E47BF7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53 (NA)</w:t>
            </w:r>
          </w:p>
        </w:tc>
        <w:tc>
          <w:tcPr>
            <w:tcW w:w="493" w:type="pct"/>
            <w:tcBorders>
              <w:top w:val="nil"/>
              <w:left w:val="nil"/>
              <w:bottom w:val="nil"/>
              <w:right w:val="nil"/>
            </w:tcBorders>
            <w:shd w:val="clear" w:color="000000" w:fill="F2F2F2"/>
            <w:vAlign w:val="center"/>
            <w:hideMark/>
          </w:tcPr>
          <w:p w14:paraId="51884DE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68 (24)</w:t>
            </w:r>
          </w:p>
        </w:tc>
        <w:tc>
          <w:tcPr>
            <w:tcW w:w="492" w:type="pct"/>
            <w:tcBorders>
              <w:top w:val="nil"/>
              <w:left w:val="nil"/>
              <w:bottom w:val="nil"/>
              <w:right w:val="nil"/>
            </w:tcBorders>
            <w:shd w:val="clear" w:color="000000" w:fill="FFFFFF"/>
            <w:vAlign w:val="center"/>
            <w:hideMark/>
          </w:tcPr>
          <w:p w14:paraId="7521A0D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hideMark/>
          </w:tcPr>
          <w:p w14:paraId="2625012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32,772 (NA)</w:t>
            </w:r>
          </w:p>
        </w:tc>
        <w:tc>
          <w:tcPr>
            <w:tcW w:w="492" w:type="pct"/>
            <w:tcBorders>
              <w:top w:val="nil"/>
              <w:left w:val="nil"/>
              <w:bottom w:val="nil"/>
              <w:right w:val="nil"/>
            </w:tcBorders>
            <w:shd w:val="clear" w:color="000000" w:fill="F2F2F2"/>
            <w:vAlign w:val="center"/>
            <w:hideMark/>
          </w:tcPr>
          <w:p w14:paraId="74A8DCF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hideMark/>
          </w:tcPr>
          <w:p w14:paraId="0D33219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32,772 (NA)</w:t>
            </w:r>
          </w:p>
        </w:tc>
        <w:tc>
          <w:tcPr>
            <w:tcW w:w="492" w:type="pct"/>
            <w:tcBorders>
              <w:top w:val="nil"/>
              <w:left w:val="nil"/>
              <w:bottom w:val="nil"/>
              <w:right w:val="nil"/>
            </w:tcBorders>
            <w:shd w:val="clear" w:color="000000" w:fill="FFFFFF"/>
            <w:vAlign w:val="center"/>
            <w:hideMark/>
          </w:tcPr>
          <w:p w14:paraId="7D9B861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21B49611" w14:textId="77777777" w:rsidTr="00841CFC">
        <w:trPr>
          <w:trHeight w:val="72"/>
        </w:trPr>
        <w:tc>
          <w:tcPr>
            <w:tcW w:w="1062" w:type="pct"/>
            <w:tcBorders>
              <w:top w:val="nil"/>
              <w:left w:val="nil"/>
              <w:bottom w:val="nil"/>
              <w:right w:val="nil"/>
            </w:tcBorders>
            <w:shd w:val="clear" w:color="000000" w:fill="FFFFFF"/>
            <w:vAlign w:val="center"/>
            <w:hideMark/>
          </w:tcPr>
          <w:p w14:paraId="7B156248"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Dermatologic conditions, IR (95% CI)</w:t>
            </w:r>
          </w:p>
        </w:tc>
        <w:tc>
          <w:tcPr>
            <w:tcW w:w="492" w:type="pct"/>
            <w:tcBorders>
              <w:top w:val="nil"/>
              <w:left w:val="nil"/>
              <w:bottom w:val="nil"/>
              <w:right w:val="nil"/>
            </w:tcBorders>
            <w:shd w:val="clear" w:color="000000" w:fill="F2F2F2"/>
            <w:vAlign w:val="center"/>
            <w:hideMark/>
          </w:tcPr>
          <w:p w14:paraId="7E68541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964.33 </w:t>
            </w:r>
          </w:p>
          <w:p w14:paraId="036F2B5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(116.79; 3,483.50)</w:t>
            </w:r>
          </w:p>
        </w:tc>
        <w:tc>
          <w:tcPr>
            <w:tcW w:w="492" w:type="pct"/>
            <w:tcBorders>
              <w:top w:val="nil"/>
              <w:left w:val="nil"/>
              <w:bottom w:val="nil"/>
              <w:right w:val="nil"/>
            </w:tcBorders>
            <w:shd w:val="clear" w:color="000000" w:fill="F2F2F2"/>
            <w:vAlign w:val="center"/>
            <w:hideMark/>
          </w:tcPr>
          <w:p w14:paraId="5ADD42A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126.43 </w:t>
            </w:r>
          </w:p>
          <w:p w14:paraId="7552C90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(26.07; 369.48)</w:t>
            </w:r>
          </w:p>
        </w:tc>
        <w:tc>
          <w:tcPr>
            <w:tcW w:w="493" w:type="pct"/>
            <w:tcBorders>
              <w:top w:val="nil"/>
              <w:left w:val="nil"/>
              <w:bottom w:val="nil"/>
              <w:right w:val="nil"/>
            </w:tcBorders>
            <w:shd w:val="clear" w:color="000000" w:fill="F2F2F2"/>
            <w:vAlign w:val="center"/>
            <w:hideMark/>
          </w:tcPr>
          <w:p w14:paraId="03F7BD0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193.78 </w:t>
            </w:r>
          </w:p>
          <w:p w14:paraId="521BB67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(62.92; 452.21)</w:t>
            </w:r>
          </w:p>
        </w:tc>
        <w:tc>
          <w:tcPr>
            <w:tcW w:w="492" w:type="pct"/>
            <w:tcBorders>
              <w:top w:val="nil"/>
              <w:left w:val="nil"/>
              <w:bottom w:val="nil"/>
              <w:right w:val="nil"/>
            </w:tcBorders>
            <w:shd w:val="clear" w:color="000000" w:fill="FFFFFF"/>
            <w:vAlign w:val="center"/>
            <w:hideMark/>
          </w:tcPr>
          <w:p w14:paraId="0C34F0C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48.90 </w:t>
            </w:r>
          </w:p>
          <w:p w14:paraId="660565B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(19.66; 100.75)</w:t>
            </w:r>
          </w:p>
        </w:tc>
        <w:tc>
          <w:tcPr>
            <w:tcW w:w="492" w:type="pct"/>
            <w:tcBorders>
              <w:top w:val="nil"/>
              <w:left w:val="nil"/>
              <w:bottom w:val="nil"/>
              <w:right w:val="nil"/>
            </w:tcBorders>
            <w:shd w:val="clear" w:color="000000" w:fill="F2F2F2"/>
            <w:vAlign w:val="center"/>
            <w:hideMark/>
          </w:tcPr>
          <w:p w14:paraId="781D225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1,073.53 </w:t>
            </w:r>
          </w:p>
          <w:p w14:paraId="10BBF25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(27.18; 5,981.32)</w:t>
            </w:r>
          </w:p>
        </w:tc>
        <w:tc>
          <w:tcPr>
            <w:tcW w:w="492" w:type="pct"/>
            <w:tcBorders>
              <w:top w:val="nil"/>
              <w:left w:val="nil"/>
              <w:bottom w:val="nil"/>
              <w:right w:val="nil"/>
            </w:tcBorders>
            <w:shd w:val="clear" w:color="000000" w:fill="F2F2F2"/>
            <w:vAlign w:val="center"/>
            <w:hideMark/>
          </w:tcPr>
          <w:p w14:paraId="154C17F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81.18 </w:t>
            </w:r>
          </w:p>
          <w:p w14:paraId="2340595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(2.06; 452.32)</w:t>
            </w:r>
          </w:p>
        </w:tc>
        <w:tc>
          <w:tcPr>
            <w:tcW w:w="493" w:type="pct"/>
            <w:tcBorders>
              <w:top w:val="nil"/>
              <w:left w:val="nil"/>
              <w:bottom w:val="nil"/>
              <w:right w:val="nil"/>
            </w:tcBorders>
            <w:shd w:val="clear" w:color="000000" w:fill="F2F2F2"/>
            <w:vAlign w:val="center"/>
            <w:hideMark/>
          </w:tcPr>
          <w:p w14:paraId="76AF323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150.95 </w:t>
            </w:r>
          </w:p>
          <w:p w14:paraId="3A2583B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(18.28; 545.29)</w:t>
            </w:r>
          </w:p>
        </w:tc>
        <w:tc>
          <w:tcPr>
            <w:tcW w:w="492" w:type="pct"/>
            <w:tcBorders>
              <w:top w:val="nil"/>
              <w:left w:val="nil"/>
              <w:bottom w:val="nil"/>
              <w:right w:val="nil"/>
            </w:tcBorders>
            <w:shd w:val="clear" w:color="000000" w:fill="FFFFFF"/>
            <w:vAlign w:val="center"/>
            <w:hideMark/>
          </w:tcPr>
          <w:p w14:paraId="4C3B4F3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30.69 </w:t>
            </w:r>
          </w:p>
          <w:p w14:paraId="1A5A9FE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(3.72; 110.85)</w:t>
            </w:r>
          </w:p>
        </w:tc>
      </w:tr>
      <w:tr w:rsidR="00726DBE" w:rsidRPr="00693325" w14:paraId="351056E9" w14:textId="77777777" w:rsidTr="00841CFC">
        <w:trPr>
          <w:trHeight w:val="72"/>
        </w:trPr>
        <w:tc>
          <w:tcPr>
            <w:tcW w:w="1062" w:type="pct"/>
            <w:tcBorders>
              <w:top w:val="nil"/>
              <w:left w:val="nil"/>
              <w:bottom w:val="nil"/>
              <w:right w:val="nil"/>
            </w:tcBorders>
            <w:shd w:val="clear" w:color="000000" w:fill="FFFFFF"/>
            <w:vAlign w:val="center"/>
          </w:tcPr>
          <w:p w14:paraId="27EDD269"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rPr>
              <w:t>Percentage (%)</w:t>
            </w:r>
          </w:p>
        </w:tc>
        <w:tc>
          <w:tcPr>
            <w:tcW w:w="492" w:type="pct"/>
            <w:tcBorders>
              <w:top w:val="nil"/>
              <w:left w:val="nil"/>
              <w:bottom w:val="nil"/>
              <w:right w:val="nil"/>
            </w:tcBorders>
            <w:shd w:val="clear" w:color="000000" w:fill="F2F2F2"/>
            <w:vAlign w:val="center"/>
          </w:tcPr>
          <w:p w14:paraId="69ADBD8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9.52</w:t>
            </w:r>
          </w:p>
        </w:tc>
        <w:tc>
          <w:tcPr>
            <w:tcW w:w="492" w:type="pct"/>
            <w:tcBorders>
              <w:top w:val="nil"/>
              <w:left w:val="nil"/>
              <w:bottom w:val="nil"/>
              <w:right w:val="nil"/>
            </w:tcBorders>
            <w:shd w:val="clear" w:color="000000" w:fill="F2F2F2"/>
            <w:vAlign w:val="center"/>
          </w:tcPr>
          <w:p w14:paraId="494C53B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15.79</w:t>
            </w:r>
          </w:p>
        </w:tc>
        <w:tc>
          <w:tcPr>
            <w:tcW w:w="493" w:type="pct"/>
            <w:tcBorders>
              <w:top w:val="nil"/>
              <w:left w:val="nil"/>
              <w:bottom w:val="nil"/>
              <w:right w:val="nil"/>
            </w:tcBorders>
            <w:shd w:val="clear" w:color="000000" w:fill="F2F2F2"/>
            <w:vAlign w:val="center"/>
          </w:tcPr>
          <w:p w14:paraId="1034300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23.81</w:t>
            </w:r>
          </w:p>
        </w:tc>
        <w:tc>
          <w:tcPr>
            <w:tcW w:w="492" w:type="pct"/>
            <w:tcBorders>
              <w:top w:val="nil"/>
              <w:left w:val="nil"/>
              <w:bottom w:val="nil"/>
              <w:right w:val="nil"/>
            </w:tcBorders>
            <w:shd w:val="clear" w:color="000000" w:fill="FFFFFF"/>
            <w:vAlign w:val="center"/>
          </w:tcPr>
          <w:p w14:paraId="3D235E4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6.67</w:t>
            </w:r>
          </w:p>
        </w:tc>
        <w:tc>
          <w:tcPr>
            <w:tcW w:w="492" w:type="pct"/>
            <w:tcBorders>
              <w:top w:val="nil"/>
              <w:left w:val="nil"/>
              <w:bottom w:val="nil"/>
              <w:right w:val="nil"/>
            </w:tcBorders>
            <w:shd w:val="clear" w:color="000000" w:fill="F2F2F2"/>
            <w:vAlign w:val="center"/>
          </w:tcPr>
          <w:p w14:paraId="10E391B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8.33</w:t>
            </w:r>
          </w:p>
        </w:tc>
        <w:tc>
          <w:tcPr>
            <w:tcW w:w="492" w:type="pct"/>
            <w:tcBorders>
              <w:top w:val="nil"/>
              <w:left w:val="nil"/>
              <w:bottom w:val="nil"/>
              <w:right w:val="nil"/>
            </w:tcBorders>
            <w:shd w:val="clear" w:color="000000" w:fill="F2F2F2"/>
            <w:vAlign w:val="center"/>
          </w:tcPr>
          <w:p w14:paraId="0559285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11.11</w:t>
            </w:r>
          </w:p>
        </w:tc>
        <w:tc>
          <w:tcPr>
            <w:tcW w:w="493" w:type="pct"/>
            <w:tcBorders>
              <w:top w:val="nil"/>
              <w:left w:val="nil"/>
              <w:bottom w:val="nil"/>
              <w:right w:val="nil"/>
            </w:tcBorders>
            <w:shd w:val="clear" w:color="000000" w:fill="F2F2F2"/>
            <w:vAlign w:val="center"/>
          </w:tcPr>
          <w:p w14:paraId="486D60C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16.67</w:t>
            </w:r>
          </w:p>
        </w:tc>
        <w:tc>
          <w:tcPr>
            <w:tcW w:w="492" w:type="pct"/>
            <w:tcBorders>
              <w:top w:val="nil"/>
              <w:left w:val="nil"/>
              <w:bottom w:val="nil"/>
              <w:right w:val="nil"/>
            </w:tcBorders>
            <w:shd w:val="clear" w:color="000000" w:fill="FFFFFF"/>
            <w:vAlign w:val="center"/>
          </w:tcPr>
          <w:p w14:paraId="2727987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3.08</w:t>
            </w:r>
          </w:p>
        </w:tc>
      </w:tr>
      <w:tr w:rsidR="00726DBE" w:rsidRPr="00693325" w14:paraId="1EAF378E" w14:textId="77777777" w:rsidTr="00841CFC">
        <w:trPr>
          <w:trHeight w:val="68"/>
        </w:trPr>
        <w:tc>
          <w:tcPr>
            <w:tcW w:w="1062" w:type="pct"/>
            <w:tcBorders>
              <w:top w:val="nil"/>
              <w:left w:val="nil"/>
              <w:bottom w:val="nil"/>
              <w:right w:val="nil"/>
            </w:tcBorders>
            <w:shd w:val="clear" w:color="000000" w:fill="FFFFFF"/>
            <w:vAlign w:val="center"/>
            <w:hideMark/>
          </w:tcPr>
          <w:p w14:paraId="4EE2E809"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hideMark/>
          </w:tcPr>
          <w:p w14:paraId="71EC6E5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155 (88)</w:t>
            </w:r>
          </w:p>
        </w:tc>
        <w:tc>
          <w:tcPr>
            <w:tcW w:w="492" w:type="pct"/>
            <w:tcBorders>
              <w:top w:val="nil"/>
              <w:left w:val="nil"/>
              <w:bottom w:val="nil"/>
              <w:right w:val="nil"/>
            </w:tcBorders>
            <w:shd w:val="clear" w:color="000000" w:fill="F2F2F2"/>
            <w:vAlign w:val="center"/>
            <w:hideMark/>
          </w:tcPr>
          <w:p w14:paraId="165308D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 (2)</w:t>
            </w:r>
          </w:p>
        </w:tc>
        <w:tc>
          <w:tcPr>
            <w:tcW w:w="493" w:type="pct"/>
            <w:tcBorders>
              <w:top w:val="nil"/>
              <w:left w:val="nil"/>
              <w:bottom w:val="nil"/>
              <w:right w:val="nil"/>
            </w:tcBorders>
            <w:shd w:val="clear" w:color="000000" w:fill="F2F2F2"/>
            <w:vAlign w:val="center"/>
            <w:hideMark/>
          </w:tcPr>
          <w:p w14:paraId="0A86907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 (6)</w:t>
            </w:r>
          </w:p>
        </w:tc>
        <w:tc>
          <w:tcPr>
            <w:tcW w:w="492" w:type="pct"/>
            <w:tcBorders>
              <w:top w:val="nil"/>
              <w:left w:val="nil"/>
              <w:bottom w:val="nil"/>
              <w:right w:val="nil"/>
            </w:tcBorders>
            <w:shd w:val="clear" w:color="000000" w:fill="FFFFFF"/>
            <w:vAlign w:val="center"/>
            <w:hideMark/>
          </w:tcPr>
          <w:p w14:paraId="676040A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 (6)</w:t>
            </w:r>
          </w:p>
        </w:tc>
        <w:tc>
          <w:tcPr>
            <w:tcW w:w="492" w:type="pct"/>
            <w:tcBorders>
              <w:top w:val="nil"/>
              <w:left w:val="nil"/>
              <w:bottom w:val="nil"/>
              <w:right w:val="nil"/>
            </w:tcBorders>
            <w:shd w:val="clear" w:color="000000" w:fill="F2F2F2"/>
            <w:vAlign w:val="center"/>
            <w:hideMark/>
          </w:tcPr>
          <w:p w14:paraId="729E0FD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85 (NA)</w:t>
            </w:r>
          </w:p>
        </w:tc>
        <w:tc>
          <w:tcPr>
            <w:tcW w:w="492" w:type="pct"/>
            <w:tcBorders>
              <w:top w:val="nil"/>
              <w:left w:val="nil"/>
              <w:bottom w:val="nil"/>
              <w:right w:val="nil"/>
            </w:tcBorders>
            <w:shd w:val="clear" w:color="000000" w:fill="F2F2F2"/>
            <w:vAlign w:val="center"/>
            <w:hideMark/>
          </w:tcPr>
          <w:p w14:paraId="34D20FD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 (NA)</w:t>
            </w:r>
          </w:p>
        </w:tc>
        <w:tc>
          <w:tcPr>
            <w:tcW w:w="493" w:type="pct"/>
            <w:tcBorders>
              <w:top w:val="nil"/>
              <w:left w:val="nil"/>
              <w:bottom w:val="nil"/>
              <w:right w:val="nil"/>
            </w:tcBorders>
            <w:shd w:val="clear" w:color="000000" w:fill="F2F2F2"/>
            <w:vAlign w:val="center"/>
            <w:hideMark/>
          </w:tcPr>
          <w:p w14:paraId="79B633B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 (4)</w:t>
            </w:r>
          </w:p>
        </w:tc>
        <w:tc>
          <w:tcPr>
            <w:tcW w:w="492" w:type="pct"/>
            <w:tcBorders>
              <w:top w:val="nil"/>
              <w:left w:val="nil"/>
              <w:bottom w:val="nil"/>
              <w:right w:val="nil"/>
            </w:tcBorders>
            <w:shd w:val="clear" w:color="000000" w:fill="FFFFFF"/>
            <w:vAlign w:val="center"/>
            <w:hideMark/>
          </w:tcPr>
          <w:p w14:paraId="5DEB15C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 (2)</w:t>
            </w:r>
          </w:p>
        </w:tc>
      </w:tr>
      <w:tr w:rsidR="00726DBE" w:rsidRPr="00693325" w14:paraId="592E5085" w14:textId="77777777" w:rsidTr="00841CFC">
        <w:trPr>
          <w:trHeight w:val="68"/>
        </w:trPr>
        <w:tc>
          <w:tcPr>
            <w:tcW w:w="1062" w:type="pct"/>
            <w:tcBorders>
              <w:top w:val="nil"/>
              <w:left w:val="nil"/>
              <w:bottom w:val="nil"/>
              <w:right w:val="nil"/>
            </w:tcBorders>
            <w:shd w:val="clear" w:color="000000" w:fill="FFFFFF"/>
            <w:vAlign w:val="center"/>
            <w:hideMark/>
          </w:tcPr>
          <w:p w14:paraId="42F30845"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Motor deficits, IR (95% CI)</w:t>
            </w:r>
          </w:p>
        </w:tc>
        <w:tc>
          <w:tcPr>
            <w:tcW w:w="492" w:type="pct"/>
            <w:tcBorders>
              <w:top w:val="nil"/>
              <w:left w:val="nil"/>
              <w:bottom w:val="nil"/>
              <w:right w:val="nil"/>
            </w:tcBorders>
            <w:shd w:val="clear" w:color="000000" w:fill="F2F2F2"/>
            <w:vAlign w:val="center"/>
            <w:hideMark/>
          </w:tcPr>
          <w:p w14:paraId="0091161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590812D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1,693.64)</w:t>
            </w:r>
          </w:p>
        </w:tc>
        <w:tc>
          <w:tcPr>
            <w:tcW w:w="492" w:type="pct"/>
            <w:tcBorders>
              <w:top w:val="nil"/>
              <w:left w:val="nil"/>
              <w:bottom w:val="nil"/>
              <w:right w:val="nil"/>
            </w:tcBorders>
            <w:shd w:val="clear" w:color="000000" w:fill="F2F2F2"/>
            <w:vAlign w:val="center"/>
            <w:hideMark/>
          </w:tcPr>
          <w:p w14:paraId="25C8AB3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1E5C1BE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111.13)</w:t>
            </w:r>
          </w:p>
        </w:tc>
        <w:tc>
          <w:tcPr>
            <w:tcW w:w="493" w:type="pct"/>
            <w:tcBorders>
              <w:top w:val="nil"/>
              <w:left w:val="nil"/>
              <w:bottom w:val="nil"/>
              <w:right w:val="nil"/>
            </w:tcBorders>
            <w:shd w:val="clear" w:color="000000" w:fill="F2F2F2"/>
            <w:vAlign w:val="center"/>
            <w:hideMark/>
          </w:tcPr>
          <w:p w14:paraId="4EA6D04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7091BE9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104.29)</w:t>
            </w:r>
          </w:p>
        </w:tc>
        <w:tc>
          <w:tcPr>
            <w:tcW w:w="492" w:type="pct"/>
            <w:tcBorders>
              <w:top w:val="nil"/>
              <w:left w:val="nil"/>
              <w:bottom w:val="nil"/>
              <w:right w:val="nil"/>
            </w:tcBorders>
            <w:shd w:val="clear" w:color="000000" w:fill="FFFFFF"/>
            <w:vAlign w:val="center"/>
            <w:hideMark/>
          </w:tcPr>
          <w:p w14:paraId="224A600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1A53DCD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24.52)</w:t>
            </w:r>
          </w:p>
        </w:tc>
        <w:tc>
          <w:tcPr>
            <w:tcW w:w="492" w:type="pct"/>
            <w:tcBorders>
              <w:top w:val="nil"/>
              <w:left w:val="nil"/>
              <w:bottom w:val="nil"/>
              <w:right w:val="nil"/>
            </w:tcBorders>
            <w:shd w:val="clear" w:color="000000" w:fill="F2F2F2"/>
            <w:vAlign w:val="center"/>
            <w:hideMark/>
          </w:tcPr>
          <w:p w14:paraId="1E4B0EB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407FBB8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3,349.36)</w:t>
            </w:r>
          </w:p>
        </w:tc>
        <w:tc>
          <w:tcPr>
            <w:tcW w:w="492" w:type="pct"/>
            <w:tcBorders>
              <w:top w:val="nil"/>
              <w:left w:val="nil"/>
              <w:bottom w:val="nil"/>
              <w:right w:val="nil"/>
            </w:tcBorders>
            <w:shd w:val="clear" w:color="000000" w:fill="F2F2F2"/>
            <w:vAlign w:val="center"/>
            <w:hideMark/>
          </w:tcPr>
          <w:p w14:paraId="7F49DCF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50.79 </w:t>
            </w:r>
          </w:p>
          <w:p w14:paraId="4FAFE9E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(1.29; 283.00)</w:t>
            </w:r>
          </w:p>
        </w:tc>
        <w:tc>
          <w:tcPr>
            <w:tcW w:w="493" w:type="pct"/>
            <w:tcBorders>
              <w:top w:val="nil"/>
              <w:left w:val="nil"/>
              <w:bottom w:val="nil"/>
              <w:right w:val="nil"/>
            </w:tcBorders>
            <w:shd w:val="clear" w:color="000000" w:fill="F2F2F2"/>
            <w:vAlign w:val="center"/>
            <w:hideMark/>
          </w:tcPr>
          <w:p w14:paraId="2AACC62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48.10 </w:t>
            </w:r>
          </w:p>
          <w:p w14:paraId="413A25A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(1.22; 268.01)</w:t>
            </w:r>
          </w:p>
        </w:tc>
        <w:tc>
          <w:tcPr>
            <w:tcW w:w="492" w:type="pct"/>
            <w:tcBorders>
              <w:top w:val="nil"/>
              <w:left w:val="nil"/>
              <w:bottom w:val="nil"/>
              <w:right w:val="nil"/>
            </w:tcBorders>
            <w:shd w:val="clear" w:color="000000" w:fill="FFFFFF"/>
            <w:vAlign w:val="center"/>
            <w:hideMark/>
          </w:tcPr>
          <w:p w14:paraId="6EC3319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29.85 </w:t>
            </w:r>
          </w:p>
          <w:p w14:paraId="515230F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(3.62; 107.84)</w:t>
            </w:r>
          </w:p>
        </w:tc>
      </w:tr>
      <w:tr w:rsidR="00726DBE" w:rsidRPr="00693325" w14:paraId="12BB46F3" w14:textId="77777777" w:rsidTr="00841CFC">
        <w:trPr>
          <w:trHeight w:val="68"/>
        </w:trPr>
        <w:tc>
          <w:tcPr>
            <w:tcW w:w="1062" w:type="pct"/>
            <w:tcBorders>
              <w:top w:val="nil"/>
              <w:left w:val="nil"/>
              <w:bottom w:val="nil"/>
              <w:right w:val="nil"/>
            </w:tcBorders>
            <w:shd w:val="clear" w:color="000000" w:fill="FFFFFF"/>
            <w:vAlign w:val="center"/>
          </w:tcPr>
          <w:p w14:paraId="60D3ECC2"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rPr>
              <w:t>Percentage (%)</w:t>
            </w:r>
          </w:p>
        </w:tc>
        <w:tc>
          <w:tcPr>
            <w:tcW w:w="492" w:type="pct"/>
            <w:tcBorders>
              <w:top w:val="nil"/>
              <w:left w:val="nil"/>
              <w:bottom w:val="nil"/>
              <w:right w:val="nil"/>
            </w:tcBorders>
            <w:shd w:val="clear" w:color="000000" w:fill="F2F2F2"/>
            <w:vAlign w:val="center"/>
          </w:tcPr>
          <w:p w14:paraId="3D2EC4A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463A8C3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top w:val="nil"/>
              <w:left w:val="nil"/>
              <w:bottom w:val="nil"/>
              <w:right w:val="nil"/>
            </w:tcBorders>
            <w:shd w:val="clear" w:color="000000" w:fill="F2F2F2"/>
            <w:vAlign w:val="center"/>
          </w:tcPr>
          <w:p w14:paraId="4F21DC2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FFFFF"/>
            <w:vAlign w:val="center"/>
          </w:tcPr>
          <w:p w14:paraId="610739D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6D42514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24360EA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9.09</w:t>
            </w:r>
          </w:p>
        </w:tc>
        <w:tc>
          <w:tcPr>
            <w:tcW w:w="493" w:type="pct"/>
            <w:tcBorders>
              <w:top w:val="nil"/>
              <w:left w:val="nil"/>
              <w:bottom w:val="nil"/>
              <w:right w:val="nil"/>
            </w:tcBorders>
            <w:shd w:val="clear" w:color="000000" w:fill="F2F2F2"/>
            <w:vAlign w:val="center"/>
          </w:tcPr>
          <w:p w14:paraId="48DC02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8.33</w:t>
            </w:r>
          </w:p>
        </w:tc>
        <w:tc>
          <w:tcPr>
            <w:tcW w:w="492" w:type="pct"/>
            <w:tcBorders>
              <w:top w:val="nil"/>
              <w:left w:val="nil"/>
              <w:bottom w:val="nil"/>
              <w:right w:val="nil"/>
            </w:tcBorders>
            <w:shd w:val="clear" w:color="000000" w:fill="FFFFFF"/>
            <w:vAlign w:val="center"/>
          </w:tcPr>
          <w:p w14:paraId="3B5A4FF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3.08</w:t>
            </w:r>
          </w:p>
        </w:tc>
      </w:tr>
      <w:tr w:rsidR="00726DBE" w:rsidRPr="00693325" w14:paraId="0370EDFB" w14:textId="77777777" w:rsidTr="00841CFC">
        <w:trPr>
          <w:trHeight w:val="68"/>
        </w:trPr>
        <w:tc>
          <w:tcPr>
            <w:tcW w:w="1062" w:type="pct"/>
            <w:tcBorders>
              <w:top w:val="nil"/>
              <w:left w:val="nil"/>
              <w:bottom w:val="nil"/>
              <w:right w:val="nil"/>
            </w:tcBorders>
            <w:shd w:val="clear" w:color="000000" w:fill="FFFFFF"/>
            <w:vAlign w:val="center"/>
            <w:hideMark/>
          </w:tcPr>
          <w:p w14:paraId="359D87EF"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hideMark/>
          </w:tcPr>
          <w:p w14:paraId="7774A36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hideMark/>
          </w:tcPr>
          <w:p w14:paraId="50ACABF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hideMark/>
          </w:tcPr>
          <w:p w14:paraId="0B4EC4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FFFFF"/>
            <w:vAlign w:val="center"/>
            <w:hideMark/>
          </w:tcPr>
          <w:p w14:paraId="67C8E6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hideMark/>
          </w:tcPr>
          <w:p w14:paraId="2133923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hideMark/>
          </w:tcPr>
          <w:p w14:paraId="527DD69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593 (NA)</w:t>
            </w:r>
          </w:p>
        </w:tc>
        <w:tc>
          <w:tcPr>
            <w:tcW w:w="493" w:type="pct"/>
            <w:tcBorders>
              <w:top w:val="nil"/>
              <w:left w:val="nil"/>
              <w:bottom w:val="nil"/>
              <w:right w:val="nil"/>
            </w:tcBorders>
            <w:shd w:val="clear" w:color="000000" w:fill="F2F2F2"/>
            <w:vAlign w:val="center"/>
            <w:hideMark/>
          </w:tcPr>
          <w:p w14:paraId="409F6EE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555 (NA)</w:t>
            </w:r>
          </w:p>
        </w:tc>
        <w:tc>
          <w:tcPr>
            <w:tcW w:w="492" w:type="pct"/>
            <w:tcBorders>
              <w:top w:val="nil"/>
              <w:left w:val="nil"/>
              <w:bottom w:val="nil"/>
              <w:right w:val="nil"/>
            </w:tcBorders>
            <w:shd w:val="clear" w:color="000000" w:fill="FFFFFF"/>
            <w:vAlign w:val="center"/>
            <w:hideMark/>
          </w:tcPr>
          <w:p w14:paraId="3F6E3EE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112 (147)</w:t>
            </w:r>
          </w:p>
        </w:tc>
      </w:tr>
      <w:tr w:rsidR="00726DBE" w:rsidRPr="00693325" w14:paraId="3C76281A" w14:textId="77777777" w:rsidTr="00841CFC">
        <w:trPr>
          <w:trHeight w:val="68"/>
        </w:trPr>
        <w:tc>
          <w:tcPr>
            <w:tcW w:w="1062" w:type="pct"/>
            <w:tcBorders>
              <w:top w:val="nil"/>
              <w:left w:val="nil"/>
              <w:bottom w:val="nil"/>
              <w:right w:val="nil"/>
            </w:tcBorders>
            <w:shd w:val="clear" w:color="000000" w:fill="FFFFFF"/>
            <w:vAlign w:val="center"/>
            <w:hideMark/>
          </w:tcPr>
          <w:p w14:paraId="1E666E88"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Musculoskeletal deficiencies, IR (95% CI)</w:t>
            </w:r>
          </w:p>
        </w:tc>
        <w:tc>
          <w:tcPr>
            <w:tcW w:w="492" w:type="pct"/>
            <w:tcBorders>
              <w:top w:val="nil"/>
              <w:left w:val="nil"/>
              <w:bottom w:val="nil"/>
              <w:right w:val="nil"/>
            </w:tcBorders>
            <w:shd w:val="clear" w:color="000000" w:fill="F2F2F2"/>
            <w:vAlign w:val="center"/>
            <w:hideMark/>
          </w:tcPr>
          <w:p w14:paraId="5AAB21A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72372A7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1,693.64)</w:t>
            </w:r>
          </w:p>
        </w:tc>
        <w:tc>
          <w:tcPr>
            <w:tcW w:w="492" w:type="pct"/>
            <w:tcBorders>
              <w:top w:val="nil"/>
              <w:left w:val="nil"/>
              <w:bottom w:val="nil"/>
              <w:right w:val="nil"/>
            </w:tcBorders>
            <w:shd w:val="clear" w:color="000000" w:fill="F2F2F2"/>
            <w:vAlign w:val="center"/>
            <w:hideMark/>
          </w:tcPr>
          <w:p w14:paraId="4964B11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36EA3FB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111.13)</w:t>
            </w:r>
          </w:p>
        </w:tc>
        <w:tc>
          <w:tcPr>
            <w:tcW w:w="493" w:type="pct"/>
            <w:tcBorders>
              <w:top w:val="nil"/>
              <w:left w:val="nil"/>
              <w:bottom w:val="nil"/>
              <w:right w:val="nil"/>
            </w:tcBorders>
            <w:shd w:val="clear" w:color="000000" w:fill="F2F2F2"/>
            <w:vAlign w:val="center"/>
            <w:hideMark/>
          </w:tcPr>
          <w:p w14:paraId="539BBF4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1904DDA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104.29)</w:t>
            </w:r>
          </w:p>
        </w:tc>
        <w:tc>
          <w:tcPr>
            <w:tcW w:w="492" w:type="pct"/>
            <w:tcBorders>
              <w:top w:val="nil"/>
              <w:left w:val="nil"/>
              <w:bottom w:val="nil"/>
              <w:right w:val="nil"/>
            </w:tcBorders>
            <w:shd w:val="clear" w:color="000000" w:fill="FFFFFF"/>
            <w:vAlign w:val="center"/>
            <w:hideMark/>
          </w:tcPr>
          <w:p w14:paraId="6AB9377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13.43 </w:t>
            </w:r>
          </w:p>
          <w:p w14:paraId="5E91FFF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(1.63; 48.51)</w:t>
            </w:r>
          </w:p>
        </w:tc>
        <w:tc>
          <w:tcPr>
            <w:tcW w:w="492" w:type="pct"/>
            <w:tcBorders>
              <w:top w:val="nil"/>
              <w:left w:val="nil"/>
              <w:bottom w:val="nil"/>
              <w:right w:val="nil"/>
            </w:tcBorders>
            <w:shd w:val="clear" w:color="000000" w:fill="F2F2F2"/>
            <w:vAlign w:val="center"/>
            <w:hideMark/>
          </w:tcPr>
          <w:p w14:paraId="2214720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056665B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3,332.77)</w:t>
            </w:r>
          </w:p>
        </w:tc>
        <w:tc>
          <w:tcPr>
            <w:tcW w:w="492" w:type="pct"/>
            <w:tcBorders>
              <w:top w:val="nil"/>
              <w:left w:val="nil"/>
              <w:bottom w:val="nil"/>
              <w:right w:val="nil"/>
            </w:tcBorders>
            <w:shd w:val="clear" w:color="000000" w:fill="F2F2F2"/>
            <w:vAlign w:val="center"/>
            <w:hideMark/>
          </w:tcPr>
          <w:p w14:paraId="4458A65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50.92 </w:t>
            </w:r>
          </w:p>
          <w:p w14:paraId="17F1824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(1.29; 283.71)</w:t>
            </w:r>
          </w:p>
        </w:tc>
        <w:tc>
          <w:tcPr>
            <w:tcW w:w="493" w:type="pct"/>
            <w:tcBorders>
              <w:top w:val="nil"/>
              <w:left w:val="nil"/>
              <w:bottom w:val="nil"/>
              <w:right w:val="nil"/>
            </w:tcBorders>
            <w:shd w:val="clear" w:color="000000" w:fill="F2F2F2"/>
            <w:vAlign w:val="center"/>
            <w:hideMark/>
          </w:tcPr>
          <w:p w14:paraId="271F227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48.20 </w:t>
            </w:r>
          </w:p>
          <w:p w14:paraId="7079750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(1.22; 268.57)</w:t>
            </w:r>
          </w:p>
        </w:tc>
        <w:tc>
          <w:tcPr>
            <w:tcW w:w="492" w:type="pct"/>
            <w:tcBorders>
              <w:top w:val="nil"/>
              <w:left w:val="nil"/>
              <w:bottom w:val="nil"/>
              <w:right w:val="nil"/>
            </w:tcBorders>
            <w:shd w:val="clear" w:color="000000" w:fill="FFFFFF"/>
            <w:vAlign w:val="center"/>
            <w:hideMark/>
          </w:tcPr>
          <w:p w14:paraId="7E8AC8C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47.46 </w:t>
            </w:r>
          </w:p>
          <w:p w14:paraId="2D449E3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(9.79; 138.69)</w:t>
            </w:r>
          </w:p>
        </w:tc>
      </w:tr>
      <w:tr w:rsidR="00726DBE" w:rsidRPr="00693325" w14:paraId="47E85CD0" w14:textId="77777777" w:rsidTr="00841CFC">
        <w:trPr>
          <w:trHeight w:val="68"/>
        </w:trPr>
        <w:tc>
          <w:tcPr>
            <w:tcW w:w="1062" w:type="pct"/>
            <w:tcBorders>
              <w:top w:val="nil"/>
              <w:left w:val="nil"/>
              <w:bottom w:val="nil"/>
              <w:right w:val="nil"/>
            </w:tcBorders>
            <w:shd w:val="clear" w:color="000000" w:fill="FFFFFF"/>
            <w:vAlign w:val="center"/>
          </w:tcPr>
          <w:p w14:paraId="1BED46EA"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rPr>
              <w:t>Percentage (%)</w:t>
            </w:r>
          </w:p>
        </w:tc>
        <w:tc>
          <w:tcPr>
            <w:tcW w:w="492" w:type="pct"/>
            <w:tcBorders>
              <w:top w:val="nil"/>
              <w:left w:val="nil"/>
              <w:bottom w:val="nil"/>
              <w:right w:val="nil"/>
            </w:tcBorders>
            <w:shd w:val="clear" w:color="000000" w:fill="F2F2F2"/>
            <w:vAlign w:val="center"/>
          </w:tcPr>
          <w:p w14:paraId="78C62DD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65D958B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top w:val="nil"/>
              <w:left w:val="nil"/>
              <w:bottom w:val="nil"/>
              <w:right w:val="nil"/>
            </w:tcBorders>
            <w:shd w:val="clear" w:color="000000" w:fill="F2F2F2"/>
            <w:vAlign w:val="center"/>
          </w:tcPr>
          <w:p w14:paraId="5E2E170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FFFFF"/>
            <w:vAlign w:val="center"/>
          </w:tcPr>
          <w:p w14:paraId="2935AB7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1.90</w:t>
            </w:r>
          </w:p>
        </w:tc>
        <w:tc>
          <w:tcPr>
            <w:tcW w:w="492" w:type="pct"/>
            <w:tcBorders>
              <w:top w:val="nil"/>
              <w:left w:val="nil"/>
              <w:bottom w:val="nil"/>
              <w:right w:val="nil"/>
            </w:tcBorders>
            <w:shd w:val="clear" w:color="000000" w:fill="F2F2F2"/>
            <w:vAlign w:val="center"/>
          </w:tcPr>
          <w:p w14:paraId="0AFF410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7D6F8D9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9.09</w:t>
            </w:r>
          </w:p>
        </w:tc>
        <w:tc>
          <w:tcPr>
            <w:tcW w:w="493" w:type="pct"/>
            <w:tcBorders>
              <w:top w:val="nil"/>
              <w:left w:val="nil"/>
              <w:bottom w:val="nil"/>
              <w:right w:val="nil"/>
            </w:tcBorders>
            <w:shd w:val="clear" w:color="000000" w:fill="F2F2F2"/>
            <w:vAlign w:val="center"/>
          </w:tcPr>
          <w:p w14:paraId="3B982CC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7.69</w:t>
            </w:r>
          </w:p>
        </w:tc>
        <w:tc>
          <w:tcPr>
            <w:tcW w:w="492" w:type="pct"/>
            <w:tcBorders>
              <w:top w:val="nil"/>
              <w:left w:val="nil"/>
              <w:bottom w:val="nil"/>
              <w:right w:val="nil"/>
            </w:tcBorders>
            <w:shd w:val="clear" w:color="000000" w:fill="FFFFFF"/>
            <w:vAlign w:val="center"/>
          </w:tcPr>
          <w:p w14:paraId="57FAB46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4.62</w:t>
            </w:r>
          </w:p>
        </w:tc>
      </w:tr>
      <w:tr w:rsidR="00726DBE" w:rsidRPr="00693325" w14:paraId="18485E0A" w14:textId="77777777" w:rsidTr="00841CFC">
        <w:trPr>
          <w:trHeight w:val="68"/>
        </w:trPr>
        <w:tc>
          <w:tcPr>
            <w:tcW w:w="1062" w:type="pct"/>
            <w:tcBorders>
              <w:top w:val="nil"/>
              <w:left w:val="nil"/>
              <w:bottom w:val="nil"/>
              <w:right w:val="nil"/>
            </w:tcBorders>
            <w:shd w:val="clear" w:color="000000" w:fill="FFFFFF"/>
            <w:vAlign w:val="center"/>
            <w:hideMark/>
          </w:tcPr>
          <w:p w14:paraId="383D7FA4"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hideMark/>
          </w:tcPr>
          <w:p w14:paraId="2A56758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hideMark/>
          </w:tcPr>
          <w:p w14:paraId="51E738F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hideMark/>
          </w:tcPr>
          <w:p w14:paraId="2E81712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FFFFF"/>
            <w:vAlign w:val="center"/>
            <w:hideMark/>
          </w:tcPr>
          <w:p w14:paraId="36DE2CE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 (3)</w:t>
            </w:r>
          </w:p>
        </w:tc>
        <w:tc>
          <w:tcPr>
            <w:tcW w:w="492" w:type="pct"/>
            <w:tcBorders>
              <w:top w:val="nil"/>
              <w:left w:val="nil"/>
              <w:bottom w:val="nil"/>
              <w:right w:val="nil"/>
            </w:tcBorders>
            <w:shd w:val="clear" w:color="000000" w:fill="F2F2F2"/>
            <w:vAlign w:val="center"/>
            <w:hideMark/>
          </w:tcPr>
          <w:p w14:paraId="046D3D9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hideMark/>
          </w:tcPr>
          <w:p w14:paraId="6DE068A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 (NA)</w:t>
            </w:r>
          </w:p>
        </w:tc>
        <w:tc>
          <w:tcPr>
            <w:tcW w:w="493" w:type="pct"/>
            <w:tcBorders>
              <w:top w:val="nil"/>
              <w:left w:val="nil"/>
              <w:bottom w:val="nil"/>
              <w:right w:val="nil"/>
            </w:tcBorders>
            <w:shd w:val="clear" w:color="000000" w:fill="F2F2F2"/>
            <w:vAlign w:val="center"/>
            <w:hideMark/>
          </w:tcPr>
          <w:p w14:paraId="551B9B3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 (NA)</w:t>
            </w:r>
          </w:p>
        </w:tc>
        <w:tc>
          <w:tcPr>
            <w:tcW w:w="492" w:type="pct"/>
            <w:tcBorders>
              <w:top w:val="nil"/>
              <w:left w:val="nil"/>
              <w:bottom w:val="nil"/>
              <w:right w:val="nil"/>
            </w:tcBorders>
            <w:shd w:val="clear" w:color="000000" w:fill="FFFFFF"/>
            <w:vAlign w:val="center"/>
            <w:hideMark/>
          </w:tcPr>
          <w:p w14:paraId="1F1F8BF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 (10)</w:t>
            </w:r>
          </w:p>
        </w:tc>
      </w:tr>
      <w:tr w:rsidR="00726DBE" w:rsidRPr="00693325" w14:paraId="4B8B12B5" w14:textId="77777777" w:rsidTr="00841CFC">
        <w:trPr>
          <w:trHeight w:val="432"/>
        </w:trPr>
        <w:tc>
          <w:tcPr>
            <w:tcW w:w="1062" w:type="pct"/>
            <w:tcBorders>
              <w:top w:val="nil"/>
              <w:left w:val="nil"/>
              <w:bottom w:val="nil"/>
              <w:right w:val="nil"/>
            </w:tcBorders>
            <w:shd w:val="clear" w:color="000000" w:fill="FFFFFF"/>
            <w:vAlign w:val="center"/>
            <w:hideMark/>
          </w:tcPr>
          <w:p w14:paraId="2B4C7608"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Neurodevelopmental and mental health disorders, IR (95% CI)</w:t>
            </w:r>
          </w:p>
        </w:tc>
        <w:tc>
          <w:tcPr>
            <w:tcW w:w="492" w:type="pct"/>
            <w:tcBorders>
              <w:top w:val="nil"/>
              <w:left w:val="nil"/>
              <w:bottom w:val="nil"/>
              <w:right w:val="nil"/>
            </w:tcBorders>
            <w:shd w:val="clear" w:color="000000" w:fill="F2F2F2"/>
            <w:vAlign w:val="center"/>
            <w:hideMark/>
          </w:tcPr>
          <w:p w14:paraId="2F58E6E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009FD9A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1,769.30)</w:t>
            </w:r>
          </w:p>
        </w:tc>
        <w:tc>
          <w:tcPr>
            <w:tcW w:w="492" w:type="pct"/>
            <w:tcBorders>
              <w:top w:val="nil"/>
              <w:left w:val="nil"/>
              <w:bottom w:val="nil"/>
              <w:right w:val="nil"/>
            </w:tcBorders>
            <w:shd w:val="clear" w:color="000000" w:fill="F2F2F2"/>
            <w:vAlign w:val="center"/>
            <w:hideMark/>
          </w:tcPr>
          <w:p w14:paraId="0F6DC76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31.60 </w:t>
            </w:r>
          </w:p>
          <w:p w14:paraId="01880EF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(0.80; 176.07)</w:t>
            </w:r>
          </w:p>
        </w:tc>
        <w:tc>
          <w:tcPr>
            <w:tcW w:w="493" w:type="pct"/>
            <w:tcBorders>
              <w:top w:val="nil"/>
              <w:left w:val="nil"/>
              <w:bottom w:val="nil"/>
              <w:right w:val="nil"/>
            </w:tcBorders>
            <w:shd w:val="clear" w:color="000000" w:fill="F2F2F2"/>
            <w:vAlign w:val="center"/>
            <w:hideMark/>
          </w:tcPr>
          <w:p w14:paraId="5BB3F15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29.65 </w:t>
            </w:r>
          </w:p>
          <w:p w14:paraId="213D73C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(0.75; 165.19)</w:t>
            </w:r>
          </w:p>
        </w:tc>
        <w:tc>
          <w:tcPr>
            <w:tcW w:w="492" w:type="pct"/>
            <w:tcBorders>
              <w:top w:val="nil"/>
              <w:left w:val="nil"/>
              <w:bottom w:val="nil"/>
              <w:right w:val="nil"/>
            </w:tcBorders>
            <w:shd w:val="clear" w:color="000000" w:fill="FFFFFF"/>
            <w:vAlign w:val="center"/>
            <w:hideMark/>
          </w:tcPr>
          <w:p w14:paraId="4D8E66B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27.06 </w:t>
            </w:r>
          </w:p>
          <w:p w14:paraId="6B08404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(7.37; 69.28)</w:t>
            </w:r>
          </w:p>
        </w:tc>
        <w:tc>
          <w:tcPr>
            <w:tcW w:w="492" w:type="pct"/>
            <w:tcBorders>
              <w:top w:val="nil"/>
              <w:left w:val="nil"/>
              <w:bottom w:val="nil"/>
              <w:right w:val="nil"/>
            </w:tcBorders>
            <w:shd w:val="clear" w:color="000000" w:fill="F2F2F2"/>
            <w:vAlign w:val="center"/>
            <w:hideMark/>
          </w:tcPr>
          <w:p w14:paraId="3696683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4328D50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4,067.80)</w:t>
            </w:r>
          </w:p>
        </w:tc>
        <w:tc>
          <w:tcPr>
            <w:tcW w:w="492" w:type="pct"/>
            <w:tcBorders>
              <w:top w:val="nil"/>
              <w:left w:val="nil"/>
              <w:bottom w:val="nil"/>
              <w:right w:val="nil"/>
            </w:tcBorders>
            <w:shd w:val="clear" w:color="000000" w:fill="F2F2F2"/>
            <w:vAlign w:val="center"/>
            <w:hideMark/>
          </w:tcPr>
          <w:p w14:paraId="10815F9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59.71 </w:t>
            </w:r>
          </w:p>
          <w:p w14:paraId="4E3CC28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(1.51; 332.68)</w:t>
            </w:r>
          </w:p>
        </w:tc>
        <w:tc>
          <w:tcPr>
            <w:tcW w:w="493" w:type="pct"/>
            <w:tcBorders>
              <w:top w:val="nil"/>
              <w:left w:val="nil"/>
              <w:bottom w:val="nil"/>
              <w:right w:val="nil"/>
            </w:tcBorders>
            <w:shd w:val="clear" w:color="000000" w:fill="F2F2F2"/>
            <w:vAlign w:val="center"/>
            <w:hideMark/>
          </w:tcPr>
          <w:p w14:paraId="0BFE8D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56.64 </w:t>
            </w:r>
          </w:p>
          <w:p w14:paraId="3F87620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(1.43; 315.59)</w:t>
            </w:r>
          </w:p>
        </w:tc>
        <w:tc>
          <w:tcPr>
            <w:tcW w:w="492" w:type="pct"/>
            <w:tcBorders>
              <w:top w:val="nil"/>
              <w:left w:val="nil"/>
              <w:bottom w:val="nil"/>
              <w:right w:val="nil"/>
            </w:tcBorders>
            <w:shd w:val="clear" w:color="000000" w:fill="FFFFFF"/>
            <w:vAlign w:val="center"/>
            <w:hideMark/>
          </w:tcPr>
          <w:p w14:paraId="47C7BFE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255.65 </w:t>
            </w:r>
          </w:p>
          <w:p w14:paraId="55196D8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(132.10; 446.56)</w:t>
            </w:r>
          </w:p>
        </w:tc>
      </w:tr>
      <w:tr w:rsidR="00726DBE" w:rsidRPr="00693325" w14:paraId="1AC616D1" w14:textId="77777777" w:rsidTr="00841CFC">
        <w:trPr>
          <w:trHeight w:val="68"/>
        </w:trPr>
        <w:tc>
          <w:tcPr>
            <w:tcW w:w="1062" w:type="pct"/>
            <w:tcBorders>
              <w:top w:val="nil"/>
              <w:left w:val="nil"/>
              <w:bottom w:val="nil"/>
              <w:right w:val="nil"/>
            </w:tcBorders>
            <w:shd w:val="clear" w:color="000000" w:fill="FFFFFF"/>
            <w:vAlign w:val="center"/>
          </w:tcPr>
          <w:p w14:paraId="3159749C"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rPr>
              <w:t>Percentage (%)</w:t>
            </w:r>
          </w:p>
        </w:tc>
        <w:tc>
          <w:tcPr>
            <w:tcW w:w="492" w:type="pct"/>
            <w:tcBorders>
              <w:top w:val="nil"/>
              <w:left w:val="nil"/>
              <w:bottom w:val="nil"/>
              <w:right w:val="nil"/>
            </w:tcBorders>
            <w:shd w:val="clear" w:color="000000" w:fill="F2F2F2"/>
            <w:vAlign w:val="center"/>
          </w:tcPr>
          <w:p w14:paraId="4FDB49C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2AA95D1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5.00</w:t>
            </w:r>
          </w:p>
        </w:tc>
        <w:tc>
          <w:tcPr>
            <w:tcW w:w="493" w:type="pct"/>
            <w:tcBorders>
              <w:top w:val="nil"/>
              <w:left w:val="nil"/>
              <w:bottom w:val="nil"/>
              <w:right w:val="nil"/>
            </w:tcBorders>
            <w:shd w:val="clear" w:color="000000" w:fill="F2F2F2"/>
            <w:vAlign w:val="center"/>
          </w:tcPr>
          <w:p w14:paraId="3E64E50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5.00</w:t>
            </w:r>
          </w:p>
        </w:tc>
        <w:tc>
          <w:tcPr>
            <w:tcW w:w="492" w:type="pct"/>
            <w:tcBorders>
              <w:top w:val="nil"/>
              <w:left w:val="nil"/>
              <w:bottom w:val="nil"/>
              <w:right w:val="nil"/>
            </w:tcBorders>
            <w:shd w:val="clear" w:color="000000" w:fill="FFFFFF"/>
            <w:vAlign w:val="center"/>
          </w:tcPr>
          <w:p w14:paraId="3FB2A3F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3.81</w:t>
            </w:r>
          </w:p>
        </w:tc>
        <w:tc>
          <w:tcPr>
            <w:tcW w:w="492" w:type="pct"/>
            <w:tcBorders>
              <w:top w:val="nil"/>
              <w:left w:val="nil"/>
              <w:bottom w:val="nil"/>
              <w:right w:val="nil"/>
            </w:tcBorders>
            <w:shd w:val="clear" w:color="000000" w:fill="F2F2F2"/>
            <w:vAlign w:val="center"/>
          </w:tcPr>
          <w:p w14:paraId="434A23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0E3E433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11.11</w:t>
            </w:r>
          </w:p>
        </w:tc>
        <w:tc>
          <w:tcPr>
            <w:tcW w:w="493" w:type="pct"/>
            <w:tcBorders>
              <w:top w:val="nil"/>
              <w:left w:val="nil"/>
              <w:bottom w:val="nil"/>
              <w:right w:val="nil"/>
            </w:tcBorders>
            <w:shd w:val="clear" w:color="000000" w:fill="F2F2F2"/>
            <w:vAlign w:val="center"/>
          </w:tcPr>
          <w:p w14:paraId="05A4C8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10.00</w:t>
            </w:r>
          </w:p>
        </w:tc>
        <w:tc>
          <w:tcPr>
            <w:tcW w:w="492" w:type="pct"/>
            <w:tcBorders>
              <w:top w:val="nil"/>
              <w:left w:val="nil"/>
              <w:bottom w:val="nil"/>
              <w:right w:val="nil"/>
            </w:tcBorders>
            <w:shd w:val="clear" w:color="000000" w:fill="FFFFFF"/>
            <w:vAlign w:val="center"/>
          </w:tcPr>
          <w:p w14:paraId="1DA33F7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18.46</w:t>
            </w:r>
          </w:p>
        </w:tc>
      </w:tr>
      <w:tr w:rsidR="00726DBE" w:rsidRPr="00693325" w14:paraId="76BFC501" w14:textId="77777777" w:rsidTr="00841CFC">
        <w:trPr>
          <w:trHeight w:val="68"/>
        </w:trPr>
        <w:tc>
          <w:tcPr>
            <w:tcW w:w="1062" w:type="pct"/>
            <w:tcBorders>
              <w:top w:val="nil"/>
              <w:left w:val="nil"/>
              <w:bottom w:val="nil"/>
              <w:right w:val="nil"/>
            </w:tcBorders>
            <w:shd w:val="clear" w:color="000000" w:fill="FFFFFF"/>
            <w:vAlign w:val="center"/>
            <w:hideMark/>
          </w:tcPr>
          <w:p w14:paraId="3C6602F4"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hideMark/>
          </w:tcPr>
          <w:p w14:paraId="308C18D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hideMark/>
          </w:tcPr>
          <w:p w14:paraId="09A2C86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34 (NA)</w:t>
            </w:r>
          </w:p>
        </w:tc>
        <w:tc>
          <w:tcPr>
            <w:tcW w:w="493" w:type="pct"/>
            <w:tcBorders>
              <w:top w:val="nil"/>
              <w:left w:val="nil"/>
              <w:bottom w:val="nil"/>
              <w:right w:val="nil"/>
            </w:tcBorders>
            <w:shd w:val="clear" w:color="000000" w:fill="F2F2F2"/>
            <w:vAlign w:val="center"/>
            <w:hideMark/>
          </w:tcPr>
          <w:p w14:paraId="44EEE36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32 (NA)</w:t>
            </w:r>
          </w:p>
        </w:tc>
        <w:tc>
          <w:tcPr>
            <w:tcW w:w="492" w:type="pct"/>
            <w:tcBorders>
              <w:top w:val="nil"/>
              <w:left w:val="nil"/>
              <w:bottom w:val="nil"/>
              <w:right w:val="nil"/>
            </w:tcBorders>
            <w:shd w:val="clear" w:color="000000" w:fill="FFFFFF"/>
            <w:vAlign w:val="center"/>
            <w:hideMark/>
          </w:tcPr>
          <w:p w14:paraId="1B967A9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 (14)</w:t>
            </w:r>
          </w:p>
        </w:tc>
        <w:tc>
          <w:tcPr>
            <w:tcW w:w="492" w:type="pct"/>
            <w:tcBorders>
              <w:top w:val="nil"/>
              <w:left w:val="nil"/>
              <w:bottom w:val="nil"/>
              <w:right w:val="nil"/>
            </w:tcBorders>
            <w:shd w:val="clear" w:color="000000" w:fill="F2F2F2"/>
            <w:vAlign w:val="center"/>
            <w:hideMark/>
          </w:tcPr>
          <w:p w14:paraId="76E92DE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hideMark/>
          </w:tcPr>
          <w:p w14:paraId="6A938C6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 (NA)</w:t>
            </w:r>
          </w:p>
        </w:tc>
        <w:tc>
          <w:tcPr>
            <w:tcW w:w="493" w:type="pct"/>
            <w:tcBorders>
              <w:top w:val="nil"/>
              <w:left w:val="nil"/>
              <w:bottom w:val="nil"/>
              <w:right w:val="nil"/>
            </w:tcBorders>
            <w:shd w:val="clear" w:color="000000" w:fill="F2F2F2"/>
            <w:vAlign w:val="center"/>
            <w:hideMark/>
          </w:tcPr>
          <w:p w14:paraId="397D306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 (NA)</w:t>
            </w:r>
          </w:p>
        </w:tc>
        <w:tc>
          <w:tcPr>
            <w:tcW w:w="492" w:type="pct"/>
            <w:tcBorders>
              <w:top w:val="nil"/>
              <w:left w:val="nil"/>
              <w:bottom w:val="nil"/>
              <w:right w:val="nil"/>
            </w:tcBorders>
            <w:shd w:val="clear" w:color="000000" w:fill="FFFFFF"/>
            <w:vAlign w:val="center"/>
            <w:hideMark/>
          </w:tcPr>
          <w:p w14:paraId="12B64D4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212 (367)</w:t>
            </w:r>
          </w:p>
        </w:tc>
      </w:tr>
      <w:tr w:rsidR="00726DBE" w:rsidRPr="00693325" w14:paraId="06DE42CF" w14:textId="77777777" w:rsidTr="00841CFC">
        <w:trPr>
          <w:trHeight w:val="68"/>
        </w:trPr>
        <w:tc>
          <w:tcPr>
            <w:tcW w:w="1062" w:type="pct"/>
            <w:tcBorders>
              <w:top w:val="nil"/>
              <w:left w:val="nil"/>
              <w:bottom w:val="nil"/>
              <w:right w:val="nil"/>
            </w:tcBorders>
            <w:shd w:val="clear" w:color="000000" w:fill="FFFFFF"/>
            <w:vAlign w:val="center"/>
            <w:hideMark/>
          </w:tcPr>
          <w:p w14:paraId="35F5AF40"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Neurological disorders, IR (95% CI)</w:t>
            </w:r>
          </w:p>
        </w:tc>
        <w:tc>
          <w:tcPr>
            <w:tcW w:w="492" w:type="pct"/>
            <w:tcBorders>
              <w:top w:val="nil"/>
              <w:left w:val="nil"/>
              <w:bottom w:val="nil"/>
              <w:right w:val="nil"/>
            </w:tcBorders>
            <w:shd w:val="clear" w:color="000000" w:fill="F2F2F2"/>
            <w:vAlign w:val="center"/>
            <w:hideMark/>
          </w:tcPr>
          <w:p w14:paraId="2D50F5B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16,528.30 (8,540.41; 28,871.62)</w:t>
            </w:r>
          </w:p>
        </w:tc>
        <w:tc>
          <w:tcPr>
            <w:tcW w:w="492" w:type="pct"/>
            <w:tcBorders>
              <w:top w:val="nil"/>
              <w:left w:val="nil"/>
              <w:bottom w:val="nil"/>
              <w:right w:val="nil"/>
            </w:tcBorders>
            <w:shd w:val="clear" w:color="000000" w:fill="F2F2F2"/>
            <w:vAlign w:val="center"/>
            <w:hideMark/>
          </w:tcPr>
          <w:p w14:paraId="15EED0D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05CF52E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383.82)</w:t>
            </w:r>
          </w:p>
        </w:tc>
        <w:tc>
          <w:tcPr>
            <w:tcW w:w="493" w:type="pct"/>
            <w:tcBorders>
              <w:top w:val="nil"/>
              <w:left w:val="nil"/>
              <w:bottom w:val="nil"/>
              <w:right w:val="nil"/>
            </w:tcBorders>
            <w:shd w:val="clear" w:color="000000" w:fill="F2F2F2"/>
            <w:vAlign w:val="center"/>
            <w:hideMark/>
          </w:tcPr>
          <w:p w14:paraId="7DAD211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1,160.88 (599.84; 2,027.82)</w:t>
            </w:r>
          </w:p>
        </w:tc>
        <w:tc>
          <w:tcPr>
            <w:tcW w:w="492" w:type="pct"/>
            <w:tcBorders>
              <w:top w:val="nil"/>
              <w:left w:val="nil"/>
              <w:bottom w:val="nil"/>
              <w:right w:val="nil"/>
            </w:tcBorders>
            <w:shd w:val="clear" w:color="000000" w:fill="FFFFFF"/>
            <w:vAlign w:val="center"/>
            <w:hideMark/>
          </w:tcPr>
          <w:p w14:paraId="75DC5FA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6.75 </w:t>
            </w:r>
          </w:p>
          <w:p w14:paraId="224D745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(0.17; 37.63)</w:t>
            </w:r>
          </w:p>
        </w:tc>
        <w:tc>
          <w:tcPr>
            <w:tcW w:w="492" w:type="pct"/>
            <w:tcBorders>
              <w:top w:val="nil"/>
              <w:left w:val="nil"/>
              <w:bottom w:val="nil"/>
              <w:right w:val="nil"/>
            </w:tcBorders>
            <w:shd w:val="clear" w:color="000000" w:fill="F2F2F2"/>
            <w:vAlign w:val="center"/>
            <w:hideMark/>
          </w:tcPr>
          <w:p w14:paraId="1074E0C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9,605.26 (3,118.80; 22,415.48)</w:t>
            </w:r>
          </w:p>
        </w:tc>
        <w:tc>
          <w:tcPr>
            <w:tcW w:w="492" w:type="pct"/>
            <w:tcBorders>
              <w:top w:val="nil"/>
              <w:left w:val="nil"/>
              <w:bottom w:val="nil"/>
              <w:right w:val="nil"/>
            </w:tcBorders>
            <w:shd w:val="clear" w:color="000000" w:fill="F2F2F2"/>
            <w:vAlign w:val="center"/>
            <w:hideMark/>
          </w:tcPr>
          <w:p w14:paraId="6EE034D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112.62 </w:t>
            </w:r>
          </w:p>
          <w:p w14:paraId="2A571FC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(2.85; 627.48)</w:t>
            </w:r>
          </w:p>
        </w:tc>
        <w:tc>
          <w:tcPr>
            <w:tcW w:w="493" w:type="pct"/>
            <w:tcBorders>
              <w:top w:val="nil"/>
              <w:left w:val="nil"/>
              <w:bottom w:val="nil"/>
              <w:right w:val="nil"/>
            </w:tcBorders>
            <w:shd w:val="clear" w:color="000000" w:fill="F2F2F2"/>
            <w:vAlign w:val="center"/>
            <w:hideMark/>
          </w:tcPr>
          <w:p w14:paraId="6B6BC84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638.30 </w:t>
            </w:r>
          </w:p>
          <w:p w14:paraId="20EF063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(234.24; 1,389.31)</w:t>
            </w:r>
          </w:p>
        </w:tc>
        <w:tc>
          <w:tcPr>
            <w:tcW w:w="492" w:type="pct"/>
            <w:tcBorders>
              <w:top w:val="nil"/>
              <w:left w:val="nil"/>
              <w:bottom w:val="nil"/>
              <w:right w:val="nil"/>
            </w:tcBorders>
            <w:shd w:val="clear" w:color="000000" w:fill="FFFFFF"/>
            <w:vAlign w:val="center"/>
            <w:hideMark/>
          </w:tcPr>
          <w:p w14:paraId="0CCF1FB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45.91 </w:t>
            </w:r>
          </w:p>
          <w:p w14:paraId="010062E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(9.47; 134.18)</w:t>
            </w:r>
          </w:p>
        </w:tc>
      </w:tr>
      <w:tr w:rsidR="00726DBE" w:rsidRPr="00693325" w14:paraId="66AAF3D3" w14:textId="77777777" w:rsidTr="00841CFC">
        <w:trPr>
          <w:trHeight w:val="68"/>
        </w:trPr>
        <w:tc>
          <w:tcPr>
            <w:tcW w:w="1062" w:type="pct"/>
            <w:tcBorders>
              <w:top w:val="nil"/>
              <w:left w:val="nil"/>
              <w:bottom w:val="nil"/>
              <w:right w:val="nil"/>
            </w:tcBorders>
            <w:shd w:val="clear" w:color="000000" w:fill="FFFFFF"/>
            <w:vAlign w:val="center"/>
          </w:tcPr>
          <w:p w14:paraId="17B5B65A"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rPr>
              <w:t>Percentage (%)</w:t>
            </w:r>
          </w:p>
        </w:tc>
        <w:tc>
          <w:tcPr>
            <w:tcW w:w="492" w:type="pct"/>
            <w:tcBorders>
              <w:top w:val="nil"/>
              <w:left w:val="nil"/>
              <w:bottom w:val="nil"/>
              <w:right w:val="nil"/>
            </w:tcBorders>
            <w:shd w:val="clear" w:color="000000" w:fill="F2F2F2"/>
            <w:vAlign w:val="center"/>
          </w:tcPr>
          <w:p w14:paraId="31214DA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66.67</w:t>
            </w:r>
          </w:p>
        </w:tc>
        <w:tc>
          <w:tcPr>
            <w:tcW w:w="492" w:type="pct"/>
            <w:tcBorders>
              <w:top w:val="nil"/>
              <w:left w:val="nil"/>
              <w:bottom w:val="nil"/>
              <w:right w:val="nil"/>
            </w:tcBorders>
            <w:shd w:val="clear" w:color="000000" w:fill="F2F2F2"/>
            <w:vAlign w:val="center"/>
          </w:tcPr>
          <w:p w14:paraId="65AE107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top w:val="nil"/>
              <w:left w:val="nil"/>
              <w:bottom w:val="nil"/>
              <w:right w:val="nil"/>
            </w:tcBorders>
            <w:shd w:val="clear" w:color="000000" w:fill="F2F2F2"/>
            <w:vAlign w:val="center"/>
          </w:tcPr>
          <w:p w14:paraId="61BBB92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66.67</w:t>
            </w:r>
          </w:p>
        </w:tc>
        <w:tc>
          <w:tcPr>
            <w:tcW w:w="492" w:type="pct"/>
            <w:tcBorders>
              <w:top w:val="nil"/>
              <w:left w:val="nil"/>
              <w:bottom w:val="nil"/>
              <w:right w:val="nil"/>
            </w:tcBorders>
            <w:shd w:val="clear" w:color="000000" w:fill="FFFFFF"/>
            <w:vAlign w:val="center"/>
          </w:tcPr>
          <w:p w14:paraId="79BA192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0.95</w:t>
            </w:r>
          </w:p>
        </w:tc>
        <w:tc>
          <w:tcPr>
            <w:tcW w:w="492" w:type="pct"/>
            <w:tcBorders>
              <w:top w:val="nil"/>
              <w:left w:val="nil"/>
              <w:bottom w:val="nil"/>
              <w:right w:val="nil"/>
            </w:tcBorders>
            <w:shd w:val="clear" w:color="000000" w:fill="F2F2F2"/>
            <w:vAlign w:val="center"/>
          </w:tcPr>
          <w:p w14:paraId="7364CCA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41.67</w:t>
            </w:r>
          </w:p>
        </w:tc>
        <w:tc>
          <w:tcPr>
            <w:tcW w:w="492" w:type="pct"/>
            <w:tcBorders>
              <w:top w:val="nil"/>
              <w:left w:val="nil"/>
              <w:bottom w:val="nil"/>
              <w:right w:val="nil"/>
            </w:tcBorders>
            <w:shd w:val="clear" w:color="000000" w:fill="F2F2F2"/>
            <w:vAlign w:val="center"/>
          </w:tcPr>
          <w:p w14:paraId="7D0C25D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20.00</w:t>
            </w:r>
          </w:p>
        </w:tc>
        <w:tc>
          <w:tcPr>
            <w:tcW w:w="493" w:type="pct"/>
            <w:tcBorders>
              <w:top w:val="nil"/>
              <w:left w:val="nil"/>
              <w:bottom w:val="nil"/>
              <w:right w:val="nil"/>
            </w:tcBorders>
            <w:shd w:val="clear" w:color="000000" w:fill="F2F2F2"/>
            <w:vAlign w:val="center"/>
          </w:tcPr>
          <w:p w14:paraId="5615919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50.00</w:t>
            </w:r>
          </w:p>
        </w:tc>
        <w:tc>
          <w:tcPr>
            <w:tcW w:w="492" w:type="pct"/>
            <w:tcBorders>
              <w:top w:val="nil"/>
              <w:left w:val="nil"/>
              <w:bottom w:val="nil"/>
              <w:right w:val="nil"/>
            </w:tcBorders>
            <w:shd w:val="clear" w:color="000000" w:fill="FFFFFF"/>
            <w:vAlign w:val="center"/>
          </w:tcPr>
          <w:p w14:paraId="147EFC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4.62</w:t>
            </w:r>
          </w:p>
        </w:tc>
      </w:tr>
      <w:tr w:rsidR="00726DBE" w:rsidRPr="00693325" w14:paraId="0D3086B4" w14:textId="77777777" w:rsidTr="00841CFC">
        <w:trPr>
          <w:trHeight w:val="68"/>
        </w:trPr>
        <w:tc>
          <w:tcPr>
            <w:tcW w:w="1062" w:type="pct"/>
            <w:tcBorders>
              <w:top w:val="nil"/>
              <w:left w:val="nil"/>
              <w:bottom w:val="nil"/>
              <w:right w:val="nil"/>
            </w:tcBorders>
            <w:shd w:val="clear" w:color="000000" w:fill="FFFFFF"/>
            <w:vAlign w:val="center"/>
            <w:hideMark/>
          </w:tcPr>
          <w:p w14:paraId="4758E09C"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hideMark/>
          </w:tcPr>
          <w:p w14:paraId="37AD9D4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7,081 (11,619)</w:t>
            </w:r>
          </w:p>
        </w:tc>
        <w:tc>
          <w:tcPr>
            <w:tcW w:w="492" w:type="pct"/>
            <w:tcBorders>
              <w:top w:val="nil"/>
              <w:left w:val="nil"/>
              <w:bottom w:val="nil"/>
              <w:right w:val="nil"/>
            </w:tcBorders>
            <w:shd w:val="clear" w:color="000000" w:fill="F2F2F2"/>
            <w:vAlign w:val="center"/>
            <w:hideMark/>
          </w:tcPr>
          <w:p w14:paraId="1A77C07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hideMark/>
          </w:tcPr>
          <w:p w14:paraId="7F1FE2A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464 (482)</w:t>
            </w:r>
          </w:p>
        </w:tc>
        <w:tc>
          <w:tcPr>
            <w:tcW w:w="492" w:type="pct"/>
            <w:tcBorders>
              <w:top w:val="nil"/>
              <w:left w:val="nil"/>
              <w:bottom w:val="nil"/>
              <w:right w:val="nil"/>
            </w:tcBorders>
            <w:shd w:val="clear" w:color="000000" w:fill="FFFFFF"/>
            <w:vAlign w:val="center"/>
            <w:hideMark/>
          </w:tcPr>
          <w:p w14:paraId="05482FA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12 (NA)</w:t>
            </w:r>
          </w:p>
        </w:tc>
        <w:tc>
          <w:tcPr>
            <w:tcW w:w="492" w:type="pct"/>
            <w:tcBorders>
              <w:top w:val="nil"/>
              <w:left w:val="nil"/>
              <w:bottom w:val="nil"/>
              <w:right w:val="nil"/>
            </w:tcBorders>
            <w:shd w:val="clear" w:color="000000" w:fill="F2F2F2"/>
            <w:vAlign w:val="center"/>
            <w:hideMark/>
          </w:tcPr>
          <w:p w14:paraId="3D59496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5,723 (6,828)</w:t>
            </w:r>
          </w:p>
        </w:tc>
        <w:tc>
          <w:tcPr>
            <w:tcW w:w="492" w:type="pct"/>
            <w:tcBorders>
              <w:top w:val="nil"/>
              <w:left w:val="nil"/>
              <w:bottom w:val="nil"/>
              <w:right w:val="nil"/>
            </w:tcBorders>
            <w:shd w:val="clear" w:color="000000" w:fill="F2F2F2"/>
            <w:vAlign w:val="center"/>
            <w:hideMark/>
          </w:tcPr>
          <w:p w14:paraId="2560BFB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(NA)</w:t>
            </w:r>
          </w:p>
        </w:tc>
        <w:tc>
          <w:tcPr>
            <w:tcW w:w="493" w:type="pct"/>
            <w:tcBorders>
              <w:top w:val="nil"/>
              <w:left w:val="nil"/>
              <w:bottom w:val="nil"/>
              <w:right w:val="nil"/>
            </w:tcBorders>
            <w:shd w:val="clear" w:color="000000" w:fill="F2F2F2"/>
            <w:vAlign w:val="center"/>
            <w:hideMark/>
          </w:tcPr>
          <w:p w14:paraId="0BA6BEA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249 (226)</w:t>
            </w:r>
          </w:p>
        </w:tc>
        <w:tc>
          <w:tcPr>
            <w:tcW w:w="492" w:type="pct"/>
            <w:tcBorders>
              <w:top w:val="nil"/>
              <w:left w:val="nil"/>
              <w:bottom w:val="nil"/>
              <w:right w:val="nil"/>
            </w:tcBorders>
            <w:shd w:val="clear" w:color="000000" w:fill="FFFFFF"/>
            <w:vAlign w:val="center"/>
            <w:hideMark/>
          </w:tcPr>
          <w:p w14:paraId="16EC958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 (6)</w:t>
            </w:r>
          </w:p>
        </w:tc>
      </w:tr>
      <w:tr w:rsidR="00726DBE" w:rsidRPr="00693325" w14:paraId="1C9AEAE6" w14:textId="77777777" w:rsidTr="00841CFC">
        <w:trPr>
          <w:trHeight w:val="68"/>
        </w:trPr>
        <w:tc>
          <w:tcPr>
            <w:tcW w:w="1062" w:type="pct"/>
            <w:tcBorders>
              <w:top w:val="nil"/>
              <w:left w:val="nil"/>
              <w:bottom w:val="nil"/>
              <w:right w:val="nil"/>
            </w:tcBorders>
            <w:shd w:val="clear" w:color="000000" w:fill="FFFFFF"/>
            <w:vAlign w:val="center"/>
            <w:hideMark/>
          </w:tcPr>
          <w:p w14:paraId="19AC5F24"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Renal conditions, IR (95% CI)</w:t>
            </w:r>
          </w:p>
        </w:tc>
        <w:tc>
          <w:tcPr>
            <w:tcW w:w="492" w:type="pct"/>
            <w:tcBorders>
              <w:top w:val="nil"/>
              <w:left w:val="nil"/>
              <w:bottom w:val="nil"/>
              <w:right w:val="nil"/>
            </w:tcBorders>
            <w:shd w:val="clear" w:color="000000" w:fill="F2F2F2"/>
            <w:vAlign w:val="center"/>
            <w:hideMark/>
          </w:tcPr>
          <w:p w14:paraId="04CAA0F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6C8D5EF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1,769.30)</w:t>
            </w:r>
          </w:p>
        </w:tc>
        <w:tc>
          <w:tcPr>
            <w:tcW w:w="492" w:type="pct"/>
            <w:tcBorders>
              <w:top w:val="nil"/>
              <w:left w:val="nil"/>
              <w:bottom w:val="nil"/>
              <w:right w:val="nil"/>
            </w:tcBorders>
            <w:shd w:val="clear" w:color="000000" w:fill="F2F2F2"/>
            <w:vAlign w:val="center"/>
            <w:hideMark/>
          </w:tcPr>
          <w:p w14:paraId="06804D7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0329C40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112.43)</w:t>
            </w:r>
          </w:p>
        </w:tc>
        <w:tc>
          <w:tcPr>
            <w:tcW w:w="493" w:type="pct"/>
            <w:tcBorders>
              <w:top w:val="nil"/>
              <w:left w:val="nil"/>
              <w:bottom w:val="nil"/>
              <w:right w:val="nil"/>
            </w:tcBorders>
            <w:shd w:val="clear" w:color="000000" w:fill="F2F2F2"/>
            <w:vAlign w:val="center"/>
            <w:hideMark/>
          </w:tcPr>
          <w:p w14:paraId="7452E21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2AB77AA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105.71)</w:t>
            </w:r>
          </w:p>
        </w:tc>
        <w:tc>
          <w:tcPr>
            <w:tcW w:w="492" w:type="pct"/>
            <w:tcBorders>
              <w:top w:val="nil"/>
              <w:left w:val="nil"/>
              <w:bottom w:val="nil"/>
              <w:right w:val="nil"/>
            </w:tcBorders>
            <w:shd w:val="clear" w:color="000000" w:fill="FFFFFF"/>
            <w:vAlign w:val="center"/>
            <w:hideMark/>
          </w:tcPr>
          <w:p w14:paraId="5BE80B7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700BB42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24.52)</w:t>
            </w:r>
          </w:p>
        </w:tc>
        <w:tc>
          <w:tcPr>
            <w:tcW w:w="492" w:type="pct"/>
            <w:tcBorders>
              <w:top w:val="nil"/>
              <w:left w:val="nil"/>
              <w:bottom w:val="nil"/>
              <w:right w:val="nil"/>
            </w:tcBorders>
            <w:shd w:val="clear" w:color="000000" w:fill="F2F2F2"/>
            <w:vAlign w:val="center"/>
            <w:hideMark/>
          </w:tcPr>
          <w:p w14:paraId="0C0C498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4E6D09B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3,332.77)</w:t>
            </w:r>
          </w:p>
        </w:tc>
        <w:tc>
          <w:tcPr>
            <w:tcW w:w="492" w:type="pct"/>
            <w:tcBorders>
              <w:top w:val="nil"/>
              <w:left w:val="nil"/>
              <w:bottom w:val="nil"/>
              <w:right w:val="nil"/>
            </w:tcBorders>
            <w:shd w:val="clear" w:color="000000" w:fill="F2F2F2"/>
            <w:vAlign w:val="center"/>
            <w:hideMark/>
          </w:tcPr>
          <w:p w14:paraId="481ABD9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44E863A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179.69)</w:t>
            </w:r>
          </w:p>
        </w:tc>
        <w:tc>
          <w:tcPr>
            <w:tcW w:w="493" w:type="pct"/>
            <w:tcBorders>
              <w:top w:val="nil"/>
              <w:left w:val="nil"/>
              <w:bottom w:val="nil"/>
              <w:right w:val="nil"/>
            </w:tcBorders>
            <w:shd w:val="clear" w:color="000000" w:fill="F2F2F2"/>
            <w:vAlign w:val="center"/>
            <w:hideMark/>
          </w:tcPr>
          <w:p w14:paraId="224506E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4D263C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170.50)</w:t>
            </w:r>
          </w:p>
        </w:tc>
        <w:tc>
          <w:tcPr>
            <w:tcW w:w="492" w:type="pct"/>
            <w:tcBorders>
              <w:top w:val="nil"/>
              <w:left w:val="nil"/>
              <w:bottom w:val="nil"/>
              <w:right w:val="nil"/>
            </w:tcBorders>
            <w:shd w:val="clear" w:color="000000" w:fill="FFFFFF"/>
            <w:vAlign w:val="center"/>
            <w:hideMark/>
          </w:tcPr>
          <w:p w14:paraId="4EE28B3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6404862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53.68)</w:t>
            </w:r>
          </w:p>
        </w:tc>
      </w:tr>
      <w:tr w:rsidR="00726DBE" w:rsidRPr="00693325" w14:paraId="434E7EFB" w14:textId="77777777" w:rsidTr="00841CFC">
        <w:trPr>
          <w:trHeight w:val="68"/>
        </w:trPr>
        <w:tc>
          <w:tcPr>
            <w:tcW w:w="1062" w:type="pct"/>
            <w:tcBorders>
              <w:top w:val="nil"/>
              <w:left w:val="nil"/>
              <w:bottom w:val="nil"/>
              <w:right w:val="nil"/>
            </w:tcBorders>
            <w:shd w:val="clear" w:color="000000" w:fill="FFFFFF"/>
            <w:vAlign w:val="center"/>
          </w:tcPr>
          <w:p w14:paraId="7E322888"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rPr>
              <w:t>Percentage (%)</w:t>
            </w:r>
          </w:p>
        </w:tc>
        <w:tc>
          <w:tcPr>
            <w:tcW w:w="492" w:type="pct"/>
            <w:tcBorders>
              <w:top w:val="nil"/>
              <w:left w:val="nil"/>
              <w:bottom w:val="nil"/>
              <w:right w:val="nil"/>
            </w:tcBorders>
            <w:shd w:val="clear" w:color="000000" w:fill="F2F2F2"/>
            <w:vAlign w:val="center"/>
          </w:tcPr>
          <w:p w14:paraId="6549E55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5EEFFED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top w:val="nil"/>
              <w:left w:val="nil"/>
              <w:bottom w:val="nil"/>
              <w:right w:val="nil"/>
            </w:tcBorders>
            <w:shd w:val="clear" w:color="000000" w:fill="F2F2F2"/>
            <w:vAlign w:val="center"/>
          </w:tcPr>
          <w:p w14:paraId="3811505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FFFFF"/>
            <w:vAlign w:val="center"/>
          </w:tcPr>
          <w:p w14:paraId="0B43A3E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3CF2776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2F2F2"/>
            <w:vAlign w:val="center"/>
          </w:tcPr>
          <w:p w14:paraId="3CDC937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top w:val="nil"/>
              <w:left w:val="nil"/>
              <w:bottom w:val="nil"/>
              <w:right w:val="nil"/>
            </w:tcBorders>
            <w:shd w:val="clear" w:color="000000" w:fill="F2F2F2"/>
            <w:vAlign w:val="center"/>
          </w:tcPr>
          <w:p w14:paraId="7513557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2" w:type="pct"/>
            <w:tcBorders>
              <w:top w:val="nil"/>
              <w:left w:val="nil"/>
              <w:bottom w:val="nil"/>
              <w:right w:val="nil"/>
            </w:tcBorders>
            <w:shd w:val="clear" w:color="000000" w:fill="FFFFFF"/>
            <w:vAlign w:val="center"/>
          </w:tcPr>
          <w:p w14:paraId="01C37AE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r>
      <w:tr w:rsidR="00726DBE" w:rsidRPr="00693325" w14:paraId="2682A095" w14:textId="77777777" w:rsidTr="00841CFC">
        <w:trPr>
          <w:trHeight w:val="68"/>
        </w:trPr>
        <w:tc>
          <w:tcPr>
            <w:tcW w:w="1062" w:type="pct"/>
            <w:tcBorders>
              <w:top w:val="nil"/>
              <w:left w:val="nil"/>
              <w:bottom w:val="nil"/>
              <w:right w:val="nil"/>
            </w:tcBorders>
            <w:shd w:val="clear" w:color="000000" w:fill="FFFFFF"/>
            <w:vAlign w:val="center"/>
            <w:hideMark/>
          </w:tcPr>
          <w:p w14:paraId="356A2A38"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hideMark/>
          </w:tcPr>
          <w:p w14:paraId="44E2785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hideMark/>
          </w:tcPr>
          <w:p w14:paraId="3F2E8A5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hideMark/>
          </w:tcPr>
          <w:p w14:paraId="777D764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FFFFF"/>
            <w:vAlign w:val="center"/>
            <w:hideMark/>
          </w:tcPr>
          <w:p w14:paraId="232E8F3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hideMark/>
          </w:tcPr>
          <w:p w14:paraId="4C39886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2F2F2"/>
            <w:vAlign w:val="center"/>
            <w:hideMark/>
          </w:tcPr>
          <w:p w14:paraId="5632933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nil"/>
              <w:right w:val="nil"/>
            </w:tcBorders>
            <w:shd w:val="clear" w:color="000000" w:fill="F2F2F2"/>
            <w:vAlign w:val="center"/>
            <w:hideMark/>
          </w:tcPr>
          <w:p w14:paraId="6D46568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2" w:type="pct"/>
            <w:tcBorders>
              <w:top w:val="nil"/>
              <w:left w:val="nil"/>
              <w:bottom w:val="nil"/>
              <w:right w:val="nil"/>
            </w:tcBorders>
            <w:shd w:val="clear" w:color="000000" w:fill="FFFFFF"/>
            <w:vAlign w:val="center"/>
            <w:hideMark/>
          </w:tcPr>
          <w:p w14:paraId="3E7195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r>
      <w:tr w:rsidR="00726DBE" w:rsidRPr="00693325" w14:paraId="7A31993F" w14:textId="77777777" w:rsidTr="00841CFC">
        <w:trPr>
          <w:trHeight w:val="68"/>
        </w:trPr>
        <w:tc>
          <w:tcPr>
            <w:tcW w:w="1062" w:type="pct"/>
            <w:tcBorders>
              <w:top w:val="nil"/>
              <w:left w:val="nil"/>
              <w:bottom w:val="nil"/>
              <w:right w:val="nil"/>
            </w:tcBorders>
            <w:shd w:val="clear" w:color="000000" w:fill="FFFFFF"/>
            <w:vAlign w:val="center"/>
            <w:hideMark/>
          </w:tcPr>
          <w:p w14:paraId="7C57389C"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Sensory system deficits, IR (95% CI)</w:t>
            </w:r>
          </w:p>
        </w:tc>
        <w:tc>
          <w:tcPr>
            <w:tcW w:w="492" w:type="pct"/>
            <w:tcBorders>
              <w:top w:val="nil"/>
              <w:left w:val="nil"/>
              <w:bottom w:val="nil"/>
              <w:right w:val="nil"/>
            </w:tcBorders>
            <w:shd w:val="clear" w:color="000000" w:fill="F2F2F2"/>
            <w:vAlign w:val="center"/>
            <w:hideMark/>
          </w:tcPr>
          <w:p w14:paraId="3923B9A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1,026.72 (124.34; 3,708.88)</w:t>
            </w:r>
          </w:p>
        </w:tc>
        <w:tc>
          <w:tcPr>
            <w:tcW w:w="492" w:type="pct"/>
            <w:tcBorders>
              <w:top w:val="nil"/>
              <w:left w:val="nil"/>
              <w:bottom w:val="nil"/>
              <w:right w:val="nil"/>
            </w:tcBorders>
            <w:shd w:val="clear" w:color="000000" w:fill="F2F2F2"/>
            <w:vAlign w:val="center"/>
            <w:hideMark/>
          </w:tcPr>
          <w:p w14:paraId="2A94F9D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76.96 </w:t>
            </w:r>
          </w:p>
          <w:p w14:paraId="3041178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(9.32; 277.99)</w:t>
            </w:r>
          </w:p>
        </w:tc>
        <w:tc>
          <w:tcPr>
            <w:tcW w:w="493" w:type="pct"/>
            <w:tcBorders>
              <w:top w:val="nil"/>
              <w:left w:val="nil"/>
              <w:bottom w:val="nil"/>
              <w:right w:val="nil"/>
            </w:tcBorders>
            <w:shd w:val="clear" w:color="000000" w:fill="F2F2F2"/>
            <w:vAlign w:val="center"/>
            <w:hideMark/>
          </w:tcPr>
          <w:p w14:paraId="4C3063E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143.18 </w:t>
            </w:r>
          </w:p>
          <w:p w14:paraId="7775177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(39.01; 366.60)</w:t>
            </w:r>
          </w:p>
        </w:tc>
        <w:tc>
          <w:tcPr>
            <w:tcW w:w="492" w:type="pct"/>
            <w:tcBorders>
              <w:top w:val="nil"/>
              <w:left w:val="nil"/>
              <w:bottom w:val="nil"/>
              <w:right w:val="nil"/>
            </w:tcBorders>
            <w:shd w:val="clear" w:color="000000" w:fill="FFFFFF"/>
            <w:vAlign w:val="center"/>
            <w:hideMark/>
          </w:tcPr>
          <w:p w14:paraId="621210D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20.53 </w:t>
            </w:r>
          </w:p>
          <w:p w14:paraId="6A1BDAA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(4.23; 59.99)</w:t>
            </w:r>
          </w:p>
        </w:tc>
        <w:tc>
          <w:tcPr>
            <w:tcW w:w="492" w:type="pct"/>
            <w:tcBorders>
              <w:top w:val="nil"/>
              <w:left w:val="nil"/>
              <w:bottom w:val="nil"/>
              <w:right w:val="nil"/>
            </w:tcBorders>
            <w:shd w:val="clear" w:color="000000" w:fill="F2F2F2"/>
            <w:vAlign w:val="center"/>
            <w:hideMark/>
          </w:tcPr>
          <w:p w14:paraId="499FD90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1,083.09 </w:t>
            </w:r>
          </w:p>
          <w:p w14:paraId="14561A1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(27.42; 6,034.57)</w:t>
            </w:r>
          </w:p>
        </w:tc>
        <w:tc>
          <w:tcPr>
            <w:tcW w:w="492" w:type="pct"/>
            <w:tcBorders>
              <w:top w:val="nil"/>
              <w:left w:val="nil"/>
              <w:bottom w:val="nil"/>
              <w:right w:val="nil"/>
            </w:tcBorders>
            <w:shd w:val="clear" w:color="000000" w:fill="F2F2F2"/>
            <w:vAlign w:val="center"/>
            <w:hideMark/>
          </w:tcPr>
          <w:p w14:paraId="4633CCC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76.26 </w:t>
            </w:r>
          </w:p>
          <w:p w14:paraId="4C44DC9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(1.93; 424.92)</w:t>
            </w:r>
          </w:p>
        </w:tc>
        <w:tc>
          <w:tcPr>
            <w:tcW w:w="493" w:type="pct"/>
            <w:tcBorders>
              <w:top w:val="nil"/>
              <w:left w:val="nil"/>
              <w:bottom w:val="nil"/>
              <w:right w:val="nil"/>
            </w:tcBorders>
            <w:shd w:val="clear" w:color="000000" w:fill="F2F2F2"/>
            <w:vAlign w:val="center"/>
            <w:hideMark/>
          </w:tcPr>
          <w:p w14:paraId="08D074D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142.49 </w:t>
            </w:r>
          </w:p>
          <w:p w14:paraId="401E1A1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(17.26; 514.74)</w:t>
            </w:r>
          </w:p>
        </w:tc>
        <w:tc>
          <w:tcPr>
            <w:tcW w:w="492" w:type="pct"/>
            <w:tcBorders>
              <w:top w:val="nil"/>
              <w:left w:val="nil"/>
              <w:bottom w:val="nil"/>
              <w:right w:val="nil"/>
            </w:tcBorders>
            <w:shd w:val="clear" w:color="000000" w:fill="FFFFFF"/>
            <w:vAlign w:val="center"/>
            <w:hideMark/>
          </w:tcPr>
          <w:p w14:paraId="5DDCC07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29.98 </w:t>
            </w:r>
          </w:p>
          <w:p w14:paraId="78D0B80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(3.63; 108.31)</w:t>
            </w:r>
          </w:p>
        </w:tc>
      </w:tr>
      <w:tr w:rsidR="00726DBE" w:rsidRPr="00693325" w14:paraId="659E186A" w14:textId="77777777" w:rsidTr="00841CFC">
        <w:trPr>
          <w:trHeight w:val="68"/>
        </w:trPr>
        <w:tc>
          <w:tcPr>
            <w:tcW w:w="1062" w:type="pct"/>
            <w:tcBorders>
              <w:top w:val="nil"/>
              <w:left w:val="nil"/>
              <w:bottom w:val="nil"/>
              <w:right w:val="nil"/>
            </w:tcBorders>
            <w:shd w:val="clear" w:color="000000" w:fill="FFFFFF"/>
            <w:vAlign w:val="center"/>
          </w:tcPr>
          <w:p w14:paraId="5BD0ED83"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rPr>
              <w:t>Percentage (%)</w:t>
            </w:r>
          </w:p>
        </w:tc>
        <w:tc>
          <w:tcPr>
            <w:tcW w:w="492" w:type="pct"/>
            <w:tcBorders>
              <w:top w:val="nil"/>
              <w:left w:val="nil"/>
              <w:bottom w:val="nil"/>
              <w:right w:val="nil"/>
            </w:tcBorders>
            <w:shd w:val="clear" w:color="000000" w:fill="F2F2F2"/>
            <w:vAlign w:val="center"/>
          </w:tcPr>
          <w:p w14:paraId="79349C8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9.52</w:t>
            </w:r>
          </w:p>
        </w:tc>
        <w:tc>
          <w:tcPr>
            <w:tcW w:w="492" w:type="pct"/>
            <w:tcBorders>
              <w:top w:val="nil"/>
              <w:left w:val="nil"/>
              <w:bottom w:val="nil"/>
              <w:right w:val="nil"/>
            </w:tcBorders>
            <w:shd w:val="clear" w:color="000000" w:fill="F2F2F2"/>
            <w:vAlign w:val="center"/>
          </w:tcPr>
          <w:p w14:paraId="726583A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10.53</w:t>
            </w:r>
          </w:p>
        </w:tc>
        <w:tc>
          <w:tcPr>
            <w:tcW w:w="493" w:type="pct"/>
            <w:tcBorders>
              <w:top w:val="nil"/>
              <w:left w:val="nil"/>
              <w:bottom w:val="nil"/>
              <w:right w:val="nil"/>
            </w:tcBorders>
            <w:shd w:val="clear" w:color="000000" w:fill="F2F2F2"/>
            <w:vAlign w:val="center"/>
          </w:tcPr>
          <w:p w14:paraId="3B78F99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19.05</w:t>
            </w:r>
          </w:p>
        </w:tc>
        <w:tc>
          <w:tcPr>
            <w:tcW w:w="492" w:type="pct"/>
            <w:tcBorders>
              <w:top w:val="nil"/>
              <w:left w:val="nil"/>
              <w:bottom w:val="nil"/>
              <w:right w:val="nil"/>
            </w:tcBorders>
            <w:shd w:val="clear" w:color="000000" w:fill="FFFFFF"/>
            <w:vAlign w:val="center"/>
          </w:tcPr>
          <w:p w14:paraId="2B0BA77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2.86</w:t>
            </w:r>
          </w:p>
        </w:tc>
        <w:tc>
          <w:tcPr>
            <w:tcW w:w="492" w:type="pct"/>
            <w:tcBorders>
              <w:top w:val="nil"/>
              <w:left w:val="nil"/>
              <w:bottom w:val="nil"/>
              <w:right w:val="nil"/>
            </w:tcBorders>
            <w:shd w:val="clear" w:color="000000" w:fill="F2F2F2"/>
            <w:vAlign w:val="center"/>
          </w:tcPr>
          <w:p w14:paraId="79244E0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9.09</w:t>
            </w:r>
          </w:p>
        </w:tc>
        <w:tc>
          <w:tcPr>
            <w:tcW w:w="492" w:type="pct"/>
            <w:tcBorders>
              <w:top w:val="nil"/>
              <w:left w:val="nil"/>
              <w:bottom w:val="nil"/>
              <w:right w:val="nil"/>
            </w:tcBorders>
            <w:shd w:val="clear" w:color="000000" w:fill="F2F2F2"/>
            <w:vAlign w:val="center"/>
          </w:tcPr>
          <w:p w14:paraId="00D16B0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11.11</w:t>
            </w:r>
          </w:p>
        </w:tc>
        <w:tc>
          <w:tcPr>
            <w:tcW w:w="493" w:type="pct"/>
            <w:tcBorders>
              <w:top w:val="nil"/>
              <w:left w:val="nil"/>
              <w:bottom w:val="nil"/>
              <w:right w:val="nil"/>
            </w:tcBorders>
            <w:shd w:val="clear" w:color="000000" w:fill="F2F2F2"/>
            <w:vAlign w:val="center"/>
          </w:tcPr>
          <w:p w14:paraId="7D03F6A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18.18</w:t>
            </w:r>
          </w:p>
        </w:tc>
        <w:tc>
          <w:tcPr>
            <w:tcW w:w="492" w:type="pct"/>
            <w:tcBorders>
              <w:top w:val="nil"/>
              <w:left w:val="nil"/>
              <w:bottom w:val="nil"/>
              <w:right w:val="nil"/>
            </w:tcBorders>
            <w:shd w:val="clear" w:color="000000" w:fill="FFFFFF"/>
            <w:vAlign w:val="center"/>
          </w:tcPr>
          <w:p w14:paraId="1C1B7D2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3.08</w:t>
            </w:r>
          </w:p>
        </w:tc>
      </w:tr>
      <w:tr w:rsidR="00726DBE" w:rsidRPr="00693325" w14:paraId="64BD4089" w14:textId="77777777" w:rsidTr="00841CFC">
        <w:trPr>
          <w:trHeight w:val="68"/>
        </w:trPr>
        <w:tc>
          <w:tcPr>
            <w:tcW w:w="1062" w:type="pct"/>
            <w:tcBorders>
              <w:top w:val="nil"/>
              <w:left w:val="nil"/>
              <w:bottom w:val="nil"/>
              <w:right w:val="nil"/>
            </w:tcBorders>
            <w:shd w:val="clear" w:color="000000" w:fill="FFFFFF"/>
            <w:vAlign w:val="center"/>
            <w:hideMark/>
          </w:tcPr>
          <w:p w14:paraId="7D1B7804"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nil"/>
              <w:right w:val="nil"/>
            </w:tcBorders>
            <w:shd w:val="clear" w:color="000000" w:fill="F2F2F2"/>
            <w:vAlign w:val="center"/>
            <w:hideMark/>
          </w:tcPr>
          <w:p w14:paraId="21D825A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18,473 (25,706)</w:t>
            </w:r>
          </w:p>
        </w:tc>
        <w:tc>
          <w:tcPr>
            <w:tcW w:w="492" w:type="pct"/>
            <w:tcBorders>
              <w:top w:val="nil"/>
              <w:left w:val="nil"/>
              <w:bottom w:val="nil"/>
              <w:right w:val="nil"/>
            </w:tcBorders>
            <w:shd w:val="clear" w:color="000000" w:fill="F2F2F2"/>
            <w:vAlign w:val="center"/>
            <w:hideMark/>
          </w:tcPr>
          <w:p w14:paraId="7C29E07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81 (92)</w:t>
            </w:r>
          </w:p>
        </w:tc>
        <w:tc>
          <w:tcPr>
            <w:tcW w:w="493" w:type="pct"/>
            <w:tcBorders>
              <w:top w:val="nil"/>
              <w:left w:val="nil"/>
              <w:bottom w:val="nil"/>
              <w:right w:val="nil"/>
            </w:tcBorders>
            <w:shd w:val="clear" w:color="000000" w:fill="F2F2F2"/>
            <w:vAlign w:val="center"/>
            <w:hideMark/>
          </w:tcPr>
          <w:p w14:paraId="6D95432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2,721 (5,329)</w:t>
            </w:r>
          </w:p>
        </w:tc>
        <w:tc>
          <w:tcPr>
            <w:tcW w:w="492" w:type="pct"/>
            <w:tcBorders>
              <w:top w:val="nil"/>
              <w:left w:val="nil"/>
              <w:bottom w:val="nil"/>
              <w:right w:val="nil"/>
            </w:tcBorders>
            <w:shd w:val="clear" w:color="000000" w:fill="FFFFFF"/>
            <w:vAlign w:val="center"/>
            <w:hideMark/>
          </w:tcPr>
          <w:p w14:paraId="123DBD7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27 (35)</w:t>
            </w:r>
          </w:p>
        </w:tc>
        <w:tc>
          <w:tcPr>
            <w:tcW w:w="492" w:type="pct"/>
            <w:tcBorders>
              <w:top w:val="nil"/>
              <w:left w:val="nil"/>
              <w:bottom w:val="nil"/>
              <w:right w:val="nil"/>
            </w:tcBorders>
            <w:shd w:val="clear" w:color="000000" w:fill="F2F2F2"/>
            <w:vAlign w:val="center"/>
            <w:hideMark/>
          </w:tcPr>
          <w:p w14:paraId="659AE5D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1,031 (NA)</w:t>
            </w:r>
          </w:p>
        </w:tc>
        <w:tc>
          <w:tcPr>
            <w:tcW w:w="492" w:type="pct"/>
            <w:tcBorders>
              <w:top w:val="nil"/>
              <w:left w:val="nil"/>
              <w:bottom w:val="nil"/>
              <w:right w:val="nil"/>
            </w:tcBorders>
            <w:shd w:val="clear" w:color="000000" w:fill="F2F2F2"/>
            <w:vAlign w:val="center"/>
            <w:hideMark/>
          </w:tcPr>
          <w:p w14:paraId="0270078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23 (NA)</w:t>
            </w:r>
          </w:p>
        </w:tc>
        <w:tc>
          <w:tcPr>
            <w:tcW w:w="493" w:type="pct"/>
            <w:tcBorders>
              <w:top w:val="nil"/>
              <w:left w:val="nil"/>
              <w:bottom w:val="nil"/>
              <w:right w:val="nil"/>
            </w:tcBorders>
            <w:shd w:val="clear" w:color="000000" w:fill="F2F2F2"/>
            <w:vAlign w:val="center"/>
            <w:hideMark/>
          </w:tcPr>
          <w:p w14:paraId="1EDD962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38 (22)</w:t>
            </w:r>
          </w:p>
        </w:tc>
        <w:tc>
          <w:tcPr>
            <w:tcW w:w="492" w:type="pct"/>
            <w:tcBorders>
              <w:top w:val="nil"/>
              <w:left w:val="nil"/>
              <w:bottom w:val="nil"/>
              <w:right w:val="nil"/>
            </w:tcBorders>
            <w:shd w:val="clear" w:color="000000" w:fill="FFFFFF"/>
            <w:vAlign w:val="center"/>
            <w:hideMark/>
          </w:tcPr>
          <w:p w14:paraId="35D5C39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 (1)</w:t>
            </w:r>
          </w:p>
        </w:tc>
      </w:tr>
      <w:tr w:rsidR="00726DBE" w:rsidRPr="00693325" w14:paraId="45613E1C" w14:textId="77777777" w:rsidTr="00841CFC">
        <w:trPr>
          <w:trHeight w:val="68"/>
        </w:trPr>
        <w:tc>
          <w:tcPr>
            <w:tcW w:w="1062" w:type="pct"/>
            <w:tcBorders>
              <w:top w:val="nil"/>
              <w:left w:val="nil"/>
              <w:bottom w:val="nil"/>
              <w:right w:val="nil"/>
            </w:tcBorders>
            <w:shd w:val="clear" w:color="000000" w:fill="FFFFFF"/>
            <w:vAlign w:val="center"/>
            <w:hideMark/>
          </w:tcPr>
          <w:p w14:paraId="4B61A8F3"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szCs w:val="16"/>
              </w:rPr>
              <w:t>Other physical conditions, IR (95% CI)</w:t>
            </w:r>
          </w:p>
        </w:tc>
        <w:tc>
          <w:tcPr>
            <w:tcW w:w="492" w:type="pct"/>
            <w:tcBorders>
              <w:top w:val="nil"/>
              <w:left w:val="nil"/>
              <w:bottom w:val="nil"/>
              <w:right w:val="nil"/>
            </w:tcBorders>
            <w:shd w:val="clear" w:color="000000" w:fill="F2F2F2"/>
            <w:vAlign w:val="center"/>
            <w:hideMark/>
          </w:tcPr>
          <w:p w14:paraId="7C9B62A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3,354.78 (1,089.29; 7,828.94)</w:t>
            </w:r>
          </w:p>
        </w:tc>
        <w:tc>
          <w:tcPr>
            <w:tcW w:w="492" w:type="pct"/>
            <w:tcBorders>
              <w:top w:val="nil"/>
              <w:left w:val="nil"/>
              <w:bottom w:val="nil"/>
              <w:right w:val="nil"/>
            </w:tcBorders>
            <w:shd w:val="clear" w:color="000000" w:fill="F2F2F2"/>
            <w:vAlign w:val="center"/>
            <w:hideMark/>
          </w:tcPr>
          <w:p w14:paraId="702525A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188.96 </w:t>
            </w:r>
          </w:p>
          <w:p w14:paraId="5C21F79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(38.97; 552.21)</w:t>
            </w:r>
          </w:p>
        </w:tc>
        <w:tc>
          <w:tcPr>
            <w:tcW w:w="493" w:type="pct"/>
            <w:tcBorders>
              <w:top w:val="nil"/>
              <w:left w:val="nil"/>
              <w:bottom w:val="nil"/>
              <w:right w:val="nil"/>
            </w:tcBorders>
            <w:shd w:val="clear" w:color="000000" w:fill="F2F2F2"/>
            <w:vAlign w:val="center"/>
            <w:hideMark/>
          </w:tcPr>
          <w:p w14:paraId="1E24552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460.64 </w:t>
            </w:r>
          </w:p>
          <w:p w14:paraId="72E4090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(198.87; 907.65)</w:t>
            </w:r>
          </w:p>
        </w:tc>
        <w:tc>
          <w:tcPr>
            <w:tcW w:w="492" w:type="pct"/>
            <w:tcBorders>
              <w:top w:val="nil"/>
              <w:left w:val="nil"/>
              <w:bottom w:val="nil"/>
              <w:right w:val="nil"/>
            </w:tcBorders>
            <w:shd w:val="clear" w:color="000000" w:fill="FFFFFF"/>
            <w:vAlign w:val="center"/>
            <w:hideMark/>
          </w:tcPr>
          <w:p w14:paraId="313AD9B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67.40 </w:t>
            </w:r>
          </w:p>
          <w:p w14:paraId="39BEED5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(30.82; 127.94)</w:t>
            </w:r>
          </w:p>
        </w:tc>
        <w:tc>
          <w:tcPr>
            <w:tcW w:w="492" w:type="pct"/>
            <w:tcBorders>
              <w:top w:val="nil"/>
              <w:left w:val="nil"/>
              <w:bottom w:val="nil"/>
              <w:right w:val="nil"/>
            </w:tcBorders>
            <w:shd w:val="clear" w:color="000000" w:fill="F2F2F2"/>
            <w:vAlign w:val="center"/>
            <w:hideMark/>
          </w:tcPr>
          <w:p w14:paraId="6CA2F9D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6,790.70 (1,850.24; 17,386.88)</w:t>
            </w:r>
          </w:p>
        </w:tc>
        <w:tc>
          <w:tcPr>
            <w:tcW w:w="492" w:type="pct"/>
            <w:tcBorders>
              <w:top w:val="nil"/>
              <w:left w:val="nil"/>
              <w:bottom w:val="nil"/>
              <w:right w:val="nil"/>
            </w:tcBorders>
            <w:shd w:val="clear" w:color="000000" w:fill="F2F2F2"/>
            <w:vAlign w:val="center"/>
            <w:hideMark/>
          </w:tcPr>
          <w:p w14:paraId="4358916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0.00 </w:t>
            </w:r>
          </w:p>
          <w:p w14:paraId="37CE77C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 578.37)</w:t>
            </w:r>
          </w:p>
        </w:tc>
        <w:tc>
          <w:tcPr>
            <w:tcW w:w="493" w:type="pct"/>
            <w:tcBorders>
              <w:top w:val="nil"/>
              <w:left w:val="nil"/>
              <w:bottom w:val="nil"/>
              <w:right w:val="nil"/>
            </w:tcBorders>
            <w:shd w:val="clear" w:color="000000" w:fill="F2F2F2"/>
            <w:vAlign w:val="center"/>
            <w:hideMark/>
          </w:tcPr>
          <w:p w14:paraId="06D5EDF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574.13 </w:t>
            </w:r>
          </w:p>
          <w:p w14:paraId="5816694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(156.43; 1,469.99)</w:t>
            </w:r>
          </w:p>
        </w:tc>
        <w:tc>
          <w:tcPr>
            <w:tcW w:w="492" w:type="pct"/>
            <w:tcBorders>
              <w:top w:val="nil"/>
              <w:left w:val="nil"/>
              <w:bottom w:val="nil"/>
              <w:right w:val="nil"/>
            </w:tcBorders>
            <w:shd w:val="clear" w:color="000000" w:fill="FFFFFF"/>
            <w:vAlign w:val="center"/>
            <w:hideMark/>
          </w:tcPr>
          <w:p w14:paraId="6ED0C49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xml:space="preserve">82.94 </w:t>
            </w:r>
          </w:p>
          <w:p w14:paraId="5A13D1B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(26.93; 193.55)</w:t>
            </w:r>
          </w:p>
        </w:tc>
      </w:tr>
      <w:tr w:rsidR="00726DBE" w:rsidRPr="00693325" w14:paraId="38CA3E5B" w14:textId="77777777" w:rsidTr="00841CFC">
        <w:trPr>
          <w:trHeight w:val="68"/>
        </w:trPr>
        <w:tc>
          <w:tcPr>
            <w:tcW w:w="1062" w:type="pct"/>
            <w:tcBorders>
              <w:top w:val="nil"/>
              <w:left w:val="nil"/>
              <w:bottom w:val="nil"/>
              <w:right w:val="nil"/>
            </w:tcBorders>
            <w:shd w:val="clear" w:color="000000" w:fill="FFFFFF"/>
            <w:vAlign w:val="center"/>
          </w:tcPr>
          <w:p w14:paraId="3E988FD7" w14:textId="77777777" w:rsidR="00726DBE" w:rsidRPr="00693325" w:rsidRDefault="00726DBE" w:rsidP="00841CFC">
            <w:pPr>
              <w:ind w:leftChars="100" w:left="240"/>
              <w:rPr>
                <w:rFonts w:ascii="Times New Roman" w:hAnsi="Times New Roman"/>
                <w:b/>
                <w:bCs/>
                <w:color w:val="000000"/>
                <w:sz w:val="16"/>
                <w:szCs w:val="16"/>
              </w:rPr>
            </w:pPr>
            <w:r w:rsidRPr="00693325">
              <w:rPr>
                <w:rFonts w:ascii="Times New Roman" w:hAnsi="Times New Roman"/>
                <w:color w:val="000000"/>
                <w:sz w:val="16"/>
                <w:szCs w:val="16"/>
              </w:rPr>
              <w:t>Percentage (%)</w:t>
            </w:r>
          </w:p>
        </w:tc>
        <w:tc>
          <w:tcPr>
            <w:tcW w:w="492" w:type="pct"/>
            <w:tcBorders>
              <w:top w:val="nil"/>
              <w:left w:val="nil"/>
              <w:bottom w:val="nil"/>
              <w:right w:val="nil"/>
            </w:tcBorders>
            <w:shd w:val="clear" w:color="000000" w:fill="F2F2F2"/>
            <w:vAlign w:val="center"/>
          </w:tcPr>
          <w:p w14:paraId="7DD2F2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26.32</w:t>
            </w:r>
          </w:p>
        </w:tc>
        <w:tc>
          <w:tcPr>
            <w:tcW w:w="492" w:type="pct"/>
            <w:tcBorders>
              <w:top w:val="nil"/>
              <w:left w:val="nil"/>
              <w:bottom w:val="nil"/>
              <w:right w:val="nil"/>
            </w:tcBorders>
            <w:shd w:val="clear" w:color="000000" w:fill="F2F2F2"/>
            <w:vAlign w:val="center"/>
          </w:tcPr>
          <w:p w14:paraId="20AE696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21.43</w:t>
            </w:r>
          </w:p>
        </w:tc>
        <w:tc>
          <w:tcPr>
            <w:tcW w:w="493" w:type="pct"/>
            <w:tcBorders>
              <w:top w:val="nil"/>
              <w:left w:val="nil"/>
              <w:bottom w:val="nil"/>
              <w:right w:val="nil"/>
            </w:tcBorders>
            <w:shd w:val="clear" w:color="000000" w:fill="F2F2F2"/>
            <w:vAlign w:val="center"/>
          </w:tcPr>
          <w:p w14:paraId="5E0E57C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42.11</w:t>
            </w:r>
          </w:p>
        </w:tc>
        <w:tc>
          <w:tcPr>
            <w:tcW w:w="492" w:type="pct"/>
            <w:tcBorders>
              <w:top w:val="nil"/>
              <w:left w:val="nil"/>
              <w:bottom w:val="nil"/>
              <w:right w:val="nil"/>
            </w:tcBorders>
            <w:shd w:val="clear" w:color="000000" w:fill="FFFFFF"/>
            <w:vAlign w:val="center"/>
          </w:tcPr>
          <w:p w14:paraId="674A527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8.57</w:t>
            </w:r>
          </w:p>
        </w:tc>
        <w:tc>
          <w:tcPr>
            <w:tcW w:w="492" w:type="pct"/>
            <w:tcBorders>
              <w:top w:val="nil"/>
              <w:left w:val="nil"/>
              <w:bottom w:val="nil"/>
              <w:right w:val="nil"/>
            </w:tcBorders>
            <w:shd w:val="clear" w:color="000000" w:fill="F2F2F2"/>
            <w:vAlign w:val="center"/>
          </w:tcPr>
          <w:p w14:paraId="2949C17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44.44</w:t>
            </w:r>
          </w:p>
        </w:tc>
        <w:tc>
          <w:tcPr>
            <w:tcW w:w="492" w:type="pct"/>
            <w:tcBorders>
              <w:top w:val="nil"/>
              <w:left w:val="nil"/>
              <w:bottom w:val="nil"/>
              <w:right w:val="nil"/>
            </w:tcBorders>
            <w:shd w:val="clear" w:color="000000" w:fill="F2F2F2"/>
            <w:vAlign w:val="center"/>
          </w:tcPr>
          <w:p w14:paraId="0D90F61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0.00</w:t>
            </w:r>
          </w:p>
        </w:tc>
        <w:tc>
          <w:tcPr>
            <w:tcW w:w="493" w:type="pct"/>
            <w:tcBorders>
              <w:top w:val="nil"/>
              <w:left w:val="nil"/>
              <w:bottom w:val="nil"/>
              <w:right w:val="nil"/>
            </w:tcBorders>
            <w:shd w:val="clear" w:color="000000" w:fill="F2F2F2"/>
            <w:vAlign w:val="center"/>
          </w:tcPr>
          <w:p w14:paraId="0D3C7DE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44.44</w:t>
            </w:r>
          </w:p>
        </w:tc>
        <w:tc>
          <w:tcPr>
            <w:tcW w:w="492" w:type="pct"/>
            <w:tcBorders>
              <w:top w:val="nil"/>
              <w:left w:val="nil"/>
              <w:bottom w:val="nil"/>
              <w:right w:val="nil"/>
            </w:tcBorders>
            <w:shd w:val="clear" w:color="000000" w:fill="FFFFFF"/>
            <w:vAlign w:val="center"/>
          </w:tcPr>
          <w:p w14:paraId="64B6182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7.69</w:t>
            </w:r>
          </w:p>
        </w:tc>
      </w:tr>
      <w:tr w:rsidR="00726DBE" w:rsidRPr="00693325" w14:paraId="2C81DEEF" w14:textId="77777777" w:rsidTr="00841CFC">
        <w:trPr>
          <w:trHeight w:val="68"/>
        </w:trPr>
        <w:tc>
          <w:tcPr>
            <w:tcW w:w="1062" w:type="pct"/>
            <w:tcBorders>
              <w:top w:val="nil"/>
              <w:left w:val="nil"/>
              <w:bottom w:val="single" w:sz="4" w:space="0" w:color="auto"/>
              <w:right w:val="nil"/>
            </w:tcBorders>
            <w:shd w:val="clear" w:color="000000" w:fill="FFFFFF"/>
            <w:vAlign w:val="center"/>
            <w:hideMark/>
          </w:tcPr>
          <w:p w14:paraId="41C6F1E4"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color w:val="000000"/>
                <w:sz w:val="16"/>
                <w:szCs w:val="16"/>
              </w:rPr>
              <w:t>Costs ($), mean (SD)</w:t>
            </w:r>
          </w:p>
        </w:tc>
        <w:tc>
          <w:tcPr>
            <w:tcW w:w="492" w:type="pct"/>
            <w:tcBorders>
              <w:top w:val="nil"/>
              <w:left w:val="nil"/>
              <w:bottom w:val="single" w:sz="4" w:space="0" w:color="auto"/>
              <w:right w:val="nil"/>
            </w:tcBorders>
            <w:shd w:val="clear" w:color="000000" w:fill="F2F2F2"/>
            <w:vAlign w:val="center"/>
            <w:hideMark/>
          </w:tcPr>
          <w:p w14:paraId="083A809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13,234 (15,848)</w:t>
            </w:r>
          </w:p>
        </w:tc>
        <w:tc>
          <w:tcPr>
            <w:tcW w:w="492" w:type="pct"/>
            <w:tcBorders>
              <w:top w:val="nil"/>
              <w:left w:val="nil"/>
              <w:bottom w:val="single" w:sz="4" w:space="0" w:color="auto"/>
              <w:right w:val="nil"/>
            </w:tcBorders>
            <w:shd w:val="clear" w:color="000000" w:fill="F2F2F2"/>
            <w:vAlign w:val="center"/>
            <w:hideMark/>
          </w:tcPr>
          <w:p w14:paraId="4763BC4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19 (3)</w:t>
            </w:r>
          </w:p>
        </w:tc>
        <w:tc>
          <w:tcPr>
            <w:tcW w:w="493" w:type="pct"/>
            <w:tcBorders>
              <w:top w:val="nil"/>
              <w:left w:val="nil"/>
              <w:bottom w:val="single" w:sz="4" w:space="0" w:color="auto"/>
              <w:right w:val="nil"/>
            </w:tcBorders>
            <w:shd w:val="clear" w:color="000000" w:fill="F2F2F2"/>
            <w:vAlign w:val="center"/>
            <w:hideMark/>
          </w:tcPr>
          <w:p w14:paraId="583ADC1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1,516 (3,680)</w:t>
            </w:r>
          </w:p>
        </w:tc>
        <w:tc>
          <w:tcPr>
            <w:tcW w:w="492" w:type="pct"/>
            <w:tcBorders>
              <w:top w:val="nil"/>
              <w:left w:val="nil"/>
              <w:bottom w:val="single" w:sz="4" w:space="0" w:color="auto"/>
              <w:right w:val="nil"/>
            </w:tcBorders>
            <w:shd w:val="clear" w:color="000000" w:fill="FFFFFF"/>
            <w:vAlign w:val="center"/>
            <w:hideMark/>
          </w:tcPr>
          <w:p w14:paraId="65193DB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31 (26)</w:t>
            </w:r>
          </w:p>
        </w:tc>
        <w:tc>
          <w:tcPr>
            <w:tcW w:w="492" w:type="pct"/>
            <w:tcBorders>
              <w:top w:val="nil"/>
              <w:left w:val="nil"/>
              <w:bottom w:val="single" w:sz="4" w:space="0" w:color="auto"/>
              <w:right w:val="nil"/>
            </w:tcBorders>
            <w:shd w:val="clear" w:color="000000" w:fill="F2F2F2"/>
            <w:vAlign w:val="center"/>
            <w:hideMark/>
          </w:tcPr>
          <w:p w14:paraId="1461382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10,111 (12,768)</w:t>
            </w:r>
          </w:p>
        </w:tc>
        <w:tc>
          <w:tcPr>
            <w:tcW w:w="492" w:type="pct"/>
            <w:tcBorders>
              <w:top w:val="nil"/>
              <w:left w:val="nil"/>
              <w:bottom w:val="single" w:sz="4" w:space="0" w:color="auto"/>
              <w:right w:val="nil"/>
            </w:tcBorders>
            <w:shd w:val="clear" w:color="000000" w:fill="F2F2F2"/>
            <w:vAlign w:val="center"/>
            <w:hideMark/>
          </w:tcPr>
          <w:p w14:paraId="70B4CDA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w:t>
            </w:r>
          </w:p>
        </w:tc>
        <w:tc>
          <w:tcPr>
            <w:tcW w:w="493" w:type="pct"/>
            <w:tcBorders>
              <w:top w:val="nil"/>
              <w:left w:val="nil"/>
              <w:bottom w:val="single" w:sz="4" w:space="0" w:color="auto"/>
              <w:right w:val="nil"/>
            </w:tcBorders>
            <w:shd w:val="clear" w:color="000000" w:fill="F2F2F2"/>
            <w:vAlign w:val="center"/>
            <w:hideMark/>
          </w:tcPr>
          <w:p w14:paraId="63420EB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347 (513)</w:t>
            </w:r>
          </w:p>
        </w:tc>
        <w:tc>
          <w:tcPr>
            <w:tcW w:w="492" w:type="pct"/>
            <w:tcBorders>
              <w:top w:val="nil"/>
              <w:left w:val="nil"/>
              <w:bottom w:val="single" w:sz="4" w:space="0" w:color="auto"/>
              <w:right w:val="nil"/>
            </w:tcBorders>
            <w:shd w:val="clear" w:color="000000" w:fill="FFFFFF"/>
            <w:vAlign w:val="center"/>
            <w:hideMark/>
          </w:tcPr>
          <w:p w14:paraId="783BE30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45 (62)</w:t>
            </w:r>
          </w:p>
        </w:tc>
      </w:tr>
    </w:tbl>
    <w:p w14:paraId="0D524AAC" w14:textId="77777777" w:rsidR="00726DBE" w:rsidRPr="00693325" w:rsidRDefault="00726DBE" w:rsidP="00726DBE">
      <w:pPr>
        <w:rPr>
          <w:rFonts w:ascii="Times New Roman" w:hAnsi="Times New Roman"/>
          <w:sz w:val="16"/>
        </w:rPr>
      </w:pPr>
      <w:r w:rsidRPr="00693325">
        <w:rPr>
          <w:rFonts w:ascii="Times New Roman" w:hAnsi="Times New Roman"/>
          <w:sz w:val="16"/>
        </w:rPr>
        <w:t>IR reported per 1,000 person years</w:t>
      </w:r>
    </w:p>
    <w:p w14:paraId="290765C7" w14:textId="5DAAF0F3" w:rsidR="00726DBE" w:rsidRPr="00693325" w:rsidRDefault="00726DBE" w:rsidP="00726DBE">
      <w:pPr>
        <w:rPr>
          <w:rFonts w:ascii="Times New Roman" w:hAnsi="Times New Roman"/>
          <w:sz w:val="16"/>
        </w:rPr>
      </w:pPr>
      <w:r w:rsidRPr="00693325">
        <w:rPr>
          <w:rFonts w:ascii="Times New Roman" w:hAnsi="Times New Roman"/>
          <w:sz w:val="16"/>
          <w:vertAlign w:val="superscript"/>
        </w:rPr>
        <w:t>a</w:t>
      </w:r>
      <w:r w:rsidRPr="00693325">
        <w:rPr>
          <w:rFonts w:ascii="Times New Roman" w:hAnsi="Times New Roman"/>
          <w:sz w:val="16"/>
        </w:rPr>
        <w:t>Acute phase is defined as the date of IMD admission or ED visit through 30 days after discharge</w:t>
      </w:r>
    </w:p>
    <w:p w14:paraId="1BD84D1A" w14:textId="01EA78D7" w:rsidR="00726DBE" w:rsidRPr="00693325" w:rsidRDefault="00726DBE" w:rsidP="00726DBE">
      <w:pPr>
        <w:rPr>
          <w:rFonts w:ascii="Times New Roman" w:hAnsi="Times New Roman"/>
          <w:sz w:val="16"/>
        </w:rPr>
      </w:pPr>
      <w:r w:rsidRPr="00693325">
        <w:rPr>
          <w:rFonts w:ascii="Times New Roman" w:hAnsi="Times New Roman"/>
          <w:sz w:val="16"/>
          <w:vertAlign w:val="superscript"/>
        </w:rPr>
        <w:lastRenderedPageBreak/>
        <w:t>b</w:t>
      </w:r>
      <w:r w:rsidRPr="00693325">
        <w:rPr>
          <w:rFonts w:ascii="Times New Roman" w:hAnsi="Times New Roman"/>
          <w:sz w:val="16"/>
        </w:rPr>
        <w:t>Post-acute phase is defined as the period from 31 days after discharge through the end of the variable follow-up period, not all patients had follow-up in the post-acute phase</w:t>
      </w:r>
    </w:p>
    <w:p w14:paraId="54128EB3" w14:textId="77777777" w:rsidR="00726DBE" w:rsidRPr="00693325" w:rsidRDefault="00726DBE" w:rsidP="00726DBE">
      <w:pPr>
        <w:rPr>
          <w:rFonts w:ascii="Times New Roman" w:hAnsi="Times New Roman"/>
          <w:sz w:val="16"/>
        </w:rPr>
      </w:pPr>
      <w:r w:rsidRPr="00693325">
        <w:rPr>
          <w:rFonts w:ascii="Times New Roman" w:hAnsi="Times New Roman"/>
          <w:sz w:val="16"/>
        </w:rPr>
        <w:t>Abbreviations: CI: confidence interval, IMD: invasive meningococcal disease, IR: incidence rate, SD: standard deviation</w:t>
      </w:r>
    </w:p>
    <w:p w14:paraId="66F941F7" w14:textId="77777777" w:rsidR="00726DBE" w:rsidRPr="00693325" w:rsidRDefault="00726DBE" w:rsidP="00726DBE">
      <w:pPr>
        <w:rPr>
          <w:rFonts w:ascii="Times New Roman" w:hAnsi="Times New Roman"/>
          <w:sz w:val="16"/>
        </w:rPr>
      </w:pPr>
      <w:r w:rsidRPr="00693325">
        <w:rPr>
          <w:rFonts w:ascii="Times New Roman" w:hAnsi="Times New Roman"/>
          <w:sz w:val="16"/>
        </w:rPr>
        <w:br w:type="page"/>
      </w:r>
    </w:p>
    <w:p w14:paraId="036491E0" w14:textId="1B2A8C6D" w:rsidR="00726DBE" w:rsidRPr="00693325" w:rsidRDefault="00726DBE" w:rsidP="00726DBE">
      <w:pPr>
        <w:spacing w:after="160" w:line="259" w:lineRule="auto"/>
        <w:rPr>
          <w:rFonts w:ascii="Times New Roman" w:hAnsi="Times New Roman"/>
          <w:sz w:val="20"/>
        </w:rPr>
      </w:pPr>
      <w:r w:rsidRPr="00693325">
        <w:rPr>
          <w:rFonts w:ascii="Times New Roman" w:hAnsi="Times New Roman"/>
          <w:b/>
          <w:sz w:val="20"/>
        </w:rPr>
        <w:lastRenderedPageBreak/>
        <w:t xml:space="preserve">Supplemental Table </w:t>
      </w:r>
      <w:r w:rsidR="00A0215B">
        <w:rPr>
          <w:rFonts w:ascii="Times New Roman" w:hAnsi="Times New Roman"/>
          <w:b/>
          <w:sz w:val="20"/>
        </w:rPr>
        <w:t>10</w:t>
      </w:r>
      <w:r w:rsidRPr="00693325">
        <w:rPr>
          <w:rFonts w:ascii="Times New Roman" w:hAnsi="Times New Roman"/>
          <w:b/>
          <w:sz w:val="20"/>
        </w:rPr>
        <w:t xml:space="preserve"> </w:t>
      </w:r>
      <w:r w:rsidRPr="00693325">
        <w:rPr>
          <w:rFonts w:ascii="Times New Roman" w:hAnsi="Times New Roman"/>
          <w:sz w:val="20"/>
        </w:rPr>
        <w:t>IMD-related HCRU, toddler and child cohorts</w:t>
      </w:r>
    </w:p>
    <w:tbl>
      <w:tblPr>
        <w:tblW w:w="5000" w:type="pct"/>
        <w:tblCellMar>
          <w:left w:w="0" w:type="dxa"/>
          <w:right w:w="0" w:type="dxa"/>
        </w:tblCellMar>
        <w:tblLook w:val="04A0" w:firstRow="1" w:lastRow="0" w:firstColumn="1" w:lastColumn="0" w:noHBand="0" w:noVBand="1"/>
      </w:tblPr>
      <w:tblGrid>
        <w:gridCol w:w="2537"/>
        <w:gridCol w:w="1192"/>
        <w:gridCol w:w="1192"/>
        <w:gridCol w:w="1016"/>
        <w:gridCol w:w="176"/>
        <w:gridCol w:w="958"/>
        <w:gridCol w:w="234"/>
        <w:gridCol w:w="899"/>
        <w:gridCol w:w="45"/>
        <w:gridCol w:w="1192"/>
        <w:gridCol w:w="1192"/>
        <w:gridCol w:w="1192"/>
        <w:gridCol w:w="1192"/>
        <w:gridCol w:w="854"/>
        <w:gridCol w:w="87"/>
      </w:tblGrid>
      <w:tr w:rsidR="00726DBE" w:rsidRPr="00693325" w14:paraId="2B52C1BA" w14:textId="77777777" w:rsidTr="00EB3E01">
        <w:trPr>
          <w:trHeight w:val="48"/>
        </w:trPr>
        <w:tc>
          <w:tcPr>
            <w:tcW w:w="909" w:type="pct"/>
            <w:tcBorders>
              <w:top w:val="single" w:sz="8" w:space="0" w:color="000000"/>
              <w:left w:val="nil"/>
              <w:bottom w:val="nil"/>
              <w:right w:val="nil"/>
            </w:tcBorders>
            <w:shd w:val="clear" w:color="000000" w:fill="FFFFFF"/>
            <w:vAlign w:val="center"/>
          </w:tcPr>
          <w:p w14:paraId="443CFC7E" w14:textId="4FB377D4" w:rsidR="00726DBE" w:rsidRPr="000E29E2" w:rsidRDefault="00A0215B" w:rsidP="00841CFC">
            <w:pPr>
              <w:rPr>
                <w:rFonts w:ascii="Times New Roman" w:hAnsi="Times New Roman"/>
                <w:b/>
                <w:bCs/>
                <w:color w:val="000000"/>
                <w:sz w:val="16"/>
              </w:rPr>
            </w:pPr>
            <w:r w:rsidRPr="000E29E2">
              <w:rPr>
                <w:rFonts w:ascii="Times New Roman" w:hAnsi="Times New Roman"/>
                <w:b/>
                <w:bCs/>
                <w:color w:val="000000"/>
                <w:sz w:val="16"/>
              </w:rPr>
              <w:t>Payer</w:t>
            </w:r>
          </w:p>
        </w:tc>
        <w:tc>
          <w:tcPr>
            <w:tcW w:w="2046" w:type="pct"/>
            <w:gridSpan w:val="8"/>
            <w:tcBorders>
              <w:top w:val="single" w:sz="8" w:space="0" w:color="000000"/>
              <w:left w:val="nil"/>
              <w:bottom w:val="nil"/>
              <w:right w:val="nil"/>
            </w:tcBorders>
            <w:shd w:val="clear" w:color="auto" w:fill="FFFFFF" w:themeFill="background1"/>
            <w:vAlign w:val="center"/>
          </w:tcPr>
          <w:p w14:paraId="72AF3780"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sz w:val="16"/>
              </w:rPr>
              <w:t>Commercial</w:t>
            </w:r>
          </w:p>
        </w:tc>
        <w:tc>
          <w:tcPr>
            <w:tcW w:w="2045" w:type="pct"/>
            <w:gridSpan w:val="6"/>
            <w:tcBorders>
              <w:top w:val="single" w:sz="8" w:space="0" w:color="000000"/>
              <w:left w:val="nil"/>
              <w:bottom w:val="nil"/>
              <w:right w:val="nil"/>
            </w:tcBorders>
            <w:shd w:val="clear" w:color="auto" w:fill="FFFFFF" w:themeFill="background1"/>
            <w:vAlign w:val="center"/>
          </w:tcPr>
          <w:p w14:paraId="46F11F83"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sz w:val="16"/>
              </w:rPr>
              <w:t>Medicaid</w:t>
            </w:r>
          </w:p>
        </w:tc>
      </w:tr>
      <w:tr w:rsidR="00726DBE" w:rsidRPr="00693325" w14:paraId="1C0C1FFB" w14:textId="77777777" w:rsidTr="00EB3E01">
        <w:trPr>
          <w:trHeight w:val="48"/>
        </w:trPr>
        <w:tc>
          <w:tcPr>
            <w:tcW w:w="909" w:type="pct"/>
            <w:tcBorders>
              <w:top w:val="single" w:sz="8" w:space="0" w:color="000000"/>
              <w:left w:val="nil"/>
              <w:bottom w:val="nil"/>
              <w:right w:val="nil"/>
            </w:tcBorders>
            <w:shd w:val="clear" w:color="000000" w:fill="FFFFFF"/>
            <w:vAlign w:val="center"/>
            <w:hideMark/>
          </w:tcPr>
          <w:p w14:paraId="20DECDF2"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rPr>
              <w:t> </w:t>
            </w:r>
          </w:p>
        </w:tc>
        <w:tc>
          <w:tcPr>
            <w:tcW w:w="1281" w:type="pct"/>
            <w:gridSpan w:val="4"/>
            <w:tcBorders>
              <w:top w:val="single" w:sz="8" w:space="0" w:color="000000"/>
              <w:left w:val="nil"/>
              <w:bottom w:val="nil"/>
              <w:right w:val="nil"/>
            </w:tcBorders>
            <w:shd w:val="clear" w:color="000000" w:fill="F2F2F2"/>
            <w:vAlign w:val="center"/>
            <w:hideMark/>
          </w:tcPr>
          <w:p w14:paraId="1E8F7A6F"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sz w:val="16"/>
              </w:rPr>
              <w:t>Toddlers with IMD</w:t>
            </w:r>
          </w:p>
        </w:tc>
        <w:tc>
          <w:tcPr>
            <w:tcW w:w="427" w:type="pct"/>
            <w:gridSpan w:val="2"/>
            <w:tcBorders>
              <w:top w:val="single" w:sz="8" w:space="0" w:color="000000"/>
              <w:left w:val="nil"/>
              <w:bottom w:val="nil"/>
              <w:right w:val="nil"/>
            </w:tcBorders>
            <w:shd w:val="clear" w:color="000000" w:fill="FFFFFF"/>
            <w:vAlign w:val="center"/>
            <w:hideMark/>
          </w:tcPr>
          <w:p w14:paraId="0158ACAD"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sz w:val="16"/>
              </w:rPr>
              <w:t>Toddlers without IMD</w:t>
            </w:r>
          </w:p>
        </w:tc>
        <w:tc>
          <w:tcPr>
            <w:tcW w:w="338" w:type="pct"/>
            <w:gridSpan w:val="2"/>
            <w:tcBorders>
              <w:top w:val="single" w:sz="8" w:space="0" w:color="000000"/>
              <w:left w:val="nil"/>
              <w:bottom w:val="nil"/>
              <w:right w:val="nil"/>
            </w:tcBorders>
            <w:shd w:val="clear" w:color="000000" w:fill="FFFFFF"/>
            <w:vAlign w:val="center"/>
            <w:hideMark/>
          </w:tcPr>
          <w:p w14:paraId="41E50CBD"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 </w:t>
            </w:r>
          </w:p>
        </w:tc>
        <w:tc>
          <w:tcPr>
            <w:tcW w:w="1281" w:type="pct"/>
            <w:gridSpan w:val="3"/>
            <w:tcBorders>
              <w:top w:val="single" w:sz="8" w:space="0" w:color="000000"/>
              <w:left w:val="nil"/>
              <w:bottom w:val="nil"/>
              <w:right w:val="nil"/>
            </w:tcBorders>
            <w:shd w:val="clear" w:color="000000" w:fill="F2F2F2"/>
            <w:vAlign w:val="center"/>
            <w:hideMark/>
          </w:tcPr>
          <w:p w14:paraId="0B2688BB"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sz w:val="16"/>
              </w:rPr>
              <w:t>Toddlers with IMD</w:t>
            </w:r>
          </w:p>
        </w:tc>
        <w:tc>
          <w:tcPr>
            <w:tcW w:w="427" w:type="pct"/>
            <w:tcBorders>
              <w:top w:val="single" w:sz="8" w:space="0" w:color="000000"/>
              <w:left w:val="nil"/>
              <w:bottom w:val="nil"/>
              <w:right w:val="nil"/>
            </w:tcBorders>
            <w:shd w:val="clear" w:color="000000" w:fill="FFFFFF"/>
            <w:vAlign w:val="center"/>
            <w:hideMark/>
          </w:tcPr>
          <w:p w14:paraId="6058133F"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sz w:val="16"/>
              </w:rPr>
              <w:t>Toddlers without IMD</w:t>
            </w:r>
          </w:p>
        </w:tc>
        <w:tc>
          <w:tcPr>
            <w:tcW w:w="337" w:type="pct"/>
            <w:gridSpan w:val="2"/>
            <w:tcBorders>
              <w:top w:val="single" w:sz="8" w:space="0" w:color="000000"/>
              <w:left w:val="nil"/>
              <w:bottom w:val="nil"/>
              <w:right w:val="nil"/>
            </w:tcBorders>
            <w:shd w:val="clear" w:color="000000" w:fill="FFFFFF"/>
            <w:vAlign w:val="center"/>
            <w:hideMark/>
          </w:tcPr>
          <w:p w14:paraId="2DE74343"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szCs w:val="16"/>
              </w:rPr>
              <w:t> </w:t>
            </w:r>
          </w:p>
        </w:tc>
      </w:tr>
      <w:tr w:rsidR="00726DBE" w:rsidRPr="00693325" w14:paraId="32D0EDDE" w14:textId="77777777" w:rsidTr="00EB3E01">
        <w:trPr>
          <w:trHeight w:val="68"/>
        </w:trPr>
        <w:tc>
          <w:tcPr>
            <w:tcW w:w="909" w:type="pct"/>
            <w:vMerge w:val="restart"/>
            <w:tcBorders>
              <w:top w:val="nil"/>
              <w:left w:val="nil"/>
              <w:bottom w:val="single" w:sz="8" w:space="0" w:color="000000"/>
              <w:right w:val="nil"/>
            </w:tcBorders>
            <w:shd w:val="clear" w:color="000000" w:fill="FFFFFF"/>
            <w:vAlign w:val="center"/>
            <w:hideMark/>
          </w:tcPr>
          <w:p w14:paraId="1833B455"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sz w:val="16"/>
              </w:rPr>
              <w:t> </w:t>
            </w:r>
          </w:p>
        </w:tc>
        <w:tc>
          <w:tcPr>
            <w:tcW w:w="427" w:type="pct"/>
            <w:tcBorders>
              <w:top w:val="nil"/>
              <w:left w:val="nil"/>
              <w:bottom w:val="nil"/>
              <w:right w:val="nil"/>
            </w:tcBorders>
            <w:shd w:val="clear" w:color="000000" w:fill="F2F2F2"/>
            <w:vAlign w:val="center"/>
            <w:hideMark/>
          </w:tcPr>
          <w:p w14:paraId="1299D3A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27" w:type="pct"/>
            <w:tcBorders>
              <w:top w:val="nil"/>
              <w:left w:val="nil"/>
              <w:bottom w:val="nil"/>
              <w:right w:val="nil"/>
            </w:tcBorders>
            <w:shd w:val="clear" w:color="000000" w:fill="F2F2F2"/>
            <w:vAlign w:val="center"/>
            <w:hideMark/>
          </w:tcPr>
          <w:p w14:paraId="325A99E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27" w:type="pct"/>
            <w:gridSpan w:val="2"/>
            <w:tcBorders>
              <w:top w:val="nil"/>
              <w:left w:val="nil"/>
              <w:bottom w:val="nil"/>
              <w:right w:val="nil"/>
            </w:tcBorders>
            <w:shd w:val="clear" w:color="000000" w:fill="F2F2F2"/>
            <w:vAlign w:val="center"/>
            <w:hideMark/>
          </w:tcPr>
          <w:p w14:paraId="58CEBE4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Full Follow-up</w:t>
            </w:r>
          </w:p>
        </w:tc>
        <w:tc>
          <w:tcPr>
            <w:tcW w:w="427" w:type="pct"/>
            <w:gridSpan w:val="2"/>
            <w:tcBorders>
              <w:top w:val="nil"/>
              <w:left w:val="nil"/>
              <w:bottom w:val="nil"/>
              <w:right w:val="nil"/>
            </w:tcBorders>
            <w:shd w:val="clear" w:color="000000" w:fill="FFFFFF"/>
            <w:vAlign w:val="center"/>
            <w:hideMark/>
          </w:tcPr>
          <w:p w14:paraId="0E67A78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Full Follow-up</w:t>
            </w:r>
          </w:p>
        </w:tc>
        <w:tc>
          <w:tcPr>
            <w:tcW w:w="338" w:type="pct"/>
            <w:gridSpan w:val="2"/>
            <w:tcBorders>
              <w:top w:val="nil"/>
              <w:left w:val="nil"/>
              <w:bottom w:val="nil"/>
              <w:right w:val="nil"/>
            </w:tcBorders>
            <w:shd w:val="clear" w:color="000000" w:fill="FFFFFF"/>
            <w:vAlign w:val="center"/>
          </w:tcPr>
          <w:p w14:paraId="3993B7AC" w14:textId="77777777" w:rsidR="00726DBE" w:rsidRPr="00693325" w:rsidRDefault="00726DBE" w:rsidP="00841CFC">
            <w:pPr>
              <w:jc w:val="center"/>
              <w:rPr>
                <w:rFonts w:ascii="Times New Roman" w:hAnsi="Times New Roman"/>
                <w:color w:val="000000"/>
                <w:sz w:val="16"/>
                <w:szCs w:val="16"/>
              </w:rPr>
            </w:pPr>
          </w:p>
        </w:tc>
        <w:tc>
          <w:tcPr>
            <w:tcW w:w="427" w:type="pct"/>
            <w:tcBorders>
              <w:top w:val="nil"/>
              <w:left w:val="nil"/>
              <w:bottom w:val="nil"/>
              <w:right w:val="nil"/>
            </w:tcBorders>
            <w:shd w:val="clear" w:color="000000" w:fill="F2F2F2"/>
            <w:vAlign w:val="center"/>
            <w:hideMark/>
          </w:tcPr>
          <w:p w14:paraId="72FA071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27" w:type="pct"/>
            <w:tcBorders>
              <w:top w:val="nil"/>
              <w:left w:val="nil"/>
              <w:bottom w:val="nil"/>
              <w:right w:val="nil"/>
            </w:tcBorders>
            <w:shd w:val="clear" w:color="000000" w:fill="F2F2F2"/>
            <w:vAlign w:val="center"/>
            <w:hideMark/>
          </w:tcPr>
          <w:p w14:paraId="7CEEF3B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27" w:type="pct"/>
            <w:tcBorders>
              <w:top w:val="nil"/>
              <w:left w:val="nil"/>
              <w:bottom w:val="nil"/>
              <w:right w:val="nil"/>
            </w:tcBorders>
            <w:shd w:val="clear" w:color="000000" w:fill="F2F2F2"/>
            <w:vAlign w:val="center"/>
            <w:hideMark/>
          </w:tcPr>
          <w:p w14:paraId="7609998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Full Follow-up</w:t>
            </w:r>
          </w:p>
        </w:tc>
        <w:tc>
          <w:tcPr>
            <w:tcW w:w="427" w:type="pct"/>
            <w:tcBorders>
              <w:top w:val="nil"/>
              <w:left w:val="nil"/>
              <w:bottom w:val="nil"/>
              <w:right w:val="nil"/>
            </w:tcBorders>
            <w:shd w:val="clear" w:color="000000" w:fill="FFFFFF"/>
            <w:vAlign w:val="center"/>
            <w:hideMark/>
          </w:tcPr>
          <w:p w14:paraId="6955058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Full Follow-up</w:t>
            </w:r>
          </w:p>
        </w:tc>
        <w:tc>
          <w:tcPr>
            <w:tcW w:w="337" w:type="pct"/>
            <w:gridSpan w:val="2"/>
            <w:vMerge w:val="restart"/>
            <w:tcBorders>
              <w:top w:val="nil"/>
              <w:left w:val="nil"/>
              <w:bottom w:val="single" w:sz="8" w:space="0" w:color="000000"/>
              <w:right w:val="nil"/>
            </w:tcBorders>
            <w:shd w:val="clear" w:color="000000" w:fill="FFFFFF"/>
            <w:vAlign w:val="center"/>
            <w:hideMark/>
          </w:tcPr>
          <w:p w14:paraId="7DC2BCC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p-value</w:t>
            </w:r>
          </w:p>
        </w:tc>
      </w:tr>
      <w:tr w:rsidR="00726DBE" w:rsidRPr="00693325" w14:paraId="708D133F" w14:textId="77777777" w:rsidTr="00EB3E01">
        <w:trPr>
          <w:trHeight w:val="48"/>
        </w:trPr>
        <w:tc>
          <w:tcPr>
            <w:tcW w:w="909" w:type="pct"/>
            <w:vMerge/>
            <w:tcBorders>
              <w:top w:val="nil"/>
              <w:left w:val="nil"/>
              <w:bottom w:val="single" w:sz="8" w:space="0" w:color="000000"/>
              <w:right w:val="nil"/>
            </w:tcBorders>
            <w:vAlign w:val="center"/>
            <w:hideMark/>
          </w:tcPr>
          <w:p w14:paraId="144233E5" w14:textId="77777777" w:rsidR="00726DBE" w:rsidRPr="00693325" w:rsidRDefault="00726DBE" w:rsidP="00841CFC">
            <w:pPr>
              <w:rPr>
                <w:rFonts w:ascii="Times New Roman" w:hAnsi="Times New Roman"/>
                <w:color w:val="000000"/>
                <w:sz w:val="16"/>
                <w:szCs w:val="16"/>
              </w:rPr>
            </w:pPr>
          </w:p>
        </w:tc>
        <w:tc>
          <w:tcPr>
            <w:tcW w:w="427" w:type="pct"/>
            <w:tcBorders>
              <w:top w:val="nil"/>
              <w:left w:val="nil"/>
              <w:bottom w:val="single" w:sz="8" w:space="0" w:color="000000"/>
              <w:right w:val="nil"/>
            </w:tcBorders>
            <w:shd w:val="clear" w:color="000000" w:fill="F2F2F2"/>
            <w:vAlign w:val="center"/>
            <w:hideMark/>
          </w:tcPr>
          <w:p w14:paraId="4ACD8E4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N=19</w:t>
            </w:r>
          </w:p>
        </w:tc>
        <w:tc>
          <w:tcPr>
            <w:tcW w:w="427" w:type="pct"/>
            <w:tcBorders>
              <w:top w:val="nil"/>
              <w:left w:val="nil"/>
              <w:bottom w:val="single" w:sz="8" w:space="0" w:color="auto"/>
              <w:right w:val="nil"/>
            </w:tcBorders>
            <w:shd w:val="clear" w:color="000000" w:fill="F2F2F2"/>
            <w:vAlign w:val="center"/>
            <w:hideMark/>
          </w:tcPr>
          <w:p w14:paraId="4AD88C4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N=17</w:t>
            </w:r>
          </w:p>
        </w:tc>
        <w:tc>
          <w:tcPr>
            <w:tcW w:w="427" w:type="pct"/>
            <w:gridSpan w:val="2"/>
            <w:tcBorders>
              <w:top w:val="nil"/>
              <w:left w:val="nil"/>
              <w:bottom w:val="single" w:sz="8" w:space="0" w:color="auto"/>
              <w:right w:val="nil"/>
            </w:tcBorders>
            <w:shd w:val="clear" w:color="000000" w:fill="F2F2F2"/>
            <w:vAlign w:val="center"/>
            <w:hideMark/>
          </w:tcPr>
          <w:p w14:paraId="7089EF4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N=19</w:t>
            </w:r>
          </w:p>
        </w:tc>
        <w:tc>
          <w:tcPr>
            <w:tcW w:w="427" w:type="pct"/>
            <w:gridSpan w:val="2"/>
            <w:tcBorders>
              <w:top w:val="nil"/>
              <w:left w:val="nil"/>
              <w:bottom w:val="single" w:sz="8" w:space="0" w:color="auto"/>
              <w:right w:val="nil"/>
            </w:tcBorders>
            <w:shd w:val="clear" w:color="000000" w:fill="FFFFFF"/>
            <w:vAlign w:val="center"/>
            <w:hideMark/>
          </w:tcPr>
          <w:p w14:paraId="76AE850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N=95</w:t>
            </w:r>
          </w:p>
        </w:tc>
        <w:tc>
          <w:tcPr>
            <w:tcW w:w="338" w:type="pct"/>
            <w:gridSpan w:val="2"/>
            <w:tcBorders>
              <w:top w:val="nil"/>
              <w:left w:val="nil"/>
              <w:bottom w:val="single" w:sz="8" w:space="0" w:color="auto"/>
              <w:right w:val="nil"/>
            </w:tcBorders>
            <w:shd w:val="clear" w:color="000000" w:fill="FFFFFF"/>
            <w:vAlign w:val="center"/>
            <w:hideMark/>
          </w:tcPr>
          <w:p w14:paraId="2032944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r w:rsidRPr="00693325">
              <w:rPr>
                <w:rFonts w:ascii="Times New Roman" w:hAnsi="Times New Roman"/>
                <w:sz w:val="16"/>
              </w:rPr>
              <w:t>p-value</w:t>
            </w:r>
          </w:p>
        </w:tc>
        <w:tc>
          <w:tcPr>
            <w:tcW w:w="427" w:type="pct"/>
            <w:tcBorders>
              <w:top w:val="nil"/>
              <w:left w:val="nil"/>
              <w:bottom w:val="single" w:sz="8" w:space="0" w:color="auto"/>
              <w:right w:val="nil"/>
            </w:tcBorders>
            <w:shd w:val="clear" w:color="000000" w:fill="F2F2F2"/>
            <w:vAlign w:val="center"/>
            <w:hideMark/>
          </w:tcPr>
          <w:p w14:paraId="4F6FDBF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N=35</w:t>
            </w:r>
          </w:p>
        </w:tc>
        <w:tc>
          <w:tcPr>
            <w:tcW w:w="427" w:type="pct"/>
            <w:tcBorders>
              <w:top w:val="nil"/>
              <w:left w:val="nil"/>
              <w:bottom w:val="single" w:sz="8" w:space="0" w:color="auto"/>
              <w:right w:val="nil"/>
            </w:tcBorders>
            <w:shd w:val="clear" w:color="000000" w:fill="F2F2F2"/>
            <w:vAlign w:val="center"/>
            <w:hideMark/>
          </w:tcPr>
          <w:p w14:paraId="11572B1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N=32</w:t>
            </w:r>
          </w:p>
        </w:tc>
        <w:tc>
          <w:tcPr>
            <w:tcW w:w="427" w:type="pct"/>
            <w:tcBorders>
              <w:top w:val="nil"/>
              <w:left w:val="nil"/>
              <w:bottom w:val="single" w:sz="8" w:space="0" w:color="auto"/>
              <w:right w:val="nil"/>
            </w:tcBorders>
            <w:shd w:val="clear" w:color="000000" w:fill="F2F2F2"/>
            <w:vAlign w:val="center"/>
            <w:hideMark/>
          </w:tcPr>
          <w:p w14:paraId="581DC5D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N=35</w:t>
            </w:r>
          </w:p>
        </w:tc>
        <w:tc>
          <w:tcPr>
            <w:tcW w:w="427" w:type="pct"/>
            <w:tcBorders>
              <w:top w:val="nil"/>
              <w:left w:val="nil"/>
              <w:bottom w:val="single" w:sz="8" w:space="0" w:color="000000"/>
              <w:right w:val="nil"/>
            </w:tcBorders>
            <w:shd w:val="clear" w:color="000000" w:fill="FFFFFF"/>
            <w:vAlign w:val="center"/>
            <w:hideMark/>
          </w:tcPr>
          <w:p w14:paraId="093B757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N=175</w:t>
            </w:r>
          </w:p>
        </w:tc>
        <w:tc>
          <w:tcPr>
            <w:tcW w:w="337" w:type="pct"/>
            <w:gridSpan w:val="2"/>
            <w:vMerge/>
            <w:tcBorders>
              <w:top w:val="nil"/>
              <w:left w:val="nil"/>
              <w:bottom w:val="single" w:sz="8" w:space="0" w:color="000000"/>
              <w:right w:val="nil"/>
            </w:tcBorders>
            <w:vAlign w:val="center"/>
            <w:hideMark/>
          </w:tcPr>
          <w:p w14:paraId="49161E16" w14:textId="77777777" w:rsidR="00726DBE" w:rsidRPr="00693325" w:rsidRDefault="00726DBE" w:rsidP="00841CFC">
            <w:pPr>
              <w:rPr>
                <w:rFonts w:ascii="Times New Roman" w:hAnsi="Times New Roman"/>
                <w:color w:val="000000"/>
                <w:sz w:val="16"/>
                <w:szCs w:val="16"/>
              </w:rPr>
            </w:pPr>
          </w:p>
        </w:tc>
      </w:tr>
      <w:tr w:rsidR="00726DBE" w:rsidRPr="00693325" w14:paraId="0BED33B9" w14:textId="77777777" w:rsidTr="00EB3E01">
        <w:trPr>
          <w:trHeight w:val="48"/>
        </w:trPr>
        <w:tc>
          <w:tcPr>
            <w:tcW w:w="909" w:type="pct"/>
            <w:tcBorders>
              <w:top w:val="nil"/>
              <w:left w:val="nil"/>
              <w:bottom w:val="nil"/>
              <w:right w:val="nil"/>
            </w:tcBorders>
            <w:shd w:val="clear" w:color="000000" w:fill="FFFFFF"/>
            <w:vAlign w:val="center"/>
            <w:hideMark/>
          </w:tcPr>
          <w:p w14:paraId="6F284F3F"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sz w:val="16"/>
              </w:rPr>
              <w:t>Inpatient, n (%)</w:t>
            </w:r>
          </w:p>
        </w:tc>
        <w:tc>
          <w:tcPr>
            <w:tcW w:w="427" w:type="pct"/>
            <w:tcBorders>
              <w:top w:val="nil"/>
              <w:left w:val="nil"/>
              <w:bottom w:val="nil"/>
              <w:right w:val="nil"/>
            </w:tcBorders>
            <w:shd w:val="clear" w:color="000000" w:fill="F2F2F2"/>
            <w:vAlign w:val="center"/>
            <w:hideMark/>
          </w:tcPr>
          <w:p w14:paraId="78750B5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19 (100.00)</w:t>
            </w:r>
          </w:p>
        </w:tc>
        <w:tc>
          <w:tcPr>
            <w:tcW w:w="427" w:type="pct"/>
            <w:tcBorders>
              <w:top w:val="nil"/>
              <w:left w:val="nil"/>
              <w:bottom w:val="nil"/>
              <w:right w:val="nil"/>
            </w:tcBorders>
            <w:shd w:val="clear" w:color="000000" w:fill="F2F2F2"/>
            <w:vAlign w:val="center"/>
            <w:hideMark/>
          </w:tcPr>
          <w:p w14:paraId="3D41C2C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427" w:type="pct"/>
            <w:gridSpan w:val="2"/>
            <w:tcBorders>
              <w:top w:val="nil"/>
              <w:left w:val="nil"/>
              <w:bottom w:val="nil"/>
              <w:right w:val="nil"/>
            </w:tcBorders>
            <w:shd w:val="clear" w:color="000000" w:fill="F2F2F2"/>
            <w:vAlign w:val="center"/>
            <w:hideMark/>
          </w:tcPr>
          <w:p w14:paraId="1EDA3DF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19 (100.00)</w:t>
            </w:r>
          </w:p>
        </w:tc>
        <w:tc>
          <w:tcPr>
            <w:tcW w:w="427" w:type="pct"/>
            <w:gridSpan w:val="2"/>
            <w:tcBorders>
              <w:top w:val="nil"/>
              <w:left w:val="nil"/>
              <w:bottom w:val="nil"/>
              <w:right w:val="nil"/>
            </w:tcBorders>
            <w:shd w:val="clear" w:color="000000" w:fill="FFFFFF"/>
            <w:vAlign w:val="center"/>
            <w:hideMark/>
          </w:tcPr>
          <w:p w14:paraId="3587CEE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338" w:type="pct"/>
            <w:gridSpan w:val="2"/>
            <w:tcBorders>
              <w:top w:val="nil"/>
              <w:left w:val="nil"/>
              <w:bottom w:val="nil"/>
              <w:right w:val="nil"/>
            </w:tcBorders>
            <w:shd w:val="clear" w:color="000000" w:fill="FFFFFF"/>
            <w:vAlign w:val="center"/>
            <w:hideMark/>
          </w:tcPr>
          <w:p w14:paraId="361920C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&lt;0.001</w:t>
            </w:r>
          </w:p>
        </w:tc>
        <w:tc>
          <w:tcPr>
            <w:tcW w:w="427" w:type="pct"/>
            <w:tcBorders>
              <w:top w:val="nil"/>
              <w:left w:val="nil"/>
              <w:bottom w:val="nil"/>
              <w:right w:val="nil"/>
            </w:tcBorders>
            <w:shd w:val="clear" w:color="000000" w:fill="F2F2F2"/>
            <w:vAlign w:val="center"/>
            <w:hideMark/>
          </w:tcPr>
          <w:p w14:paraId="7D0C2AB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35 (100.00)</w:t>
            </w:r>
          </w:p>
        </w:tc>
        <w:tc>
          <w:tcPr>
            <w:tcW w:w="427" w:type="pct"/>
            <w:tcBorders>
              <w:top w:val="nil"/>
              <w:left w:val="nil"/>
              <w:bottom w:val="nil"/>
              <w:right w:val="nil"/>
            </w:tcBorders>
            <w:shd w:val="clear" w:color="000000" w:fill="F2F2F2"/>
            <w:vAlign w:val="center"/>
            <w:hideMark/>
          </w:tcPr>
          <w:p w14:paraId="56D0A5C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 (9.38)</w:t>
            </w:r>
          </w:p>
        </w:tc>
        <w:tc>
          <w:tcPr>
            <w:tcW w:w="427" w:type="pct"/>
            <w:tcBorders>
              <w:top w:val="nil"/>
              <w:left w:val="nil"/>
              <w:bottom w:val="nil"/>
              <w:right w:val="nil"/>
            </w:tcBorders>
            <w:shd w:val="clear" w:color="000000" w:fill="F2F2F2"/>
            <w:vAlign w:val="center"/>
            <w:hideMark/>
          </w:tcPr>
          <w:p w14:paraId="1D7556C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35 (100.00)</w:t>
            </w:r>
          </w:p>
        </w:tc>
        <w:tc>
          <w:tcPr>
            <w:tcW w:w="427" w:type="pct"/>
            <w:tcBorders>
              <w:top w:val="nil"/>
              <w:left w:val="nil"/>
              <w:bottom w:val="nil"/>
              <w:right w:val="nil"/>
            </w:tcBorders>
            <w:shd w:val="clear" w:color="000000" w:fill="FFFFFF"/>
            <w:vAlign w:val="center"/>
            <w:hideMark/>
          </w:tcPr>
          <w:p w14:paraId="398FF28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5 (2.86)</w:t>
            </w:r>
          </w:p>
        </w:tc>
        <w:tc>
          <w:tcPr>
            <w:tcW w:w="337" w:type="pct"/>
            <w:gridSpan w:val="2"/>
            <w:tcBorders>
              <w:top w:val="nil"/>
              <w:left w:val="nil"/>
              <w:bottom w:val="nil"/>
              <w:right w:val="nil"/>
            </w:tcBorders>
            <w:shd w:val="clear" w:color="000000" w:fill="FFFFFF"/>
            <w:vAlign w:val="center"/>
            <w:hideMark/>
          </w:tcPr>
          <w:p w14:paraId="625903A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&lt;0.001</w:t>
            </w:r>
          </w:p>
        </w:tc>
      </w:tr>
      <w:tr w:rsidR="00726DBE" w:rsidRPr="00693325" w14:paraId="6703E75D" w14:textId="77777777" w:rsidTr="00EB3E01">
        <w:trPr>
          <w:trHeight w:val="90"/>
        </w:trPr>
        <w:tc>
          <w:tcPr>
            <w:tcW w:w="909" w:type="pct"/>
            <w:tcBorders>
              <w:top w:val="nil"/>
              <w:left w:val="nil"/>
              <w:bottom w:val="nil"/>
              <w:right w:val="nil"/>
            </w:tcBorders>
            <w:shd w:val="clear" w:color="000000" w:fill="FFFFFF"/>
            <w:vAlign w:val="center"/>
            <w:hideMark/>
          </w:tcPr>
          <w:p w14:paraId="25E5F9D4"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sz w:val="16"/>
              </w:rPr>
              <w:t>Number of admissions per patient, mean (SD)</w:t>
            </w:r>
          </w:p>
        </w:tc>
        <w:tc>
          <w:tcPr>
            <w:tcW w:w="427" w:type="pct"/>
            <w:tcBorders>
              <w:top w:val="nil"/>
              <w:left w:val="nil"/>
              <w:bottom w:val="nil"/>
              <w:right w:val="nil"/>
            </w:tcBorders>
            <w:shd w:val="clear" w:color="000000" w:fill="F2F2F2"/>
            <w:vAlign w:val="center"/>
            <w:hideMark/>
          </w:tcPr>
          <w:p w14:paraId="02AE07A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0.89 (0.29)</w:t>
            </w:r>
          </w:p>
        </w:tc>
        <w:tc>
          <w:tcPr>
            <w:tcW w:w="427" w:type="pct"/>
            <w:tcBorders>
              <w:top w:val="nil"/>
              <w:left w:val="nil"/>
              <w:bottom w:val="nil"/>
              <w:right w:val="nil"/>
            </w:tcBorders>
            <w:shd w:val="clear" w:color="000000" w:fill="F2F2F2"/>
            <w:vAlign w:val="center"/>
            <w:hideMark/>
          </w:tcPr>
          <w:p w14:paraId="6967FF4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w:t>
            </w:r>
          </w:p>
        </w:tc>
        <w:tc>
          <w:tcPr>
            <w:tcW w:w="427" w:type="pct"/>
            <w:gridSpan w:val="2"/>
            <w:tcBorders>
              <w:top w:val="nil"/>
              <w:left w:val="nil"/>
              <w:bottom w:val="nil"/>
              <w:right w:val="nil"/>
            </w:tcBorders>
            <w:shd w:val="clear" w:color="000000" w:fill="F2F2F2"/>
            <w:vAlign w:val="center"/>
            <w:hideMark/>
          </w:tcPr>
          <w:p w14:paraId="55BA66A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0.15 (0.25)</w:t>
            </w:r>
          </w:p>
        </w:tc>
        <w:tc>
          <w:tcPr>
            <w:tcW w:w="427" w:type="pct"/>
            <w:gridSpan w:val="2"/>
            <w:tcBorders>
              <w:top w:val="nil"/>
              <w:left w:val="nil"/>
              <w:bottom w:val="nil"/>
              <w:right w:val="nil"/>
            </w:tcBorders>
            <w:shd w:val="clear" w:color="000000" w:fill="FFFFFF"/>
            <w:vAlign w:val="center"/>
            <w:hideMark/>
          </w:tcPr>
          <w:p w14:paraId="6B00BCD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w:t>
            </w:r>
          </w:p>
        </w:tc>
        <w:tc>
          <w:tcPr>
            <w:tcW w:w="338" w:type="pct"/>
            <w:gridSpan w:val="2"/>
            <w:tcBorders>
              <w:top w:val="nil"/>
              <w:left w:val="nil"/>
              <w:bottom w:val="nil"/>
              <w:right w:val="nil"/>
            </w:tcBorders>
            <w:shd w:val="clear" w:color="000000" w:fill="FFFFFF"/>
            <w:vAlign w:val="center"/>
            <w:hideMark/>
          </w:tcPr>
          <w:p w14:paraId="1658F8A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6E478D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0.90 (0.28)</w:t>
            </w:r>
          </w:p>
        </w:tc>
        <w:tc>
          <w:tcPr>
            <w:tcW w:w="427" w:type="pct"/>
            <w:tcBorders>
              <w:top w:val="nil"/>
              <w:left w:val="nil"/>
              <w:bottom w:val="nil"/>
              <w:right w:val="nil"/>
            </w:tcBorders>
            <w:shd w:val="clear" w:color="000000" w:fill="F2F2F2"/>
            <w:vAlign w:val="center"/>
            <w:hideMark/>
          </w:tcPr>
          <w:p w14:paraId="4A0C9D9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0.04 (0.02)</w:t>
            </w:r>
          </w:p>
        </w:tc>
        <w:tc>
          <w:tcPr>
            <w:tcW w:w="427" w:type="pct"/>
            <w:tcBorders>
              <w:top w:val="nil"/>
              <w:left w:val="nil"/>
              <w:bottom w:val="nil"/>
              <w:right w:val="nil"/>
            </w:tcBorders>
            <w:shd w:val="clear" w:color="000000" w:fill="F2F2F2"/>
            <w:vAlign w:val="center"/>
            <w:hideMark/>
          </w:tcPr>
          <w:p w14:paraId="6105F93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0.17 (0.40)</w:t>
            </w:r>
          </w:p>
        </w:tc>
        <w:tc>
          <w:tcPr>
            <w:tcW w:w="427" w:type="pct"/>
            <w:tcBorders>
              <w:top w:val="nil"/>
              <w:left w:val="nil"/>
              <w:bottom w:val="nil"/>
              <w:right w:val="nil"/>
            </w:tcBorders>
            <w:shd w:val="clear" w:color="000000" w:fill="FFFFFF"/>
            <w:vAlign w:val="center"/>
            <w:hideMark/>
          </w:tcPr>
          <w:p w14:paraId="3D37045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0.03 (0.02)</w:t>
            </w:r>
          </w:p>
        </w:tc>
        <w:tc>
          <w:tcPr>
            <w:tcW w:w="337" w:type="pct"/>
            <w:gridSpan w:val="2"/>
            <w:tcBorders>
              <w:top w:val="nil"/>
              <w:left w:val="nil"/>
              <w:bottom w:val="nil"/>
              <w:right w:val="nil"/>
            </w:tcBorders>
            <w:shd w:val="clear" w:color="000000" w:fill="FFFFFF"/>
            <w:vAlign w:val="center"/>
            <w:hideMark/>
          </w:tcPr>
          <w:p w14:paraId="02ADF7B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0.431</w:t>
            </w:r>
          </w:p>
        </w:tc>
      </w:tr>
      <w:tr w:rsidR="00726DBE" w:rsidRPr="00693325" w14:paraId="169D03C8" w14:textId="77777777" w:rsidTr="00EB3E01">
        <w:trPr>
          <w:trHeight w:val="68"/>
        </w:trPr>
        <w:tc>
          <w:tcPr>
            <w:tcW w:w="909" w:type="pct"/>
            <w:tcBorders>
              <w:top w:val="nil"/>
              <w:left w:val="nil"/>
              <w:bottom w:val="nil"/>
              <w:right w:val="nil"/>
            </w:tcBorders>
            <w:shd w:val="clear" w:color="000000" w:fill="FFFFFF"/>
            <w:vAlign w:val="center"/>
            <w:hideMark/>
          </w:tcPr>
          <w:p w14:paraId="1BCFBF1E"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sz w:val="16"/>
              </w:rPr>
              <w:t>Length of stay per admission (days), mean (SD)</w:t>
            </w:r>
          </w:p>
        </w:tc>
        <w:tc>
          <w:tcPr>
            <w:tcW w:w="427" w:type="pct"/>
            <w:tcBorders>
              <w:top w:val="nil"/>
              <w:left w:val="nil"/>
              <w:bottom w:val="nil"/>
              <w:right w:val="nil"/>
            </w:tcBorders>
            <w:shd w:val="clear" w:color="000000" w:fill="F2F2F2"/>
            <w:vAlign w:val="center"/>
            <w:hideMark/>
          </w:tcPr>
          <w:p w14:paraId="0BE3B4B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6.59 (3.70)</w:t>
            </w:r>
          </w:p>
        </w:tc>
        <w:tc>
          <w:tcPr>
            <w:tcW w:w="427" w:type="pct"/>
            <w:tcBorders>
              <w:top w:val="nil"/>
              <w:left w:val="nil"/>
              <w:bottom w:val="nil"/>
              <w:right w:val="nil"/>
            </w:tcBorders>
            <w:shd w:val="clear" w:color="000000" w:fill="F2F2F2"/>
            <w:vAlign w:val="center"/>
            <w:hideMark/>
          </w:tcPr>
          <w:p w14:paraId="3997DF7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w:t>
            </w:r>
          </w:p>
        </w:tc>
        <w:tc>
          <w:tcPr>
            <w:tcW w:w="427" w:type="pct"/>
            <w:gridSpan w:val="2"/>
            <w:tcBorders>
              <w:top w:val="nil"/>
              <w:left w:val="nil"/>
              <w:bottom w:val="nil"/>
              <w:right w:val="nil"/>
            </w:tcBorders>
            <w:shd w:val="clear" w:color="000000" w:fill="F2F2F2"/>
            <w:vAlign w:val="center"/>
            <w:hideMark/>
          </w:tcPr>
          <w:p w14:paraId="12659B8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1.80 (4.38)</w:t>
            </w:r>
          </w:p>
        </w:tc>
        <w:tc>
          <w:tcPr>
            <w:tcW w:w="427" w:type="pct"/>
            <w:gridSpan w:val="2"/>
            <w:tcBorders>
              <w:top w:val="nil"/>
              <w:left w:val="nil"/>
              <w:bottom w:val="nil"/>
              <w:right w:val="nil"/>
            </w:tcBorders>
            <w:shd w:val="clear" w:color="000000" w:fill="FFFFFF"/>
            <w:vAlign w:val="center"/>
            <w:hideMark/>
          </w:tcPr>
          <w:p w14:paraId="5F0D1B3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w:t>
            </w:r>
          </w:p>
        </w:tc>
        <w:tc>
          <w:tcPr>
            <w:tcW w:w="338" w:type="pct"/>
            <w:gridSpan w:val="2"/>
            <w:tcBorders>
              <w:top w:val="nil"/>
              <w:left w:val="nil"/>
              <w:bottom w:val="nil"/>
              <w:right w:val="nil"/>
            </w:tcBorders>
            <w:shd w:val="clear" w:color="000000" w:fill="FFFFFF"/>
            <w:vAlign w:val="center"/>
            <w:hideMark/>
          </w:tcPr>
          <w:p w14:paraId="14DA8A5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&lt;0.001</w:t>
            </w:r>
          </w:p>
        </w:tc>
        <w:tc>
          <w:tcPr>
            <w:tcW w:w="427" w:type="pct"/>
            <w:tcBorders>
              <w:top w:val="nil"/>
              <w:left w:val="nil"/>
              <w:bottom w:val="nil"/>
              <w:right w:val="nil"/>
            </w:tcBorders>
            <w:shd w:val="clear" w:color="000000" w:fill="F2F2F2"/>
            <w:vAlign w:val="center"/>
            <w:hideMark/>
          </w:tcPr>
          <w:p w14:paraId="1EF8FDC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7.65 (8.91)</w:t>
            </w:r>
          </w:p>
        </w:tc>
        <w:tc>
          <w:tcPr>
            <w:tcW w:w="427" w:type="pct"/>
            <w:tcBorders>
              <w:top w:val="nil"/>
              <w:left w:val="nil"/>
              <w:bottom w:val="nil"/>
              <w:right w:val="nil"/>
            </w:tcBorders>
            <w:shd w:val="clear" w:color="000000" w:fill="F2F2F2"/>
            <w:vAlign w:val="center"/>
            <w:hideMark/>
          </w:tcPr>
          <w:p w14:paraId="512C5F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0.01 (0.05)</w:t>
            </w:r>
          </w:p>
        </w:tc>
        <w:tc>
          <w:tcPr>
            <w:tcW w:w="427" w:type="pct"/>
            <w:tcBorders>
              <w:top w:val="nil"/>
              <w:left w:val="nil"/>
              <w:bottom w:val="nil"/>
              <w:right w:val="nil"/>
            </w:tcBorders>
            <w:shd w:val="clear" w:color="000000" w:fill="F2F2F2"/>
            <w:vAlign w:val="center"/>
            <w:hideMark/>
          </w:tcPr>
          <w:p w14:paraId="2E4C682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2.40 (9.64)</w:t>
            </w:r>
          </w:p>
        </w:tc>
        <w:tc>
          <w:tcPr>
            <w:tcW w:w="427" w:type="pct"/>
            <w:tcBorders>
              <w:top w:val="nil"/>
              <w:left w:val="nil"/>
              <w:bottom w:val="nil"/>
              <w:right w:val="nil"/>
            </w:tcBorders>
            <w:shd w:val="clear" w:color="000000" w:fill="FFFFFF"/>
            <w:vAlign w:val="center"/>
            <w:hideMark/>
          </w:tcPr>
          <w:p w14:paraId="4443ED4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0.01 (0.08)</w:t>
            </w:r>
          </w:p>
        </w:tc>
        <w:tc>
          <w:tcPr>
            <w:tcW w:w="337" w:type="pct"/>
            <w:gridSpan w:val="2"/>
            <w:tcBorders>
              <w:top w:val="nil"/>
              <w:left w:val="nil"/>
              <w:bottom w:val="nil"/>
              <w:right w:val="nil"/>
            </w:tcBorders>
            <w:shd w:val="clear" w:color="000000" w:fill="FFFFFF"/>
            <w:vAlign w:val="center"/>
            <w:hideMark/>
          </w:tcPr>
          <w:p w14:paraId="7CF3234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0.001</w:t>
            </w:r>
          </w:p>
        </w:tc>
      </w:tr>
      <w:tr w:rsidR="00726DBE" w:rsidRPr="00693325" w14:paraId="13094989" w14:textId="77777777" w:rsidTr="00EB3E01">
        <w:trPr>
          <w:trHeight w:val="68"/>
        </w:trPr>
        <w:tc>
          <w:tcPr>
            <w:tcW w:w="909" w:type="pct"/>
            <w:tcBorders>
              <w:top w:val="nil"/>
              <w:left w:val="nil"/>
              <w:bottom w:val="nil"/>
              <w:right w:val="nil"/>
            </w:tcBorders>
            <w:shd w:val="clear" w:color="000000" w:fill="FFFFFF"/>
            <w:vAlign w:val="center"/>
            <w:hideMark/>
          </w:tcPr>
          <w:p w14:paraId="20A6D0EC"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sz w:val="16"/>
              </w:rPr>
              <w:t>Outpatient</w:t>
            </w:r>
          </w:p>
        </w:tc>
        <w:tc>
          <w:tcPr>
            <w:tcW w:w="427" w:type="pct"/>
            <w:tcBorders>
              <w:top w:val="nil"/>
              <w:left w:val="nil"/>
              <w:bottom w:val="nil"/>
              <w:right w:val="nil"/>
            </w:tcBorders>
            <w:shd w:val="clear" w:color="000000" w:fill="F2F2F2"/>
            <w:vAlign w:val="center"/>
            <w:hideMark/>
          </w:tcPr>
          <w:p w14:paraId="3AA9A93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 </w:t>
            </w:r>
          </w:p>
        </w:tc>
        <w:tc>
          <w:tcPr>
            <w:tcW w:w="427" w:type="pct"/>
            <w:tcBorders>
              <w:top w:val="nil"/>
              <w:left w:val="nil"/>
              <w:bottom w:val="nil"/>
              <w:right w:val="nil"/>
            </w:tcBorders>
            <w:shd w:val="clear" w:color="000000" w:fill="F2F2F2"/>
            <w:vAlign w:val="center"/>
            <w:hideMark/>
          </w:tcPr>
          <w:p w14:paraId="19CDF87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 </w:t>
            </w:r>
          </w:p>
        </w:tc>
        <w:tc>
          <w:tcPr>
            <w:tcW w:w="427" w:type="pct"/>
            <w:gridSpan w:val="2"/>
            <w:tcBorders>
              <w:top w:val="nil"/>
              <w:left w:val="nil"/>
              <w:bottom w:val="nil"/>
              <w:right w:val="nil"/>
            </w:tcBorders>
            <w:shd w:val="clear" w:color="000000" w:fill="F2F2F2"/>
            <w:vAlign w:val="center"/>
            <w:hideMark/>
          </w:tcPr>
          <w:p w14:paraId="0DC1409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 </w:t>
            </w:r>
          </w:p>
        </w:tc>
        <w:tc>
          <w:tcPr>
            <w:tcW w:w="427" w:type="pct"/>
            <w:gridSpan w:val="2"/>
            <w:tcBorders>
              <w:top w:val="nil"/>
              <w:left w:val="nil"/>
              <w:bottom w:val="nil"/>
              <w:right w:val="nil"/>
            </w:tcBorders>
            <w:shd w:val="clear" w:color="000000" w:fill="FFFFFF"/>
            <w:vAlign w:val="center"/>
            <w:hideMark/>
          </w:tcPr>
          <w:p w14:paraId="49D7175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 </w:t>
            </w:r>
          </w:p>
        </w:tc>
        <w:tc>
          <w:tcPr>
            <w:tcW w:w="338" w:type="pct"/>
            <w:gridSpan w:val="2"/>
            <w:tcBorders>
              <w:top w:val="nil"/>
              <w:left w:val="nil"/>
              <w:bottom w:val="nil"/>
              <w:right w:val="nil"/>
            </w:tcBorders>
            <w:shd w:val="clear" w:color="000000" w:fill="FFFFFF"/>
            <w:vAlign w:val="center"/>
            <w:hideMark/>
          </w:tcPr>
          <w:p w14:paraId="5BA7AA4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 </w:t>
            </w:r>
          </w:p>
        </w:tc>
        <w:tc>
          <w:tcPr>
            <w:tcW w:w="427" w:type="pct"/>
            <w:tcBorders>
              <w:top w:val="nil"/>
              <w:left w:val="nil"/>
              <w:bottom w:val="nil"/>
              <w:right w:val="nil"/>
            </w:tcBorders>
            <w:shd w:val="clear" w:color="000000" w:fill="F2F2F2"/>
            <w:vAlign w:val="center"/>
            <w:hideMark/>
          </w:tcPr>
          <w:p w14:paraId="4A3BD2F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 </w:t>
            </w:r>
          </w:p>
        </w:tc>
        <w:tc>
          <w:tcPr>
            <w:tcW w:w="427" w:type="pct"/>
            <w:tcBorders>
              <w:top w:val="nil"/>
              <w:left w:val="nil"/>
              <w:bottom w:val="nil"/>
              <w:right w:val="nil"/>
            </w:tcBorders>
            <w:shd w:val="clear" w:color="000000" w:fill="F2F2F2"/>
            <w:vAlign w:val="center"/>
            <w:hideMark/>
          </w:tcPr>
          <w:p w14:paraId="7419F70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 </w:t>
            </w:r>
          </w:p>
        </w:tc>
        <w:tc>
          <w:tcPr>
            <w:tcW w:w="427" w:type="pct"/>
            <w:tcBorders>
              <w:top w:val="nil"/>
              <w:left w:val="nil"/>
              <w:bottom w:val="nil"/>
              <w:right w:val="nil"/>
            </w:tcBorders>
            <w:shd w:val="clear" w:color="000000" w:fill="F2F2F2"/>
            <w:vAlign w:val="center"/>
            <w:hideMark/>
          </w:tcPr>
          <w:p w14:paraId="2327579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 </w:t>
            </w:r>
          </w:p>
        </w:tc>
        <w:tc>
          <w:tcPr>
            <w:tcW w:w="427" w:type="pct"/>
            <w:tcBorders>
              <w:top w:val="nil"/>
              <w:left w:val="nil"/>
              <w:bottom w:val="nil"/>
              <w:right w:val="nil"/>
            </w:tcBorders>
            <w:shd w:val="clear" w:color="000000" w:fill="FFFFFF"/>
            <w:vAlign w:val="center"/>
            <w:hideMark/>
          </w:tcPr>
          <w:p w14:paraId="3758C3D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 </w:t>
            </w:r>
          </w:p>
        </w:tc>
        <w:tc>
          <w:tcPr>
            <w:tcW w:w="337" w:type="pct"/>
            <w:gridSpan w:val="2"/>
            <w:tcBorders>
              <w:top w:val="nil"/>
              <w:left w:val="nil"/>
              <w:bottom w:val="nil"/>
              <w:right w:val="nil"/>
            </w:tcBorders>
            <w:shd w:val="clear" w:color="000000" w:fill="FFFFFF"/>
            <w:vAlign w:val="center"/>
            <w:hideMark/>
          </w:tcPr>
          <w:p w14:paraId="635D72C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 </w:t>
            </w:r>
          </w:p>
        </w:tc>
      </w:tr>
      <w:tr w:rsidR="00726DBE" w:rsidRPr="00693325" w14:paraId="491A1F26" w14:textId="77777777" w:rsidTr="00EB3E01">
        <w:trPr>
          <w:trHeight w:val="68"/>
        </w:trPr>
        <w:tc>
          <w:tcPr>
            <w:tcW w:w="909" w:type="pct"/>
            <w:tcBorders>
              <w:top w:val="nil"/>
              <w:left w:val="nil"/>
              <w:bottom w:val="nil"/>
              <w:right w:val="nil"/>
            </w:tcBorders>
            <w:shd w:val="clear" w:color="000000" w:fill="FFFFFF"/>
            <w:vAlign w:val="center"/>
            <w:hideMark/>
          </w:tcPr>
          <w:p w14:paraId="6656CF4E"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sz w:val="16"/>
              </w:rPr>
              <w:t>ED visits, n (%)</w:t>
            </w:r>
          </w:p>
        </w:tc>
        <w:tc>
          <w:tcPr>
            <w:tcW w:w="427" w:type="pct"/>
            <w:tcBorders>
              <w:top w:val="nil"/>
              <w:left w:val="nil"/>
              <w:bottom w:val="nil"/>
              <w:right w:val="nil"/>
            </w:tcBorders>
            <w:shd w:val="clear" w:color="000000" w:fill="F2F2F2"/>
            <w:vAlign w:val="center"/>
            <w:hideMark/>
          </w:tcPr>
          <w:p w14:paraId="2B5BC8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427" w:type="pct"/>
            <w:tcBorders>
              <w:top w:val="nil"/>
              <w:left w:val="nil"/>
              <w:bottom w:val="nil"/>
              <w:right w:val="nil"/>
            </w:tcBorders>
            <w:shd w:val="clear" w:color="000000" w:fill="F2F2F2"/>
            <w:vAlign w:val="center"/>
            <w:hideMark/>
          </w:tcPr>
          <w:p w14:paraId="7B2A255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 (17.65)</w:t>
            </w:r>
          </w:p>
        </w:tc>
        <w:tc>
          <w:tcPr>
            <w:tcW w:w="427" w:type="pct"/>
            <w:gridSpan w:val="2"/>
            <w:tcBorders>
              <w:top w:val="nil"/>
              <w:left w:val="nil"/>
              <w:bottom w:val="nil"/>
              <w:right w:val="nil"/>
            </w:tcBorders>
            <w:shd w:val="clear" w:color="000000" w:fill="F2F2F2"/>
            <w:vAlign w:val="center"/>
            <w:hideMark/>
          </w:tcPr>
          <w:p w14:paraId="1AE82D9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 (15.79)</w:t>
            </w:r>
          </w:p>
        </w:tc>
        <w:tc>
          <w:tcPr>
            <w:tcW w:w="427" w:type="pct"/>
            <w:gridSpan w:val="2"/>
            <w:tcBorders>
              <w:top w:val="nil"/>
              <w:left w:val="nil"/>
              <w:bottom w:val="nil"/>
              <w:right w:val="nil"/>
            </w:tcBorders>
            <w:shd w:val="clear" w:color="000000" w:fill="FFFFFF"/>
            <w:vAlign w:val="center"/>
            <w:hideMark/>
          </w:tcPr>
          <w:p w14:paraId="5829B46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26 (27.37)</w:t>
            </w:r>
          </w:p>
        </w:tc>
        <w:tc>
          <w:tcPr>
            <w:tcW w:w="338" w:type="pct"/>
            <w:gridSpan w:val="2"/>
            <w:tcBorders>
              <w:top w:val="nil"/>
              <w:left w:val="nil"/>
              <w:bottom w:val="nil"/>
              <w:right w:val="nil"/>
            </w:tcBorders>
            <w:shd w:val="clear" w:color="000000" w:fill="FFFFFF"/>
            <w:vAlign w:val="center"/>
            <w:hideMark/>
          </w:tcPr>
          <w:p w14:paraId="52F99B6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0.393 </w:t>
            </w:r>
          </w:p>
        </w:tc>
        <w:tc>
          <w:tcPr>
            <w:tcW w:w="427" w:type="pct"/>
            <w:tcBorders>
              <w:top w:val="nil"/>
              <w:left w:val="nil"/>
              <w:bottom w:val="nil"/>
              <w:right w:val="nil"/>
            </w:tcBorders>
            <w:shd w:val="clear" w:color="000000" w:fill="F2F2F2"/>
            <w:vAlign w:val="center"/>
            <w:hideMark/>
          </w:tcPr>
          <w:p w14:paraId="4CCB475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 (5.71)</w:t>
            </w:r>
          </w:p>
        </w:tc>
        <w:tc>
          <w:tcPr>
            <w:tcW w:w="427" w:type="pct"/>
            <w:tcBorders>
              <w:top w:val="nil"/>
              <w:left w:val="nil"/>
              <w:bottom w:val="nil"/>
              <w:right w:val="nil"/>
            </w:tcBorders>
            <w:shd w:val="clear" w:color="000000" w:fill="F2F2F2"/>
            <w:vAlign w:val="center"/>
            <w:hideMark/>
          </w:tcPr>
          <w:p w14:paraId="2D7C795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13 (40.63)</w:t>
            </w:r>
          </w:p>
        </w:tc>
        <w:tc>
          <w:tcPr>
            <w:tcW w:w="427" w:type="pct"/>
            <w:tcBorders>
              <w:top w:val="nil"/>
              <w:left w:val="nil"/>
              <w:bottom w:val="nil"/>
              <w:right w:val="nil"/>
            </w:tcBorders>
            <w:shd w:val="clear" w:color="000000" w:fill="F2F2F2"/>
            <w:vAlign w:val="center"/>
            <w:hideMark/>
          </w:tcPr>
          <w:p w14:paraId="1B4718C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13 (37.14)</w:t>
            </w:r>
          </w:p>
        </w:tc>
        <w:tc>
          <w:tcPr>
            <w:tcW w:w="427" w:type="pct"/>
            <w:tcBorders>
              <w:top w:val="nil"/>
              <w:left w:val="nil"/>
              <w:bottom w:val="nil"/>
              <w:right w:val="nil"/>
            </w:tcBorders>
            <w:shd w:val="clear" w:color="000000" w:fill="FFFFFF"/>
            <w:vAlign w:val="center"/>
            <w:hideMark/>
          </w:tcPr>
          <w:p w14:paraId="118E69E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29 (16.57)</w:t>
            </w:r>
          </w:p>
        </w:tc>
        <w:tc>
          <w:tcPr>
            <w:tcW w:w="337" w:type="pct"/>
            <w:gridSpan w:val="2"/>
            <w:tcBorders>
              <w:top w:val="nil"/>
              <w:left w:val="nil"/>
              <w:bottom w:val="nil"/>
              <w:right w:val="nil"/>
            </w:tcBorders>
            <w:shd w:val="clear" w:color="000000" w:fill="FFFFFF"/>
            <w:vAlign w:val="center"/>
            <w:hideMark/>
          </w:tcPr>
          <w:p w14:paraId="1F81941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0.005</w:t>
            </w:r>
          </w:p>
        </w:tc>
      </w:tr>
      <w:tr w:rsidR="00726DBE" w:rsidRPr="00693325" w14:paraId="50BC2F2B" w14:textId="77777777" w:rsidTr="00EB3E01">
        <w:trPr>
          <w:trHeight w:val="68"/>
        </w:trPr>
        <w:tc>
          <w:tcPr>
            <w:tcW w:w="909" w:type="pct"/>
            <w:tcBorders>
              <w:top w:val="nil"/>
              <w:left w:val="nil"/>
              <w:bottom w:val="nil"/>
              <w:right w:val="nil"/>
            </w:tcBorders>
            <w:shd w:val="clear" w:color="000000" w:fill="FFFFFF"/>
            <w:vAlign w:val="center"/>
            <w:hideMark/>
          </w:tcPr>
          <w:p w14:paraId="0A29DFE1"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sz w:val="16"/>
              </w:rPr>
              <w:t>Number of ED visits per patient, mean (SD)</w:t>
            </w:r>
          </w:p>
        </w:tc>
        <w:tc>
          <w:tcPr>
            <w:tcW w:w="427" w:type="pct"/>
            <w:tcBorders>
              <w:top w:val="nil"/>
              <w:left w:val="nil"/>
              <w:bottom w:val="nil"/>
              <w:right w:val="nil"/>
            </w:tcBorders>
            <w:shd w:val="clear" w:color="000000" w:fill="F2F2F2"/>
            <w:vAlign w:val="center"/>
            <w:hideMark/>
          </w:tcPr>
          <w:p w14:paraId="037E83D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2795C04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0.01 (0.04)</w:t>
            </w:r>
          </w:p>
        </w:tc>
        <w:tc>
          <w:tcPr>
            <w:tcW w:w="427" w:type="pct"/>
            <w:gridSpan w:val="2"/>
            <w:tcBorders>
              <w:top w:val="nil"/>
              <w:left w:val="nil"/>
              <w:bottom w:val="nil"/>
              <w:right w:val="nil"/>
            </w:tcBorders>
            <w:shd w:val="clear" w:color="000000" w:fill="F2F2F2"/>
            <w:vAlign w:val="center"/>
            <w:hideMark/>
          </w:tcPr>
          <w:p w14:paraId="36FE3B7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0.01 (0.04)</w:t>
            </w:r>
          </w:p>
        </w:tc>
        <w:tc>
          <w:tcPr>
            <w:tcW w:w="427" w:type="pct"/>
            <w:gridSpan w:val="2"/>
            <w:tcBorders>
              <w:top w:val="nil"/>
              <w:left w:val="nil"/>
              <w:bottom w:val="nil"/>
              <w:right w:val="nil"/>
            </w:tcBorders>
            <w:shd w:val="clear" w:color="000000" w:fill="FFFFFF"/>
            <w:vAlign w:val="center"/>
            <w:hideMark/>
          </w:tcPr>
          <w:p w14:paraId="523BE54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0.02 (0.06)</w:t>
            </w:r>
          </w:p>
        </w:tc>
        <w:tc>
          <w:tcPr>
            <w:tcW w:w="338" w:type="pct"/>
            <w:gridSpan w:val="2"/>
            <w:tcBorders>
              <w:top w:val="nil"/>
              <w:left w:val="nil"/>
              <w:bottom w:val="nil"/>
              <w:right w:val="nil"/>
            </w:tcBorders>
            <w:shd w:val="clear" w:color="000000" w:fill="FFFFFF"/>
            <w:vAlign w:val="center"/>
            <w:hideMark/>
          </w:tcPr>
          <w:p w14:paraId="5ED78C3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0.598</w:t>
            </w:r>
          </w:p>
        </w:tc>
        <w:tc>
          <w:tcPr>
            <w:tcW w:w="427" w:type="pct"/>
            <w:tcBorders>
              <w:top w:val="nil"/>
              <w:left w:val="nil"/>
              <w:bottom w:val="nil"/>
              <w:right w:val="nil"/>
            </w:tcBorders>
            <w:shd w:val="clear" w:color="000000" w:fill="F2F2F2"/>
            <w:vAlign w:val="center"/>
            <w:hideMark/>
          </w:tcPr>
          <w:p w14:paraId="0E2BE9E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0.07 (0.32)</w:t>
            </w:r>
          </w:p>
        </w:tc>
        <w:tc>
          <w:tcPr>
            <w:tcW w:w="427" w:type="pct"/>
            <w:tcBorders>
              <w:top w:val="nil"/>
              <w:left w:val="nil"/>
              <w:bottom w:val="nil"/>
              <w:right w:val="nil"/>
            </w:tcBorders>
            <w:shd w:val="clear" w:color="000000" w:fill="F2F2F2"/>
            <w:vAlign w:val="center"/>
            <w:hideMark/>
          </w:tcPr>
          <w:p w14:paraId="45B8684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0.04 (0.09)</w:t>
            </w:r>
          </w:p>
        </w:tc>
        <w:tc>
          <w:tcPr>
            <w:tcW w:w="427" w:type="pct"/>
            <w:tcBorders>
              <w:top w:val="nil"/>
              <w:left w:val="nil"/>
              <w:bottom w:val="nil"/>
              <w:right w:val="nil"/>
            </w:tcBorders>
            <w:shd w:val="clear" w:color="000000" w:fill="F2F2F2"/>
            <w:vAlign w:val="center"/>
            <w:hideMark/>
          </w:tcPr>
          <w:p w14:paraId="4E8467B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0.03 (0.08)</w:t>
            </w:r>
          </w:p>
        </w:tc>
        <w:tc>
          <w:tcPr>
            <w:tcW w:w="427" w:type="pct"/>
            <w:tcBorders>
              <w:top w:val="nil"/>
              <w:left w:val="nil"/>
              <w:bottom w:val="nil"/>
              <w:right w:val="nil"/>
            </w:tcBorders>
            <w:shd w:val="clear" w:color="000000" w:fill="FFFFFF"/>
            <w:vAlign w:val="center"/>
            <w:hideMark/>
          </w:tcPr>
          <w:p w14:paraId="488AE89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0.01 (0.03)</w:t>
            </w:r>
          </w:p>
        </w:tc>
        <w:tc>
          <w:tcPr>
            <w:tcW w:w="337" w:type="pct"/>
            <w:gridSpan w:val="2"/>
            <w:tcBorders>
              <w:top w:val="nil"/>
              <w:left w:val="nil"/>
              <w:bottom w:val="nil"/>
              <w:right w:val="nil"/>
            </w:tcBorders>
            <w:shd w:val="clear" w:color="000000" w:fill="FFFFFF"/>
            <w:vAlign w:val="center"/>
            <w:hideMark/>
          </w:tcPr>
          <w:p w14:paraId="1409A2E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0.004</w:t>
            </w:r>
          </w:p>
        </w:tc>
      </w:tr>
      <w:tr w:rsidR="00726DBE" w:rsidRPr="00693325" w14:paraId="7B276569" w14:textId="77777777" w:rsidTr="00EB3E01">
        <w:trPr>
          <w:trHeight w:val="68"/>
        </w:trPr>
        <w:tc>
          <w:tcPr>
            <w:tcW w:w="909" w:type="pct"/>
            <w:tcBorders>
              <w:top w:val="nil"/>
              <w:left w:val="nil"/>
              <w:bottom w:val="nil"/>
              <w:right w:val="nil"/>
            </w:tcBorders>
            <w:shd w:val="clear" w:color="000000" w:fill="FFFFFF"/>
            <w:vAlign w:val="center"/>
            <w:hideMark/>
          </w:tcPr>
          <w:p w14:paraId="5E6A72FD"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sz w:val="16"/>
              </w:rPr>
              <w:t>Urgent care visits, n (%)</w:t>
            </w:r>
          </w:p>
        </w:tc>
        <w:tc>
          <w:tcPr>
            <w:tcW w:w="427" w:type="pct"/>
            <w:tcBorders>
              <w:top w:val="nil"/>
              <w:left w:val="nil"/>
              <w:bottom w:val="nil"/>
              <w:right w:val="nil"/>
            </w:tcBorders>
            <w:shd w:val="clear" w:color="000000" w:fill="F2F2F2"/>
            <w:vAlign w:val="center"/>
            <w:hideMark/>
          </w:tcPr>
          <w:p w14:paraId="34CA431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427" w:type="pct"/>
            <w:tcBorders>
              <w:top w:val="nil"/>
              <w:left w:val="nil"/>
              <w:bottom w:val="nil"/>
              <w:right w:val="nil"/>
            </w:tcBorders>
            <w:shd w:val="clear" w:color="000000" w:fill="F2F2F2"/>
            <w:vAlign w:val="center"/>
            <w:hideMark/>
          </w:tcPr>
          <w:p w14:paraId="4E7D2B9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427" w:type="pct"/>
            <w:gridSpan w:val="2"/>
            <w:tcBorders>
              <w:top w:val="nil"/>
              <w:left w:val="nil"/>
              <w:bottom w:val="nil"/>
              <w:right w:val="nil"/>
            </w:tcBorders>
            <w:shd w:val="clear" w:color="000000" w:fill="F2F2F2"/>
            <w:vAlign w:val="center"/>
            <w:hideMark/>
          </w:tcPr>
          <w:p w14:paraId="32FD1B7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427" w:type="pct"/>
            <w:gridSpan w:val="2"/>
            <w:tcBorders>
              <w:top w:val="nil"/>
              <w:left w:val="nil"/>
              <w:bottom w:val="nil"/>
              <w:right w:val="nil"/>
            </w:tcBorders>
            <w:shd w:val="clear" w:color="000000" w:fill="FFFFFF"/>
            <w:vAlign w:val="center"/>
            <w:hideMark/>
          </w:tcPr>
          <w:p w14:paraId="33136A2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 (3.16)</w:t>
            </w:r>
          </w:p>
        </w:tc>
        <w:tc>
          <w:tcPr>
            <w:tcW w:w="338" w:type="pct"/>
            <w:gridSpan w:val="2"/>
            <w:tcBorders>
              <w:top w:val="nil"/>
              <w:left w:val="nil"/>
              <w:bottom w:val="nil"/>
              <w:right w:val="nil"/>
            </w:tcBorders>
            <w:shd w:val="clear" w:color="000000" w:fill="FFFFFF"/>
            <w:vAlign w:val="center"/>
            <w:hideMark/>
          </w:tcPr>
          <w:p w14:paraId="0ADBAC9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1.000</w:t>
            </w:r>
          </w:p>
        </w:tc>
        <w:tc>
          <w:tcPr>
            <w:tcW w:w="427" w:type="pct"/>
            <w:tcBorders>
              <w:top w:val="nil"/>
              <w:left w:val="nil"/>
              <w:bottom w:val="nil"/>
              <w:right w:val="nil"/>
            </w:tcBorders>
            <w:shd w:val="clear" w:color="000000" w:fill="F2F2F2"/>
            <w:vAlign w:val="center"/>
            <w:hideMark/>
          </w:tcPr>
          <w:p w14:paraId="2879CC1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427" w:type="pct"/>
            <w:tcBorders>
              <w:top w:val="nil"/>
              <w:left w:val="nil"/>
              <w:bottom w:val="nil"/>
              <w:right w:val="nil"/>
            </w:tcBorders>
            <w:shd w:val="clear" w:color="000000" w:fill="F2F2F2"/>
            <w:vAlign w:val="center"/>
            <w:hideMark/>
          </w:tcPr>
          <w:p w14:paraId="63976C0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 (6.25)</w:t>
            </w:r>
          </w:p>
        </w:tc>
        <w:tc>
          <w:tcPr>
            <w:tcW w:w="427" w:type="pct"/>
            <w:tcBorders>
              <w:top w:val="nil"/>
              <w:left w:val="nil"/>
              <w:bottom w:val="nil"/>
              <w:right w:val="nil"/>
            </w:tcBorders>
            <w:shd w:val="clear" w:color="000000" w:fill="F2F2F2"/>
            <w:vAlign w:val="center"/>
            <w:hideMark/>
          </w:tcPr>
          <w:p w14:paraId="4317B13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 (5.71)</w:t>
            </w:r>
          </w:p>
        </w:tc>
        <w:tc>
          <w:tcPr>
            <w:tcW w:w="427" w:type="pct"/>
            <w:tcBorders>
              <w:top w:val="nil"/>
              <w:left w:val="nil"/>
              <w:bottom w:val="nil"/>
              <w:right w:val="nil"/>
            </w:tcBorders>
            <w:shd w:val="clear" w:color="000000" w:fill="FFFFFF"/>
            <w:vAlign w:val="center"/>
            <w:hideMark/>
          </w:tcPr>
          <w:p w14:paraId="7EF75E8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7 (4.00)</w:t>
            </w:r>
          </w:p>
        </w:tc>
        <w:tc>
          <w:tcPr>
            <w:tcW w:w="337" w:type="pct"/>
            <w:gridSpan w:val="2"/>
            <w:tcBorders>
              <w:top w:val="nil"/>
              <w:left w:val="nil"/>
              <w:bottom w:val="nil"/>
              <w:right w:val="nil"/>
            </w:tcBorders>
            <w:shd w:val="clear" w:color="000000" w:fill="FFFFFF"/>
            <w:vAlign w:val="center"/>
            <w:hideMark/>
          </w:tcPr>
          <w:p w14:paraId="72F34EE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0.647</w:t>
            </w:r>
          </w:p>
        </w:tc>
      </w:tr>
      <w:tr w:rsidR="00726DBE" w:rsidRPr="00693325" w14:paraId="63E6877B" w14:textId="77777777" w:rsidTr="00EB3E01">
        <w:trPr>
          <w:trHeight w:val="68"/>
        </w:trPr>
        <w:tc>
          <w:tcPr>
            <w:tcW w:w="909" w:type="pct"/>
            <w:tcBorders>
              <w:top w:val="nil"/>
              <w:left w:val="nil"/>
              <w:bottom w:val="nil"/>
              <w:right w:val="nil"/>
            </w:tcBorders>
            <w:shd w:val="clear" w:color="000000" w:fill="FFFFFF"/>
            <w:vAlign w:val="center"/>
            <w:hideMark/>
          </w:tcPr>
          <w:p w14:paraId="316A5778"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sz w:val="16"/>
              </w:rPr>
              <w:t>Number of urgent care visits per patient, mean (SD)</w:t>
            </w:r>
          </w:p>
        </w:tc>
        <w:tc>
          <w:tcPr>
            <w:tcW w:w="427" w:type="pct"/>
            <w:tcBorders>
              <w:top w:val="nil"/>
              <w:left w:val="nil"/>
              <w:bottom w:val="nil"/>
              <w:right w:val="nil"/>
            </w:tcBorders>
            <w:shd w:val="clear" w:color="000000" w:fill="F2F2F2"/>
            <w:vAlign w:val="center"/>
            <w:hideMark/>
          </w:tcPr>
          <w:p w14:paraId="57AA66D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3F38348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w:t>
            </w:r>
          </w:p>
        </w:tc>
        <w:tc>
          <w:tcPr>
            <w:tcW w:w="427" w:type="pct"/>
            <w:gridSpan w:val="2"/>
            <w:tcBorders>
              <w:top w:val="nil"/>
              <w:left w:val="nil"/>
              <w:bottom w:val="nil"/>
              <w:right w:val="nil"/>
            </w:tcBorders>
            <w:shd w:val="clear" w:color="000000" w:fill="F2F2F2"/>
            <w:vAlign w:val="center"/>
            <w:hideMark/>
          </w:tcPr>
          <w:p w14:paraId="6A44D50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w:t>
            </w:r>
          </w:p>
        </w:tc>
        <w:tc>
          <w:tcPr>
            <w:tcW w:w="427" w:type="pct"/>
            <w:gridSpan w:val="2"/>
            <w:tcBorders>
              <w:top w:val="nil"/>
              <w:left w:val="nil"/>
              <w:bottom w:val="nil"/>
              <w:right w:val="nil"/>
            </w:tcBorders>
            <w:shd w:val="clear" w:color="000000" w:fill="FFFFFF"/>
            <w:vAlign w:val="center"/>
            <w:hideMark/>
          </w:tcPr>
          <w:p w14:paraId="6DAD0BD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0.00 (0.01)</w:t>
            </w:r>
          </w:p>
        </w:tc>
        <w:tc>
          <w:tcPr>
            <w:tcW w:w="338" w:type="pct"/>
            <w:gridSpan w:val="2"/>
            <w:tcBorders>
              <w:top w:val="nil"/>
              <w:left w:val="nil"/>
              <w:bottom w:val="nil"/>
              <w:right w:val="nil"/>
            </w:tcBorders>
            <w:shd w:val="clear" w:color="000000" w:fill="FFFFFF"/>
            <w:vAlign w:val="center"/>
            <w:hideMark/>
          </w:tcPr>
          <w:p w14:paraId="22AB131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0.531</w:t>
            </w:r>
          </w:p>
        </w:tc>
        <w:tc>
          <w:tcPr>
            <w:tcW w:w="427" w:type="pct"/>
            <w:tcBorders>
              <w:top w:val="nil"/>
              <w:left w:val="nil"/>
              <w:bottom w:val="nil"/>
              <w:right w:val="nil"/>
            </w:tcBorders>
            <w:shd w:val="clear" w:color="000000" w:fill="F2F2F2"/>
            <w:vAlign w:val="center"/>
            <w:hideMark/>
          </w:tcPr>
          <w:p w14:paraId="18081BD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0A1FFF3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0.00 (0.01)</w:t>
            </w:r>
          </w:p>
        </w:tc>
        <w:tc>
          <w:tcPr>
            <w:tcW w:w="427" w:type="pct"/>
            <w:tcBorders>
              <w:top w:val="nil"/>
              <w:left w:val="nil"/>
              <w:bottom w:val="nil"/>
              <w:right w:val="nil"/>
            </w:tcBorders>
            <w:shd w:val="clear" w:color="000000" w:fill="F2F2F2"/>
            <w:vAlign w:val="center"/>
            <w:hideMark/>
          </w:tcPr>
          <w:p w14:paraId="088D9B4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0.00 (0.01)</w:t>
            </w:r>
          </w:p>
        </w:tc>
        <w:tc>
          <w:tcPr>
            <w:tcW w:w="427" w:type="pct"/>
            <w:tcBorders>
              <w:top w:val="nil"/>
              <w:left w:val="nil"/>
              <w:bottom w:val="nil"/>
              <w:right w:val="nil"/>
            </w:tcBorders>
            <w:shd w:val="clear" w:color="000000" w:fill="FFFFFF"/>
            <w:vAlign w:val="center"/>
            <w:hideMark/>
          </w:tcPr>
          <w:p w14:paraId="3B898C5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0.00 (0.01)</w:t>
            </w:r>
          </w:p>
        </w:tc>
        <w:tc>
          <w:tcPr>
            <w:tcW w:w="337" w:type="pct"/>
            <w:gridSpan w:val="2"/>
            <w:tcBorders>
              <w:top w:val="nil"/>
              <w:left w:val="nil"/>
              <w:bottom w:val="nil"/>
              <w:right w:val="nil"/>
            </w:tcBorders>
            <w:shd w:val="clear" w:color="000000" w:fill="FFFFFF"/>
            <w:vAlign w:val="center"/>
            <w:hideMark/>
          </w:tcPr>
          <w:p w14:paraId="26D8BD6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0.316</w:t>
            </w:r>
          </w:p>
        </w:tc>
      </w:tr>
      <w:tr w:rsidR="00726DBE" w:rsidRPr="00693325" w14:paraId="67343DB5" w14:textId="77777777" w:rsidTr="00EB3E01">
        <w:trPr>
          <w:trHeight w:val="68"/>
        </w:trPr>
        <w:tc>
          <w:tcPr>
            <w:tcW w:w="909" w:type="pct"/>
            <w:tcBorders>
              <w:top w:val="nil"/>
              <w:left w:val="nil"/>
              <w:bottom w:val="nil"/>
              <w:right w:val="nil"/>
            </w:tcBorders>
            <w:shd w:val="clear" w:color="000000" w:fill="FFFFFF"/>
            <w:vAlign w:val="center"/>
            <w:hideMark/>
          </w:tcPr>
          <w:p w14:paraId="1DE877F1"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sz w:val="16"/>
              </w:rPr>
              <w:t>Outpatient office visits, n (%)</w:t>
            </w:r>
          </w:p>
        </w:tc>
        <w:tc>
          <w:tcPr>
            <w:tcW w:w="427" w:type="pct"/>
            <w:tcBorders>
              <w:top w:val="nil"/>
              <w:left w:val="nil"/>
              <w:bottom w:val="nil"/>
              <w:right w:val="nil"/>
            </w:tcBorders>
            <w:shd w:val="clear" w:color="000000" w:fill="F2F2F2"/>
            <w:vAlign w:val="center"/>
            <w:hideMark/>
          </w:tcPr>
          <w:p w14:paraId="7A4E0E7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13 (68.42)</w:t>
            </w:r>
          </w:p>
        </w:tc>
        <w:tc>
          <w:tcPr>
            <w:tcW w:w="427" w:type="pct"/>
            <w:tcBorders>
              <w:top w:val="nil"/>
              <w:left w:val="nil"/>
              <w:bottom w:val="nil"/>
              <w:right w:val="nil"/>
            </w:tcBorders>
            <w:shd w:val="clear" w:color="000000" w:fill="F2F2F2"/>
            <w:vAlign w:val="center"/>
            <w:hideMark/>
          </w:tcPr>
          <w:p w14:paraId="1F8F15F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14 (82.35)</w:t>
            </w:r>
          </w:p>
        </w:tc>
        <w:tc>
          <w:tcPr>
            <w:tcW w:w="427" w:type="pct"/>
            <w:gridSpan w:val="2"/>
            <w:tcBorders>
              <w:top w:val="nil"/>
              <w:left w:val="nil"/>
              <w:bottom w:val="nil"/>
              <w:right w:val="nil"/>
            </w:tcBorders>
            <w:shd w:val="clear" w:color="000000" w:fill="F2F2F2"/>
            <w:vAlign w:val="center"/>
            <w:hideMark/>
          </w:tcPr>
          <w:p w14:paraId="4F49CFD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18 (94.74)</w:t>
            </w:r>
          </w:p>
        </w:tc>
        <w:tc>
          <w:tcPr>
            <w:tcW w:w="427" w:type="pct"/>
            <w:gridSpan w:val="2"/>
            <w:tcBorders>
              <w:top w:val="nil"/>
              <w:left w:val="nil"/>
              <w:bottom w:val="nil"/>
              <w:right w:val="nil"/>
            </w:tcBorders>
            <w:shd w:val="clear" w:color="000000" w:fill="FFFFFF"/>
            <w:vAlign w:val="center"/>
            <w:hideMark/>
          </w:tcPr>
          <w:p w14:paraId="5DB7264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72 (75.79)</w:t>
            </w:r>
          </w:p>
        </w:tc>
        <w:tc>
          <w:tcPr>
            <w:tcW w:w="338" w:type="pct"/>
            <w:gridSpan w:val="2"/>
            <w:tcBorders>
              <w:top w:val="nil"/>
              <w:left w:val="nil"/>
              <w:bottom w:val="nil"/>
              <w:right w:val="nil"/>
            </w:tcBorders>
            <w:shd w:val="clear" w:color="000000" w:fill="FFFFFF"/>
            <w:vAlign w:val="center"/>
            <w:hideMark/>
          </w:tcPr>
          <w:p w14:paraId="56451E7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0.072</w:t>
            </w:r>
          </w:p>
        </w:tc>
        <w:tc>
          <w:tcPr>
            <w:tcW w:w="427" w:type="pct"/>
            <w:tcBorders>
              <w:top w:val="nil"/>
              <w:left w:val="nil"/>
              <w:bottom w:val="nil"/>
              <w:right w:val="nil"/>
            </w:tcBorders>
            <w:shd w:val="clear" w:color="000000" w:fill="F2F2F2"/>
            <w:vAlign w:val="center"/>
            <w:hideMark/>
          </w:tcPr>
          <w:p w14:paraId="34AF2B9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22 (62.86)</w:t>
            </w:r>
          </w:p>
        </w:tc>
        <w:tc>
          <w:tcPr>
            <w:tcW w:w="427" w:type="pct"/>
            <w:tcBorders>
              <w:top w:val="nil"/>
              <w:left w:val="nil"/>
              <w:bottom w:val="nil"/>
              <w:right w:val="nil"/>
            </w:tcBorders>
            <w:shd w:val="clear" w:color="000000" w:fill="F2F2F2"/>
            <w:vAlign w:val="center"/>
            <w:hideMark/>
          </w:tcPr>
          <w:p w14:paraId="3F28816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27 (84.38)</w:t>
            </w:r>
          </w:p>
        </w:tc>
        <w:tc>
          <w:tcPr>
            <w:tcW w:w="427" w:type="pct"/>
            <w:tcBorders>
              <w:top w:val="nil"/>
              <w:left w:val="nil"/>
              <w:bottom w:val="nil"/>
              <w:right w:val="nil"/>
            </w:tcBorders>
            <w:shd w:val="clear" w:color="000000" w:fill="F2F2F2"/>
            <w:vAlign w:val="center"/>
            <w:hideMark/>
          </w:tcPr>
          <w:p w14:paraId="0FF8E05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31 (88.57)</w:t>
            </w:r>
          </w:p>
        </w:tc>
        <w:tc>
          <w:tcPr>
            <w:tcW w:w="427" w:type="pct"/>
            <w:tcBorders>
              <w:top w:val="nil"/>
              <w:left w:val="nil"/>
              <w:bottom w:val="nil"/>
              <w:right w:val="nil"/>
            </w:tcBorders>
            <w:shd w:val="clear" w:color="000000" w:fill="FFFFFF"/>
            <w:vAlign w:val="center"/>
            <w:hideMark/>
          </w:tcPr>
          <w:p w14:paraId="59C39C4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88 (50.29)</w:t>
            </w:r>
          </w:p>
        </w:tc>
        <w:tc>
          <w:tcPr>
            <w:tcW w:w="337" w:type="pct"/>
            <w:gridSpan w:val="2"/>
            <w:tcBorders>
              <w:top w:val="nil"/>
              <w:left w:val="nil"/>
              <w:bottom w:val="nil"/>
              <w:right w:val="nil"/>
            </w:tcBorders>
            <w:shd w:val="clear" w:color="000000" w:fill="FFFFFF"/>
            <w:vAlign w:val="center"/>
            <w:hideMark/>
          </w:tcPr>
          <w:p w14:paraId="405064B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&lt;0.001</w:t>
            </w:r>
          </w:p>
        </w:tc>
      </w:tr>
      <w:tr w:rsidR="00726DBE" w:rsidRPr="00693325" w14:paraId="199817E5" w14:textId="77777777" w:rsidTr="00EB3E01">
        <w:trPr>
          <w:trHeight w:val="68"/>
        </w:trPr>
        <w:tc>
          <w:tcPr>
            <w:tcW w:w="909" w:type="pct"/>
            <w:tcBorders>
              <w:top w:val="nil"/>
              <w:left w:val="nil"/>
              <w:bottom w:val="nil"/>
              <w:right w:val="nil"/>
            </w:tcBorders>
            <w:shd w:val="clear" w:color="000000" w:fill="FFFFFF"/>
            <w:vAlign w:val="center"/>
            <w:hideMark/>
          </w:tcPr>
          <w:p w14:paraId="5A302D4E"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sz w:val="16"/>
              </w:rPr>
              <w:t>Number of office visits per patient, mean (SD)</w:t>
            </w:r>
          </w:p>
        </w:tc>
        <w:tc>
          <w:tcPr>
            <w:tcW w:w="427" w:type="pct"/>
            <w:tcBorders>
              <w:top w:val="nil"/>
              <w:left w:val="nil"/>
              <w:bottom w:val="nil"/>
              <w:right w:val="nil"/>
            </w:tcBorders>
            <w:shd w:val="clear" w:color="000000" w:fill="F2F2F2"/>
            <w:vAlign w:val="center"/>
            <w:hideMark/>
          </w:tcPr>
          <w:p w14:paraId="0547006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0.70 (0.63)</w:t>
            </w:r>
          </w:p>
        </w:tc>
        <w:tc>
          <w:tcPr>
            <w:tcW w:w="427" w:type="pct"/>
            <w:tcBorders>
              <w:top w:val="nil"/>
              <w:left w:val="nil"/>
              <w:bottom w:val="nil"/>
              <w:right w:val="nil"/>
            </w:tcBorders>
            <w:shd w:val="clear" w:color="000000" w:fill="F2F2F2"/>
            <w:vAlign w:val="center"/>
            <w:hideMark/>
          </w:tcPr>
          <w:p w14:paraId="0FE7149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0.12 (0.09)</w:t>
            </w:r>
          </w:p>
        </w:tc>
        <w:tc>
          <w:tcPr>
            <w:tcW w:w="427" w:type="pct"/>
            <w:gridSpan w:val="2"/>
            <w:tcBorders>
              <w:top w:val="nil"/>
              <w:left w:val="nil"/>
              <w:bottom w:val="nil"/>
              <w:right w:val="nil"/>
            </w:tcBorders>
            <w:shd w:val="clear" w:color="000000" w:fill="F2F2F2"/>
            <w:vAlign w:val="center"/>
            <w:hideMark/>
          </w:tcPr>
          <w:p w14:paraId="2F0D759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0.20 (0.23)</w:t>
            </w:r>
          </w:p>
        </w:tc>
        <w:tc>
          <w:tcPr>
            <w:tcW w:w="427" w:type="pct"/>
            <w:gridSpan w:val="2"/>
            <w:tcBorders>
              <w:top w:val="nil"/>
              <w:left w:val="nil"/>
              <w:bottom w:val="nil"/>
              <w:right w:val="nil"/>
            </w:tcBorders>
            <w:shd w:val="clear" w:color="000000" w:fill="FFFFFF"/>
            <w:vAlign w:val="center"/>
            <w:hideMark/>
          </w:tcPr>
          <w:p w14:paraId="3264028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0.11 (0.14)</w:t>
            </w:r>
          </w:p>
        </w:tc>
        <w:tc>
          <w:tcPr>
            <w:tcW w:w="338" w:type="pct"/>
            <w:gridSpan w:val="2"/>
            <w:tcBorders>
              <w:top w:val="nil"/>
              <w:left w:val="nil"/>
              <w:bottom w:val="nil"/>
              <w:right w:val="nil"/>
            </w:tcBorders>
            <w:shd w:val="clear" w:color="000000" w:fill="FFFFFF"/>
            <w:vAlign w:val="center"/>
            <w:hideMark/>
          </w:tcPr>
          <w:p w14:paraId="41C2FB5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0.021</w:t>
            </w:r>
          </w:p>
        </w:tc>
        <w:tc>
          <w:tcPr>
            <w:tcW w:w="427" w:type="pct"/>
            <w:tcBorders>
              <w:top w:val="nil"/>
              <w:left w:val="nil"/>
              <w:bottom w:val="nil"/>
              <w:right w:val="nil"/>
            </w:tcBorders>
            <w:shd w:val="clear" w:color="000000" w:fill="F2F2F2"/>
            <w:vAlign w:val="center"/>
            <w:hideMark/>
          </w:tcPr>
          <w:p w14:paraId="70313F2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0.80 (0.89)</w:t>
            </w:r>
          </w:p>
        </w:tc>
        <w:tc>
          <w:tcPr>
            <w:tcW w:w="427" w:type="pct"/>
            <w:tcBorders>
              <w:top w:val="nil"/>
              <w:left w:val="nil"/>
              <w:bottom w:val="nil"/>
              <w:right w:val="nil"/>
            </w:tcBorders>
            <w:shd w:val="clear" w:color="000000" w:fill="F2F2F2"/>
            <w:vAlign w:val="center"/>
            <w:hideMark/>
          </w:tcPr>
          <w:p w14:paraId="2C5183E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0.18 (0.29)</w:t>
            </w:r>
          </w:p>
        </w:tc>
        <w:tc>
          <w:tcPr>
            <w:tcW w:w="427" w:type="pct"/>
            <w:tcBorders>
              <w:top w:val="nil"/>
              <w:left w:val="nil"/>
              <w:bottom w:val="nil"/>
              <w:right w:val="nil"/>
            </w:tcBorders>
            <w:shd w:val="clear" w:color="000000" w:fill="F2F2F2"/>
            <w:vAlign w:val="center"/>
            <w:hideMark/>
          </w:tcPr>
          <w:p w14:paraId="4E3D23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0.23 (0.29)</w:t>
            </w:r>
          </w:p>
        </w:tc>
        <w:tc>
          <w:tcPr>
            <w:tcW w:w="427" w:type="pct"/>
            <w:tcBorders>
              <w:top w:val="nil"/>
              <w:left w:val="nil"/>
              <w:bottom w:val="nil"/>
              <w:right w:val="nil"/>
            </w:tcBorders>
            <w:shd w:val="clear" w:color="000000" w:fill="FFFFFF"/>
            <w:vAlign w:val="center"/>
            <w:hideMark/>
          </w:tcPr>
          <w:p w14:paraId="1A7B90C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0.08 (0.15)</w:t>
            </w:r>
          </w:p>
        </w:tc>
        <w:tc>
          <w:tcPr>
            <w:tcW w:w="337" w:type="pct"/>
            <w:gridSpan w:val="2"/>
            <w:tcBorders>
              <w:top w:val="nil"/>
              <w:left w:val="nil"/>
              <w:bottom w:val="nil"/>
              <w:right w:val="nil"/>
            </w:tcBorders>
            <w:shd w:val="clear" w:color="000000" w:fill="FFFFFF"/>
            <w:vAlign w:val="center"/>
            <w:hideMark/>
          </w:tcPr>
          <w:p w14:paraId="116CE4F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&lt;0.001</w:t>
            </w:r>
          </w:p>
        </w:tc>
      </w:tr>
      <w:tr w:rsidR="00726DBE" w:rsidRPr="00693325" w14:paraId="1352FD98" w14:textId="77777777" w:rsidTr="00EB3E01">
        <w:trPr>
          <w:trHeight w:val="68"/>
        </w:trPr>
        <w:tc>
          <w:tcPr>
            <w:tcW w:w="909" w:type="pct"/>
            <w:tcBorders>
              <w:top w:val="nil"/>
              <w:left w:val="nil"/>
              <w:bottom w:val="nil"/>
              <w:right w:val="nil"/>
            </w:tcBorders>
            <w:shd w:val="clear" w:color="000000" w:fill="FFFFFF"/>
            <w:vAlign w:val="center"/>
            <w:hideMark/>
          </w:tcPr>
          <w:p w14:paraId="7AD968F4"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sz w:val="16"/>
              </w:rPr>
              <w:t>Specialist office visit, n (%)</w:t>
            </w:r>
          </w:p>
        </w:tc>
        <w:tc>
          <w:tcPr>
            <w:tcW w:w="427" w:type="pct"/>
            <w:tcBorders>
              <w:top w:val="nil"/>
              <w:left w:val="nil"/>
              <w:bottom w:val="nil"/>
              <w:right w:val="nil"/>
            </w:tcBorders>
            <w:shd w:val="clear" w:color="000000" w:fill="F2F2F2"/>
            <w:vAlign w:val="center"/>
            <w:hideMark/>
          </w:tcPr>
          <w:p w14:paraId="019C64C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 (15.79)</w:t>
            </w:r>
          </w:p>
        </w:tc>
        <w:tc>
          <w:tcPr>
            <w:tcW w:w="427" w:type="pct"/>
            <w:tcBorders>
              <w:top w:val="nil"/>
              <w:left w:val="nil"/>
              <w:bottom w:val="nil"/>
              <w:right w:val="nil"/>
            </w:tcBorders>
            <w:shd w:val="clear" w:color="000000" w:fill="F2F2F2"/>
            <w:vAlign w:val="center"/>
            <w:hideMark/>
          </w:tcPr>
          <w:p w14:paraId="67D233B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 (17.65)</w:t>
            </w:r>
          </w:p>
        </w:tc>
        <w:tc>
          <w:tcPr>
            <w:tcW w:w="427" w:type="pct"/>
            <w:gridSpan w:val="2"/>
            <w:tcBorders>
              <w:top w:val="nil"/>
              <w:left w:val="nil"/>
              <w:bottom w:val="nil"/>
              <w:right w:val="nil"/>
            </w:tcBorders>
            <w:shd w:val="clear" w:color="000000" w:fill="F2F2F2"/>
            <w:vAlign w:val="center"/>
            <w:hideMark/>
          </w:tcPr>
          <w:p w14:paraId="06174AD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 (21.05)</w:t>
            </w:r>
          </w:p>
        </w:tc>
        <w:tc>
          <w:tcPr>
            <w:tcW w:w="427" w:type="pct"/>
            <w:gridSpan w:val="2"/>
            <w:tcBorders>
              <w:top w:val="nil"/>
              <w:left w:val="nil"/>
              <w:bottom w:val="nil"/>
              <w:right w:val="nil"/>
            </w:tcBorders>
            <w:shd w:val="clear" w:color="000000" w:fill="FFFFFF"/>
            <w:vAlign w:val="center"/>
            <w:hideMark/>
          </w:tcPr>
          <w:p w14:paraId="469E674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37 (38.95)</w:t>
            </w:r>
          </w:p>
        </w:tc>
        <w:tc>
          <w:tcPr>
            <w:tcW w:w="338" w:type="pct"/>
            <w:gridSpan w:val="2"/>
            <w:tcBorders>
              <w:top w:val="nil"/>
              <w:left w:val="nil"/>
              <w:bottom w:val="nil"/>
              <w:right w:val="nil"/>
            </w:tcBorders>
            <w:shd w:val="clear" w:color="000000" w:fill="FFFFFF"/>
            <w:vAlign w:val="center"/>
            <w:hideMark/>
          </w:tcPr>
          <w:p w14:paraId="45EDEF5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0.138</w:t>
            </w:r>
          </w:p>
        </w:tc>
        <w:tc>
          <w:tcPr>
            <w:tcW w:w="427" w:type="pct"/>
            <w:tcBorders>
              <w:top w:val="nil"/>
              <w:left w:val="nil"/>
              <w:bottom w:val="nil"/>
              <w:right w:val="nil"/>
            </w:tcBorders>
            <w:shd w:val="clear" w:color="000000" w:fill="F2F2F2"/>
            <w:vAlign w:val="center"/>
            <w:hideMark/>
          </w:tcPr>
          <w:p w14:paraId="54035B1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 (11.43)</w:t>
            </w:r>
          </w:p>
        </w:tc>
        <w:tc>
          <w:tcPr>
            <w:tcW w:w="427" w:type="pct"/>
            <w:tcBorders>
              <w:top w:val="nil"/>
              <w:left w:val="nil"/>
              <w:bottom w:val="nil"/>
              <w:right w:val="nil"/>
            </w:tcBorders>
            <w:shd w:val="clear" w:color="000000" w:fill="F2F2F2"/>
            <w:vAlign w:val="center"/>
            <w:hideMark/>
          </w:tcPr>
          <w:p w14:paraId="1FCB02B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8 (25.00)</w:t>
            </w:r>
          </w:p>
        </w:tc>
        <w:tc>
          <w:tcPr>
            <w:tcW w:w="427" w:type="pct"/>
            <w:tcBorders>
              <w:top w:val="nil"/>
              <w:left w:val="nil"/>
              <w:bottom w:val="nil"/>
              <w:right w:val="nil"/>
            </w:tcBorders>
            <w:shd w:val="clear" w:color="000000" w:fill="F2F2F2"/>
            <w:vAlign w:val="center"/>
            <w:hideMark/>
          </w:tcPr>
          <w:p w14:paraId="4A34BDA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9 (25.71)</w:t>
            </w:r>
          </w:p>
        </w:tc>
        <w:tc>
          <w:tcPr>
            <w:tcW w:w="427" w:type="pct"/>
            <w:tcBorders>
              <w:top w:val="nil"/>
              <w:left w:val="nil"/>
              <w:bottom w:val="nil"/>
              <w:right w:val="nil"/>
            </w:tcBorders>
            <w:shd w:val="clear" w:color="000000" w:fill="FFFFFF"/>
            <w:vAlign w:val="center"/>
            <w:hideMark/>
          </w:tcPr>
          <w:p w14:paraId="645CF4A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25 (14.29)</w:t>
            </w:r>
          </w:p>
        </w:tc>
        <w:tc>
          <w:tcPr>
            <w:tcW w:w="337" w:type="pct"/>
            <w:gridSpan w:val="2"/>
            <w:tcBorders>
              <w:top w:val="nil"/>
              <w:left w:val="nil"/>
              <w:bottom w:val="nil"/>
              <w:right w:val="nil"/>
            </w:tcBorders>
            <w:shd w:val="clear" w:color="000000" w:fill="FFFFFF"/>
            <w:vAlign w:val="center"/>
            <w:hideMark/>
          </w:tcPr>
          <w:p w14:paraId="5D2298F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0.094</w:t>
            </w:r>
          </w:p>
        </w:tc>
      </w:tr>
      <w:tr w:rsidR="00726DBE" w:rsidRPr="00693325" w14:paraId="3C3015F5" w14:textId="77777777" w:rsidTr="00EB3E01">
        <w:trPr>
          <w:trHeight w:val="68"/>
        </w:trPr>
        <w:tc>
          <w:tcPr>
            <w:tcW w:w="909" w:type="pct"/>
            <w:tcBorders>
              <w:top w:val="nil"/>
              <w:left w:val="nil"/>
              <w:bottom w:val="nil"/>
              <w:right w:val="nil"/>
            </w:tcBorders>
            <w:shd w:val="clear" w:color="000000" w:fill="FFFFFF"/>
            <w:vAlign w:val="center"/>
            <w:hideMark/>
          </w:tcPr>
          <w:p w14:paraId="71D77D18"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sz w:val="16"/>
              </w:rPr>
              <w:t>Number of specialist office visits per patient, mean (SD)</w:t>
            </w:r>
          </w:p>
        </w:tc>
        <w:tc>
          <w:tcPr>
            <w:tcW w:w="427" w:type="pct"/>
            <w:tcBorders>
              <w:top w:val="nil"/>
              <w:left w:val="nil"/>
              <w:bottom w:val="nil"/>
              <w:right w:val="nil"/>
            </w:tcBorders>
            <w:shd w:val="clear" w:color="000000" w:fill="F2F2F2"/>
            <w:vAlign w:val="center"/>
            <w:hideMark/>
          </w:tcPr>
          <w:p w14:paraId="72E6E97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0.12 (0.28)</w:t>
            </w:r>
          </w:p>
        </w:tc>
        <w:tc>
          <w:tcPr>
            <w:tcW w:w="427" w:type="pct"/>
            <w:tcBorders>
              <w:top w:val="nil"/>
              <w:left w:val="nil"/>
              <w:bottom w:val="nil"/>
              <w:right w:val="nil"/>
            </w:tcBorders>
            <w:shd w:val="clear" w:color="000000" w:fill="F2F2F2"/>
            <w:vAlign w:val="center"/>
            <w:hideMark/>
          </w:tcPr>
          <w:p w14:paraId="1F9876A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0.02 (0.04)</w:t>
            </w:r>
          </w:p>
        </w:tc>
        <w:tc>
          <w:tcPr>
            <w:tcW w:w="427" w:type="pct"/>
            <w:gridSpan w:val="2"/>
            <w:tcBorders>
              <w:top w:val="nil"/>
              <w:left w:val="nil"/>
              <w:bottom w:val="nil"/>
              <w:right w:val="nil"/>
            </w:tcBorders>
            <w:shd w:val="clear" w:color="000000" w:fill="F2F2F2"/>
            <w:vAlign w:val="center"/>
            <w:hideMark/>
          </w:tcPr>
          <w:p w14:paraId="370C52C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0.02 (0.04)</w:t>
            </w:r>
          </w:p>
        </w:tc>
        <w:tc>
          <w:tcPr>
            <w:tcW w:w="427" w:type="pct"/>
            <w:gridSpan w:val="2"/>
            <w:tcBorders>
              <w:top w:val="nil"/>
              <w:left w:val="nil"/>
              <w:bottom w:val="nil"/>
              <w:right w:val="nil"/>
            </w:tcBorders>
            <w:shd w:val="clear" w:color="000000" w:fill="FFFFFF"/>
            <w:vAlign w:val="center"/>
            <w:hideMark/>
          </w:tcPr>
          <w:p w14:paraId="6ECFCCD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0.04 (0.10)</w:t>
            </w:r>
          </w:p>
        </w:tc>
        <w:tc>
          <w:tcPr>
            <w:tcW w:w="338" w:type="pct"/>
            <w:gridSpan w:val="2"/>
            <w:tcBorders>
              <w:top w:val="nil"/>
              <w:left w:val="nil"/>
              <w:bottom w:val="nil"/>
              <w:right w:val="nil"/>
            </w:tcBorders>
            <w:shd w:val="clear" w:color="000000" w:fill="FFFFFF"/>
            <w:vAlign w:val="center"/>
            <w:hideMark/>
          </w:tcPr>
          <w:p w14:paraId="34F34C2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0.341</w:t>
            </w:r>
          </w:p>
        </w:tc>
        <w:tc>
          <w:tcPr>
            <w:tcW w:w="427" w:type="pct"/>
            <w:tcBorders>
              <w:top w:val="nil"/>
              <w:left w:val="nil"/>
              <w:bottom w:val="nil"/>
              <w:right w:val="nil"/>
            </w:tcBorders>
            <w:shd w:val="clear" w:color="000000" w:fill="F2F2F2"/>
            <w:vAlign w:val="center"/>
            <w:hideMark/>
          </w:tcPr>
          <w:p w14:paraId="74BE00A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0.14 (0.47)</w:t>
            </w:r>
          </w:p>
        </w:tc>
        <w:tc>
          <w:tcPr>
            <w:tcW w:w="427" w:type="pct"/>
            <w:tcBorders>
              <w:top w:val="nil"/>
              <w:left w:val="nil"/>
              <w:bottom w:val="nil"/>
              <w:right w:val="nil"/>
            </w:tcBorders>
            <w:shd w:val="clear" w:color="000000" w:fill="F2F2F2"/>
            <w:vAlign w:val="center"/>
            <w:hideMark/>
          </w:tcPr>
          <w:p w14:paraId="382B401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0.03 (0.08)</w:t>
            </w:r>
          </w:p>
        </w:tc>
        <w:tc>
          <w:tcPr>
            <w:tcW w:w="427" w:type="pct"/>
            <w:tcBorders>
              <w:top w:val="nil"/>
              <w:left w:val="nil"/>
              <w:bottom w:val="nil"/>
              <w:right w:val="nil"/>
            </w:tcBorders>
            <w:shd w:val="clear" w:color="000000" w:fill="F2F2F2"/>
            <w:vAlign w:val="center"/>
            <w:hideMark/>
          </w:tcPr>
          <w:p w14:paraId="6E4661E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0.03 (0.08)</w:t>
            </w:r>
          </w:p>
        </w:tc>
        <w:tc>
          <w:tcPr>
            <w:tcW w:w="427" w:type="pct"/>
            <w:tcBorders>
              <w:top w:val="nil"/>
              <w:left w:val="nil"/>
              <w:bottom w:val="nil"/>
              <w:right w:val="nil"/>
            </w:tcBorders>
            <w:shd w:val="clear" w:color="000000" w:fill="FFFFFF"/>
            <w:vAlign w:val="center"/>
            <w:hideMark/>
          </w:tcPr>
          <w:p w14:paraId="1D27F4C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0.01 (0.05)</w:t>
            </w:r>
          </w:p>
        </w:tc>
        <w:tc>
          <w:tcPr>
            <w:tcW w:w="337" w:type="pct"/>
            <w:gridSpan w:val="2"/>
            <w:tcBorders>
              <w:top w:val="nil"/>
              <w:left w:val="nil"/>
              <w:bottom w:val="nil"/>
              <w:right w:val="nil"/>
            </w:tcBorders>
            <w:shd w:val="clear" w:color="000000" w:fill="FFFFFF"/>
            <w:vAlign w:val="center"/>
            <w:hideMark/>
          </w:tcPr>
          <w:p w14:paraId="20E63FF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0.048</w:t>
            </w:r>
          </w:p>
        </w:tc>
      </w:tr>
      <w:tr w:rsidR="00726DBE" w:rsidRPr="00693325" w14:paraId="18F0F0D2" w14:textId="77777777" w:rsidTr="00EB3E01">
        <w:trPr>
          <w:trHeight w:val="68"/>
        </w:trPr>
        <w:tc>
          <w:tcPr>
            <w:tcW w:w="909" w:type="pct"/>
            <w:tcBorders>
              <w:top w:val="nil"/>
              <w:left w:val="nil"/>
              <w:bottom w:val="nil"/>
              <w:right w:val="nil"/>
            </w:tcBorders>
            <w:shd w:val="clear" w:color="000000" w:fill="FFFFFF"/>
            <w:vAlign w:val="center"/>
            <w:hideMark/>
          </w:tcPr>
          <w:p w14:paraId="1BC73930"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sz w:val="16"/>
              </w:rPr>
              <w:t>Well-child visit, n (%)</w:t>
            </w:r>
          </w:p>
        </w:tc>
        <w:tc>
          <w:tcPr>
            <w:tcW w:w="427" w:type="pct"/>
            <w:tcBorders>
              <w:top w:val="nil"/>
              <w:left w:val="nil"/>
              <w:bottom w:val="nil"/>
              <w:right w:val="nil"/>
            </w:tcBorders>
            <w:shd w:val="clear" w:color="000000" w:fill="F2F2F2"/>
            <w:vAlign w:val="center"/>
            <w:hideMark/>
          </w:tcPr>
          <w:p w14:paraId="44E9B07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 (10.53)</w:t>
            </w:r>
          </w:p>
        </w:tc>
        <w:tc>
          <w:tcPr>
            <w:tcW w:w="427" w:type="pct"/>
            <w:tcBorders>
              <w:top w:val="nil"/>
              <w:left w:val="nil"/>
              <w:bottom w:val="nil"/>
              <w:right w:val="nil"/>
            </w:tcBorders>
            <w:shd w:val="clear" w:color="000000" w:fill="F2F2F2"/>
            <w:vAlign w:val="center"/>
            <w:hideMark/>
          </w:tcPr>
          <w:p w14:paraId="5423B0C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14 (82.35)</w:t>
            </w:r>
          </w:p>
        </w:tc>
        <w:tc>
          <w:tcPr>
            <w:tcW w:w="427" w:type="pct"/>
            <w:gridSpan w:val="2"/>
            <w:tcBorders>
              <w:top w:val="nil"/>
              <w:left w:val="nil"/>
              <w:bottom w:val="nil"/>
              <w:right w:val="nil"/>
            </w:tcBorders>
            <w:shd w:val="clear" w:color="000000" w:fill="F2F2F2"/>
            <w:vAlign w:val="center"/>
            <w:hideMark/>
          </w:tcPr>
          <w:p w14:paraId="7840A8B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15 (78.95)</w:t>
            </w:r>
          </w:p>
        </w:tc>
        <w:tc>
          <w:tcPr>
            <w:tcW w:w="427" w:type="pct"/>
            <w:gridSpan w:val="2"/>
            <w:tcBorders>
              <w:top w:val="nil"/>
              <w:left w:val="nil"/>
              <w:bottom w:val="nil"/>
              <w:right w:val="nil"/>
            </w:tcBorders>
            <w:shd w:val="clear" w:color="000000" w:fill="FFFFFF"/>
            <w:vAlign w:val="center"/>
            <w:hideMark/>
          </w:tcPr>
          <w:p w14:paraId="63945A3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65 (68.42)</w:t>
            </w:r>
          </w:p>
        </w:tc>
        <w:tc>
          <w:tcPr>
            <w:tcW w:w="338" w:type="pct"/>
            <w:gridSpan w:val="2"/>
            <w:tcBorders>
              <w:top w:val="nil"/>
              <w:left w:val="nil"/>
              <w:bottom w:val="nil"/>
              <w:right w:val="nil"/>
            </w:tcBorders>
            <w:shd w:val="clear" w:color="000000" w:fill="FFFFFF"/>
            <w:vAlign w:val="center"/>
            <w:hideMark/>
          </w:tcPr>
          <w:p w14:paraId="4D5556E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0.360</w:t>
            </w:r>
          </w:p>
        </w:tc>
        <w:tc>
          <w:tcPr>
            <w:tcW w:w="427" w:type="pct"/>
            <w:tcBorders>
              <w:top w:val="nil"/>
              <w:left w:val="nil"/>
              <w:bottom w:val="nil"/>
              <w:right w:val="nil"/>
            </w:tcBorders>
            <w:shd w:val="clear" w:color="000000" w:fill="F2F2F2"/>
            <w:vAlign w:val="center"/>
            <w:hideMark/>
          </w:tcPr>
          <w:p w14:paraId="5DF2D55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5 (14.29)</w:t>
            </w:r>
          </w:p>
        </w:tc>
        <w:tc>
          <w:tcPr>
            <w:tcW w:w="427" w:type="pct"/>
            <w:tcBorders>
              <w:top w:val="nil"/>
              <w:left w:val="nil"/>
              <w:bottom w:val="nil"/>
              <w:right w:val="nil"/>
            </w:tcBorders>
            <w:shd w:val="clear" w:color="000000" w:fill="F2F2F2"/>
            <w:vAlign w:val="center"/>
            <w:hideMark/>
          </w:tcPr>
          <w:p w14:paraId="47EF887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25 (78.13)</w:t>
            </w:r>
          </w:p>
        </w:tc>
        <w:tc>
          <w:tcPr>
            <w:tcW w:w="427" w:type="pct"/>
            <w:tcBorders>
              <w:top w:val="nil"/>
              <w:left w:val="nil"/>
              <w:bottom w:val="nil"/>
              <w:right w:val="nil"/>
            </w:tcBorders>
            <w:shd w:val="clear" w:color="000000" w:fill="F2F2F2"/>
            <w:vAlign w:val="center"/>
            <w:hideMark/>
          </w:tcPr>
          <w:p w14:paraId="4B53A5A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26 (74.29)</w:t>
            </w:r>
          </w:p>
        </w:tc>
        <w:tc>
          <w:tcPr>
            <w:tcW w:w="427" w:type="pct"/>
            <w:tcBorders>
              <w:top w:val="nil"/>
              <w:left w:val="nil"/>
              <w:bottom w:val="nil"/>
              <w:right w:val="nil"/>
            </w:tcBorders>
            <w:shd w:val="clear" w:color="000000" w:fill="FFFFFF"/>
            <w:vAlign w:val="center"/>
            <w:hideMark/>
          </w:tcPr>
          <w:p w14:paraId="6307091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75 (42.86)</w:t>
            </w:r>
          </w:p>
        </w:tc>
        <w:tc>
          <w:tcPr>
            <w:tcW w:w="337" w:type="pct"/>
            <w:gridSpan w:val="2"/>
            <w:tcBorders>
              <w:top w:val="nil"/>
              <w:left w:val="nil"/>
              <w:bottom w:val="nil"/>
              <w:right w:val="nil"/>
            </w:tcBorders>
            <w:shd w:val="clear" w:color="000000" w:fill="FFFFFF"/>
            <w:vAlign w:val="center"/>
            <w:hideMark/>
          </w:tcPr>
          <w:p w14:paraId="1FF519F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0.001</w:t>
            </w:r>
          </w:p>
        </w:tc>
      </w:tr>
      <w:tr w:rsidR="00726DBE" w:rsidRPr="00693325" w14:paraId="70A4C474" w14:textId="77777777" w:rsidTr="00EB3E01">
        <w:trPr>
          <w:trHeight w:val="68"/>
        </w:trPr>
        <w:tc>
          <w:tcPr>
            <w:tcW w:w="909" w:type="pct"/>
            <w:tcBorders>
              <w:top w:val="nil"/>
              <w:left w:val="nil"/>
              <w:bottom w:val="nil"/>
              <w:right w:val="nil"/>
            </w:tcBorders>
            <w:shd w:val="clear" w:color="000000" w:fill="FFFFFF"/>
            <w:vAlign w:val="center"/>
            <w:hideMark/>
          </w:tcPr>
          <w:p w14:paraId="6E535997"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sz w:val="16"/>
              </w:rPr>
              <w:t>Number of well-child visits per patient, mean (SD)</w:t>
            </w:r>
          </w:p>
        </w:tc>
        <w:tc>
          <w:tcPr>
            <w:tcW w:w="427" w:type="pct"/>
            <w:tcBorders>
              <w:top w:val="nil"/>
              <w:left w:val="nil"/>
              <w:bottom w:val="nil"/>
              <w:right w:val="nil"/>
            </w:tcBorders>
            <w:shd w:val="clear" w:color="000000" w:fill="F2F2F2"/>
            <w:vAlign w:val="center"/>
            <w:hideMark/>
          </w:tcPr>
          <w:p w14:paraId="0EA0E3A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0.08 (0.23)</w:t>
            </w:r>
          </w:p>
        </w:tc>
        <w:tc>
          <w:tcPr>
            <w:tcW w:w="427" w:type="pct"/>
            <w:tcBorders>
              <w:top w:val="nil"/>
              <w:left w:val="nil"/>
              <w:bottom w:val="nil"/>
              <w:right w:val="nil"/>
            </w:tcBorders>
            <w:shd w:val="clear" w:color="000000" w:fill="F2F2F2"/>
            <w:vAlign w:val="center"/>
            <w:hideMark/>
          </w:tcPr>
          <w:p w14:paraId="4D494F0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0.07 (0.07)</w:t>
            </w:r>
          </w:p>
        </w:tc>
        <w:tc>
          <w:tcPr>
            <w:tcW w:w="427" w:type="pct"/>
            <w:gridSpan w:val="2"/>
            <w:tcBorders>
              <w:top w:val="nil"/>
              <w:left w:val="nil"/>
              <w:bottom w:val="nil"/>
              <w:right w:val="nil"/>
            </w:tcBorders>
            <w:shd w:val="clear" w:color="000000" w:fill="F2F2F2"/>
            <w:vAlign w:val="center"/>
            <w:hideMark/>
          </w:tcPr>
          <w:p w14:paraId="1068F06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0.06 (0.06)</w:t>
            </w:r>
          </w:p>
        </w:tc>
        <w:tc>
          <w:tcPr>
            <w:tcW w:w="427" w:type="pct"/>
            <w:gridSpan w:val="2"/>
            <w:tcBorders>
              <w:top w:val="nil"/>
              <w:left w:val="nil"/>
              <w:bottom w:val="nil"/>
              <w:right w:val="nil"/>
            </w:tcBorders>
            <w:shd w:val="clear" w:color="000000" w:fill="FFFFFF"/>
            <w:vAlign w:val="center"/>
            <w:hideMark/>
          </w:tcPr>
          <w:p w14:paraId="24DC19E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0.06 (0.07)</w:t>
            </w:r>
          </w:p>
        </w:tc>
        <w:tc>
          <w:tcPr>
            <w:tcW w:w="338" w:type="pct"/>
            <w:gridSpan w:val="2"/>
            <w:tcBorders>
              <w:top w:val="nil"/>
              <w:left w:val="nil"/>
              <w:bottom w:val="nil"/>
              <w:right w:val="nil"/>
            </w:tcBorders>
            <w:shd w:val="clear" w:color="000000" w:fill="FFFFFF"/>
            <w:vAlign w:val="center"/>
            <w:hideMark/>
          </w:tcPr>
          <w:p w14:paraId="2ADA956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0.621</w:t>
            </w:r>
          </w:p>
        </w:tc>
        <w:tc>
          <w:tcPr>
            <w:tcW w:w="427" w:type="pct"/>
            <w:tcBorders>
              <w:top w:val="nil"/>
              <w:left w:val="nil"/>
              <w:bottom w:val="nil"/>
              <w:right w:val="nil"/>
            </w:tcBorders>
            <w:shd w:val="clear" w:color="000000" w:fill="F2F2F2"/>
            <w:vAlign w:val="center"/>
            <w:hideMark/>
          </w:tcPr>
          <w:p w14:paraId="1EA1514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0.11 (0.27)</w:t>
            </w:r>
          </w:p>
        </w:tc>
        <w:tc>
          <w:tcPr>
            <w:tcW w:w="427" w:type="pct"/>
            <w:tcBorders>
              <w:top w:val="nil"/>
              <w:left w:val="nil"/>
              <w:bottom w:val="nil"/>
              <w:right w:val="nil"/>
            </w:tcBorders>
            <w:shd w:val="clear" w:color="000000" w:fill="F2F2F2"/>
            <w:vAlign w:val="center"/>
            <w:hideMark/>
          </w:tcPr>
          <w:p w14:paraId="2DB7DC9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0.05 (0.05)</w:t>
            </w:r>
          </w:p>
        </w:tc>
        <w:tc>
          <w:tcPr>
            <w:tcW w:w="427" w:type="pct"/>
            <w:tcBorders>
              <w:top w:val="nil"/>
              <w:left w:val="nil"/>
              <w:bottom w:val="nil"/>
              <w:right w:val="nil"/>
            </w:tcBorders>
            <w:shd w:val="clear" w:color="000000" w:fill="F2F2F2"/>
            <w:vAlign w:val="center"/>
            <w:hideMark/>
          </w:tcPr>
          <w:p w14:paraId="019792B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0.05 (0.04)</w:t>
            </w:r>
          </w:p>
        </w:tc>
        <w:tc>
          <w:tcPr>
            <w:tcW w:w="427" w:type="pct"/>
            <w:tcBorders>
              <w:top w:val="nil"/>
              <w:left w:val="nil"/>
              <w:bottom w:val="nil"/>
              <w:right w:val="nil"/>
            </w:tcBorders>
            <w:shd w:val="clear" w:color="000000" w:fill="FFFFFF"/>
            <w:vAlign w:val="center"/>
            <w:hideMark/>
          </w:tcPr>
          <w:p w14:paraId="2EE4068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0.04 (0.07)</w:t>
            </w:r>
          </w:p>
        </w:tc>
        <w:tc>
          <w:tcPr>
            <w:tcW w:w="337" w:type="pct"/>
            <w:gridSpan w:val="2"/>
            <w:tcBorders>
              <w:top w:val="nil"/>
              <w:left w:val="nil"/>
              <w:bottom w:val="nil"/>
              <w:right w:val="nil"/>
            </w:tcBorders>
            <w:shd w:val="clear" w:color="000000" w:fill="FFFFFF"/>
            <w:vAlign w:val="center"/>
            <w:hideMark/>
          </w:tcPr>
          <w:p w14:paraId="7CDACAD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0.440</w:t>
            </w:r>
          </w:p>
        </w:tc>
      </w:tr>
      <w:tr w:rsidR="00726DBE" w:rsidRPr="00693325" w14:paraId="233E5B3B" w14:textId="77777777" w:rsidTr="00EB3E01">
        <w:trPr>
          <w:trHeight w:val="68"/>
        </w:trPr>
        <w:tc>
          <w:tcPr>
            <w:tcW w:w="909" w:type="pct"/>
            <w:tcBorders>
              <w:top w:val="nil"/>
              <w:left w:val="nil"/>
              <w:bottom w:val="nil"/>
              <w:right w:val="nil"/>
            </w:tcBorders>
            <w:shd w:val="clear" w:color="000000" w:fill="FFFFFF"/>
            <w:vAlign w:val="center"/>
            <w:hideMark/>
          </w:tcPr>
          <w:p w14:paraId="7C1181A9"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sz w:val="16"/>
              </w:rPr>
              <w:t>Other outpatient services, n (%)</w:t>
            </w:r>
          </w:p>
        </w:tc>
        <w:tc>
          <w:tcPr>
            <w:tcW w:w="427" w:type="pct"/>
            <w:tcBorders>
              <w:top w:val="nil"/>
              <w:left w:val="nil"/>
              <w:bottom w:val="nil"/>
              <w:right w:val="nil"/>
            </w:tcBorders>
            <w:shd w:val="clear" w:color="000000" w:fill="F2F2F2"/>
            <w:vAlign w:val="center"/>
            <w:hideMark/>
          </w:tcPr>
          <w:p w14:paraId="46A8236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14 (73.68)</w:t>
            </w:r>
          </w:p>
        </w:tc>
        <w:tc>
          <w:tcPr>
            <w:tcW w:w="427" w:type="pct"/>
            <w:tcBorders>
              <w:top w:val="nil"/>
              <w:left w:val="nil"/>
              <w:bottom w:val="nil"/>
              <w:right w:val="nil"/>
            </w:tcBorders>
            <w:shd w:val="clear" w:color="000000" w:fill="F2F2F2"/>
            <w:vAlign w:val="center"/>
            <w:hideMark/>
          </w:tcPr>
          <w:p w14:paraId="3B63461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13 (76.47)</w:t>
            </w:r>
          </w:p>
        </w:tc>
        <w:tc>
          <w:tcPr>
            <w:tcW w:w="427" w:type="pct"/>
            <w:gridSpan w:val="2"/>
            <w:tcBorders>
              <w:top w:val="nil"/>
              <w:left w:val="nil"/>
              <w:bottom w:val="nil"/>
              <w:right w:val="nil"/>
            </w:tcBorders>
            <w:shd w:val="clear" w:color="000000" w:fill="F2F2F2"/>
            <w:vAlign w:val="center"/>
            <w:hideMark/>
          </w:tcPr>
          <w:p w14:paraId="6A84BD1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17 (89.47)</w:t>
            </w:r>
          </w:p>
        </w:tc>
        <w:tc>
          <w:tcPr>
            <w:tcW w:w="427" w:type="pct"/>
            <w:gridSpan w:val="2"/>
            <w:tcBorders>
              <w:top w:val="nil"/>
              <w:left w:val="nil"/>
              <w:bottom w:val="nil"/>
              <w:right w:val="nil"/>
            </w:tcBorders>
            <w:shd w:val="clear" w:color="000000" w:fill="FFFFFF"/>
            <w:vAlign w:val="center"/>
            <w:hideMark/>
          </w:tcPr>
          <w:p w14:paraId="0157FCC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60 (63.16)</w:t>
            </w:r>
          </w:p>
        </w:tc>
        <w:tc>
          <w:tcPr>
            <w:tcW w:w="338" w:type="pct"/>
            <w:gridSpan w:val="2"/>
            <w:tcBorders>
              <w:top w:val="nil"/>
              <w:left w:val="nil"/>
              <w:bottom w:val="nil"/>
              <w:right w:val="nil"/>
            </w:tcBorders>
            <w:shd w:val="clear" w:color="000000" w:fill="FFFFFF"/>
            <w:vAlign w:val="center"/>
            <w:hideMark/>
          </w:tcPr>
          <w:p w14:paraId="2789C9D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0.025</w:t>
            </w:r>
          </w:p>
        </w:tc>
        <w:tc>
          <w:tcPr>
            <w:tcW w:w="427" w:type="pct"/>
            <w:tcBorders>
              <w:top w:val="nil"/>
              <w:left w:val="nil"/>
              <w:bottom w:val="nil"/>
              <w:right w:val="nil"/>
            </w:tcBorders>
            <w:shd w:val="clear" w:color="000000" w:fill="F2F2F2"/>
            <w:vAlign w:val="center"/>
            <w:hideMark/>
          </w:tcPr>
          <w:p w14:paraId="6C12267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19 (54.29)</w:t>
            </w:r>
          </w:p>
        </w:tc>
        <w:tc>
          <w:tcPr>
            <w:tcW w:w="427" w:type="pct"/>
            <w:tcBorders>
              <w:top w:val="nil"/>
              <w:left w:val="nil"/>
              <w:bottom w:val="nil"/>
              <w:right w:val="nil"/>
            </w:tcBorders>
            <w:shd w:val="clear" w:color="000000" w:fill="F2F2F2"/>
            <w:vAlign w:val="center"/>
            <w:hideMark/>
          </w:tcPr>
          <w:p w14:paraId="0F5B4A6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26 (81.25)</w:t>
            </w:r>
          </w:p>
        </w:tc>
        <w:tc>
          <w:tcPr>
            <w:tcW w:w="427" w:type="pct"/>
            <w:tcBorders>
              <w:top w:val="nil"/>
              <w:left w:val="nil"/>
              <w:bottom w:val="nil"/>
              <w:right w:val="nil"/>
            </w:tcBorders>
            <w:shd w:val="clear" w:color="000000" w:fill="F2F2F2"/>
            <w:vAlign w:val="center"/>
            <w:hideMark/>
          </w:tcPr>
          <w:p w14:paraId="3C427AD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30 (85.71)</w:t>
            </w:r>
          </w:p>
        </w:tc>
        <w:tc>
          <w:tcPr>
            <w:tcW w:w="427" w:type="pct"/>
            <w:tcBorders>
              <w:top w:val="nil"/>
              <w:left w:val="nil"/>
              <w:bottom w:val="nil"/>
              <w:right w:val="nil"/>
            </w:tcBorders>
            <w:shd w:val="clear" w:color="000000" w:fill="FFFFFF"/>
            <w:vAlign w:val="center"/>
            <w:hideMark/>
          </w:tcPr>
          <w:p w14:paraId="5D6F0B4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90 (51.43)</w:t>
            </w:r>
          </w:p>
        </w:tc>
        <w:tc>
          <w:tcPr>
            <w:tcW w:w="337" w:type="pct"/>
            <w:gridSpan w:val="2"/>
            <w:tcBorders>
              <w:top w:val="nil"/>
              <w:left w:val="nil"/>
              <w:bottom w:val="nil"/>
              <w:right w:val="nil"/>
            </w:tcBorders>
            <w:shd w:val="clear" w:color="000000" w:fill="FFFFFF"/>
            <w:vAlign w:val="center"/>
            <w:hideMark/>
          </w:tcPr>
          <w:p w14:paraId="0811859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&lt;0.001</w:t>
            </w:r>
          </w:p>
        </w:tc>
      </w:tr>
      <w:tr w:rsidR="00726DBE" w:rsidRPr="00693325" w14:paraId="1E82285A" w14:textId="77777777" w:rsidTr="00EB3E01">
        <w:trPr>
          <w:trHeight w:val="68"/>
        </w:trPr>
        <w:tc>
          <w:tcPr>
            <w:tcW w:w="909" w:type="pct"/>
            <w:tcBorders>
              <w:top w:val="nil"/>
              <w:left w:val="nil"/>
              <w:bottom w:val="nil"/>
              <w:right w:val="nil"/>
            </w:tcBorders>
            <w:shd w:val="clear" w:color="000000" w:fill="FFFFFF"/>
            <w:vAlign w:val="center"/>
            <w:hideMark/>
          </w:tcPr>
          <w:p w14:paraId="2A3E9F75"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sz w:val="16"/>
              </w:rPr>
              <w:t>Surgical Procedures, n (%)</w:t>
            </w:r>
          </w:p>
        </w:tc>
        <w:tc>
          <w:tcPr>
            <w:tcW w:w="427" w:type="pct"/>
            <w:tcBorders>
              <w:top w:val="nil"/>
              <w:left w:val="nil"/>
              <w:bottom w:val="nil"/>
              <w:right w:val="nil"/>
            </w:tcBorders>
            <w:shd w:val="clear" w:color="000000" w:fill="F2F2F2"/>
            <w:vAlign w:val="center"/>
            <w:hideMark/>
          </w:tcPr>
          <w:p w14:paraId="3F7807B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 (5.26)</w:t>
            </w:r>
          </w:p>
        </w:tc>
        <w:tc>
          <w:tcPr>
            <w:tcW w:w="427" w:type="pct"/>
            <w:tcBorders>
              <w:top w:val="nil"/>
              <w:left w:val="nil"/>
              <w:bottom w:val="nil"/>
              <w:right w:val="nil"/>
            </w:tcBorders>
            <w:shd w:val="clear" w:color="000000" w:fill="F2F2F2"/>
            <w:vAlign w:val="center"/>
            <w:hideMark/>
          </w:tcPr>
          <w:p w14:paraId="7ACE05B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427" w:type="pct"/>
            <w:gridSpan w:val="2"/>
            <w:tcBorders>
              <w:top w:val="nil"/>
              <w:left w:val="nil"/>
              <w:bottom w:val="nil"/>
              <w:right w:val="nil"/>
            </w:tcBorders>
            <w:shd w:val="clear" w:color="000000" w:fill="F2F2F2"/>
            <w:vAlign w:val="center"/>
            <w:hideMark/>
          </w:tcPr>
          <w:p w14:paraId="4CBE742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 (5.26)</w:t>
            </w:r>
          </w:p>
        </w:tc>
        <w:tc>
          <w:tcPr>
            <w:tcW w:w="427" w:type="pct"/>
            <w:gridSpan w:val="2"/>
            <w:tcBorders>
              <w:top w:val="nil"/>
              <w:left w:val="nil"/>
              <w:bottom w:val="nil"/>
              <w:right w:val="nil"/>
            </w:tcBorders>
            <w:shd w:val="clear" w:color="000000" w:fill="FFFFFF"/>
            <w:vAlign w:val="center"/>
            <w:hideMark/>
          </w:tcPr>
          <w:p w14:paraId="417AF66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338" w:type="pct"/>
            <w:gridSpan w:val="2"/>
            <w:tcBorders>
              <w:top w:val="nil"/>
              <w:left w:val="nil"/>
              <w:bottom w:val="nil"/>
              <w:right w:val="nil"/>
            </w:tcBorders>
            <w:shd w:val="clear" w:color="000000" w:fill="FFFFFF"/>
            <w:vAlign w:val="center"/>
            <w:hideMark/>
          </w:tcPr>
          <w:p w14:paraId="254AA48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0.167</w:t>
            </w:r>
          </w:p>
        </w:tc>
        <w:tc>
          <w:tcPr>
            <w:tcW w:w="427" w:type="pct"/>
            <w:tcBorders>
              <w:top w:val="nil"/>
              <w:left w:val="nil"/>
              <w:bottom w:val="nil"/>
              <w:right w:val="nil"/>
            </w:tcBorders>
            <w:shd w:val="clear" w:color="000000" w:fill="F2F2F2"/>
            <w:vAlign w:val="center"/>
            <w:hideMark/>
          </w:tcPr>
          <w:p w14:paraId="3B96BF3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 (5.71)</w:t>
            </w:r>
          </w:p>
        </w:tc>
        <w:tc>
          <w:tcPr>
            <w:tcW w:w="427" w:type="pct"/>
            <w:tcBorders>
              <w:top w:val="nil"/>
              <w:left w:val="nil"/>
              <w:bottom w:val="nil"/>
              <w:right w:val="nil"/>
            </w:tcBorders>
            <w:shd w:val="clear" w:color="000000" w:fill="F2F2F2"/>
            <w:vAlign w:val="center"/>
            <w:hideMark/>
          </w:tcPr>
          <w:p w14:paraId="2132513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427" w:type="pct"/>
            <w:tcBorders>
              <w:top w:val="nil"/>
              <w:left w:val="nil"/>
              <w:bottom w:val="nil"/>
              <w:right w:val="nil"/>
            </w:tcBorders>
            <w:shd w:val="clear" w:color="000000" w:fill="F2F2F2"/>
            <w:vAlign w:val="center"/>
            <w:hideMark/>
          </w:tcPr>
          <w:p w14:paraId="226343B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 (5.71)</w:t>
            </w:r>
          </w:p>
        </w:tc>
        <w:tc>
          <w:tcPr>
            <w:tcW w:w="427" w:type="pct"/>
            <w:tcBorders>
              <w:top w:val="nil"/>
              <w:left w:val="nil"/>
              <w:bottom w:val="nil"/>
              <w:right w:val="nil"/>
            </w:tcBorders>
            <w:shd w:val="clear" w:color="000000" w:fill="FFFFFF"/>
            <w:vAlign w:val="center"/>
            <w:hideMark/>
          </w:tcPr>
          <w:p w14:paraId="552A747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 (0.57)</w:t>
            </w:r>
          </w:p>
        </w:tc>
        <w:tc>
          <w:tcPr>
            <w:tcW w:w="337" w:type="pct"/>
            <w:gridSpan w:val="2"/>
            <w:tcBorders>
              <w:top w:val="nil"/>
              <w:left w:val="nil"/>
              <w:bottom w:val="nil"/>
              <w:right w:val="nil"/>
            </w:tcBorders>
            <w:shd w:val="clear" w:color="000000" w:fill="FFFFFF"/>
            <w:vAlign w:val="center"/>
            <w:hideMark/>
          </w:tcPr>
          <w:p w14:paraId="58C1D12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0.073</w:t>
            </w:r>
          </w:p>
        </w:tc>
      </w:tr>
      <w:tr w:rsidR="00726DBE" w:rsidRPr="00693325" w14:paraId="4C14A5DC" w14:textId="77777777" w:rsidTr="00EB3E01">
        <w:trPr>
          <w:trHeight w:val="290"/>
        </w:trPr>
        <w:tc>
          <w:tcPr>
            <w:tcW w:w="909" w:type="pct"/>
            <w:tcBorders>
              <w:top w:val="nil"/>
              <w:left w:val="nil"/>
              <w:bottom w:val="single" w:sz="8" w:space="0" w:color="000000"/>
              <w:right w:val="nil"/>
            </w:tcBorders>
            <w:shd w:val="clear" w:color="000000" w:fill="FFFFFF"/>
            <w:vAlign w:val="center"/>
            <w:hideMark/>
          </w:tcPr>
          <w:p w14:paraId="0252D459"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sz w:val="16"/>
              </w:rPr>
              <w:t>Number of surgical procedures per patient, mean (SD)</w:t>
            </w:r>
          </w:p>
        </w:tc>
        <w:tc>
          <w:tcPr>
            <w:tcW w:w="427" w:type="pct"/>
            <w:tcBorders>
              <w:top w:val="nil"/>
              <w:left w:val="nil"/>
              <w:bottom w:val="single" w:sz="8" w:space="0" w:color="auto"/>
              <w:right w:val="nil"/>
            </w:tcBorders>
            <w:shd w:val="clear" w:color="000000" w:fill="F2F2F2"/>
            <w:vAlign w:val="center"/>
            <w:hideMark/>
          </w:tcPr>
          <w:p w14:paraId="3EA9110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0.03 (0.14)</w:t>
            </w:r>
          </w:p>
        </w:tc>
        <w:tc>
          <w:tcPr>
            <w:tcW w:w="427" w:type="pct"/>
            <w:tcBorders>
              <w:top w:val="nil"/>
              <w:left w:val="nil"/>
              <w:bottom w:val="single" w:sz="8" w:space="0" w:color="auto"/>
              <w:right w:val="nil"/>
            </w:tcBorders>
            <w:shd w:val="clear" w:color="000000" w:fill="F2F2F2"/>
            <w:vAlign w:val="center"/>
            <w:hideMark/>
          </w:tcPr>
          <w:p w14:paraId="76FF2A4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427" w:type="pct"/>
            <w:gridSpan w:val="2"/>
            <w:tcBorders>
              <w:top w:val="nil"/>
              <w:left w:val="nil"/>
              <w:bottom w:val="single" w:sz="8" w:space="0" w:color="auto"/>
              <w:right w:val="nil"/>
            </w:tcBorders>
            <w:shd w:val="clear" w:color="000000" w:fill="F2F2F2"/>
            <w:vAlign w:val="center"/>
            <w:hideMark/>
          </w:tcPr>
          <w:p w14:paraId="360717B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0.03 (0.14)</w:t>
            </w:r>
          </w:p>
        </w:tc>
        <w:tc>
          <w:tcPr>
            <w:tcW w:w="427" w:type="pct"/>
            <w:gridSpan w:val="2"/>
            <w:tcBorders>
              <w:top w:val="nil"/>
              <w:left w:val="nil"/>
              <w:bottom w:val="single" w:sz="8" w:space="0" w:color="auto"/>
              <w:right w:val="nil"/>
            </w:tcBorders>
            <w:shd w:val="clear" w:color="000000" w:fill="FFFFFF"/>
            <w:vAlign w:val="center"/>
            <w:hideMark/>
          </w:tcPr>
          <w:p w14:paraId="492529B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338" w:type="pct"/>
            <w:gridSpan w:val="2"/>
            <w:tcBorders>
              <w:top w:val="nil"/>
              <w:left w:val="nil"/>
              <w:bottom w:val="single" w:sz="8" w:space="0" w:color="auto"/>
              <w:right w:val="nil"/>
            </w:tcBorders>
            <w:shd w:val="clear" w:color="000000" w:fill="FFFFFF"/>
            <w:vAlign w:val="center"/>
            <w:hideMark/>
          </w:tcPr>
          <w:p w14:paraId="31BEE6D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0.025</w:t>
            </w:r>
          </w:p>
        </w:tc>
        <w:tc>
          <w:tcPr>
            <w:tcW w:w="427" w:type="pct"/>
            <w:tcBorders>
              <w:top w:val="nil"/>
              <w:left w:val="nil"/>
              <w:bottom w:val="single" w:sz="8" w:space="0" w:color="auto"/>
              <w:right w:val="nil"/>
            </w:tcBorders>
            <w:shd w:val="clear" w:color="000000" w:fill="F2F2F2"/>
            <w:vAlign w:val="center"/>
            <w:hideMark/>
          </w:tcPr>
          <w:p w14:paraId="03AB96C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0.05 (0.22)</w:t>
            </w:r>
          </w:p>
        </w:tc>
        <w:tc>
          <w:tcPr>
            <w:tcW w:w="427" w:type="pct"/>
            <w:tcBorders>
              <w:top w:val="nil"/>
              <w:left w:val="nil"/>
              <w:bottom w:val="single" w:sz="8" w:space="0" w:color="auto"/>
              <w:right w:val="nil"/>
            </w:tcBorders>
            <w:shd w:val="clear" w:color="000000" w:fill="F2F2F2"/>
            <w:vAlign w:val="center"/>
            <w:hideMark/>
          </w:tcPr>
          <w:p w14:paraId="68C36E9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w:t>
            </w:r>
          </w:p>
        </w:tc>
        <w:tc>
          <w:tcPr>
            <w:tcW w:w="427" w:type="pct"/>
            <w:tcBorders>
              <w:top w:val="nil"/>
              <w:left w:val="nil"/>
              <w:bottom w:val="single" w:sz="8" w:space="0" w:color="auto"/>
              <w:right w:val="nil"/>
            </w:tcBorders>
            <w:shd w:val="clear" w:color="000000" w:fill="F2F2F2"/>
            <w:vAlign w:val="center"/>
            <w:hideMark/>
          </w:tcPr>
          <w:p w14:paraId="2C764FB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0.03 (0.17)</w:t>
            </w:r>
          </w:p>
        </w:tc>
        <w:tc>
          <w:tcPr>
            <w:tcW w:w="427" w:type="pct"/>
            <w:tcBorders>
              <w:top w:val="nil"/>
              <w:left w:val="nil"/>
              <w:bottom w:val="single" w:sz="8" w:space="0" w:color="auto"/>
              <w:right w:val="nil"/>
            </w:tcBorders>
            <w:shd w:val="clear" w:color="000000" w:fill="FFFFFF"/>
            <w:vAlign w:val="center"/>
            <w:hideMark/>
          </w:tcPr>
          <w:p w14:paraId="51DD673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0.00 (0.00)</w:t>
            </w:r>
          </w:p>
        </w:tc>
        <w:tc>
          <w:tcPr>
            <w:tcW w:w="337" w:type="pct"/>
            <w:gridSpan w:val="2"/>
            <w:tcBorders>
              <w:top w:val="nil"/>
              <w:left w:val="nil"/>
              <w:bottom w:val="single" w:sz="8" w:space="0" w:color="000000"/>
              <w:right w:val="nil"/>
            </w:tcBorders>
            <w:shd w:val="clear" w:color="000000" w:fill="FFFFFF"/>
            <w:vAlign w:val="center"/>
            <w:hideMark/>
          </w:tcPr>
          <w:p w14:paraId="35CE72B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0.022</w:t>
            </w:r>
          </w:p>
        </w:tc>
      </w:tr>
      <w:tr w:rsidR="00726DBE" w:rsidRPr="00693325" w14:paraId="143B9A6A" w14:textId="77777777" w:rsidTr="00841CFC">
        <w:trPr>
          <w:gridAfter w:val="1"/>
          <w:wAfter w:w="31" w:type="pct"/>
          <w:trHeight w:val="48"/>
        </w:trPr>
        <w:tc>
          <w:tcPr>
            <w:tcW w:w="909" w:type="pct"/>
            <w:tcBorders>
              <w:top w:val="single" w:sz="8" w:space="0" w:color="000000"/>
              <w:left w:val="nil"/>
              <w:bottom w:val="single" w:sz="4" w:space="0" w:color="auto"/>
              <w:right w:val="nil"/>
            </w:tcBorders>
            <w:shd w:val="clear" w:color="000000" w:fill="FFFFFF"/>
            <w:vAlign w:val="center"/>
          </w:tcPr>
          <w:p w14:paraId="4F2BC3A9" w14:textId="330318D3" w:rsidR="00726DBE" w:rsidRPr="000E29E2" w:rsidRDefault="00A0215B" w:rsidP="00841CFC">
            <w:pPr>
              <w:rPr>
                <w:rFonts w:ascii="Times New Roman" w:hAnsi="Times New Roman"/>
                <w:b/>
                <w:bCs/>
                <w:color w:val="000000"/>
                <w:sz w:val="16"/>
              </w:rPr>
            </w:pPr>
            <w:r w:rsidRPr="000E29E2">
              <w:rPr>
                <w:rFonts w:ascii="Times New Roman" w:hAnsi="Times New Roman"/>
                <w:b/>
                <w:bCs/>
                <w:color w:val="000000"/>
                <w:sz w:val="16"/>
              </w:rPr>
              <w:t>Payer</w:t>
            </w:r>
          </w:p>
        </w:tc>
        <w:tc>
          <w:tcPr>
            <w:tcW w:w="1218" w:type="pct"/>
            <w:gridSpan w:val="3"/>
            <w:tcBorders>
              <w:top w:val="nil"/>
              <w:left w:val="nil"/>
              <w:bottom w:val="single" w:sz="4" w:space="0" w:color="auto"/>
              <w:right w:val="nil"/>
            </w:tcBorders>
            <w:shd w:val="clear" w:color="auto" w:fill="FFFFFF" w:themeFill="background1"/>
            <w:vAlign w:val="center"/>
          </w:tcPr>
          <w:p w14:paraId="5CFE02F5" w14:textId="77777777" w:rsidR="00726DBE" w:rsidRPr="00693325" w:rsidRDefault="00726DBE" w:rsidP="00841CFC">
            <w:pPr>
              <w:jc w:val="center"/>
              <w:rPr>
                <w:rFonts w:ascii="Times New Roman" w:hAnsi="Times New Roman"/>
                <w:b/>
                <w:bCs/>
                <w:sz w:val="16"/>
              </w:rPr>
            </w:pPr>
            <w:r w:rsidRPr="00693325">
              <w:rPr>
                <w:rFonts w:ascii="Times New Roman" w:hAnsi="Times New Roman"/>
                <w:b/>
                <w:bCs/>
                <w:sz w:val="16"/>
              </w:rPr>
              <w:t>Commercial</w:t>
            </w:r>
          </w:p>
        </w:tc>
        <w:tc>
          <w:tcPr>
            <w:tcW w:w="406" w:type="pct"/>
            <w:gridSpan w:val="2"/>
            <w:tcBorders>
              <w:top w:val="nil"/>
              <w:left w:val="nil"/>
              <w:bottom w:val="single" w:sz="4" w:space="0" w:color="auto"/>
              <w:right w:val="nil"/>
            </w:tcBorders>
            <w:shd w:val="clear" w:color="auto" w:fill="FFFFFF" w:themeFill="background1"/>
            <w:vAlign w:val="center"/>
          </w:tcPr>
          <w:p w14:paraId="17C465AC" w14:textId="77777777" w:rsidR="00726DBE" w:rsidRPr="00693325" w:rsidRDefault="00726DBE" w:rsidP="00841CFC">
            <w:pPr>
              <w:jc w:val="center"/>
              <w:rPr>
                <w:rFonts w:ascii="Times New Roman" w:hAnsi="Times New Roman"/>
                <w:b/>
                <w:bCs/>
                <w:sz w:val="16"/>
              </w:rPr>
            </w:pPr>
          </w:p>
        </w:tc>
        <w:tc>
          <w:tcPr>
            <w:tcW w:w="406" w:type="pct"/>
            <w:gridSpan w:val="2"/>
            <w:tcBorders>
              <w:top w:val="nil"/>
              <w:left w:val="nil"/>
              <w:bottom w:val="single" w:sz="4" w:space="0" w:color="auto"/>
              <w:right w:val="nil"/>
            </w:tcBorders>
            <w:shd w:val="clear" w:color="auto" w:fill="FFFFFF" w:themeFill="background1"/>
            <w:vAlign w:val="center"/>
          </w:tcPr>
          <w:p w14:paraId="647D23D7" w14:textId="77777777" w:rsidR="00726DBE" w:rsidRPr="00693325" w:rsidRDefault="00726DBE" w:rsidP="00841CFC">
            <w:pPr>
              <w:jc w:val="center"/>
              <w:rPr>
                <w:rFonts w:ascii="Times New Roman" w:hAnsi="Times New Roman"/>
                <w:color w:val="000000"/>
                <w:sz w:val="16"/>
                <w:szCs w:val="16"/>
              </w:rPr>
            </w:pPr>
          </w:p>
        </w:tc>
        <w:tc>
          <w:tcPr>
            <w:tcW w:w="2030" w:type="pct"/>
            <w:gridSpan w:val="6"/>
            <w:tcBorders>
              <w:top w:val="nil"/>
              <w:left w:val="nil"/>
              <w:bottom w:val="single" w:sz="4" w:space="0" w:color="auto"/>
              <w:right w:val="nil"/>
            </w:tcBorders>
            <w:shd w:val="clear" w:color="auto" w:fill="FFFFFF" w:themeFill="background1"/>
            <w:vAlign w:val="center"/>
          </w:tcPr>
          <w:p w14:paraId="2FD4DD5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b/>
                <w:bCs/>
                <w:sz w:val="16"/>
              </w:rPr>
              <w:t>Medicaid</w:t>
            </w:r>
          </w:p>
        </w:tc>
      </w:tr>
      <w:tr w:rsidR="00726DBE" w:rsidRPr="00693325" w14:paraId="3A643B85" w14:textId="77777777" w:rsidTr="00EB3E01">
        <w:trPr>
          <w:trHeight w:val="58"/>
        </w:trPr>
        <w:tc>
          <w:tcPr>
            <w:tcW w:w="909" w:type="pct"/>
            <w:tcBorders>
              <w:top w:val="single" w:sz="4" w:space="0" w:color="auto"/>
              <w:left w:val="nil"/>
              <w:bottom w:val="nil"/>
              <w:right w:val="nil"/>
            </w:tcBorders>
            <w:shd w:val="clear" w:color="000000" w:fill="FFFFFF"/>
            <w:vAlign w:val="center"/>
            <w:hideMark/>
          </w:tcPr>
          <w:p w14:paraId="4D9F7F24"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rPr>
              <w:t> </w:t>
            </w:r>
          </w:p>
        </w:tc>
        <w:tc>
          <w:tcPr>
            <w:tcW w:w="1281" w:type="pct"/>
            <w:gridSpan w:val="4"/>
            <w:tcBorders>
              <w:top w:val="single" w:sz="4" w:space="0" w:color="auto"/>
              <w:left w:val="nil"/>
              <w:bottom w:val="nil"/>
              <w:right w:val="nil"/>
            </w:tcBorders>
            <w:shd w:val="clear" w:color="000000" w:fill="F2F2F2"/>
            <w:vAlign w:val="center"/>
            <w:hideMark/>
          </w:tcPr>
          <w:p w14:paraId="7ADD6F7A"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sz w:val="16"/>
              </w:rPr>
              <w:t>Children with IMD</w:t>
            </w:r>
          </w:p>
        </w:tc>
        <w:tc>
          <w:tcPr>
            <w:tcW w:w="427" w:type="pct"/>
            <w:gridSpan w:val="2"/>
            <w:tcBorders>
              <w:top w:val="single" w:sz="4" w:space="0" w:color="auto"/>
              <w:left w:val="nil"/>
              <w:bottom w:val="nil"/>
              <w:right w:val="nil"/>
            </w:tcBorders>
            <w:shd w:val="clear" w:color="000000" w:fill="FFFFFF"/>
            <w:vAlign w:val="center"/>
            <w:hideMark/>
          </w:tcPr>
          <w:p w14:paraId="1C0A8EA3"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sz w:val="16"/>
              </w:rPr>
              <w:t>Children without IMD</w:t>
            </w:r>
          </w:p>
        </w:tc>
        <w:tc>
          <w:tcPr>
            <w:tcW w:w="338" w:type="pct"/>
            <w:gridSpan w:val="2"/>
            <w:tcBorders>
              <w:top w:val="single" w:sz="4" w:space="0" w:color="auto"/>
              <w:left w:val="nil"/>
              <w:bottom w:val="nil"/>
              <w:right w:val="nil"/>
            </w:tcBorders>
            <w:shd w:val="clear" w:color="000000" w:fill="FFFFFF"/>
            <w:vAlign w:val="center"/>
            <w:hideMark/>
          </w:tcPr>
          <w:p w14:paraId="5C0ECBA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c>
          <w:tcPr>
            <w:tcW w:w="1281" w:type="pct"/>
            <w:gridSpan w:val="3"/>
            <w:tcBorders>
              <w:top w:val="single" w:sz="4" w:space="0" w:color="auto"/>
              <w:left w:val="nil"/>
              <w:bottom w:val="nil"/>
              <w:right w:val="nil"/>
            </w:tcBorders>
            <w:shd w:val="clear" w:color="000000" w:fill="F2F2F2"/>
            <w:vAlign w:val="center"/>
            <w:hideMark/>
          </w:tcPr>
          <w:p w14:paraId="3EA851C3"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sz w:val="16"/>
              </w:rPr>
              <w:t>Children with IMD</w:t>
            </w:r>
          </w:p>
        </w:tc>
        <w:tc>
          <w:tcPr>
            <w:tcW w:w="427" w:type="pct"/>
            <w:tcBorders>
              <w:top w:val="single" w:sz="4" w:space="0" w:color="auto"/>
              <w:left w:val="nil"/>
              <w:bottom w:val="nil"/>
              <w:right w:val="nil"/>
            </w:tcBorders>
            <w:shd w:val="clear" w:color="000000" w:fill="FFFFFF"/>
            <w:vAlign w:val="center"/>
            <w:hideMark/>
          </w:tcPr>
          <w:p w14:paraId="5A557C3B"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sz w:val="16"/>
              </w:rPr>
              <w:t>Children without IMD</w:t>
            </w:r>
          </w:p>
        </w:tc>
        <w:tc>
          <w:tcPr>
            <w:tcW w:w="337" w:type="pct"/>
            <w:gridSpan w:val="2"/>
            <w:tcBorders>
              <w:top w:val="single" w:sz="4" w:space="0" w:color="auto"/>
              <w:left w:val="nil"/>
              <w:bottom w:val="nil"/>
              <w:right w:val="nil"/>
            </w:tcBorders>
            <w:shd w:val="clear" w:color="000000" w:fill="FFFFFF"/>
            <w:vAlign w:val="center"/>
            <w:hideMark/>
          </w:tcPr>
          <w:p w14:paraId="1C8BCDD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szCs w:val="16"/>
              </w:rPr>
              <w:t> </w:t>
            </w:r>
          </w:p>
        </w:tc>
      </w:tr>
      <w:tr w:rsidR="00726DBE" w:rsidRPr="00693325" w14:paraId="04E23B60" w14:textId="77777777" w:rsidTr="00EB3E01">
        <w:trPr>
          <w:trHeight w:val="68"/>
        </w:trPr>
        <w:tc>
          <w:tcPr>
            <w:tcW w:w="909" w:type="pct"/>
            <w:vMerge w:val="restart"/>
            <w:tcBorders>
              <w:top w:val="nil"/>
              <w:left w:val="nil"/>
              <w:right w:val="nil"/>
            </w:tcBorders>
            <w:shd w:val="clear" w:color="000000" w:fill="FFFFFF"/>
            <w:vAlign w:val="center"/>
            <w:hideMark/>
          </w:tcPr>
          <w:p w14:paraId="324C40AC"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sz w:val="16"/>
              </w:rPr>
              <w:t> </w:t>
            </w:r>
          </w:p>
        </w:tc>
        <w:tc>
          <w:tcPr>
            <w:tcW w:w="427" w:type="pct"/>
            <w:tcBorders>
              <w:top w:val="nil"/>
              <w:left w:val="nil"/>
              <w:right w:val="nil"/>
            </w:tcBorders>
            <w:shd w:val="clear" w:color="000000" w:fill="F2F2F2"/>
            <w:vAlign w:val="center"/>
            <w:hideMark/>
          </w:tcPr>
          <w:p w14:paraId="3259DAC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27" w:type="pct"/>
            <w:tcBorders>
              <w:top w:val="nil"/>
              <w:left w:val="nil"/>
              <w:right w:val="nil"/>
            </w:tcBorders>
            <w:shd w:val="clear" w:color="000000" w:fill="F2F2F2"/>
            <w:vAlign w:val="center"/>
            <w:hideMark/>
          </w:tcPr>
          <w:p w14:paraId="3C2AEB6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27" w:type="pct"/>
            <w:gridSpan w:val="2"/>
            <w:tcBorders>
              <w:top w:val="nil"/>
              <w:left w:val="nil"/>
              <w:right w:val="nil"/>
            </w:tcBorders>
            <w:shd w:val="clear" w:color="000000" w:fill="F2F2F2"/>
            <w:vAlign w:val="center"/>
            <w:hideMark/>
          </w:tcPr>
          <w:p w14:paraId="5595592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Full Follow-up</w:t>
            </w:r>
          </w:p>
        </w:tc>
        <w:tc>
          <w:tcPr>
            <w:tcW w:w="427" w:type="pct"/>
            <w:gridSpan w:val="2"/>
            <w:tcBorders>
              <w:top w:val="nil"/>
              <w:left w:val="nil"/>
              <w:right w:val="nil"/>
            </w:tcBorders>
            <w:shd w:val="clear" w:color="000000" w:fill="FFFFFF"/>
            <w:vAlign w:val="center"/>
            <w:hideMark/>
          </w:tcPr>
          <w:p w14:paraId="5D89463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Full Follow-up</w:t>
            </w:r>
          </w:p>
        </w:tc>
        <w:tc>
          <w:tcPr>
            <w:tcW w:w="338" w:type="pct"/>
            <w:gridSpan w:val="2"/>
            <w:vMerge w:val="restart"/>
            <w:tcBorders>
              <w:top w:val="nil"/>
              <w:left w:val="nil"/>
              <w:right w:val="nil"/>
            </w:tcBorders>
            <w:shd w:val="clear" w:color="000000" w:fill="FFFFFF"/>
            <w:vAlign w:val="center"/>
            <w:hideMark/>
          </w:tcPr>
          <w:p w14:paraId="7657962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p-value</w:t>
            </w:r>
          </w:p>
        </w:tc>
        <w:tc>
          <w:tcPr>
            <w:tcW w:w="427" w:type="pct"/>
            <w:tcBorders>
              <w:top w:val="nil"/>
              <w:left w:val="nil"/>
              <w:right w:val="nil"/>
            </w:tcBorders>
            <w:shd w:val="clear" w:color="000000" w:fill="F2F2F2"/>
            <w:vAlign w:val="center"/>
            <w:hideMark/>
          </w:tcPr>
          <w:p w14:paraId="19283EC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27" w:type="pct"/>
            <w:tcBorders>
              <w:top w:val="nil"/>
              <w:left w:val="nil"/>
              <w:right w:val="nil"/>
            </w:tcBorders>
            <w:shd w:val="clear" w:color="000000" w:fill="F2F2F2"/>
            <w:vAlign w:val="center"/>
            <w:hideMark/>
          </w:tcPr>
          <w:p w14:paraId="37FCD4E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27" w:type="pct"/>
            <w:tcBorders>
              <w:top w:val="nil"/>
              <w:left w:val="nil"/>
              <w:right w:val="nil"/>
            </w:tcBorders>
            <w:shd w:val="clear" w:color="000000" w:fill="F2F2F2"/>
            <w:vAlign w:val="center"/>
            <w:hideMark/>
          </w:tcPr>
          <w:p w14:paraId="798134E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Full Follow-up</w:t>
            </w:r>
          </w:p>
        </w:tc>
        <w:tc>
          <w:tcPr>
            <w:tcW w:w="427" w:type="pct"/>
            <w:tcBorders>
              <w:top w:val="nil"/>
              <w:left w:val="nil"/>
              <w:right w:val="nil"/>
            </w:tcBorders>
            <w:shd w:val="clear" w:color="000000" w:fill="FFFFFF"/>
            <w:vAlign w:val="center"/>
            <w:hideMark/>
          </w:tcPr>
          <w:p w14:paraId="6CD7739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Full Follow-up</w:t>
            </w:r>
          </w:p>
        </w:tc>
        <w:tc>
          <w:tcPr>
            <w:tcW w:w="337" w:type="pct"/>
            <w:gridSpan w:val="2"/>
            <w:vMerge w:val="restart"/>
            <w:tcBorders>
              <w:top w:val="nil"/>
              <w:left w:val="nil"/>
              <w:right w:val="nil"/>
            </w:tcBorders>
            <w:shd w:val="clear" w:color="000000" w:fill="FFFFFF"/>
            <w:vAlign w:val="center"/>
            <w:hideMark/>
          </w:tcPr>
          <w:p w14:paraId="207A0A1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 xml:space="preserve">p-value </w:t>
            </w:r>
          </w:p>
        </w:tc>
      </w:tr>
      <w:tr w:rsidR="00726DBE" w:rsidRPr="00693325" w14:paraId="12C330DA" w14:textId="77777777" w:rsidTr="00EB3E01">
        <w:trPr>
          <w:trHeight w:val="68"/>
        </w:trPr>
        <w:tc>
          <w:tcPr>
            <w:tcW w:w="909" w:type="pct"/>
            <w:vMerge/>
            <w:tcBorders>
              <w:left w:val="nil"/>
              <w:bottom w:val="single" w:sz="8" w:space="0" w:color="000000"/>
              <w:right w:val="nil"/>
            </w:tcBorders>
            <w:vAlign w:val="center"/>
            <w:hideMark/>
          </w:tcPr>
          <w:p w14:paraId="760C80A1" w14:textId="77777777" w:rsidR="00726DBE" w:rsidRPr="00693325" w:rsidRDefault="00726DBE" w:rsidP="00841CFC">
            <w:pPr>
              <w:rPr>
                <w:rFonts w:ascii="Times New Roman" w:hAnsi="Times New Roman"/>
                <w:color w:val="000000"/>
                <w:sz w:val="16"/>
                <w:szCs w:val="16"/>
              </w:rPr>
            </w:pPr>
          </w:p>
        </w:tc>
        <w:tc>
          <w:tcPr>
            <w:tcW w:w="427" w:type="pct"/>
            <w:tcBorders>
              <w:left w:val="nil"/>
              <w:bottom w:val="single" w:sz="8" w:space="0" w:color="auto"/>
              <w:right w:val="nil"/>
            </w:tcBorders>
            <w:shd w:val="clear" w:color="000000" w:fill="F2F2F2"/>
            <w:vAlign w:val="center"/>
            <w:hideMark/>
          </w:tcPr>
          <w:p w14:paraId="58AF878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N=21</w:t>
            </w:r>
          </w:p>
        </w:tc>
        <w:tc>
          <w:tcPr>
            <w:tcW w:w="427" w:type="pct"/>
            <w:tcBorders>
              <w:left w:val="nil"/>
              <w:bottom w:val="single" w:sz="8" w:space="0" w:color="auto"/>
              <w:right w:val="nil"/>
            </w:tcBorders>
            <w:shd w:val="clear" w:color="000000" w:fill="F2F2F2"/>
            <w:vAlign w:val="center"/>
            <w:hideMark/>
          </w:tcPr>
          <w:p w14:paraId="60EEA38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N=21</w:t>
            </w:r>
          </w:p>
        </w:tc>
        <w:tc>
          <w:tcPr>
            <w:tcW w:w="427" w:type="pct"/>
            <w:gridSpan w:val="2"/>
            <w:tcBorders>
              <w:left w:val="nil"/>
              <w:bottom w:val="single" w:sz="8" w:space="0" w:color="auto"/>
              <w:right w:val="nil"/>
            </w:tcBorders>
            <w:shd w:val="clear" w:color="000000" w:fill="F2F2F2"/>
            <w:vAlign w:val="center"/>
            <w:hideMark/>
          </w:tcPr>
          <w:p w14:paraId="3E03497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N=21</w:t>
            </w:r>
          </w:p>
        </w:tc>
        <w:tc>
          <w:tcPr>
            <w:tcW w:w="427" w:type="pct"/>
            <w:gridSpan w:val="2"/>
            <w:tcBorders>
              <w:left w:val="nil"/>
              <w:bottom w:val="single" w:sz="8" w:space="0" w:color="auto"/>
              <w:right w:val="nil"/>
            </w:tcBorders>
            <w:shd w:val="clear" w:color="000000" w:fill="FFFFFF"/>
            <w:vAlign w:val="center"/>
            <w:hideMark/>
          </w:tcPr>
          <w:p w14:paraId="1F25CCD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N=105</w:t>
            </w:r>
          </w:p>
        </w:tc>
        <w:tc>
          <w:tcPr>
            <w:tcW w:w="338" w:type="pct"/>
            <w:gridSpan w:val="2"/>
            <w:vMerge/>
            <w:tcBorders>
              <w:left w:val="nil"/>
              <w:bottom w:val="single" w:sz="8" w:space="0" w:color="000000"/>
              <w:right w:val="nil"/>
            </w:tcBorders>
            <w:vAlign w:val="center"/>
            <w:hideMark/>
          </w:tcPr>
          <w:p w14:paraId="082F5A6D" w14:textId="77777777" w:rsidR="00726DBE" w:rsidRPr="00693325" w:rsidRDefault="00726DBE" w:rsidP="00841CFC">
            <w:pPr>
              <w:rPr>
                <w:rFonts w:ascii="Times New Roman" w:hAnsi="Times New Roman"/>
                <w:color w:val="000000"/>
                <w:sz w:val="16"/>
                <w:szCs w:val="16"/>
              </w:rPr>
            </w:pPr>
          </w:p>
        </w:tc>
        <w:tc>
          <w:tcPr>
            <w:tcW w:w="427" w:type="pct"/>
            <w:tcBorders>
              <w:left w:val="nil"/>
              <w:bottom w:val="single" w:sz="8" w:space="0" w:color="auto"/>
              <w:right w:val="nil"/>
            </w:tcBorders>
            <w:shd w:val="clear" w:color="000000" w:fill="F2F2F2"/>
            <w:vAlign w:val="center"/>
            <w:hideMark/>
          </w:tcPr>
          <w:p w14:paraId="1BACBBA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N=13</w:t>
            </w:r>
          </w:p>
        </w:tc>
        <w:tc>
          <w:tcPr>
            <w:tcW w:w="427" w:type="pct"/>
            <w:tcBorders>
              <w:left w:val="nil"/>
              <w:bottom w:val="single" w:sz="8" w:space="0" w:color="auto"/>
              <w:right w:val="nil"/>
            </w:tcBorders>
            <w:shd w:val="clear" w:color="000000" w:fill="F2F2F2"/>
            <w:vAlign w:val="center"/>
            <w:hideMark/>
          </w:tcPr>
          <w:p w14:paraId="4CA898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N=11</w:t>
            </w:r>
          </w:p>
        </w:tc>
        <w:tc>
          <w:tcPr>
            <w:tcW w:w="427" w:type="pct"/>
            <w:tcBorders>
              <w:left w:val="nil"/>
              <w:bottom w:val="single" w:sz="8" w:space="0" w:color="auto"/>
              <w:right w:val="nil"/>
            </w:tcBorders>
            <w:shd w:val="clear" w:color="000000" w:fill="F2F2F2"/>
            <w:vAlign w:val="center"/>
            <w:hideMark/>
          </w:tcPr>
          <w:p w14:paraId="7AF0C4E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N=13</w:t>
            </w:r>
          </w:p>
        </w:tc>
        <w:tc>
          <w:tcPr>
            <w:tcW w:w="427" w:type="pct"/>
            <w:tcBorders>
              <w:left w:val="nil"/>
              <w:bottom w:val="single" w:sz="8" w:space="0" w:color="auto"/>
              <w:right w:val="nil"/>
            </w:tcBorders>
            <w:shd w:val="clear" w:color="000000" w:fill="FFFFFF"/>
            <w:vAlign w:val="center"/>
            <w:hideMark/>
          </w:tcPr>
          <w:p w14:paraId="01BF3C9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N=65</w:t>
            </w:r>
          </w:p>
        </w:tc>
        <w:tc>
          <w:tcPr>
            <w:tcW w:w="337" w:type="pct"/>
            <w:gridSpan w:val="2"/>
            <w:vMerge/>
            <w:tcBorders>
              <w:left w:val="nil"/>
              <w:bottom w:val="single" w:sz="8" w:space="0" w:color="000000"/>
              <w:right w:val="nil"/>
            </w:tcBorders>
            <w:vAlign w:val="center"/>
            <w:hideMark/>
          </w:tcPr>
          <w:p w14:paraId="2084692A" w14:textId="77777777" w:rsidR="00726DBE" w:rsidRPr="00693325" w:rsidRDefault="00726DBE" w:rsidP="00841CFC">
            <w:pPr>
              <w:rPr>
                <w:rFonts w:ascii="Times New Roman" w:hAnsi="Times New Roman"/>
                <w:color w:val="000000"/>
                <w:sz w:val="16"/>
                <w:szCs w:val="16"/>
              </w:rPr>
            </w:pPr>
          </w:p>
        </w:tc>
      </w:tr>
      <w:tr w:rsidR="00726DBE" w:rsidRPr="00693325" w14:paraId="0AC9F008" w14:textId="77777777" w:rsidTr="00EB3E01">
        <w:trPr>
          <w:trHeight w:val="48"/>
        </w:trPr>
        <w:tc>
          <w:tcPr>
            <w:tcW w:w="909" w:type="pct"/>
            <w:tcBorders>
              <w:top w:val="nil"/>
              <w:left w:val="nil"/>
              <w:bottom w:val="nil"/>
              <w:right w:val="nil"/>
            </w:tcBorders>
            <w:shd w:val="clear" w:color="000000" w:fill="FFFFFF"/>
            <w:vAlign w:val="center"/>
            <w:hideMark/>
          </w:tcPr>
          <w:p w14:paraId="6535D556"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sz w:val="16"/>
              </w:rPr>
              <w:t>Inpatient, n (%)</w:t>
            </w:r>
            <w:r w:rsidRPr="00693325">
              <w:rPr>
                <w:rFonts w:ascii="Times New Roman" w:hAnsi="Times New Roman"/>
                <w:sz w:val="16"/>
              </w:rPr>
              <w:t xml:space="preserve"> </w:t>
            </w:r>
          </w:p>
        </w:tc>
        <w:tc>
          <w:tcPr>
            <w:tcW w:w="427" w:type="pct"/>
            <w:tcBorders>
              <w:top w:val="nil"/>
              <w:left w:val="nil"/>
              <w:bottom w:val="nil"/>
              <w:right w:val="nil"/>
            </w:tcBorders>
            <w:shd w:val="clear" w:color="000000" w:fill="F2F2F2"/>
            <w:vAlign w:val="center"/>
            <w:hideMark/>
          </w:tcPr>
          <w:p w14:paraId="5D4642A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21 (100.00)</w:t>
            </w:r>
          </w:p>
        </w:tc>
        <w:tc>
          <w:tcPr>
            <w:tcW w:w="427" w:type="pct"/>
            <w:tcBorders>
              <w:top w:val="nil"/>
              <w:left w:val="nil"/>
              <w:bottom w:val="nil"/>
              <w:right w:val="nil"/>
            </w:tcBorders>
            <w:shd w:val="clear" w:color="000000" w:fill="F2F2F2"/>
            <w:vAlign w:val="center"/>
            <w:hideMark/>
          </w:tcPr>
          <w:p w14:paraId="6B779E3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 (9.52)</w:t>
            </w:r>
          </w:p>
        </w:tc>
        <w:tc>
          <w:tcPr>
            <w:tcW w:w="427" w:type="pct"/>
            <w:gridSpan w:val="2"/>
            <w:tcBorders>
              <w:top w:val="nil"/>
              <w:left w:val="nil"/>
              <w:bottom w:val="nil"/>
              <w:right w:val="nil"/>
            </w:tcBorders>
            <w:shd w:val="clear" w:color="000000" w:fill="F2F2F2"/>
            <w:vAlign w:val="center"/>
            <w:hideMark/>
          </w:tcPr>
          <w:p w14:paraId="66FC870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21 (100.00)</w:t>
            </w:r>
          </w:p>
        </w:tc>
        <w:tc>
          <w:tcPr>
            <w:tcW w:w="427" w:type="pct"/>
            <w:gridSpan w:val="2"/>
            <w:tcBorders>
              <w:top w:val="nil"/>
              <w:left w:val="nil"/>
              <w:bottom w:val="nil"/>
              <w:right w:val="nil"/>
            </w:tcBorders>
            <w:shd w:val="clear" w:color="000000" w:fill="FFFFFF"/>
            <w:vAlign w:val="center"/>
            <w:hideMark/>
          </w:tcPr>
          <w:p w14:paraId="00D41D0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338" w:type="pct"/>
            <w:gridSpan w:val="2"/>
            <w:tcBorders>
              <w:top w:val="nil"/>
              <w:left w:val="nil"/>
              <w:bottom w:val="nil"/>
              <w:right w:val="nil"/>
            </w:tcBorders>
            <w:shd w:val="clear" w:color="000000" w:fill="FFFFFF"/>
            <w:vAlign w:val="center"/>
            <w:hideMark/>
          </w:tcPr>
          <w:p w14:paraId="646ABCC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&lt;0.001</w:t>
            </w:r>
          </w:p>
        </w:tc>
        <w:tc>
          <w:tcPr>
            <w:tcW w:w="427" w:type="pct"/>
            <w:tcBorders>
              <w:top w:val="nil"/>
              <w:left w:val="nil"/>
              <w:bottom w:val="nil"/>
              <w:right w:val="nil"/>
            </w:tcBorders>
            <w:shd w:val="clear" w:color="000000" w:fill="F2F2F2"/>
            <w:vAlign w:val="center"/>
            <w:hideMark/>
          </w:tcPr>
          <w:p w14:paraId="6DD92EA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13 (100.00)</w:t>
            </w:r>
          </w:p>
        </w:tc>
        <w:tc>
          <w:tcPr>
            <w:tcW w:w="427" w:type="pct"/>
            <w:tcBorders>
              <w:top w:val="nil"/>
              <w:left w:val="nil"/>
              <w:bottom w:val="nil"/>
              <w:right w:val="nil"/>
            </w:tcBorders>
            <w:shd w:val="clear" w:color="000000" w:fill="F2F2F2"/>
            <w:vAlign w:val="center"/>
            <w:hideMark/>
          </w:tcPr>
          <w:p w14:paraId="3FE0AF5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 (9.09)</w:t>
            </w:r>
          </w:p>
        </w:tc>
        <w:tc>
          <w:tcPr>
            <w:tcW w:w="427" w:type="pct"/>
            <w:tcBorders>
              <w:top w:val="nil"/>
              <w:left w:val="nil"/>
              <w:bottom w:val="nil"/>
              <w:right w:val="nil"/>
            </w:tcBorders>
            <w:shd w:val="clear" w:color="000000" w:fill="F2F2F2"/>
            <w:vAlign w:val="center"/>
            <w:hideMark/>
          </w:tcPr>
          <w:p w14:paraId="29B3664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13 (100.00)</w:t>
            </w:r>
          </w:p>
        </w:tc>
        <w:tc>
          <w:tcPr>
            <w:tcW w:w="427" w:type="pct"/>
            <w:tcBorders>
              <w:top w:val="nil"/>
              <w:left w:val="nil"/>
              <w:bottom w:val="nil"/>
              <w:right w:val="nil"/>
            </w:tcBorders>
            <w:shd w:val="clear" w:color="000000" w:fill="FFFFFF"/>
            <w:vAlign w:val="center"/>
            <w:hideMark/>
          </w:tcPr>
          <w:p w14:paraId="6266E10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 (1.54)</w:t>
            </w:r>
          </w:p>
        </w:tc>
        <w:tc>
          <w:tcPr>
            <w:tcW w:w="337" w:type="pct"/>
            <w:gridSpan w:val="2"/>
            <w:tcBorders>
              <w:top w:val="nil"/>
              <w:left w:val="nil"/>
              <w:bottom w:val="nil"/>
              <w:right w:val="nil"/>
            </w:tcBorders>
            <w:shd w:val="clear" w:color="000000" w:fill="FFFFFF"/>
            <w:vAlign w:val="center"/>
            <w:hideMark/>
          </w:tcPr>
          <w:p w14:paraId="1FD35E0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&lt;0.001</w:t>
            </w:r>
          </w:p>
        </w:tc>
      </w:tr>
      <w:tr w:rsidR="00726DBE" w:rsidRPr="00693325" w14:paraId="4A7618E2" w14:textId="77777777" w:rsidTr="00EB3E01">
        <w:trPr>
          <w:trHeight w:val="68"/>
        </w:trPr>
        <w:tc>
          <w:tcPr>
            <w:tcW w:w="909" w:type="pct"/>
            <w:tcBorders>
              <w:top w:val="nil"/>
              <w:left w:val="nil"/>
              <w:bottom w:val="nil"/>
              <w:right w:val="nil"/>
            </w:tcBorders>
            <w:shd w:val="clear" w:color="000000" w:fill="FFFFFF"/>
            <w:vAlign w:val="center"/>
            <w:hideMark/>
          </w:tcPr>
          <w:p w14:paraId="000A2812"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sz w:val="16"/>
              </w:rPr>
              <w:t>Number of admissions per patient, mean (SD)</w:t>
            </w:r>
          </w:p>
        </w:tc>
        <w:tc>
          <w:tcPr>
            <w:tcW w:w="427" w:type="pct"/>
            <w:tcBorders>
              <w:top w:val="nil"/>
              <w:left w:val="nil"/>
              <w:bottom w:val="nil"/>
              <w:right w:val="nil"/>
            </w:tcBorders>
            <w:shd w:val="clear" w:color="000000" w:fill="F2F2F2"/>
            <w:vAlign w:val="center"/>
            <w:hideMark/>
          </w:tcPr>
          <w:p w14:paraId="20AFE0C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0.96 (0.38)</w:t>
            </w:r>
          </w:p>
        </w:tc>
        <w:tc>
          <w:tcPr>
            <w:tcW w:w="427" w:type="pct"/>
            <w:tcBorders>
              <w:top w:val="nil"/>
              <w:left w:val="nil"/>
              <w:bottom w:val="nil"/>
              <w:right w:val="nil"/>
            </w:tcBorders>
            <w:shd w:val="clear" w:color="000000" w:fill="F2F2F2"/>
            <w:vAlign w:val="center"/>
            <w:hideMark/>
          </w:tcPr>
          <w:p w14:paraId="164E180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0.15 (0.10)</w:t>
            </w:r>
          </w:p>
        </w:tc>
        <w:tc>
          <w:tcPr>
            <w:tcW w:w="427" w:type="pct"/>
            <w:gridSpan w:val="2"/>
            <w:tcBorders>
              <w:top w:val="nil"/>
              <w:left w:val="nil"/>
              <w:bottom w:val="nil"/>
              <w:right w:val="nil"/>
            </w:tcBorders>
            <w:shd w:val="clear" w:color="000000" w:fill="F2F2F2"/>
            <w:vAlign w:val="center"/>
            <w:hideMark/>
          </w:tcPr>
          <w:p w14:paraId="4CFC390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0.13 (0.14)</w:t>
            </w:r>
          </w:p>
        </w:tc>
        <w:tc>
          <w:tcPr>
            <w:tcW w:w="427" w:type="pct"/>
            <w:gridSpan w:val="2"/>
            <w:tcBorders>
              <w:top w:val="nil"/>
              <w:left w:val="nil"/>
              <w:bottom w:val="nil"/>
              <w:right w:val="nil"/>
            </w:tcBorders>
            <w:shd w:val="clear" w:color="000000" w:fill="FFFFFF"/>
            <w:vAlign w:val="center"/>
            <w:hideMark/>
          </w:tcPr>
          <w:p w14:paraId="0323B64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w:t>
            </w:r>
          </w:p>
        </w:tc>
        <w:tc>
          <w:tcPr>
            <w:tcW w:w="338" w:type="pct"/>
            <w:gridSpan w:val="2"/>
            <w:tcBorders>
              <w:top w:val="nil"/>
              <w:left w:val="nil"/>
              <w:bottom w:val="nil"/>
              <w:right w:val="nil"/>
            </w:tcBorders>
            <w:shd w:val="clear" w:color="000000" w:fill="FFFFFF"/>
            <w:vAlign w:val="center"/>
            <w:hideMark/>
          </w:tcPr>
          <w:p w14:paraId="0C139BC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w:t>
            </w:r>
          </w:p>
        </w:tc>
        <w:tc>
          <w:tcPr>
            <w:tcW w:w="427" w:type="pct"/>
            <w:tcBorders>
              <w:top w:val="nil"/>
              <w:left w:val="nil"/>
              <w:bottom w:val="nil"/>
              <w:right w:val="nil"/>
            </w:tcBorders>
            <w:shd w:val="clear" w:color="000000" w:fill="F2F2F2"/>
            <w:vAlign w:val="center"/>
            <w:hideMark/>
          </w:tcPr>
          <w:p w14:paraId="674B012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1.05 (0.39)</w:t>
            </w:r>
          </w:p>
        </w:tc>
        <w:tc>
          <w:tcPr>
            <w:tcW w:w="427" w:type="pct"/>
            <w:tcBorders>
              <w:top w:val="nil"/>
              <w:left w:val="nil"/>
              <w:bottom w:val="nil"/>
              <w:right w:val="nil"/>
            </w:tcBorders>
            <w:shd w:val="clear" w:color="000000" w:fill="F2F2F2"/>
            <w:vAlign w:val="center"/>
            <w:hideMark/>
          </w:tcPr>
          <w:p w14:paraId="4378DF7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0.08 (0.00)</w:t>
            </w:r>
          </w:p>
        </w:tc>
        <w:tc>
          <w:tcPr>
            <w:tcW w:w="427" w:type="pct"/>
            <w:tcBorders>
              <w:top w:val="nil"/>
              <w:left w:val="nil"/>
              <w:bottom w:val="nil"/>
              <w:right w:val="nil"/>
            </w:tcBorders>
            <w:shd w:val="clear" w:color="000000" w:fill="F2F2F2"/>
            <w:vAlign w:val="center"/>
            <w:hideMark/>
          </w:tcPr>
          <w:p w14:paraId="0F210D9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0.33 (0.57)</w:t>
            </w:r>
          </w:p>
        </w:tc>
        <w:tc>
          <w:tcPr>
            <w:tcW w:w="427" w:type="pct"/>
            <w:tcBorders>
              <w:top w:val="nil"/>
              <w:left w:val="nil"/>
              <w:bottom w:val="nil"/>
              <w:right w:val="nil"/>
            </w:tcBorders>
            <w:shd w:val="clear" w:color="000000" w:fill="FFFFFF"/>
            <w:vAlign w:val="center"/>
            <w:hideMark/>
          </w:tcPr>
          <w:p w14:paraId="0213AA1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0.03 (-)</w:t>
            </w:r>
          </w:p>
        </w:tc>
        <w:tc>
          <w:tcPr>
            <w:tcW w:w="337" w:type="pct"/>
            <w:gridSpan w:val="2"/>
            <w:tcBorders>
              <w:top w:val="nil"/>
              <w:left w:val="nil"/>
              <w:bottom w:val="nil"/>
              <w:right w:val="nil"/>
            </w:tcBorders>
            <w:shd w:val="clear" w:color="000000" w:fill="FFFFFF"/>
            <w:vAlign w:val="center"/>
            <w:hideMark/>
          </w:tcPr>
          <w:p w14:paraId="4770B90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w:t>
            </w:r>
          </w:p>
        </w:tc>
      </w:tr>
      <w:tr w:rsidR="00726DBE" w:rsidRPr="00693325" w14:paraId="7D7741B6" w14:textId="77777777" w:rsidTr="00EB3E01">
        <w:trPr>
          <w:trHeight w:val="68"/>
        </w:trPr>
        <w:tc>
          <w:tcPr>
            <w:tcW w:w="909" w:type="pct"/>
            <w:tcBorders>
              <w:top w:val="nil"/>
              <w:left w:val="nil"/>
              <w:bottom w:val="nil"/>
              <w:right w:val="nil"/>
            </w:tcBorders>
            <w:shd w:val="clear" w:color="000000" w:fill="FFFFFF"/>
            <w:vAlign w:val="center"/>
            <w:hideMark/>
          </w:tcPr>
          <w:p w14:paraId="2FA56574"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sz w:val="16"/>
              </w:rPr>
              <w:t>Length of stay per admission (days), mean (SD)</w:t>
            </w:r>
          </w:p>
        </w:tc>
        <w:tc>
          <w:tcPr>
            <w:tcW w:w="427" w:type="pct"/>
            <w:tcBorders>
              <w:top w:val="nil"/>
              <w:left w:val="nil"/>
              <w:bottom w:val="nil"/>
              <w:right w:val="nil"/>
            </w:tcBorders>
            <w:shd w:val="clear" w:color="000000" w:fill="F2F2F2"/>
            <w:vAlign w:val="center"/>
            <w:hideMark/>
          </w:tcPr>
          <w:p w14:paraId="7731D45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6.14 (2.65)</w:t>
            </w:r>
          </w:p>
        </w:tc>
        <w:tc>
          <w:tcPr>
            <w:tcW w:w="427" w:type="pct"/>
            <w:tcBorders>
              <w:top w:val="nil"/>
              <w:left w:val="nil"/>
              <w:bottom w:val="nil"/>
              <w:right w:val="nil"/>
            </w:tcBorders>
            <w:shd w:val="clear" w:color="000000" w:fill="F2F2F2"/>
            <w:vAlign w:val="center"/>
            <w:hideMark/>
          </w:tcPr>
          <w:p w14:paraId="4DAB756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0.09 (0.27)</w:t>
            </w:r>
          </w:p>
        </w:tc>
        <w:tc>
          <w:tcPr>
            <w:tcW w:w="427" w:type="pct"/>
            <w:gridSpan w:val="2"/>
            <w:tcBorders>
              <w:top w:val="nil"/>
              <w:left w:val="nil"/>
              <w:bottom w:val="nil"/>
              <w:right w:val="nil"/>
            </w:tcBorders>
            <w:shd w:val="clear" w:color="000000" w:fill="F2F2F2"/>
            <w:vAlign w:val="center"/>
            <w:hideMark/>
          </w:tcPr>
          <w:p w14:paraId="45C3D6F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0.79 (0.68)</w:t>
            </w:r>
          </w:p>
        </w:tc>
        <w:tc>
          <w:tcPr>
            <w:tcW w:w="427" w:type="pct"/>
            <w:gridSpan w:val="2"/>
            <w:tcBorders>
              <w:top w:val="nil"/>
              <w:left w:val="nil"/>
              <w:bottom w:val="nil"/>
              <w:right w:val="nil"/>
            </w:tcBorders>
            <w:shd w:val="clear" w:color="000000" w:fill="FFFFFF"/>
            <w:vAlign w:val="center"/>
            <w:hideMark/>
          </w:tcPr>
          <w:p w14:paraId="051BC1A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338" w:type="pct"/>
            <w:gridSpan w:val="2"/>
            <w:tcBorders>
              <w:top w:val="nil"/>
              <w:left w:val="nil"/>
              <w:bottom w:val="nil"/>
              <w:right w:val="nil"/>
            </w:tcBorders>
            <w:shd w:val="clear" w:color="000000" w:fill="FFFFFF"/>
            <w:vAlign w:val="center"/>
            <w:hideMark/>
          </w:tcPr>
          <w:p w14:paraId="14E1661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&lt;0.001</w:t>
            </w:r>
          </w:p>
        </w:tc>
        <w:tc>
          <w:tcPr>
            <w:tcW w:w="427" w:type="pct"/>
            <w:tcBorders>
              <w:top w:val="nil"/>
              <w:left w:val="nil"/>
              <w:bottom w:val="nil"/>
              <w:right w:val="nil"/>
            </w:tcBorders>
            <w:shd w:val="clear" w:color="000000" w:fill="F2F2F2"/>
            <w:vAlign w:val="center"/>
            <w:hideMark/>
          </w:tcPr>
          <w:p w14:paraId="2617015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5.07 (2.90)</w:t>
            </w:r>
          </w:p>
        </w:tc>
        <w:tc>
          <w:tcPr>
            <w:tcW w:w="427" w:type="pct"/>
            <w:tcBorders>
              <w:top w:val="nil"/>
              <w:left w:val="nil"/>
              <w:bottom w:val="nil"/>
              <w:right w:val="nil"/>
            </w:tcBorders>
            <w:shd w:val="clear" w:color="000000" w:fill="F2F2F2"/>
            <w:vAlign w:val="center"/>
            <w:hideMark/>
          </w:tcPr>
          <w:p w14:paraId="5B9C014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0.15 (0.50)</w:t>
            </w:r>
          </w:p>
        </w:tc>
        <w:tc>
          <w:tcPr>
            <w:tcW w:w="427" w:type="pct"/>
            <w:tcBorders>
              <w:top w:val="nil"/>
              <w:left w:val="nil"/>
              <w:bottom w:val="nil"/>
              <w:right w:val="nil"/>
            </w:tcBorders>
            <w:shd w:val="clear" w:color="000000" w:fill="F2F2F2"/>
            <w:vAlign w:val="center"/>
            <w:hideMark/>
          </w:tcPr>
          <w:p w14:paraId="0AEB1A3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0.90 (0.85)</w:t>
            </w:r>
          </w:p>
        </w:tc>
        <w:tc>
          <w:tcPr>
            <w:tcW w:w="427" w:type="pct"/>
            <w:tcBorders>
              <w:top w:val="nil"/>
              <w:left w:val="nil"/>
              <w:bottom w:val="nil"/>
              <w:right w:val="nil"/>
            </w:tcBorders>
            <w:shd w:val="clear" w:color="000000" w:fill="FFFFFF"/>
            <w:vAlign w:val="center"/>
            <w:hideMark/>
          </w:tcPr>
          <w:p w14:paraId="785902F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0.00 (0.01)</w:t>
            </w:r>
          </w:p>
        </w:tc>
        <w:tc>
          <w:tcPr>
            <w:tcW w:w="337" w:type="pct"/>
            <w:gridSpan w:val="2"/>
            <w:tcBorders>
              <w:top w:val="nil"/>
              <w:left w:val="nil"/>
              <w:bottom w:val="nil"/>
              <w:right w:val="nil"/>
            </w:tcBorders>
            <w:shd w:val="clear" w:color="000000" w:fill="FFFFFF"/>
            <w:vAlign w:val="center"/>
            <w:hideMark/>
          </w:tcPr>
          <w:p w14:paraId="09D2F7C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&lt;0.001</w:t>
            </w:r>
          </w:p>
        </w:tc>
      </w:tr>
      <w:tr w:rsidR="00726DBE" w:rsidRPr="00693325" w14:paraId="19C4217A" w14:textId="77777777" w:rsidTr="00EB3E01">
        <w:trPr>
          <w:trHeight w:val="68"/>
        </w:trPr>
        <w:tc>
          <w:tcPr>
            <w:tcW w:w="909" w:type="pct"/>
            <w:tcBorders>
              <w:top w:val="nil"/>
              <w:left w:val="nil"/>
              <w:bottom w:val="nil"/>
              <w:right w:val="nil"/>
            </w:tcBorders>
            <w:shd w:val="clear" w:color="000000" w:fill="FFFFFF"/>
            <w:vAlign w:val="center"/>
            <w:hideMark/>
          </w:tcPr>
          <w:p w14:paraId="6320CF76"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sz w:val="16"/>
              </w:rPr>
              <w:t>Outpatient</w:t>
            </w:r>
          </w:p>
        </w:tc>
        <w:tc>
          <w:tcPr>
            <w:tcW w:w="427" w:type="pct"/>
            <w:tcBorders>
              <w:top w:val="nil"/>
              <w:left w:val="nil"/>
              <w:bottom w:val="nil"/>
              <w:right w:val="nil"/>
            </w:tcBorders>
            <w:shd w:val="clear" w:color="000000" w:fill="F2F2F2"/>
            <w:vAlign w:val="center"/>
            <w:hideMark/>
          </w:tcPr>
          <w:p w14:paraId="7CC3D4E1"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rPr>
              <w:t> </w:t>
            </w:r>
          </w:p>
        </w:tc>
        <w:tc>
          <w:tcPr>
            <w:tcW w:w="427" w:type="pct"/>
            <w:tcBorders>
              <w:top w:val="nil"/>
              <w:left w:val="nil"/>
              <w:bottom w:val="nil"/>
              <w:right w:val="nil"/>
            </w:tcBorders>
            <w:shd w:val="clear" w:color="000000" w:fill="F2F2F2"/>
            <w:vAlign w:val="center"/>
            <w:hideMark/>
          </w:tcPr>
          <w:p w14:paraId="7FCAB4F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 </w:t>
            </w:r>
          </w:p>
        </w:tc>
        <w:tc>
          <w:tcPr>
            <w:tcW w:w="427" w:type="pct"/>
            <w:gridSpan w:val="2"/>
            <w:tcBorders>
              <w:top w:val="nil"/>
              <w:left w:val="nil"/>
              <w:bottom w:val="nil"/>
              <w:right w:val="nil"/>
            </w:tcBorders>
            <w:shd w:val="clear" w:color="000000" w:fill="F2F2F2"/>
            <w:vAlign w:val="center"/>
            <w:hideMark/>
          </w:tcPr>
          <w:p w14:paraId="1E8D8A6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 </w:t>
            </w:r>
          </w:p>
        </w:tc>
        <w:tc>
          <w:tcPr>
            <w:tcW w:w="427" w:type="pct"/>
            <w:gridSpan w:val="2"/>
            <w:tcBorders>
              <w:top w:val="nil"/>
              <w:left w:val="nil"/>
              <w:bottom w:val="nil"/>
              <w:right w:val="nil"/>
            </w:tcBorders>
            <w:shd w:val="clear" w:color="000000" w:fill="FFFFFF"/>
            <w:vAlign w:val="center"/>
            <w:hideMark/>
          </w:tcPr>
          <w:p w14:paraId="3703521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 </w:t>
            </w:r>
          </w:p>
        </w:tc>
        <w:tc>
          <w:tcPr>
            <w:tcW w:w="338" w:type="pct"/>
            <w:gridSpan w:val="2"/>
            <w:tcBorders>
              <w:top w:val="nil"/>
              <w:left w:val="nil"/>
              <w:bottom w:val="nil"/>
              <w:right w:val="nil"/>
            </w:tcBorders>
            <w:shd w:val="clear" w:color="000000" w:fill="FFFFFF"/>
            <w:vAlign w:val="center"/>
            <w:hideMark/>
          </w:tcPr>
          <w:p w14:paraId="1570C01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 </w:t>
            </w:r>
          </w:p>
        </w:tc>
        <w:tc>
          <w:tcPr>
            <w:tcW w:w="427" w:type="pct"/>
            <w:tcBorders>
              <w:top w:val="nil"/>
              <w:left w:val="nil"/>
              <w:bottom w:val="nil"/>
              <w:right w:val="nil"/>
            </w:tcBorders>
            <w:shd w:val="clear" w:color="000000" w:fill="F2F2F2"/>
            <w:vAlign w:val="center"/>
            <w:hideMark/>
          </w:tcPr>
          <w:p w14:paraId="2186826F"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rPr>
              <w:t> </w:t>
            </w:r>
          </w:p>
        </w:tc>
        <w:tc>
          <w:tcPr>
            <w:tcW w:w="427" w:type="pct"/>
            <w:tcBorders>
              <w:top w:val="nil"/>
              <w:left w:val="nil"/>
              <w:bottom w:val="nil"/>
              <w:right w:val="nil"/>
            </w:tcBorders>
            <w:shd w:val="clear" w:color="000000" w:fill="F2F2F2"/>
            <w:vAlign w:val="center"/>
            <w:hideMark/>
          </w:tcPr>
          <w:p w14:paraId="40469FC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 </w:t>
            </w:r>
          </w:p>
        </w:tc>
        <w:tc>
          <w:tcPr>
            <w:tcW w:w="427" w:type="pct"/>
            <w:tcBorders>
              <w:top w:val="nil"/>
              <w:left w:val="nil"/>
              <w:bottom w:val="nil"/>
              <w:right w:val="nil"/>
            </w:tcBorders>
            <w:shd w:val="clear" w:color="000000" w:fill="F2F2F2"/>
            <w:vAlign w:val="center"/>
            <w:hideMark/>
          </w:tcPr>
          <w:p w14:paraId="706BC19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 </w:t>
            </w:r>
          </w:p>
        </w:tc>
        <w:tc>
          <w:tcPr>
            <w:tcW w:w="427" w:type="pct"/>
            <w:tcBorders>
              <w:top w:val="nil"/>
              <w:left w:val="nil"/>
              <w:bottom w:val="nil"/>
              <w:right w:val="nil"/>
            </w:tcBorders>
            <w:shd w:val="clear" w:color="000000" w:fill="FFFFFF"/>
            <w:vAlign w:val="center"/>
            <w:hideMark/>
          </w:tcPr>
          <w:p w14:paraId="70EEE8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 </w:t>
            </w:r>
          </w:p>
        </w:tc>
        <w:tc>
          <w:tcPr>
            <w:tcW w:w="337" w:type="pct"/>
            <w:gridSpan w:val="2"/>
            <w:tcBorders>
              <w:top w:val="nil"/>
              <w:left w:val="nil"/>
              <w:bottom w:val="nil"/>
              <w:right w:val="nil"/>
            </w:tcBorders>
            <w:shd w:val="clear" w:color="000000" w:fill="FFFFFF"/>
            <w:vAlign w:val="center"/>
            <w:hideMark/>
          </w:tcPr>
          <w:p w14:paraId="185BEDF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 </w:t>
            </w:r>
          </w:p>
        </w:tc>
      </w:tr>
      <w:tr w:rsidR="00726DBE" w:rsidRPr="00693325" w14:paraId="5F5AA483" w14:textId="77777777" w:rsidTr="00EB3E01">
        <w:trPr>
          <w:trHeight w:val="280"/>
        </w:trPr>
        <w:tc>
          <w:tcPr>
            <w:tcW w:w="909" w:type="pct"/>
            <w:tcBorders>
              <w:top w:val="nil"/>
              <w:left w:val="nil"/>
              <w:bottom w:val="nil"/>
              <w:right w:val="nil"/>
            </w:tcBorders>
            <w:shd w:val="clear" w:color="000000" w:fill="FFFFFF"/>
            <w:vAlign w:val="center"/>
            <w:hideMark/>
          </w:tcPr>
          <w:p w14:paraId="14450084"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sz w:val="16"/>
              </w:rPr>
              <w:t>ED visits, n (%)</w:t>
            </w:r>
          </w:p>
        </w:tc>
        <w:tc>
          <w:tcPr>
            <w:tcW w:w="427" w:type="pct"/>
            <w:tcBorders>
              <w:top w:val="nil"/>
              <w:left w:val="nil"/>
              <w:bottom w:val="nil"/>
              <w:right w:val="nil"/>
            </w:tcBorders>
            <w:shd w:val="clear" w:color="000000" w:fill="F2F2F2"/>
            <w:vAlign w:val="center"/>
            <w:hideMark/>
          </w:tcPr>
          <w:p w14:paraId="36318E7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5 (23.81)</w:t>
            </w:r>
          </w:p>
        </w:tc>
        <w:tc>
          <w:tcPr>
            <w:tcW w:w="427" w:type="pct"/>
            <w:tcBorders>
              <w:top w:val="nil"/>
              <w:left w:val="nil"/>
              <w:bottom w:val="nil"/>
              <w:right w:val="nil"/>
            </w:tcBorders>
            <w:shd w:val="clear" w:color="000000" w:fill="F2F2F2"/>
            <w:vAlign w:val="center"/>
            <w:hideMark/>
          </w:tcPr>
          <w:p w14:paraId="26331BC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 (14.29)</w:t>
            </w:r>
          </w:p>
        </w:tc>
        <w:tc>
          <w:tcPr>
            <w:tcW w:w="427" w:type="pct"/>
            <w:gridSpan w:val="2"/>
            <w:tcBorders>
              <w:top w:val="nil"/>
              <w:left w:val="nil"/>
              <w:bottom w:val="nil"/>
              <w:right w:val="nil"/>
            </w:tcBorders>
            <w:shd w:val="clear" w:color="000000" w:fill="F2F2F2"/>
            <w:vAlign w:val="center"/>
            <w:hideMark/>
          </w:tcPr>
          <w:p w14:paraId="11BDBC7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7 (33.33)</w:t>
            </w:r>
          </w:p>
        </w:tc>
        <w:tc>
          <w:tcPr>
            <w:tcW w:w="427" w:type="pct"/>
            <w:gridSpan w:val="2"/>
            <w:tcBorders>
              <w:top w:val="nil"/>
              <w:left w:val="nil"/>
              <w:bottom w:val="nil"/>
              <w:right w:val="nil"/>
            </w:tcBorders>
            <w:shd w:val="clear" w:color="000000" w:fill="FFFFFF"/>
            <w:vAlign w:val="center"/>
            <w:hideMark/>
          </w:tcPr>
          <w:p w14:paraId="36F4284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5 (4.76)</w:t>
            </w:r>
          </w:p>
        </w:tc>
        <w:tc>
          <w:tcPr>
            <w:tcW w:w="338" w:type="pct"/>
            <w:gridSpan w:val="2"/>
            <w:tcBorders>
              <w:top w:val="nil"/>
              <w:left w:val="nil"/>
              <w:bottom w:val="nil"/>
              <w:right w:val="nil"/>
            </w:tcBorders>
            <w:shd w:val="clear" w:color="000000" w:fill="FFFFFF"/>
            <w:vAlign w:val="center"/>
            <w:hideMark/>
          </w:tcPr>
          <w:p w14:paraId="4FB9053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0.001</w:t>
            </w:r>
          </w:p>
        </w:tc>
        <w:tc>
          <w:tcPr>
            <w:tcW w:w="427" w:type="pct"/>
            <w:tcBorders>
              <w:top w:val="nil"/>
              <w:left w:val="nil"/>
              <w:bottom w:val="nil"/>
              <w:right w:val="nil"/>
            </w:tcBorders>
            <w:shd w:val="clear" w:color="000000" w:fill="F2F2F2"/>
            <w:vAlign w:val="center"/>
            <w:hideMark/>
          </w:tcPr>
          <w:p w14:paraId="080A641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 (15.38)</w:t>
            </w:r>
          </w:p>
        </w:tc>
        <w:tc>
          <w:tcPr>
            <w:tcW w:w="427" w:type="pct"/>
            <w:tcBorders>
              <w:top w:val="nil"/>
              <w:left w:val="nil"/>
              <w:bottom w:val="nil"/>
              <w:right w:val="nil"/>
            </w:tcBorders>
            <w:shd w:val="clear" w:color="000000" w:fill="F2F2F2"/>
            <w:vAlign w:val="center"/>
            <w:hideMark/>
          </w:tcPr>
          <w:p w14:paraId="11AE1D3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 (18.18)</w:t>
            </w:r>
          </w:p>
        </w:tc>
        <w:tc>
          <w:tcPr>
            <w:tcW w:w="427" w:type="pct"/>
            <w:tcBorders>
              <w:top w:val="nil"/>
              <w:left w:val="nil"/>
              <w:bottom w:val="nil"/>
              <w:right w:val="nil"/>
            </w:tcBorders>
            <w:shd w:val="clear" w:color="000000" w:fill="F2F2F2"/>
            <w:vAlign w:val="center"/>
            <w:hideMark/>
          </w:tcPr>
          <w:p w14:paraId="5FA3D1E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 (30.77)</w:t>
            </w:r>
          </w:p>
        </w:tc>
        <w:tc>
          <w:tcPr>
            <w:tcW w:w="427" w:type="pct"/>
            <w:tcBorders>
              <w:top w:val="nil"/>
              <w:left w:val="nil"/>
              <w:bottom w:val="nil"/>
              <w:right w:val="nil"/>
            </w:tcBorders>
            <w:shd w:val="clear" w:color="000000" w:fill="FFFFFF"/>
            <w:vAlign w:val="center"/>
            <w:hideMark/>
          </w:tcPr>
          <w:p w14:paraId="2AB8354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 (6.15)</w:t>
            </w:r>
          </w:p>
        </w:tc>
        <w:tc>
          <w:tcPr>
            <w:tcW w:w="337" w:type="pct"/>
            <w:gridSpan w:val="2"/>
            <w:tcBorders>
              <w:top w:val="nil"/>
              <w:left w:val="nil"/>
              <w:bottom w:val="nil"/>
              <w:right w:val="nil"/>
            </w:tcBorders>
            <w:shd w:val="clear" w:color="000000" w:fill="FFFFFF"/>
            <w:vAlign w:val="center"/>
            <w:hideMark/>
          </w:tcPr>
          <w:p w14:paraId="77DFCA2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0.023</w:t>
            </w:r>
          </w:p>
        </w:tc>
      </w:tr>
      <w:tr w:rsidR="00726DBE" w:rsidRPr="00693325" w14:paraId="1749D48A" w14:textId="77777777" w:rsidTr="003B4090">
        <w:trPr>
          <w:trHeight w:val="68"/>
        </w:trPr>
        <w:tc>
          <w:tcPr>
            <w:tcW w:w="909" w:type="pct"/>
            <w:tcBorders>
              <w:top w:val="nil"/>
              <w:left w:val="nil"/>
              <w:right w:val="nil"/>
            </w:tcBorders>
            <w:shd w:val="clear" w:color="000000" w:fill="FFFFFF"/>
            <w:vAlign w:val="center"/>
            <w:hideMark/>
          </w:tcPr>
          <w:p w14:paraId="336622E9" w14:textId="77777777" w:rsidR="00726DBE" w:rsidRPr="00693325" w:rsidRDefault="00726DBE" w:rsidP="00841CFC">
            <w:pPr>
              <w:ind w:leftChars="100" w:left="240"/>
              <w:rPr>
                <w:rFonts w:ascii="Times New Roman" w:hAnsi="Times New Roman"/>
                <w:color w:val="000000"/>
                <w:sz w:val="16"/>
                <w:szCs w:val="16"/>
              </w:rPr>
            </w:pPr>
            <w:r w:rsidRPr="00693325">
              <w:rPr>
                <w:rFonts w:ascii="Times New Roman" w:hAnsi="Times New Roman"/>
                <w:sz w:val="16"/>
              </w:rPr>
              <w:t>Number of ED visits per patient, mean (SD)</w:t>
            </w:r>
          </w:p>
        </w:tc>
        <w:tc>
          <w:tcPr>
            <w:tcW w:w="427" w:type="pct"/>
            <w:tcBorders>
              <w:top w:val="nil"/>
              <w:left w:val="nil"/>
              <w:right w:val="nil"/>
            </w:tcBorders>
            <w:shd w:val="clear" w:color="000000" w:fill="F2F2F2"/>
            <w:vAlign w:val="center"/>
            <w:hideMark/>
          </w:tcPr>
          <w:p w14:paraId="70561F0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0.24 (0.48)</w:t>
            </w:r>
          </w:p>
        </w:tc>
        <w:tc>
          <w:tcPr>
            <w:tcW w:w="427" w:type="pct"/>
            <w:tcBorders>
              <w:top w:val="nil"/>
              <w:left w:val="nil"/>
              <w:right w:val="nil"/>
            </w:tcBorders>
            <w:shd w:val="clear" w:color="000000" w:fill="F2F2F2"/>
            <w:vAlign w:val="center"/>
            <w:hideMark/>
          </w:tcPr>
          <w:p w14:paraId="32F06BD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0.01 (0.05)</w:t>
            </w:r>
          </w:p>
        </w:tc>
        <w:tc>
          <w:tcPr>
            <w:tcW w:w="427" w:type="pct"/>
            <w:gridSpan w:val="2"/>
            <w:tcBorders>
              <w:top w:val="nil"/>
              <w:left w:val="nil"/>
              <w:right w:val="nil"/>
            </w:tcBorders>
            <w:shd w:val="clear" w:color="000000" w:fill="F2F2F2"/>
            <w:vAlign w:val="center"/>
            <w:hideMark/>
          </w:tcPr>
          <w:p w14:paraId="4C64ED8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0.04 (0.12)</w:t>
            </w:r>
          </w:p>
        </w:tc>
        <w:tc>
          <w:tcPr>
            <w:tcW w:w="427" w:type="pct"/>
            <w:gridSpan w:val="2"/>
            <w:tcBorders>
              <w:top w:val="nil"/>
              <w:left w:val="nil"/>
              <w:right w:val="nil"/>
            </w:tcBorders>
            <w:shd w:val="clear" w:color="000000" w:fill="FFFFFF"/>
            <w:vAlign w:val="center"/>
            <w:hideMark/>
          </w:tcPr>
          <w:p w14:paraId="56F9C55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0.00 (0.02)</w:t>
            </w:r>
          </w:p>
        </w:tc>
        <w:tc>
          <w:tcPr>
            <w:tcW w:w="338" w:type="pct"/>
            <w:gridSpan w:val="2"/>
            <w:tcBorders>
              <w:top w:val="nil"/>
              <w:left w:val="nil"/>
              <w:right w:val="nil"/>
            </w:tcBorders>
            <w:shd w:val="clear" w:color="000000" w:fill="FFFFFF"/>
            <w:vAlign w:val="center"/>
            <w:hideMark/>
          </w:tcPr>
          <w:p w14:paraId="4713636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0.001</w:t>
            </w:r>
          </w:p>
        </w:tc>
        <w:tc>
          <w:tcPr>
            <w:tcW w:w="427" w:type="pct"/>
            <w:tcBorders>
              <w:top w:val="nil"/>
              <w:left w:val="nil"/>
              <w:right w:val="nil"/>
            </w:tcBorders>
            <w:shd w:val="clear" w:color="000000" w:fill="F2F2F2"/>
            <w:vAlign w:val="center"/>
            <w:hideMark/>
          </w:tcPr>
          <w:p w14:paraId="4DD9625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0.20 (0.50)</w:t>
            </w:r>
          </w:p>
        </w:tc>
        <w:tc>
          <w:tcPr>
            <w:tcW w:w="427" w:type="pct"/>
            <w:tcBorders>
              <w:top w:val="nil"/>
              <w:left w:val="nil"/>
              <w:right w:val="nil"/>
            </w:tcBorders>
            <w:shd w:val="clear" w:color="000000" w:fill="F2F2F2"/>
            <w:vAlign w:val="center"/>
            <w:hideMark/>
          </w:tcPr>
          <w:p w14:paraId="279EDAC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0.01 (0.03)</w:t>
            </w:r>
          </w:p>
        </w:tc>
        <w:tc>
          <w:tcPr>
            <w:tcW w:w="427" w:type="pct"/>
            <w:tcBorders>
              <w:top w:val="nil"/>
              <w:left w:val="nil"/>
              <w:right w:val="nil"/>
            </w:tcBorders>
            <w:shd w:val="clear" w:color="000000" w:fill="F2F2F2"/>
            <w:vAlign w:val="center"/>
            <w:hideMark/>
          </w:tcPr>
          <w:p w14:paraId="143CEEF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0.05 (0.14)</w:t>
            </w:r>
          </w:p>
        </w:tc>
        <w:tc>
          <w:tcPr>
            <w:tcW w:w="427" w:type="pct"/>
            <w:tcBorders>
              <w:top w:val="nil"/>
              <w:left w:val="nil"/>
              <w:right w:val="nil"/>
            </w:tcBorders>
            <w:shd w:val="clear" w:color="000000" w:fill="FFFFFF"/>
            <w:vAlign w:val="center"/>
            <w:hideMark/>
          </w:tcPr>
          <w:p w14:paraId="00A7992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0.00 (0.02)</w:t>
            </w:r>
          </w:p>
        </w:tc>
        <w:tc>
          <w:tcPr>
            <w:tcW w:w="337" w:type="pct"/>
            <w:gridSpan w:val="2"/>
            <w:tcBorders>
              <w:top w:val="nil"/>
              <w:left w:val="nil"/>
              <w:right w:val="nil"/>
            </w:tcBorders>
            <w:shd w:val="clear" w:color="000000" w:fill="FFFFFF"/>
            <w:vAlign w:val="center"/>
            <w:hideMark/>
          </w:tcPr>
          <w:p w14:paraId="38AB1B7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0.006</w:t>
            </w:r>
          </w:p>
        </w:tc>
      </w:tr>
      <w:tr w:rsidR="00726DBE" w:rsidRPr="00693325" w14:paraId="5B828E7A" w14:textId="77777777" w:rsidTr="003B4090">
        <w:trPr>
          <w:trHeight w:val="68"/>
        </w:trPr>
        <w:tc>
          <w:tcPr>
            <w:tcW w:w="909" w:type="pct"/>
            <w:tcBorders>
              <w:top w:val="nil"/>
              <w:left w:val="nil"/>
              <w:right w:val="nil"/>
            </w:tcBorders>
            <w:shd w:val="clear" w:color="000000" w:fill="FFFFFF"/>
            <w:vAlign w:val="center"/>
            <w:hideMark/>
          </w:tcPr>
          <w:p w14:paraId="066B8070"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sz w:val="16"/>
              </w:rPr>
              <w:t>Urgent care visits, n (%)</w:t>
            </w:r>
          </w:p>
        </w:tc>
        <w:tc>
          <w:tcPr>
            <w:tcW w:w="427" w:type="pct"/>
            <w:tcBorders>
              <w:top w:val="nil"/>
              <w:left w:val="nil"/>
              <w:right w:val="nil"/>
            </w:tcBorders>
            <w:shd w:val="clear" w:color="000000" w:fill="F2F2F2"/>
            <w:vAlign w:val="center"/>
            <w:hideMark/>
          </w:tcPr>
          <w:p w14:paraId="652AF50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 (4.76)</w:t>
            </w:r>
          </w:p>
        </w:tc>
        <w:tc>
          <w:tcPr>
            <w:tcW w:w="427" w:type="pct"/>
            <w:tcBorders>
              <w:top w:val="nil"/>
              <w:left w:val="nil"/>
              <w:right w:val="nil"/>
            </w:tcBorders>
            <w:shd w:val="clear" w:color="000000" w:fill="F2F2F2"/>
            <w:vAlign w:val="center"/>
            <w:hideMark/>
          </w:tcPr>
          <w:p w14:paraId="3C07953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427" w:type="pct"/>
            <w:gridSpan w:val="2"/>
            <w:tcBorders>
              <w:top w:val="nil"/>
              <w:left w:val="nil"/>
              <w:right w:val="nil"/>
            </w:tcBorders>
            <w:shd w:val="clear" w:color="000000" w:fill="F2F2F2"/>
            <w:vAlign w:val="center"/>
            <w:hideMark/>
          </w:tcPr>
          <w:p w14:paraId="09F4403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 (4.76)</w:t>
            </w:r>
          </w:p>
        </w:tc>
        <w:tc>
          <w:tcPr>
            <w:tcW w:w="427" w:type="pct"/>
            <w:gridSpan w:val="2"/>
            <w:tcBorders>
              <w:top w:val="nil"/>
              <w:left w:val="nil"/>
              <w:right w:val="nil"/>
            </w:tcBorders>
            <w:shd w:val="clear" w:color="000000" w:fill="FFFFFF"/>
            <w:vAlign w:val="center"/>
            <w:hideMark/>
          </w:tcPr>
          <w:p w14:paraId="7A51352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338" w:type="pct"/>
            <w:gridSpan w:val="2"/>
            <w:tcBorders>
              <w:top w:val="nil"/>
              <w:left w:val="nil"/>
              <w:right w:val="nil"/>
            </w:tcBorders>
            <w:shd w:val="clear" w:color="000000" w:fill="FFFFFF"/>
            <w:vAlign w:val="center"/>
            <w:hideMark/>
          </w:tcPr>
          <w:p w14:paraId="187126E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0.167</w:t>
            </w:r>
          </w:p>
        </w:tc>
        <w:tc>
          <w:tcPr>
            <w:tcW w:w="427" w:type="pct"/>
            <w:tcBorders>
              <w:top w:val="nil"/>
              <w:left w:val="nil"/>
              <w:right w:val="nil"/>
            </w:tcBorders>
            <w:shd w:val="clear" w:color="000000" w:fill="F2F2F2"/>
            <w:vAlign w:val="center"/>
            <w:hideMark/>
          </w:tcPr>
          <w:p w14:paraId="47EF6BC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(0.00)</w:t>
            </w:r>
          </w:p>
        </w:tc>
        <w:tc>
          <w:tcPr>
            <w:tcW w:w="427" w:type="pct"/>
            <w:tcBorders>
              <w:top w:val="nil"/>
              <w:left w:val="nil"/>
              <w:right w:val="nil"/>
            </w:tcBorders>
            <w:shd w:val="clear" w:color="000000" w:fill="F2F2F2"/>
            <w:vAlign w:val="center"/>
            <w:hideMark/>
          </w:tcPr>
          <w:p w14:paraId="470679A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 (9.09)</w:t>
            </w:r>
          </w:p>
        </w:tc>
        <w:tc>
          <w:tcPr>
            <w:tcW w:w="427" w:type="pct"/>
            <w:tcBorders>
              <w:top w:val="nil"/>
              <w:left w:val="nil"/>
              <w:right w:val="nil"/>
            </w:tcBorders>
            <w:shd w:val="clear" w:color="000000" w:fill="F2F2F2"/>
            <w:vAlign w:val="center"/>
            <w:hideMark/>
          </w:tcPr>
          <w:p w14:paraId="5E76A72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 (7.69)</w:t>
            </w:r>
          </w:p>
        </w:tc>
        <w:tc>
          <w:tcPr>
            <w:tcW w:w="427" w:type="pct"/>
            <w:tcBorders>
              <w:top w:val="nil"/>
              <w:left w:val="nil"/>
              <w:right w:val="nil"/>
            </w:tcBorders>
            <w:shd w:val="clear" w:color="000000" w:fill="FFFFFF"/>
            <w:vAlign w:val="center"/>
            <w:hideMark/>
          </w:tcPr>
          <w:p w14:paraId="08F7840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 (3.08)</w:t>
            </w:r>
          </w:p>
        </w:tc>
        <w:tc>
          <w:tcPr>
            <w:tcW w:w="337" w:type="pct"/>
            <w:gridSpan w:val="2"/>
            <w:tcBorders>
              <w:top w:val="nil"/>
              <w:left w:val="nil"/>
              <w:right w:val="nil"/>
            </w:tcBorders>
            <w:shd w:val="clear" w:color="000000" w:fill="FFFFFF"/>
            <w:vAlign w:val="center"/>
            <w:hideMark/>
          </w:tcPr>
          <w:p w14:paraId="1A91840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0.426</w:t>
            </w:r>
          </w:p>
        </w:tc>
      </w:tr>
      <w:tr w:rsidR="00EB3E01" w:rsidRPr="00693325" w14:paraId="4A4A16BA" w14:textId="77777777" w:rsidTr="003B4090">
        <w:trPr>
          <w:trHeight w:val="68"/>
        </w:trPr>
        <w:tc>
          <w:tcPr>
            <w:tcW w:w="909" w:type="pct"/>
            <w:tcBorders>
              <w:top w:val="single" w:sz="4" w:space="0" w:color="auto"/>
              <w:left w:val="nil"/>
              <w:bottom w:val="single" w:sz="4" w:space="0" w:color="auto"/>
              <w:right w:val="nil"/>
            </w:tcBorders>
            <w:vAlign w:val="center"/>
          </w:tcPr>
          <w:p w14:paraId="2A778FF6" w14:textId="31259A96" w:rsidR="00EB3E01" w:rsidRPr="00693325" w:rsidRDefault="00EB3E01" w:rsidP="00EB3E01">
            <w:pPr>
              <w:ind w:leftChars="100" w:left="240"/>
              <w:rPr>
                <w:rFonts w:ascii="Times New Roman" w:hAnsi="Times New Roman"/>
                <w:sz w:val="16"/>
              </w:rPr>
            </w:pPr>
            <w:r w:rsidRPr="000E29E2">
              <w:rPr>
                <w:rFonts w:ascii="Times New Roman" w:hAnsi="Times New Roman"/>
                <w:b/>
                <w:bCs/>
                <w:color w:val="000000"/>
                <w:sz w:val="16"/>
              </w:rPr>
              <w:lastRenderedPageBreak/>
              <w:t>Payer</w:t>
            </w:r>
          </w:p>
        </w:tc>
        <w:tc>
          <w:tcPr>
            <w:tcW w:w="2046" w:type="pct"/>
            <w:gridSpan w:val="8"/>
            <w:tcBorders>
              <w:top w:val="single" w:sz="4" w:space="0" w:color="auto"/>
              <w:left w:val="nil"/>
              <w:bottom w:val="single" w:sz="4" w:space="0" w:color="auto"/>
              <w:right w:val="nil"/>
            </w:tcBorders>
            <w:vAlign w:val="center"/>
          </w:tcPr>
          <w:p w14:paraId="19EE3BC2" w14:textId="20352A30" w:rsidR="00EB3E01" w:rsidRPr="00693325" w:rsidRDefault="00EB3E01" w:rsidP="00EB3E01">
            <w:pPr>
              <w:jc w:val="center"/>
              <w:rPr>
                <w:rFonts w:ascii="Times New Roman" w:hAnsi="Times New Roman"/>
                <w:sz w:val="16"/>
              </w:rPr>
            </w:pPr>
            <w:r w:rsidRPr="00693325">
              <w:rPr>
                <w:rFonts w:ascii="Times New Roman" w:hAnsi="Times New Roman"/>
                <w:b/>
                <w:bCs/>
                <w:sz w:val="16"/>
              </w:rPr>
              <w:t>Commercial</w:t>
            </w:r>
          </w:p>
        </w:tc>
        <w:tc>
          <w:tcPr>
            <w:tcW w:w="2045" w:type="pct"/>
            <w:gridSpan w:val="6"/>
            <w:tcBorders>
              <w:top w:val="single" w:sz="4" w:space="0" w:color="auto"/>
              <w:left w:val="nil"/>
              <w:bottom w:val="single" w:sz="4" w:space="0" w:color="auto"/>
              <w:right w:val="nil"/>
            </w:tcBorders>
            <w:vAlign w:val="center"/>
          </w:tcPr>
          <w:p w14:paraId="5F974BF6" w14:textId="3D36F741" w:rsidR="00EB3E01" w:rsidRPr="00693325" w:rsidRDefault="00EB3E01" w:rsidP="00EB3E01">
            <w:pPr>
              <w:jc w:val="center"/>
              <w:rPr>
                <w:rFonts w:ascii="Times New Roman" w:hAnsi="Times New Roman"/>
                <w:sz w:val="16"/>
              </w:rPr>
            </w:pPr>
            <w:r w:rsidRPr="00693325">
              <w:rPr>
                <w:rFonts w:ascii="Times New Roman" w:hAnsi="Times New Roman"/>
                <w:b/>
                <w:bCs/>
                <w:sz w:val="16"/>
              </w:rPr>
              <w:t>Medicaid</w:t>
            </w:r>
          </w:p>
        </w:tc>
      </w:tr>
      <w:tr w:rsidR="00EB3E01" w:rsidRPr="00693325" w14:paraId="7054B8ED" w14:textId="77777777" w:rsidTr="00EB3E01">
        <w:trPr>
          <w:trHeight w:val="68"/>
        </w:trPr>
        <w:tc>
          <w:tcPr>
            <w:tcW w:w="909" w:type="pct"/>
            <w:tcBorders>
              <w:top w:val="single" w:sz="4" w:space="0" w:color="auto"/>
              <w:left w:val="nil"/>
              <w:bottom w:val="nil"/>
              <w:right w:val="nil"/>
            </w:tcBorders>
            <w:vAlign w:val="center"/>
          </w:tcPr>
          <w:p w14:paraId="41EE9E8F" w14:textId="3C5ACF80" w:rsidR="00EB3E01" w:rsidRPr="00693325" w:rsidRDefault="00EB3E01" w:rsidP="00EB3E01">
            <w:pPr>
              <w:ind w:leftChars="100" w:left="240"/>
              <w:rPr>
                <w:rFonts w:ascii="Times New Roman" w:hAnsi="Times New Roman"/>
                <w:sz w:val="16"/>
              </w:rPr>
            </w:pPr>
            <w:r w:rsidRPr="00693325">
              <w:rPr>
                <w:rFonts w:ascii="Times New Roman" w:hAnsi="Times New Roman"/>
                <w:color w:val="000000"/>
                <w:sz w:val="16"/>
              </w:rPr>
              <w:t> </w:t>
            </w:r>
          </w:p>
        </w:tc>
        <w:tc>
          <w:tcPr>
            <w:tcW w:w="1281" w:type="pct"/>
            <w:gridSpan w:val="4"/>
            <w:tcBorders>
              <w:top w:val="single" w:sz="4" w:space="0" w:color="auto"/>
              <w:left w:val="nil"/>
              <w:bottom w:val="nil"/>
              <w:right w:val="nil"/>
            </w:tcBorders>
            <w:shd w:val="clear" w:color="auto" w:fill="F2F2F2" w:themeFill="background1" w:themeFillShade="F2"/>
            <w:vAlign w:val="center"/>
          </w:tcPr>
          <w:p w14:paraId="5D7C1F09" w14:textId="3F7AA7D7" w:rsidR="00EB3E01" w:rsidRPr="00693325" w:rsidRDefault="00EB3E01" w:rsidP="00EB3E01">
            <w:pPr>
              <w:jc w:val="center"/>
              <w:rPr>
                <w:rFonts w:ascii="Times New Roman" w:hAnsi="Times New Roman"/>
                <w:sz w:val="16"/>
              </w:rPr>
            </w:pPr>
            <w:r w:rsidRPr="00693325">
              <w:rPr>
                <w:rFonts w:ascii="Times New Roman" w:hAnsi="Times New Roman"/>
                <w:b/>
                <w:bCs/>
                <w:sz w:val="16"/>
              </w:rPr>
              <w:t>Children with IMD</w:t>
            </w:r>
          </w:p>
        </w:tc>
        <w:tc>
          <w:tcPr>
            <w:tcW w:w="427" w:type="pct"/>
            <w:gridSpan w:val="2"/>
            <w:tcBorders>
              <w:top w:val="single" w:sz="4" w:space="0" w:color="auto"/>
              <w:left w:val="nil"/>
              <w:bottom w:val="nil"/>
              <w:right w:val="nil"/>
            </w:tcBorders>
            <w:vAlign w:val="center"/>
          </w:tcPr>
          <w:p w14:paraId="7DBF920E" w14:textId="03943BB0" w:rsidR="00EB3E01" w:rsidRPr="00693325" w:rsidRDefault="00EB3E01" w:rsidP="00EB3E01">
            <w:pPr>
              <w:jc w:val="center"/>
              <w:rPr>
                <w:rFonts w:ascii="Times New Roman" w:hAnsi="Times New Roman"/>
                <w:sz w:val="16"/>
              </w:rPr>
            </w:pPr>
            <w:r w:rsidRPr="00693325">
              <w:rPr>
                <w:rFonts w:ascii="Times New Roman" w:hAnsi="Times New Roman"/>
                <w:b/>
                <w:bCs/>
                <w:sz w:val="16"/>
              </w:rPr>
              <w:t>Children without IMD</w:t>
            </w:r>
          </w:p>
        </w:tc>
        <w:tc>
          <w:tcPr>
            <w:tcW w:w="338" w:type="pct"/>
            <w:gridSpan w:val="2"/>
            <w:tcBorders>
              <w:top w:val="single" w:sz="4" w:space="0" w:color="auto"/>
              <w:left w:val="nil"/>
              <w:bottom w:val="nil"/>
              <w:right w:val="nil"/>
            </w:tcBorders>
            <w:vAlign w:val="center"/>
          </w:tcPr>
          <w:p w14:paraId="3953119B" w14:textId="68C2869B" w:rsidR="00EB3E01" w:rsidRPr="00693325" w:rsidRDefault="00EB3E01" w:rsidP="00EB3E01">
            <w:pPr>
              <w:jc w:val="center"/>
              <w:rPr>
                <w:rFonts w:ascii="Times New Roman" w:hAnsi="Times New Roman"/>
                <w:sz w:val="16"/>
              </w:rPr>
            </w:pPr>
            <w:r w:rsidRPr="00693325">
              <w:rPr>
                <w:rFonts w:ascii="Times New Roman" w:hAnsi="Times New Roman"/>
                <w:color w:val="000000"/>
                <w:sz w:val="16"/>
                <w:szCs w:val="16"/>
              </w:rPr>
              <w:t> </w:t>
            </w:r>
          </w:p>
        </w:tc>
        <w:tc>
          <w:tcPr>
            <w:tcW w:w="1281" w:type="pct"/>
            <w:gridSpan w:val="3"/>
            <w:tcBorders>
              <w:top w:val="single" w:sz="4" w:space="0" w:color="auto"/>
              <w:left w:val="nil"/>
              <w:bottom w:val="nil"/>
              <w:right w:val="nil"/>
            </w:tcBorders>
            <w:shd w:val="clear" w:color="auto" w:fill="F2F2F2" w:themeFill="background1" w:themeFillShade="F2"/>
            <w:vAlign w:val="center"/>
          </w:tcPr>
          <w:p w14:paraId="5A493615" w14:textId="67A19996" w:rsidR="00EB3E01" w:rsidRPr="00693325" w:rsidRDefault="00EB3E01" w:rsidP="00EB3E01">
            <w:pPr>
              <w:jc w:val="center"/>
              <w:rPr>
                <w:rFonts w:ascii="Times New Roman" w:hAnsi="Times New Roman"/>
                <w:sz w:val="16"/>
              </w:rPr>
            </w:pPr>
            <w:r w:rsidRPr="00693325">
              <w:rPr>
                <w:rFonts w:ascii="Times New Roman" w:hAnsi="Times New Roman"/>
                <w:b/>
                <w:bCs/>
                <w:sz w:val="16"/>
              </w:rPr>
              <w:t>Children with IMD</w:t>
            </w:r>
          </w:p>
        </w:tc>
        <w:tc>
          <w:tcPr>
            <w:tcW w:w="427" w:type="pct"/>
            <w:tcBorders>
              <w:top w:val="single" w:sz="4" w:space="0" w:color="auto"/>
              <w:left w:val="nil"/>
              <w:bottom w:val="nil"/>
              <w:right w:val="nil"/>
            </w:tcBorders>
            <w:vAlign w:val="center"/>
          </w:tcPr>
          <w:p w14:paraId="45ACA93B" w14:textId="1663ED40" w:rsidR="00EB3E01" w:rsidRPr="00693325" w:rsidRDefault="00EB3E01" w:rsidP="00EB3E01">
            <w:pPr>
              <w:jc w:val="center"/>
              <w:rPr>
                <w:rFonts w:ascii="Times New Roman" w:hAnsi="Times New Roman"/>
                <w:sz w:val="16"/>
              </w:rPr>
            </w:pPr>
            <w:r w:rsidRPr="00693325">
              <w:rPr>
                <w:rFonts w:ascii="Times New Roman" w:hAnsi="Times New Roman"/>
                <w:b/>
                <w:bCs/>
                <w:sz w:val="16"/>
              </w:rPr>
              <w:t>Children without IMD</w:t>
            </w:r>
          </w:p>
        </w:tc>
        <w:tc>
          <w:tcPr>
            <w:tcW w:w="337" w:type="pct"/>
            <w:gridSpan w:val="2"/>
            <w:tcBorders>
              <w:top w:val="single" w:sz="4" w:space="0" w:color="auto"/>
              <w:left w:val="nil"/>
              <w:bottom w:val="nil"/>
              <w:right w:val="nil"/>
            </w:tcBorders>
            <w:vAlign w:val="center"/>
          </w:tcPr>
          <w:p w14:paraId="0BE521F7" w14:textId="77777777" w:rsidR="00EB3E01" w:rsidRPr="00693325" w:rsidRDefault="00EB3E01" w:rsidP="00EB3E01">
            <w:pPr>
              <w:jc w:val="center"/>
              <w:rPr>
                <w:rFonts w:ascii="Times New Roman" w:hAnsi="Times New Roman"/>
                <w:sz w:val="16"/>
              </w:rPr>
            </w:pPr>
          </w:p>
        </w:tc>
      </w:tr>
      <w:tr w:rsidR="00EB3E01" w:rsidRPr="00693325" w14:paraId="5ADC019B" w14:textId="77777777" w:rsidTr="00EB3E01">
        <w:trPr>
          <w:trHeight w:val="68"/>
        </w:trPr>
        <w:tc>
          <w:tcPr>
            <w:tcW w:w="909" w:type="pct"/>
            <w:tcBorders>
              <w:top w:val="nil"/>
              <w:left w:val="nil"/>
              <w:bottom w:val="nil"/>
              <w:right w:val="nil"/>
            </w:tcBorders>
            <w:vAlign w:val="center"/>
          </w:tcPr>
          <w:p w14:paraId="3562FA47" w14:textId="54DAB449" w:rsidR="00EB3E01" w:rsidRPr="00693325" w:rsidRDefault="00EB3E01" w:rsidP="00EB3E01">
            <w:pPr>
              <w:ind w:leftChars="100" w:left="240"/>
              <w:rPr>
                <w:rFonts w:ascii="Times New Roman" w:hAnsi="Times New Roman"/>
                <w:sz w:val="16"/>
              </w:rPr>
            </w:pPr>
            <w:r w:rsidRPr="00693325">
              <w:rPr>
                <w:rFonts w:ascii="Times New Roman" w:hAnsi="Times New Roman"/>
                <w:sz w:val="16"/>
              </w:rPr>
              <w:t> </w:t>
            </w:r>
          </w:p>
        </w:tc>
        <w:tc>
          <w:tcPr>
            <w:tcW w:w="427" w:type="pct"/>
            <w:tcBorders>
              <w:top w:val="nil"/>
              <w:left w:val="nil"/>
              <w:bottom w:val="nil"/>
              <w:right w:val="nil"/>
            </w:tcBorders>
            <w:shd w:val="clear" w:color="auto" w:fill="F2F2F2" w:themeFill="background1" w:themeFillShade="F2"/>
            <w:vAlign w:val="center"/>
          </w:tcPr>
          <w:p w14:paraId="31283C27" w14:textId="654334E0" w:rsidR="00EB3E01" w:rsidRPr="00693325" w:rsidRDefault="00EB3E01" w:rsidP="00EB3E01">
            <w:pPr>
              <w:jc w:val="center"/>
              <w:rPr>
                <w:rFonts w:ascii="Times New Roman" w:hAnsi="Times New Roman"/>
                <w:sz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27" w:type="pct"/>
            <w:tcBorders>
              <w:top w:val="nil"/>
              <w:left w:val="nil"/>
              <w:bottom w:val="nil"/>
              <w:right w:val="nil"/>
            </w:tcBorders>
            <w:shd w:val="clear" w:color="auto" w:fill="F2F2F2" w:themeFill="background1" w:themeFillShade="F2"/>
            <w:vAlign w:val="center"/>
          </w:tcPr>
          <w:p w14:paraId="6F986D25" w14:textId="5E5065D7" w:rsidR="00EB3E01" w:rsidRPr="00693325" w:rsidRDefault="00EB3E01" w:rsidP="00EB3E01">
            <w:pPr>
              <w:jc w:val="center"/>
              <w:rPr>
                <w:rFonts w:ascii="Times New Roman" w:hAnsi="Times New Roman"/>
                <w:sz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27" w:type="pct"/>
            <w:gridSpan w:val="2"/>
            <w:tcBorders>
              <w:top w:val="nil"/>
              <w:left w:val="nil"/>
              <w:bottom w:val="nil"/>
              <w:right w:val="nil"/>
            </w:tcBorders>
            <w:shd w:val="clear" w:color="auto" w:fill="F2F2F2" w:themeFill="background1" w:themeFillShade="F2"/>
            <w:vAlign w:val="center"/>
          </w:tcPr>
          <w:p w14:paraId="45A0217F" w14:textId="4D5FDB98" w:rsidR="00EB3E01" w:rsidRPr="00693325" w:rsidRDefault="00EB3E01" w:rsidP="00EB3E01">
            <w:pPr>
              <w:jc w:val="center"/>
              <w:rPr>
                <w:rFonts w:ascii="Times New Roman" w:hAnsi="Times New Roman"/>
                <w:sz w:val="16"/>
              </w:rPr>
            </w:pPr>
            <w:r w:rsidRPr="00693325">
              <w:rPr>
                <w:rFonts w:ascii="Times New Roman" w:hAnsi="Times New Roman"/>
                <w:sz w:val="16"/>
              </w:rPr>
              <w:t>Full Follow-up</w:t>
            </w:r>
          </w:p>
        </w:tc>
        <w:tc>
          <w:tcPr>
            <w:tcW w:w="427" w:type="pct"/>
            <w:gridSpan w:val="2"/>
            <w:tcBorders>
              <w:top w:val="nil"/>
              <w:left w:val="nil"/>
              <w:bottom w:val="nil"/>
              <w:right w:val="nil"/>
            </w:tcBorders>
            <w:vAlign w:val="center"/>
          </w:tcPr>
          <w:p w14:paraId="2B31E51F" w14:textId="71784509" w:rsidR="00EB3E01" w:rsidRPr="00693325" w:rsidRDefault="00EB3E01" w:rsidP="00EB3E01">
            <w:pPr>
              <w:jc w:val="center"/>
              <w:rPr>
                <w:rFonts w:ascii="Times New Roman" w:hAnsi="Times New Roman"/>
                <w:sz w:val="16"/>
              </w:rPr>
            </w:pPr>
            <w:r w:rsidRPr="00693325">
              <w:rPr>
                <w:rFonts w:ascii="Times New Roman" w:hAnsi="Times New Roman"/>
                <w:sz w:val="16"/>
              </w:rPr>
              <w:t>Full Follow-up</w:t>
            </w:r>
          </w:p>
        </w:tc>
        <w:tc>
          <w:tcPr>
            <w:tcW w:w="338" w:type="pct"/>
            <w:gridSpan w:val="2"/>
            <w:tcBorders>
              <w:top w:val="nil"/>
              <w:left w:val="nil"/>
              <w:bottom w:val="nil"/>
              <w:right w:val="nil"/>
            </w:tcBorders>
            <w:vAlign w:val="center"/>
          </w:tcPr>
          <w:p w14:paraId="342FA3E3" w14:textId="2DFD5CE9" w:rsidR="00EB3E01" w:rsidRPr="00693325" w:rsidRDefault="00EB3E01" w:rsidP="00EB3E01">
            <w:pPr>
              <w:jc w:val="center"/>
              <w:rPr>
                <w:rFonts w:ascii="Times New Roman" w:hAnsi="Times New Roman"/>
                <w:sz w:val="16"/>
              </w:rPr>
            </w:pPr>
            <w:r w:rsidRPr="00693325">
              <w:rPr>
                <w:rFonts w:ascii="Times New Roman" w:hAnsi="Times New Roman"/>
                <w:sz w:val="16"/>
              </w:rPr>
              <w:t>p-value</w:t>
            </w:r>
          </w:p>
        </w:tc>
        <w:tc>
          <w:tcPr>
            <w:tcW w:w="427" w:type="pct"/>
            <w:tcBorders>
              <w:top w:val="nil"/>
              <w:left w:val="nil"/>
              <w:bottom w:val="nil"/>
              <w:right w:val="nil"/>
            </w:tcBorders>
            <w:shd w:val="clear" w:color="auto" w:fill="F2F2F2" w:themeFill="background1" w:themeFillShade="F2"/>
            <w:vAlign w:val="center"/>
          </w:tcPr>
          <w:p w14:paraId="22AF1C33" w14:textId="6BE22D2F" w:rsidR="00EB3E01" w:rsidRPr="00693325" w:rsidRDefault="00EB3E01" w:rsidP="00EB3E01">
            <w:pPr>
              <w:jc w:val="center"/>
              <w:rPr>
                <w:rFonts w:ascii="Times New Roman" w:hAnsi="Times New Roman"/>
                <w:sz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27" w:type="pct"/>
            <w:tcBorders>
              <w:top w:val="nil"/>
              <w:left w:val="nil"/>
              <w:bottom w:val="nil"/>
              <w:right w:val="nil"/>
            </w:tcBorders>
            <w:shd w:val="clear" w:color="auto" w:fill="F2F2F2" w:themeFill="background1" w:themeFillShade="F2"/>
            <w:vAlign w:val="center"/>
          </w:tcPr>
          <w:p w14:paraId="32D9971C" w14:textId="5EEC5C68" w:rsidR="00EB3E01" w:rsidRPr="00693325" w:rsidRDefault="00EB3E01" w:rsidP="00EB3E01">
            <w:pPr>
              <w:jc w:val="center"/>
              <w:rPr>
                <w:rFonts w:ascii="Times New Roman" w:hAnsi="Times New Roman"/>
                <w:sz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27" w:type="pct"/>
            <w:tcBorders>
              <w:top w:val="nil"/>
              <w:left w:val="nil"/>
              <w:bottom w:val="nil"/>
              <w:right w:val="nil"/>
            </w:tcBorders>
            <w:shd w:val="clear" w:color="auto" w:fill="F2F2F2" w:themeFill="background1" w:themeFillShade="F2"/>
            <w:vAlign w:val="center"/>
          </w:tcPr>
          <w:p w14:paraId="6086EB0E" w14:textId="2CA1F732" w:rsidR="00EB3E01" w:rsidRPr="00693325" w:rsidRDefault="00EB3E01" w:rsidP="00EB3E01">
            <w:pPr>
              <w:jc w:val="center"/>
              <w:rPr>
                <w:rFonts w:ascii="Times New Roman" w:hAnsi="Times New Roman"/>
                <w:sz w:val="16"/>
              </w:rPr>
            </w:pPr>
            <w:r w:rsidRPr="00693325">
              <w:rPr>
                <w:rFonts w:ascii="Times New Roman" w:hAnsi="Times New Roman"/>
                <w:sz w:val="16"/>
              </w:rPr>
              <w:t>Full Follow-up</w:t>
            </w:r>
          </w:p>
        </w:tc>
        <w:tc>
          <w:tcPr>
            <w:tcW w:w="427" w:type="pct"/>
            <w:tcBorders>
              <w:top w:val="nil"/>
              <w:left w:val="nil"/>
              <w:bottom w:val="nil"/>
              <w:right w:val="nil"/>
            </w:tcBorders>
            <w:vAlign w:val="center"/>
          </w:tcPr>
          <w:p w14:paraId="32F468C7" w14:textId="5C9504D7" w:rsidR="00EB3E01" w:rsidRPr="00693325" w:rsidRDefault="00EB3E01" w:rsidP="00EB3E01">
            <w:pPr>
              <w:jc w:val="center"/>
              <w:rPr>
                <w:rFonts w:ascii="Times New Roman" w:hAnsi="Times New Roman"/>
                <w:sz w:val="16"/>
              </w:rPr>
            </w:pPr>
            <w:r w:rsidRPr="00693325">
              <w:rPr>
                <w:rFonts w:ascii="Times New Roman" w:hAnsi="Times New Roman"/>
                <w:sz w:val="16"/>
              </w:rPr>
              <w:t>Full Follow-up</w:t>
            </w:r>
          </w:p>
        </w:tc>
        <w:tc>
          <w:tcPr>
            <w:tcW w:w="337" w:type="pct"/>
            <w:gridSpan w:val="2"/>
            <w:tcBorders>
              <w:top w:val="nil"/>
              <w:left w:val="nil"/>
              <w:bottom w:val="nil"/>
              <w:right w:val="nil"/>
            </w:tcBorders>
            <w:vAlign w:val="center"/>
          </w:tcPr>
          <w:p w14:paraId="65647B53" w14:textId="5BE7977A" w:rsidR="00EB3E01" w:rsidRPr="00693325" w:rsidRDefault="00EB3E01" w:rsidP="00EB3E01">
            <w:pPr>
              <w:jc w:val="center"/>
              <w:rPr>
                <w:rFonts w:ascii="Times New Roman" w:hAnsi="Times New Roman"/>
                <w:sz w:val="16"/>
              </w:rPr>
            </w:pPr>
            <w:r w:rsidRPr="00693325">
              <w:rPr>
                <w:rFonts w:ascii="Times New Roman" w:hAnsi="Times New Roman"/>
                <w:sz w:val="16"/>
              </w:rPr>
              <w:t xml:space="preserve">p-value </w:t>
            </w:r>
          </w:p>
        </w:tc>
      </w:tr>
      <w:tr w:rsidR="00EB3E01" w:rsidRPr="00693325" w14:paraId="705E4741" w14:textId="77777777" w:rsidTr="00EB3E01">
        <w:trPr>
          <w:trHeight w:val="68"/>
        </w:trPr>
        <w:tc>
          <w:tcPr>
            <w:tcW w:w="909" w:type="pct"/>
            <w:tcBorders>
              <w:top w:val="nil"/>
              <w:left w:val="nil"/>
              <w:bottom w:val="single" w:sz="4" w:space="0" w:color="auto"/>
              <w:right w:val="nil"/>
            </w:tcBorders>
            <w:vAlign w:val="center"/>
          </w:tcPr>
          <w:p w14:paraId="78935F5E" w14:textId="77777777" w:rsidR="00EB3E01" w:rsidRPr="00693325" w:rsidRDefault="00EB3E01" w:rsidP="00EB3E01">
            <w:pPr>
              <w:ind w:leftChars="100" w:left="240"/>
              <w:rPr>
                <w:rFonts w:ascii="Times New Roman" w:hAnsi="Times New Roman"/>
                <w:sz w:val="16"/>
              </w:rPr>
            </w:pPr>
          </w:p>
        </w:tc>
        <w:tc>
          <w:tcPr>
            <w:tcW w:w="427" w:type="pct"/>
            <w:tcBorders>
              <w:top w:val="nil"/>
              <w:left w:val="nil"/>
              <w:bottom w:val="single" w:sz="4" w:space="0" w:color="auto"/>
              <w:right w:val="nil"/>
            </w:tcBorders>
            <w:shd w:val="clear" w:color="auto" w:fill="F2F2F2" w:themeFill="background1" w:themeFillShade="F2"/>
            <w:vAlign w:val="center"/>
          </w:tcPr>
          <w:p w14:paraId="48BE8233" w14:textId="5EAB0852" w:rsidR="00EB3E01" w:rsidRPr="00693325" w:rsidRDefault="00EB3E01" w:rsidP="00EB3E01">
            <w:pPr>
              <w:jc w:val="center"/>
              <w:rPr>
                <w:rFonts w:ascii="Times New Roman" w:hAnsi="Times New Roman"/>
                <w:sz w:val="16"/>
              </w:rPr>
            </w:pPr>
            <w:r w:rsidRPr="00693325">
              <w:rPr>
                <w:rFonts w:ascii="Times New Roman" w:hAnsi="Times New Roman"/>
                <w:sz w:val="16"/>
              </w:rPr>
              <w:t>N=21</w:t>
            </w:r>
          </w:p>
        </w:tc>
        <w:tc>
          <w:tcPr>
            <w:tcW w:w="427" w:type="pct"/>
            <w:tcBorders>
              <w:top w:val="nil"/>
              <w:left w:val="nil"/>
              <w:bottom w:val="single" w:sz="4" w:space="0" w:color="auto"/>
              <w:right w:val="nil"/>
            </w:tcBorders>
            <w:shd w:val="clear" w:color="auto" w:fill="F2F2F2" w:themeFill="background1" w:themeFillShade="F2"/>
            <w:vAlign w:val="center"/>
          </w:tcPr>
          <w:p w14:paraId="4F95AB7A" w14:textId="626B2C4C" w:rsidR="00EB3E01" w:rsidRPr="00693325" w:rsidRDefault="00EB3E01" w:rsidP="00EB3E01">
            <w:pPr>
              <w:jc w:val="center"/>
              <w:rPr>
                <w:rFonts w:ascii="Times New Roman" w:hAnsi="Times New Roman"/>
                <w:sz w:val="16"/>
              </w:rPr>
            </w:pPr>
            <w:r w:rsidRPr="00693325">
              <w:rPr>
                <w:rFonts w:ascii="Times New Roman" w:hAnsi="Times New Roman"/>
                <w:sz w:val="16"/>
              </w:rPr>
              <w:t>N=21</w:t>
            </w:r>
          </w:p>
        </w:tc>
        <w:tc>
          <w:tcPr>
            <w:tcW w:w="427" w:type="pct"/>
            <w:gridSpan w:val="2"/>
            <w:tcBorders>
              <w:top w:val="nil"/>
              <w:left w:val="nil"/>
              <w:bottom w:val="single" w:sz="4" w:space="0" w:color="auto"/>
              <w:right w:val="nil"/>
            </w:tcBorders>
            <w:shd w:val="clear" w:color="auto" w:fill="F2F2F2" w:themeFill="background1" w:themeFillShade="F2"/>
            <w:vAlign w:val="center"/>
          </w:tcPr>
          <w:p w14:paraId="3BE05611" w14:textId="448F38C6" w:rsidR="00EB3E01" w:rsidRPr="00693325" w:rsidRDefault="00EB3E01" w:rsidP="00EB3E01">
            <w:pPr>
              <w:jc w:val="center"/>
              <w:rPr>
                <w:rFonts w:ascii="Times New Roman" w:hAnsi="Times New Roman"/>
                <w:sz w:val="16"/>
              </w:rPr>
            </w:pPr>
            <w:r w:rsidRPr="00693325">
              <w:rPr>
                <w:rFonts w:ascii="Times New Roman" w:hAnsi="Times New Roman"/>
                <w:sz w:val="16"/>
              </w:rPr>
              <w:t>N=21</w:t>
            </w:r>
          </w:p>
        </w:tc>
        <w:tc>
          <w:tcPr>
            <w:tcW w:w="427" w:type="pct"/>
            <w:gridSpan w:val="2"/>
            <w:tcBorders>
              <w:top w:val="nil"/>
              <w:left w:val="nil"/>
              <w:bottom w:val="single" w:sz="4" w:space="0" w:color="auto"/>
              <w:right w:val="nil"/>
            </w:tcBorders>
            <w:vAlign w:val="center"/>
          </w:tcPr>
          <w:p w14:paraId="28528F7C" w14:textId="4581E39D" w:rsidR="00EB3E01" w:rsidRPr="00693325" w:rsidRDefault="00EB3E01" w:rsidP="00EB3E01">
            <w:pPr>
              <w:jc w:val="center"/>
              <w:rPr>
                <w:rFonts w:ascii="Times New Roman" w:hAnsi="Times New Roman"/>
                <w:sz w:val="16"/>
              </w:rPr>
            </w:pPr>
            <w:r w:rsidRPr="00693325">
              <w:rPr>
                <w:rFonts w:ascii="Times New Roman" w:hAnsi="Times New Roman"/>
                <w:sz w:val="16"/>
              </w:rPr>
              <w:t>N=105</w:t>
            </w:r>
          </w:p>
        </w:tc>
        <w:tc>
          <w:tcPr>
            <w:tcW w:w="338" w:type="pct"/>
            <w:gridSpan w:val="2"/>
            <w:tcBorders>
              <w:top w:val="nil"/>
              <w:left w:val="nil"/>
              <w:bottom w:val="single" w:sz="4" w:space="0" w:color="auto"/>
              <w:right w:val="nil"/>
            </w:tcBorders>
            <w:vAlign w:val="center"/>
          </w:tcPr>
          <w:p w14:paraId="02576290" w14:textId="77777777" w:rsidR="00EB3E01" w:rsidRPr="00693325" w:rsidRDefault="00EB3E01" w:rsidP="00EB3E01">
            <w:pPr>
              <w:jc w:val="center"/>
              <w:rPr>
                <w:rFonts w:ascii="Times New Roman" w:hAnsi="Times New Roman"/>
                <w:sz w:val="16"/>
              </w:rPr>
            </w:pPr>
          </w:p>
        </w:tc>
        <w:tc>
          <w:tcPr>
            <w:tcW w:w="427" w:type="pct"/>
            <w:tcBorders>
              <w:top w:val="nil"/>
              <w:left w:val="nil"/>
              <w:bottom w:val="single" w:sz="4" w:space="0" w:color="auto"/>
              <w:right w:val="nil"/>
            </w:tcBorders>
            <w:shd w:val="clear" w:color="auto" w:fill="F2F2F2" w:themeFill="background1" w:themeFillShade="F2"/>
            <w:vAlign w:val="center"/>
          </w:tcPr>
          <w:p w14:paraId="6D6CF1F8" w14:textId="2305D627" w:rsidR="00EB3E01" w:rsidRPr="00693325" w:rsidRDefault="00EB3E01" w:rsidP="00EB3E01">
            <w:pPr>
              <w:jc w:val="center"/>
              <w:rPr>
                <w:rFonts w:ascii="Times New Roman" w:hAnsi="Times New Roman"/>
                <w:sz w:val="16"/>
              </w:rPr>
            </w:pPr>
            <w:r w:rsidRPr="00693325">
              <w:rPr>
                <w:rFonts w:ascii="Times New Roman" w:hAnsi="Times New Roman"/>
                <w:sz w:val="16"/>
              </w:rPr>
              <w:t>N=13</w:t>
            </w:r>
          </w:p>
        </w:tc>
        <w:tc>
          <w:tcPr>
            <w:tcW w:w="427" w:type="pct"/>
            <w:tcBorders>
              <w:top w:val="nil"/>
              <w:left w:val="nil"/>
              <w:bottom w:val="single" w:sz="4" w:space="0" w:color="auto"/>
              <w:right w:val="nil"/>
            </w:tcBorders>
            <w:shd w:val="clear" w:color="auto" w:fill="F2F2F2" w:themeFill="background1" w:themeFillShade="F2"/>
            <w:vAlign w:val="center"/>
          </w:tcPr>
          <w:p w14:paraId="078BB820" w14:textId="31F56106" w:rsidR="00EB3E01" w:rsidRPr="00693325" w:rsidRDefault="00EB3E01" w:rsidP="00EB3E01">
            <w:pPr>
              <w:jc w:val="center"/>
              <w:rPr>
                <w:rFonts w:ascii="Times New Roman" w:hAnsi="Times New Roman"/>
                <w:sz w:val="16"/>
              </w:rPr>
            </w:pPr>
            <w:r w:rsidRPr="00693325">
              <w:rPr>
                <w:rFonts w:ascii="Times New Roman" w:hAnsi="Times New Roman"/>
                <w:sz w:val="16"/>
              </w:rPr>
              <w:t>N=11</w:t>
            </w:r>
          </w:p>
        </w:tc>
        <w:tc>
          <w:tcPr>
            <w:tcW w:w="427" w:type="pct"/>
            <w:tcBorders>
              <w:top w:val="nil"/>
              <w:left w:val="nil"/>
              <w:bottom w:val="single" w:sz="4" w:space="0" w:color="auto"/>
              <w:right w:val="nil"/>
            </w:tcBorders>
            <w:shd w:val="clear" w:color="auto" w:fill="F2F2F2" w:themeFill="background1" w:themeFillShade="F2"/>
            <w:vAlign w:val="center"/>
          </w:tcPr>
          <w:p w14:paraId="162365F0" w14:textId="2D97E844" w:rsidR="00EB3E01" w:rsidRPr="00693325" w:rsidRDefault="00EB3E01" w:rsidP="00EB3E01">
            <w:pPr>
              <w:jc w:val="center"/>
              <w:rPr>
                <w:rFonts w:ascii="Times New Roman" w:hAnsi="Times New Roman"/>
                <w:sz w:val="16"/>
              </w:rPr>
            </w:pPr>
            <w:r w:rsidRPr="00693325">
              <w:rPr>
                <w:rFonts w:ascii="Times New Roman" w:hAnsi="Times New Roman"/>
                <w:sz w:val="16"/>
              </w:rPr>
              <w:t>N=13</w:t>
            </w:r>
          </w:p>
        </w:tc>
        <w:tc>
          <w:tcPr>
            <w:tcW w:w="427" w:type="pct"/>
            <w:tcBorders>
              <w:top w:val="nil"/>
              <w:left w:val="nil"/>
              <w:bottom w:val="single" w:sz="4" w:space="0" w:color="auto"/>
              <w:right w:val="nil"/>
            </w:tcBorders>
            <w:vAlign w:val="center"/>
          </w:tcPr>
          <w:p w14:paraId="670A7882" w14:textId="37B63E50" w:rsidR="00EB3E01" w:rsidRPr="00693325" w:rsidRDefault="00EB3E01" w:rsidP="00EB3E01">
            <w:pPr>
              <w:jc w:val="center"/>
              <w:rPr>
                <w:rFonts w:ascii="Times New Roman" w:hAnsi="Times New Roman"/>
                <w:sz w:val="16"/>
              </w:rPr>
            </w:pPr>
            <w:r w:rsidRPr="00693325">
              <w:rPr>
                <w:rFonts w:ascii="Times New Roman" w:hAnsi="Times New Roman"/>
                <w:sz w:val="16"/>
              </w:rPr>
              <w:t>N=65</w:t>
            </w:r>
          </w:p>
        </w:tc>
        <w:tc>
          <w:tcPr>
            <w:tcW w:w="337" w:type="pct"/>
            <w:gridSpan w:val="2"/>
            <w:tcBorders>
              <w:top w:val="nil"/>
              <w:left w:val="nil"/>
              <w:bottom w:val="single" w:sz="4" w:space="0" w:color="auto"/>
              <w:right w:val="nil"/>
            </w:tcBorders>
            <w:vAlign w:val="center"/>
          </w:tcPr>
          <w:p w14:paraId="17BE08A4" w14:textId="77777777" w:rsidR="00EB3E01" w:rsidRPr="00693325" w:rsidRDefault="00EB3E01" w:rsidP="00EB3E01">
            <w:pPr>
              <w:jc w:val="center"/>
              <w:rPr>
                <w:rFonts w:ascii="Times New Roman" w:hAnsi="Times New Roman"/>
                <w:sz w:val="16"/>
              </w:rPr>
            </w:pPr>
          </w:p>
        </w:tc>
      </w:tr>
      <w:tr w:rsidR="00EB3E01" w:rsidRPr="00693325" w14:paraId="05E5FBA1" w14:textId="77777777" w:rsidTr="00EB3E01">
        <w:trPr>
          <w:trHeight w:val="68"/>
        </w:trPr>
        <w:tc>
          <w:tcPr>
            <w:tcW w:w="909" w:type="pct"/>
            <w:tcBorders>
              <w:top w:val="single" w:sz="4" w:space="0" w:color="auto"/>
              <w:left w:val="nil"/>
              <w:bottom w:val="nil"/>
              <w:right w:val="nil"/>
            </w:tcBorders>
            <w:shd w:val="clear" w:color="000000" w:fill="FFFFFF"/>
            <w:vAlign w:val="center"/>
            <w:hideMark/>
          </w:tcPr>
          <w:p w14:paraId="3AA0D648" w14:textId="77777777" w:rsidR="00EB3E01" w:rsidRPr="00693325" w:rsidRDefault="00EB3E01" w:rsidP="00EB3E01">
            <w:pPr>
              <w:ind w:leftChars="100" w:left="240"/>
              <w:rPr>
                <w:rFonts w:ascii="Times New Roman" w:hAnsi="Times New Roman"/>
                <w:color w:val="000000"/>
                <w:sz w:val="16"/>
                <w:szCs w:val="16"/>
              </w:rPr>
            </w:pPr>
            <w:r w:rsidRPr="00693325">
              <w:rPr>
                <w:rFonts w:ascii="Times New Roman" w:hAnsi="Times New Roman"/>
                <w:sz w:val="16"/>
              </w:rPr>
              <w:t>Number of urgent care visits per patient, mean (SD)</w:t>
            </w:r>
          </w:p>
        </w:tc>
        <w:tc>
          <w:tcPr>
            <w:tcW w:w="427" w:type="pct"/>
            <w:tcBorders>
              <w:top w:val="single" w:sz="4" w:space="0" w:color="auto"/>
              <w:left w:val="nil"/>
              <w:bottom w:val="nil"/>
              <w:right w:val="nil"/>
            </w:tcBorders>
            <w:shd w:val="clear" w:color="000000" w:fill="F2F2F2"/>
            <w:vAlign w:val="center"/>
            <w:hideMark/>
          </w:tcPr>
          <w:p w14:paraId="47495A9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0.04 (0.20)</w:t>
            </w:r>
          </w:p>
        </w:tc>
        <w:tc>
          <w:tcPr>
            <w:tcW w:w="427" w:type="pct"/>
            <w:tcBorders>
              <w:top w:val="single" w:sz="4" w:space="0" w:color="auto"/>
              <w:left w:val="nil"/>
              <w:bottom w:val="nil"/>
              <w:right w:val="nil"/>
            </w:tcBorders>
            <w:shd w:val="clear" w:color="000000" w:fill="F2F2F2"/>
            <w:vAlign w:val="center"/>
            <w:hideMark/>
          </w:tcPr>
          <w:p w14:paraId="6424B21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(0.00)</w:t>
            </w:r>
          </w:p>
        </w:tc>
        <w:tc>
          <w:tcPr>
            <w:tcW w:w="427" w:type="pct"/>
            <w:gridSpan w:val="2"/>
            <w:tcBorders>
              <w:top w:val="single" w:sz="4" w:space="0" w:color="auto"/>
              <w:left w:val="nil"/>
              <w:bottom w:val="nil"/>
              <w:right w:val="nil"/>
            </w:tcBorders>
            <w:shd w:val="clear" w:color="000000" w:fill="F2F2F2"/>
            <w:vAlign w:val="center"/>
            <w:hideMark/>
          </w:tcPr>
          <w:p w14:paraId="6ED1CDE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0.00 (0.00)</w:t>
            </w:r>
          </w:p>
        </w:tc>
        <w:tc>
          <w:tcPr>
            <w:tcW w:w="427" w:type="pct"/>
            <w:gridSpan w:val="2"/>
            <w:tcBorders>
              <w:top w:val="single" w:sz="4" w:space="0" w:color="auto"/>
              <w:left w:val="nil"/>
              <w:bottom w:val="nil"/>
              <w:right w:val="nil"/>
            </w:tcBorders>
            <w:shd w:val="clear" w:color="000000" w:fill="FFFFFF"/>
            <w:vAlign w:val="center"/>
            <w:hideMark/>
          </w:tcPr>
          <w:p w14:paraId="01D5598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(0.00)</w:t>
            </w:r>
          </w:p>
        </w:tc>
        <w:tc>
          <w:tcPr>
            <w:tcW w:w="338" w:type="pct"/>
            <w:gridSpan w:val="2"/>
            <w:tcBorders>
              <w:top w:val="single" w:sz="4" w:space="0" w:color="auto"/>
              <w:left w:val="nil"/>
              <w:bottom w:val="nil"/>
              <w:right w:val="nil"/>
            </w:tcBorders>
            <w:shd w:val="clear" w:color="000000" w:fill="FFFFFF"/>
            <w:vAlign w:val="center"/>
            <w:hideMark/>
          </w:tcPr>
          <w:p w14:paraId="70D79F6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0.025</w:t>
            </w:r>
          </w:p>
        </w:tc>
        <w:tc>
          <w:tcPr>
            <w:tcW w:w="427" w:type="pct"/>
            <w:tcBorders>
              <w:top w:val="single" w:sz="4" w:space="0" w:color="auto"/>
              <w:left w:val="nil"/>
              <w:bottom w:val="nil"/>
              <w:right w:val="nil"/>
            </w:tcBorders>
            <w:shd w:val="clear" w:color="auto" w:fill="F2F2F2" w:themeFill="background1" w:themeFillShade="F2"/>
            <w:vAlign w:val="center"/>
            <w:hideMark/>
          </w:tcPr>
          <w:p w14:paraId="1B0BF238"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(0.00)</w:t>
            </w:r>
          </w:p>
        </w:tc>
        <w:tc>
          <w:tcPr>
            <w:tcW w:w="427" w:type="pct"/>
            <w:tcBorders>
              <w:top w:val="single" w:sz="4" w:space="0" w:color="auto"/>
              <w:left w:val="nil"/>
              <w:bottom w:val="nil"/>
              <w:right w:val="nil"/>
            </w:tcBorders>
            <w:shd w:val="clear" w:color="auto" w:fill="F2F2F2" w:themeFill="background1" w:themeFillShade="F2"/>
            <w:vAlign w:val="center"/>
            <w:hideMark/>
          </w:tcPr>
          <w:p w14:paraId="3457FBD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0.00 (0.02)</w:t>
            </w:r>
          </w:p>
        </w:tc>
        <w:tc>
          <w:tcPr>
            <w:tcW w:w="427" w:type="pct"/>
            <w:tcBorders>
              <w:top w:val="single" w:sz="4" w:space="0" w:color="auto"/>
              <w:left w:val="nil"/>
              <w:bottom w:val="nil"/>
              <w:right w:val="nil"/>
            </w:tcBorders>
            <w:shd w:val="clear" w:color="auto" w:fill="F2F2F2" w:themeFill="background1" w:themeFillShade="F2"/>
            <w:vAlign w:val="center"/>
            <w:hideMark/>
          </w:tcPr>
          <w:p w14:paraId="2E64B14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0.00 (0.01)</w:t>
            </w:r>
          </w:p>
        </w:tc>
        <w:tc>
          <w:tcPr>
            <w:tcW w:w="427" w:type="pct"/>
            <w:tcBorders>
              <w:top w:val="single" w:sz="4" w:space="0" w:color="auto"/>
              <w:left w:val="nil"/>
              <w:bottom w:val="nil"/>
              <w:right w:val="nil"/>
            </w:tcBorders>
            <w:shd w:val="clear" w:color="000000" w:fill="FFFFFF"/>
            <w:vAlign w:val="center"/>
            <w:hideMark/>
          </w:tcPr>
          <w:p w14:paraId="67F2ED8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0.00 (0.02)</w:t>
            </w:r>
          </w:p>
        </w:tc>
        <w:tc>
          <w:tcPr>
            <w:tcW w:w="337" w:type="pct"/>
            <w:gridSpan w:val="2"/>
            <w:tcBorders>
              <w:top w:val="single" w:sz="4" w:space="0" w:color="auto"/>
              <w:left w:val="nil"/>
              <w:bottom w:val="nil"/>
              <w:right w:val="nil"/>
            </w:tcBorders>
            <w:shd w:val="clear" w:color="000000" w:fill="FFFFFF"/>
            <w:vAlign w:val="center"/>
            <w:hideMark/>
          </w:tcPr>
          <w:p w14:paraId="6D8E447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0.865</w:t>
            </w:r>
          </w:p>
        </w:tc>
      </w:tr>
      <w:tr w:rsidR="00EB3E01" w:rsidRPr="00693325" w14:paraId="12479E99" w14:textId="77777777" w:rsidTr="00EB3E01">
        <w:trPr>
          <w:trHeight w:val="68"/>
        </w:trPr>
        <w:tc>
          <w:tcPr>
            <w:tcW w:w="909" w:type="pct"/>
            <w:tcBorders>
              <w:top w:val="nil"/>
              <w:left w:val="nil"/>
              <w:bottom w:val="nil"/>
              <w:right w:val="nil"/>
            </w:tcBorders>
            <w:shd w:val="clear" w:color="000000" w:fill="FFFFFF"/>
            <w:vAlign w:val="center"/>
            <w:hideMark/>
          </w:tcPr>
          <w:p w14:paraId="62F2F3FA" w14:textId="77777777" w:rsidR="00EB3E01" w:rsidRPr="00693325" w:rsidRDefault="00EB3E01" w:rsidP="00EB3E01">
            <w:pPr>
              <w:rPr>
                <w:rFonts w:ascii="Times New Roman" w:hAnsi="Times New Roman"/>
                <w:color w:val="000000"/>
                <w:sz w:val="16"/>
                <w:szCs w:val="16"/>
              </w:rPr>
            </w:pPr>
            <w:r w:rsidRPr="00693325">
              <w:rPr>
                <w:rFonts w:ascii="Times New Roman" w:hAnsi="Times New Roman"/>
                <w:sz w:val="16"/>
              </w:rPr>
              <w:t>Outpatient office visits, n (%)</w:t>
            </w:r>
          </w:p>
        </w:tc>
        <w:tc>
          <w:tcPr>
            <w:tcW w:w="427" w:type="pct"/>
            <w:tcBorders>
              <w:top w:val="nil"/>
              <w:left w:val="nil"/>
              <w:bottom w:val="nil"/>
              <w:right w:val="nil"/>
            </w:tcBorders>
            <w:shd w:val="clear" w:color="000000" w:fill="F2F2F2"/>
            <w:vAlign w:val="center"/>
            <w:hideMark/>
          </w:tcPr>
          <w:p w14:paraId="1D86A94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15 (71.43)</w:t>
            </w:r>
          </w:p>
        </w:tc>
        <w:tc>
          <w:tcPr>
            <w:tcW w:w="427" w:type="pct"/>
            <w:tcBorders>
              <w:top w:val="nil"/>
              <w:left w:val="nil"/>
              <w:bottom w:val="nil"/>
              <w:right w:val="nil"/>
            </w:tcBorders>
            <w:shd w:val="clear" w:color="000000" w:fill="F2F2F2"/>
            <w:vAlign w:val="center"/>
            <w:hideMark/>
          </w:tcPr>
          <w:p w14:paraId="521881A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16 (76.19)</w:t>
            </w:r>
          </w:p>
        </w:tc>
        <w:tc>
          <w:tcPr>
            <w:tcW w:w="427" w:type="pct"/>
            <w:gridSpan w:val="2"/>
            <w:tcBorders>
              <w:top w:val="nil"/>
              <w:left w:val="nil"/>
              <w:bottom w:val="nil"/>
              <w:right w:val="nil"/>
            </w:tcBorders>
            <w:shd w:val="clear" w:color="000000" w:fill="F2F2F2"/>
            <w:vAlign w:val="center"/>
            <w:hideMark/>
          </w:tcPr>
          <w:p w14:paraId="113399E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18 (85.71)</w:t>
            </w:r>
          </w:p>
        </w:tc>
        <w:tc>
          <w:tcPr>
            <w:tcW w:w="427" w:type="pct"/>
            <w:gridSpan w:val="2"/>
            <w:tcBorders>
              <w:top w:val="nil"/>
              <w:left w:val="nil"/>
              <w:bottom w:val="nil"/>
              <w:right w:val="nil"/>
            </w:tcBorders>
            <w:shd w:val="clear" w:color="000000" w:fill="FFFFFF"/>
            <w:vAlign w:val="center"/>
            <w:hideMark/>
          </w:tcPr>
          <w:p w14:paraId="03A2D98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57 (54.29)</w:t>
            </w:r>
          </w:p>
        </w:tc>
        <w:tc>
          <w:tcPr>
            <w:tcW w:w="338" w:type="pct"/>
            <w:gridSpan w:val="2"/>
            <w:tcBorders>
              <w:top w:val="nil"/>
              <w:left w:val="nil"/>
              <w:bottom w:val="nil"/>
              <w:right w:val="nil"/>
            </w:tcBorders>
            <w:shd w:val="clear" w:color="000000" w:fill="FFFFFF"/>
            <w:vAlign w:val="center"/>
            <w:hideMark/>
          </w:tcPr>
          <w:p w14:paraId="1980D26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0.007</w:t>
            </w:r>
          </w:p>
        </w:tc>
        <w:tc>
          <w:tcPr>
            <w:tcW w:w="427" w:type="pct"/>
            <w:tcBorders>
              <w:top w:val="nil"/>
              <w:left w:val="nil"/>
              <w:bottom w:val="nil"/>
              <w:right w:val="nil"/>
            </w:tcBorders>
            <w:shd w:val="clear" w:color="000000" w:fill="F2F2F2"/>
            <w:vAlign w:val="center"/>
            <w:hideMark/>
          </w:tcPr>
          <w:p w14:paraId="7E13E37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10 (76.92)</w:t>
            </w:r>
          </w:p>
        </w:tc>
        <w:tc>
          <w:tcPr>
            <w:tcW w:w="427" w:type="pct"/>
            <w:tcBorders>
              <w:top w:val="nil"/>
              <w:left w:val="nil"/>
              <w:bottom w:val="nil"/>
              <w:right w:val="nil"/>
            </w:tcBorders>
            <w:shd w:val="clear" w:color="000000" w:fill="F2F2F2"/>
            <w:vAlign w:val="center"/>
            <w:hideMark/>
          </w:tcPr>
          <w:p w14:paraId="5C0A8C0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9 (81.82)</w:t>
            </w:r>
          </w:p>
        </w:tc>
        <w:tc>
          <w:tcPr>
            <w:tcW w:w="427" w:type="pct"/>
            <w:tcBorders>
              <w:top w:val="nil"/>
              <w:left w:val="nil"/>
              <w:bottom w:val="nil"/>
              <w:right w:val="nil"/>
            </w:tcBorders>
            <w:shd w:val="clear" w:color="000000" w:fill="F2F2F2"/>
            <w:vAlign w:val="center"/>
            <w:hideMark/>
          </w:tcPr>
          <w:p w14:paraId="1BAB823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12 (92.31)</w:t>
            </w:r>
          </w:p>
        </w:tc>
        <w:tc>
          <w:tcPr>
            <w:tcW w:w="427" w:type="pct"/>
            <w:tcBorders>
              <w:top w:val="nil"/>
              <w:left w:val="nil"/>
              <w:bottom w:val="nil"/>
              <w:right w:val="nil"/>
            </w:tcBorders>
            <w:shd w:val="clear" w:color="000000" w:fill="FFFFFF"/>
            <w:vAlign w:val="center"/>
            <w:hideMark/>
          </w:tcPr>
          <w:p w14:paraId="1DAEB03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25 (38.46)</w:t>
            </w:r>
          </w:p>
        </w:tc>
        <w:tc>
          <w:tcPr>
            <w:tcW w:w="337" w:type="pct"/>
            <w:gridSpan w:val="2"/>
            <w:tcBorders>
              <w:top w:val="nil"/>
              <w:left w:val="nil"/>
              <w:bottom w:val="nil"/>
              <w:right w:val="nil"/>
            </w:tcBorders>
            <w:shd w:val="clear" w:color="000000" w:fill="FFFFFF"/>
            <w:vAlign w:val="center"/>
            <w:hideMark/>
          </w:tcPr>
          <w:p w14:paraId="51AA6DE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&lt;0.001</w:t>
            </w:r>
          </w:p>
        </w:tc>
      </w:tr>
      <w:tr w:rsidR="00EB3E01" w:rsidRPr="00693325" w14:paraId="173FA2A4" w14:textId="77777777" w:rsidTr="00EB3E01">
        <w:trPr>
          <w:trHeight w:val="68"/>
        </w:trPr>
        <w:tc>
          <w:tcPr>
            <w:tcW w:w="909" w:type="pct"/>
            <w:tcBorders>
              <w:top w:val="nil"/>
              <w:left w:val="nil"/>
              <w:bottom w:val="nil"/>
              <w:right w:val="nil"/>
            </w:tcBorders>
            <w:shd w:val="clear" w:color="000000" w:fill="FFFFFF"/>
            <w:vAlign w:val="center"/>
            <w:hideMark/>
          </w:tcPr>
          <w:p w14:paraId="609C1F55" w14:textId="77777777" w:rsidR="00EB3E01" w:rsidRPr="00693325" w:rsidRDefault="00EB3E01" w:rsidP="00EB3E01">
            <w:pPr>
              <w:ind w:leftChars="100" w:left="240"/>
              <w:rPr>
                <w:rFonts w:ascii="Times New Roman" w:hAnsi="Times New Roman"/>
                <w:color w:val="000000"/>
                <w:sz w:val="16"/>
                <w:szCs w:val="16"/>
              </w:rPr>
            </w:pPr>
            <w:r w:rsidRPr="00693325">
              <w:rPr>
                <w:rFonts w:ascii="Times New Roman" w:hAnsi="Times New Roman"/>
                <w:sz w:val="16"/>
              </w:rPr>
              <w:t>Number of office visits per patient, mean (SD)</w:t>
            </w:r>
          </w:p>
        </w:tc>
        <w:tc>
          <w:tcPr>
            <w:tcW w:w="427" w:type="pct"/>
            <w:tcBorders>
              <w:top w:val="nil"/>
              <w:left w:val="nil"/>
              <w:bottom w:val="nil"/>
              <w:right w:val="nil"/>
            </w:tcBorders>
            <w:shd w:val="clear" w:color="000000" w:fill="F2F2F2"/>
            <w:vAlign w:val="center"/>
            <w:hideMark/>
          </w:tcPr>
          <w:p w14:paraId="606AF238"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0.98 (0.87)</w:t>
            </w:r>
          </w:p>
        </w:tc>
        <w:tc>
          <w:tcPr>
            <w:tcW w:w="427" w:type="pct"/>
            <w:tcBorders>
              <w:top w:val="nil"/>
              <w:left w:val="nil"/>
              <w:bottom w:val="nil"/>
              <w:right w:val="nil"/>
            </w:tcBorders>
            <w:shd w:val="clear" w:color="000000" w:fill="F2F2F2"/>
            <w:vAlign w:val="center"/>
            <w:hideMark/>
          </w:tcPr>
          <w:p w14:paraId="01DB2F3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0.25 (0.28)</w:t>
            </w:r>
          </w:p>
        </w:tc>
        <w:tc>
          <w:tcPr>
            <w:tcW w:w="427" w:type="pct"/>
            <w:gridSpan w:val="2"/>
            <w:tcBorders>
              <w:top w:val="nil"/>
              <w:left w:val="nil"/>
              <w:bottom w:val="nil"/>
              <w:right w:val="nil"/>
            </w:tcBorders>
            <w:shd w:val="clear" w:color="000000" w:fill="F2F2F2"/>
            <w:vAlign w:val="center"/>
            <w:hideMark/>
          </w:tcPr>
          <w:p w14:paraId="50AF989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0.35 (0.36)</w:t>
            </w:r>
          </w:p>
        </w:tc>
        <w:tc>
          <w:tcPr>
            <w:tcW w:w="427" w:type="pct"/>
            <w:gridSpan w:val="2"/>
            <w:tcBorders>
              <w:top w:val="nil"/>
              <w:left w:val="nil"/>
              <w:bottom w:val="nil"/>
              <w:right w:val="nil"/>
            </w:tcBorders>
            <w:shd w:val="clear" w:color="000000" w:fill="FFFFFF"/>
            <w:vAlign w:val="center"/>
            <w:hideMark/>
          </w:tcPr>
          <w:p w14:paraId="7B7DAE7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0.08 (0.14)</w:t>
            </w:r>
          </w:p>
        </w:tc>
        <w:tc>
          <w:tcPr>
            <w:tcW w:w="338" w:type="pct"/>
            <w:gridSpan w:val="2"/>
            <w:tcBorders>
              <w:top w:val="nil"/>
              <w:left w:val="nil"/>
              <w:bottom w:val="nil"/>
              <w:right w:val="nil"/>
            </w:tcBorders>
            <w:shd w:val="clear" w:color="000000" w:fill="FFFFFF"/>
            <w:vAlign w:val="center"/>
            <w:hideMark/>
          </w:tcPr>
          <w:p w14:paraId="1F9C469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&lt;0.001</w:t>
            </w:r>
          </w:p>
        </w:tc>
        <w:tc>
          <w:tcPr>
            <w:tcW w:w="427" w:type="pct"/>
            <w:tcBorders>
              <w:top w:val="nil"/>
              <w:left w:val="nil"/>
              <w:bottom w:val="nil"/>
              <w:right w:val="nil"/>
            </w:tcBorders>
            <w:shd w:val="clear" w:color="000000" w:fill="F2F2F2"/>
            <w:vAlign w:val="center"/>
            <w:hideMark/>
          </w:tcPr>
          <w:p w14:paraId="494C932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1.07 (0.82)</w:t>
            </w:r>
          </w:p>
        </w:tc>
        <w:tc>
          <w:tcPr>
            <w:tcW w:w="427" w:type="pct"/>
            <w:tcBorders>
              <w:top w:val="nil"/>
              <w:left w:val="nil"/>
              <w:bottom w:val="nil"/>
              <w:right w:val="nil"/>
            </w:tcBorders>
            <w:shd w:val="clear" w:color="000000" w:fill="F2F2F2"/>
            <w:vAlign w:val="center"/>
            <w:hideMark/>
          </w:tcPr>
          <w:p w14:paraId="19B51A0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0.17 (0.23)</w:t>
            </w:r>
          </w:p>
        </w:tc>
        <w:tc>
          <w:tcPr>
            <w:tcW w:w="427" w:type="pct"/>
            <w:tcBorders>
              <w:top w:val="nil"/>
              <w:left w:val="nil"/>
              <w:bottom w:val="nil"/>
              <w:right w:val="nil"/>
            </w:tcBorders>
            <w:shd w:val="clear" w:color="000000" w:fill="F2F2F2"/>
            <w:vAlign w:val="center"/>
            <w:hideMark/>
          </w:tcPr>
          <w:p w14:paraId="53B44B7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0.31 (0.31)</w:t>
            </w:r>
          </w:p>
        </w:tc>
        <w:tc>
          <w:tcPr>
            <w:tcW w:w="427" w:type="pct"/>
            <w:tcBorders>
              <w:top w:val="nil"/>
              <w:left w:val="nil"/>
              <w:bottom w:val="nil"/>
              <w:right w:val="nil"/>
            </w:tcBorders>
            <w:shd w:val="clear" w:color="000000" w:fill="FFFFFF"/>
            <w:vAlign w:val="center"/>
            <w:hideMark/>
          </w:tcPr>
          <w:p w14:paraId="46C10F8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0.07 (0.15)</w:t>
            </w:r>
          </w:p>
        </w:tc>
        <w:tc>
          <w:tcPr>
            <w:tcW w:w="337" w:type="pct"/>
            <w:gridSpan w:val="2"/>
            <w:tcBorders>
              <w:top w:val="nil"/>
              <w:left w:val="nil"/>
              <w:bottom w:val="nil"/>
              <w:right w:val="nil"/>
            </w:tcBorders>
            <w:shd w:val="clear" w:color="000000" w:fill="FFFFFF"/>
            <w:vAlign w:val="center"/>
            <w:hideMark/>
          </w:tcPr>
          <w:p w14:paraId="777D269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&lt;0.001</w:t>
            </w:r>
          </w:p>
        </w:tc>
      </w:tr>
      <w:tr w:rsidR="00EB3E01" w:rsidRPr="00693325" w14:paraId="0C57B12C" w14:textId="77777777" w:rsidTr="00EB3E01">
        <w:trPr>
          <w:trHeight w:val="68"/>
        </w:trPr>
        <w:tc>
          <w:tcPr>
            <w:tcW w:w="909" w:type="pct"/>
            <w:tcBorders>
              <w:top w:val="nil"/>
              <w:left w:val="nil"/>
              <w:bottom w:val="nil"/>
              <w:right w:val="nil"/>
            </w:tcBorders>
            <w:shd w:val="clear" w:color="000000" w:fill="FFFFFF"/>
            <w:vAlign w:val="center"/>
            <w:hideMark/>
          </w:tcPr>
          <w:p w14:paraId="7F4F313C" w14:textId="77777777" w:rsidR="00EB3E01" w:rsidRPr="00693325" w:rsidRDefault="00EB3E01" w:rsidP="00EB3E01">
            <w:pPr>
              <w:rPr>
                <w:rFonts w:ascii="Times New Roman" w:hAnsi="Times New Roman"/>
                <w:color w:val="000000"/>
                <w:sz w:val="16"/>
                <w:szCs w:val="16"/>
              </w:rPr>
            </w:pPr>
            <w:r w:rsidRPr="00693325">
              <w:rPr>
                <w:rFonts w:ascii="Times New Roman" w:hAnsi="Times New Roman"/>
                <w:sz w:val="16"/>
              </w:rPr>
              <w:t>Specialist office visit, n (%)</w:t>
            </w:r>
          </w:p>
        </w:tc>
        <w:tc>
          <w:tcPr>
            <w:tcW w:w="427" w:type="pct"/>
            <w:tcBorders>
              <w:top w:val="nil"/>
              <w:left w:val="nil"/>
              <w:bottom w:val="nil"/>
              <w:right w:val="nil"/>
            </w:tcBorders>
            <w:shd w:val="clear" w:color="000000" w:fill="F2F2F2"/>
            <w:vAlign w:val="center"/>
            <w:hideMark/>
          </w:tcPr>
          <w:p w14:paraId="1C20CBD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7 (33.33)</w:t>
            </w:r>
          </w:p>
        </w:tc>
        <w:tc>
          <w:tcPr>
            <w:tcW w:w="427" w:type="pct"/>
            <w:tcBorders>
              <w:top w:val="nil"/>
              <w:left w:val="nil"/>
              <w:bottom w:val="nil"/>
              <w:right w:val="nil"/>
            </w:tcBorders>
            <w:shd w:val="clear" w:color="000000" w:fill="F2F2F2"/>
            <w:vAlign w:val="center"/>
            <w:hideMark/>
          </w:tcPr>
          <w:p w14:paraId="31382F6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11 (52.38)</w:t>
            </w:r>
          </w:p>
        </w:tc>
        <w:tc>
          <w:tcPr>
            <w:tcW w:w="427" w:type="pct"/>
            <w:gridSpan w:val="2"/>
            <w:tcBorders>
              <w:top w:val="nil"/>
              <w:left w:val="nil"/>
              <w:bottom w:val="nil"/>
              <w:right w:val="nil"/>
            </w:tcBorders>
            <w:shd w:val="clear" w:color="000000" w:fill="F2F2F2"/>
            <w:vAlign w:val="center"/>
            <w:hideMark/>
          </w:tcPr>
          <w:p w14:paraId="537F3C6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13 (61.90)</w:t>
            </w:r>
          </w:p>
        </w:tc>
        <w:tc>
          <w:tcPr>
            <w:tcW w:w="427" w:type="pct"/>
            <w:gridSpan w:val="2"/>
            <w:tcBorders>
              <w:top w:val="nil"/>
              <w:left w:val="nil"/>
              <w:bottom w:val="nil"/>
              <w:right w:val="nil"/>
            </w:tcBorders>
            <w:shd w:val="clear" w:color="000000" w:fill="FFFFFF"/>
            <w:vAlign w:val="center"/>
            <w:hideMark/>
          </w:tcPr>
          <w:p w14:paraId="533D789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25 (23.81)</w:t>
            </w:r>
          </w:p>
        </w:tc>
        <w:tc>
          <w:tcPr>
            <w:tcW w:w="338" w:type="pct"/>
            <w:gridSpan w:val="2"/>
            <w:tcBorders>
              <w:top w:val="nil"/>
              <w:left w:val="nil"/>
              <w:bottom w:val="nil"/>
              <w:right w:val="nil"/>
            </w:tcBorders>
            <w:shd w:val="clear" w:color="000000" w:fill="FFFFFF"/>
            <w:vAlign w:val="center"/>
            <w:hideMark/>
          </w:tcPr>
          <w:p w14:paraId="7848EB2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0.001</w:t>
            </w:r>
          </w:p>
        </w:tc>
        <w:tc>
          <w:tcPr>
            <w:tcW w:w="427" w:type="pct"/>
            <w:tcBorders>
              <w:top w:val="nil"/>
              <w:left w:val="nil"/>
              <w:bottom w:val="nil"/>
              <w:right w:val="nil"/>
            </w:tcBorders>
            <w:shd w:val="clear" w:color="000000" w:fill="F2F2F2"/>
            <w:vAlign w:val="center"/>
            <w:hideMark/>
          </w:tcPr>
          <w:p w14:paraId="207272B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4 (30.77)</w:t>
            </w:r>
          </w:p>
        </w:tc>
        <w:tc>
          <w:tcPr>
            <w:tcW w:w="427" w:type="pct"/>
            <w:tcBorders>
              <w:top w:val="nil"/>
              <w:left w:val="nil"/>
              <w:bottom w:val="nil"/>
              <w:right w:val="nil"/>
            </w:tcBorders>
            <w:shd w:val="clear" w:color="000000" w:fill="F2F2F2"/>
            <w:vAlign w:val="center"/>
            <w:hideMark/>
          </w:tcPr>
          <w:p w14:paraId="61A7A2D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 (27.27)</w:t>
            </w:r>
          </w:p>
        </w:tc>
        <w:tc>
          <w:tcPr>
            <w:tcW w:w="427" w:type="pct"/>
            <w:tcBorders>
              <w:top w:val="nil"/>
              <w:left w:val="nil"/>
              <w:bottom w:val="nil"/>
              <w:right w:val="nil"/>
            </w:tcBorders>
            <w:shd w:val="clear" w:color="000000" w:fill="F2F2F2"/>
            <w:vAlign w:val="center"/>
            <w:hideMark/>
          </w:tcPr>
          <w:p w14:paraId="771EA2B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 (38.46)</w:t>
            </w:r>
          </w:p>
        </w:tc>
        <w:tc>
          <w:tcPr>
            <w:tcW w:w="427" w:type="pct"/>
            <w:tcBorders>
              <w:top w:val="nil"/>
              <w:left w:val="nil"/>
              <w:bottom w:val="nil"/>
              <w:right w:val="nil"/>
            </w:tcBorders>
            <w:shd w:val="clear" w:color="000000" w:fill="FFFFFF"/>
            <w:vAlign w:val="center"/>
            <w:hideMark/>
          </w:tcPr>
          <w:p w14:paraId="6D5612E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 (7.69)</w:t>
            </w:r>
          </w:p>
        </w:tc>
        <w:tc>
          <w:tcPr>
            <w:tcW w:w="337" w:type="pct"/>
            <w:gridSpan w:val="2"/>
            <w:tcBorders>
              <w:top w:val="nil"/>
              <w:left w:val="nil"/>
              <w:bottom w:val="nil"/>
              <w:right w:val="nil"/>
            </w:tcBorders>
            <w:shd w:val="clear" w:color="000000" w:fill="FFFFFF"/>
            <w:vAlign w:val="center"/>
            <w:hideMark/>
          </w:tcPr>
          <w:p w14:paraId="1A2158C8"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0.009</w:t>
            </w:r>
          </w:p>
        </w:tc>
      </w:tr>
      <w:tr w:rsidR="00EB3E01" w:rsidRPr="00693325" w14:paraId="7F2DA760" w14:textId="77777777" w:rsidTr="00EB3E01">
        <w:trPr>
          <w:trHeight w:val="68"/>
        </w:trPr>
        <w:tc>
          <w:tcPr>
            <w:tcW w:w="909" w:type="pct"/>
            <w:tcBorders>
              <w:top w:val="nil"/>
              <w:left w:val="nil"/>
              <w:bottom w:val="nil"/>
              <w:right w:val="nil"/>
            </w:tcBorders>
            <w:shd w:val="clear" w:color="000000" w:fill="FFFFFF"/>
            <w:vAlign w:val="center"/>
            <w:hideMark/>
          </w:tcPr>
          <w:p w14:paraId="1B34A786" w14:textId="77777777" w:rsidR="00EB3E01" w:rsidRPr="00693325" w:rsidRDefault="00EB3E01" w:rsidP="00EB3E01">
            <w:pPr>
              <w:ind w:leftChars="100" w:left="240"/>
              <w:rPr>
                <w:rFonts w:ascii="Times New Roman" w:hAnsi="Times New Roman"/>
                <w:color w:val="000000"/>
                <w:sz w:val="16"/>
                <w:szCs w:val="16"/>
              </w:rPr>
            </w:pPr>
            <w:r w:rsidRPr="00693325">
              <w:rPr>
                <w:rFonts w:ascii="Times New Roman" w:hAnsi="Times New Roman"/>
                <w:sz w:val="16"/>
              </w:rPr>
              <w:t>Number of specialist office visits per patient, mean (SD)</w:t>
            </w:r>
          </w:p>
        </w:tc>
        <w:tc>
          <w:tcPr>
            <w:tcW w:w="427" w:type="pct"/>
            <w:tcBorders>
              <w:top w:val="nil"/>
              <w:left w:val="nil"/>
              <w:bottom w:val="nil"/>
              <w:right w:val="nil"/>
            </w:tcBorders>
            <w:shd w:val="clear" w:color="000000" w:fill="F2F2F2"/>
            <w:vAlign w:val="center"/>
            <w:hideMark/>
          </w:tcPr>
          <w:p w14:paraId="4E0B7E8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0.37 (0.59)</w:t>
            </w:r>
          </w:p>
        </w:tc>
        <w:tc>
          <w:tcPr>
            <w:tcW w:w="427" w:type="pct"/>
            <w:tcBorders>
              <w:top w:val="nil"/>
              <w:left w:val="nil"/>
              <w:bottom w:val="nil"/>
              <w:right w:val="nil"/>
            </w:tcBorders>
            <w:shd w:val="clear" w:color="000000" w:fill="F2F2F2"/>
            <w:vAlign w:val="center"/>
            <w:hideMark/>
          </w:tcPr>
          <w:p w14:paraId="2A02838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0.18 (0.24)</w:t>
            </w:r>
          </w:p>
        </w:tc>
        <w:tc>
          <w:tcPr>
            <w:tcW w:w="427" w:type="pct"/>
            <w:gridSpan w:val="2"/>
            <w:tcBorders>
              <w:top w:val="nil"/>
              <w:left w:val="nil"/>
              <w:bottom w:val="nil"/>
              <w:right w:val="nil"/>
            </w:tcBorders>
            <w:shd w:val="clear" w:color="000000" w:fill="F2F2F2"/>
            <w:vAlign w:val="center"/>
            <w:hideMark/>
          </w:tcPr>
          <w:p w14:paraId="3D7D5EA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0.21 (0.27)</w:t>
            </w:r>
          </w:p>
        </w:tc>
        <w:tc>
          <w:tcPr>
            <w:tcW w:w="427" w:type="pct"/>
            <w:gridSpan w:val="2"/>
            <w:tcBorders>
              <w:top w:val="nil"/>
              <w:left w:val="nil"/>
              <w:bottom w:val="nil"/>
              <w:right w:val="nil"/>
            </w:tcBorders>
            <w:shd w:val="clear" w:color="000000" w:fill="FFFFFF"/>
            <w:vAlign w:val="center"/>
            <w:hideMark/>
          </w:tcPr>
          <w:p w14:paraId="0DA55A3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0.04 (0.13)</w:t>
            </w:r>
          </w:p>
        </w:tc>
        <w:tc>
          <w:tcPr>
            <w:tcW w:w="338" w:type="pct"/>
            <w:gridSpan w:val="2"/>
            <w:tcBorders>
              <w:top w:val="nil"/>
              <w:left w:val="nil"/>
              <w:bottom w:val="nil"/>
              <w:right w:val="nil"/>
            </w:tcBorders>
            <w:shd w:val="clear" w:color="000000" w:fill="FFFFFF"/>
            <w:vAlign w:val="center"/>
            <w:hideMark/>
          </w:tcPr>
          <w:p w14:paraId="1B824A7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&lt;0.001</w:t>
            </w:r>
          </w:p>
        </w:tc>
        <w:tc>
          <w:tcPr>
            <w:tcW w:w="427" w:type="pct"/>
            <w:tcBorders>
              <w:top w:val="nil"/>
              <w:left w:val="nil"/>
              <w:bottom w:val="nil"/>
              <w:right w:val="nil"/>
            </w:tcBorders>
            <w:shd w:val="clear" w:color="000000" w:fill="F2F2F2"/>
            <w:vAlign w:val="center"/>
            <w:hideMark/>
          </w:tcPr>
          <w:p w14:paraId="706EAAD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0.26 (0.41)</w:t>
            </w:r>
          </w:p>
        </w:tc>
        <w:tc>
          <w:tcPr>
            <w:tcW w:w="427" w:type="pct"/>
            <w:tcBorders>
              <w:top w:val="nil"/>
              <w:left w:val="nil"/>
              <w:bottom w:val="nil"/>
              <w:right w:val="nil"/>
            </w:tcBorders>
            <w:shd w:val="clear" w:color="000000" w:fill="F2F2F2"/>
            <w:vAlign w:val="center"/>
            <w:hideMark/>
          </w:tcPr>
          <w:p w14:paraId="609BDEA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0.04 (0.10)</w:t>
            </w:r>
          </w:p>
        </w:tc>
        <w:tc>
          <w:tcPr>
            <w:tcW w:w="427" w:type="pct"/>
            <w:tcBorders>
              <w:top w:val="nil"/>
              <w:left w:val="nil"/>
              <w:bottom w:val="nil"/>
              <w:right w:val="nil"/>
            </w:tcBorders>
            <w:shd w:val="clear" w:color="000000" w:fill="F2F2F2"/>
            <w:vAlign w:val="center"/>
            <w:hideMark/>
          </w:tcPr>
          <w:p w14:paraId="56B8A41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0.12 (0.28)</w:t>
            </w:r>
          </w:p>
        </w:tc>
        <w:tc>
          <w:tcPr>
            <w:tcW w:w="427" w:type="pct"/>
            <w:tcBorders>
              <w:top w:val="nil"/>
              <w:left w:val="nil"/>
              <w:bottom w:val="nil"/>
              <w:right w:val="nil"/>
            </w:tcBorders>
            <w:shd w:val="clear" w:color="000000" w:fill="FFFFFF"/>
            <w:vAlign w:val="center"/>
            <w:hideMark/>
          </w:tcPr>
          <w:p w14:paraId="047B41B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0.01 (0.06)</w:t>
            </w:r>
          </w:p>
        </w:tc>
        <w:tc>
          <w:tcPr>
            <w:tcW w:w="337" w:type="pct"/>
            <w:gridSpan w:val="2"/>
            <w:tcBorders>
              <w:top w:val="nil"/>
              <w:left w:val="nil"/>
              <w:bottom w:val="nil"/>
              <w:right w:val="nil"/>
            </w:tcBorders>
            <w:shd w:val="clear" w:color="000000" w:fill="FFFFFF"/>
            <w:vAlign w:val="center"/>
            <w:hideMark/>
          </w:tcPr>
          <w:p w14:paraId="0795215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0.006</w:t>
            </w:r>
          </w:p>
        </w:tc>
      </w:tr>
      <w:tr w:rsidR="00EB3E01" w:rsidRPr="00693325" w14:paraId="4B7020F7" w14:textId="77777777" w:rsidTr="00EB3E01">
        <w:trPr>
          <w:trHeight w:val="68"/>
        </w:trPr>
        <w:tc>
          <w:tcPr>
            <w:tcW w:w="909" w:type="pct"/>
            <w:tcBorders>
              <w:top w:val="nil"/>
              <w:left w:val="nil"/>
              <w:bottom w:val="nil"/>
              <w:right w:val="nil"/>
            </w:tcBorders>
            <w:shd w:val="clear" w:color="000000" w:fill="FFFFFF"/>
            <w:vAlign w:val="center"/>
            <w:hideMark/>
          </w:tcPr>
          <w:p w14:paraId="157B0FBB" w14:textId="77777777" w:rsidR="00EB3E01" w:rsidRPr="00693325" w:rsidRDefault="00EB3E01" w:rsidP="00EB3E01">
            <w:pPr>
              <w:rPr>
                <w:rFonts w:ascii="Times New Roman" w:hAnsi="Times New Roman"/>
                <w:color w:val="000000"/>
                <w:sz w:val="16"/>
                <w:szCs w:val="16"/>
              </w:rPr>
            </w:pPr>
            <w:r w:rsidRPr="00693325">
              <w:rPr>
                <w:rFonts w:ascii="Times New Roman" w:hAnsi="Times New Roman"/>
                <w:sz w:val="16"/>
              </w:rPr>
              <w:t>Well-child visit, n (%)</w:t>
            </w:r>
          </w:p>
        </w:tc>
        <w:tc>
          <w:tcPr>
            <w:tcW w:w="427" w:type="pct"/>
            <w:tcBorders>
              <w:top w:val="nil"/>
              <w:left w:val="nil"/>
              <w:bottom w:val="nil"/>
              <w:right w:val="nil"/>
            </w:tcBorders>
            <w:shd w:val="clear" w:color="000000" w:fill="F2F2F2"/>
            <w:vAlign w:val="center"/>
            <w:hideMark/>
          </w:tcPr>
          <w:p w14:paraId="2D17242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(0.00)</w:t>
            </w:r>
          </w:p>
        </w:tc>
        <w:tc>
          <w:tcPr>
            <w:tcW w:w="427" w:type="pct"/>
            <w:tcBorders>
              <w:top w:val="nil"/>
              <w:left w:val="nil"/>
              <w:bottom w:val="nil"/>
              <w:right w:val="nil"/>
            </w:tcBorders>
            <w:shd w:val="clear" w:color="000000" w:fill="F2F2F2"/>
            <w:vAlign w:val="center"/>
            <w:hideMark/>
          </w:tcPr>
          <w:p w14:paraId="6BD3580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11 (52.38)</w:t>
            </w:r>
          </w:p>
        </w:tc>
        <w:tc>
          <w:tcPr>
            <w:tcW w:w="427" w:type="pct"/>
            <w:gridSpan w:val="2"/>
            <w:tcBorders>
              <w:top w:val="nil"/>
              <w:left w:val="nil"/>
              <w:bottom w:val="nil"/>
              <w:right w:val="nil"/>
            </w:tcBorders>
            <w:shd w:val="clear" w:color="000000" w:fill="F2F2F2"/>
            <w:vAlign w:val="center"/>
            <w:hideMark/>
          </w:tcPr>
          <w:p w14:paraId="25E57058"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11 (52.38)</w:t>
            </w:r>
          </w:p>
        </w:tc>
        <w:tc>
          <w:tcPr>
            <w:tcW w:w="427" w:type="pct"/>
            <w:gridSpan w:val="2"/>
            <w:tcBorders>
              <w:top w:val="nil"/>
              <w:left w:val="nil"/>
              <w:bottom w:val="nil"/>
              <w:right w:val="nil"/>
            </w:tcBorders>
            <w:shd w:val="clear" w:color="000000" w:fill="FFFFFF"/>
            <w:vAlign w:val="center"/>
            <w:hideMark/>
          </w:tcPr>
          <w:p w14:paraId="6E13AB6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36 (34.29)</w:t>
            </w:r>
          </w:p>
        </w:tc>
        <w:tc>
          <w:tcPr>
            <w:tcW w:w="338" w:type="pct"/>
            <w:gridSpan w:val="2"/>
            <w:tcBorders>
              <w:top w:val="nil"/>
              <w:left w:val="nil"/>
              <w:bottom w:val="nil"/>
              <w:right w:val="nil"/>
            </w:tcBorders>
            <w:shd w:val="clear" w:color="000000" w:fill="FFFFFF"/>
            <w:vAlign w:val="center"/>
            <w:hideMark/>
          </w:tcPr>
          <w:p w14:paraId="03A424B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0.118</w:t>
            </w:r>
          </w:p>
        </w:tc>
        <w:tc>
          <w:tcPr>
            <w:tcW w:w="427" w:type="pct"/>
            <w:tcBorders>
              <w:top w:val="nil"/>
              <w:left w:val="nil"/>
              <w:bottom w:val="nil"/>
              <w:right w:val="nil"/>
            </w:tcBorders>
            <w:shd w:val="clear" w:color="000000" w:fill="F2F2F2"/>
            <w:vAlign w:val="center"/>
            <w:hideMark/>
          </w:tcPr>
          <w:p w14:paraId="4B20D88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 (7.69)</w:t>
            </w:r>
          </w:p>
        </w:tc>
        <w:tc>
          <w:tcPr>
            <w:tcW w:w="427" w:type="pct"/>
            <w:tcBorders>
              <w:top w:val="nil"/>
              <w:left w:val="nil"/>
              <w:bottom w:val="nil"/>
              <w:right w:val="nil"/>
            </w:tcBorders>
            <w:shd w:val="clear" w:color="000000" w:fill="F2F2F2"/>
            <w:vAlign w:val="center"/>
            <w:hideMark/>
          </w:tcPr>
          <w:p w14:paraId="46202D7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8 (72.73)</w:t>
            </w:r>
          </w:p>
        </w:tc>
        <w:tc>
          <w:tcPr>
            <w:tcW w:w="427" w:type="pct"/>
            <w:tcBorders>
              <w:top w:val="nil"/>
              <w:left w:val="nil"/>
              <w:bottom w:val="nil"/>
              <w:right w:val="nil"/>
            </w:tcBorders>
            <w:shd w:val="clear" w:color="000000" w:fill="F2F2F2"/>
            <w:vAlign w:val="center"/>
            <w:hideMark/>
          </w:tcPr>
          <w:p w14:paraId="5B7C96A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8 (61.54)</w:t>
            </w:r>
          </w:p>
        </w:tc>
        <w:tc>
          <w:tcPr>
            <w:tcW w:w="427" w:type="pct"/>
            <w:tcBorders>
              <w:top w:val="nil"/>
              <w:left w:val="nil"/>
              <w:bottom w:val="nil"/>
              <w:right w:val="nil"/>
            </w:tcBorders>
            <w:shd w:val="clear" w:color="000000" w:fill="FFFFFF"/>
            <w:vAlign w:val="center"/>
            <w:hideMark/>
          </w:tcPr>
          <w:p w14:paraId="55AB700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20 (30.77)</w:t>
            </w:r>
          </w:p>
        </w:tc>
        <w:tc>
          <w:tcPr>
            <w:tcW w:w="337" w:type="pct"/>
            <w:gridSpan w:val="2"/>
            <w:tcBorders>
              <w:top w:val="nil"/>
              <w:left w:val="nil"/>
              <w:bottom w:val="nil"/>
              <w:right w:val="nil"/>
            </w:tcBorders>
            <w:shd w:val="clear" w:color="000000" w:fill="FFFFFF"/>
            <w:vAlign w:val="center"/>
            <w:hideMark/>
          </w:tcPr>
          <w:p w14:paraId="2CF4EE8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0.055</w:t>
            </w:r>
          </w:p>
        </w:tc>
      </w:tr>
      <w:tr w:rsidR="00EB3E01" w:rsidRPr="00693325" w14:paraId="67410AC9" w14:textId="77777777" w:rsidTr="00EB3E01">
        <w:trPr>
          <w:trHeight w:val="68"/>
        </w:trPr>
        <w:tc>
          <w:tcPr>
            <w:tcW w:w="909" w:type="pct"/>
            <w:tcBorders>
              <w:top w:val="nil"/>
              <w:left w:val="nil"/>
              <w:bottom w:val="nil"/>
              <w:right w:val="nil"/>
            </w:tcBorders>
            <w:shd w:val="clear" w:color="000000" w:fill="FFFFFF"/>
            <w:vAlign w:val="center"/>
            <w:hideMark/>
          </w:tcPr>
          <w:p w14:paraId="27AD6EBC" w14:textId="77777777" w:rsidR="00EB3E01" w:rsidRPr="00693325" w:rsidRDefault="00EB3E01" w:rsidP="00EB3E01">
            <w:pPr>
              <w:ind w:leftChars="100" w:left="240"/>
              <w:rPr>
                <w:rFonts w:ascii="Times New Roman" w:hAnsi="Times New Roman"/>
                <w:color w:val="000000"/>
                <w:sz w:val="16"/>
                <w:szCs w:val="16"/>
              </w:rPr>
            </w:pPr>
            <w:r w:rsidRPr="00693325">
              <w:rPr>
                <w:rFonts w:ascii="Times New Roman" w:hAnsi="Times New Roman"/>
                <w:sz w:val="16"/>
              </w:rPr>
              <w:t>Number of well-child visits per patient, mean (SD)</w:t>
            </w:r>
          </w:p>
        </w:tc>
        <w:tc>
          <w:tcPr>
            <w:tcW w:w="427" w:type="pct"/>
            <w:tcBorders>
              <w:top w:val="nil"/>
              <w:left w:val="nil"/>
              <w:bottom w:val="nil"/>
              <w:right w:val="nil"/>
            </w:tcBorders>
            <w:shd w:val="clear" w:color="000000" w:fill="F2F2F2"/>
            <w:vAlign w:val="center"/>
            <w:hideMark/>
          </w:tcPr>
          <w:p w14:paraId="437DF55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(0.00)</w:t>
            </w:r>
          </w:p>
        </w:tc>
        <w:tc>
          <w:tcPr>
            <w:tcW w:w="427" w:type="pct"/>
            <w:tcBorders>
              <w:top w:val="nil"/>
              <w:left w:val="nil"/>
              <w:bottom w:val="nil"/>
              <w:right w:val="nil"/>
            </w:tcBorders>
            <w:shd w:val="clear" w:color="000000" w:fill="F2F2F2"/>
            <w:vAlign w:val="center"/>
            <w:hideMark/>
          </w:tcPr>
          <w:p w14:paraId="52390828"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0.06 (0.09)</w:t>
            </w:r>
          </w:p>
        </w:tc>
        <w:tc>
          <w:tcPr>
            <w:tcW w:w="427" w:type="pct"/>
            <w:gridSpan w:val="2"/>
            <w:tcBorders>
              <w:top w:val="nil"/>
              <w:left w:val="nil"/>
              <w:bottom w:val="nil"/>
              <w:right w:val="nil"/>
            </w:tcBorders>
            <w:shd w:val="clear" w:color="000000" w:fill="F2F2F2"/>
            <w:vAlign w:val="center"/>
            <w:hideMark/>
          </w:tcPr>
          <w:p w14:paraId="70FAB74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0.05 (0.07)</w:t>
            </w:r>
          </w:p>
        </w:tc>
        <w:tc>
          <w:tcPr>
            <w:tcW w:w="427" w:type="pct"/>
            <w:gridSpan w:val="2"/>
            <w:tcBorders>
              <w:top w:val="nil"/>
              <w:left w:val="nil"/>
              <w:bottom w:val="nil"/>
              <w:right w:val="nil"/>
            </w:tcBorders>
            <w:shd w:val="clear" w:color="000000" w:fill="FFFFFF"/>
            <w:vAlign w:val="center"/>
            <w:hideMark/>
          </w:tcPr>
          <w:p w14:paraId="5D56FDD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0.03 (0.06)</w:t>
            </w:r>
          </w:p>
        </w:tc>
        <w:tc>
          <w:tcPr>
            <w:tcW w:w="338" w:type="pct"/>
            <w:gridSpan w:val="2"/>
            <w:tcBorders>
              <w:top w:val="nil"/>
              <w:left w:val="nil"/>
              <w:bottom w:val="nil"/>
              <w:right w:val="nil"/>
            </w:tcBorders>
            <w:shd w:val="clear" w:color="000000" w:fill="FFFFFF"/>
            <w:vAlign w:val="center"/>
            <w:hideMark/>
          </w:tcPr>
          <w:p w14:paraId="6D54ADC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0.252</w:t>
            </w:r>
          </w:p>
        </w:tc>
        <w:tc>
          <w:tcPr>
            <w:tcW w:w="427" w:type="pct"/>
            <w:tcBorders>
              <w:top w:val="nil"/>
              <w:left w:val="nil"/>
              <w:bottom w:val="nil"/>
              <w:right w:val="nil"/>
            </w:tcBorders>
            <w:shd w:val="clear" w:color="000000" w:fill="F2F2F2"/>
            <w:vAlign w:val="center"/>
            <w:hideMark/>
          </w:tcPr>
          <w:p w14:paraId="649B2CC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0.06 (0.22)</w:t>
            </w:r>
          </w:p>
        </w:tc>
        <w:tc>
          <w:tcPr>
            <w:tcW w:w="427" w:type="pct"/>
            <w:tcBorders>
              <w:top w:val="nil"/>
              <w:left w:val="nil"/>
              <w:bottom w:val="nil"/>
              <w:right w:val="nil"/>
            </w:tcBorders>
            <w:shd w:val="clear" w:color="000000" w:fill="F2F2F2"/>
            <w:vAlign w:val="center"/>
            <w:hideMark/>
          </w:tcPr>
          <w:p w14:paraId="3012338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0.05 (0.04)</w:t>
            </w:r>
          </w:p>
        </w:tc>
        <w:tc>
          <w:tcPr>
            <w:tcW w:w="427" w:type="pct"/>
            <w:tcBorders>
              <w:top w:val="nil"/>
              <w:left w:val="nil"/>
              <w:bottom w:val="nil"/>
              <w:right w:val="nil"/>
            </w:tcBorders>
            <w:shd w:val="clear" w:color="000000" w:fill="F2F2F2"/>
            <w:vAlign w:val="center"/>
            <w:hideMark/>
          </w:tcPr>
          <w:p w14:paraId="454E817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0.05 (0.05)</w:t>
            </w:r>
          </w:p>
        </w:tc>
        <w:tc>
          <w:tcPr>
            <w:tcW w:w="427" w:type="pct"/>
            <w:tcBorders>
              <w:top w:val="nil"/>
              <w:left w:val="nil"/>
              <w:bottom w:val="nil"/>
              <w:right w:val="nil"/>
            </w:tcBorders>
            <w:shd w:val="clear" w:color="000000" w:fill="FFFFFF"/>
            <w:vAlign w:val="center"/>
            <w:hideMark/>
          </w:tcPr>
          <w:p w14:paraId="6FCA063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0.02 (0.03)</w:t>
            </w:r>
          </w:p>
        </w:tc>
        <w:tc>
          <w:tcPr>
            <w:tcW w:w="337" w:type="pct"/>
            <w:gridSpan w:val="2"/>
            <w:tcBorders>
              <w:top w:val="nil"/>
              <w:left w:val="nil"/>
              <w:bottom w:val="nil"/>
              <w:right w:val="nil"/>
            </w:tcBorders>
            <w:shd w:val="clear" w:color="000000" w:fill="FFFFFF"/>
            <w:vAlign w:val="center"/>
            <w:hideMark/>
          </w:tcPr>
          <w:p w14:paraId="345CCD6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0.020</w:t>
            </w:r>
          </w:p>
        </w:tc>
      </w:tr>
      <w:tr w:rsidR="00EB3E01" w:rsidRPr="00693325" w14:paraId="733E9816" w14:textId="77777777" w:rsidTr="00EB3E01">
        <w:trPr>
          <w:trHeight w:val="68"/>
        </w:trPr>
        <w:tc>
          <w:tcPr>
            <w:tcW w:w="909" w:type="pct"/>
            <w:tcBorders>
              <w:top w:val="nil"/>
              <w:left w:val="nil"/>
              <w:bottom w:val="nil"/>
              <w:right w:val="nil"/>
            </w:tcBorders>
            <w:shd w:val="clear" w:color="000000" w:fill="FFFFFF"/>
            <w:vAlign w:val="center"/>
            <w:hideMark/>
          </w:tcPr>
          <w:p w14:paraId="4547B276" w14:textId="77777777" w:rsidR="00EB3E01" w:rsidRPr="00693325" w:rsidRDefault="00EB3E01" w:rsidP="00EB3E01">
            <w:pPr>
              <w:rPr>
                <w:rFonts w:ascii="Times New Roman" w:hAnsi="Times New Roman"/>
                <w:color w:val="000000"/>
                <w:sz w:val="16"/>
                <w:szCs w:val="16"/>
              </w:rPr>
            </w:pPr>
            <w:r w:rsidRPr="00693325">
              <w:rPr>
                <w:rFonts w:ascii="Times New Roman" w:hAnsi="Times New Roman"/>
                <w:sz w:val="16"/>
              </w:rPr>
              <w:t>Other outpatient services, n (%)</w:t>
            </w:r>
          </w:p>
        </w:tc>
        <w:tc>
          <w:tcPr>
            <w:tcW w:w="427" w:type="pct"/>
            <w:tcBorders>
              <w:top w:val="nil"/>
              <w:left w:val="nil"/>
              <w:bottom w:val="nil"/>
              <w:right w:val="nil"/>
            </w:tcBorders>
            <w:shd w:val="clear" w:color="000000" w:fill="F2F2F2"/>
            <w:vAlign w:val="center"/>
            <w:hideMark/>
          </w:tcPr>
          <w:p w14:paraId="6A9632D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16 (76.19)</w:t>
            </w:r>
          </w:p>
        </w:tc>
        <w:tc>
          <w:tcPr>
            <w:tcW w:w="427" w:type="pct"/>
            <w:tcBorders>
              <w:top w:val="nil"/>
              <w:left w:val="nil"/>
              <w:bottom w:val="nil"/>
              <w:right w:val="nil"/>
            </w:tcBorders>
            <w:shd w:val="clear" w:color="000000" w:fill="F2F2F2"/>
            <w:vAlign w:val="center"/>
            <w:hideMark/>
          </w:tcPr>
          <w:p w14:paraId="1F29DB2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15 (71.43)</w:t>
            </w:r>
          </w:p>
        </w:tc>
        <w:tc>
          <w:tcPr>
            <w:tcW w:w="427" w:type="pct"/>
            <w:gridSpan w:val="2"/>
            <w:tcBorders>
              <w:top w:val="nil"/>
              <w:left w:val="nil"/>
              <w:bottom w:val="nil"/>
              <w:right w:val="nil"/>
            </w:tcBorders>
            <w:shd w:val="clear" w:color="000000" w:fill="F2F2F2"/>
            <w:vAlign w:val="center"/>
            <w:hideMark/>
          </w:tcPr>
          <w:p w14:paraId="23C9D1C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20 (95.24)</w:t>
            </w:r>
          </w:p>
        </w:tc>
        <w:tc>
          <w:tcPr>
            <w:tcW w:w="427" w:type="pct"/>
            <w:gridSpan w:val="2"/>
            <w:tcBorders>
              <w:top w:val="nil"/>
              <w:left w:val="nil"/>
              <w:bottom w:val="nil"/>
              <w:right w:val="nil"/>
            </w:tcBorders>
            <w:shd w:val="clear" w:color="000000" w:fill="FFFFFF"/>
            <w:vAlign w:val="center"/>
            <w:hideMark/>
          </w:tcPr>
          <w:p w14:paraId="1081418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41 (39.05)</w:t>
            </w:r>
          </w:p>
        </w:tc>
        <w:tc>
          <w:tcPr>
            <w:tcW w:w="338" w:type="pct"/>
            <w:gridSpan w:val="2"/>
            <w:tcBorders>
              <w:top w:val="nil"/>
              <w:left w:val="nil"/>
              <w:bottom w:val="nil"/>
              <w:right w:val="nil"/>
            </w:tcBorders>
            <w:shd w:val="clear" w:color="000000" w:fill="FFFFFF"/>
            <w:vAlign w:val="center"/>
            <w:hideMark/>
          </w:tcPr>
          <w:p w14:paraId="49BC363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&lt;0.001</w:t>
            </w:r>
          </w:p>
        </w:tc>
        <w:tc>
          <w:tcPr>
            <w:tcW w:w="427" w:type="pct"/>
            <w:tcBorders>
              <w:top w:val="nil"/>
              <w:left w:val="nil"/>
              <w:bottom w:val="nil"/>
              <w:right w:val="nil"/>
            </w:tcBorders>
            <w:shd w:val="clear" w:color="000000" w:fill="F2F2F2"/>
            <w:vAlign w:val="center"/>
            <w:hideMark/>
          </w:tcPr>
          <w:p w14:paraId="5478586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6 (46.15)</w:t>
            </w:r>
          </w:p>
        </w:tc>
        <w:tc>
          <w:tcPr>
            <w:tcW w:w="427" w:type="pct"/>
            <w:tcBorders>
              <w:top w:val="nil"/>
              <w:left w:val="nil"/>
              <w:bottom w:val="nil"/>
              <w:right w:val="nil"/>
            </w:tcBorders>
            <w:shd w:val="clear" w:color="000000" w:fill="F2F2F2"/>
            <w:vAlign w:val="center"/>
            <w:hideMark/>
          </w:tcPr>
          <w:p w14:paraId="27E38C3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8 (72.73)</w:t>
            </w:r>
          </w:p>
        </w:tc>
        <w:tc>
          <w:tcPr>
            <w:tcW w:w="427" w:type="pct"/>
            <w:tcBorders>
              <w:top w:val="nil"/>
              <w:left w:val="nil"/>
              <w:bottom w:val="nil"/>
              <w:right w:val="nil"/>
            </w:tcBorders>
            <w:shd w:val="clear" w:color="000000" w:fill="F2F2F2"/>
            <w:vAlign w:val="center"/>
            <w:hideMark/>
          </w:tcPr>
          <w:p w14:paraId="5F878B1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10 (76.92)</w:t>
            </w:r>
          </w:p>
        </w:tc>
        <w:tc>
          <w:tcPr>
            <w:tcW w:w="427" w:type="pct"/>
            <w:tcBorders>
              <w:top w:val="nil"/>
              <w:left w:val="nil"/>
              <w:bottom w:val="nil"/>
              <w:right w:val="nil"/>
            </w:tcBorders>
            <w:shd w:val="clear" w:color="000000" w:fill="FFFFFF"/>
            <w:vAlign w:val="center"/>
            <w:hideMark/>
          </w:tcPr>
          <w:p w14:paraId="6DF02BD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29 (44.62)</w:t>
            </w:r>
          </w:p>
        </w:tc>
        <w:tc>
          <w:tcPr>
            <w:tcW w:w="337" w:type="pct"/>
            <w:gridSpan w:val="2"/>
            <w:tcBorders>
              <w:top w:val="nil"/>
              <w:left w:val="nil"/>
              <w:bottom w:val="nil"/>
              <w:right w:val="nil"/>
            </w:tcBorders>
            <w:shd w:val="clear" w:color="000000" w:fill="FFFFFF"/>
            <w:vAlign w:val="center"/>
            <w:hideMark/>
          </w:tcPr>
          <w:p w14:paraId="31CF280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0.033</w:t>
            </w:r>
          </w:p>
        </w:tc>
      </w:tr>
      <w:tr w:rsidR="00EB3E01" w:rsidRPr="00693325" w14:paraId="397060F1" w14:textId="77777777" w:rsidTr="00EB3E01">
        <w:trPr>
          <w:trHeight w:val="68"/>
        </w:trPr>
        <w:tc>
          <w:tcPr>
            <w:tcW w:w="909" w:type="pct"/>
            <w:tcBorders>
              <w:top w:val="nil"/>
              <w:left w:val="nil"/>
              <w:bottom w:val="nil"/>
              <w:right w:val="nil"/>
            </w:tcBorders>
            <w:shd w:val="clear" w:color="000000" w:fill="FFFFFF"/>
            <w:vAlign w:val="center"/>
            <w:hideMark/>
          </w:tcPr>
          <w:p w14:paraId="435D6925" w14:textId="77777777" w:rsidR="00EB3E01" w:rsidRPr="00693325" w:rsidRDefault="00EB3E01" w:rsidP="00EB3E01">
            <w:pPr>
              <w:rPr>
                <w:rFonts w:ascii="Times New Roman" w:hAnsi="Times New Roman"/>
                <w:b/>
                <w:bCs/>
                <w:color w:val="000000"/>
                <w:sz w:val="16"/>
                <w:szCs w:val="16"/>
              </w:rPr>
            </w:pPr>
            <w:r w:rsidRPr="00693325">
              <w:rPr>
                <w:rFonts w:ascii="Times New Roman" w:hAnsi="Times New Roman"/>
                <w:b/>
                <w:bCs/>
                <w:sz w:val="16"/>
              </w:rPr>
              <w:t>Surgical Procedures, n (%)</w:t>
            </w:r>
          </w:p>
        </w:tc>
        <w:tc>
          <w:tcPr>
            <w:tcW w:w="427" w:type="pct"/>
            <w:tcBorders>
              <w:top w:val="nil"/>
              <w:left w:val="nil"/>
              <w:bottom w:val="nil"/>
              <w:right w:val="nil"/>
            </w:tcBorders>
            <w:shd w:val="clear" w:color="000000" w:fill="F2F2F2"/>
            <w:vAlign w:val="center"/>
            <w:hideMark/>
          </w:tcPr>
          <w:p w14:paraId="719792A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 (14.29)</w:t>
            </w:r>
          </w:p>
        </w:tc>
        <w:tc>
          <w:tcPr>
            <w:tcW w:w="427" w:type="pct"/>
            <w:tcBorders>
              <w:top w:val="nil"/>
              <w:left w:val="nil"/>
              <w:bottom w:val="nil"/>
              <w:right w:val="nil"/>
            </w:tcBorders>
            <w:shd w:val="clear" w:color="000000" w:fill="F2F2F2"/>
            <w:vAlign w:val="center"/>
            <w:hideMark/>
          </w:tcPr>
          <w:p w14:paraId="5EE2AF58"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 (4.76)</w:t>
            </w:r>
          </w:p>
        </w:tc>
        <w:tc>
          <w:tcPr>
            <w:tcW w:w="427" w:type="pct"/>
            <w:gridSpan w:val="2"/>
            <w:tcBorders>
              <w:top w:val="nil"/>
              <w:left w:val="nil"/>
              <w:bottom w:val="nil"/>
              <w:right w:val="nil"/>
            </w:tcBorders>
            <w:shd w:val="clear" w:color="000000" w:fill="F2F2F2"/>
            <w:vAlign w:val="center"/>
            <w:hideMark/>
          </w:tcPr>
          <w:p w14:paraId="396D9B4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 (14.29)</w:t>
            </w:r>
          </w:p>
        </w:tc>
        <w:tc>
          <w:tcPr>
            <w:tcW w:w="427" w:type="pct"/>
            <w:gridSpan w:val="2"/>
            <w:tcBorders>
              <w:top w:val="nil"/>
              <w:left w:val="nil"/>
              <w:bottom w:val="nil"/>
              <w:right w:val="nil"/>
            </w:tcBorders>
            <w:shd w:val="clear" w:color="000000" w:fill="FFFFFF"/>
            <w:vAlign w:val="center"/>
            <w:hideMark/>
          </w:tcPr>
          <w:p w14:paraId="3CEC057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(0.00)</w:t>
            </w:r>
          </w:p>
        </w:tc>
        <w:tc>
          <w:tcPr>
            <w:tcW w:w="338" w:type="pct"/>
            <w:gridSpan w:val="2"/>
            <w:tcBorders>
              <w:top w:val="nil"/>
              <w:left w:val="nil"/>
              <w:bottom w:val="nil"/>
              <w:right w:val="nil"/>
            </w:tcBorders>
            <w:shd w:val="clear" w:color="000000" w:fill="FFFFFF"/>
            <w:vAlign w:val="center"/>
            <w:hideMark/>
          </w:tcPr>
          <w:p w14:paraId="459A389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0.004</w:t>
            </w:r>
          </w:p>
        </w:tc>
        <w:tc>
          <w:tcPr>
            <w:tcW w:w="427" w:type="pct"/>
            <w:tcBorders>
              <w:top w:val="nil"/>
              <w:left w:val="nil"/>
              <w:bottom w:val="nil"/>
              <w:right w:val="nil"/>
            </w:tcBorders>
            <w:shd w:val="clear" w:color="000000" w:fill="F2F2F2"/>
            <w:vAlign w:val="center"/>
            <w:hideMark/>
          </w:tcPr>
          <w:p w14:paraId="4879BF9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 (7.69)</w:t>
            </w:r>
          </w:p>
        </w:tc>
        <w:tc>
          <w:tcPr>
            <w:tcW w:w="427" w:type="pct"/>
            <w:tcBorders>
              <w:top w:val="nil"/>
              <w:left w:val="nil"/>
              <w:bottom w:val="nil"/>
              <w:right w:val="nil"/>
            </w:tcBorders>
            <w:shd w:val="clear" w:color="000000" w:fill="F2F2F2"/>
            <w:vAlign w:val="center"/>
            <w:hideMark/>
          </w:tcPr>
          <w:p w14:paraId="01B7C95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(0.00)</w:t>
            </w:r>
          </w:p>
        </w:tc>
        <w:tc>
          <w:tcPr>
            <w:tcW w:w="427" w:type="pct"/>
            <w:tcBorders>
              <w:top w:val="nil"/>
              <w:left w:val="nil"/>
              <w:bottom w:val="nil"/>
              <w:right w:val="nil"/>
            </w:tcBorders>
            <w:shd w:val="clear" w:color="000000" w:fill="F2F2F2"/>
            <w:vAlign w:val="center"/>
            <w:hideMark/>
          </w:tcPr>
          <w:p w14:paraId="02B2EA8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 (7.69)</w:t>
            </w:r>
          </w:p>
        </w:tc>
        <w:tc>
          <w:tcPr>
            <w:tcW w:w="427" w:type="pct"/>
            <w:tcBorders>
              <w:top w:val="nil"/>
              <w:left w:val="nil"/>
              <w:bottom w:val="nil"/>
              <w:right w:val="nil"/>
            </w:tcBorders>
            <w:shd w:val="clear" w:color="000000" w:fill="FFFFFF"/>
            <w:vAlign w:val="center"/>
            <w:hideMark/>
          </w:tcPr>
          <w:p w14:paraId="24DB856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 (1.54)</w:t>
            </w:r>
          </w:p>
        </w:tc>
        <w:tc>
          <w:tcPr>
            <w:tcW w:w="337" w:type="pct"/>
            <w:gridSpan w:val="2"/>
            <w:tcBorders>
              <w:top w:val="nil"/>
              <w:left w:val="nil"/>
              <w:bottom w:val="nil"/>
              <w:right w:val="nil"/>
            </w:tcBorders>
            <w:shd w:val="clear" w:color="000000" w:fill="FFFFFF"/>
            <w:vAlign w:val="center"/>
            <w:hideMark/>
          </w:tcPr>
          <w:p w14:paraId="14987FE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0.307</w:t>
            </w:r>
          </w:p>
        </w:tc>
      </w:tr>
      <w:tr w:rsidR="00EB3E01" w:rsidRPr="00693325" w14:paraId="3D4F8D65" w14:textId="77777777" w:rsidTr="00EB3E01">
        <w:trPr>
          <w:trHeight w:val="68"/>
        </w:trPr>
        <w:tc>
          <w:tcPr>
            <w:tcW w:w="909" w:type="pct"/>
            <w:tcBorders>
              <w:top w:val="nil"/>
              <w:left w:val="nil"/>
              <w:bottom w:val="single" w:sz="8" w:space="0" w:color="000000"/>
              <w:right w:val="nil"/>
            </w:tcBorders>
            <w:shd w:val="clear" w:color="000000" w:fill="FFFFFF"/>
            <w:vAlign w:val="center"/>
            <w:hideMark/>
          </w:tcPr>
          <w:p w14:paraId="2743E015" w14:textId="77777777" w:rsidR="00EB3E01" w:rsidRPr="00693325" w:rsidRDefault="00EB3E01" w:rsidP="00EB3E01">
            <w:pPr>
              <w:ind w:leftChars="100" w:left="240"/>
              <w:rPr>
                <w:rFonts w:ascii="Times New Roman" w:hAnsi="Times New Roman"/>
                <w:color w:val="000000"/>
                <w:sz w:val="16"/>
                <w:szCs w:val="16"/>
              </w:rPr>
            </w:pPr>
            <w:r w:rsidRPr="00693325">
              <w:rPr>
                <w:rFonts w:ascii="Times New Roman" w:hAnsi="Times New Roman"/>
                <w:sz w:val="16"/>
              </w:rPr>
              <w:t>Number of surgical procedures per patient, mean (SD)</w:t>
            </w:r>
          </w:p>
        </w:tc>
        <w:tc>
          <w:tcPr>
            <w:tcW w:w="427" w:type="pct"/>
            <w:tcBorders>
              <w:top w:val="nil"/>
              <w:left w:val="nil"/>
              <w:bottom w:val="single" w:sz="8" w:space="0" w:color="auto"/>
              <w:right w:val="nil"/>
            </w:tcBorders>
            <w:shd w:val="clear" w:color="000000" w:fill="F2F2F2"/>
            <w:vAlign w:val="center"/>
            <w:hideMark/>
          </w:tcPr>
          <w:p w14:paraId="71F859F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0.15 (0.40)</w:t>
            </w:r>
          </w:p>
        </w:tc>
        <w:tc>
          <w:tcPr>
            <w:tcW w:w="427" w:type="pct"/>
            <w:tcBorders>
              <w:top w:val="nil"/>
              <w:left w:val="nil"/>
              <w:bottom w:val="single" w:sz="8" w:space="0" w:color="auto"/>
              <w:right w:val="nil"/>
            </w:tcBorders>
            <w:shd w:val="clear" w:color="000000" w:fill="F2F2F2"/>
            <w:vAlign w:val="center"/>
            <w:hideMark/>
          </w:tcPr>
          <w:p w14:paraId="5FA179B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0.01 (0.03)</w:t>
            </w:r>
          </w:p>
        </w:tc>
        <w:tc>
          <w:tcPr>
            <w:tcW w:w="427" w:type="pct"/>
            <w:gridSpan w:val="2"/>
            <w:tcBorders>
              <w:top w:val="nil"/>
              <w:left w:val="nil"/>
              <w:bottom w:val="single" w:sz="8" w:space="0" w:color="auto"/>
              <w:right w:val="nil"/>
            </w:tcBorders>
            <w:shd w:val="clear" w:color="000000" w:fill="F2F2F2"/>
            <w:vAlign w:val="center"/>
            <w:hideMark/>
          </w:tcPr>
          <w:p w14:paraId="50C6E82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0.01 (0.05)</w:t>
            </w:r>
          </w:p>
        </w:tc>
        <w:tc>
          <w:tcPr>
            <w:tcW w:w="427" w:type="pct"/>
            <w:gridSpan w:val="2"/>
            <w:tcBorders>
              <w:top w:val="nil"/>
              <w:left w:val="nil"/>
              <w:bottom w:val="single" w:sz="8" w:space="0" w:color="auto"/>
              <w:right w:val="nil"/>
            </w:tcBorders>
            <w:shd w:val="clear" w:color="000000" w:fill="FFFFFF"/>
            <w:vAlign w:val="center"/>
            <w:hideMark/>
          </w:tcPr>
          <w:p w14:paraId="79C4DA0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w:t>
            </w:r>
          </w:p>
        </w:tc>
        <w:tc>
          <w:tcPr>
            <w:tcW w:w="338" w:type="pct"/>
            <w:gridSpan w:val="2"/>
            <w:tcBorders>
              <w:top w:val="nil"/>
              <w:left w:val="nil"/>
              <w:bottom w:val="single" w:sz="8" w:space="0" w:color="auto"/>
              <w:right w:val="nil"/>
            </w:tcBorders>
            <w:shd w:val="clear" w:color="000000" w:fill="FFFFFF"/>
            <w:vAlign w:val="center"/>
            <w:hideMark/>
          </w:tcPr>
          <w:p w14:paraId="0FEC87A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0.004</w:t>
            </w:r>
          </w:p>
        </w:tc>
        <w:tc>
          <w:tcPr>
            <w:tcW w:w="427" w:type="pct"/>
            <w:tcBorders>
              <w:top w:val="nil"/>
              <w:left w:val="nil"/>
              <w:bottom w:val="single" w:sz="8" w:space="0" w:color="auto"/>
              <w:right w:val="nil"/>
            </w:tcBorders>
            <w:shd w:val="clear" w:color="000000" w:fill="F2F2F2"/>
            <w:vAlign w:val="center"/>
            <w:hideMark/>
          </w:tcPr>
          <w:p w14:paraId="001BB33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0.06 (0.21)</w:t>
            </w:r>
          </w:p>
        </w:tc>
        <w:tc>
          <w:tcPr>
            <w:tcW w:w="427" w:type="pct"/>
            <w:tcBorders>
              <w:top w:val="nil"/>
              <w:left w:val="nil"/>
              <w:bottom w:val="single" w:sz="8" w:space="0" w:color="auto"/>
              <w:right w:val="nil"/>
            </w:tcBorders>
            <w:shd w:val="clear" w:color="000000" w:fill="F2F2F2"/>
            <w:vAlign w:val="center"/>
            <w:hideMark/>
          </w:tcPr>
          <w:p w14:paraId="41B6C6E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(0.00)</w:t>
            </w:r>
          </w:p>
        </w:tc>
        <w:tc>
          <w:tcPr>
            <w:tcW w:w="427" w:type="pct"/>
            <w:tcBorders>
              <w:top w:val="nil"/>
              <w:left w:val="nil"/>
              <w:bottom w:val="single" w:sz="8" w:space="0" w:color="auto"/>
              <w:right w:val="nil"/>
            </w:tcBorders>
            <w:shd w:val="clear" w:color="000000" w:fill="F2F2F2"/>
            <w:vAlign w:val="center"/>
            <w:hideMark/>
          </w:tcPr>
          <w:p w14:paraId="1BFA67A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0.01 (0.02)</w:t>
            </w:r>
          </w:p>
        </w:tc>
        <w:tc>
          <w:tcPr>
            <w:tcW w:w="427" w:type="pct"/>
            <w:tcBorders>
              <w:top w:val="nil"/>
              <w:left w:val="nil"/>
              <w:bottom w:val="single" w:sz="8" w:space="0" w:color="000000"/>
              <w:right w:val="nil"/>
            </w:tcBorders>
            <w:shd w:val="clear" w:color="000000" w:fill="FFFFFF"/>
            <w:vAlign w:val="center"/>
            <w:hideMark/>
          </w:tcPr>
          <w:p w14:paraId="7067A66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0.01 (0.12)</w:t>
            </w:r>
          </w:p>
        </w:tc>
        <w:tc>
          <w:tcPr>
            <w:tcW w:w="337" w:type="pct"/>
            <w:gridSpan w:val="2"/>
            <w:tcBorders>
              <w:top w:val="nil"/>
              <w:left w:val="nil"/>
              <w:bottom w:val="single" w:sz="8" w:space="0" w:color="000000"/>
              <w:right w:val="nil"/>
            </w:tcBorders>
            <w:shd w:val="clear" w:color="000000" w:fill="FFFFFF"/>
            <w:vAlign w:val="center"/>
            <w:hideMark/>
          </w:tcPr>
          <w:p w14:paraId="53674F0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0.793</w:t>
            </w:r>
          </w:p>
        </w:tc>
      </w:tr>
    </w:tbl>
    <w:p w14:paraId="2FF02AF8" w14:textId="3BBAFC4A" w:rsidR="00726DBE" w:rsidRPr="00693325" w:rsidRDefault="00726DBE" w:rsidP="00726DBE">
      <w:pPr>
        <w:rPr>
          <w:rFonts w:ascii="Times New Roman" w:hAnsi="Times New Roman"/>
          <w:sz w:val="16"/>
        </w:rPr>
      </w:pPr>
      <w:r w:rsidRPr="00693325">
        <w:rPr>
          <w:rFonts w:ascii="Times New Roman" w:hAnsi="Times New Roman"/>
          <w:sz w:val="16"/>
        </w:rPr>
        <w:t xml:space="preserve">Healthcare </w:t>
      </w:r>
      <w:r w:rsidR="00100694">
        <w:rPr>
          <w:rFonts w:ascii="Times New Roman" w:hAnsi="Times New Roman"/>
          <w:sz w:val="16"/>
        </w:rPr>
        <w:t xml:space="preserve">resource </w:t>
      </w:r>
      <w:r w:rsidRPr="00693325">
        <w:rPr>
          <w:rFonts w:ascii="Times New Roman" w:hAnsi="Times New Roman"/>
          <w:sz w:val="16"/>
        </w:rPr>
        <w:t>utilization reported PPPM</w:t>
      </w:r>
    </w:p>
    <w:p w14:paraId="2BAD2651" w14:textId="4A59ED8B" w:rsidR="00726DBE" w:rsidRPr="00693325" w:rsidRDefault="00726DBE" w:rsidP="00726DBE">
      <w:pPr>
        <w:rPr>
          <w:rFonts w:ascii="Times New Roman" w:hAnsi="Times New Roman"/>
          <w:sz w:val="16"/>
        </w:rPr>
      </w:pPr>
      <w:r w:rsidRPr="00693325">
        <w:rPr>
          <w:rFonts w:ascii="Times New Roman" w:hAnsi="Times New Roman"/>
          <w:sz w:val="16"/>
          <w:vertAlign w:val="superscript"/>
        </w:rPr>
        <w:t>a</w:t>
      </w:r>
      <w:r w:rsidRPr="00693325">
        <w:rPr>
          <w:rFonts w:ascii="Times New Roman" w:hAnsi="Times New Roman"/>
          <w:sz w:val="16"/>
        </w:rPr>
        <w:t>Acute phase is defined as the date of IMD admission or ED visit through 30 days after discharge</w:t>
      </w:r>
    </w:p>
    <w:p w14:paraId="2CA3AA13" w14:textId="76FAC3F6" w:rsidR="00726DBE" w:rsidRPr="00693325" w:rsidRDefault="00726DBE" w:rsidP="00726DBE">
      <w:pPr>
        <w:rPr>
          <w:rFonts w:ascii="Times New Roman" w:hAnsi="Times New Roman"/>
          <w:sz w:val="16"/>
        </w:rPr>
      </w:pPr>
      <w:r w:rsidRPr="00693325">
        <w:rPr>
          <w:rFonts w:ascii="Times New Roman" w:hAnsi="Times New Roman"/>
          <w:sz w:val="16"/>
          <w:vertAlign w:val="superscript"/>
        </w:rPr>
        <w:t>b</w:t>
      </w:r>
      <w:r w:rsidRPr="00693325">
        <w:rPr>
          <w:rFonts w:ascii="Times New Roman" w:hAnsi="Times New Roman"/>
          <w:sz w:val="16"/>
        </w:rPr>
        <w:t>Post-acute phase is defined as the period from 31 days after discharge through the end of the variable follow-up period, not all patients had follow-up in the post-acute phase</w:t>
      </w:r>
    </w:p>
    <w:p w14:paraId="1DC05AAB" w14:textId="77777777" w:rsidR="00726DBE" w:rsidRPr="00693325" w:rsidRDefault="00726DBE" w:rsidP="00726DBE">
      <w:pPr>
        <w:rPr>
          <w:rFonts w:ascii="Times New Roman" w:hAnsi="Times New Roman"/>
          <w:sz w:val="16"/>
        </w:rPr>
      </w:pPr>
      <w:r w:rsidRPr="00693325">
        <w:rPr>
          <w:rFonts w:ascii="Times New Roman" w:hAnsi="Times New Roman"/>
          <w:sz w:val="16"/>
        </w:rPr>
        <w:t>Abbreviations: ED: emergency department, HCRU: healthcare resource utilization, IMD: invasive meningococcal disease, PPPM: per-patient-per-month, SD: standard deviation</w:t>
      </w:r>
    </w:p>
    <w:p w14:paraId="77631BB3" w14:textId="77777777" w:rsidR="00726DBE" w:rsidRPr="00693325" w:rsidRDefault="00726DBE" w:rsidP="00726DBE">
      <w:pPr>
        <w:rPr>
          <w:rFonts w:ascii="Times New Roman" w:hAnsi="Times New Roman"/>
          <w:sz w:val="16"/>
        </w:rPr>
      </w:pPr>
      <w:r w:rsidRPr="00693325">
        <w:rPr>
          <w:rFonts w:ascii="Times New Roman" w:hAnsi="Times New Roman"/>
          <w:sz w:val="16"/>
        </w:rPr>
        <w:br w:type="page"/>
      </w:r>
    </w:p>
    <w:p w14:paraId="302A8A1B" w14:textId="6FAECF9E" w:rsidR="00726DBE" w:rsidRPr="00693325" w:rsidRDefault="00726DBE" w:rsidP="00726DBE">
      <w:pPr>
        <w:spacing w:after="160" w:line="259" w:lineRule="auto"/>
        <w:rPr>
          <w:rFonts w:ascii="Times New Roman" w:hAnsi="Times New Roman"/>
          <w:sz w:val="20"/>
        </w:rPr>
      </w:pPr>
      <w:r w:rsidRPr="00693325">
        <w:rPr>
          <w:rFonts w:ascii="Times New Roman" w:hAnsi="Times New Roman"/>
          <w:b/>
          <w:sz w:val="20"/>
        </w:rPr>
        <w:lastRenderedPageBreak/>
        <w:t xml:space="preserve">Supplemental Table </w:t>
      </w:r>
      <w:r w:rsidR="00A559C7">
        <w:rPr>
          <w:rFonts w:ascii="Times New Roman" w:hAnsi="Times New Roman"/>
          <w:b/>
          <w:sz w:val="20"/>
        </w:rPr>
        <w:t>11</w:t>
      </w:r>
      <w:r w:rsidRPr="00693325">
        <w:rPr>
          <w:rFonts w:ascii="Times New Roman" w:hAnsi="Times New Roman"/>
          <w:b/>
          <w:sz w:val="20"/>
        </w:rPr>
        <w:t xml:space="preserve"> </w:t>
      </w:r>
      <w:r w:rsidRPr="00693325">
        <w:rPr>
          <w:rFonts w:ascii="Times New Roman" w:hAnsi="Times New Roman"/>
          <w:sz w:val="20"/>
        </w:rPr>
        <w:t xml:space="preserve">IMD-related </w:t>
      </w:r>
      <w:r w:rsidR="006A7656">
        <w:rPr>
          <w:rFonts w:ascii="Times New Roman" w:hAnsi="Times New Roman"/>
          <w:sz w:val="20"/>
        </w:rPr>
        <w:t>HCRU-associated</w:t>
      </w:r>
      <w:r w:rsidRPr="00693325">
        <w:rPr>
          <w:rFonts w:ascii="Times New Roman" w:hAnsi="Times New Roman"/>
          <w:sz w:val="20"/>
        </w:rPr>
        <w:t xml:space="preserve"> costs, toddler and child cohorts</w:t>
      </w:r>
    </w:p>
    <w:tbl>
      <w:tblPr>
        <w:tblW w:w="5000" w:type="pct"/>
        <w:tblCellMar>
          <w:left w:w="0" w:type="dxa"/>
          <w:right w:w="0" w:type="dxa"/>
        </w:tblCellMar>
        <w:tblLook w:val="04A0" w:firstRow="1" w:lastRow="0" w:firstColumn="1" w:lastColumn="0" w:noHBand="0" w:noVBand="1"/>
      </w:tblPr>
      <w:tblGrid>
        <w:gridCol w:w="2326"/>
        <w:gridCol w:w="1164"/>
        <w:gridCol w:w="1164"/>
        <w:gridCol w:w="1164"/>
        <w:gridCol w:w="1164"/>
        <w:gridCol w:w="1128"/>
        <w:gridCol w:w="36"/>
        <w:gridCol w:w="1128"/>
        <w:gridCol w:w="36"/>
        <w:gridCol w:w="1128"/>
        <w:gridCol w:w="36"/>
        <w:gridCol w:w="1128"/>
        <w:gridCol w:w="36"/>
        <w:gridCol w:w="1128"/>
        <w:gridCol w:w="36"/>
        <w:gridCol w:w="1092"/>
        <w:gridCol w:w="64"/>
      </w:tblGrid>
      <w:tr w:rsidR="00726DBE" w:rsidRPr="00693325" w14:paraId="3445E941" w14:textId="77777777" w:rsidTr="00EB3E01">
        <w:trPr>
          <w:trHeight w:val="48"/>
        </w:trPr>
        <w:tc>
          <w:tcPr>
            <w:tcW w:w="833" w:type="pct"/>
            <w:tcBorders>
              <w:top w:val="single" w:sz="8" w:space="0" w:color="000000"/>
              <w:left w:val="nil"/>
              <w:bottom w:val="nil"/>
              <w:right w:val="nil"/>
            </w:tcBorders>
            <w:shd w:val="clear" w:color="000000" w:fill="FFFFFF"/>
            <w:vAlign w:val="center"/>
          </w:tcPr>
          <w:p w14:paraId="6B00ECD2" w14:textId="71566639" w:rsidR="00726DBE" w:rsidRPr="00693325" w:rsidRDefault="00A559C7" w:rsidP="00841CFC">
            <w:pPr>
              <w:rPr>
                <w:rFonts w:ascii="Times New Roman" w:hAnsi="Times New Roman"/>
                <w:b/>
                <w:bCs/>
                <w:color w:val="000000"/>
                <w:sz w:val="16"/>
              </w:rPr>
            </w:pPr>
            <w:r>
              <w:rPr>
                <w:rFonts w:ascii="Times New Roman" w:hAnsi="Times New Roman"/>
                <w:b/>
                <w:bCs/>
                <w:color w:val="000000"/>
                <w:sz w:val="16"/>
              </w:rPr>
              <w:t>Payer</w:t>
            </w:r>
          </w:p>
        </w:tc>
        <w:tc>
          <w:tcPr>
            <w:tcW w:w="2085" w:type="pct"/>
            <w:gridSpan w:val="6"/>
            <w:tcBorders>
              <w:top w:val="single" w:sz="8" w:space="0" w:color="000000"/>
              <w:left w:val="nil"/>
              <w:bottom w:val="nil"/>
              <w:right w:val="nil"/>
            </w:tcBorders>
            <w:shd w:val="clear" w:color="auto" w:fill="FFFFFF" w:themeFill="background1"/>
            <w:vAlign w:val="center"/>
          </w:tcPr>
          <w:p w14:paraId="1D8A2B47" w14:textId="77777777" w:rsidR="00726DBE" w:rsidRPr="00693325" w:rsidRDefault="00726DBE" w:rsidP="00841CFC">
            <w:pPr>
              <w:jc w:val="center"/>
              <w:rPr>
                <w:rFonts w:ascii="Times New Roman" w:hAnsi="Times New Roman"/>
                <w:color w:val="000000"/>
                <w:sz w:val="16"/>
              </w:rPr>
            </w:pPr>
            <w:r w:rsidRPr="00693325">
              <w:rPr>
                <w:rFonts w:ascii="Times New Roman" w:hAnsi="Times New Roman"/>
                <w:b/>
                <w:bCs/>
                <w:sz w:val="16"/>
              </w:rPr>
              <w:t>Commercial</w:t>
            </w:r>
          </w:p>
        </w:tc>
        <w:tc>
          <w:tcPr>
            <w:tcW w:w="2082" w:type="pct"/>
            <w:gridSpan w:val="10"/>
            <w:tcBorders>
              <w:top w:val="single" w:sz="8" w:space="0" w:color="000000"/>
              <w:left w:val="nil"/>
              <w:bottom w:val="nil"/>
              <w:right w:val="nil"/>
            </w:tcBorders>
            <w:shd w:val="clear" w:color="auto" w:fill="FFFFFF" w:themeFill="background1"/>
            <w:vAlign w:val="center"/>
          </w:tcPr>
          <w:p w14:paraId="58AB075A" w14:textId="77777777" w:rsidR="00726DBE" w:rsidRPr="00693325" w:rsidRDefault="00726DBE" w:rsidP="00841CFC">
            <w:pPr>
              <w:jc w:val="center"/>
              <w:rPr>
                <w:rFonts w:ascii="Times New Roman" w:hAnsi="Times New Roman"/>
                <w:color w:val="000000"/>
                <w:sz w:val="16"/>
              </w:rPr>
            </w:pPr>
            <w:r w:rsidRPr="00693325">
              <w:rPr>
                <w:rFonts w:ascii="Times New Roman" w:hAnsi="Times New Roman"/>
                <w:b/>
                <w:bCs/>
                <w:sz w:val="16"/>
              </w:rPr>
              <w:t>Medicaid</w:t>
            </w:r>
          </w:p>
        </w:tc>
      </w:tr>
      <w:tr w:rsidR="00726DBE" w:rsidRPr="00693325" w14:paraId="114AA8D7" w14:textId="77777777" w:rsidTr="00EB3E01">
        <w:trPr>
          <w:trHeight w:val="48"/>
        </w:trPr>
        <w:tc>
          <w:tcPr>
            <w:tcW w:w="833" w:type="pct"/>
            <w:tcBorders>
              <w:top w:val="single" w:sz="8" w:space="0" w:color="000000"/>
              <w:left w:val="nil"/>
              <w:right w:val="nil"/>
            </w:tcBorders>
            <w:shd w:val="clear" w:color="000000" w:fill="FFFFFF"/>
            <w:vAlign w:val="center"/>
            <w:hideMark/>
          </w:tcPr>
          <w:p w14:paraId="7912291E"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rPr>
              <w:t> </w:t>
            </w:r>
          </w:p>
        </w:tc>
        <w:tc>
          <w:tcPr>
            <w:tcW w:w="1251" w:type="pct"/>
            <w:gridSpan w:val="3"/>
            <w:tcBorders>
              <w:top w:val="single" w:sz="8" w:space="0" w:color="000000"/>
              <w:left w:val="nil"/>
              <w:bottom w:val="nil"/>
              <w:right w:val="nil"/>
            </w:tcBorders>
            <w:shd w:val="clear" w:color="000000" w:fill="F2F2F2"/>
            <w:vAlign w:val="center"/>
            <w:hideMark/>
          </w:tcPr>
          <w:p w14:paraId="48C0612E"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sz w:val="16"/>
              </w:rPr>
              <w:t>Toddlers with IMD</w:t>
            </w:r>
          </w:p>
        </w:tc>
        <w:tc>
          <w:tcPr>
            <w:tcW w:w="417" w:type="pct"/>
            <w:tcBorders>
              <w:top w:val="single" w:sz="8" w:space="0" w:color="000000"/>
              <w:left w:val="nil"/>
              <w:bottom w:val="nil"/>
              <w:right w:val="nil"/>
            </w:tcBorders>
            <w:shd w:val="clear" w:color="000000" w:fill="FFFFFF"/>
            <w:vAlign w:val="center"/>
            <w:hideMark/>
          </w:tcPr>
          <w:p w14:paraId="175CF02A"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rPr>
              <w:t>Toddlers without IMD</w:t>
            </w:r>
          </w:p>
        </w:tc>
        <w:tc>
          <w:tcPr>
            <w:tcW w:w="417" w:type="pct"/>
            <w:gridSpan w:val="2"/>
            <w:tcBorders>
              <w:top w:val="single" w:sz="8" w:space="0" w:color="000000"/>
              <w:left w:val="nil"/>
              <w:right w:val="nil"/>
            </w:tcBorders>
            <w:shd w:val="clear" w:color="000000" w:fill="FFFFFF"/>
            <w:vAlign w:val="bottom"/>
            <w:hideMark/>
          </w:tcPr>
          <w:p w14:paraId="6376358D" w14:textId="77777777" w:rsidR="00726DBE" w:rsidRPr="00693325" w:rsidRDefault="00726DBE" w:rsidP="00841CFC">
            <w:pPr>
              <w:jc w:val="center"/>
              <w:rPr>
                <w:rFonts w:ascii="Times New Roman" w:hAnsi="Times New Roman"/>
                <w:color w:val="000000"/>
                <w:sz w:val="16"/>
                <w:szCs w:val="16"/>
              </w:rPr>
            </w:pPr>
          </w:p>
        </w:tc>
        <w:tc>
          <w:tcPr>
            <w:tcW w:w="1251" w:type="pct"/>
            <w:gridSpan w:val="6"/>
            <w:tcBorders>
              <w:top w:val="single" w:sz="8" w:space="0" w:color="000000"/>
              <w:left w:val="nil"/>
              <w:bottom w:val="nil"/>
              <w:right w:val="nil"/>
            </w:tcBorders>
            <w:shd w:val="clear" w:color="000000" w:fill="F2F2F2"/>
            <w:vAlign w:val="center"/>
            <w:hideMark/>
          </w:tcPr>
          <w:p w14:paraId="48F14833"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sz w:val="16"/>
              </w:rPr>
              <w:t>Toddlers with IMD</w:t>
            </w:r>
          </w:p>
        </w:tc>
        <w:tc>
          <w:tcPr>
            <w:tcW w:w="417" w:type="pct"/>
            <w:gridSpan w:val="2"/>
            <w:tcBorders>
              <w:top w:val="single" w:sz="8" w:space="0" w:color="000000"/>
              <w:left w:val="nil"/>
              <w:bottom w:val="nil"/>
              <w:right w:val="nil"/>
            </w:tcBorders>
            <w:shd w:val="clear" w:color="000000" w:fill="FFFFFF"/>
            <w:vAlign w:val="center"/>
            <w:hideMark/>
          </w:tcPr>
          <w:p w14:paraId="6B6BAE88" w14:textId="77777777" w:rsidR="00726DBE" w:rsidRPr="00693325" w:rsidRDefault="00726DBE" w:rsidP="00841CFC">
            <w:pPr>
              <w:jc w:val="center"/>
              <w:rPr>
                <w:rFonts w:ascii="Times New Roman" w:hAnsi="Times New Roman"/>
                <w:b/>
                <w:bCs/>
                <w:color w:val="000000"/>
                <w:sz w:val="16"/>
                <w:szCs w:val="16"/>
              </w:rPr>
            </w:pPr>
            <w:r w:rsidRPr="00693325">
              <w:rPr>
                <w:rFonts w:ascii="Times New Roman" w:hAnsi="Times New Roman"/>
                <w:b/>
                <w:bCs/>
                <w:color w:val="000000"/>
                <w:sz w:val="16"/>
              </w:rPr>
              <w:t>Toddlers without IMD</w:t>
            </w:r>
          </w:p>
        </w:tc>
        <w:tc>
          <w:tcPr>
            <w:tcW w:w="414" w:type="pct"/>
            <w:gridSpan w:val="2"/>
            <w:tcBorders>
              <w:top w:val="single" w:sz="8" w:space="0" w:color="000000"/>
              <w:left w:val="nil"/>
              <w:right w:val="nil"/>
            </w:tcBorders>
            <w:shd w:val="clear" w:color="000000" w:fill="FFFFFF"/>
            <w:vAlign w:val="center"/>
            <w:hideMark/>
          </w:tcPr>
          <w:p w14:paraId="1D1387B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 </w:t>
            </w:r>
          </w:p>
        </w:tc>
      </w:tr>
      <w:tr w:rsidR="00726DBE" w:rsidRPr="00693325" w14:paraId="6E5C1D28" w14:textId="77777777" w:rsidTr="00EB3E01">
        <w:trPr>
          <w:trHeight w:val="68"/>
        </w:trPr>
        <w:tc>
          <w:tcPr>
            <w:tcW w:w="833" w:type="pct"/>
            <w:tcBorders>
              <w:top w:val="nil"/>
              <w:left w:val="nil"/>
              <w:right w:val="nil"/>
            </w:tcBorders>
            <w:shd w:val="clear" w:color="000000" w:fill="FFFFFF"/>
            <w:vAlign w:val="center"/>
            <w:hideMark/>
          </w:tcPr>
          <w:p w14:paraId="783BF168"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rPr>
              <w:t> </w:t>
            </w:r>
          </w:p>
        </w:tc>
        <w:tc>
          <w:tcPr>
            <w:tcW w:w="417" w:type="pct"/>
            <w:tcBorders>
              <w:top w:val="nil"/>
              <w:left w:val="nil"/>
              <w:right w:val="nil"/>
            </w:tcBorders>
            <w:shd w:val="clear" w:color="000000" w:fill="F2F2F2"/>
            <w:vAlign w:val="center"/>
            <w:hideMark/>
          </w:tcPr>
          <w:p w14:paraId="2EA9108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17" w:type="pct"/>
            <w:tcBorders>
              <w:top w:val="nil"/>
              <w:left w:val="nil"/>
              <w:right w:val="nil"/>
            </w:tcBorders>
            <w:shd w:val="clear" w:color="000000" w:fill="F2F2F2"/>
            <w:vAlign w:val="center"/>
            <w:hideMark/>
          </w:tcPr>
          <w:p w14:paraId="26ECCF1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17" w:type="pct"/>
            <w:tcBorders>
              <w:top w:val="nil"/>
              <w:left w:val="nil"/>
              <w:right w:val="nil"/>
            </w:tcBorders>
            <w:shd w:val="clear" w:color="000000" w:fill="F2F2F2"/>
            <w:vAlign w:val="center"/>
            <w:hideMark/>
          </w:tcPr>
          <w:p w14:paraId="65D22F8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Full Follow-up</w:t>
            </w:r>
          </w:p>
        </w:tc>
        <w:tc>
          <w:tcPr>
            <w:tcW w:w="417" w:type="pct"/>
            <w:tcBorders>
              <w:top w:val="nil"/>
              <w:left w:val="nil"/>
              <w:right w:val="nil"/>
            </w:tcBorders>
            <w:shd w:val="clear" w:color="000000" w:fill="FFFFFF"/>
            <w:vAlign w:val="center"/>
            <w:hideMark/>
          </w:tcPr>
          <w:p w14:paraId="4B75228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Full Follow-up</w:t>
            </w:r>
          </w:p>
        </w:tc>
        <w:tc>
          <w:tcPr>
            <w:tcW w:w="417" w:type="pct"/>
            <w:gridSpan w:val="2"/>
            <w:tcBorders>
              <w:top w:val="nil"/>
              <w:left w:val="nil"/>
              <w:right w:val="nil"/>
            </w:tcBorders>
            <w:shd w:val="clear" w:color="000000" w:fill="FFFFFF"/>
            <w:vAlign w:val="bottom"/>
            <w:hideMark/>
          </w:tcPr>
          <w:p w14:paraId="67BA9DDC" w14:textId="77777777" w:rsidR="00726DBE" w:rsidRPr="00693325" w:rsidRDefault="00726DBE" w:rsidP="00841CFC">
            <w:pPr>
              <w:jc w:val="center"/>
              <w:rPr>
                <w:rFonts w:ascii="Times New Roman" w:hAnsi="Times New Roman"/>
                <w:color w:val="000000"/>
                <w:sz w:val="16"/>
                <w:szCs w:val="16"/>
              </w:rPr>
            </w:pPr>
          </w:p>
        </w:tc>
        <w:tc>
          <w:tcPr>
            <w:tcW w:w="417" w:type="pct"/>
            <w:gridSpan w:val="2"/>
            <w:tcBorders>
              <w:top w:val="nil"/>
              <w:left w:val="nil"/>
              <w:right w:val="nil"/>
            </w:tcBorders>
            <w:shd w:val="clear" w:color="000000" w:fill="F2F2F2"/>
            <w:vAlign w:val="center"/>
            <w:hideMark/>
          </w:tcPr>
          <w:p w14:paraId="7D46F4A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17" w:type="pct"/>
            <w:gridSpan w:val="2"/>
            <w:tcBorders>
              <w:top w:val="nil"/>
              <w:left w:val="nil"/>
              <w:right w:val="nil"/>
            </w:tcBorders>
            <w:shd w:val="clear" w:color="000000" w:fill="F2F2F2"/>
            <w:vAlign w:val="center"/>
            <w:hideMark/>
          </w:tcPr>
          <w:p w14:paraId="2625CFC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17" w:type="pct"/>
            <w:gridSpan w:val="2"/>
            <w:tcBorders>
              <w:top w:val="nil"/>
              <w:left w:val="nil"/>
              <w:right w:val="nil"/>
            </w:tcBorders>
            <w:shd w:val="clear" w:color="000000" w:fill="F2F2F2"/>
            <w:vAlign w:val="center"/>
            <w:hideMark/>
          </w:tcPr>
          <w:p w14:paraId="13A0652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Full Follow-up</w:t>
            </w:r>
          </w:p>
        </w:tc>
        <w:tc>
          <w:tcPr>
            <w:tcW w:w="417" w:type="pct"/>
            <w:gridSpan w:val="2"/>
            <w:tcBorders>
              <w:top w:val="nil"/>
              <w:left w:val="nil"/>
              <w:right w:val="nil"/>
            </w:tcBorders>
            <w:shd w:val="clear" w:color="000000" w:fill="FFFFFF"/>
            <w:vAlign w:val="center"/>
            <w:hideMark/>
          </w:tcPr>
          <w:p w14:paraId="0B553F9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Full Follow-up</w:t>
            </w:r>
          </w:p>
        </w:tc>
        <w:tc>
          <w:tcPr>
            <w:tcW w:w="414" w:type="pct"/>
            <w:gridSpan w:val="2"/>
            <w:tcBorders>
              <w:top w:val="nil"/>
              <w:left w:val="nil"/>
              <w:right w:val="nil"/>
            </w:tcBorders>
            <w:shd w:val="clear" w:color="000000" w:fill="FFFFFF"/>
            <w:vAlign w:val="bottom"/>
            <w:hideMark/>
          </w:tcPr>
          <w:p w14:paraId="60747291" w14:textId="77777777" w:rsidR="00726DBE" w:rsidRPr="00693325" w:rsidRDefault="00726DBE" w:rsidP="00841CFC">
            <w:pPr>
              <w:jc w:val="center"/>
              <w:rPr>
                <w:rFonts w:ascii="Times New Roman" w:hAnsi="Times New Roman"/>
                <w:color w:val="000000"/>
                <w:sz w:val="16"/>
                <w:szCs w:val="16"/>
              </w:rPr>
            </w:pPr>
          </w:p>
        </w:tc>
      </w:tr>
      <w:tr w:rsidR="00726DBE" w:rsidRPr="00693325" w14:paraId="2DC59317" w14:textId="77777777" w:rsidTr="00EB3E01">
        <w:trPr>
          <w:trHeight w:val="74"/>
        </w:trPr>
        <w:tc>
          <w:tcPr>
            <w:tcW w:w="833" w:type="pct"/>
            <w:tcBorders>
              <w:left w:val="nil"/>
              <w:bottom w:val="single" w:sz="4" w:space="0" w:color="auto"/>
              <w:right w:val="nil"/>
            </w:tcBorders>
            <w:shd w:val="clear" w:color="000000" w:fill="FFFFFF"/>
            <w:vAlign w:val="center"/>
            <w:hideMark/>
          </w:tcPr>
          <w:p w14:paraId="5ED78ABB" w14:textId="77777777" w:rsidR="00726DBE" w:rsidRPr="00693325" w:rsidRDefault="00726DBE" w:rsidP="00841CFC">
            <w:pPr>
              <w:rPr>
                <w:rFonts w:ascii="Times New Roman" w:hAnsi="Times New Roman"/>
                <w:b/>
                <w:bCs/>
                <w:color w:val="000000"/>
                <w:sz w:val="16"/>
                <w:szCs w:val="16"/>
              </w:rPr>
            </w:pPr>
          </w:p>
        </w:tc>
        <w:tc>
          <w:tcPr>
            <w:tcW w:w="417" w:type="pct"/>
            <w:tcBorders>
              <w:top w:val="nil"/>
              <w:left w:val="nil"/>
              <w:bottom w:val="single" w:sz="4" w:space="0" w:color="auto"/>
              <w:right w:val="nil"/>
            </w:tcBorders>
            <w:shd w:val="clear" w:color="000000" w:fill="F2F2F2"/>
            <w:vAlign w:val="center"/>
            <w:hideMark/>
          </w:tcPr>
          <w:p w14:paraId="0DF203E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N=19</w:t>
            </w:r>
          </w:p>
        </w:tc>
        <w:tc>
          <w:tcPr>
            <w:tcW w:w="417" w:type="pct"/>
            <w:tcBorders>
              <w:top w:val="nil"/>
              <w:left w:val="nil"/>
              <w:bottom w:val="single" w:sz="4" w:space="0" w:color="auto"/>
              <w:right w:val="nil"/>
            </w:tcBorders>
            <w:shd w:val="clear" w:color="000000" w:fill="F2F2F2"/>
            <w:vAlign w:val="center"/>
            <w:hideMark/>
          </w:tcPr>
          <w:p w14:paraId="188B56F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N=17</w:t>
            </w:r>
          </w:p>
        </w:tc>
        <w:tc>
          <w:tcPr>
            <w:tcW w:w="417" w:type="pct"/>
            <w:tcBorders>
              <w:left w:val="nil"/>
              <w:bottom w:val="single" w:sz="4" w:space="0" w:color="auto"/>
              <w:right w:val="nil"/>
            </w:tcBorders>
            <w:shd w:val="clear" w:color="000000" w:fill="F2F2F2"/>
            <w:vAlign w:val="center"/>
            <w:hideMark/>
          </w:tcPr>
          <w:p w14:paraId="3494B44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N=19</w:t>
            </w:r>
          </w:p>
        </w:tc>
        <w:tc>
          <w:tcPr>
            <w:tcW w:w="417" w:type="pct"/>
            <w:tcBorders>
              <w:left w:val="nil"/>
              <w:bottom w:val="single" w:sz="4" w:space="0" w:color="auto"/>
              <w:right w:val="nil"/>
            </w:tcBorders>
            <w:shd w:val="clear" w:color="000000" w:fill="FFFFFF"/>
            <w:vAlign w:val="center"/>
            <w:hideMark/>
          </w:tcPr>
          <w:p w14:paraId="47D4BA2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N=95</w:t>
            </w:r>
          </w:p>
        </w:tc>
        <w:tc>
          <w:tcPr>
            <w:tcW w:w="417" w:type="pct"/>
            <w:gridSpan w:val="2"/>
            <w:tcBorders>
              <w:left w:val="nil"/>
              <w:bottom w:val="single" w:sz="4" w:space="0" w:color="auto"/>
              <w:right w:val="nil"/>
            </w:tcBorders>
            <w:shd w:val="clear" w:color="000000" w:fill="FFFFFF"/>
            <w:vAlign w:val="bottom"/>
            <w:hideMark/>
          </w:tcPr>
          <w:p w14:paraId="46F5F9A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p-value</w:t>
            </w:r>
          </w:p>
        </w:tc>
        <w:tc>
          <w:tcPr>
            <w:tcW w:w="417" w:type="pct"/>
            <w:gridSpan w:val="2"/>
            <w:tcBorders>
              <w:left w:val="nil"/>
              <w:bottom w:val="single" w:sz="4" w:space="0" w:color="auto"/>
              <w:right w:val="nil"/>
            </w:tcBorders>
            <w:shd w:val="clear" w:color="000000" w:fill="F2F2F2"/>
            <w:vAlign w:val="center"/>
            <w:hideMark/>
          </w:tcPr>
          <w:p w14:paraId="657852B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N=35</w:t>
            </w:r>
          </w:p>
        </w:tc>
        <w:tc>
          <w:tcPr>
            <w:tcW w:w="417" w:type="pct"/>
            <w:gridSpan w:val="2"/>
            <w:tcBorders>
              <w:left w:val="nil"/>
              <w:bottom w:val="single" w:sz="4" w:space="0" w:color="auto"/>
              <w:right w:val="nil"/>
            </w:tcBorders>
            <w:shd w:val="clear" w:color="000000" w:fill="F2F2F2"/>
            <w:vAlign w:val="center"/>
            <w:hideMark/>
          </w:tcPr>
          <w:p w14:paraId="540918E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N=32</w:t>
            </w:r>
          </w:p>
        </w:tc>
        <w:tc>
          <w:tcPr>
            <w:tcW w:w="417" w:type="pct"/>
            <w:gridSpan w:val="2"/>
            <w:tcBorders>
              <w:left w:val="nil"/>
              <w:bottom w:val="single" w:sz="4" w:space="0" w:color="auto"/>
              <w:right w:val="nil"/>
            </w:tcBorders>
            <w:shd w:val="clear" w:color="000000" w:fill="F2F2F2"/>
            <w:vAlign w:val="center"/>
            <w:hideMark/>
          </w:tcPr>
          <w:p w14:paraId="7C0D567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N=35</w:t>
            </w:r>
          </w:p>
        </w:tc>
        <w:tc>
          <w:tcPr>
            <w:tcW w:w="417" w:type="pct"/>
            <w:gridSpan w:val="2"/>
            <w:tcBorders>
              <w:left w:val="nil"/>
              <w:bottom w:val="single" w:sz="4" w:space="0" w:color="auto"/>
              <w:right w:val="nil"/>
            </w:tcBorders>
            <w:shd w:val="clear" w:color="000000" w:fill="FFFFFF"/>
            <w:vAlign w:val="center"/>
            <w:hideMark/>
          </w:tcPr>
          <w:p w14:paraId="26BC144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N=175</w:t>
            </w:r>
          </w:p>
        </w:tc>
        <w:tc>
          <w:tcPr>
            <w:tcW w:w="414" w:type="pct"/>
            <w:gridSpan w:val="2"/>
            <w:tcBorders>
              <w:left w:val="nil"/>
              <w:bottom w:val="single" w:sz="4" w:space="0" w:color="auto"/>
              <w:right w:val="nil"/>
            </w:tcBorders>
            <w:shd w:val="clear" w:color="000000" w:fill="FFFFFF"/>
            <w:vAlign w:val="bottom"/>
            <w:hideMark/>
          </w:tcPr>
          <w:p w14:paraId="18631FB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p-value</w:t>
            </w:r>
          </w:p>
        </w:tc>
      </w:tr>
      <w:tr w:rsidR="00726DBE" w:rsidRPr="00693325" w14:paraId="2BA80692" w14:textId="77777777" w:rsidTr="00841CFC">
        <w:trPr>
          <w:gridAfter w:val="1"/>
          <w:wAfter w:w="23" w:type="pct"/>
          <w:trHeight w:val="224"/>
        </w:trPr>
        <w:tc>
          <w:tcPr>
            <w:tcW w:w="833" w:type="pct"/>
            <w:tcBorders>
              <w:top w:val="nil"/>
              <w:left w:val="nil"/>
              <w:bottom w:val="nil"/>
              <w:right w:val="nil"/>
            </w:tcBorders>
            <w:shd w:val="clear" w:color="000000" w:fill="FFFFFF"/>
            <w:vAlign w:val="center"/>
            <w:hideMark/>
          </w:tcPr>
          <w:p w14:paraId="0FA8B5BF" w14:textId="77777777" w:rsidR="00726DBE" w:rsidRPr="00693325" w:rsidRDefault="00726DBE" w:rsidP="00841CFC">
            <w:pPr>
              <w:rPr>
                <w:rFonts w:ascii="Times New Roman" w:hAnsi="Times New Roman"/>
                <w:b/>
                <w:bCs/>
                <w:color w:val="000000"/>
                <w:sz w:val="16"/>
                <w:szCs w:val="16"/>
                <w:u w:val="single"/>
              </w:rPr>
            </w:pPr>
            <w:r w:rsidRPr="00693325">
              <w:rPr>
                <w:rFonts w:ascii="Times New Roman" w:hAnsi="Times New Roman"/>
                <w:b/>
                <w:bCs/>
                <w:color w:val="000000"/>
                <w:sz w:val="16"/>
                <w:u w:val="single"/>
              </w:rPr>
              <w:t>Inpatient ($), mean (SD)</w:t>
            </w:r>
          </w:p>
        </w:tc>
        <w:tc>
          <w:tcPr>
            <w:tcW w:w="417" w:type="pct"/>
            <w:tcBorders>
              <w:top w:val="nil"/>
              <w:left w:val="nil"/>
              <w:bottom w:val="nil"/>
              <w:right w:val="nil"/>
            </w:tcBorders>
            <w:shd w:val="clear" w:color="000000" w:fill="F2F2F2"/>
            <w:vAlign w:val="center"/>
            <w:hideMark/>
          </w:tcPr>
          <w:p w14:paraId="5651127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23,587 (23,082)</w:t>
            </w:r>
          </w:p>
        </w:tc>
        <w:tc>
          <w:tcPr>
            <w:tcW w:w="417" w:type="pct"/>
            <w:tcBorders>
              <w:top w:val="nil"/>
              <w:left w:val="nil"/>
              <w:bottom w:val="nil"/>
              <w:right w:val="nil"/>
            </w:tcBorders>
            <w:shd w:val="clear" w:color="000000" w:fill="F2F2F2"/>
            <w:vAlign w:val="center"/>
            <w:hideMark/>
          </w:tcPr>
          <w:p w14:paraId="7F3D396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tcBorders>
              <w:top w:val="nil"/>
              <w:left w:val="nil"/>
              <w:bottom w:val="nil"/>
              <w:right w:val="nil"/>
            </w:tcBorders>
            <w:shd w:val="clear" w:color="000000" w:fill="F2F2F2"/>
            <w:vAlign w:val="center"/>
            <w:hideMark/>
          </w:tcPr>
          <w:p w14:paraId="6AD0727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3,267 (6,999)</w:t>
            </w:r>
          </w:p>
        </w:tc>
        <w:tc>
          <w:tcPr>
            <w:tcW w:w="417" w:type="pct"/>
            <w:tcBorders>
              <w:top w:val="nil"/>
              <w:left w:val="nil"/>
              <w:bottom w:val="nil"/>
              <w:right w:val="nil"/>
            </w:tcBorders>
            <w:shd w:val="clear" w:color="000000" w:fill="FFFFFF"/>
            <w:vAlign w:val="center"/>
            <w:hideMark/>
          </w:tcPr>
          <w:p w14:paraId="59C4533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(0)</w:t>
            </w:r>
          </w:p>
        </w:tc>
        <w:tc>
          <w:tcPr>
            <w:tcW w:w="404" w:type="pct"/>
            <w:tcBorders>
              <w:top w:val="nil"/>
              <w:left w:val="nil"/>
              <w:bottom w:val="nil"/>
              <w:right w:val="nil"/>
            </w:tcBorders>
            <w:shd w:val="clear" w:color="000000" w:fill="FFFFFF"/>
            <w:vAlign w:val="center"/>
            <w:hideMark/>
          </w:tcPr>
          <w:p w14:paraId="5BB934E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6B30610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9,387 (9,050)</w:t>
            </w:r>
          </w:p>
        </w:tc>
        <w:tc>
          <w:tcPr>
            <w:tcW w:w="417" w:type="pct"/>
            <w:gridSpan w:val="2"/>
            <w:tcBorders>
              <w:top w:val="nil"/>
              <w:left w:val="nil"/>
              <w:bottom w:val="nil"/>
              <w:right w:val="nil"/>
            </w:tcBorders>
            <w:shd w:val="clear" w:color="000000" w:fill="F2F2F2"/>
            <w:vAlign w:val="center"/>
            <w:hideMark/>
          </w:tcPr>
          <w:p w14:paraId="3A07503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8 (31)</w:t>
            </w:r>
          </w:p>
        </w:tc>
        <w:tc>
          <w:tcPr>
            <w:tcW w:w="417" w:type="pct"/>
            <w:gridSpan w:val="2"/>
            <w:tcBorders>
              <w:top w:val="nil"/>
              <w:left w:val="nil"/>
              <w:bottom w:val="nil"/>
              <w:right w:val="nil"/>
            </w:tcBorders>
            <w:shd w:val="clear" w:color="000000" w:fill="F2F2F2"/>
            <w:vAlign w:val="center"/>
            <w:hideMark/>
          </w:tcPr>
          <w:p w14:paraId="459C2B0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1,195 (3,878)</w:t>
            </w:r>
          </w:p>
        </w:tc>
        <w:tc>
          <w:tcPr>
            <w:tcW w:w="417" w:type="pct"/>
            <w:gridSpan w:val="2"/>
            <w:tcBorders>
              <w:top w:val="nil"/>
              <w:left w:val="nil"/>
              <w:bottom w:val="nil"/>
              <w:right w:val="nil"/>
            </w:tcBorders>
            <w:shd w:val="clear" w:color="000000" w:fill="FFFFFF"/>
            <w:vAlign w:val="center"/>
            <w:hideMark/>
          </w:tcPr>
          <w:p w14:paraId="132AE94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3 (37)</w:t>
            </w:r>
          </w:p>
        </w:tc>
        <w:tc>
          <w:tcPr>
            <w:tcW w:w="404" w:type="pct"/>
            <w:gridSpan w:val="2"/>
            <w:tcBorders>
              <w:top w:val="nil"/>
              <w:left w:val="nil"/>
              <w:bottom w:val="nil"/>
              <w:right w:val="nil"/>
            </w:tcBorders>
            <w:shd w:val="clear" w:color="000000" w:fill="FFFFFF"/>
            <w:vAlign w:val="center"/>
            <w:hideMark/>
          </w:tcPr>
          <w:p w14:paraId="70453FA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&lt;0.001</w:t>
            </w:r>
          </w:p>
        </w:tc>
      </w:tr>
      <w:tr w:rsidR="00726DBE" w:rsidRPr="00693325" w14:paraId="5336EECE" w14:textId="77777777" w:rsidTr="00841CFC">
        <w:trPr>
          <w:gridAfter w:val="1"/>
          <w:wAfter w:w="23" w:type="pct"/>
          <w:trHeight w:val="279"/>
        </w:trPr>
        <w:tc>
          <w:tcPr>
            <w:tcW w:w="833" w:type="pct"/>
            <w:tcBorders>
              <w:top w:val="nil"/>
              <w:left w:val="nil"/>
              <w:bottom w:val="nil"/>
              <w:right w:val="nil"/>
            </w:tcBorders>
            <w:shd w:val="clear" w:color="000000" w:fill="FFFFFF"/>
            <w:vAlign w:val="center"/>
            <w:hideMark/>
          </w:tcPr>
          <w:p w14:paraId="6810D04D"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6813FBD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21,691 (22,318)</w:t>
            </w:r>
          </w:p>
        </w:tc>
        <w:tc>
          <w:tcPr>
            <w:tcW w:w="417" w:type="pct"/>
            <w:tcBorders>
              <w:top w:val="nil"/>
              <w:left w:val="nil"/>
              <w:bottom w:val="nil"/>
              <w:right w:val="nil"/>
            </w:tcBorders>
            <w:shd w:val="clear" w:color="000000" w:fill="F2F2F2"/>
            <w:vAlign w:val="center"/>
            <w:hideMark/>
          </w:tcPr>
          <w:p w14:paraId="61B0D66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tcBorders>
              <w:top w:val="nil"/>
              <w:left w:val="nil"/>
              <w:bottom w:val="nil"/>
              <w:right w:val="nil"/>
            </w:tcBorders>
            <w:shd w:val="clear" w:color="000000" w:fill="F2F2F2"/>
            <w:vAlign w:val="center"/>
            <w:hideMark/>
          </w:tcPr>
          <w:p w14:paraId="581DCD7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3,050 (6,788)</w:t>
            </w:r>
          </w:p>
        </w:tc>
        <w:tc>
          <w:tcPr>
            <w:tcW w:w="417" w:type="pct"/>
            <w:tcBorders>
              <w:top w:val="nil"/>
              <w:left w:val="nil"/>
              <w:bottom w:val="nil"/>
              <w:right w:val="nil"/>
            </w:tcBorders>
            <w:shd w:val="clear" w:color="000000" w:fill="FFFFFF"/>
            <w:vAlign w:val="center"/>
            <w:hideMark/>
          </w:tcPr>
          <w:p w14:paraId="0A61045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(0)</w:t>
            </w:r>
          </w:p>
        </w:tc>
        <w:tc>
          <w:tcPr>
            <w:tcW w:w="404" w:type="pct"/>
            <w:tcBorders>
              <w:top w:val="nil"/>
              <w:left w:val="nil"/>
              <w:bottom w:val="nil"/>
              <w:right w:val="nil"/>
            </w:tcBorders>
            <w:shd w:val="clear" w:color="000000" w:fill="FFFFFF"/>
            <w:vAlign w:val="center"/>
            <w:hideMark/>
          </w:tcPr>
          <w:p w14:paraId="46F10FF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28FF638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9,387 (9,050)</w:t>
            </w:r>
          </w:p>
        </w:tc>
        <w:tc>
          <w:tcPr>
            <w:tcW w:w="417" w:type="pct"/>
            <w:gridSpan w:val="2"/>
            <w:tcBorders>
              <w:top w:val="nil"/>
              <w:left w:val="nil"/>
              <w:bottom w:val="nil"/>
              <w:right w:val="nil"/>
            </w:tcBorders>
            <w:shd w:val="clear" w:color="000000" w:fill="F2F2F2"/>
            <w:vAlign w:val="center"/>
            <w:hideMark/>
          </w:tcPr>
          <w:p w14:paraId="689B281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8 (31)</w:t>
            </w:r>
          </w:p>
        </w:tc>
        <w:tc>
          <w:tcPr>
            <w:tcW w:w="417" w:type="pct"/>
            <w:gridSpan w:val="2"/>
            <w:tcBorders>
              <w:top w:val="nil"/>
              <w:left w:val="nil"/>
              <w:bottom w:val="nil"/>
              <w:right w:val="nil"/>
            </w:tcBorders>
            <w:shd w:val="clear" w:color="000000" w:fill="F2F2F2"/>
            <w:vAlign w:val="center"/>
            <w:hideMark/>
          </w:tcPr>
          <w:p w14:paraId="235DA43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1,195 (3,878)</w:t>
            </w:r>
          </w:p>
        </w:tc>
        <w:tc>
          <w:tcPr>
            <w:tcW w:w="417" w:type="pct"/>
            <w:gridSpan w:val="2"/>
            <w:tcBorders>
              <w:top w:val="nil"/>
              <w:left w:val="nil"/>
              <w:bottom w:val="nil"/>
              <w:right w:val="nil"/>
            </w:tcBorders>
            <w:shd w:val="clear" w:color="000000" w:fill="FFFFFF"/>
            <w:vAlign w:val="center"/>
            <w:hideMark/>
          </w:tcPr>
          <w:p w14:paraId="5A72A69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3 (37)</w:t>
            </w:r>
          </w:p>
        </w:tc>
        <w:tc>
          <w:tcPr>
            <w:tcW w:w="404" w:type="pct"/>
            <w:gridSpan w:val="2"/>
            <w:tcBorders>
              <w:top w:val="nil"/>
              <w:left w:val="nil"/>
              <w:bottom w:val="nil"/>
              <w:right w:val="nil"/>
            </w:tcBorders>
            <w:shd w:val="clear" w:color="000000" w:fill="FFFFFF"/>
            <w:vAlign w:val="center"/>
            <w:hideMark/>
          </w:tcPr>
          <w:p w14:paraId="7B6E581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&lt;0.001</w:t>
            </w:r>
          </w:p>
        </w:tc>
      </w:tr>
      <w:tr w:rsidR="00726DBE" w:rsidRPr="00693325" w14:paraId="59D63A3B" w14:textId="77777777" w:rsidTr="00841CFC">
        <w:trPr>
          <w:gridAfter w:val="1"/>
          <w:wAfter w:w="23" w:type="pct"/>
          <w:trHeight w:val="261"/>
        </w:trPr>
        <w:tc>
          <w:tcPr>
            <w:tcW w:w="833" w:type="pct"/>
            <w:tcBorders>
              <w:top w:val="nil"/>
              <w:left w:val="nil"/>
              <w:bottom w:val="nil"/>
              <w:right w:val="nil"/>
            </w:tcBorders>
            <w:shd w:val="clear" w:color="000000" w:fill="FFFFFF"/>
            <w:vAlign w:val="center"/>
            <w:hideMark/>
          </w:tcPr>
          <w:p w14:paraId="7D743D5C"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6F62DB2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1,901 (1,780)</w:t>
            </w:r>
          </w:p>
        </w:tc>
        <w:tc>
          <w:tcPr>
            <w:tcW w:w="417" w:type="pct"/>
            <w:tcBorders>
              <w:top w:val="nil"/>
              <w:left w:val="nil"/>
              <w:bottom w:val="nil"/>
              <w:right w:val="nil"/>
            </w:tcBorders>
            <w:shd w:val="clear" w:color="000000" w:fill="F2F2F2"/>
            <w:vAlign w:val="center"/>
            <w:hideMark/>
          </w:tcPr>
          <w:p w14:paraId="3E7EFE6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tcBorders>
              <w:top w:val="nil"/>
              <w:left w:val="nil"/>
              <w:bottom w:val="nil"/>
              <w:right w:val="nil"/>
            </w:tcBorders>
            <w:shd w:val="clear" w:color="000000" w:fill="F2F2F2"/>
            <w:vAlign w:val="center"/>
            <w:hideMark/>
          </w:tcPr>
          <w:p w14:paraId="28F374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217 (256)</w:t>
            </w:r>
          </w:p>
        </w:tc>
        <w:tc>
          <w:tcPr>
            <w:tcW w:w="417" w:type="pct"/>
            <w:tcBorders>
              <w:top w:val="nil"/>
              <w:left w:val="nil"/>
              <w:bottom w:val="nil"/>
              <w:right w:val="nil"/>
            </w:tcBorders>
            <w:shd w:val="clear" w:color="000000" w:fill="FFFFFF"/>
            <w:vAlign w:val="center"/>
            <w:hideMark/>
          </w:tcPr>
          <w:p w14:paraId="1ECA9CE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(0)</w:t>
            </w:r>
          </w:p>
        </w:tc>
        <w:tc>
          <w:tcPr>
            <w:tcW w:w="404" w:type="pct"/>
            <w:tcBorders>
              <w:top w:val="nil"/>
              <w:left w:val="nil"/>
              <w:bottom w:val="nil"/>
              <w:right w:val="nil"/>
            </w:tcBorders>
            <w:shd w:val="clear" w:color="000000" w:fill="FFFFFF"/>
            <w:vAlign w:val="center"/>
            <w:hideMark/>
          </w:tcPr>
          <w:p w14:paraId="5DF27B1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3A6A445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19CD26B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6E52CAD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793B7E5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(0)</w:t>
            </w:r>
          </w:p>
        </w:tc>
        <w:tc>
          <w:tcPr>
            <w:tcW w:w="404" w:type="pct"/>
            <w:gridSpan w:val="2"/>
            <w:tcBorders>
              <w:top w:val="nil"/>
              <w:left w:val="nil"/>
              <w:bottom w:val="nil"/>
              <w:right w:val="nil"/>
            </w:tcBorders>
            <w:shd w:val="clear" w:color="000000" w:fill="FFFFFF"/>
            <w:vAlign w:val="center"/>
            <w:hideMark/>
          </w:tcPr>
          <w:p w14:paraId="7A6A449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w:t>
            </w:r>
          </w:p>
        </w:tc>
      </w:tr>
      <w:tr w:rsidR="00726DBE" w:rsidRPr="00693325" w14:paraId="372C4034" w14:textId="77777777" w:rsidTr="00841CFC">
        <w:trPr>
          <w:gridAfter w:val="1"/>
          <w:wAfter w:w="23" w:type="pct"/>
          <w:trHeight w:val="270"/>
        </w:trPr>
        <w:tc>
          <w:tcPr>
            <w:tcW w:w="833" w:type="pct"/>
            <w:tcBorders>
              <w:top w:val="nil"/>
              <w:left w:val="nil"/>
              <w:bottom w:val="nil"/>
              <w:right w:val="nil"/>
            </w:tcBorders>
            <w:shd w:val="clear" w:color="000000" w:fill="FFFFFF"/>
            <w:vAlign w:val="center"/>
            <w:hideMark/>
          </w:tcPr>
          <w:p w14:paraId="0A84E080" w14:textId="77777777" w:rsidR="00726DBE" w:rsidRPr="00693325" w:rsidRDefault="00726DBE" w:rsidP="00841CFC">
            <w:pPr>
              <w:rPr>
                <w:rFonts w:ascii="Times New Roman" w:hAnsi="Times New Roman"/>
                <w:b/>
                <w:bCs/>
                <w:color w:val="000000"/>
                <w:sz w:val="16"/>
                <w:szCs w:val="16"/>
                <w:u w:val="single"/>
              </w:rPr>
            </w:pPr>
            <w:r w:rsidRPr="00693325">
              <w:rPr>
                <w:rFonts w:ascii="Times New Roman" w:hAnsi="Times New Roman"/>
                <w:b/>
                <w:bCs/>
                <w:color w:val="000000"/>
                <w:sz w:val="16"/>
                <w:u w:val="single"/>
              </w:rPr>
              <w:t>Outpatient ($), mean (SD)</w:t>
            </w:r>
          </w:p>
        </w:tc>
        <w:tc>
          <w:tcPr>
            <w:tcW w:w="417" w:type="pct"/>
            <w:tcBorders>
              <w:top w:val="nil"/>
              <w:left w:val="nil"/>
              <w:bottom w:val="nil"/>
              <w:right w:val="nil"/>
            </w:tcBorders>
            <w:shd w:val="clear" w:color="000000" w:fill="F2F2F2"/>
            <w:vAlign w:val="center"/>
            <w:hideMark/>
          </w:tcPr>
          <w:p w14:paraId="26A533A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1,920 (2,692)</w:t>
            </w:r>
          </w:p>
        </w:tc>
        <w:tc>
          <w:tcPr>
            <w:tcW w:w="417" w:type="pct"/>
            <w:tcBorders>
              <w:top w:val="nil"/>
              <w:left w:val="nil"/>
              <w:bottom w:val="nil"/>
              <w:right w:val="nil"/>
            </w:tcBorders>
            <w:shd w:val="clear" w:color="000000" w:fill="F2F2F2"/>
            <w:vAlign w:val="center"/>
            <w:hideMark/>
          </w:tcPr>
          <w:p w14:paraId="2ABBDE3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50 (45)</w:t>
            </w:r>
          </w:p>
        </w:tc>
        <w:tc>
          <w:tcPr>
            <w:tcW w:w="417" w:type="pct"/>
            <w:tcBorders>
              <w:top w:val="nil"/>
              <w:left w:val="nil"/>
              <w:bottom w:val="nil"/>
              <w:right w:val="nil"/>
            </w:tcBorders>
            <w:shd w:val="clear" w:color="000000" w:fill="F2F2F2"/>
            <w:vAlign w:val="center"/>
            <w:hideMark/>
          </w:tcPr>
          <w:p w14:paraId="0447EB0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245 (357)</w:t>
            </w:r>
          </w:p>
        </w:tc>
        <w:tc>
          <w:tcPr>
            <w:tcW w:w="417" w:type="pct"/>
            <w:tcBorders>
              <w:top w:val="nil"/>
              <w:left w:val="nil"/>
              <w:bottom w:val="nil"/>
              <w:right w:val="nil"/>
            </w:tcBorders>
            <w:shd w:val="clear" w:color="000000" w:fill="FFFFFF"/>
            <w:vAlign w:val="center"/>
            <w:hideMark/>
          </w:tcPr>
          <w:p w14:paraId="5610FEC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36 (52)</w:t>
            </w:r>
          </w:p>
        </w:tc>
        <w:tc>
          <w:tcPr>
            <w:tcW w:w="404" w:type="pct"/>
            <w:tcBorders>
              <w:top w:val="nil"/>
              <w:left w:val="nil"/>
              <w:bottom w:val="nil"/>
              <w:right w:val="nil"/>
            </w:tcBorders>
            <w:shd w:val="clear" w:color="000000" w:fill="FFFFFF"/>
            <w:vAlign w:val="center"/>
            <w:hideMark/>
          </w:tcPr>
          <w:p w14:paraId="650A125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4E6DB65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312 (619)</w:t>
            </w:r>
          </w:p>
        </w:tc>
        <w:tc>
          <w:tcPr>
            <w:tcW w:w="417" w:type="pct"/>
            <w:gridSpan w:val="2"/>
            <w:tcBorders>
              <w:top w:val="nil"/>
              <w:left w:val="nil"/>
              <w:bottom w:val="nil"/>
              <w:right w:val="nil"/>
            </w:tcBorders>
            <w:shd w:val="clear" w:color="000000" w:fill="F2F2F2"/>
            <w:vAlign w:val="center"/>
            <w:hideMark/>
          </w:tcPr>
          <w:p w14:paraId="61F83C2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43 (53)</w:t>
            </w:r>
          </w:p>
        </w:tc>
        <w:tc>
          <w:tcPr>
            <w:tcW w:w="417" w:type="pct"/>
            <w:gridSpan w:val="2"/>
            <w:tcBorders>
              <w:top w:val="nil"/>
              <w:left w:val="nil"/>
              <w:bottom w:val="nil"/>
              <w:right w:val="nil"/>
            </w:tcBorders>
            <w:shd w:val="clear" w:color="000000" w:fill="F2F2F2"/>
            <w:vAlign w:val="center"/>
            <w:hideMark/>
          </w:tcPr>
          <w:p w14:paraId="0B28B89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63 (92)</w:t>
            </w:r>
          </w:p>
        </w:tc>
        <w:tc>
          <w:tcPr>
            <w:tcW w:w="417" w:type="pct"/>
            <w:gridSpan w:val="2"/>
            <w:tcBorders>
              <w:top w:val="nil"/>
              <w:left w:val="nil"/>
              <w:bottom w:val="nil"/>
              <w:right w:val="nil"/>
            </w:tcBorders>
            <w:shd w:val="clear" w:color="000000" w:fill="FFFFFF"/>
            <w:vAlign w:val="center"/>
            <w:hideMark/>
          </w:tcPr>
          <w:p w14:paraId="343EBF4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41 (136)</w:t>
            </w:r>
          </w:p>
        </w:tc>
        <w:tc>
          <w:tcPr>
            <w:tcW w:w="404" w:type="pct"/>
            <w:gridSpan w:val="2"/>
            <w:tcBorders>
              <w:top w:val="nil"/>
              <w:left w:val="nil"/>
              <w:bottom w:val="nil"/>
              <w:right w:val="nil"/>
            </w:tcBorders>
            <w:shd w:val="clear" w:color="000000" w:fill="FFFFFF"/>
            <w:vAlign w:val="center"/>
            <w:hideMark/>
          </w:tcPr>
          <w:p w14:paraId="663C6CF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0.366</w:t>
            </w:r>
          </w:p>
        </w:tc>
      </w:tr>
      <w:tr w:rsidR="00726DBE" w:rsidRPr="00693325" w14:paraId="42F0CCA2" w14:textId="77777777" w:rsidTr="00841CFC">
        <w:trPr>
          <w:gridAfter w:val="1"/>
          <w:wAfter w:w="23" w:type="pct"/>
          <w:trHeight w:val="279"/>
        </w:trPr>
        <w:tc>
          <w:tcPr>
            <w:tcW w:w="833" w:type="pct"/>
            <w:tcBorders>
              <w:top w:val="nil"/>
              <w:left w:val="nil"/>
              <w:bottom w:val="nil"/>
              <w:right w:val="nil"/>
            </w:tcBorders>
            <w:shd w:val="clear" w:color="000000" w:fill="FFFFFF"/>
            <w:vAlign w:val="center"/>
            <w:hideMark/>
          </w:tcPr>
          <w:p w14:paraId="37A7DEE3"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3E1E75B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1,712 (2,367)</w:t>
            </w:r>
          </w:p>
        </w:tc>
        <w:tc>
          <w:tcPr>
            <w:tcW w:w="417" w:type="pct"/>
            <w:tcBorders>
              <w:top w:val="nil"/>
              <w:left w:val="nil"/>
              <w:bottom w:val="nil"/>
              <w:right w:val="nil"/>
            </w:tcBorders>
            <w:shd w:val="clear" w:color="000000" w:fill="F2F2F2"/>
            <w:vAlign w:val="center"/>
            <w:hideMark/>
          </w:tcPr>
          <w:p w14:paraId="3195EF3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42 (37)</w:t>
            </w:r>
          </w:p>
        </w:tc>
        <w:tc>
          <w:tcPr>
            <w:tcW w:w="417" w:type="pct"/>
            <w:tcBorders>
              <w:top w:val="nil"/>
              <w:left w:val="nil"/>
              <w:bottom w:val="nil"/>
              <w:right w:val="nil"/>
            </w:tcBorders>
            <w:shd w:val="clear" w:color="000000" w:fill="F2F2F2"/>
            <w:vAlign w:val="center"/>
            <w:hideMark/>
          </w:tcPr>
          <w:p w14:paraId="60075B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189 (220)</w:t>
            </w:r>
          </w:p>
        </w:tc>
        <w:tc>
          <w:tcPr>
            <w:tcW w:w="417" w:type="pct"/>
            <w:tcBorders>
              <w:top w:val="nil"/>
              <w:left w:val="nil"/>
              <w:bottom w:val="nil"/>
              <w:right w:val="nil"/>
            </w:tcBorders>
            <w:shd w:val="clear" w:color="000000" w:fill="FFFFFF"/>
            <w:vAlign w:val="center"/>
            <w:hideMark/>
          </w:tcPr>
          <w:p w14:paraId="154BA99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30 (48)</w:t>
            </w:r>
          </w:p>
        </w:tc>
        <w:tc>
          <w:tcPr>
            <w:tcW w:w="404" w:type="pct"/>
            <w:tcBorders>
              <w:top w:val="nil"/>
              <w:left w:val="nil"/>
              <w:bottom w:val="nil"/>
              <w:right w:val="nil"/>
            </w:tcBorders>
            <w:shd w:val="clear" w:color="000000" w:fill="FFFFFF"/>
            <w:vAlign w:val="center"/>
            <w:hideMark/>
          </w:tcPr>
          <w:p w14:paraId="12B5A76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5DE4C27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312 (619)</w:t>
            </w:r>
          </w:p>
        </w:tc>
        <w:tc>
          <w:tcPr>
            <w:tcW w:w="417" w:type="pct"/>
            <w:gridSpan w:val="2"/>
            <w:tcBorders>
              <w:top w:val="nil"/>
              <w:left w:val="nil"/>
              <w:bottom w:val="nil"/>
              <w:right w:val="nil"/>
            </w:tcBorders>
            <w:shd w:val="clear" w:color="000000" w:fill="F2F2F2"/>
            <w:vAlign w:val="center"/>
            <w:hideMark/>
          </w:tcPr>
          <w:p w14:paraId="2C04F5B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43 (53)</w:t>
            </w:r>
          </w:p>
        </w:tc>
        <w:tc>
          <w:tcPr>
            <w:tcW w:w="417" w:type="pct"/>
            <w:gridSpan w:val="2"/>
            <w:tcBorders>
              <w:top w:val="nil"/>
              <w:left w:val="nil"/>
              <w:bottom w:val="nil"/>
              <w:right w:val="nil"/>
            </w:tcBorders>
            <w:shd w:val="clear" w:color="000000" w:fill="F2F2F2"/>
            <w:vAlign w:val="center"/>
            <w:hideMark/>
          </w:tcPr>
          <w:p w14:paraId="555461C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63 (92)</w:t>
            </w:r>
          </w:p>
        </w:tc>
        <w:tc>
          <w:tcPr>
            <w:tcW w:w="417" w:type="pct"/>
            <w:gridSpan w:val="2"/>
            <w:tcBorders>
              <w:top w:val="nil"/>
              <w:left w:val="nil"/>
              <w:bottom w:val="nil"/>
              <w:right w:val="nil"/>
            </w:tcBorders>
            <w:shd w:val="clear" w:color="000000" w:fill="FFFFFF"/>
            <w:vAlign w:val="center"/>
            <w:hideMark/>
          </w:tcPr>
          <w:p w14:paraId="2138BEE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41 (136)</w:t>
            </w:r>
          </w:p>
        </w:tc>
        <w:tc>
          <w:tcPr>
            <w:tcW w:w="404" w:type="pct"/>
            <w:gridSpan w:val="2"/>
            <w:tcBorders>
              <w:top w:val="nil"/>
              <w:left w:val="nil"/>
              <w:bottom w:val="nil"/>
              <w:right w:val="nil"/>
            </w:tcBorders>
            <w:shd w:val="clear" w:color="000000" w:fill="FFFFFF"/>
            <w:vAlign w:val="center"/>
            <w:hideMark/>
          </w:tcPr>
          <w:p w14:paraId="19007E0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0.361</w:t>
            </w:r>
          </w:p>
        </w:tc>
      </w:tr>
      <w:tr w:rsidR="00726DBE" w:rsidRPr="00693325" w14:paraId="2584F201" w14:textId="77777777" w:rsidTr="00841CFC">
        <w:trPr>
          <w:gridAfter w:val="1"/>
          <w:wAfter w:w="23" w:type="pct"/>
          <w:trHeight w:val="270"/>
        </w:trPr>
        <w:tc>
          <w:tcPr>
            <w:tcW w:w="833" w:type="pct"/>
            <w:tcBorders>
              <w:top w:val="nil"/>
              <w:left w:val="nil"/>
              <w:bottom w:val="nil"/>
              <w:right w:val="nil"/>
            </w:tcBorders>
            <w:shd w:val="clear" w:color="000000" w:fill="FFFFFF"/>
            <w:vAlign w:val="center"/>
            <w:hideMark/>
          </w:tcPr>
          <w:p w14:paraId="2AE72BC2"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0186813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208 (520)</w:t>
            </w:r>
          </w:p>
        </w:tc>
        <w:tc>
          <w:tcPr>
            <w:tcW w:w="417" w:type="pct"/>
            <w:tcBorders>
              <w:top w:val="nil"/>
              <w:left w:val="nil"/>
              <w:bottom w:val="nil"/>
              <w:right w:val="nil"/>
            </w:tcBorders>
            <w:shd w:val="clear" w:color="000000" w:fill="F2F2F2"/>
            <w:vAlign w:val="center"/>
            <w:hideMark/>
          </w:tcPr>
          <w:p w14:paraId="2017658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8 (19)</w:t>
            </w:r>
          </w:p>
        </w:tc>
        <w:tc>
          <w:tcPr>
            <w:tcW w:w="417" w:type="pct"/>
            <w:tcBorders>
              <w:top w:val="nil"/>
              <w:left w:val="nil"/>
              <w:bottom w:val="nil"/>
              <w:right w:val="nil"/>
            </w:tcBorders>
            <w:shd w:val="clear" w:color="000000" w:fill="F2F2F2"/>
            <w:vAlign w:val="center"/>
            <w:hideMark/>
          </w:tcPr>
          <w:p w14:paraId="3C9FE53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56 (153)</w:t>
            </w:r>
          </w:p>
        </w:tc>
        <w:tc>
          <w:tcPr>
            <w:tcW w:w="417" w:type="pct"/>
            <w:tcBorders>
              <w:top w:val="nil"/>
              <w:left w:val="nil"/>
              <w:bottom w:val="nil"/>
              <w:right w:val="nil"/>
            </w:tcBorders>
            <w:shd w:val="clear" w:color="000000" w:fill="FFFFFF"/>
            <w:vAlign w:val="center"/>
            <w:hideMark/>
          </w:tcPr>
          <w:p w14:paraId="5D29FC4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6 (11)</w:t>
            </w:r>
          </w:p>
        </w:tc>
        <w:tc>
          <w:tcPr>
            <w:tcW w:w="404" w:type="pct"/>
            <w:tcBorders>
              <w:top w:val="nil"/>
              <w:left w:val="nil"/>
              <w:bottom w:val="nil"/>
              <w:right w:val="nil"/>
            </w:tcBorders>
            <w:shd w:val="clear" w:color="000000" w:fill="FFFFFF"/>
            <w:vAlign w:val="center"/>
            <w:hideMark/>
          </w:tcPr>
          <w:p w14:paraId="2EC14C3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0.002</w:t>
            </w:r>
          </w:p>
        </w:tc>
        <w:tc>
          <w:tcPr>
            <w:tcW w:w="417" w:type="pct"/>
            <w:gridSpan w:val="2"/>
            <w:tcBorders>
              <w:top w:val="nil"/>
              <w:left w:val="nil"/>
              <w:bottom w:val="nil"/>
              <w:right w:val="nil"/>
            </w:tcBorders>
            <w:shd w:val="clear" w:color="000000" w:fill="F2F2F2"/>
            <w:vAlign w:val="center"/>
            <w:hideMark/>
          </w:tcPr>
          <w:p w14:paraId="489510C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19B16A6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464AB4A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3B02157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(2)</w:t>
            </w:r>
          </w:p>
        </w:tc>
        <w:tc>
          <w:tcPr>
            <w:tcW w:w="404" w:type="pct"/>
            <w:gridSpan w:val="2"/>
            <w:tcBorders>
              <w:top w:val="nil"/>
              <w:left w:val="nil"/>
              <w:bottom w:val="nil"/>
              <w:right w:val="nil"/>
            </w:tcBorders>
            <w:shd w:val="clear" w:color="000000" w:fill="FFFFFF"/>
            <w:vAlign w:val="center"/>
            <w:hideMark/>
          </w:tcPr>
          <w:p w14:paraId="59FEF83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0.645</w:t>
            </w:r>
          </w:p>
        </w:tc>
      </w:tr>
      <w:tr w:rsidR="00726DBE" w:rsidRPr="00693325" w14:paraId="593065F8" w14:textId="77777777" w:rsidTr="00841CFC">
        <w:trPr>
          <w:gridAfter w:val="1"/>
          <w:wAfter w:w="23" w:type="pct"/>
          <w:trHeight w:val="270"/>
        </w:trPr>
        <w:tc>
          <w:tcPr>
            <w:tcW w:w="833" w:type="pct"/>
            <w:tcBorders>
              <w:top w:val="nil"/>
              <w:left w:val="nil"/>
              <w:bottom w:val="nil"/>
              <w:right w:val="nil"/>
            </w:tcBorders>
            <w:shd w:val="clear" w:color="000000" w:fill="FFFFFF"/>
            <w:vAlign w:val="center"/>
            <w:hideMark/>
          </w:tcPr>
          <w:p w14:paraId="7844E7A7"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rPr>
              <w:t>ED visit ($), mean (SD)</w:t>
            </w:r>
          </w:p>
        </w:tc>
        <w:tc>
          <w:tcPr>
            <w:tcW w:w="417" w:type="pct"/>
            <w:tcBorders>
              <w:top w:val="nil"/>
              <w:left w:val="nil"/>
              <w:bottom w:val="nil"/>
              <w:right w:val="nil"/>
            </w:tcBorders>
            <w:shd w:val="clear" w:color="000000" w:fill="F2F2F2"/>
            <w:vAlign w:val="center"/>
            <w:hideMark/>
          </w:tcPr>
          <w:p w14:paraId="0677E2F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tcBorders>
              <w:top w:val="nil"/>
              <w:left w:val="nil"/>
              <w:bottom w:val="nil"/>
              <w:right w:val="nil"/>
            </w:tcBorders>
            <w:shd w:val="clear" w:color="000000" w:fill="F2F2F2"/>
            <w:vAlign w:val="center"/>
            <w:hideMark/>
          </w:tcPr>
          <w:p w14:paraId="404AC36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6 (17)</w:t>
            </w:r>
          </w:p>
        </w:tc>
        <w:tc>
          <w:tcPr>
            <w:tcW w:w="417" w:type="pct"/>
            <w:tcBorders>
              <w:top w:val="nil"/>
              <w:left w:val="nil"/>
              <w:bottom w:val="nil"/>
              <w:right w:val="nil"/>
            </w:tcBorders>
            <w:shd w:val="clear" w:color="000000" w:fill="F2F2F2"/>
            <w:vAlign w:val="center"/>
            <w:hideMark/>
          </w:tcPr>
          <w:p w14:paraId="0F37C7B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5 (15)</w:t>
            </w:r>
          </w:p>
        </w:tc>
        <w:tc>
          <w:tcPr>
            <w:tcW w:w="417" w:type="pct"/>
            <w:tcBorders>
              <w:top w:val="nil"/>
              <w:left w:val="nil"/>
              <w:bottom w:val="nil"/>
              <w:right w:val="nil"/>
            </w:tcBorders>
            <w:shd w:val="clear" w:color="000000" w:fill="FFFFFF"/>
            <w:vAlign w:val="center"/>
            <w:hideMark/>
          </w:tcPr>
          <w:p w14:paraId="69F5D49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7 (22)</w:t>
            </w:r>
          </w:p>
        </w:tc>
        <w:tc>
          <w:tcPr>
            <w:tcW w:w="404" w:type="pct"/>
            <w:tcBorders>
              <w:top w:val="nil"/>
              <w:left w:val="nil"/>
              <w:bottom w:val="nil"/>
              <w:right w:val="nil"/>
            </w:tcBorders>
            <w:shd w:val="clear" w:color="000000" w:fill="FFFFFF"/>
            <w:vAlign w:val="center"/>
            <w:hideMark/>
          </w:tcPr>
          <w:p w14:paraId="16EA145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0.749</w:t>
            </w:r>
          </w:p>
        </w:tc>
        <w:tc>
          <w:tcPr>
            <w:tcW w:w="417" w:type="pct"/>
            <w:gridSpan w:val="2"/>
            <w:tcBorders>
              <w:top w:val="nil"/>
              <w:left w:val="nil"/>
              <w:bottom w:val="nil"/>
              <w:right w:val="nil"/>
            </w:tcBorders>
            <w:shd w:val="clear" w:color="000000" w:fill="F2F2F2"/>
            <w:vAlign w:val="center"/>
            <w:hideMark/>
          </w:tcPr>
          <w:p w14:paraId="2D1AA21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7 (28)</w:t>
            </w:r>
          </w:p>
        </w:tc>
        <w:tc>
          <w:tcPr>
            <w:tcW w:w="417" w:type="pct"/>
            <w:gridSpan w:val="2"/>
            <w:tcBorders>
              <w:top w:val="nil"/>
              <w:left w:val="nil"/>
              <w:bottom w:val="nil"/>
              <w:right w:val="nil"/>
            </w:tcBorders>
            <w:shd w:val="clear" w:color="000000" w:fill="F2F2F2"/>
            <w:vAlign w:val="center"/>
            <w:hideMark/>
          </w:tcPr>
          <w:p w14:paraId="71C8784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 (6)</w:t>
            </w:r>
          </w:p>
        </w:tc>
        <w:tc>
          <w:tcPr>
            <w:tcW w:w="417" w:type="pct"/>
            <w:gridSpan w:val="2"/>
            <w:tcBorders>
              <w:top w:val="nil"/>
              <w:left w:val="nil"/>
              <w:bottom w:val="nil"/>
              <w:right w:val="nil"/>
            </w:tcBorders>
            <w:shd w:val="clear" w:color="000000" w:fill="F2F2F2"/>
            <w:vAlign w:val="center"/>
            <w:hideMark/>
          </w:tcPr>
          <w:p w14:paraId="32BB6A0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 (8)</w:t>
            </w:r>
          </w:p>
        </w:tc>
        <w:tc>
          <w:tcPr>
            <w:tcW w:w="417" w:type="pct"/>
            <w:gridSpan w:val="2"/>
            <w:tcBorders>
              <w:top w:val="nil"/>
              <w:left w:val="nil"/>
              <w:bottom w:val="nil"/>
              <w:right w:val="nil"/>
            </w:tcBorders>
            <w:shd w:val="clear" w:color="000000" w:fill="FFFFFF"/>
            <w:vAlign w:val="center"/>
            <w:hideMark/>
          </w:tcPr>
          <w:p w14:paraId="5ADE67F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2 (11)</w:t>
            </w:r>
          </w:p>
        </w:tc>
        <w:tc>
          <w:tcPr>
            <w:tcW w:w="404" w:type="pct"/>
            <w:gridSpan w:val="2"/>
            <w:tcBorders>
              <w:top w:val="nil"/>
              <w:left w:val="nil"/>
              <w:bottom w:val="nil"/>
              <w:right w:val="nil"/>
            </w:tcBorders>
            <w:shd w:val="clear" w:color="000000" w:fill="FFFFFF"/>
            <w:vAlign w:val="center"/>
            <w:hideMark/>
          </w:tcPr>
          <w:p w14:paraId="2147C3D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0.570</w:t>
            </w:r>
          </w:p>
        </w:tc>
      </w:tr>
      <w:tr w:rsidR="00726DBE" w:rsidRPr="00693325" w14:paraId="45464378" w14:textId="77777777" w:rsidTr="00841CFC">
        <w:trPr>
          <w:gridAfter w:val="1"/>
          <w:wAfter w:w="23" w:type="pct"/>
          <w:trHeight w:val="261"/>
        </w:trPr>
        <w:tc>
          <w:tcPr>
            <w:tcW w:w="833" w:type="pct"/>
            <w:tcBorders>
              <w:top w:val="nil"/>
              <w:left w:val="nil"/>
              <w:bottom w:val="nil"/>
              <w:right w:val="nil"/>
            </w:tcBorders>
            <w:shd w:val="clear" w:color="000000" w:fill="FFFFFF"/>
            <w:vAlign w:val="center"/>
            <w:hideMark/>
          </w:tcPr>
          <w:p w14:paraId="30C4BFA6"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06F9140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 xml:space="preserve">0 </w:t>
            </w:r>
            <w:r w:rsidRPr="00693325">
              <w:rPr>
                <w:rFonts w:ascii="Times New Roman" w:hAnsi="Times New Roman"/>
                <w:color w:val="000000"/>
                <w:sz w:val="16"/>
                <w:szCs w:val="16"/>
              </w:rPr>
              <w:t>(0)</w:t>
            </w:r>
          </w:p>
        </w:tc>
        <w:tc>
          <w:tcPr>
            <w:tcW w:w="417" w:type="pct"/>
            <w:tcBorders>
              <w:top w:val="nil"/>
              <w:left w:val="nil"/>
              <w:bottom w:val="nil"/>
              <w:right w:val="nil"/>
            </w:tcBorders>
            <w:shd w:val="clear" w:color="000000" w:fill="F2F2F2"/>
            <w:vAlign w:val="center"/>
            <w:hideMark/>
          </w:tcPr>
          <w:p w14:paraId="1C8135E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5 (14)</w:t>
            </w:r>
          </w:p>
        </w:tc>
        <w:tc>
          <w:tcPr>
            <w:tcW w:w="417" w:type="pct"/>
            <w:tcBorders>
              <w:top w:val="nil"/>
              <w:left w:val="nil"/>
              <w:bottom w:val="nil"/>
              <w:right w:val="nil"/>
            </w:tcBorders>
            <w:shd w:val="clear" w:color="000000" w:fill="F2F2F2"/>
            <w:vAlign w:val="center"/>
            <w:hideMark/>
          </w:tcPr>
          <w:p w14:paraId="23FD494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 (12)</w:t>
            </w:r>
          </w:p>
        </w:tc>
        <w:tc>
          <w:tcPr>
            <w:tcW w:w="417" w:type="pct"/>
            <w:tcBorders>
              <w:top w:val="nil"/>
              <w:left w:val="nil"/>
              <w:bottom w:val="nil"/>
              <w:right w:val="nil"/>
            </w:tcBorders>
            <w:shd w:val="clear" w:color="000000" w:fill="FFFFFF"/>
            <w:vAlign w:val="center"/>
            <w:hideMark/>
          </w:tcPr>
          <w:p w14:paraId="46F07C9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5 (21)</w:t>
            </w:r>
          </w:p>
        </w:tc>
        <w:tc>
          <w:tcPr>
            <w:tcW w:w="404" w:type="pct"/>
            <w:tcBorders>
              <w:top w:val="nil"/>
              <w:left w:val="nil"/>
              <w:bottom w:val="nil"/>
              <w:right w:val="nil"/>
            </w:tcBorders>
            <w:shd w:val="clear" w:color="000000" w:fill="FFFFFF"/>
            <w:vAlign w:val="center"/>
            <w:hideMark/>
          </w:tcPr>
          <w:p w14:paraId="12E859E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0.837</w:t>
            </w:r>
          </w:p>
        </w:tc>
        <w:tc>
          <w:tcPr>
            <w:tcW w:w="417" w:type="pct"/>
            <w:gridSpan w:val="2"/>
            <w:tcBorders>
              <w:top w:val="nil"/>
              <w:left w:val="nil"/>
              <w:bottom w:val="nil"/>
              <w:right w:val="nil"/>
            </w:tcBorders>
            <w:shd w:val="clear" w:color="000000" w:fill="F2F2F2"/>
            <w:vAlign w:val="center"/>
            <w:hideMark/>
          </w:tcPr>
          <w:p w14:paraId="76CD39A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7 (28)</w:t>
            </w:r>
          </w:p>
        </w:tc>
        <w:tc>
          <w:tcPr>
            <w:tcW w:w="417" w:type="pct"/>
            <w:gridSpan w:val="2"/>
            <w:tcBorders>
              <w:top w:val="nil"/>
              <w:left w:val="nil"/>
              <w:bottom w:val="nil"/>
              <w:right w:val="nil"/>
            </w:tcBorders>
            <w:shd w:val="clear" w:color="000000" w:fill="F2F2F2"/>
            <w:vAlign w:val="center"/>
            <w:hideMark/>
          </w:tcPr>
          <w:p w14:paraId="3A2A5E0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 (6)</w:t>
            </w:r>
          </w:p>
        </w:tc>
        <w:tc>
          <w:tcPr>
            <w:tcW w:w="417" w:type="pct"/>
            <w:gridSpan w:val="2"/>
            <w:tcBorders>
              <w:top w:val="nil"/>
              <w:left w:val="nil"/>
              <w:bottom w:val="nil"/>
              <w:right w:val="nil"/>
            </w:tcBorders>
            <w:shd w:val="clear" w:color="000000" w:fill="F2F2F2"/>
            <w:vAlign w:val="center"/>
            <w:hideMark/>
          </w:tcPr>
          <w:p w14:paraId="066593E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 (8)</w:t>
            </w:r>
          </w:p>
        </w:tc>
        <w:tc>
          <w:tcPr>
            <w:tcW w:w="417" w:type="pct"/>
            <w:gridSpan w:val="2"/>
            <w:tcBorders>
              <w:top w:val="nil"/>
              <w:left w:val="nil"/>
              <w:bottom w:val="nil"/>
              <w:right w:val="nil"/>
            </w:tcBorders>
            <w:shd w:val="clear" w:color="000000" w:fill="FFFFFF"/>
            <w:vAlign w:val="center"/>
            <w:hideMark/>
          </w:tcPr>
          <w:p w14:paraId="01E7AD3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2 (11)</w:t>
            </w:r>
          </w:p>
        </w:tc>
        <w:tc>
          <w:tcPr>
            <w:tcW w:w="404" w:type="pct"/>
            <w:gridSpan w:val="2"/>
            <w:tcBorders>
              <w:top w:val="nil"/>
              <w:left w:val="nil"/>
              <w:bottom w:val="nil"/>
              <w:right w:val="nil"/>
            </w:tcBorders>
            <w:shd w:val="clear" w:color="000000" w:fill="FFFFFF"/>
            <w:vAlign w:val="center"/>
            <w:hideMark/>
          </w:tcPr>
          <w:p w14:paraId="2FED7FA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0.570</w:t>
            </w:r>
          </w:p>
        </w:tc>
      </w:tr>
      <w:tr w:rsidR="00726DBE" w:rsidRPr="00693325" w14:paraId="5379657A" w14:textId="77777777" w:rsidTr="00841CFC">
        <w:trPr>
          <w:gridAfter w:val="1"/>
          <w:wAfter w:w="23" w:type="pct"/>
          <w:trHeight w:val="68"/>
        </w:trPr>
        <w:tc>
          <w:tcPr>
            <w:tcW w:w="833" w:type="pct"/>
            <w:tcBorders>
              <w:top w:val="nil"/>
              <w:left w:val="nil"/>
              <w:bottom w:val="nil"/>
              <w:right w:val="nil"/>
            </w:tcBorders>
            <w:shd w:val="clear" w:color="000000" w:fill="FFFFFF"/>
            <w:vAlign w:val="center"/>
            <w:hideMark/>
          </w:tcPr>
          <w:p w14:paraId="3397265D"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48A79A7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tcBorders>
              <w:top w:val="nil"/>
              <w:left w:val="nil"/>
              <w:bottom w:val="nil"/>
              <w:right w:val="nil"/>
            </w:tcBorders>
            <w:shd w:val="clear" w:color="000000" w:fill="F2F2F2"/>
            <w:vAlign w:val="center"/>
            <w:hideMark/>
          </w:tcPr>
          <w:p w14:paraId="60DDE1E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 (4)</w:t>
            </w:r>
          </w:p>
        </w:tc>
        <w:tc>
          <w:tcPr>
            <w:tcW w:w="417" w:type="pct"/>
            <w:tcBorders>
              <w:top w:val="nil"/>
              <w:left w:val="nil"/>
              <w:bottom w:val="nil"/>
              <w:right w:val="nil"/>
            </w:tcBorders>
            <w:shd w:val="clear" w:color="000000" w:fill="F2F2F2"/>
            <w:vAlign w:val="center"/>
            <w:hideMark/>
          </w:tcPr>
          <w:p w14:paraId="3B2F715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 (3)</w:t>
            </w:r>
          </w:p>
        </w:tc>
        <w:tc>
          <w:tcPr>
            <w:tcW w:w="417" w:type="pct"/>
            <w:tcBorders>
              <w:top w:val="nil"/>
              <w:left w:val="nil"/>
              <w:bottom w:val="nil"/>
              <w:right w:val="nil"/>
            </w:tcBorders>
            <w:shd w:val="clear" w:color="000000" w:fill="FFFFFF"/>
            <w:vAlign w:val="center"/>
            <w:hideMark/>
          </w:tcPr>
          <w:p w14:paraId="261C19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1 (5)</w:t>
            </w:r>
          </w:p>
        </w:tc>
        <w:tc>
          <w:tcPr>
            <w:tcW w:w="404" w:type="pct"/>
            <w:tcBorders>
              <w:top w:val="nil"/>
              <w:left w:val="nil"/>
              <w:bottom w:val="nil"/>
              <w:right w:val="nil"/>
            </w:tcBorders>
            <w:shd w:val="clear" w:color="000000" w:fill="FFFFFF"/>
            <w:vAlign w:val="center"/>
            <w:hideMark/>
          </w:tcPr>
          <w:p w14:paraId="1F08705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0.525</w:t>
            </w:r>
          </w:p>
        </w:tc>
        <w:tc>
          <w:tcPr>
            <w:tcW w:w="417" w:type="pct"/>
            <w:gridSpan w:val="2"/>
            <w:tcBorders>
              <w:top w:val="nil"/>
              <w:left w:val="nil"/>
              <w:bottom w:val="nil"/>
              <w:right w:val="nil"/>
            </w:tcBorders>
            <w:shd w:val="clear" w:color="000000" w:fill="F2F2F2"/>
            <w:vAlign w:val="center"/>
            <w:hideMark/>
          </w:tcPr>
          <w:p w14:paraId="21CAC29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7A975CB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1BCDA89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3BCA3C8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(0)</w:t>
            </w:r>
          </w:p>
        </w:tc>
        <w:tc>
          <w:tcPr>
            <w:tcW w:w="404" w:type="pct"/>
            <w:gridSpan w:val="2"/>
            <w:tcBorders>
              <w:top w:val="nil"/>
              <w:left w:val="nil"/>
              <w:bottom w:val="nil"/>
              <w:right w:val="nil"/>
            </w:tcBorders>
            <w:shd w:val="clear" w:color="000000" w:fill="FFFFFF"/>
            <w:vAlign w:val="center"/>
            <w:hideMark/>
          </w:tcPr>
          <w:p w14:paraId="5880779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0.656</w:t>
            </w:r>
          </w:p>
        </w:tc>
      </w:tr>
      <w:tr w:rsidR="00726DBE" w:rsidRPr="00693325" w14:paraId="7E07371B" w14:textId="77777777" w:rsidTr="00841CFC">
        <w:trPr>
          <w:gridAfter w:val="1"/>
          <w:wAfter w:w="23" w:type="pct"/>
          <w:trHeight w:val="68"/>
        </w:trPr>
        <w:tc>
          <w:tcPr>
            <w:tcW w:w="833" w:type="pct"/>
            <w:tcBorders>
              <w:top w:val="nil"/>
              <w:left w:val="nil"/>
              <w:bottom w:val="nil"/>
              <w:right w:val="nil"/>
            </w:tcBorders>
            <w:shd w:val="clear" w:color="000000" w:fill="FFFFFF"/>
            <w:vAlign w:val="center"/>
            <w:hideMark/>
          </w:tcPr>
          <w:p w14:paraId="7336CFEF"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rPr>
              <w:t xml:space="preserve">Urgent care visit ($), mean (SD) </w:t>
            </w:r>
          </w:p>
        </w:tc>
        <w:tc>
          <w:tcPr>
            <w:tcW w:w="417" w:type="pct"/>
            <w:tcBorders>
              <w:top w:val="nil"/>
              <w:left w:val="nil"/>
              <w:bottom w:val="nil"/>
              <w:right w:val="nil"/>
            </w:tcBorders>
            <w:shd w:val="clear" w:color="000000" w:fill="F2F2F2"/>
            <w:vAlign w:val="center"/>
            <w:hideMark/>
          </w:tcPr>
          <w:p w14:paraId="18D4032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tcBorders>
              <w:top w:val="nil"/>
              <w:left w:val="nil"/>
              <w:bottom w:val="nil"/>
              <w:right w:val="nil"/>
            </w:tcBorders>
            <w:shd w:val="clear" w:color="000000" w:fill="F2F2F2"/>
            <w:vAlign w:val="center"/>
            <w:hideMark/>
          </w:tcPr>
          <w:p w14:paraId="1888D3D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tcBorders>
              <w:top w:val="nil"/>
              <w:left w:val="nil"/>
              <w:bottom w:val="nil"/>
              <w:right w:val="nil"/>
            </w:tcBorders>
            <w:shd w:val="clear" w:color="000000" w:fill="F2F2F2"/>
            <w:vAlign w:val="center"/>
            <w:hideMark/>
          </w:tcPr>
          <w:p w14:paraId="5433CA8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tcBorders>
              <w:top w:val="nil"/>
              <w:left w:val="nil"/>
              <w:bottom w:val="nil"/>
              <w:right w:val="nil"/>
            </w:tcBorders>
            <w:shd w:val="clear" w:color="000000" w:fill="FFFFFF"/>
            <w:vAlign w:val="center"/>
            <w:hideMark/>
          </w:tcPr>
          <w:p w14:paraId="61EE6F3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(2)</w:t>
            </w:r>
          </w:p>
        </w:tc>
        <w:tc>
          <w:tcPr>
            <w:tcW w:w="404" w:type="pct"/>
            <w:tcBorders>
              <w:top w:val="nil"/>
              <w:left w:val="nil"/>
              <w:bottom w:val="nil"/>
              <w:right w:val="nil"/>
            </w:tcBorders>
            <w:shd w:val="clear" w:color="000000" w:fill="FFFFFF"/>
            <w:vAlign w:val="center"/>
            <w:hideMark/>
          </w:tcPr>
          <w:p w14:paraId="132CA13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0.546</w:t>
            </w:r>
          </w:p>
        </w:tc>
        <w:tc>
          <w:tcPr>
            <w:tcW w:w="417" w:type="pct"/>
            <w:gridSpan w:val="2"/>
            <w:tcBorders>
              <w:top w:val="nil"/>
              <w:left w:val="nil"/>
              <w:bottom w:val="nil"/>
              <w:right w:val="nil"/>
            </w:tcBorders>
            <w:shd w:val="clear" w:color="000000" w:fill="F2F2F2"/>
            <w:vAlign w:val="center"/>
            <w:hideMark/>
          </w:tcPr>
          <w:p w14:paraId="323087F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gridSpan w:val="2"/>
            <w:tcBorders>
              <w:top w:val="nil"/>
              <w:left w:val="nil"/>
              <w:bottom w:val="nil"/>
              <w:right w:val="nil"/>
            </w:tcBorders>
            <w:shd w:val="clear" w:color="000000" w:fill="F2F2F2"/>
            <w:vAlign w:val="center"/>
            <w:hideMark/>
          </w:tcPr>
          <w:p w14:paraId="0ADD5DF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(1)</w:t>
            </w:r>
          </w:p>
        </w:tc>
        <w:tc>
          <w:tcPr>
            <w:tcW w:w="417" w:type="pct"/>
            <w:gridSpan w:val="2"/>
            <w:tcBorders>
              <w:top w:val="nil"/>
              <w:left w:val="nil"/>
              <w:bottom w:val="nil"/>
              <w:right w:val="nil"/>
            </w:tcBorders>
            <w:shd w:val="clear" w:color="000000" w:fill="F2F2F2"/>
            <w:vAlign w:val="center"/>
            <w:hideMark/>
          </w:tcPr>
          <w:p w14:paraId="696B500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(1)</w:t>
            </w:r>
          </w:p>
        </w:tc>
        <w:tc>
          <w:tcPr>
            <w:tcW w:w="417" w:type="pct"/>
            <w:gridSpan w:val="2"/>
            <w:tcBorders>
              <w:top w:val="nil"/>
              <w:left w:val="nil"/>
              <w:bottom w:val="nil"/>
              <w:right w:val="nil"/>
            </w:tcBorders>
            <w:shd w:val="clear" w:color="000000" w:fill="FFFFFF"/>
            <w:vAlign w:val="center"/>
            <w:hideMark/>
          </w:tcPr>
          <w:p w14:paraId="54EB1C2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(0)</w:t>
            </w:r>
          </w:p>
        </w:tc>
        <w:tc>
          <w:tcPr>
            <w:tcW w:w="404" w:type="pct"/>
            <w:gridSpan w:val="2"/>
            <w:tcBorders>
              <w:top w:val="nil"/>
              <w:left w:val="nil"/>
              <w:bottom w:val="nil"/>
              <w:right w:val="nil"/>
            </w:tcBorders>
            <w:shd w:val="clear" w:color="000000" w:fill="FFFFFF"/>
            <w:vAlign w:val="center"/>
            <w:hideMark/>
          </w:tcPr>
          <w:p w14:paraId="5AA4C42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0.003</w:t>
            </w:r>
          </w:p>
        </w:tc>
      </w:tr>
      <w:tr w:rsidR="00726DBE" w:rsidRPr="00693325" w14:paraId="4CA78BBC" w14:textId="77777777" w:rsidTr="00841CFC">
        <w:trPr>
          <w:gridAfter w:val="1"/>
          <w:wAfter w:w="23" w:type="pct"/>
          <w:trHeight w:val="234"/>
        </w:trPr>
        <w:tc>
          <w:tcPr>
            <w:tcW w:w="833" w:type="pct"/>
            <w:tcBorders>
              <w:top w:val="nil"/>
              <w:left w:val="nil"/>
              <w:bottom w:val="nil"/>
              <w:right w:val="nil"/>
            </w:tcBorders>
            <w:shd w:val="clear" w:color="000000" w:fill="FFFFFF"/>
            <w:vAlign w:val="center"/>
            <w:hideMark/>
          </w:tcPr>
          <w:p w14:paraId="75DA068F"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483A909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tcBorders>
              <w:top w:val="nil"/>
              <w:left w:val="nil"/>
              <w:bottom w:val="nil"/>
              <w:right w:val="nil"/>
            </w:tcBorders>
            <w:shd w:val="clear" w:color="000000" w:fill="F2F2F2"/>
            <w:vAlign w:val="center"/>
            <w:hideMark/>
          </w:tcPr>
          <w:p w14:paraId="09CAA9D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tcBorders>
              <w:top w:val="nil"/>
              <w:left w:val="nil"/>
              <w:bottom w:val="nil"/>
              <w:right w:val="nil"/>
            </w:tcBorders>
            <w:shd w:val="clear" w:color="000000" w:fill="F2F2F2"/>
            <w:vAlign w:val="center"/>
            <w:hideMark/>
          </w:tcPr>
          <w:p w14:paraId="3EE21F3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tcBorders>
              <w:top w:val="nil"/>
              <w:left w:val="nil"/>
              <w:bottom w:val="nil"/>
              <w:right w:val="nil"/>
            </w:tcBorders>
            <w:shd w:val="clear" w:color="000000" w:fill="FFFFFF"/>
            <w:vAlign w:val="center"/>
            <w:hideMark/>
          </w:tcPr>
          <w:p w14:paraId="03D3EB0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(2)</w:t>
            </w:r>
          </w:p>
        </w:tc>
        <w:tc>
          <w:tcPr>
            <w:tcW w:w="404" w:type="pct"/>
            <w:tcBorders>
              <w:top w:val="nil"/>
              <w:left w:val="nil"/>
              <w:bottom w:val="nil"/>
              <w:right w:val="nil"/>
            </w:tcBorders>
            <w:shd w:val="clear" w:color="000000" w:fill="FFFFFF"/>
            <w:vAlign w:val="center"/>
            <w:hideMark/>
          </w:tcPr>
          <w:p w14:paraId="73EC3CE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0.562</w:t>
            </w:r>
          </w:p>
        </w:tc>
        <w:tc>
          <w:tcPr>
            <w:tcW w:w="417" w:type="pct"/>
            <w:gridSpan w:val="2"/>
            <w:tcBorders>
              <w:top w:val="nil"/>
              <w:left w:val="nil"/>
              <w:bottom w:val="nil"/>
              <w:right w:val="nil"/>
            </w:tcBorders>
            <w:shd w:val="clear" w:color="000000" w:fill="F2F2F2"/>
            <w:vAlign w:val="center"/>
            <w:hideMark/>
          </w:tcPr>
          <w:p w14:paraId="48E9C0E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gridSpan w:val="2"/>
            <w:tcBorders>
              <w:top w:val="nil"/>
              <w:left w:val="nil"/>
              <w:bottom w:val="nil"/>
              <w:right w:val="nil"/>
            </w:tcBorders>
            <w:shd w:val="clear" w:color="000000" w:fill="F2F2F2"/>
            <w:vAlign w:val="center"/>
            <w:hideMark/>
          </w:tcPr>
          <w:p w14:paraId="4A99A34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(1)</w:t>
            </w:r>
          </w:p>
        </w:tc>
        <w:tc>
          <w:tcPr>
            <w:tcW w:w="417" w:type="pct"/>
            <w:gridSpan w:val="2"/>
            <w:tcBorders>
              <w:top w:val="nil"/>
              <w:left w:val="nil"/>
              <w:bottom w:val="nil"/>
              <w:right w:val="nil"/>
            </w:tcBorders>
            <w:shd w:val="clear" w:color="000000" w:fill="F2F2F2"/>
            <w:vAlign w:val="center"/>
            <w:hideMark/>
          </w:tcPr>
          <w:p w14:paraId="03189F7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(1)</w:t>
            </w:r>
          </w:p>
        </w:tc>
        <w:tc>
          <w:tcPr>
            <w:tcW w:w="417" w:type="pct"/>
            <w:gridSpan w:val="2"/>
            <w:tcBorders>
              <w:top w:val="nil"/>
              <w:left w:val="nil"/>
              <w:bottom w:val="nil"/>
              <w:right w:val="nil"/>
            </w:tcBorders>
            <w:shd w:val="clear" w:color="000000" w:fill="FFFFFF"/>
            <w:vAlign w:val="center"/>
            <w:hideMark/>
          </w:tcPr>
          <w:p w14:paraId="62AABAE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(0)</w:t>
            </w:r>
          </w:p>
        </w:tc>
        <w:tc>
          <w:tcPr>
            <w:tcW w:w="404" w:type="pct"/>
            <w:gridSpan w:val="2"/>
            <w:tcBorders>
              <w:top w:val="nil"/>
              <w:left w:val="nil"/>
              <w:bottom w:val="nil"/>
              <w:right w:val="nil"/>
            </w:tcBorders>
            <w:shd w:val="clear" w:color="000000" w:fill="FFFFFF"/>
            <w:vAlign w:val="center"/>
            <w:hideMark/>
          </w:tcPr>
          <w:p w14:paraId="4AD0F0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0.003</w:t>
            </w:r>
          </w:p>
        </w:tc>
      </w:tr>
      <w:tr w:rsidR="00726DBE" w:rsidRPr="00693325" w14:paraId="3AF5DACC" w14:textId="77777777" w:rsidTr="00841CFC">
        <w:trPr>
          <w:gridAfter w:val="1"/>
          <w:wAfter w:w="23" w:type="pct"/>
          <w:trHeight w:val="68"/>
        </w:trPr>
        <w:tc>
          <w:tcPr>
            <w:tcW w:w="833" w:type="pct"/>
            <w:tcBorders>
              <w:top w:val="nil"/>
              <w:left w:val="nil"/>
              <w:bottom w:val="nil"/>
              <w:right w:val="nil"/>
            </w:tcBorders>
            <w:shd w:val="clear" w:color="000000" w:fill="FFFFFF"/>
            <w:vAlign w:val="center"/>
            <w:hideMark/>
          </w:tcPr>
          <w:p w14:paraId="52A88356"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25C3647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tcBorders>
              <w:top w:val="nil"/>
              <w:left w:val="nil"/>
              <w:bottom w:val="nil"/>
              <w:right w:val="nil"/>
            </w:tcBorders>
            <w:shd w:val="clear" w:color="000000" w:fill="F2F2F2"/>
            <w:vAlign w:val="center"/>
            <w:hideMark/>
          </w:tcPr>
          <w:p w14:paraId="53F2FEF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tcBorders>
              <w:top w:val="nil"/>
              <w:left w:val="nil"/>
              <w:bottom w:val="nil"/>
              <w:right w:val="nil"/>
            </w:tcBorders>
            <w:shd w:val="clear" w:color="000000" w:fill="F2F2F2"/>
            <w:vAlign w:val="center"/>
            <w:hideMark/>
          </w:tcPr>
          <w:p w14:paraId="2C2CA86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tcBorders>
              <w:top w:val="nil"/>
              <w:left w:val="nil"/>
              <w:bottom w:val="nil"/>
              <w:right w:val="nil"/>
            </w:tcBorders>
            <w:shd w:val="clear" w:color="000000" w:fill="FFFFFF"/>
            <w:vAlign w:val="center"/>
            <w:hideMark/>
          </w:tcPr>
          <w:p w14:paraId="4845E46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(0)</w:t>
            </w:r>
          </w:p>
        </w:tc>
        <w:tc>
          <w:tcPr>
            <w:tcW w:w="404" w:type="pct"/>
            <w:tcBorders>
              <w:top w:val="nil"/>
              <w:left w:val="nil"/>
              <w:bottom w:val="nil"/>
              <w:right w:val="nil"/>
            </w:tcBorders>
            <w:shd w:val="clear" w:color="000000" w:fill="FFFFFF"/>
            <w:vAlign w:val="center"/>
            <w:hideMark/>
          </w:tcPr>
          <w:p w14:paraId="3C58A4A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0.482</w:t>
            </w:r>
          </w:p>
        </w:tc>
        <w:tc>
          <w:tcPr>
            <w:tcW w:w="417" w:type="pct"/>
            <w:gridSpan w:val="2"/>
            <w:tcBorders>
              <w:top w:val="nil"/>
              <w:left w:val="nil"/>
              <w:bottom w:val="nil"/>
              <w:right w:val="nil"/>
            </w:tcBorders>
            <w:shd w:val="clear" w:color="000000" w:fill="F2F2F2"/>
            <w:vAlign w:val="center"/>
            <w:hideMark/>
          </w:tcPr>
          <w:p w14:paraId="2FB174F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gridSpan w:val="2"/>
            <w:tcBorders>
              <w:top w:val="nil"/>
              <w:left w:val="nil"/>
              <w:bottom w:val="nil"/>
              <w:right w:val="nil"/>
            </w:tcBorders>
            <w:shd w:val="clear" w:color="000000" w:fill="F2F2F2"/>
            <w:vAlign w:val="center"/>
            <w:hideMark/>
          </w:tcPr>
          <w:p w14:paraId="45E0B01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57D17C4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1A99F35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(0)</w:t>
            </w:r>
          </w:p>
        </w:tc>
        <w:tc>
          <w:tcPr>
            <w:tcW w:w="404" w:type="pct"/>
            <w:gridSpan w:val="2"/>
            <w:tcBorders>
              <w:top w:val="nil"/>
              <w:left w:val="nil"/>
              <w:bottom w:val="nil"/>
              <w:right w:val="nil"/>
            </w:tcBorders>
            <w:shd w:val="clear" w:color="000000" w:fill="FFFFFF"/>
            <w:vAlign w:val="center"/>
            <w:hideMark/>
          </w:tcPr>
          <w:p w14:paraId="1F19C70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w:t>
            </w:r>
          </w:p>
        </w:tc>
      </w:tr>
      <w:tr w:rsidR="00726DBE" w:rsidRPr="00693325" w14:paraId="78E00ADD" w14:textId="77777777" w:rsidTr="00841CFC">
        <w:trPr>
          <w:gridAfter w:val="1"/>
          <w:wAfter w:w="23" w:type="pct"/>
          <w:trHeight w:val="68"/>
        </w:trPr>
        <w:tc>
          <w:tcPr>
            <w:tcW w:w="833" w:type="pct"/>
            <w:tcBorders>
              <w:top w:val="nil"/>
              <w:left w:val="nil"/>
              <w:bottom w:val="nil"/>
              <w:right w:val="nil"/>
            </w:tcBorders>
            <w:shd w:val="clear" w:color="000000" w:fill="FFFFFF"/>
            <w:vAlign w:val="center"/>
            <w:hideMark/>
          </w:tcPr>
          <w:p w14:paraId="04D789DF"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rPr>
              <w:t xml:space="preserve">Outpatient office visit ($), mean (SD) </w:t>
            </w:r>
          </w:p>
        </w:tc>
        <w:tc>
          <w:tcPr>
            <w:tcW w:w="417" w:type="pct"/>
            <w:tcBorders>
              <w:top w:val="nil"/>
              <w:left w:val="nil"/>
              <w:bottom w:val="nil"/>
              <w:right w:val="nil"/>
            </w:tcBorders>
            <w:shd w:val="clear" w:color="000000" w:fill="F2F2F2"/>
            <w:vAlign w:val="center"/>
            <w:hideMark/>
          </w:tcPr>
          <w:p w14:paraId="5BD0E79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98 (107)</w:t>
            </w:r>
          </w:p>
        </w:tc>
        <w:tc>
          <w:tcPr>
            <w:tcW w:w="417" w:type="pct"/>
            <w:tcBorders>
              <w:top w:val="nil"/>
              <w:left w:val="nil"/>
              <w:bottom w:val="nil"/>
              <w:right w:val="nil"/>
            </w:tcBorders>
            <w:shd w:val="clear" w:color="000000" w:fill="F2F2F2"/>
            <w:vAlign w:val="center"/>
            <w:hideMark/>
          </w:tcPr>
          <w:p w14:paraId="78521CF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17 (15)</w:t>
            </w:r>
          </w:p>
        </w:tc>
        <w:tc>
          <w:tcPr>
            <w:tcW w:w="417" w:type="pct"/>
            <w:tcBorders>
              <w:top w:val="nil"/>
              <w:left w:val="nil"/>
              <w:bottom w:val="nil"/>
              <w:right w:val="nil"/>
            </w:tcBorders>
            <w:shd w:val="clear" w:color="000000" w:fill="F2F2F2"/>
            <w:vAlign w:val="center"/>
            <w:hideMark/>
          </w:tcPr>
          <w:p w14:paraId="012E330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33 (49)</w:t>
            </w:r>
          </w:p>
        </w:tc>
        <w:tc>
          <w:tcPr>
            <w:tcW w:w="417" w:type="pct"/>
            <w:tcBorders>
              <w:top w:val="nil"/>
              <w:left w:val="nil"/>
              <w:bottom w:val="nil"/>
              <w:right w:val="nil"/>
            </w:tcBorders>
            <w:shd w:val="clear" w:color="000000" w:fill="FFFFFF"/>
            <w:vAlign w:val="center"/>
            <w:hideMark/>
          </w:tcPr>
          <w:p w14:paraId="6467903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15 (18)</w:t>
            </w:r>
          </w:p>
        </w:tc>
        <w:tc>
          <w:tcPr>
            <w:tcW w:w="404" w:type="pct"/>
            <w:tcBorders>
              <w:top w:val="nil"/>
              <w:left w:val="nil"/>
              <w:bottom w:val="nil"/>
              <w:right w:val="nil"/>
            </w:tcBorders>
            <w:shd w:val="clear" w:color="000000" w:fill="FFFFFF"/>
            <w:vAlign w:val="center"/>
            <w:hideMark/>
          </w:tcPr>
          <w:p w14:paraId="7413980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0.008</w:t>
            </w:r>
          </w:p>
        </w:tc>
        <w:tc>
          <w:tcPr>
            <w:tcW w:w="417" w:type="pct"/>
            <w:gridSpan w:val="2"/>
            <w:tcBorders>
              <w:top w:val="nil"/>
              <w:left w:val="nil"/>
              <w:bottom w:val="nil"/>
              <w:right w:val="nil"/>
            </w:tcBorders>
            <w:shd w:val="clear" w:color="000000" w:fill="F2F2F2"/>
            <w:vAlign w:val="center"/>
            <w:hideMark/>
          </w:tcPr>
          <w:p w14:paraId="2EBCC70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65 (95)</w:t>
            </w:r>
          </w:p>
        </w:tc>
        <w:tc>
          <w:tcPr>
            <w:tcW w:w="417" w:type="pct"/>
            <w:gridSpan w:val="2"/>
            <w:tcBorders>
              <w:top w:val="nil"/>
              <w:left w:val="nil"/>
              <w:bottom w:val="nil"/>
              <w:right w:val="nil"/>
            </w:tcBorders>
            <w:shd w:val="clear" w:color="000000" w:fill="F2F2F2"/>
            <w:vAlign w:val="center"/>
            <w:hideMark/>
          </w:tcPr>
          <w:p w14:paraId="1B2CE45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12 (13)</w:t>
            </w:r>
          </w:p>
        </w:tc>
        <w:tc>
          <w:tcPr>
            <w:tcW w:w="417" w:type="pct"/>
            <w:gridSpan w:val="2"/>
            <w:tcBorders>
              <w:top w:val="nil"/>
              <w:left w:val="nil"/>
              <w:bottom w:val="nil"/>
              <w:right w:val="nil"/>
            </w:tcBorders>
            <w:shd w:val="clear" w:color="000000" w:fill="F2F2F2"/>
            <w:vAlign w:val="center"/>
            <w:hideMark/>
          </w:tcPr>
          <w:p w14:paraId="243F997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17 (19)</w:t>
            </w:r>
          </w:p>
        </w:tc>
        <w:tc>
          <w:tcPr>
            <w:tcW w:w="417" w:type="pct"/>
            <w:gridSpan w:val="2"/>
            <w:tcBorders>
              <w:top w:val="nil"/>
              <w:left w:val="nil"/>
              <w:bottom w:val="nil"/>
              <w:right w:val="nil"/>
            </w:tcBorders>
            <w:shd w:val="clear" w:color="000000" w:fill="FFFFFF"/>
            <w:vAlign w:val="center"/>
            <w:hideMark/>
          </w:tcPr>
          <w:p w14:paraId="36EE6FB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7 (16)</w:t>
            </w:r>
          </w:p>
        </w:tc>
        <w:tc>
          <w:tcPr>
            <w:tcW w:w="404" w:type="pct"/>
            <w:gridSpan w:val="2"/>
            <w:tcBorders>
              <w:top w:val="nil"/>
              <w:left w:val="nil"/>
              <w:bottom w:val="nil"/>
              <w:right w:val="nil"/>
            </w:tcBorders>
            <w:shd w:val="clear" w:color="000000" w:fill="FFFFFF"/>
            <w:vAlign w:val="center"/>
            <w:hideMark/>
          </w:tcPr>
          <w:p w14:paraId="7440E6B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0.001</w:t>
            </w:r>
          </w:p>
        </w:tc>
      </w:tr>
      <w:tr w:rsidR="00726DBE" w:rsidRPr="00693325" w14:paraId="6F39453A" w14:textId="77777777" w:rsidTr="00841CFC">
        <w:trPr>
          <w:gridAfter w:val="1"/>
          <w:wAfter w:w="23" w:type="pct"/>
          <w:trHeight w:val="279"/>
        </w:trPr>
        <w:tc>
          <w:tcPr>
            <w:tcW w:w="833" w:type="pct"/>
            <w:tcBorders>
              <w:top w:val="nil"/>
              <w:left w:val="nil"/>
              <w:bottom w:val="nil"/>
              <w:right w:val="nil"/>
            </w:tcBorders>
            <w:shd w:val="clear" w:color="000000" w:fill="FFFFFF"/>
            <w:vAlign w:val="center"/>
            <w:hideMark/>
          </w:tcPr>
          <w:p w14:paraId="460DC163"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18C0CB9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82 (91)</w:t>
            </w:r>
          </w:p>
        </w:tc>
        <w:tc>
          <w:tcPr>
            <w:tcW w:w="417" w:type="pct"/>
            <w:tcBorders>
              <w:top w:val="nil"/>
              <w:left w:val="nil"/>
              <w:bottom w:val="nil"/>
              <w:right w:val="nil"/>
            </w:tcBorders>
            <w:shd w:val="clear" w:color="000000" w:fill="F2F2F2"/>
            <w:vAlign w:val="center"/>
            <w:hideMark/>
          </w:tcPr>
          <w:p w14:paraId="374FCE9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16 (15)</w:t>
            </w:r>
          </w:p>
        </w:tc>
        <w:tc>
          <w:tcPr>
            <w:tcW w:w="417" w:type="pct"/>
            <w:tcBorders>
              <w:top w:val="nil"/>
              <w:left w:val="nil"/>
              <w:bottom w:val="nil"/>
              <w:right w:val="nil"/>
            </w:tcBorders>
            <w:shd w:val="clear" w:color="000000" w:fill="F2F2F2"/>
            <w:vAlign w:val="center"/>
            <w:hideMark/>
          </w:tcPr>
          <w:p w14:paraId="0BB4D25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31 (49)</w:t>
            </w:r>
          </w:p>
        </w:tc>
        <w:tc>
          <w:tcPr>
            <w:tcW w:w="417" w:type="pct"/>
            <w:tcBorders>
              <w:top w:val="nil"/>
              <w:left w:val="nil"/>
              <w:bottom w:val="nil"/>
              <w:right w:val="nil"/>
            </w:tcBorders>
            <w:shd w:val="clear" w:color="000000" w:fill="FFFFFF"/>
            <w:vAlign w:val="center"/>
            <w:hideMark/>
          </w:tcPr>
          <w:p w14:paraId="32F7286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13 (17)</w:t>
            </w:r>
          </w:p>
        </w:tc>
        <w:tc>
          <w:tcPr>
            <w:tcW w:w="404" w:type="pct"/>
            <w:tcBorders>
              <w:top w:val="nil"/>
              <w:left w:val="nil"/>
              <w:bottom w:val="nil"/>
              <w:right w:val="nil"/>
            </w:tcBorders>
            <w:shd w:val="clear" w:color="000000" w:fill="FFFFFF"/>
            <w:vAlign w:val="center"/>
            <w:hideMark/>
          </w:tcPr>
          <w:p w14:paraId="4ED4EEF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0.005</w:t>
            </w:r>
          </w:p>
        </w:tc>
        <w:tc>
          <w:tcPr>
            <w:tcW w:w="417" w:type="pct"/>
            <w:gridSpan w:val="2"/>
            <w:tcBorders>
              <w:top w:val="nil"/>
              <w:left w:val="nil"/>
              <w:bottom w:val="nil"/>
              <w:right w:val="nil"/>
            </w:tcBorders>
            <w:shd w:val="clear" w:color="000000" w:fill="F2F2F2"/>
            <w:vAlign w:val="center"/>
            <w:hideMark/>
          </w:tcPr>
          <w:p w14:paraId="59E0A93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65 (95)</w:t>
            </w:r>
          </w:p>
        </w:tc>
        <w:tc>
          <w:tcPr>
            <w:tcW w:w="417" w:type="pct"/>
            <w:gridSpan w:val="2"/>
            <w:tcBorders>
              <w:top w:val="nil"/>
              <w:left w:val="nil"/>
              <w:bottom w:val="nil"/>
              <w:right w:val="nil"/>
            </w:tcBorders>
            <w:shd w:val="clear" w:color="000000" w:fill="F2F2F2"/>
            <w:vAlign w:val="center"/>
            <w:hideMark/>
          </w:tcPr>
          <w:p w14:paraId="1AC865E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12 (13)</w:t>
            </w:r>
          </w:p>
        </w:tc>
        <w:tc>
          <w:tcPr>
            <w:tcW w:w="417" w:type="pct"/>
            <w:gridSpan w:val="2"/>
            <w:tcBorders>
              <w:top w:val="nil"/>
              <w:left w:val="nil"/>
              <w:bottom w:val="nil"/>
              <w:right w:val="nil"/>
            </w:tcBorders>
            <w:shd w:val="clear" w:color="000000" w:fill="F2F2F2"/>
            <w:vAlign w:val="center"/>
            <w:hideMark/>
          </w:tcPr>
          <w:p w14:paraId="14F9BD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17 (19)</w:t>
            </w:r>
          </w:p>
        </w:tc>
        <w:tc>
          <w:tcPr>
            <w:tcW w:w="417" w:type="pct"/>
            <w:gridSpan w:val="2"/>
            <w:tcBorders>
              <w:top w:val="nil"/>
              <w:left w:val="nil"/>
              <w:bottom w:val="nil"/>
              <w:right w:val="nil"/>
            </w:tcBorders>
            <w:shd w:val="clear" w:color="000000" w:fill="FFFFFF"/>
            <w:vAlign w:val="center"/>
            <w:hideMark/>
          </w:tcPr>
          <w:p w14:paraId="4BE9053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7 (16)</w:t>
            </w:r>
          </w:p>
        </w:tc>
        <w:tc>
          <w:tcPr>
            <w:tcW w:w="404" w:type="pct"/>
            <w:gridSpan w:val="2"/>
            <w:tcBorders>
              <w:top w:val="nil"/>
              <w:left w:val="nil"/>
              <w:bottom w:val="nil"/>
              <w:right w:val="nil"/>
            </w:tcBorders>
            <w:shd w:val="clear" w:color="000000" w:fill="FFFFFF"/>
            <w:vAlign w:val="center"/>
            <w:hideMark/>
          </w:tcPr>
          <w:p w14:paraId="4579DDA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0.001</w:t>
            </w:r>
          </w:p>
        </w:tc>
      </w:tr>
      <w:tr w:rsidR="00726DBE" w:rsidRPr="00693325" w14:paraId="6066E336" w14:textId="77777777" w:rsidTr="00841CFC">
        <w:trPr>
          <w:gridAfter w:val="1"/>
          <w:wAfter w:w="23" w:type="pct"/>
          <w:trHeight w:val="99"/>
        </w:trPr>
        <w:tc>
          <w:tcPr>
            <w:tcW w:w="833" w:type="pct"/>
            <w:tcBorders>
              <w:top w:val="nil"/>
              <w:left w:val="nil"/>
              <w:bottom w:val="nil"/>
              <w:right w:val="nil"/>
            </w:tcBorders>
            <w:shd w:val="clear" w:color="000000" w:fill="FFFFFF"/>
            <w:vAlign w:val="center"/>
            <w:hideMark/>
          </w:tcPr>
          <w:p w14:paraId="0321C20D"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411E297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15 (26)</w:t>
            </w:r>
          </w:p>
        </w:tc>
        <w:tc>
          <w:tcPr>
            <w:tcW w:w="417" w:type="pct"/>
            <w:tcBorders>
              <w:top w:val="nil"/>
              <w:left w:val="nil"/>
              <w:bottom w:val="nil"/>
              <w:right w:val="nil"/>
            </w:tcBorders>
            <w:shd w:val="clear" w:color="000000" w:fill="F2F2F2"/>
            <w:vAlign w:val="center"/>
            <w:hideMark/>
          </w:tcPr>
          <w:p w14:paraId="3D2A862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 (2)</w:t>
            </w:r>
          </w:p>
        </w:tc>
        <w:tc>
          <w:tcPr>
            <w:tcW w:w="417" w:type="pct"/>
            <w:tcBorders>
              <w:top w:val="nil"/>
              <w:left w:val="nil"/>
              <w:bottom w:val="nil"/>
              <w:right w:val="nil"/>
            </w:tcBorders>
            <w:shd w:val="clear" w:color="000000" w:fill="F2F2F2"/>
            <w:vAlign w:val="center"/>
            <w:hideMark/>
          </w:tcPr>
          <w:p w14:paraId="2369DD5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 (4)</w:t>
            </w:r>
          </w:p>
        </w:tc>
        <w:tc>
          <w:tcPr>
            <w:tcW w:w="417" w:type="pct"/>
            <w:tcBorders>
              <w:top w:val="nil"/>
              <w:left w:val="nil"/>
              <w:bottom w:val="nil"/>
              <w:right w:val="nil"/>
            </w:tcBorders>
            <w:shd w:val="clear" w:color="000000" w:fill="FFFFFF"/>
            <w:vAlign w:val="center"/>
            <w:hideMark/>
          </w:tcPr>
          <w:p w14:paraId="2F5E060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3 (4)</w:t>
            </w:r>
          </w:p>
        </w:tc>
        <w:tc>
          <w:tcPr>
            <w:tcW w:w="404" w:type="pct"/>
            <w:tcBorders>
              <w:top w:val="nil"/>
              <w:left w:val="nil"/>
              <w:bottom w:val="nil"/>
              <w:right w:val="nil"/>
            </w:tcBorders>
            <w:shd w:val="clear" w:color="000000" w:fill="FFFFFF"/>
            <w:vAlign w:val="center"/>
            <w:hideMark/>
          </w:tcPr>
          <w:p w14:paraId="451A6B8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0.758</w:t>
            </w:r>
          </w:p>
        </w:tc>
        <w:tc>
          <w:tcPr>
            <w:tcW w:w="417" w:type="pct"/>
            <w:gridSpan w:val="2"/>
            <w:tcBorders>
              <w:top w:val="nil"/>
              <w:left w:val="nil"/>
              <w:bottom w:val="nil"/>
              <w:right w:val="nil"/>
            </w:tcBorders>
            <w:shd w:val="clear" w:color="000000" w:fill="F2F2F2"/>
            <w:vAlign w:val="center"/>
            <w:hideMark/>
          </w:tcPr>
          <w:p w14:paraId="219BCED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715BF6A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70128D5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12C4CAE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(1)</w:t>
            </w:r>
          </w:p>
        </w:tc>
        <w:tc>
          <w:tcPr>
            <w:tcW w:w="404" w:type="pct"/>
            <w:gridSpan w:val="2"/>
            <w:tcBorders>
              <w:top w:val="nil"/>
              <w:left w:val="nil"/>
              <w:bottom w:val="nil"/>
              <w:right w:val="nil"/>
            </w:tcBorders>
            <w:shd w:val="clear" w:color="000000" w:fill="FFFFFF"/>
            <w:vAlign w:val="center"/>
            <w:hideMark/>
          </w:tcPr>
          <w:p w14:paraId="22A99FD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0.638</w:t>
            </w:r>
          </w:p>
        </w:tc>
      </w:tr>
      <w:tr w:rsidR="00726DBE" w:rsidRPr="00693325" w14:paraId="6FB34C00" w14:textId="77777777" w:rsidTr="00841CFC">
        <w:trPr>
          <w:gridAfter w:val="1"/>
          <w:wAfter w:w="23" w:type="pct"/>
          <w:trHeight w:val="72"/>
        </w:trPr>
        <w:tc>
          <w:tcPr>
            <w:tcW w:w="833" w:type="pct"/>
            <w:tcBorders>
              <w:top w:val="nil"/>
              <w:left w:val="nil"/>
              <w:bottom w:val="nil"/>
              <w:right w:val="nil"/>
            </w:tcBorders>
            <w:shd w:val="clear" w:color="000000" w:fill="FFFFFF"/>
            <w:vAlign w:val="center"/>
            <w:hideMark/>
          </w:tcPr>
          <w:p w14:paraId="6627671B"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rPr>
              <w:t xml:space="preserve">Specialist office visit ($), mean (SD) </w:t>
            </w:r>
          </w:p>
        </w:tc>
        <w:tc>
          <w:tcPr>
            <w:tcW w:w="417" w:type="pct"/>
            <w:tcBorders>
              <w:top w:val="nil"/>
              <w:left w:val="nil"/>
              <w:bottom w:val="nil"/>
              <w:right w:val="nil"/>
            </w:tcBorders>
            <w:shd w:val="clear" w:color="000000" w:fill="F2F2F2"/>
            <w:vAlign w:val="center"/>
            <w:hideMark/>
          </w:tcPr>
          <w:p w14:paraId="10AB64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21 (62)</w:t>
            </w:r>
          </w:p>
        </w:tc>
        <w:tc>
          <w:tcPr>
            <w:tcW w:w="417" w:type="pct"/>
            <w:tcBorders>
              <w:top w:val="nil"/>
              <w:left w:val="nil"/>
              <w:bottom w:val="nil"/>
              <w:right w:val="nil"/>
            </w:tcBorders>
            <w:shd w:val="clear" w:color="000000" w:fill="F2F2F2"/>
            <w:vAlign w:val="center"/>
            <w:hideMark/>
          </w:tcPr>
          <w:p w14:paraId="1A3B7FB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 (5)</w:t>
            </w:r>
          </w:p>
        </w:tc>
        <w:tc>
          <w:tcPr>
            <w:tcW w:w="417" w:type="pct"/>
            <w:tcBorders>
              <w:top w:val="nil"/>
              <w:left w:val="nil"/>
              <w:bottom w:val="nil"/>
              <w:right w:val="nil"/>
            </w:tcBorders>
            <w:shd w:val="clear" w:color="000000" w:fill="F2F2F2"/>
            <w:vAlign w:val="center"/>
            <w:hideMark/>
          </w:tcPr>
          <w:p w14:paraId="779F0A3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 (8)</w:t>
            </w:r>
          </w:p>
        </w:tc>
        <w:tc>
          <w:tcPr>
            <w:tcW w:w="417" w:type="pct"/>
            <w:tcBorders>
              <w:top w:val="nil"/>
              <w:left w:val="nil"/>
              <w:bottom w:val="nil"/>
              <w:right w:val="nil"/>
            </w:tcBorders>
            <w:shd w:val="clear" w:color="000000" w:fill="FFFFFF"/>
            <w:vAlign w:val="center"/>
            <w:hideMark/>
          </w:tcPr>
          <w:p w14:paraId="2B58849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6 (14)</w:t>
            </w:r>
          </w:p>
        </w:tc>
        <w:tc>
          <w:tcPr>
            <w:tcW w:w="404" w:type="pct"/>
            <w:tcBorders>
              <w:top w:val="nil"/>
              <w:left w:val="nil"/>
              <w:bottom w:val="nil"/>
              <w:right w:val="nil"/>
            </w:tcBorders>
            <w:shd w:val="clear" w:color="000000" w:fill="FFFFFF"/>
            <w:vAlign w:val="center"/>
            <w:hideMark/>
          </w:tcPr>
          <w:p w14:paraId="7DE2E11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0.349</w:t>
            </w:r>
          </w:p>
        </w:tc>
        <w:tc>
          <w:tcPr>
            <w:tcW w:w="417" w:type="pct"/>
            <w:gridSpan w:val="2"/>
            <w:tcBorders>
              <w:top w:val="nil"/>
              <w:left w:val="nil"/>
              <w:bottom w:val="nil"/>
              <w:right w:val="nil"/>
            </w:tcBorders>
            <w:shd w:val="clear" w:color="000000" w:fill="F2F2F2"/>
            <w:vAlign w:val="center"/>
            <w:hideMark/>
          </w:tcPr>
          <w:p w14:paraId="03E1A8C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20 (75)</w:t>
            </w:r>
          </w:p>
        </w:tc>
        <w:tc>
          <w:tcPr>
            <w:tcW w:w="417" w:type="pct"/>
            <w:gridSpan w:val="2"/>
            <w:tcBorders>
              <w:top w:val="nil"/>
              <w:left w:val="nil"/>
              <w:bottom w:val="nil"/>
              <w:right w:val="nil"/>
            </w:tcBorders>
            <w:shd w:val="clear" w:color="000000" w:fill="F2F2F2"/>
            <w:vAlign w:val="center"/>
            <w:hideMark/>
          </w:tcPr>
          <w:p w14:paraId="03141B4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 (9)</w:t>
            </w:r>
          </w:p>
        </w:tc>
        <w:tc>
          <w:tcPr>
            <w:tcW w:w="417" w:type="pct"/>
            <w:gridSpan w:val="2"/>
            <w:tcBorders>
              <w:top w:val="nil"/>
              <w:left w:val="nil"/>
              <w:bottom w:val="nil"/>
              <w:right w:val="nil"/>
            </w:tcBorders>
            <w:shd w:val="clear" w:color="000000" w:fill="F2F2F2"/>
            <w:vAlign w:val="center"/>
            <w:hideMark/>
          </w:tcPr>
          <w:p w14:paraId="356755D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 (9)</w:t>
            </w:r>
          </w:p>
        </w:tc>
        <w:tc>
          <w:tcPr>
            <w:tcW w:w="417" w:type="pct"/>
            <w:gridSpan w:val="2"/>
            <w:tcBorders>
              <w:top w:val="nil"/>
              <w:left w:val="nil"/>
              <w:bottom w:val="nil"/>
              <w:right w:val="nil"/>
            </w:tcBorders>
            <w:shd w:val="clear" w:color="000000" w:fill="FFFFFF"/>
            <w:vAlign w:val="center"/>
            <w:hideMark/>
          </w:tcPr>
          <w:p w14:paraId="5855449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2 (8)</w:t>
            </w:r>
          </w:p>
        </w:tc>
        <w:tc>
          <w:tcPr>
            <w:tcW w:w="404" w:type="pct"/>
            <w:gridSpan w:val="2"/>
            <w:tcBorders>
              <w:top w:val="nil"/>
              <w:left w:val="nil"/>
              <w:bottom w:val="nil"/>
              <w:right w:val="nil"/>
            </w:tcBorders>
            <w:shd w:val="clear" w:color="000000" w:fill="FFFFFF"/>
            <w:vAlign w:val="center"/>
            <w:hideMark/>
          </w:tcPr>
          <w:p w14:paraId="5A36499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0.121</w:t>
            </w:r>
          </w:p>
        </w:tc>
      </w:tr>
      <w:tr w:rsidR="00726DBE" w:rsidRPr="00693325" w14:paraId="30199EA6" w14:textId="77777777" w:rsidTr="00841CFC">
        <w:trPr>
          <w:gridAfter w:val="1"/>
          <w:wAfter w:w="23" w:type="pct"/>
          <w:trHeight w:val="225"/>
        </w:trPr>
        <w:tc>
          <w:tcPr>
            <w:tcW w:w="833" w:type="pct"/>
            <w:tcBorders>
              <w:top w:val="nil"/>
              <w:left w:val="nil"/>
              <w:bottom w:val="nil"/>
              <w:right w:val="nil"/>
            </w:tcBorders>
            <w:shd w:val="clear" w:color="000000" w:fill="FFFFFF"/>
            <w:vAlign w:val="center"/>
            <w:hideMark/>
          </w:tcPr>
          <w:p w14:paraId="4C7783C6"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200732C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18 (61)</w:t>
            </w:r>
          </w:p>
        </w:tc>
        <w:tc>
          <w:tcPr>
            <w:tcW w:w="417" w:type="pct"/>
            <w:tcBorders>
              <w:top w:val="nil"/>
              <w:left w:val="nil"/>
              <w:bottom w:val="nil"/>
              <w:right w:val="nil"/>
            </w:tcBorders>
            <w:shd w:val="clear" w:color="000000" w:fill="F2F2F2"/>
            <w:vAlign w:val="center"/>
            <w:hideMark/>
          </w:tcPr>
          <w:p w14:paraId="4F349D3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 (3)</w:t>
            </w:r>
          </w:p>
        </w:tc>
        <w:tc>
          <w:tcPr>
            <w:tcW w:w="417" w:type="pct"/>
            <w:tcBorders>
              <w:top w:val="nil"/>
              <w:left w:val="nil"/>
              <w:bottom w:val="nil"/>
              <w:right w:val="nil"/>
            </w:tcBorders>
            <w:shd w:val="clear" w:color="000000" w:fill="F2F2F2"/>
            <w:vAlign w:val="center"/>
            <w:hideMark/>
          </w:tcPr>
          <w:p w14:paraId="3080306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3 (7)</w:t>
            </w:r>
          </w:p>
        </w:tc>
        <w:tc>
          <w:tcPr>
            <w:tcW w:w="417" w:type="pct"/>
            <w:tcBorders>
              <w:top w:val="nil"/>
              <w:left w:val="nil"/>
              <w:bottom w:val="nil"/>
              <w:right w:val="nil"/>
            </w:tcBorders>
            <w:shd w:val="clear" w:color="000000" w:fill="FFFFFF"/>
            <w:vAlign w:val="center"/>
            <w:hideMark/>
          </w:tcPr>
          <w:p w14:paraId="40CDCF1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5 (12)</w:t>
            </w:r>
          </w:p>
        </w:tc>
        <w:tc>
          <w:tcPr>
            <w:tcW w:w="404" w:type="pct"/>
            <w:tcBorders>
              <w:top w:val="nil"/>
              <w:left w:val="nil"/>
              <w:bottom w:val="nil"/>
              <w:right w:val="nil"/>
            </w:tcBorders>
            <w:shd w:val="clear" w:color="000000" w:fill="FFFFFF"/>
            <w:vAlign w:val="center"/>
            <w:hideMark/>
          </w:tcPr>
          <w:p w14:paraId="328D650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0.437</w:t>
            </w:r>
          </w:p>
        </w:tc>
        <w:tc>
          <w:tcPr>
            <w:tcW w:w="417" w:type="pct"/>
            <w:gridSpan w:val="2"/>
            <w:tcBorders>
              <w:top w:val="nil"/>
              <w:left w:val="nil"/>
              <w:bottom w:val="nil"/>
              <w:right w:val="nil"/>
            </w:tcBorders>
            <w:shd w:val="clear" w:color="000000" w:fill="F2F2F2"/>
            <w:vAlign w:val="center"/>
            <w:hideMark/>
          </w:tcPr>
          <w:p w14:paraId="756919E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20 (75)</w:t>
            </w:r>
          </w:p>
        </w:tc>
        <w:tc>
          <w:tcPr>
            <w:tcW w:w="417" w:type="pct"/>
            <w:gridSpan w:val="2"/>
            <w:tcBorders>
              <w:top w:val="nil"/>
              <w:left w:val="nil"/>
              <w:bottom w:val="nil"/>
              <w:right w:val="nil"/>
            </w:tcBorders>
            <w:shd w:val="clear" w:color="000000" w:fill="F2F2F2"/>
            <w:vAlign w:val="center"/>
            <w:hideMark/>
          </w:tcPr>
          <w:p w14:paraId="5C1294E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 (9)</w:t>
            </w:r>
          </w:p>
        </w:tc>
        <w:tc>
          <w:tcPr>
            <w:tcW w:w="417" w:type="pct"/>
            <w:gridSpan w:val="2"/>
            <w:tcBorders>
              <w:top w:val="nil"/>
              <w:left w:val="nil"/>
              <w:bottom w:val="nil"/>
              <w:right w:val="nil"/>
            </w:tcBorders>
            <w:shd w:val="clear" w:color="000000" w:fill="F2F2F2"/>
            <w:vAlign w:val="center"/>
            <w:hideMark/>
          </w:tcPr>
          <w:p w14:paraId="4FE6EC0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 (9)</w:t>
            </w:r>
          </w:p>
        </w:tc>
        <w:tc>
          <w:tcPr>
            <w:tcW w:w="417" w:type="pct"/>
            <w:gridSpan w:val="2"/>
            <w:tcBorders>
              <w:top w:val="nil"/>
              <w:left w:val="nil"/>
              <w:bottom w:val="nil"/>
              <w:right w:val="nil"/>
            </w:tcBorders>
            <w:shd w:val="clear" w:color="000000" w:fill="FFFFFF"/>
            <w:vAlign w:val="center"/>
            <w:hideMark/>
          </w:tcPr>
          <w:p w14:paraId="68F9DCC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2 (7)</w:t>
            </w:r>
          </w:p>
        </w:tc>
        <w:tc>
          <w:tcPr>
            <w:tcW w:w="404" w:type="pct"/>
            <w:gridSpan w:val="2"/>
            <w:tcBorders>
              <w:top w:val="nil"/>
              <w:left w:val="nil"/>
              <w:bottom w:val="nil"/>
              <w:right w:val="nil"/>
            </w:tcBorders>
            <w:shd w:val="clear" w:color="000000" w:fill="FFFFFF"/>
            <w:vAlign w:val="center"/>
            <w:hideMark/>
          </w:tcPr>
          <w:p w14:paraId="5496968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0.111</w:t>
            </w:r>
          </w:p>
        </w:tc>
      </w:tr>
      <w:tr w:rsidR="00726DBE" w:rsidRPr="00693325" w14:paraId="5203D2C0" w14:textId="77777777" w:rsidTr="00841CFC">
        <w:trPr>
          <w:gridAfter w:val="1"/>
          <w:wAfter w:w="23" w:type="pct"/>
          <w:trHeight w:val="68"/>
        </w:trPr>
        <w:tc>
          <w:tcPr>
            <w:tcW w:w="833" w:type="pct"/>
            <w:tcBorders>
              <w:top w:val="nil"/>
              <w:left w:val="nil"/>
              <w:bottom w:val="nil"/>
              <w:right w:val="nil"/>
            </w:tcBorders>
            <w:shd w:val="clear" w:color="000000" w:fill="FFFFFF"/>
            <w:vAlign w:val="center"/>
            <w:hideMark/>
          </w:tcPr>
          <w:p w14:paraId="61E80578"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1D26AB2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 (8)</w:t>
            </w:r>
          </w:p>
        </w:tc>
        <w:tc>
          <w:tcPr>
            <w:tcW w:w="417" w:type="pct"/>
            <w:tcBorders>
              <w:top w:val="nil"/>
              <w:left w:val="nil"/>
              <w:bottom w:val="nil"/>
              <w:right w:val="nil"/>
            </w:tcBorders>
            <w:shd w:val="clear" w:color="000000" w:fill="F2F2F2"/>
            <w:vAlign w:val="center"/>
            <w:hideMark/>
          </w:tcPr>
          <w:p w14:paraId="6F80D9D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 (2)</w:t>
            </w:r>
          </w:p>
        </w:tc>
        <w:tc>
          <w:tcPr>
            <w:tcW w:w="417" w:type="pct"/>
            <w:tcBorders>
              <w:top w:val="nil"/>
              <w:left w:val="nil"/>
              <w:bottom w:val="nil"/>
              <w:right w:val="nil"/>
            </w:tcBorders>
            <w:shd w:val="clear" w:color="000000" w:fill="F2F2F2"/>
            <w:vAlign w:val="center"/>
            <w:hideMark/>
          </w:tcPr>
          <w:p w14:paraId="3D323C2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 (2)</w:t>
            </w:r>
          </w:p>
        </w:tc>
        <w:tc>
          <w:tcPr>
            <w:tcW w:w="417" w:type="pct"/>
            <w:tcBorders>
              <w:top w:val="nil"/>
              <w:left w:val="nil"/>
              <w:bottom w:val="nil"/>
              <w:right w:val="nil"/>
            </w:tcBorders>
            <w:shd w:val="clear" w:color="000000" w:fill="FFFFFF"/>
            <w:vAlign w:val="center"/>
            <w:hideMark/>
          </w:tcPr>
          <w:p w14:paraId="4B39F08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1 (3)</w:t>
            </w:r>
          </w:p>
        </w:tc>
        <w:tc>
          <w:tcPr>
            <w:tcW w:w="404" w:type="pct"/>
            <w:tcBorders>
              <w:top w:val="nil"/>
              <w:left w:val="nil"/>
              <w:bottom w:val="nil"/>
              <w:right w:val="nil"/>
            </w:tcBorders>
            <w:shd w:val="clear" w:color="000000" w:fill="FFFFFF"/>
            <w:vAlign w:val="center"/>
            <w:hideMark/>
          </w:tcPr>
          <w:p w14:paraId="08CDD89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0.237</w:t>
            </w:r>
          </w:p>
        </w:tc>
        <w:tc>
          <w:tcPr>
            <w:tcW w:w="417" w:type="pct"/>
            <w:gridSpan w:val="2"/>
            <w:tcBorders>
              <w:top w:val="nil"/>
              <w:left w:val="nil"/>
              <w:bottom w:val="nil"/>
              <w:right w:val="nil"/>
            </w:tcBorders>
            <w:shd w:val="clear" w:color="000000" w:fill="F2F2F2"/>
            <w:vAlign w:val="center"/>
            <w:hideMark/>
          </w:tcPr>
          <w:p w14:paraId="5BFA04D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2199C2D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22D3A3A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2C3AA57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(0)</w:t>
            </w:r>
          </w:p>
        </w:tc>
        <w:tc>
          <w:tcPr>
            <w:tcW w:w="404" w:type="pct"/>
            <w:gridSpan w:val="2"/>
            <w:tcBorders>
              <w:top w:val="nil"/>
              <w:left w:val="nil"/>
              <w:bottom w:val="nil"/>
              <w:right w:val="nil"/>
            </w:tcBorders>
            <w:shd w:val="clear" w:color="000000" w:fill="FFFFFF"/>
            <w:vAlign w:val="center"/>
            <w:hideMark/>
          </w:tcPr>
          <w:p w14:paraId="60EBD2D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0.622</w:t>
            </w:r>
          </w:p>
        </w:tc>
      </w:tr>
      <w:tr w:rsidR="00726DBE" w:rsidRPr="00693325" w14:paraId="0EA9FD33" w14:textId="77777777" w:rsidTr="00841CFC">
        <w:trPr>
          <w:gridAfter w:val="1"/>
          <w:wAfter w:w="23" w:type="pct"/>
          <w:trHeight w:val="68"/>
        </w:trPr>
        <w:tc>
          <w:tcPr>
            <w:tcW w:w="833" w:type="pct"/>
            <w:tcBorders>
              <w:top w:val="nil"/>
              <w:left w:val="nil"/>
              <w:bottom w:val="nil"/>
              <w:right w:val="nil"/>
            </w:tcBorders>
            <w:shd w:val="clear" w:color="000000" w:fill="FFFFFF"/>
            <w:vAlign w:val="center"/>
            <w:hideMark/>
          </w:tcPr>
          <w:p w14:paraId="77B8F161" w14:textId="77777777" w:rsidR="00726DBE" w:rsidRPr="00693325" w:rsidRDefault="00726DBE" w:rsidP="00841CFC">
            <w:pPr>
              <w:rPr>
                <w:rFonts w:ascii="Times New Roman" w:hAnsi="Times New Roman"/>
                <w:color w:val="000000"/>
                <w:sz w:val="16"/>
                <w:szCs w:val="16"/>
              </w:rPr>
            </w:pPr>
            <w:r w:rsidRPr="00693325">
              <w:rPr>
                <w:rFonts w:ascii="Times New Roman" w:hAnsi="Times New Roman"/>
                <w:color w:val="000000"/>
                <w:sz w:val="16"/>
              </w:rPr>
              <w:t>Well-child office visit ($), mean (SD)</w:t>
            </w:r>
          </w:p>
        </w:tc>
        <w:tc>
          <w:tcPr>
            <w:tcW w:w="417" w:type="pct"/>
            <w:tcBorders>
              <w:top w:val="nil"/>
              <w:left w:val="nil"/>
              <w:bottom w:val="nil"/>
              <w:right w:val="nil"/>
            </w:tcBorders>
            <w:shd w:val="clear" w:color="000000" w:fill="F2F2F2"/>
            <w:vAlign w:val="center"/>
            <w:hideMark/>
          </w:tcPr>
          <w:p w14:paraId="0D110A1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9 (28)</w:t>
            </w:r>
          </w:p>
        </w:tc>
        <w:tc>
          <w:tcPr>
            <w:tcW w:w="417" w:type="pct"/>
            <w:tcBorders>
              <w:top w:val="nil"/>
              <w:left w:val="nil"/>
              <w:bottom w:val="nil"/>
              <w:right w:val="nil"/>
            </w:tcBorders>
            <w:shd w:val="clear" w:color="000000" w:fill="F2F2F2"/>
            <w:vAlign w:val="center"/>
            <w:hideMark/>
          </w:tcPr>
          <w:p w14:paraId="61BC743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11 (12)</w:t>
            </w:r>
          </w:p>
        </w:tc>
        <w:tc>
          <w:tcPr>
            <w:tcW w:w="417" w:type="pct"/>
            <w:tcBorders>
              <w:top w:val="nil"/>
              <w:left w:val="nil"/>
              <w:bottom w:val="nil"/>
              <w:right w:val="nil"/>
            </w:tcBorders>
            <w:shd w:val="clear" w:color="000000" w:fill="F2F2F2"/>
            <w:vAlign w:val="center"/>
            <w:hideMark/>
          </w:tcPr>
          <w:p w14:paraId="15C3186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10 (11)</w:t>
            </w:r>
          </w:p>
        </w:tc>
        <w:tc>
          <w:tcPr>
            <w:tcW w:w="417" w:type="pct"/>
            <w:tcBorders>
              <w:top w:val="nil"/>
              <w:left w:val="nil"/>
              <w:bottom w:val="nil"/>
              <w:right w:val="nil"/>
            </w:tcBorders>
            <w:shd w:val="clear" w:color="000000" w:fill="FFFFFF"/>
            <w:vAlign w:val="center"/>
            <w:hideMark/>
          </w:tcPr>
          <w:p w14:paraId="788B162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8 (10)</w:t>
            </w:r>
          </w:p>
        </w:tc>
        <w:tc>
          <w:tcPr>
            <w:tcW w:w="404" w:type="pct"/>
            <w:tcBorders>
              <w:top w:val="nil"/>
              <w:left w:val="nil"/>
              <w:bottom w:val="nil"/>
              <w:right w:val="nil"/>
            </w:tcBorders>
            <w:shd w:val="clear" w:color="000000" w:fill="FFFFFF"/>
            <w:vAlign w:val="center"/>
            <w:hideMark/>
          </w:tcPr>
          <w:p w14:paraId="0ADCE87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0.503</w:t>
            </w:r>
          </w:p>
        </w:tc>
        <w:tc>
          <w:tcPr>
            <w:tcW w:w="417" w:type="pct"/>
            <w:gridSpan w:val="2"/>
            <w:tcBorders>
              <w:top w:val="nil"/>
              <w:left w:val="nil"/>
              <w:bottom w:val="nil"/>
              <w:right w:val="nil"/>
            </w:tcBorders>
            <w:shd w:val="clear" w:color="000000" w:fill="F2F2F2"/>
            <w:vAlign w:val="center"/>
            <w:hideMark/>
          </w:tcPr>
          <w:p w14:paraId="57CF46C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11 (28)</w:t>
            </w:r>
          </w:p>
        </w:tc>
        <w:tc>
          <w:tcPr>
            <w:tcW w:w="417" w:type="pct"/>
            <w:gridSpan w:val="2"/>
            <w:tcBorders>
              <w:top w:val="nil"/>
              <w:left w:val="nil"/>
              <w:bottom w:val="nil"/>
              <w:right w:val="nil"/>
            </w:tcBorders>
            <w:shd w:val="clear" w:color="000000" w:fill="F2F2F2"/>
            <w:vAlign w:val="center"/>
            <w:hideMark/>
          </w:tcPr>
          <w:p w14:paraId="45DBB59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5 (6)</w:t>
            </w:r>
          </w:p>
        </w:tc>
        <w:tc>
          <w:tcPr>
            <w:tcW w:w="417" w:type="pct"/>
            <w:gridSpan w:val="2"/>
            <w:tcBorders>
              <w:top w:val="nil"/>
              <w:left w:val="nil"/>
              <w:bottom w:val="nil"/>
              <w:right w:val="nil"/>
            </w:tcBorders>
            <w:shd w:val="clear" w:color="000000" w:fill="F2F2F2"/>
            <w:vAlign w:val="center"/>
            <w:hideMark/>
          </w:tcPr>
          <w:p w14:paraId="18D2EFA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 (5)</w:t>
            </w:r>
          </w:p>
        </w:tc>
        <w:tc>
          <w:tcPr>
            <w:tcW w:w="417" w:type="pct"/>
            <w:gridSpan w:val="2"/>
            <w:tcBorders>
              <w:top w:val="nil"/>
              <w:left w:val="nil"/>
              <w:bottom w:val="nil"/>
              <w:right w:val="nil"/>
            </w:tcBorders>
            <w:shd w:val="clear" w:color="000000" w:fill="FFFFFF"/>
            <w:vAlign w:val="center"/>
            <w:hideMark/>
          </w:tcPr>
          <w:p w14:paraId="6F4176B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3 (8)</w:t>
            </w:r>
          </w:p>
        </w:tc>
        <w:tc>
          <w:tcPr>
            <w:tcW w:w="404" w:type="pct"/>
            <w:gridSpan w:val="2"/>
            <w:tcBorders>
              <w:top w:val="nil"/>
              <w:left w:val="nil"/>
              <w:bottom w:val="nil"/>
              <w:right w:val="nil"/>
            </w:tcBorders>
            <w:shd w:val="clear" w:color="000000" w:fill="FFFFFF"/>
            <w:vAlign w:val="center"/>
            <w:hideMark/>
          </w:tcPr>
          <w:p w14:paraId="3D73630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0.420</w:t>
            </w:r>
          </w:p>
        </w:tc>
      </w:tr>
      <w:tr w:rsidR="00726DBE" w:rsidRPr="00693325" w14:paraId="798542AA" w14:textId="77777777" w:rsidTr="00841CFC">
        <w:trPr>
          <w:gridAfter w:val="1"/>
          <w:wAfter w:w="23" w:type="pct"/>
          <w:trHeight w:val="280"/>
        </w:trPr>
        <w:tc>
          <w:tcPr>
            <w:tcW w:w="833" w:type="pct"/>
            <w:tcBorders>
              <w:top w:val="nil"/>
              <w:left w:val="nil"/>
              <w:bottom w:val="nil"/>
              <w:right w:val="nil"/>
            </w:tcBorders>
            <w:shd w:val="clear" w:color="000000" w:fill="FFFFFF"/>
            <w:vAlign w:val="center"/>
            <w:hideMark/>
          </w:tcPr>
          <w:p w14:paraId="2A634D38"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3E961FF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9 (28)</w:t>
            </w:r>
          </w:p>
        </w:tc>
        <w:tc>
          <w:tcPr>
            <w:tcW w:w="417" w:type="pct"/>
            <w:tcBorders>
              <w:top w:val="nil"/>
              <w:left w:val="nil"/>
              <w:bottom w:val="nil"/>
              <w:right w:val="nil"/>
            </w:tcBorders>
            <w:shd w:val="clear" w:color="000000" w:fill="F2F2F2"/>
            <w:vAlign w:val="center"/>
            <w:hideMark/>
          </w:tcPr>
          <w:p w14:paraId="2054BFD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10 (12)</w:t>
            </w:r>
          </w:p>
        </w:tc>
        <w:tc>
          <w:tcPr>
            <w:tcW w:w="417" w:type="pct"/>
            <w:tcBorders>
              <w:top w:val="nil"/>
              <w:left w:val="nil"/>
              <w:bottom w:val="nil"/>
              <w:right w:val="nil"/>
            </w:tcBorders>
            <w:shd w:val="clear" w:color="000000" w:fill="F2F2F2"/>
            <w:vAlign w:val="center"/>
            <w:hideMark/>
          </w:tcPr>
          <w:p w14:paraId="6E5059A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9 (11)</w:t>
            </w:r>
          </w:p>
        </w:tc>
        <w:tc>
          <w:tcPr>
            <w:tcW w:w="417" w:type="pct"/>
            <w:tcBorders>
              <w:top w:val="nil"/>
              <w:left w:val="nil"/>
              <w:bottom w:val="nil"/>
              <w:right w:val="nil"/>
            </w:tcBorders>
            <w:shd w:val="clear" w:color="000000" w:fill="FFFFFF"/>
            <w:vAlign w:val="center"/>
            <w:hideMark/>
          </w:tcPr>
          <w:p w14:paraId="1B8CE8A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7 (9)</w:t>
            </w:r>
          </w:p>
        </w:tc>
        <w:tc>
          <w:tcPr>
            <w:tcW w:w="404" w:type="pct"/>
            <w:tcBorders>
              <w:top w:val="nil"/>
              <w:left w:val="nil"/>
              <w:bottom w:val="nil"/>
              <w:right w:val="nil"/>
            </w:tcBorders>
            <w:shd w:val="clear" w:color="000000" w:fill="FFFFFF"/>
            <w:vAlign w:val="center"/>
            <w:hideMark/>
          </w:tcPr>
          <w:p w14:paraId="07C678D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0.375</w:t>
            </w:r>
          </w:p>
        </w:tc>
        <w:tc>
          <w:tcPr>
            <w:tcW w:w="417" w:type="pct"/>
            <w:gridSpan w:val="2"/>
            <w:tcBorders>
              <w:top w:val="nil"/>
              <w:left w:val="nil"/>
              <w:bottom w:val="nil"/>
              <w:right w:val="nil"/>
            </w:tcBorders>
            <w:shd w:val="clear" w:color="000000" w:fill="F2F2F2"/>
            <w:vAlign w:val="center"/>
            <w:hideMark/>
          </w:tcPr>
          <w:p w14:paraId="64164A4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11 (28)</w:t>
            </w:r>
          </w:p>
        </w:tc>
        <w:tc>
          <w:tcPr>
            <w:tcW w:w="417" w:type="pct"/>
            <w:gridSpan w:val="2"/>
            <w:tcBorders>
              <w:top w:val="nil"/>
              <w:left w:val="nil"/>
              <w:bottom w:val="nil"/>
              <w:right w:val="nil"/>
            </w:tcBorders>
            <w:shd w:val="clear" w:color="000000" w:fill="F2F2F2"/>
            <w:vAlign w:val="center"/>
            <w:hideMark/>
          </w:tcPr>
          <w:p w14:paraId="462BBFB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5 (6)</w:t>
            </w:r>
          </w:p>
        </w:tc>
        <w:tc>
          <w:tcPr>
            <w:tcW w:w="417" w:type="pct"/>
            <w:gridSpan w:val="2"/>
            <w:tcBorders>
              <w:top w:val="nil"/>
              <w:left w:val="nil"/>
              <w:bottom w:val="nil"/>
              <w:right w:val="nil"/>
            </w:tcBorders>
            <w:shd w:val="clear" w:color="000000" w:fill="F2F2F2"/>
            <w:vAlign w:val="center"/>
            <w:hideMark/>
          </w:tcPr>
          <w:p w14:paraId="17676F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 (5)</w:t>
            </w:r>
          </w:p>
        </w:tc>
        <w:tc>
          <w:tcPr>
            <w:tcW w:w="417" w:type="pct"/>
            <w:gridSpan w:val="2"/>
            <w:tcBorders>
              <w:top w:val="nil"/>
              <w:left w:val="nil"/>
              <w:bottom w:val="nil"/>
              <w:right w:val="nil"/>
            </w:tcBorders>
            <w:shd w:val="clear" w:color="000000" w:fill="FFFFFF"/>
            <w:vAlign w:val="center"/>
            <w:hideMark/>
          </w:tcPr>
          <w:p w14:paraId="762D8A6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3 (8)</w:t>
            </w:r>
          </w:p>
        </w:tc>
        <w:tc>
          <w:tcPr>
            <w:tcW w:w="404" w:type="pct"/>
            <w:gridSpan w:val="2"/>
            <w:tcBorders>
              <w:top w:val="nil"/>
              <w:left w:val="nil"/>
              <w:bottom w:val="nil"/>
              <w:right w:val="nil"/>
            </w:tcBorders>
            <w:shd w:val="clear" w:color="000000" w:fill="FFFFFF"/>
            <w:vAlign w:val="center"/>
            <w:hideMark/>
          </w:tcPr>
          <w:p w14:paraId="4C23190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0.420</w:t>
            </w:r>
          </w:p>
        </w:tc>
      </w:tr>
      <w:tr w:rsidR="00726DBE" w:rsidRPr="00693325" w14:paraId="24333C33" w14:textId="77777777" w:rsidTr="00841CFC">
        <w:trPr>
          <w:gridAfter w:val="1"/>
          <w:wAfter w:w="23" w:type="pct"/>
          <w:trHeight w:val="68"/>
        </w:trPr>
        <w:tc>
          <w:tcPr>
            <w:tcW w:w="833" w:type="pct"/>
            <w:tcBorders>
              <w:top w:val="nil"/>
              <w:left w:val="nil"/>
              <w:bottom w:val="nil"/>
              <w:right w:val="nil"/>
            </w:tcBorders>
            <w:shd w:val="clear" w:color="000000" w:fill="FFFFFF"/>
            <w:vAlign w:val="center"/>
            <w:hideMark/>
          </w:tcPr>
          <w:p w14:paraId="085B7B62"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3899096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tcBorders>
              <w:top w:val="nil"/>
              <w:left w:val="nil"/>
              <w:bottom w:val="nil"/>
              <w:right w:val="nil"/>
            </w:tcBorders>
            <w:shd w:val="clear" w:color="000000" w:fill="F2F2F2"/>
            <w:vAlign w:val="center"/>
            <w:hideMark/>
          </w:tcPr>
          <w:p w14:paraId="6209E9F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(1)</w:t>
            </w:r>
          </w:p>
        </w:tc>
        <w:tc>
          <w:tcPr>
            <w:tcW w:w="417" w:type="pct"/>
            <w:tcBorders>
              <w:top w:val="nil"/>
              <w:left w:val="nil"/>
              <w:bottom w:val="nil"/>
              <w:right w:val="nil"/>
            </w:tcBorders>
            <w:shd w:val="clear" w:color="000000" w:fill="F2F2F2"/>
            <w:vAlign w:val="center"/>
            <w:hideMark/>
          </w:tcPr>
          <w:p w14:paraId="3160874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(1)</w:t>
            </w:r>
          </w:p>
        </w:tc>
        <w:tc>
          <w:tcPr>
            <w:tcW w:w="417" w:type="pct"/>
            <w:tcBorders>
              <w:top w:val="nil"/>
              <w:left w:val="nil"/>
              <w:bottom w:val="nil"/>
              <w:right w:val="nil"/>
            </w:tcBorders>
            <w:shd w:val="clear" w:color="000000" w:fill="FFFFFF"/>
            <w:vAlign w:val="center"/>
            <w:hideMark/>
          </w:tcPr>
          <w:p w14:paraId="5F31DE7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1 (2)</w:t>
            </w:r>
          </w:p>
        </w:tc>
        <w:tc>
          <w:tcPr>
            <w:tcW w:w="404" w:type="pct"/>
            <w:tcBorders>
              <w:top w:val="nil"/>
              <w:left w:val="nil"/>
              <w:bottom w:val="nil"/>
              <w:right w:val="nil"/>
            </w:tcBorders>
            <w:shd w:val="clear" w:color="000000" w:fill="FFFFFF"/>
            <w:vAlign w:val="center"/>
            <w:hideMark/>
          </w:tcPr>
          <w:p w14:paraId="1730863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0.289</w:t>
            </w:r>
          </w:p>
        </w:tc>
        <w:tc>
          <w:tcPr>
            <w:tcW w:w="417" w:type="pct"/>
            <w:gridSpan w:val="2"/>
            <w:tcBorders>
              <w:top w:val="nil"/>
              <w:left w:val="nil"/>
              <w:bottom w:val="nil"/>
              <w:right w:val="nil"/>
            </w:tcBorders>
            <w:shd w:val="clear" w:color="000000" w:fill="F2F2F2"/>
            <w:vAlign w:val="center"/>
            <w:hideMark/>
          </w:tcPr>
          <w:p w14:paraId="3B9A106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2072FA4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75F879F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586BE27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(0)</w:t>
            </w:r>
          </w:p>
        </w:tc>
        <w:tc>
          <w:tcPr>
            <w:tcW w:w="404" w:type="pct"/>
            <w:gridSpan w:val="2"/>
            <w:tcBorders>
              <w:top w:val="nil"/>
              <w:left w:val="nil"/>
              <w:bottom w:val="nil"/>
              <w:right w:val="nil"/>
            </w:tcBorders>
            <w:shd w:val="clear" w:color="000000" w:fill="FFFFFF"/>
            <w:vAlign w:val="center"/>
            <w:hideMark/>
          </w:tcPr>
          <w:p w14:paraId="3DDB615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w:t>
            </w:r>
          </w:p>
        </w:tc>
      </w:tr>
      <w:tr w:rsidR="00726DBE" w:rsidRPr="00693325" w14:paraId="2D318142" w14:textId="77777777" w:rsidTr="00841CFC">
        <w:trPr>
          <w:gridAfter w:val="1"/>
          <w:wAfter w:w="23" w:type="pct"/>
          <w:trHeight w:val="68"/>
        </w:trPr>
        <w:tc>
          <w:tcPr>
            <w:tcW w:w="833" w:type="pct"/>
            <w:tcBorders>
              <w:top w:val="nil"/>
              <w:left w:val="nil"/>
              <w:bottom w:val="nil"/>
              <w:right w:val="nil"/>
            </w:tcBorders>
            <w:shd w:val="clear" w:color="000000" w:fill="FFFFFF"/>
            <w:vAlign w:val="center"/>
            <w:hideMark/>
          </w:tcPr>
          <w:p w14:paraId="5C993D54" w14:textId="77777777" w:rsidR="00726DBE" w:rsidRPr="00693325" w:rsidRDefault="00726DBE" w:rsidP="00841CFC">
            <w:pPr>
              <w:rPr>
                <w:rFonts w:ascii="Times New Roman" w:hAnsi="Times New Roman"/>
                <w:b/>
                <w:bCs/>
                <w:color w:val="000000"/>
                <w:sz w:val="16"/>
                <w:szCs w:val="16"/>
              </w:rPr>
            </w:pPr>
            <w:r w:rsidRPr="00693325">
              <w:rPr>
                <w:rFonts w:ascii="Times New Roman" w:hAnsi="Times New Roman"/>
                <w:b/>
                <w:bCs/>
                <w:color w:val="000000"/>
                <w:sz w:val="16"/>
              </w:rPr>
              <w:t xml:space="preserve">Other outpatient services ($), mean (SD)  </w:t>
            </w:r>
          </w:p>
        </w:tc>
        <w:tc>
          <w:tcPr>
            <w:tcW w:w="417" w:type="pct"/>
            <w:tcBorders>
              <w:top w:val="nil"/>
              <w:left w:val="nil"/>
              <w:bottom w:val="nil"/>
              <w:right w:val="nil"/>
            </w:tcBorders>
            <w:shd w:val="clear" w:color="000000" w:fill="F2F2F2"/>
            <w:vAlign w:val="center"/>
            <w:hideMark/>
          </w:tcPr>
          <w:p w14:paraId="7DD2A05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1,823 (2,640)</w:t>
            </w:r>
          </w:p>
        </w:tc>
        <w:tc>
          <w:tcPr>
            <w:tcW w:w="417" w:type="pct"/>
            <w:tcBorders>
              <w:top w:val="nil"/>
              <w:left w:val="nil"/>
              <w:bottom w:val="nil"/>
              <w:right w:val="nil"/>
            </w:tcBorders>
            <w:shd w:val="clear" w:color="000000" w:fill="F2F2F2"/>
            <w:vAlign w:val="center"/>
            <w:hideMark/>
          </w:tcPr>
          <w:p w14:paraId="145D5DB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27 (37)</w:t>
            </w:r>
          </w:p>
        </w:tc>
        <w:tc>
          <w:tcPr>
            <w:tcW w:w="417" w:type="pct"/>
            <w:tcBorders>
              <w:top w:val="nil"/>
              <w:left w:val="nil"/>
              <w:bottom w:val="nil"/>
              <w:right w:val="nil"/>
            </w:tcBorders>
            <w:shd w:val="clear" w:color="000000" w:fill="F2F2F2"/>
            <w:vAlign w:val="center"/>
            <w:hideMark/>
          </w:tcPr>
          <w:p w14:paraId="5CE09C3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207 (360)</w:t>
            </w:r>
          </w:p>
        </w:tc>
        <w:tc>
          <w:tcPr>
            <w:tcW w:w="417" w:type="pct"/>
            <w:tcBorders>
              <w:top w:val="nil"/>
              <w:left w:val="nil"/>
              <w:bottom w:val="nil"/>
              <w:right w:val="nil"/>
            </w:tcBorders>
            <w:shd w:val="clear" w:color="000000" w:fill="FFFFFF"/>
            <w:vAlign w:val="center"/>
            <w:hideMark/>
          </w:tcPr>
          <w:p w14:paraId="2FD6551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14 (30)</w:t>
            </w:r>
          </w:p>
        </w:tc>
        <w:tc>
          <w:tcPr>
            <w:tcW w:w="404" w:type="pct"/>
            <w:tcBorders>
              <w:top w:val="nil"/>
              <w:left w:val="nil"/>
              <w:bottom w:val="nil"/>
              <w:right w:val="nil"/>
            </w:tcBorders>
            <w:shd w:val="clear" w:color="000000" w:fill="FFFFFF"/>
            <w:vAlign w:val="center"/>
            <w:hideMark/>
          </w:tcPr>
          <w:p w14:paraId="4C8BC63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293F60C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240 (594)</w:t>
            </w:r>
          </w:p>
        </w:tc>
        <w:tc>
          <w:tcPr>
            <w:tcW w:w="417" w:type="pct"/>
            <w:gridSpan w:val="2"/>
            <w:tcBorders>
              <w:top w:val="nil"/>
              <w:left w:val="nil"/>
              <w:bottom w:val="nil"/>
              <w:right w:val="nil"/>
            </w:tcBorders>
            <w:shd w:val="clear" w:color="000000" w:fill="F2F2F2"/>
            <w:vAlign w:val="center"/>
            <w:hideMark/>
          </w:tcPr>
          <w:p w14:paraId="7F6F97D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29 (40)</w:t>
            </w:r>
          </w:p>
        </w:tc>
        <w:tc>
          <w:tcPr>
            <w:tcW w:w="417" w:type="pct"/>
            <w:gridSpan w:val="2"/>
            <w:tcBorders>
              <w:top w:val="nil"/>
              <w:left w:val="nil"/>
              <w:bottom w:val="nil"/>
              <w:right w:val="nil"/>
            </w:tcBorders>
            <w:shd w:val="clear" w:color="000000" w:fill="F2F2F2"/>
            <w:vAlign w:val="center"/>
            <w:hideMark/>
          </w:tcPr>
          <w:p w14:paraId="7721EB9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43 (76)</w:t>
            </w:r>
          </w:p>
        </w:tc>
        <w:tc>
          <w:tcPr>
            <w:tcW w:w="417" w:type="pct"/>
            <w:gridSpan w:val="2"/>
            <w:tcBorders>
              <w:top w:val="nil"/>
              <w:left w:val="nil"/>
              <w:bottom w:val="nil"/>
              <w:right w:val="nil"/>
            </w:tcBorders>
            <w:shd w:val="clear" w:color="000000" w:fill="FFFFFF"/>
            <w:vAlign w:val="center"/>
            <w:hideMark/>
          </w:tcPr>
          <w:p w14:paraId="6B593A2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33 (128)</w:t>
            </w:r>
          </w:p>
        </w:tc>
        <w:tc>
          <w:tcPr>
            <w:tcW w:w="404" w:type="pct"/>
            <w:gridSpan w:val="2"/>
            <w:tcBorders>
              <w:top w:val="nil"/>
              <w:left w:val="nil"/>
              <w:bottom w:val="nil"/>
              <w:right w:val="nil"/>
            </w:tcBorders>
            <w:shd w:val="clear" w:color="000000" w:fill="FFFFFF"/>
            <w:vAlign w:val="center"/>
            <w:hideMark/>
          </w:tcPr>
          <w:p w14:paraId="5918F31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0.638</w:t>
            </w:r>
          </w:p>
        </w:tc>
      </w:tr>
      <w:tr w:rsidR="00726DBE" w:rsidRPr="00693325" w14:paraId="4AD61249" w14:textId="77777777" w:rsidTr="00841CFC">
        <w:trPr>
          <w:gridAfter w:val="1"/>
          <w:wAfter w:w="23" w:type="pct"/>
          <w:trHeight w:val="306"/>
        </w:trPr>
        <w:tc>
          <w:tcPr>
            <w:tcW w:w="833" w:type="pct"/>
            <w:tcBorders>
              <w:top w:val="nil"/>
              <w:left w:val="nil"/>
              <w:bottom w:val="nil"/>
              <w:right w:val="nil"/>
            </w:tcBorders>
            <w:shd w:val="clear" w:color="000000" w:fill="FFFFFF"/>
            <w:vAlign w:val="center"/>
            <w:hideMark/>
          </w:tcPr>
          <w:p w14:paraId="5F388FA6"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17EBC8D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1,630 (2,339)</w:t>
            </w:r>
          </w:p>
        </w:tc>
        <w:tc>
          <w:tcPr>
            <w:tcW w:w="417" w:type="pct"/>
            <w:tcBorders>
              <w:top w:val="nil"/>
              <w:left w:val="nil"/>
              <w:bottom w:val="nil"/>
              <w:right w:val="nil"/>
            </w:tcBorders>
            <w:shd w:val="clear" w:color="000000" w:fill="F2F2F2"/>
            <w:vAlign w:val="center"/>
            <w:hideMark/>
          </w:tcPr>
          <w:p w14:paraId="4B85C64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22 (27)</w:t>
            </w:r>
          </w:p>
        </w:tc>
        <w:tc>
          <w:tcPr>
            <w:tcW w:w="417" w:type="pct"/>
            <w:tcBorders>
              <w:top w:val="nil"/>
              <w:left w:val="nil"/>
              <w:bottom w:val="nil"/>
              <w:right w:val="nil"/>
            </w:tcBorders>
            <w:shd w:val="clear" w:color="000000" w:fill="F2F2F2"/>
            <w:vAlign w:val="center"/>
            <w:hideMark/>
          </w:tcPr>
          <w:p w14:paraId="6613DB78"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155 (221)</w:t>
            </w:r>
          </w:p>
        </w:tc>
        <w:tc>
          <w:tcPr>
            <w:tcW w:w="417" w:type="pct"/>
            <w:tcBorders>
              <w:top w:val="nil"/>
              <w:left w:val="nil"/>
              <w:bottom w:val="nil"/>
              <w:right w:val="nil"/>
            </w:tcBorders>
            <w:shd w:val="clear" w:color="000000" w:fill="FFFFFF"/>
            <w:vAlign w:val="center"/>
            <w:hideMark/>
          </w:tcPr>
          <w:p w14:paraId="22D7705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12 (28)</w:t>
            </w:r>
          </w:p>
        </w:tc>
        <w:tc>
          <w:tcPr>
            <w:tcW w:w="404" w:type="pct"/>
            <w:tcBorders>
              <w:top w:val="nil"/>
              <w:left w:val="nil"/>
              <w:bottom w:val="nil"/>
              <w:right w:val="nil"/>
            </w:tcBorders>
            <w:shd w:val="clear" w:color="000000" w:fill="FFFFFF"/>
            <w:vAlign w:val="center"/>
            <w:hideMark/>
          </w:tcPr>
          <w:p w14:paraId="3DFDD36F"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4DA51FA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240 (594)</w:t>
            </w:r>
          </w:p>
        </w:tc>
        <w:tc>
          <w:tcPr>
            <w:tcW w:w="417" w:type="pct"/>
            <w:gridSpan w:val="2"/>
            <w:tcBorders>
              <w:top w:val="nil"/>
              <w:left w:val="nil"/>
              <w:bottom w:val="nil"/>
              <w:right w:val="nil"/>
            </w:tcBorders>
            <w:shd w:val="clear" w:color="000000" w:fill="F2F2F2"/>
            <w:vAlign w:val="center"/>
            <w:hideMark/>
          </w:tcPr>
          <w:p w14:paraId="52BBBA0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29 (40)</w:t>
            </w:r>
          </w:p>
        </w:tc>
        <w:tc>
          <w:tcPr>
            <w:tcW w:w="417" w:type="pct"/>
            <w:gridSpan w:val="2"/>
            <w:tcBorders>
              <w:top w:val="nil"/>
              <w:left w:val="nil"/>
              <w:bottom w:val="nil"/>
              <w:right w:val="nil"/>
            </w:tcBorders>
            <w:shd w:val="clear" w:color="000000" w:fill="F2F2F2"/>
            <w:vAlign w:val="center"/>
            <w:hideMark/>
          </w:tcPr>
          <w:p w14:paraId="06DBB9F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43 (76)</w:t>
            </w:r>
          </w:p>
        </w:tc>
        <w:tc>
          <w:tcPr>
            <w:tcW w:w="417" w:type="pct"/>
            <w:gridSpan w:val="2"/>
            <w:tcBorders>
              <w:top w:val="nil"/>
              <w:left w:val="nil"/>
              <w:bottom w:val="nil"/>
              <w:right w:val="nil"/>
            </w:tcBorders>
            <w:shd w:val="clear" w:color="000000" w:fill="FFFFFF"/>
            <w:vAlign w:val="center"/>
            <w:hideMark/>
          </w:tcPr>
          <w:p w14:paraId="367B01E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33 (128)</w:t>
            </w:r>
          </w:p>
        </w:tc>
        <w:tc>
          <w:tcPr>
            <w:tcW w:w="404" w:type="pct"/>
            <w:gridSpan w:val="2"/>
            <w:tcBorders>
              <w:top w:val="nil"/>
              <w:left w:val="nil"/>
              <w:bottom w:val="nil"/>
              <w:right w:val="nil"/>
            </w:tcBorders>
            <w:shd w:val="clear" w:color="000000" w:fill="FFFFFF"/>
            <w:vAlign w:val="center"/>
            <w:hideMark/>
          </w:tcPr>
          <w:p w14:paraId="28045FA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0.636</w:t>
            </w:r>
          </w:p>
        </w:tc>
      </w:tr>
      <w:tr w:rsidR="00726DBE" w:rsidRPr="00693325" w14:paraId="0EDE6A7D" w14:textId="77777777" w:rsidTr="00841CFC">
        <w:trPr>
          <w:gridAfter w:val="1"/>
          <w:wAfter w:w="23" w:type="pct"/>
          <w:trHeight w:val="68"/>
        </w:trPr>
        <w:tc>
          <w:tcPr>
            <w:tcW w:w="833" w:type="pct"/>
            <w:tcBorders>
              <w:top w:val="nil"/>
              <w:left w:val="nil"/>
              <w:bottom w:val="nil"/>
              <w:right w:val="nil"/>
            </w:tcBorders>
            <w:shd w:val="clear" w:color="000000" w:fill="FFFFFF"/>
            <w:vAlign w:val="center"/>
            <w:hideMark/>
          </w:tcPr>
          <w:p w14:paraId="11885017"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3575467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193 (500)</w:t>
            </w:r>
          </w:p>
        </w:tc>
        <w:tc>
          <w:tcPr>
            <w:tcW w:w="417" w:type="pct"/>
            <w:tcBorders>
              <w:top w:val="nil"/>
              <w:left w:val="nil"/>
              <w:bottom w:val="nil"/>
              <w:right w:val="nil"/>
            </w:tcBorders>
            <w:shd w:val="clear" w:color="000000" w:fill="F2F2F2"/>
            <w:vAlign w:val="center"/>
            <w:hideMark/>
          </w:tcPr>
          <w:p w14:paraId="6F1D215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6 (17)</w:t>
            </w:r>
          </w:p>
        </w:tc>
        <w:tc>
          <w:tcPr>
            <w:tcW w:w="417" w:type="pct"/>
            <w:tcBorders>
              <w:top w:val="nil"/>
              <w:left w:val="nil"/>
              <w:bottom w:val="nil"/>
              <w:right w:val="nil"/>
            </w:tcBorders>
            <w:shd w:val="clear" w:color="000000" w:fill="F2F2F2"/>
            <w:vAlign w:val="center"/>
            <w:hideMark/>
          </w:tcPr>
          <w:p w14:paraId="4B94E5D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53 (152)</w:t>
            </w:r>
          </w:p>
        </w:tc>
        <w:tc>
          <w:tcPr>
            <w:tcW w:w="417" w:type="pct"/>
            <w:tcBorders>
              <w:top w:val="nil"/>
              <w:left w:val="nil"/>
              <w:bottom w:val="nil"/>
              <w:right w:val="nil"/>
            </w:tcBorders>
            <w:shd w:val="clear" w:color="000000" w:fill="FFFFFF"/>
            <w:vAlign w:val="center"/>
            <w:hideMark/>
          </w:tcPr>
          <w:p w14:paraId="2A423DD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2 (7)</w:t>
            </w:r>
          </w:p>
        </w:tc>
        <w:tc>
          <w:tcPr>
            <w:tcW w:w="404" w:type="pct"/>
            <w:tcBorders>
              <w:top w:val="nil"/>
              <w:left w:val="nil"/>
              <w:bottom w:val="nil"/>
              <w:right w:val="nil"/>
            </w:tcBorders>
            <w:shd w:val="clear" w:color="000000" w:fill="FFFFFF"/>
            <w:vAlign w:val="center"/>
            <w:hideMark/>
          </w:tcPr>
          <w:p w14:paraId="4A4B986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0.001</w:t>
            </w:r>
          </w:p>
        </w:tc>
        <w:tc>
          <w:tcPr>
            <w:tcW w:w="417" w:type="pct"/>
            <w:gridSpan w:val="2"/>
            <w:tcBorders>
              <w:top w:val="nil"/>
              <w:left w:val="nil"/>
              <w:bottom w:val="nil"/>
              <w:right w:val="nil"/>
            </w:tcBorders>
            <w:shd w:val="clear" w:color="000000" w:fill="F2F2F2"/>
            <w:vAlign w:val="center"/>
            <w:hideMark/>
          </w:tcPr>
          <w:p w14:paraId="5121A65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12F64C8B"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0DE31F2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5D2FE16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 (1)</w:t>
            </w:r>
          </w:p>
        </w:tc>
        <w:tc>
          <w:tcPr>
            <w:tcW w:w="404" w:type="pct"/>
            <w:gridSpan w:val="2"/>
            <w:tcBorders>
              <w:top w:val="nil"/>
              <w:left w:val="nil"/>
              <w:bottom w:val="nil"/>
              <w:right w:val="nil"/>
            </w:tcBorders>
            <w:shd w:val="clear" w:color="000000" w:fill="FFFFFF"/>
            <w:vAlign w:val="center"/>
            <w:hideMark/>
          </w:tcPr>
          <w:p w14:paraId="10E7276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0.656</w:t>
            </w:r>
          </w:p>
        </w:tc>
      </w:tr>
      <w:tr w:rsidR="00726DBE" w:rsidRPr="00693325" w14:paraId="0970E3A7" w14:textId="77777777" w:rsidTr="00841CFC">
        <w:trPr>
          <w:gridAfter w:val="1"/>
          <w:wAfter w:w="23" w:type="pct"/>
          <w:trHeight w:val="68"/>
        </w:trPr>
        <w:tc>
          <w:tcPr>
            <w:tcW w:w="833" w:type="pct"/>
            <w:tcBorders>
              <w:top w:val="nil"/>
              <w:left w:val="nil"/>
              <w:bottom w:val="nil"/>
              <w:right w:val="nil"/>
            </w:tcBorders>
            <w:shd w:val="clear" w:color="000000" w:fill="FFFFFF"/>
            <w:vAlign w:val="center"/>
            <w:hideMark/>
          </w:tcPr>
          <w:p w14:paraId="05A8045F" w14:textId="77777777" w:rsidR="00726DBE" w:rsidRPr="00693325" w:rsidRDefault="00726DBE" w:rsidP="00841CFC">
            <w:pPr>
              <w:rPr>
                <w:rFonts w:ascii="Times New Roman" w:hAnsi="Times New Roman"/>
                <w:b/>
                <w:bCs/>
                <w:color w:val="000000"/>
                <w:sz w:val="16"/>
                <w:szCs w:val="16"/>
                <w:u w:val="single"/>
              </w:rPr>
            </w:pPr>
            <w:r w:rsidRPr="00693325">
              <w:rPr>
                <w:rFonts w:ascii="Times New Roman" w:hAnsi="Times New Roman"/>
                <w:b/>
                <w:bCs/>
                <w:color w:val="000000"/>
                <w:sz w:val="16"/>
                <w:u w:val="single"/>
              </w:rPr>
              <w:t xml:space="preserve">Surgical procedure ($), mean (SD)  </w:t>
            </w:r>
          </w:p>
        </w:tc>
        <w:tc>
          <w:tcPr>
            <w:tcW w:w="417" w:type="pct"/>
            <w:tcBorders>
              <w:top w:val="nil"/>
              <w:left w:val="nil"/>
              <w:bottom w:val="nil"/>
              <w:right w:val="nil"/>
            </w:tcBorders>
            <w:shd w:val="clear" w:color="000000" w:fill="F2F2F2"/>
            <w:vAlign w:val="center"/>
            <w:hideMark/>
          </w:tcPr>
          <w:p w14:paraId="19BC6484"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12,670 (55,225)</w:t>
            </w:r>
          </w:p>
        </w:tc>
        <w:tc>
          <w:tcPr>
            <w:tcW w:w="417" w:type="pct"/>
            <w:tcBorders>
              <w:top w:val="nil"/>
              <w:left w:val="nil"/>
              <w:bottom w:val="nil"/>
              <w:right w:val="nil"/>
            </w:tcBorders>
            <w:shd w:val="clear" w:color="000000" w:fill="F2F2F2"/>
            <w:vAlign w:val="center"/>
            <w:hideMark/>
          </w:tcPr>
          <w:p w14:paraId="6B68D1A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tcBorders>
              <w:top w:val="nil"/>
              <w:left w:val="nil"/>
              <w:bottom w:val="nil"/>
              <w:right w:val="nil"/>
            </w:tcBorders>
            <w:shd w:val="clear" w:color="000000" w:fill="F2F2F2"/>
            <w:vAlign w:val="center"/>
            <w:hideMark/>
          </w:tcPr>
          <w:p w14:paraId="2F40BCC1"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12,670 (55,225)</w:t>
            </w:r>
          </w:p>
        </w:tc>
        <w:tc>
          <w:tcPr>
            <w:tcW w:w="417" w:type="pct"/>
            <w:tcBorders>
              <w:top w:val="nil"/>
              <w:left w:val="nil"/>
              <w:bottom w:val="nil"/>
              <w:right w:val="nil"/>
            </w:tcBorders>
            <w:shd w:val="clear" w:color="000000" w:fill="FFFFFF"/>
            <w:vAlign w:val="center"/>
            <w:hideMark/>
          </w:tcPr>
          <w:p w14:paraId="619608F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04" w:type="pct"/>
            <w:tcBorders>
              <w:top w:val="nil"/>
              <w:left w:val="nil"/>
              <w:bottom w:val="nil"/>
              <w:right w:val="nil"/>
            </w:tcBorders>
            <w:shd w:val="clear" w:color="000000" w:fill="FFFFFF"/>
            <w:vAlign w:val="center"/>
            <w:hideMark/>
          </w:tcPr>
          <w:p w14:paraId="53E29ED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0.025</w:t>
            </w:r>
          </w:p>
        </w:tc>
        <w:tc>
          <w:tcPr>
            <w:tcW w:w="417" w:type="pct"/>
            <w:gridSpan w:val="2"/>
            <w:tcBorders>
              <w:top w:val="nil"/>
              <w:left w:val="nil"/>
              <w:bottom w:val="nil"/>
              <w:right w:val="nil"/>
            </w:tcBorders>
            <w:shd w:val="clear" w:color="000000" w:fill="F2F2F2"/>
            <w:vAlign w:val="center"/>
            <w:hideMark/>
          </w:tcPr>
          <w:p w14:paraId="37F42693"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4,397 (24,750)</w:t>
            </w:r>
          </w:p>
        </w:tc>
        <w:tc>
          <w:tcPr>
            <w:tcW w:w="417" w:type="pct"/>
            <w:gridSpan w:val="2"/>
            <w:tcBorders>
              <w:top w:val="nil"/>
              <w:left w:val="nil"/>
              <w:bottom w:val="nil"/>
              <w:right w:val="nil"/>
            </w:tcBorders>
            <w:shd w:val="clear" w:color="000000" w:fill="F2F2F2"/>
            <w:vAlign w:val="center"/>
            <w:hideMark/>
          </w:tcPr>
          <w:p w14:paraId="2C789D09"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gridSpan w:val="2"/>
            <w:tcBorders>
              <w:top w:val="nil"/>
              <w:left w:val="nil"/>
              <w:bottom w:val="nil"/>
              <w:right w:val="nil"/>
            </w:tcBorders>
            <w:shd w:val="clear" w:color="000000" w:fill="F2F2F2"/>
            <w:vAlign w:val="center"/>
            <w:hideMark/>
          </w:tcPr>
          <w:p w14:paraId="2A2D2EA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4,191 (24,754)</w:t>
            </w:r>
          </w:p>
        </w:tc>
        <w:tc>
          <w:tcPr>
            <w:tcW w:w="417" w:type="pct"/>
            <w:gridSpan w:val="2"/>
            <w:tcBorders>
              <w:top w:val="nil"/>
              <w:left w:val="nil"/>
              <w:bottom w:val="nil"/>
              <w:right w:val="nil"/>
            </w:tcBorders>
            <w:shd w:val="clear" w:color="000000" w:fill="FFFFFF"/>
            <w:vAlign w:val="center"/>
            <w:hideMark/>
          </w:tcPr>
          <w:p w14:paraId="22626720"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2 (21)</w:t>
            </w:r>
          </w:p>
        </w:tc>
        <w:tc>
          <w:tcPr>
            <w:tcW w:w="404" w:type="pct"/>
            <w:gridSpan w:val="2"/>
            <w:tcBorders>
              <w:top w:val="nil"/>
              <w:left w:val="nil"/>
              <w:bottom w:val="nil"/>
              <w:right w:val="nil"/>
            </w:tcBorders>
            <w:shd w:val="clear" w:color="000000" w:fill="FFFFFF"/>
            <w:vAlign w:val="center"/>
            <w:hideMark/>
          </w:tcPr>
          <w:p w14:paraId="341AF68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0.025</w:t>
            </w:r>
          </w:p>
        </w:tc>
      </w:tr>
      <w:tr w:rsidR="00726DBE" w:rsidRPr="00693325" w14:paraId="4E8EC614" w14:textId="77777777" w:rsidTr="003B4090">
        <w:trPr>
          <w:gridAfter w:val="1"/>
          <w:wAfter w:w="23" w:type="pct"/>
          <w:trHeight w:val="153"/>
        </w:trPr>
        <w:tc>
          <w:tcPr>
            <w:tcW w:w="833" w:type="pct"/>
            <w:tcBorders>
              <w:top w:val="nil"/>
              <w:left w:val="nil"/>
              <w:right w:val="nil"/>
            </w:tcBorders>
            <w:shd w:val="clear" w:color="000000" w:fill="FFFFFF"/>
            <w:vAlign w:val="center"/>
            <w:hideMark/>
          </w:tcPr>
          <w:p w14:paraId="4ADA3723" w14:textId="77777777" w:rsidR="00726DBE" w:rsidRPr="00693325" w:rsidRDefault="00726DBE" w:rsidP="00841CFC">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right w:val="nil"/>
            </w:tcBorders>
            <w:shd w:val="clear" w:color="000000" w:fill="F2F2F2"/>
            <w:vAlign w:val="center"/>
            <w:hideMark/>
          </w:tcPr>
          <w:p w14:paraId="30821FC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12,567 (54,780)</w:t>
            </w:r>
          </w:p>
        </w:tc>
        <w:tc>
          <w:tcPr>
            <w:tcW w:w="417" w:type="pct"/>
            <w:tcBorders>
              <w:top w:val="nil"/>
              <w:left w:val="nil"/>
              <w:right w:val="nil"/>
            </w:tcBorders>
            <w:shd w:val="clear" w:color="000000" w:fill="F2F2F2"/>
            <w:vAlign w:val="center"/>
            <w:hideMark/>
          </w:tcPr>
          <w:p w14:paraId="0B098B2E"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tcBorders>
              <w:top w:val="nil"/>
              <w:left w:val="nil"/>
              <w:right w:val="nil"/>
            </w:tcBorders>
            <w:shd w:val="clear" w:color="000000" w:fill="F2F2F2"/>
            <w:vAlign w:val="center"/>
            <w:hideMark/>
          </w:tcPr>
          <w:p w14:paraId="082D298C"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12,567 (54,780)</w:t>
            </w:r>
          </w:p>
        </w:tc>
        <w:tc>
          <w:tcPr>
            <w:tcW w:w="417" w:type="pct"/>
            <w:tcBorders>
              <w:top w:val="nil"/>
              <w:left w:val="nil"/>
              <w:right w:val="nil"/>
            </w:tcBorders>
            <w:shd w:val="clear" w:color="000000" w:fill="FFFFFF"/>
            <w:vAlign w:val="center"/>
            <w:hideMark/>
          </w:tcPr>
          <w:p w14:paraId="479F9E6D"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04" w:type="pct"/>
            <w:tcBorders>
              <w:top w:val="nil"/>
              <w:left w:val="nil"/>
              <w:right w:val="nil"/>
            </w:tcBorders>
            <w:shd w:val="clear" w:color="000000" w:fill="FFFFFF"/>
            <w:vAlign w:val="center"/>
            <w:hideMark/>
          </w:tcPr>
          <w:p w14:paraId="518D88C6"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0.025</w:t>
            </w:r>
          </w:p>
        </w:tc>
        <w:tc>
          <w:tcPr>
            <w:tcW w:w="417" w:type="pct"/>
            <w:gridSpan w:val="2"/>
            <w:tcBorders>
              <w:top w:val="nil"/>
              <w:left w:val="nil"/>
              <w:right w:val="nil"/>
            </w:tcBorders>
            <w:shd w:val="clear" w:color="000000" w:fill="F2F2F2"/>
            <w:vAlign w:val="center"/>
            <w:hideMark/>
          </w:tcPr>
          <w:p w14:paraId="3DC4F13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4,397 (24,750)</w:t>
            </w:r>
          </w:p>
        </w:tc>
        <w:tc>
          <w:tcPr>
            <w:tcW w:w="417" w:type="pct"/>
            <w:gridSpan w:val="2"/>
            <w:tcBorders>
              <w:top w:val="nil"/>
              <w:left w:val="nil"/>
              <w:right w:val="nil"/>
            </w:tcBorders>
            <w:shd w:val="clear" w:color="000000" w:fill="F2F2F2"/>
            <w:vAlign w:val="center"/>
            <w:hideMark/>
          </w:tcPr>
          <w:p w14:paraId="4766AA4A"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gridSpan w:val="2"/>
            <w:tcBorders>
              <w:top w:val="nil"/>
              <w:left w:val="nil"/>
              <w:right w:val="nil"/>
            </w:tcBorders>
            <w:shd w:val="clear" w:color="000000" w:fill="F2F2F2"/>
            <w:vAlign w:val="center"/>
            <w:hideMark/>
          </w:tcPr>
          <w:p w14:paraId="489FB485"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sz w:val="16"/>
              </w:rPr>
              <w:t>4,191 (24,754)</w:t>
            </w:r>
          </w:p>
        </w:tc>
        <w:tc>
          <w:tcPr>
            <w:tcW w:w="417" w:type="pct"/>
            <w:gridSpan w:val="2"/>
            <w:tcBorders>
              <w:top w:val="nil"/>
              <w:left w:val="nil"/>
              <w:right w:val="nil"/>
            </w:tcBorders>
            <w:shd w:val="clear" w:color="000000" w:fill="FFFFFF"/>
            <w:vAlign w:val="center"/>
            <w:hideMark/>
          </w:tcPr>
          <w:p w14:paraId="31DD31C7"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2 (21)</w:t>
            </w:r>
          </w:p>
        </w:tc>
        <w:tc>
          <w:tcPr>
            <w:tcW w:w="404" w:type="pct"/>
            <w:gridSpan w:val="2"/>
            <w:tcBorders>
              <w:top w:val="nil"/>
              <w:left w:val="nil"/>
              <w:right w:val="nil"/>
            </w:tcBorders>
            <w:shd w:val="clear" w:color="000000" w:fill="FFFFFF"/>
            <w:vAlign w:val="center"/>
            <w:hideMark/>
          </w:tcPr>
          <w:p w14:paraId="0DCB6282" w14:textId="77777777" w:rsidR="00726DBE" w:rsidRPr="00693325" w:rsidRDefault="00726DBE" w:rsidP="00841CFC">
            <w:pPr>
              <w:jc w:val="center"/>
              <w:rPr>
                <w:rFonts w:ascii="Times New Roman" w:hAnsi="Times New Roman"/>
                <w:color w:val="000000"/>
                <w:sz w:val="16"/>
                <w:szCs w:val="16"/>
              </w:rPr>
            </w:pPr>
            <w:r w:rsidRPr="00693325">
              <w:rPr>
                <w:rFonts w:ascii="Times New Roman" w:hAnsi="Times New Roman"/>
                <w:color w:val="000000"/>
                <w:sz w:val="16"/>
              </w:rPr>
              <w:t>0.025</w:t>
            </w:r>
          </w:p>
        </w:tc>
      </w:tr>
      <w:tr w:rsidR="00726DBE" w:rsidRPr="00693325" w14:paraId="6FD0CD0D" w14:textId="77777777" w:rsidTr="003B4090">
        <w:trPr>
          <w:gridAfter w:val="1"/>
          <w:wAfter w:w="23" w:type="pct"/>
          <w:trHeight w:val="74"/>
        </w:trPr>
        <w:tc>
          <w:tcPr>
            <w:tcW w:w="833" w:type="pct"/>
            <w:tcBorders>
              <w:top w:val="nil"/>
              <w:left w:val="nil"/>
              <w:right w:val="nil"/>
            </w:tcBorders>
            <w:shd w:val="clear" w:color="000000" w:fill="FFFFFF"/>
            <w:hideMark/>
          </w:tcPr>
          <w:p w14:paraId="5651D796" w14:textId="1D0F22C8" w:rsidR="00726DBE" w:rsidRPr="00693325" w:rsidRDefault="00726DBE"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OOP</w:t>
            </w:r>
          </w:p>
        </w:tc>
        <w:tc>
          <w:tcPr>
            <w:tcW w:w="417" w:type="pct"/>
            <w:tcBorders>
              <w:top w:val="nil"/>
              <w:left w:val="nil"/>
              <w:right w:val="nil"/>
            </w:tcBorders>
            <w:shd w:val="clear" w:color="000000" w:fill="F2F2F2"/>
            <w:hideMark/>
          </w:tcPr>
          <w:p w14:paraId="1CC88C08" w14:textId="77777777" w:rsidR="00726DBE" w:rsidRPr="00693325" w:rsidRDefault="00726DBE" w:rsidP="00EB3E01">
            <w:pPr>
              <w:jc w:val="center"/>
              <w:rPr>
                <w:rFonts w:ascii="Times New Roman" w:hAnsi="Times New Roman"/>
                <w:color w:val="000000"/>
                <w:sz w:val="16"/>
                <w:szCs w:val="16"/>
              </w:rPr>
            </w:pPr>
            <w:r w:rsidRPr="00693325">
              <w:rPr>
                <w:rFonts w:ascii="Times New Roman" w:hAnsi="Times New Roman"/>
                <w:sz w:val="16"/>
              </w:rPr>
              <w:t>102 (445)</w:t>
            </w:r>
          </w:p>
        </w:tc>
        <w:tc>
          <w:tcPr>
            <w:tcW w:w="417" w:type="pct"/>
            <w:tcBorders>
              <w:top w:val="nil"/>
              <w:left w:val="nil"/>
              <w:right w:val="nil"/>
            </w:tcBorders>
            <w:shd w:val="clear" w:color="000000" w:fill="F2F2F2"/>
            <w:hideMark/>
          </w:tcPr>
          <w:p w14:paraId="54B0D005" w14:textId="77777777" w:rsidR="00726DBE" w:rsidRPr="00693325" w:rsidRDefault="00726DBE" w:rsidP="00EB3E01">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tcBorders>
              <w:top w:val="nil"/>
              <w:left w:val="nil"/>
              <w:right w:val="nil"/>
            </w:tcBorders>
            <w:shd w:val="clear" w:color="000000" w:fill="F2F2F2"/>
            <w:hideMark/>
          </w:tcPr>
          <w:p w14:paraId="1E2923BD" w14:textId="77777777" w:rsidR="00726DBE" w:rsidRPr="00693325" w:rsidRDefault="00726DBE" w:rsidP="00EB3E01">
            <w:pPr>
              <w:jc w:val="center"/>
              <w:rPr>
                <w:rFonts w:ascii="Times New Roman" w:hAnsi="Times New Roman"/>
                <w:color w:val="000000"/>
                <w:sz w:val="16"/>
                <w:szCs w:val="16"/>
              </w:rPr>
            </w:pPr>
            <w:r w:rsidRPr="00693325">
              <w:rPr>
                <w:rFonts w:ascii="Times New Roman" w:hAnsi="Times New Roman"/>
                <w:sz w:val="16"/>
              </w:rPr>
              <w:t>102 (445)</w:t>
            </w:r>
          </w:p>
        </w:tc>
        <w:tc>
          <w:tcPr>
            <w:tcW w:w="417" w:type="pct"/>
            <w:tcBorders>
              <w:top w:val="nil"/>
              <w:left w:val="nil"/>
              <w:right w:val="nil"/>
            </w:tcBorders>
            <w:shd w:val="clear" w:color="000000" w:fill="FFFFFF"/>
            <w:hideMark/>
          </w:tcPr>
          <w:p w14:paraId="2B4CCDEC" w14:textId="77777777" w:rsidR="00726DBE" w:rsidRPr="00693325" w:rsidRDefault="00726DBE" w:rsidP="00EB3E01">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04" w:type="pct"/>
            <w:tcBorders>
              <w:top w:val="nil"/>
              <w:left w:val="nil"/>
              <w:right w:val="nil"/>
            </w:tcBorders>
            <w:shd w:val="clear" w:color="000000" w:fill="FFFFFF"/>
            <w:hideMark/>
          </w:tcPr>
          <w:p w14:paraId="3C849C6B" w14:textId="77777777" w:rsidR="00726DBE" w:rsidRPr="00693325" w:rsidRDefault="00726DBE" w:rsidP="00EB3E01">
            <w:pPr>
              <w:jc w:val="center"/>
              <w:rPr>
                <w:rFonts w:ascii="Times New Roman" w:hAnsi="Times New Roman"/>
                <w:color w:val="000000"/>
                <w:sz w:val="16"/>
                <w:szCs w:val="16"/>
              </w:rPr>
            </w:pPr>
            <w:r w:rsidRPr="00693325">
              <w:rPr>
                <w:rFonts w:ascii="Times New Roman" w:hAnsi="Times New Roman"/>
                <w:color w:val="000000"/>
                <w:sz w:val="16"/>
              </w:rPr>
              <w:t>0.025</w:t>
            </w:r>
          </w:p>
        </w:tc>
        <w:tc>
          <w:tcPr>
            <w:tcW w:w="417" w:type="pct"/>
            <w:gridSpan w:val="2"/>
            <w:tcBorders>
              <w:top w:val="nil"/>
              <w:left w:val="nil"/>
              <w:right w:val="nil"/>
            </w:tcBorders>
            <w:shd w:val="clear" w:color="000000" w:fill="F2F2F2"/>
            <w:hideMark/>
          </w:tcPr>
          <w:p w14:paraId="46718BDD" w14:textId="77777777" w:rsidR="00726DBE" w:rsidRPr="00693325" w:rsidRDefault="00726DBE"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right w:val="nil"/>
            </w:tcBorders>
            <w:shd w:val="clear" w:color="000000" w:fill="F2F2F2"/>
            <w:hideMark/>
          </w:tcPr>
          <w:p w14:paraId="0D0F72B5" w14:textId="77777777" w:rsidR="00726DBE" w:rsidRPr="00693325" w:rsidRDefault="00726DBE" w:rsidP="00EB3E01">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gridSpan w:val="2"/>
            <w:tcBorders>
              <w:top w:val="nil"/>
              <w:left w:val="nil"/>
              <w:right w:val="nil"/>
            </w:tcBorders>
            <w:shd w:val="clear" w:color="000000" w:fill="F2F2F2"/>
            <w:hideMark/>
          </w:tcPr>
          <w:p w14:paraId="24B03FEE" w14:textId="77777777" w:rsidR="00726DBE" w:rsidRPr="00693325" w:rsidRDefault="00726DBE"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right w:val="nil"/>
            </w:tcBorders>
            <w:shd w:val="clear" w:color="000000" w:fill="FFFFFF"/>
            <w:hideMark/>
          </w:tcPr>
          <w:p w14:paraId="18914D74" w14:textId="77777777" w:rsidR="00726DBE" w:rsidRPr="00693325" w:rsidRDefault="00726DBE" w:rsidP="00EB3E01">
            <w:pPr>
              <w:jc w:val="center"/>
              <w:rPr>
                <w:rFonts w:ascii="Times New Roman" w:hAnsi="Times New Roman"/>
                <w:color w:val="000000"/>
                <w:sz w:val="16"/>
                <w:szCs w:val="16"/>
              </w:rPr>
            </w:pPr>
            <w:r w:rsidRPr="00693325">
              <w:rPr>
                <w:rFonts w:ascii="Times New Roman" w:hAnsi="Times New Roman"/>
                <w:color w:val="000000"/>
                <w:sz w:val="16"/>
              </w:rPr>
              <w:t>0 (0)</w:t>
            </w:r>
          </w:p>
        </w:tc>
        <w:tc>
          <w:tcPr>
            <w:tcW w:w="404" w:type="pct"/>
            <w:gridSpan w:val="2"/>
            <w:tcBorders>
              <w:top w:val="nil"/>
              <w:left w:val="nil"/>
              <w:right w:val="nil"/>
            </w:tcBorders>
            <w:shd w:val="clear" w:color="000000" w:fill="FFFFFF"/>
            <w:hideMark/>
          </w:tcPr>
          <w:p w14:paraId="19551344" w14:textId="77777777" w:rsidR="00726DBE" w:rsidRPr="00693325" w:rsidRDefault="00726DBE" w:rsidP="00EB3E01">
            <w:pPr>
              <w:jc w:val="center"/>
              <w:rPr>
                <w:rFonts w:ascii="Times New Roman" w:hAnsi="Times New Roman"/>
                <w:color w:val="000000"/>
                <w:sz w:val="16"/>
                <w:szCs w:val="16"/>
              </w:rPr>
            </w:pPr>
            <w:r w:rsidRPr="00693325">
              <w:rPr>
                <w:rFonts w:ascii="Times New Roman" w:hAnsi="Times New Roman"/>
                <w:color w:val="000000"/>
                <w:sz w:val="16"/>
              </w:rPr>
              <w:t>-</w:t>
            </w:r>
          </w:p>
        </w:tc>
      </w:tr>
    </w:tbl>
    <w:p w14:paraId="290181ED" w14:textId="77777777" w:rsidR="00EB3E01" w:rsidRDefault="00EB3E01">
      <w:r>
        <w:br w:type="page"/>
      </w:r>
    </w:p>
    <w:tbl>
      <w:tblPr>
        <w:tblW w:w="5000" w:type="pct"/>
        <w:tblCellMar>
          <w:left w:w="0" w:type="dxa"/>
          <w:right w:w="0" w:type="dxa"/>
        </w:tblCellMar>
        <w:tblLook w:val="04A0" w:firstRow="1" w:lastRow="0" w:firstColumn="1" w:lastColumn="0" w:noHBand="0" w:noVBand="1"/>
      </w:tblPr>
      <w:tblGrid>
        <w:gridCol w:w="2326"/>
        <w:gridCol w:w="1164"/>
        <w:gridCol w:w="1164"/>
        <w:gridCol w:w="1164"/>
        <w:gridCol w:w="1164"/>
        <w:gridCol w:w="1128"/>
        <w:gridCol w:w="36"/>
        <w:gridCol w:w="1128"/>
        <w:gridCol w:w="36"/>
        <w:gridCol w:w="1128"/>
        <w:gridCol w:w="36"/>
        <w:gridCol w:w="1128"/>
        <w:gridCol w:w="36"/>
        <w:gridCol w:w="1128"/>
        <w:gridCol w:w="36"/>
        <w:gridCol w:w="1092"/>
        <w:gridCol w:w="64"/>
      </w:tblGrid>
      <w:tr w:rsidR="00EB3E01" w:rsidRPr="00693325" w14:paraId="41E61026" w14:textId="77777777" w:rsidTr="00EB3E01">
        <w:trPr>
          <w:gridAfter w:val="1"/>
          <w:wAfter w:w="23" w:type="pct"/>
          <w:trHeight w:val="68"/>
        </w:trPr>
        <w:tc>
          <w:tcPr>
            <w:tcW w:w="833" w:type="pct"/>
            <w:tcBorders>
              <w:top w:val="single" w:sz="4" w:space="0" w:color="auto"/>
              <w:left w:val="nil"/>
              <w:bottom w:val="single" w:sz="4" w:space="0" w:color="auto"/>
              <w:right w:val="nil"/>
            </w:tcBorders>
            <w:shd w:val="clear" w:color="000000" w:fill="FFFFFF"/>
            <w:vAlign w:val="center"/>
          </w:tcPr>
          <w:p w14:paraId="09F1B624" w14:textId="02A5AD99" w:rsidR="00EB3E01" w:rsidRPr="00693325" w:rsidRDefault="00EB3E01" w:rsidP="00EB3E01">
            <w:pPr>
              <w:rPr>
                <w:rFonts w:ascii="Times New Roman" w:hAnsi="Times New Roman"/>
                <w:b/>
                <w:bCs/>
                <w:color w:val="000000"/>
                <w:sz w:val="16"/>
                <w:u w:val="single"/>
              </w:rPr>
            </w:pPr>
            <w:r>
              <w:rPr>
                <w:rFonts w:ascii="Times New Roman" w:hAnsi="Times New Roman"/>
                <w:b/>
                <w:bCs/>
                <w:color w:val="000000"/>
                <w:sz w:val="16"/>
              </w:rPr>
              <w:lastRenderedPageBreak/>
              <w:t>Payer</w:t>
            </w:r>
          </w:p>
        </w:tc>
        <w:tc>
          <w:tcPr>
            <w:tcW w:w="2072" w:type="pct"/>
            <w:gridSpan w:val="5"/>
            <w:tcBorders>
              <w:top w:val="single" w:sz="4" w:space="0" w:color="auto"/>
              <w:left w:val="nil"/>
              <w:bottom w:val="single" w:sz="4" w:space="0" w:color="auto"/>
              <w:right w:val="nil"/>
            </w:tcBorders>
            <w:vAlign w:val="center"/>
          </w:tcPr>
          <w:p w14:paraId="160A916F" w14:textId="50F2C0AC" w:rsidR="00EB3E01" w:rsidRPr="00693325" w:rsidRDefault="00EB3E01" w:rsidP="00EB3E01">
            <w:pPr>
              <w:jc w:val="center"/>
              <w:rPr>
                <w:rFonts w:ascii="Times New Roman" w:hAnsi="Times New Roman"/>
                <w:color w:val="000000"/>
                <w:sz w:val="16"/>
              </w:rPr>
            </w:pPr>
            <w:r w:rsidRPr="00693325">
              <w:rPr>
                <w:rFonts w:ascii="Times New Roman" w:hAnsi="Times New Roman"/>
                <w:b/>
                <w:bCs/>
                <w:sz w:val="16"/>
              </w:rPr>
              <w:t>Commercial</w:t>
            </w:r>
          </w:p>
        </w:tc>
        <w:tc>
          <w:tcPr>
            <w:tcW w:w="2072" w:type="pct"/>
            <w:gridSpan w:val="10"/>
            <w:tcBorders>
              <w:top w:val="single" w:sz="4" w:space="0" w:color="auto"/>
              <w:left w:val="nil"/>
              <w:bottom w:val="single" w:sz="4" w:space="0" w:color="auto"/>
              <w:right w:val="nil"/>
            </w:tcBorders>
            <w:vAlign w:val="center"/>
          </w:tcPr>
          <w:p w14:paraId="03251D6A" w14:textId="42704218" w:rsidR="00EB3E01" w:rsidRPr="00693325" w:rsidRDefault="00EB3E01" w:rsidP="00EB3E01">
            <w:pPr>
              <w:jc w:val="center"/>
              <w:rPr>
                <w:rFonts w:ascii="Times New Roman" w:hAnsi="Times New Roman"/>
                <w:color w:val="000000"/>
                <w:sz w:val="16"/>
              </w:rPr>
            </w:pPr>
            <w:r w:rsidRPr="00693325">
              <w:rPr>
                <w:rFonts w:ascii="Times New Roman" w:hAnsi="Times New Roman"/>
                <w:b/>
                <w:bCs/>
                <w:sz w:val="16"/>
              </w:rPr>
              <w:t>Medicaid</w:t>
            </w:r>
          </w:p>
        </w:tc>
      </w:tr>
      <w:tr w:rsidR="00EB3E01" w:rsidRPr="00693325" w14:paraId="1EF19659" w14:textId="77777777" w:rsidTr="00EB3E01">
        <w:trPr>
          <w:gridAfter w:val="1"/>
          <w:wAfter w:w="23" w:type="pct"/>
          <w:trHeight w:val="64"/>
        </w:trPr>
        <w:tc>
          <w:tcPr>
            <w:tcW w:w="833" w:type="pct"/>
            <w:tcBorders>
              <w:top w:val="single" w:sz="4" w:space="0" w:color="auto"/>
              <w:left w:val="nil"/>
              <w:bottom w:val="nil"/>
              <w:right w:val="nil"/>
            </w:tcBorders>
            <w:shd w:val="clear" w:color="000000" w:fill="FFFFFF"/>
            <w:vAlign w:val="center"/>
          </w:tcPr>
          <w:p w14:paraId="729E332A" w14:textId="77777777" w:rsidR="00EB3E01" w:rsidRPr="00693325" w:rsidRDefault="00EB3E01" w:rsidP="00EB3E01">
            <w:pPr>
              <w:rPr>
                <w:rFonts w:ascii="Times New Roman" w:hAnsi="Times New Roman"/>
                <w:b/>
                <w:bCs/>
                <w:color w:val="000000"/>
                <w:sz w:val="16"/>
                <w:u w:val="single"/>
              </w:rPr>
            </w:pPr>
          </w:p>
        </w:tc>
        <w:tc>
          <w:tcPr>
            <w:tcW w:w="1251" w:type="pct"/>
            <w:gridSpan w:val="3"/>
            <w:tcBorders>
              <w:top w:val="single" w:sz="4" w:space="0" w:color="auto"/>
              <w:left w:val="nil"/>
              <w:bottom w:val="nil"/>
              <w:right w:val="nil"/>
            </w:tcBorders>
            <w:shd w:val="clear" w:color="000000" w:fill="F2F2F2"/>
            <w:vAlign w:val="center"/>
          </w:tcPr>
          <w:p w14:paraId="4C00FE3E" w14:textId="4C4DD37C" w:rsidR="00EB3E01" w:rsidRPr="00693325" w:rsidRDefault="00EB3E01" w:rsidP="00EB3E01">
            <w:pPr>
              <w:jc w:val="center"/>
              <w:rPr>
                <w:rFonts w:ascii="Times New Roman" w:hAnsi="Times New Roman"/>
                <w:sz w:val="16"/>
              </w:rPr>
            </w:pPr>
            <w:r w:rsidRPr="00693325">
              <w:rPr>
                <w:rFonts w:ascii="Times New Roman" w:hAnsi="Times New Roman"/>
                <w:b/>
                <w:bCs/>
                <w:sz w:val="16"/>
              </w:rPr>
              <w:t>Toddlers with IMD</w:t>
            </w:r>
          </w:p>
        </w:tc>
        <w:tc>
          <w:tcPr>
            <w:tcW w:w="417" w:type="pct"/>
            <w:tcBorders>
              <w:top w:val="single" w:sz="4" w:space="0" w:color="auto"/>
              <w:left w:val="nil"/>
              <w:bottom w:val="nil"/>
              <w:right w:val="nil"/>
            </w:tcBorders>
            <w:vAlign w:val="center"/>
          </w:tcPr>
          <w:p w14:paraId="5D266FE8" w14:textId="5BF736BE" w:rsidR="00EB3E01" w:rsidRPr="00693325" w:rsidRDefault="00EB3E01" w:rsidP="00EB3E01">
            <w:pPr>
              <w:jc w:val="center"/>
              <w:rPr>
                <w:rFonts w:ascii="Times New Roman" w:hAnsi="Times New Roman"/>
                <w:color w:val="000000"/>
                <w:sz w:val="16"/>
              </w:rPr>
            </w:pPr>
            <w:r w:rsidRPr="00693325">
              <w:rPr>
                <w:rFonts w:ascii="Times New Roman" w:hAnsi="Times New Roman"/>
                <w:b/>
                <w:bCs/>
                <w:color w:val="000000"/>
                <w:sz w:val="16"/>
              </w:rPr>
              <w:t>Toddlers without IMD</w:t>
            </w:r>
          </w:p>
        </w:tc>
        <w:tc>
          <w:tcPr>
            <w:tcW w:w="404" w:type="pct"/>
            <w:tcBorders>
              <w:top w:val="single" w:sz="4" w:space="0" w:color="auto"/>
              <w:left w:val="nil"/>
              <w:bottom w:val="nil"/>
              <w:right w:val="nil"/>
            </w:tcBorders>
            <w:vAlign w:val="bottom"/>
          </w:tcPr>
          <w:p w14:paraId="269FF9E4" w14:textId="0F063106" w:rsidR="00EB3E01" w:rsidRPr="00693325" w:rsidRDefault="00EB3E01" w:rsidP="00EB3E01">
            <w:pPr>
              <w:jc w:val="center"/>
              <w:rPr>
                <w:rFonts w:ascii="Times New Roman" w:hAnsi="Times New Roman"/>
                <w:color w:val="000000"/>
                <w:sz w:val="16"/>
              </w:rPr>
            </w:pPr>
          </w:p>
        </w:tc>
        <w:tc>
          <w:tcPr>
            <w:tcW w:w="1251" w:type="pct"/>
            <w:gridSpan w:val="6"/>
            <w:tcBorders>
              <w:top w:val="single" w:sz="4" w:space="0" w:color="auto"/>
              <w:left w:val="nil"/>
              <w:bottom w:val="nil"/>
              <w:right w:val="nil"/>
            </w:tcBorders>
            <w:shd w:val="clear" w:color="auto" w:fill="F2F2F2" w:themeFill="background1" w:themeFillShade="F2"/>
            <w:vAlign w:val="center"/>
          </w:tcPr>
          <w:p w14:paraId="3E1AD0EE" w14:textId="000474AB" w:rsidR="00EB3E01" w:rsidRPr="00693325" w:rsidRDefault="00EB3E01" w:rsidP="00EB3E01">
            <w:pPr>
              <w:jc w:val="center"/>
              <w:rPr>
                <w:rFonts w:ascii="Times New Roman" w:hAnsi="Times New Roman"/>
                <w:sz w:val="16"/>
              </w:rPr>
            </w:pPr>
            <w:r w:rsidRPr="00693325">
              <w:rPr>
                <w:rFonts w:ascii="Times New Roman" w:hAnsi="Times New Roman"/>
                <w:b/>
                <w:bCs/>
                <w:sz w:val="16"/>
              </w:rPr>
              <w:t>Toddlers with IMD</w:t>
            </w:r>
          </w:p>
        </w:tc>
        <w:tc>
          <w:tcPr>
            <w:tcW w:w="417" w:type="pct"/>
            <w:gridSpan w:val="2"/>
            <w:tcBorders>
              <w:top w:val="single" w:sz="4" w:space="0" w:color="auto"/>
              <w:left w:val="nil"/>
              <w:bottom w:val="nil"/>
              <w:right w:val="nil"/>
            </w:tcBorders>
            <w:shd w:val="clear" w:color="000000" w:fill="FFFFFF"/>
            <w:vAlign w:val="center"/>
          </w:tcPr>
          <w:p w14:paraId="25CE102E" w14:textId="6F27EE85" w:rsidR="00EB3E01" w:rsidRPr="00693325" w:rsidRDefault="00EB3E01" w:rsidP="00EB3E01">
            <w:pPr>
              <w:jc w:val="center"/>
              <w:rPr>
                <w:rFonts w:ascii="Times New Roman" w:hAnsi="Times New Roman"/>
                <w:color w:val="000000"/>
                <w:sz w:val="16"/>
              </w:rPr>
            </w:pPr>
            <w:r w:rsidRPr="00693325">
              <w:rPr>
                <w:rFonts w:ascii="Times New Roman" w:hAnsi="Times New Roman"/>
                <w:b/>
                <w:bCs/>
                <w:color w:val="000000"/>
                <w:sz w:val="16"/>
              </w:rPr>
              <w:t>Toddlers without IMD</w:t>
            </w:r>
          </w:p>
        </w:tc>
        <w:tc>
          <w:tcPr>
            <w:tcW w:w="404" w:type="pct"/>
            <w:gridSpan w:val="2"/>
            <w:tcBorders>
              <w:top w:val="single" w:sz="4" w:space="0" w:color="auto"/>
              <w:left w:val="nil"/>
              <w:bottom w:val="nil"/>
              <w:right w:val="nil"/>
            </w:tcBorders>
            <w:vAlign w:val="center"/>
          </w:tcPr>
          <w:p w14:paraId="6D4F86C1" w14:textId="77777777" w:rsidR="00EB3E01" w:rsidRPr="00693325" w:rsidRDefault="00EB3E01" w:rsidP="00EB3E01">
            <w:pPr>
              <w:jc w:val="center"/>
              <w:rPr>
                <w:rFonts w:ascii="Times New Roman" w:hAnsi="Times New Roman"/>
                <w:color w:val="000000"/>
                <w:sz w:val="16"/>
              </w:rPr>
            </w:pPr>
          </w:p>
        </w:tc>
      </w:tr>
      <w:tr w:rsidR="00EB3E01" w:rsidRPr="00693325" w14:paraId="36C33317" w14:textId="77777777" w:rsidTr="00EB3E01">
        <w:trPr>
          <w:gridAfter w:val="1"/>
          <w:wAfter w:w="23" w:type="pct"/>
          <w:trHeight w:val="68"/>
        </w:trPr>
        <w:tc>
          <w:tcPr>
            <w:tcW w:w="833" w:type="pct"/>
            <w:tcBorders>
              <w:top w:val="nil"/>
              <w:left w:val="nil"/>
              <w:right w:val="nil"/>
            </w:tcBorders>
            <w:shd w:val="clear" w:color="000000" w:fill="FFFFFF"/>
            <w:vAlign w:val="center"/>
          </w:tcPr>
          <w:p w14:paraId="30D9CC8B" w14:textId="77777777" w:rsidR="00EB3E01" w:rsidRPr="00693325" w:rsidRDefault="00EB3E01" w:rsidP="00EB3E01">
            <w:pPr>
              <w:rPr>
                <w:rFonts w:ascii="Times New Roman" w:hAnsi="Times New Roman"/>
                <w:b/>
                <w:bCs/>
                <w:color w:val="000000"/>
                <w:sz w:val="16"/>
                <w:u w:val="single"/>
              </w:rPr>
            </w:pPr>
          </w:p>
        </w:tc>
        <w:tc>
          <w:tcPr>
            <w:tcW w:w="417" w:type="pct"/>
            <w:tcBorders>
              <w:top w:val="nil"/>
              <w:left w:val="nil"/>
              <w:right w:val="nil"/>
            </w:tcBorders>
            <w:shd w:val="clear" w:color="000000" w:fill="F2F2F2"/>
            <w:vAlign w:val="center"/>
          </w:tcPr>
          <w:p w14:paraId="2E88B309" w14:textId="65410810" w:rsidR="00EB3E01" w:rsidRPr="00693325" w:rsidRDefault="00EB3E01" w:rsidP="00EB3E01">
            <w:pPr>
              <w:jc w:val="center"/>
              <w:rPr>
                <w:rFonts w:ascii="Times New Roman" w:hAnsi="Times New Roman"/>
                <w:sz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17" w:type="pct"/>
            <w:tcBorders>
              <w:top w:val="nil"/>
              <w:left w:val="nil"/>
              <w:right w:val="nil"/>
            </w:tcBorders>
            <w:shd w:val="clear" w:color="000000" w:fill="F2F2F2"/>
            <w:vAlign w:val="center"/>
          </w:tcPr>
          <w:p w14:paraId="4D491F22" w14:textId="0ADF4ACC" w:rsidR="00EB3E01" w:rsidRPr="00693325" w:rsidRDefault="00EB3E01" w:rsidP="00EB3E01">
            <w:pPr>
              <w:jc w:val="center"/>
              <w:rPr>
                <w:rFonts w:ascii="Times New Roman" w:hAnsi="Times New Roman"/>
                <w:sz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17" w:type="pct"/>
            <w:tcBorders>
              <w:top w:val="nil"/>
              <w:left w:val="nil"/>
              <w:right w:val="nil"/>
            </w:tcBorders>
            <w:shd w:val="clear" w:color="000000" w:fill="F2F2F2"/>
            <w:vAlign w:val="center"/>
          </w:tcPr>
          <w:p w14:paraId="093C4468" w14:textId="334526B0" w:rsidR="00EB3E01" w:rsidRPr="00693325" w:rsidRDefault="00EB3E01" w:rsidP="00EB3E01">
            <w:pPr>
              <w:jc w:val="center"/>
              <w:rPr>
                <w:rFonts w:ascii="Times New Roman" w:hAnsi="Times New Roman"/>
                <w:sz w:val="16"/>
              </w:rPr>
            </w:pPr>
            <w:r w:rsidRPr="00693325">
              <w:rPr>
                <w:rFonts w:ascii="Times New Roman" w:hAnsi="Times New Roman"/>
                <w:sz w:val="16"/>
              </w:rPr>
              <w:t>Full Follow-up</w:t>
            </w:r>
          </w:p>
        </w:tc>
        <w:tc>
          <w:tcPr>
            <w:tcW w:w="417" w:type="pct"/>
            <w:tcBorders>
              <w:top w:val="nil"/>
              <w:left w:val="nil"/>
              <w:right w:val="nil"/>
            </w:tcBorders>
            <w:shd w:val="clear" w:color="000000" w:fill="FFFFFF"/>
            <w:vAlign w:val="center"/>
          </w:tcPr>
          <w:p w14:paraId="6818F038" w14:textId="7EE9F8B6" w:rsidR="00EB3E01" w:rsidRPr="00693325" w:rsidRDefault="00EB3E01" w:rsidP="00EB3E01">
            <w:pPr>
              <w:jc w:val="center"/>
              <w:rPr>
                <w:rFonts w:ascii="Times New Roman" w:hAnsi="Times New Roman"/>
                <w:color w:val="000000"/>
                <w:sz w:val="16"/>
              </w:rPr>
            </w:pPr>
            <w:r w:rsidRPr="00693325">
              <w:rPr>
                <w:rFonts w:ascii="Times New Roman" w:hAnsi="Times New Roman"/>
                <w:color w:val="000000"/>
                <w:sz w:val="16"/>
              </w:rPr>
              <w:t>Full Follow-up</w:t>
            </w:r>
          </w:p>
        </w:tc>
        <w:tc>
          <w:tcPr>
            <w:tcW w:w="404" w:type="pct"/>
            <w:tcBorders>
              <w:top w:val="nil"/>
              <w:left w:val="nil"/>
              <w:right w:val="nil"/>
            </w:tcBorders>
            <w:shd w:val="clear" w:color="000000" w:fill="FFFFFF"/>
            <w:vAlign w:val="bottom"/>
          </w:tcPr>
          <w:p w14:paraId="1FC47527" w14:textId="77777777" w:rsidR="00EB3E01" w:rsidRPr="00693325" w:rsidRDefault="00EB3E01" w:rsidP="00EB3E01">
            <w:pPr>
              <w:jc w:val="center"/>
              <w:rPr>
                <w:rFonts w:ascii="Times New Roman" w:hAnsi="Times New Roman"/>
                <w:color w:val="000000"/>
                <w:sz w:val="16"/>
              </w:rPr>
            </w:pPr>
          </w:p>
        </w:tc>
        <w:tc>
          <w:tcPr>
            <w:tcW w:w="417" w:type="pct"/>
            <w:gridSpan w:val="2"/>
            <w:tcBorders>
              <w:top w:val="nil"/>
              <w:left w:val="nil"/>
              <w:right w:val="nil"/>
            </w:tcBorders>
            <w:shd w:val="clear" w:color="000000" w:fill="F2F2F2"/>
            <w:vAlign w:val="center"/>
          </w:tcPr>
          <w:p w14:paraId="4ECF26B8" w14:textId="70F768F5" w:rsidR="00EB3E01" w:rsidRPr="00693325" w:rsidRDefault="00EB3E01" w:rsidP="00EB3E01">
            <w:pPr>
              <w:jc w:val="center"/>
              <w:rPr>
                <w:rFonts w:ascii="Times New Roman" w:hAnsi="Times New Roman"/>
                <w:sz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17" w:type="pct"/>
            <w:gridSpan w:val="2"/>
            <w:tcBorders>
              <w:top w:val="nil"/>
              <w:left w:val="nil"/>
              <w:right w:val="nil"/>
            </w:tcBorders>
            <w:shd w:val="clear" w:color="000000" w:fill="F2F2F2"/>
            <w:vAlign w:val="center"/>
          </w:tcPr>
          <w:p w14:paraId="7C0D3A9B" w14:textId="5E826F2C" w:rsidR="00EB3E01" w:rsidRPr="00693325" w:rsidRDefault="00EB3E01" w:rsidP="00EB3E01">
            <w:pPr>
              <w:jc w:val="center"/>
              <w:rPr>
                <w:rFonts w:ascii="Times New Roman" w:hAnsi="Times New Roman"/>
                <w:sz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17" w:type="pct"/>
            <w:gridSpan w:val="2"/>
            <w:tcBorders>
              <w:top w:val="nil"/>
              <w:left w:val="nil"/>
              <w:right w:val="nil"/>
            </w:tcBorders>
            <w:shd w:val="clear" w:color="000000" w:fill="F2F2F2"/>
            <w:vAlign w:val="center"/>
          </w:tcPr>
          <w:p w14:paraId="228E3D61" w14:textId="4CEFC1AD" w:rsidR="00EB3E01" w:rsidRPr="00693325" w:rsidRDefault="00EB3E01" w:rsidP="00EB3E01">
            <w:pPr>
              <w:jc w:val="center"/>
              <w:rPr>
                <w:rFonts w:ascii="Times New Roman" w:hAnsi="Times New Roman"/>
                <w:sz w:val="16"/>
              </w:rPr>
            </w:pPr>
            <w:r w:rsidRPr="00693325">
              <w:rPr>
                <w:rFonts w:ascii="Times New Roman" w:hAnsi="Times New Roman"/>
                <w:sz w:val="16"/>
              </w:rPr>
              <w:t>Full Follow-up</w:t>
            </w:r>
          </w:p>
        </w:tc>
        <w:tc>
          <w:tcPr>
            <w:tcW w:w="417" w:type="pct"/>
            <w:gridSpan w:val="2"/>
            <w:tcBorders>
              <w:top w:val="nil"/>
              <w:left w:val="nil"/>
              <w:right w:val="nil"/>
            </w:tcBorders>
            <w:shd w:val="clear" w:color="000000" w:fill="FFFFFF"/>
            <w:vAlign w:val="center"/>
          </w:tcPr>
          <w:p w14:paraId="45D56976" w14:textId="24E5E9C2" w:rsidR="00EB3E01" w:rsidRPr="00693325" w:rsidRDefault="00EB3E01" w:rsidP="00EB3E01">
            <w:pPr>
              <w:jc w:val="center"/>
              <w:rPr>
                <w:rFonts w:ascii="Times New Roman" w:hAnsi="Times New Roman"/>
                <w:color w:val="000000"/>
                <w:sz w:val="16"/>
              </w:rPr>
            </w:pPr>
            <w:r w:rsidRPr="00693325">
              <w:rPr>
                <w:rFonts w:ascii="Times New Roman" w:hAnsi="Times New Roman"/>
                <w:color w:val="000000"/>
                <w:sz w:val="16"/>
              </w:rPr>
              <w:t>Full Follow-up</w:t>
            </w:r>
          </w:p>
        </w:tc>
        <w:tc>
          <w:tcPr>
            <w:tcW w:w="404" w:type="pct"/>
            <w:gridSpan w:val="2"/>
            <w:tcBorders>
              <w:top w:val="nil"/>
              <w:left w:val="nil"/>
              <w:right w:val="nil"/>
            </w:tcBorders>
            <w:shd w:val="clear" w:color="000000" w:fill="FFFFFF"/>
            <w:vAlign w:val="center"/>
          </w:tcPr>
          <w:p w14:paraId="273BA8B0" w14:textId="77777777" w:rsidR="00EB3E01" w:rsidRPr="00693325" w:rsidRDefault="00EB3E01" w:rsidP="00EB3E01">
            <w:pPr>
              <w:jc w:val="center"/>
              <w:rPr>
                <w:rFonts w:ascii="Times New Roman" w:hAnsi="Times New Roman"/>
                <w:color w:val="000000"/>
                <w:sz w:val="16"/>
              </w:rPr>
            </w:pPr>
          </w:p>
        </w:tc>
      </w:tr>
      <w:tr w:rsidR="00EB3E01" w:rsidRPr="00693325" w14:paraId="6AA9F0F5" w14:textId="77777777" w:rsidTr="00EB3E01">
        <w:trPr>
          <w:gridAfter w:val="1"/>
          <w:wAfter w:w="23" w:type="pct"/>
          <w:trHeight w:val="74"/>
        </w:trPr>
        <w:tc>
          <w:tcPr>
            <w:tcW w:w="833" w:type="pct"/>
            <w:tcBorders>
              <w:top w:val="nil"/>
              <w:left w:val="nil"/>
              <w:bottom w:val="single" w:sz="4" w:space="0" w:color="auto"/>
              <w:right w:val="nil"/>
            </w:tcBorders>
            <w:shd w:val="clear" w:color="000000" w:fill="FFFFFF"/>
            <w:vAlign w:val="center"/>
          </w:tcPr>
          <w:p w14:paraId="40FB24BF" w14:textId="77777777" w:rsidR="00EB3E01" w:rsidRPr="00693325" w:rsidRDefault="00EB3E01" w:rsidP="00EB3E01">
            <w:pPr>
              <w:rPr>
                <w:rFonts w:ascii="Times New Roman" w:hAnsi="Times New Roman"/>
                <w:b/>
                <w:bCs/>
                <w:color w:val="000000"/>
                <w:sz w:val="16"/>
                <w:u w:val="single"/>
              </w:rPr>
            </w:pPr>
          </w:p>
        </w:tc>
        <w:tc>
          <w:tcPr>
            <w:tcW w:w="417" w:type="pct"/>
            <w:tcBorders>
              <w:top w:val="nil"/>
              <w:left w:val="nil"/>
              <w:bottom w:val="single" w:sz="4" w:space="0" w:color="auto"/>
              <w:right w:val="nil"/>
            </w:tcBorders>
            <w:shd w:val="clear" w:color="000000" w:fill="F2F2F2"/>
            <w:vAlign w:val="center"/>
          </w:tcPr>
          <w:p w14:paraId="7DBD8880" w14:textId="5FE571D3" w:rsidR="00EB3E01" w:rsidRPr="00693325" w:rsidRDefault="00EB3E01" w:rsidP="00EB3E01">
            <w:pPr>
              <w:jc w:val="center"/>
              <w:rPr>
                <w:rFonts w:ascii="Times New Roman" w:hAnsi="Times New Roman"/>
                <w:sz w:val="16"/>
              </w:rPr>
            </w:pPr>
            <w:r w:rsidRPr="00693325">
              <w:rPr>
                <w:rFonts w:ascii="Times New Roman" w:hAnsi="Times New Roman"/>
                <w:sz w:val="16"/>
              </w:rPr>
              <w:t>N=19</w:t>
            </w:r>
          </w:p>
        </w:tc>
        <w:tc>
          <w:tcPr>
            <w:tcW w:w="417" w:type="pct"/>
            <w:tcBorders>
              <w:top w:val="nil"/>
              <w:left w:val="nil"/>
              <w:bottom w:val="single" w:sz="4" w:space="0" w:color="auto"/>
              <w:right w:val="nil"/>
            </w:tcBorders>
            <w:shd w:val="clear" w:color="000000" w:fill="F2F2F2"/>
            <w:vAlign w:val="center"/>
          </w:tcPr>
          <w:p w14:paraId="6B2AA3E3" w14:textId="004CA3FE" w:rsidR="00EB3E01" w:rsidRPr="00693325" w:rsidRDefault="00EB3E01" w:rsidP="00EB3E01">
            <w:pPr>
              <w:jc w:val="center"/>
              <w:rPr>
                <w:rFonts w:ascii="Times New Roman" w:hAnsi="Times New Roman"/>
                <w:sz w:val="16"/>
              </w:rPr>
            </w:pPr>
            <w:r w:rsidRPr="00693325">
              <w:rPr>
                <w:rFonts w:ascii="Times New Roman" w:hAnsi="Times New Roman"/>
                <w:sz w:val="16"/>
              </w:rPr>
              <w:t>N=17</w:t>
            </w:r>
          </w:p>
        </w:tc>
        <w:tc>
          <w:tcPr>
            <w:tcW w:w="417" w:type="pct"/>
            <w:tcBorders>
              <w:top w:val="nil"/>
              <w:left w:val="nil"/>
              <w:bottom w:val="single" w:sz="4" w:space="0" w:color="auto"/>
              <w:right w:val="nil"/>
            </w:tcBorders>
            <w:shd w:val="clear" w:color="000000" w:fill="F2F2F2"/>
            <w:vAlign w:val="center"/>
          </w:tcPr>
          <w:p w14:paraId="5DDE3260" w14:textId="173BEFD0" w:rsidR="00EB3E01" w:rsidRPr="00693325" w:rsidRDefault="00EB3E01" w:rsidP="00EB3E01">
            <w:pPr>
              <w:jc w:val="center"/>
              <w:rPr>
                <w:rFonts w:ascii="Times New Roman" w:hAnsi="Times New Roman"/>
                <w:sz w:val="16"/>
              </w:rPr>
            </w:pPr>
            <w:r w:rsidRPr="00693325">
              <w:rPr>
                <w:rFonts w:ascii="Times New Roman" w:hAnsi="Times New Roman"/>
                <w:sz w:val="16"/>
              </w:rPr>
              <w:t>N=19</w:t>
            </w:r>
          </w:p>
        </w:tc>
        <w:tc>
          <w:tcPr>
            <w:tcW w:w="417" w:type="pct"/>
            <w:tcBorders>
              <w:top w:val="nil"/>
              <w:left w:val="nil"/>
              <w:bottom w:val="single" w:sz="4" w:space="0" w:color="auto"/>
              <w:right w:val="nil"/>
            </w:tcBorders>
            <w:shd w:val="clear" w:color="000000" w:fill="FFFFFF"/>
            <w:vAlign w:val="center"/>
          </w:tcPr>
          <w:p w14:paraId="303F70E8" w14:textId="716BBC4D" w:rsidR="00EB3E01" w:rsidRPr="00693325" w:rsidRDefault="00EB3E01" w:rsidP="00EB3E01">
            <w:pPr>
              <w:jc w:val="center"/>
              <w:rPr>
                <w:rFonts w:ascii="Times New Roman" w:hAnsi="Times New Roman"/>
                <w:color w:val="000000"/>
                <w:sz w:val="16"/>
              </w:rPr>
            </w:pPr>
            <w:r w:rsidRPr="00693325">
              <w:rPr>
                <w:rFonts w:ascii="Times New Roman" w:hAnsi="Times New Roman"/>
                <w:color w:val="000000"/>
                <w:sz w:val="16"/>
              </w:rPr>
              <w:t>N=95</w:t>
            </w:r>
          </w:p>
        </w:tc>
        <w:tc>
          <w:tcPr>
            <w:tcW w:w="404" w:type="pct"/>
            <w:tcBorders>
              <w:top w:val="nil"/>
              <w:left w:val="nil"/>
              <w:bottom w:val="single" w:sz="4" w:space="0" w:color="auto"/>
              <w:right w:val="nil"/>
            </w:tcBorders>
            <w:shd w:val="clear" w:color="000000" w:fill="FFFFFF"/>
            <w:vAlign w:val="bottom"/>
          </w:tcPr>
          <w:p w14:paraId="0CDB3A91" w14:textId="4D23D7F4" w:rsidR="00EB3E01" w:rsidRPr="00693325" w:rsidRDefault="00EB3E01" w:rsidP="00EB3E01">
            <w:pPr>
              <w:jc w:val="center"/>
              <w:rPr>
                <w:rFonts w:ascii="Times New Roman" w:hAnsi="Times New Roman"/>
                <w:color w:val="000000"/>
                <w:sz w:val="16"/>
              </w:rPr>
            </w:pPr>
            <w:r w:rsidRPr="00693325">
              <w:rPr>
                <w:rFonts w:ascii="Times New Roman" w:hAnsi="Times New Roman"/>
                <w:color w:val="000000"/>
                <w:sz w:val="16"/>
              </w:rPr>
              <w:t>p-value</w:t>
            </w:r>
          </w:p>
        </w:tc>
        <w:tc>
          <w:tcPr>
            <w:tcW w:w="417" w:type="pct"/>
            <w:gridSpan w:val="2"/>
            <w:tcBorders>
              <w:top w:val="nil"/>
              <w:left w:val="nil"/>
              <w:bottom w:val="single" w:sz="4" w:space="0" w:color="auto"/>
              <w:right w:val="nil"/>
            </w:tcBorders>
            <w:shd w:val="clear" w:color="000000" w:fill="F2F2F2"/>
            <w:vAlign w:val="center"/>
          </w:tcPr>
          <w:p w14:paraId="51628EB0" w14:textId="732092F7" w:rsidR="00EB3E01" w:rsidRPr="00693325" w:rsidRDefault="00EB3E01" w:rsidP="00EB3E01">
            <w:pPr>
              <w:jc w:val="center"/>
              <w:rPr>
                <w:rFonts w:ascii="Times New Roman" w:hAnsi="Times New Roman"/>
                <w:sz w:val="16"/>
              </w:rPr>
            </w:pPr>
            <w:r w:rsidRPr="00693325">
              <w:rPr>
                <w:rFonts w:ascii="Times New Roman" w:hAnsi="Times New Roman"/>
                <w:sz w:val="16"/>
              </w:rPr>
              <w:t>N=35</w:t>
            </w:r>
          </w:p>
        </w:tc>
        <w:tc>
          <w:tcPr>
            <w:tcW w:w="417" w:type="pct"/>
            <w:gridSpan w:val="2"/>
            <w:tcBorders>
              <w:top w:val="nil"/>
              <w:left w:val="nil"/>
              <w:bottom w:val="single" w:sz="4" w:space="0" w:color="auto"/>
              <w:right w:val="nil"/>
            </w:tcBorders>
            <w:shd w:val="clear" w:color="000000" w:fill="F2F2F2"/>
            <w:vAlign w:val="center"/>
          </w:tcPr>
          <w:p w14:paraId="4D08D0C0" w14:textId="43B2FA14" w:rsidR="00EB3E01" w:rsidRPr="00693325" w:rsidRDefault="00EB3E01" w:rsidP="00EB3E01">
            <w:pPr>
              <w:jc w:val="center"/>
              <w:rPr>
                <w:rFonts w:ascii="Times New Roman" w:hAnsi="Times New Roman"/>
                <w:sz w:val="16"/>
              </w:rPr>
            </w:pPr>
            <w:r w:rsidRPr="00693325">
              <w:rPr>
                <w:rFonts w:ascii="Times New Roman" w:hAnsi="Times New Roman"/>
                <w:sz w:val="16"/>
              </w:rPr>
              <w:t>N=32</w:t>
            </w:r>
          </w:p>
        </w:tc>
        <w:tc>
          <w:tcPr>
            <w:tcW w:w="417" w:type="pct"/>
            <w:gridSpan w:val="2"/>
            <w:tcBorders>
              <w:top w:val="nil"/>
              <w:left w:val="nil"/>
              <w:bottom w:val="single" w:sz="4" w:space="0" w:color="auto"/>
              <w:right w:val="nil"/>
            </w:tcBorders>
            <w:shd w:val="clear" w:color="000000" w:fill="F2F2F2"/>
            <w:vAlign w:val="center"/>
          </w:tcPr>
          <w:p w14:paraId="663D3548" w14:textId="44309DEB" w:rsidR="00EB3E01" w:rsidRPr="00693325" w:rsidRDefault="00EB3E01" w:rsidP="00EB3E01">
            <w:pPr>
              <w:jc w:val="center"/>
              <w:rPr>
                <w:rFonts w:ascii="Times New Roman" w:hAnsi="Times New Roman"/>
                <w:sz w:val="16"/>
              </w:rPr>
            </w:pPr>
            <w:r w:rsidRPr="00693325">
              <w:rPr>
                <w:rFonts w:ascii="Times New Roman" w:hAnsi="Times New Roman"/>
                <w:sz w:val="16"/>
              </w:rPr>
              <w:t>N=35</w:t>
            </w:r>
          </w:p>
        </w:tc>
        <w:tc>
          <w:tcPr>
            <w:tcW w:w="417" w:type="pct"/>
            <w:gridSpan w:val="2"/>
            <w:tcBorders>
              <w:top w:val="nil"/>
              <w:left w:val="nil"/>
              <w:bottom w:val="single" w:sz="4" w:space="0" w:color="auto"/>
              <w:right w:val="nil"/>
            </w:tcBorders>
            <w:shd w:val="clear" w:color="000000" w:fill="FFFFFF"/>
            <w:vAlign w:val="center"/>
          </w:tcPr>
          <w:p w14:paraId="5531FBB3" w14:textId="1827133F" w:rsidR="00EB3E01" w:rsidRPr="00693325" w:rsidRDefault="00EB3E01" w:rsidP="00EB3E01">
            <w:pPr>
              <w:jc w:val="center"/>
              <w:rPr>
                <w:rFonts w:ascii="Times New Roman" w:hAnsi="Times New Roman"/>
                <w:color w:val="000000"/>
                <w:sz w:val="16"/>
              </w:rPr>
            </w:pPr>
            <w:r w:rsidRPr="00693325">
              <w:rPr>
                <w:rFonts w:ascii="Times New Roman" w:hAnsi="Times New Roman"/>
                <w:color w:val="000000"/>
                <w:sz w:val="16"/>
              </w:rPr>
              <w:t>N=175</w:t>
            </w:r>
          </w:p>
        </w:tc>
        <w:tc>
          <w:tcPr>
            <w:tcW w:w="404" w:type="pct"/>
            <w:gridSpan w:val="2"/>
            <w:tcBorders>
              <w:top w:val="nil"/>
              <w:left w:val="nil"/>
              <w:bottom w:val="single" w:sz="4" w:space="0" w:color="auto"/>
              <w:right w:val="nil"/>
            </w:tcBorders>
            <w:shd w:val="clear" w:color="000000" w:fill="FFFFFF"/>
            <w:vAlign w:val="bottom"/>
          </w:tcPr>
          <w:p w14:paraId="7991D51F" w14:textId="2E1A0751" w:rsidR="00EB3E01" w:rsidRPr="00693325" w:rsidRDefault="00EB3E01" w:rsidP="00EB3E01">
            <w:pPr>
              <w:jc w:val="center"/>
              <w:rPr>
                <w:rFonts w:ascii="Times New Roman" w:hAnsi="Times New Roman"/>
                <w:color w:val="000000"/>
                <w:sz w:val="16"/>
              </w:rPr>
            </w:pPr>
            <w:r w:rsidRPr="00693325">
              <w:rPr>
                <w:rFonts w:ascii="Times New Roman" w:hAnsi="Times New Roman"/>
                <w:color w:val="000000"/>
                <w:sz w:val="16"/>
              </w:rPr>
              <w:t>p-value</w:t>
            </w:r>
          </w:p>
        </w:tc>
      </w:tr>
      <w:tr w:rsidR="00EB3E01" w:rsidRPr="00693325" w14:paraId="6A71C9FD" w14:textId="77777777" w:rsidTr="00841CFC">
        <w:trPr>
          <w:gridAfter w:val="1"/>
          <w:wAfter w:w="23" w:type="pct"/>
          <w:trHeight w:val="68"/>
        </w:trPr>
        <w:tc>
          <w:tcPr>
            <w:tcW w:w="833" w:type="pct"/>
            <w:tcBorders>
              <w:top w:val="nil"/>
              <w:left w:val="nil"/>
              <w:bottom w:val="nil"/>
              <w:right w:val="nil"/>
            </w:tcBorders>
            <w:shd w:val="clear" w:color="000000" w:fill="FFFFFF"/>
            <w:vAlign w:val="center"/>
            <w:hideMark/>
          </w:tcPr>
          <w:p w14:paraId="38575227" w14:textId="77777777" w:rsidR="00EB3E01" w:rsidRPr="00693325" w:rsidRDefault="00EB3E01" w:rsidP="00EB3E01">
            <w:pPr>
              <w:rPr>
                <w:rFonts w:ascii="Times New Roman" w:hAnsi="Times New Roman"/>
                <w:b/>
                <w:bCs/>
                <w:color w:val="000000"/>
                <w:sz w:val="16"/>
                <w:szCs w:val="16"/>
                <w:u w:val="single"/>
              </w:rPr>
            </w:pPr>
            <w:r w:rsidRPr="00693325">
              <w:rPr>
                <w:rFonts w:ascii="Times New Roman" w:hAnsi="Times New Roman"/>
                <w:b/>
                <w:bCs/>
                <w:color w:val="000000"/>
                <w:sz w:val="16"/>
                <w:u w:val="single"/>
              </w:rPr>
              <w:t>Total medical (Inpatient + Outpatient + Surgical; $), mean (SD)</w:t>
            </w:r>
          </w:p>
        </w:tc>
        <w:tc>
          <w:tcPr>
            <w:tcW w:w="417" w:type="pct"/>
            <w:tcBorders>
              <w:top w:val="nil"/>
              <w:left w:val="nil"/>
              <w:bottom w:val="nil"/>
              <w:right w:val="nil"/>
            </w:tcBorders>
            <w:shd w:val="clear" w:color="000000" w:fill="F2F2F2"/>
            <w:vAlign w:val="center"/>
            <w:hideMark/>
          </w:tcPr>
          <w:p w14:paraId="08F7615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38,177 (54,346)</w:t>
            </w:r>
          </w:p>
        </w:tc>
        <w:tc>
          <w:tcPr>
            <w:tcW w:w="417" w:type="pct"/>
            <w:tcBorders>
              <w:top w:val="nil"/>
              <w:left w:val="nil"/>
              <w:bottom w:val="nil"/>
              <w:right w:val="nil"/>
            </w:tcBorders>
            <w:shd w:val="clear" w:color="000000" w:fill="F2F2F2"/>
            <w:vAlign w:val="center"/>
            <w:hideMark/>
          </w:tcPr>
          <w:p w14:paraId="155DD87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50 (45)</w:t>
            </w:r>
          </w:p>
        </w:tc>
        <w:tc>
          <w:tcPr>
            <w:tcW w:w="417" w:type="pct"/>
            <w:tcBorders>
              <w:top w:val="nil"/>
              <w:left w:val="nil"/>
              <w:bottom w:val="nil"/>
              <w:right w:val="nil"/>
            </w:tcBorders>
            <w:shd w:val="clear" w:color="000000" w:fill="F2F2F2"/>
            <w:vAlign w:val="center"/>
            <w:hideMark/>
          </w:tcPr>
          <w:p w14:paraId="4C45235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16,181 (55,159)</w:t>
            </w:r>
          </w:p>
        </w:tc>
        <w:tc>
          <w:tcPr>
            <w:tcW w:w="417" w:type="pct"/>
            <w:tcBorders>
              <w:top w:val="nil"/>
              <w:left w:val="nil"/>
              <w:bottom w:val="nil"/>
              <w:right w:val="nil"/>
            </w:tcBorders>
            <w:shd w:val="clear" w:color="000000" w:fill="FFFFFF"/>
            <w:vAlign w:val="center"/>
            <w:hideMark/>
          </w:tcPr>
          <w:p w14:paraId="136AAF7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36 (52)</w:t>
            </w:r>
          </w:p>
        </w:tc>
        <w:tc>
          <w:tcPr>
            <w:tcW w:w="404" w:type="pct"/>
            <w:tcBorders>
              <w:top w:val="nil"/>
              <w:left w:val="nil"/>
              <w:bottom w:val="nil"/>
              <w:right w:val="nil"/>
            </w:tcBorders>
            <w:shd w:val="clear" w:color="000000" w:fill="FFFFFF"/>
            <w:vAlign w:val="center"/>
            <w:hideMark/>
          </w:tcPr>
          <w:p w14:paraId="7ED9DAF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0.004</w:t>
            </w:r>
          </w:p>
        </w:tc>
        <w:tc>
          <w:tcPr>
            <w:tcW w:w="417" w:type="pct"/>
            <w:gridSpan w:val="2"/>
            <w:tcBorders>
              <w:top w:val="nil"/>
              <w:left w:val="nil"/>
              <w:bottom w:val="nil"/>
              <w:right w:val="nil"/>
            </w:tcBorders>
            <w:shd w:val="clear" w:color="000000" w:fill="F2F2F2"/>
            <w:vAlign w:val="center"/>
            <w:hideMark/>
          </w:tcPr>
          <w:p w14:paraId="06B2302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14,096 (24,739)</w:t>
            </w:r>
          </w:p>
        </w:tc>
        <w:tc>
          <w:tcPr>
            <w:tcW w:w="417" w:type="pct"/>
            <w:gridSpan w:val="2"/>
            <w:tcBorders>
              <w:top w:val="nil"/>
              <w:left w:val="nil"/>
              <w:bottom w:val="nil"/>
              <w:right w:val="nil"/>
            </w:tcBorders>
            <w:shd w:val="clear" w:color="000000" w:fill="F2F2F2"/>
            <w:vAlign w:val="center"/>
            <w:hideMark/>
          </w:tcPr>
          <w:p w14:paraId="7CEE8D9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51 (62)</w:t>
            </w:r>
          </w:p>
        </w:tc>
        <w:tc>
          <w:tcPr>
            <w:tcW w:w="417" w:type="pct"/>
            <w:gridSpan w:val="2"/>
            <w:tcBorders>
              <w:top w:val="nil"/>
              <w:left w:val="nil"/>
              <w:bottom w:val="nil"/>
              <w:right w:val="nil"/>
            </w:tcBorders>
            <w:shd w:val="clear" w:color="000000" w:fill="F2F2F2"/>
            <w:vAlign w:val="center"/>
            <w:hideMark/>
          </w:tcPr>
          <w:p w14:paraId="66BB3EA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5,449 (24,838)</w:t>
            </w:r>
          </w:p>
        </w:tc>
        <w:tc>
          <w:tcPr>
            <w:tcW w:w="417" w:type="pct"/>
            <w:gridSpan w:val="2"/>
            <w:tcBorders>
              <w:top w:val="nil"/>
              <w:left w:val="nil"/>
              <w:bottom w:val="nil"/>
              <w:right w:val="nil"/>
            </w:tcBorders>
            <w:shd w:val="clear" w:color="000000" w:fill="FFFFFF"/>
            <w:vAlign w:val="center"/>
            <w:hideMark/>
          </w:tcPr>
          <w:p w14:paraId="3860B59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46 (143)</w:t>
            </w:r>
          </w:p>
        </w:tc>
        <w:tc>
          <w:tcPr>
            <w:tcW w:w="404" w:type="pct"/>
            <w:gridSpan w:val="2"/>
            <w:tcBorders>
              <w:top w:val="nil"/>
              <w:left w:val="nil"/>
              <w:bottom w:val="nil"/>
              <w:right w:val="nil"/>
            </w:tcBorders>
            <w:shd w:val="clear" w:color="000000" w:fill="FFFFFF"/>
            <w:vAlign w:val="center"/>
            <w:hideMark/>
          </w:tcPr>
          <w:p w14:paraId="7123188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0.004</w:t>
            </w:r>
          </w:p>
        </w:tc>
      </w:tr>
      <w:tr w:rsidR="00EB3E01" w:rsidRPr="00693325" w14:paraId="41DFB51E" w14:textId="77777777" w:rsidTr="00841CFC">
        <w:trPr>
          <w:gridAfter w:val="1"/>
          <w:wAfter w:w="23" w:type="pct"/>
          <w:trHeight w:val="324"/>
        </w:trPr>
        <w:tc>
          <w:tcPr>
            <w:tcW w:w="833" w:type="pct"/>
            <w:tcBorders>
              <w:top w:val="nil"/>
              <w:left w:val="nil"/>
              <w:bottom w:val="nil"/>
              <w:right w:val="nil"/>
            </w:tcBorders>
            <w:shd w:val="clear" w:color="000000" w:fill="FFFFFF"/>
            <w:vAlign w:val="center"/>
            <w:hideMark/>
          </w:tcPr>
          <w:p w14:paraId="2A5ED6FD"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136A66D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35,971 (53,983)</w:t>
            </w:r>
          </w:p>
        </w:tc>
        <w:tc>
          <w:tcPr>
            <w:tcW w:w="417" w:type="pct"/>
            <w:tcBorders>
              <w:top w:val="nil"/>
              <w:left w:val="nil"/>
              <w:bottom w:val="nil"/>
              <w:right w:val="nil"/>
            </w:tcBorders>
            <w:shd w:val="clear" w:color="000000" w:fill="F2F2F2"/>
            <w:vAlign w:val="center"/>
            <w:hideMark/>
          </w:tcPr>
          <w:p w14:paraId="73F882D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42 (37)</w:t>
            </w:r>
          </w:p>
        </w:tc>
        <w:tc>
          <w:tcPr>
            <w:tcW w:w="417" w:type="pct"/>
            <w:tcBorders>
              <w:top w:val="nil"/>
              <w:left w:val="nil"/>
              <w:bottom w:val="nil"/>
              <w:right w:val="nil"/>
            </w:tcBorders>
            <w:shd w:val="clear" w:color="000000" w:fill="F2F2F2"/>
            <w:vAlign w:val="center"/>
            <w:hideMark/>
          </w:tcPr>
          <w:p w14:paraId="1FC0ADE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15,807 (54,603)</w:t>
            </w:r>
          </w:p>
        </w:tc>
        <w:tc>
          <w:tcPr>
            <w:tcW w:w="417" w:type="pct"/>
            <w:tcBorders>
              <w:top w:val="nil"/>
              <w:left w:val="nil"/>
              <w:bottom w:val="nil"/>
              <w:right w:val="nil"/>
            </w:tcBorders>
            <w:shd w:val="clear" w:color="000000" w:fill="FFFFFF"/>
            <w:vAlign w:val="center"/>
            <w:hideMark/>
          </w:tcPr>
          <w:p w14:paraId="3DDB4BB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30 (48)</w:t>
            </w:r>
          </w:p>
        </w:tc>
        <w:tc>
          <w:tcPr>
            <w:tcW w:w="404" w:type="pct"/>
            <w:tcBorders>
              <w:top w:val="nil"/>
              <w:left w:val="nil"/>
              <w:bottom w:val="nil"/>
              <w:right w:val="nil"/>
            </w:tcBorders>
            <w:shd w:val="clear" w:color="000000" w:fill="FFFFFF"/>
            <w:vAlign w:val="center"/>
            <w:hideMark/>
          </w:tcPr>
          <w:p w14:paraId="20F436B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0.005</w:t>
            </w:r>
          </w:p>
        </w:tc>
        <w:tc>
          <w:tcPr>
            <w:tcW w:w="417" w:type="pct"/>
            <w:gridSpan w:val="2"/>
            <w:tcBorders>
              <w:top w:val="nil"/>
              <w:left w:val="nil"/>
              <w:bottom w:val="nil"/>
              <w:right w:val="nil"/>
            </w:tcBorders>
            <w:shd w:val="clear" w:color="000000" w:fill="F2F2F2"/>
            <w:vAlign w:val="center"/>
            <w:hideMark/>
          </w:tcPr>
          <w:p w14:paraId="53E4141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14,096 (24,739)</w:t>
            </w:r>
          </w:p>
        </w:tc>
        <w:tc>
          <w:tcPr>
            <w:tcW w:w="417" w:type="pct"/>
            <w:gridSpan w:val="2"/>
            <w:tcBorders>
              <w:top w:val="nil"/>
              <w:left w:val="nil"/>
              <w:bottom w:val="nil"/>
              <w:right w:val="nil"/>
            </w:tcBorders>
            <w:shd w:val="clear" w:color="000000" w:fill="F2F2F2"/>
            <w:vAlign w:val="center"/>
            <w:hideMark/>
          </w:tcPr>
          <w:p w14:paraId="6FE4DCF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51 (62)</w:t>
            </w:r>
          </w:p>
        </w:tc>
        <w:tc>
          <w:tcPr>
            <w:tcW w:w="417" w:type="pct"/>
            <w:gridSpan w:val="2"/>
            <w:tcBorders>
              <w:top w:val="nil"/>
              <w:left w:val="nil"/>
              <w:bottom w:val="nil"/>
              <w:right w:val="nil"/>
            </w:tcBorders>
            <w:shd w:val="clear" w:color="000000" w:fill="F2F2F2"/>
            <w:vAlign w:val="center"/>
            <w:hideMark/>
          </w:tcPr>
          <w:p w14:paraId="39FD418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5,449 (24,838)</w:t>
            </w:r>
          </w:p>
        </w:tc>
        <w:tc>
          <w:tcPr>
            <w:tcW w:w="417" w:type="pct"/>
            <w:gridSpan w:val="2"/>
            <w:tcBorders>
              <w:top w:val="nil"/>
              <w:left w:val="nil"/>
              <w:bottom w:val="nil"/>
              <w:right w:val="nil"/>
            </w:tcBorders>
            <w:shd w:val="clear" w:color="000000" w:fill="FFFFFF"/>
            <w:vAlign w:val="center"/>
            <w:hideMark/>
          </w:tcPr>
          <w:p w14:paraId="43C6A2A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45 (142)</w:t>
            </w:r>
          </w:p>
        </w:tc>
        <w:tc>
          <w:tcPr>
            <w:tcW w:w="404" w:type="pct"/>
            <w:gridSpan w:val="2"/>
            <w:tcBorders>
              <w:top w:val="nil"/>
              <w:left w:val="nil"/>
              <w:bottom w:val="nil"/>
              <w:right w:val="nil"/>
            </w:tcBorders>
            <w:shd w:val="clear" w:color="000000" w:fill="FFFFFF"/>
            <w:vAlign w:val="center"/>
            <w:hideMark/>
          </w:tcPr>
          <w:p w14:paraId="365A50E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0.004</w:t>
            </w:r>
          </w:p>
        </w:tc>
      </w:tr>
      <w:tr w:rsidR="00EB3E01" w:rsidRPr="00693325" w14:paraId="32A5076C" w14:textId="77777777" w:rsidTr="00841CFC">
        <w:trPr>
          <w:gridAfter w:val="1"/>
          <w:wAfter w:w="23" w:type="pct"/>
          <w:trHeight w:val="68"/>
        </w:trPr>
        <w:tc>
          <w:tcPr>
            <w:tcW w:w="833" w:type="pct"/>
            <w:tcBorders>
              <w:top w:val="nil"/>
              <w:left w:val="nil"/>
              <w:bottom w:val="nil"/>
              <w:right w:val="nil"/>
            </w:tcBorders>
            <w:shd w:val="clear" w:color="000000" w:fill="FFFFFF"/>
            <w:vAlign w:val="center"/>
            <w:hideMark/>
          </w:tcPr>
          <w:p w14:paraId="3E342700"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single" w:sz="4" w:space="0" w:color="auto"/>
              <w:right w:val="nil"/>
            </w:tcBorders>
            <w:shd w:val="clear" w:color="000000" w:fill="F2F2F2"/>
            <w:vAlign w:val="center"/>
            <w:hideMark/>
          </w:tcPr>
          <w:p w14:paraId="71C9027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2,211 (1,969)</w:t>
            </w:r>
          </w:p>
        </w:tc>
        <w:tc>
          <w:tcPr>
            <w:tcW w:w="417" w:type="pct"/>
            <w:tcBorders>
              <w:top w:val="nil"/>
              <w:left w:val="nil"/>
              <w:bottom w:val="single" w:sz="4" w:space="0" w:color="auto"/>
              <w:right w:val="nil"/>
            </w:tcBorders>
            <w:shd w:val="clear" w:color="000000" w:fill="F2F2F2"/>
            <w:vAlign w:val="center"/>
            <w:hideMark/>
          </w:tcPr>
          <w:p w14:paraId="476F81E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8 (19)</w:t>
            </w:r>
          </w:p>
        </w:tc>
        <w:tc>
          <w:tcPr>
            <w:tcW w:w="417" w:type="pct"/>
            <w:tcBorders>
              <w:top w:val="nil"/>
              <w:left w:val="nil"/>
              <w:bottom w:val="single" w:sz="4" w:space="0" w:color="auto"/>
              <w:right w:val="nil"/>
            </w:tcBorders>
            <w:shd w:val="clear" w:color="000000" w:fill="F2F2F2"/>
            <w:vAlign w:val="center"/>
            <w:hideMark/>
          </w:tcPr>
          <w:p w14:paraId="1BD7D85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375 (597)</w:t>
            </w:r>
          </w:p>
        </w:tc>
        <w:tc>
          <w:tcPr>
            <w:tcW w:w="417" w:type="pct"/>
            <w:tcBorders>
              <w:top w:val="nil"/>
              <w:left w:val="nil"/>
              <w:bottom w:val="single" w:sz="4" w:space="0" w:color="auto"/>
              <w:right w:val="nil"/>
            </w:tcBorders>
            <w:shd w:val="clear" w:color="000000" w:fill="FFFFFF"/>
            <w:vAlign w:val="center"/>
            <w:hideMark/>
          </w:tcPr>
          <w:p w14:paraId="4293050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6 (11)</w:t>
            </w:r>
          </w:p>
        </w:tc>
        <w:tc>
          <w:tcPr>
            <w:tcW w:w="404" w:type="pct"/>
            <w:tcBorders>
              <w:top w:val="nil"/>
              <w:left w:val="nil"/>
              <w:bottom w:val="single" w:sz="4" w:space="0" w:color="auto"/>
              <w:right w:val="nil"/>
            </w:tcBorders>
            <w:shd w:val="clear" w:color="000000" w:fill="FFFFFF"/>
            <w:vAlign w:val="center"/>
            <w:hideMark/>
          </w:tcPr>
          <w:p w14:paraId="1D35AB3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single" w:sz="4" w:space="0" w:color="auto"/>
              <w:right w:val="nil"/>
            </w:tcBorders>
            <w:shd w:val="clear" w:color="000000" w:fill="F2F2F2"/>
            <w:vAlign w:val="center"/>
            <w:hideMark/>
          </w:tcPr>
          <w:p w14:paraId="2EF5977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single" w:sz="4" w:space="0" w:color="auto"/>
              <w:right w:val="nil"/>
            </w:tcBorders>
            <w:shd w:val="clear" w:color="000000" w:fill="F2F2F2"/>
            <w:vAlign w:val="center"/>
            <w:hideMark/>
          </w:tcPr>
          <w:p w14:paraId="1EBFDB0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single" w:sz="4" w:space="0" w:color="auto"/>
              <w:right w:val="nil"/>
            </w:tcBorders>
            <w:shd w:val="clear" w:color="000000" w:fill="F2F2F2"/>
            <w:vAlign w:val="center"/>
            <w:hideMark/>
          </w:tcPr>
          <w:p w14:paraId="4142D45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single" w:sz="4" w:space="0" w:color="auto"/>
              <w:right w:val="nil"/>
            </w:tcBorders>
            <w:shd w:val="clear" w:color="000000" w:fill="FFFFFF"/>
            <w:vAlign w:val="center"/>
            <w:hideMark/>
          </w:tcPr>
          <w:p w14:paraId="3BD7FE6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 (2)</w:t>
            </w:r>
          </w:p>
        </w:tc>
        <w:tc>
          <w:tcPr>
            <w:tcW w:w="404" w:type="pct"/>
            <w:gridSpan w:val="2"/>
            <w:tcBorders>
              <w:top w:val="nil"/>
              <w:left w:val="nil"/>
              <w:bottom w:val="single" w:sz="4" w:space="0" w:color="auto"/>
              <w:right w:val="nil"/>
            </w:tcBorders>
            <w:shd w:val="clear" w:color="000000" w:fill="FFFFFF"/>
            <w:vAlign w:val="center"/>
            <w:hideMark/>
          </w:tcPr>
          <w:p w14:paraId="6848244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0.645</w:t>
            </w:r>
          </w:p>
        </w:tc>
      </w:tr>
      <w:tr w:rsidR="00EB3E01" w:rsidRPr="00693325" w14:paraId="1831F063" w14:textId="77777777" w:rsidTr="00EB3E01">
        <w:trPr>
          <w:trHeight w:val="48"/>
        </w:trPr>
        <w:tc>
          <w:tcPr>
            <w:tcW w:w="833" w:type="pct"/>
            <w:tcBorders>
              <w:top w:val="single" w:sz="8" w:space="0" w:color="000000"/>
              <w:left w:val="nil"/>
              <w:bottom w:val="nil"/>
              <w:right w:val="nil"/>
            </w:tcBorders>
            <w:shd w:val="clear" w:color="000000" w:fill="FFFFFF"/>
            <w:vAlign w:val="center"/>
          </w:tcPr>
          <w:p w14:paraId="001A7A3A" w14:textId="324A2112" w:rsidR="00EB3E01" w:rsidRPr="00693325" w:rsidRDefault="00EB3E01" w:rsidP="00EB3E01">
            <w:pPr>
              <w:rPr>
                <w:rFonts w:ascii="Times New Roman" w:hAnsi="Times New Roman"/>
                <w:b/>
                <w:bCs/>
                <w:color w:val="000000"/>
                <w:sz w:val="16"/>
              </w:rPr>
            </w:pPr>
            <w:r>
              <w:rPr>
                <w:rFonts w:ascii="Times New Roman" w:hAnsi="Times New Roman"/>
                <w:b/>
                <w:bCs/>
                <w:color w:val="000000"/>
                <w:sz w:val="16"/>
              </w:rPr>
              <w:t>Payer</w:t>
            </w:r>
          </w:p>
        </w:tc>
        <w:tc>
          <w:tcPr>
            <w:tcW w:w="2085" w:type="pct"/>
            <w:gridSpan w:val="6"/>
            <w:tcBorders>
              <w:top w:val="single" w:sz="4" w:space="0" w:color="auto"/>
              <w:left w:val="nil"/>
              <w:bottom w:val="single" w:sz="4" w:space="0" w:color="auto"/>
              <w:right w:val="nil"/>
            </w:tcBorders>
            <w:shd w:val="clear" w:color="auto" w:fill="FFFFFF" w:themeFill="background1"/>
            <w:vAlign w:val="center"/>
          </w:tcPr>
          <w:p w14:paraId="12CFBB32" w14:textId="77777777" w:rsidR="00EB3E01" w:rsidRPr="00693325" w:rsidRDefault="00EB3E01" w:rsidP="00EB3E01">
            <w:pPr>
              <w:jc w:val="center"/>
              <w:rPr>
                <w:rFonts w:ascii="Times New Roman" w:hAnsi="Times New Roman"/>
                <w:color w:val="000000"/>
                <w:sz w:val="16"/>
              </w:rPr>
            </w:pPr>
            <w:r w:rsidRPr="00693325">
              <w:rPr>
                <w:rFonts w:ascii="Times New Roman" w:hAnsi="Times New Roman"/>
                <w:b/>
                <w:bCs/>
                <w:sz w:val="16"/>
              </w:rPr>
              <w:t>Commercial</w:t>
            </w:r>
          </w:p>
        </w:tc>
        <w:tc>
          <w:tcPr>
            <w:tcW w:w="2082" w:type="pct"/>
            <w:gridSpan w:val="10"/>
            <w:tcBorders>
              <w:top w:val="single" w:sz="4" w:space="0" w:color="auto"/>
              <w:left w:val="nil"/>
              <w:bottom w:val="single" w:sz="4" w:space="0" w:color="auto"/>
              <w:right w:val="nil"/>
            </w:tcBorders>
            <w:shd w:val="clear" w:color="auto" w:fill="FFFFFF" w:themeFill="background1"/>
            <w:vAlign w:val="center"/>
          </w:tcPr>
          <w:p w14:paraId="464D2284" w14:textId="77777777" w:rsidR="00EB3E01" w:rsidRPr="00693325" w:rsidRDefault="00EB3E01" w:rsidP="00EB3E01">
            <w:pPr>
              <w:jc w:val="center"/>
              <w:rPr>
                <w:rFonts w:ascii="Times New Roman" w:hAnsi="Times New Roman"/>
                <w:color w:val="000000"/>
                <w:sz w:val="16"/>
              </w:rPr>
            </w:pPr>
            <w:r w:rsidRPr="00693325">
              <w:rPr>
                <w:rFonts w:ascii="Times New Roman" w:hAnsi="Times New Roman"/>
                <w:b/>
                <w:bCs/>
                <w:sz w:val="16"/>
              </w:rPr>
              <w:t>Medicaid</w:t>
            </w:r>
          </w:p>
        </w:tc>
      </w:tr>
      <w:tr w:rsidR="00EB3E01" w:rsidRPr="00693325" w14:paraId="2FF1CF2D" w14:textId="77777777" w:rsidTr="00EB3E01">
        <w:trPr>
          <w:trHeight w:val="48"/>
        </w:trPr>
        <w:tc>
          <w:tcPr>
            <w:tcW w:w="833" w:type="pct"/>
            <w:tcBorders>
              <w:top w:val="single" w:sz="8" w:space="0" w:color="000000"/>
              <w:left w:val="nil"/>
              <w:bottom w:val="nil"/>
              <w:right w:val="nil"/>
            </w:tcBorders>
            <w:shd w:val="clear" w:color="000000" w:fill="FFFFFF"/>
            <w:vAlign w:val="center"/>
            <w:hideMark/>
          </w:tcPr>
          <w:p w14:paraId="4EDFC820" w14:textId="77777777" w:rsidR="00EB3E01" w:rsidRPr="00693325" w:rsidRDefault="00EB3E01" w:rsidP="00EB3E01">
            <w:pPr>
              <w:rPr>
                <w:rFonts w:ascii="Times New Roman" w:hAnsi="Times New Roman"/>
                <w:b/>
                <w:bCs/>
                <w:color w:val="000000"/>
                <w:sz w:val="16"/>
                <w:szCs w:val="16"/>
              </w:rPr>
            </w:pPr>
            <w:r w:rsidRPr="00693325">
              <w:rPr>
                <w:rFonts w:ascii="Times New Roman" w:hAnsi="Times New Roman"/>
                <w:b/>
                <w:bCs/>
                <w:color w:val="000000"/>
                <w:sz w:val="16"/>
              </w:rPr>
              <w:t> </w:t>
            </w:r>
          </w:p>
        </w:tc>
        <w:tc>
          <w:tcPr>
            <w:tcW w:w="1251" w:type="pct"/>
            <w:gridSpan w:val="3"/>
            <w:tcBorders>
              <w:top w:val="single" w:sz="4" w:space="0" w:color="auto"/>
              <w:left w:val="nil"/>
              <w:bottom w:val="nil"/>
              <w:right w:val="nil"/>
            </w:tcBorders>
            <w:shd w:val="clear" w:color="000000" w:fill="F2F2F2"/>
            <w:vAlign w:val="center"/>
            <w:hideMark/>
          </w:tcPr>
          <w:p w14:paraId="7A0D5C5F" w14:textId="77777777" w:rsidR="00EB3E01" w:rsidRPr="00693325" w:rsidRDefault="00EB3E01" w:rsidP="00EB3E01">
            <w:pPr>
              <w:jc w:val="center"/>
              <w:rPr>
                <w:rFonts w:ascii="Times New Roman" w:hAnsi="Times New Roman"/>
                <w:b/>
                <w:bCs/>
                <w:color w:val="000000"/>
                <w:sz w:val="16"/>
                <w:szCs w:val="16"/>
              </w:rPr>
            </w:pPr>
            <w:r w:rsidRPr="00693325">
              <w:rPr>
                <w:rFonts w:ascii="Times New Roman" w:hAnsi="Times New Roman"/>
                <w:b/>
                <w:bCs/>
                <w:sz w:val="16"/>
              </w:rPr>
              <w:t>Children with IMD</w:t>
            </w:r>
          </w:p>
        </w:tc>
        <w:tc>
          <w:tcPr>
            <w:tcW w:w="417" w:type="pct"/>
            <w:tcBorders>
              <w:top w:val="single" w:sz="4" w:space="0" w:color="auto"/>
              <w:left w:val="nil"/>
              <w:bottom w:val="nil"/>
              <w:right w:val="nil"/>
            </w:tcBorders>
            <w:shd w:val="clear" w:color="000000" w:fill="FFFFFF"/>
            <w:vAlign w:val="center"/>
            <w:hideMark/>
          </w:tcPr>
          <w:p w14:paraId="6D9DA62A" w14:textId="77777777" w:rsidR="00EB3E01" w:rsidRPr="00693325" w:rsidRDefault="00EB3E01" w:rsidP="00EB3E01">
            <w:pPr>
              <w:jc w:val="center"/>
              <w:rPr>
                <w:rFonts w:ascii="Times New Roman" w:hAnsi="Times New Roman"/>
                <w:b/>
                <w:bCs/>
                <w:color w:val="000000"/>
                <w:sz w:val="16"/>
                <w:szCs w:val="16"/>
              </w:rPr>
            </w:pPr>
            <w:r w:rsidRPr="00693325">
              <w:rPr>
                <w:rFonts w:ascii="Times New Roman" w:hAnsi="Times New Roman"/>
                <w:b/>
                <w:bCs/>
                <w:color w:val="000000"/>
                <w:sz w:val="16"/>
              </w:rPr>
              <w:t>Children without IMD</w:t>
            </w:r>
          </w:p>
        </w:tc>
        <w:tc>
          <w:tcPr>
            <w:tcW w:w="417" w:type="pct"/>
            <w:gridSpan w:val="2"/>
            <w:tcBorders>
              <w:top w:val="single" w:sz="4" w:space="0" w:color="auto"/>
              <w:left w:val="nil"/>
              <w:bottom w:val="nil"/>
              <w:right w:val="nil"/>
            </w:tcBorders>
            <w:shd w:val="clear" w:color="000000" w:fill="FFFFFF"/>
            <w:vAlign w:val="center"/>
            <w:hideMark/>
          </w:tcPr>
          <w:p w14:paraId="53FC8AA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 </w:t>
            </w:r>
          </w:p>
        </w:tc>
        <w:tc>
          <w:tcPr>
            <w:tcW w:w="1251" w:type="pct"/>
            <w:gridSpan w:val="6"/>
            <w:tcBorders>
              <w:top w:val="single" w:sz="4" w:space="0" w:color="auto"/>
              <w:left w:val="nil"/>
              <w:bottom w:val="nil"/>
              <w:right w:val="nil"/>
            </w:tcBorders>
            <w:shd w:val="clear" w:color="000000" w:fill="F2F2F2"/>
            <w:vAlign w:val="center"/>
            <w:hideMark/>
          </w:tcPr>
          <w:p w14:paraId="1A5EEF39" w14:textId="77777777" w:rsidR="00EB3E01" w:rsidRPr="00693325" w:rsidRDefault="00EB3E01" w:rsidP="00EB3E01">
            <w:pPr>
              <w:jc w:val="center"/>
              <w:rPr>
                <w:rFonts w:ascii="Times New Roman" w:hAnsi="Times New Roman"/>
                <w:b/>
                <w:bCs/>
                <w:color w:val="000000"/>
                <w:sz w:val="16"/>
                <w:szCs w:val="16"/>
              </w:rPr>
            </w:pPr>
            <w:r w:rsidRPr="00693325">
              <w:rPr>
                <w:rFonts w:ascii="Times New Roman" w:hAnsi="Times New Roman"/>
                <w:b/>
                <w:bCs/>
                <w:sz w:val="16"/>
              </w:rPr>
              <w:t>Children with IMD</w:t>
            </w:r>
          </w:p>
        </w:tc>
        <w:tc>
          <w:tcPr>
            <w:tcW w:w="417" w:type="pct"/>
            <w:gridSpan w:val="2"/>
            <w:tcBorders>
              <w:top w:val="single" w:sz="4" w:space="0" w:color="auto"/>
              <w:left w:val="nil"/>
              <w:bottom w:val="nil"/>
              <w:right w:val="nil"/>
            </w:tcBorders>
            <w:shd w:val="clear" w:color="000000" w:fill="FFFFFF"/>
            <w:vAlign w:val="center"/>
            <w:hideMark/>
          </w:tcPr>
          <w:p w14:paraId="470C220B" w14:textId="77777777" w:rsidR="00EB3E01" w:rsidRPr="00693325" w:rsidRDefault="00EB3E01" w:rsidP="00EB3E01">
            <w:pPr>
              <w:jc w:val="center"/>
              <w:rPr>
                <w:rFonts w:ascii="Times New Roman" w:hAnsi="Times New Roman"/>
                <w:b/>
                <w:bCs/>
                <w:color w:val="000000"/>
                <w:sz w:val="16"/>
                <w:szCs w:val="16"/>
              </w:rPr>
            </w:pPr>
            <w:r w:rsidRPr="00693325">
              <w:rPr>
                <w:rFonts w:ascii="Times New Roman" w:hAnsi="Times New Roman"/>
                <w:b/>
                <w:bCs/>
                <w:color w:val="000000"/>
                <w:sz w:val="16"/>
              </w:rPr>
              <w:t>Children without IMD</w:t>
            </w:r>
          </w:p>
        </w:tc>
        <w:tc>
          <w:tcPr>
            <w:tcW w:w="414" w:type="pct"/>
            <w:gridSpan w:val="2"/>
            <w:tcBorders>
              <w:top w:val="single" w:sz="4" w:space="0" w:color="auto"/>
              <w:left w:val="nil"/>
              <w:bottom w:val="nil"/>
              <w:right w:val="nil"/>
            </w:tcBorders>
            <w:shd w:val="clear" w:color="000000" w:fill="FFFFFF"/>
            <w:vAlign w:val="center"/>
            <w:hideMark/>
          </w:tcPr>
          <w:p w14:paraId="3782CCA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 </w:t>
            </w:r>
          </w:p>
        </w:tc>
      </w:tr>
      <w:tr w:rsidR="00EB3E01" w:rsidRPr="00693325" w14:paraId="0262C33F" w14:textId="77777777" w:rsidTr="00EB3E01">
        <w:trPr>
          <w:trHeight w:val="68"/>
        </w:trPr>
        <w:tc>
          <w:tcPr>
            <w:tcW w:w="833" w:type="pct"/>
            <w:vMerge w:val="restart"/>
            <w:tcBorders>
              <w:top w:val="nil"/>
              <w:left w:val="nil"/>
              <w:bottom w:val="single" w:sz="8" w:space="0" w:color="000000"/>
              <w:right w:val="nil"/>
            </w:tcBorders>
            <w:shd w:val="clear" w:color="000000" w:fill="FFFFFF"/>
            <w:vAlign w:val="center"/>
            <w:hideMark/>
          </w:tcPr>
          <w:p w14:paraId="6AA5C723" w14:textId="77777777" w:rsidR="00EB3E01" w:rsidRPr="00693325" w:rsidRDefault="00EB3E01" w:rsidP="00EB3E01">
            <w:pPr>
              <w:rPr>
                <w:rFonts w:ascii="Times New Roman" w:hAnsi="Times New Roman"/>
                <w:b/>
                <w:bCs/>
                <w:color w:val="000000"/>
                <w:sz w:val="16"/>
                <w:szCs w:val="16"/>
              </w:rPr>
            </w:pPr>
            <w:r w:rsidRPr="00693325">
              <w:rPr>
                <w:rFonts w:ascii="Times New Roman" w:hAnsi="Times New Roman"/>
                <w:b/>
                <w:bCs/>
                <w:color w:val="000000"/>
                <w:sz w:val="16"/>
              </w:rPr>
              <w:t> </w:t>
            </w:r>
          </w:p>
        </w:tc>
        <w:tc>
          <w:tcPr>
            <w:tcW w:w="417" w:type="pct"/>
            <w:tcBorders>
              <w:top w:val="nil"/>
              <w:left w:val="nil"/>
              <w:bottom w:val="nil"/>
              <w:right w:val="nil"/>
            </w:tcBorders>
            <w:shd w:val="clear" w:color="000000" w:fill="F2F2F2"/>
            <w:vAlign w:val="center"/>
            <w:hideMark/>
          </w:tcPr>
          <w:p w14:paraId="74D5891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17" w:type="pct"/>
            <w:tcBorders>
              <w:top w:val="nil"/>
              <w:left w:val="nil"/>
              <w:bottom w:val="nil"/>
              <w:right w:val="nil"/>
            </w:tcBorders>
            <w:shd w:val="clear" w:color="000000" w:fill="F2F2F2"/>
            <w:vAlign w:val="center"/>
            <w:hideMark/>
          </w:tcPr>
          <w:p w14:paraId="3EF92F7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17" w:type="pct"/>
            <w:tcBorders>
              <w:top w:val="nil"/>
              <w:left w:val="nil"/>
              <w:bottom w:val="nil"/>
              <w:right w:val="nil"/>
            </w:tcBorders>
            <w:shd w:val="clear" w:color="000000" w:fill="F2F2F2"/>
            <w:vAlign w:val="center"/>
            <w:hideMark/>
          </w:tcPr>
          <w:p w14:paraId="789EC8A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Full Follow-up</w:t>
            </w:r>
          </w:p>
        </w:tc>
        <w:tc>
          <w:tcPr>
            <w:tcW w:w="417" w:type="pct"/>
            <w:tcBorders>
              <w:top w:val="nil"/>
              <w:left w:val="nil"/>
              <w:bottom w:val="nil"/>
              <w:right w:val="nil"/>
            </w:tcBorders>
            <w:shd w:val="clear" w:color="000000" w:fill="FFFFFF"/>
            <w:vAlign w:val="center"/>
            <w:hideMark/>
          </w:tcPr>
          <w:p w14:paraId="7E84F2D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Full Follow-up</w:t>
            </w:r>
          </w:p>
        </w:tc>
        <w:tc>
          <w:tcPr>
            <w:tcW w:w="417" w:type="pct"/>
            <w:gridSpan w:val="2"/>
            <w:vMerge w:val="restart"/>
            <w:tcBorders>
              <w:top w:val="nil"/>
              <w:left w:val="nil"/>
              <w:bottom w:val="single" w:sz="8" w:space="0" w:color="000000"/>
              <w:right w:val="nil"/>
            </w:tcBorders>
            <w:shd w:val="clear" w:color="000000" w:fill="FFFFFF"/>
            <w:vAlign w:val="bottom"/>
            <w:hideMark/>
          </w:tcPr>
          <w:p w14:paraId="4D649D8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p-value</w:t>
            </w:r>
          </w:p>
        </w:tc>
        <w:tc>
          <w:tcPr>
            <w:tcW w:w="417" w:type="pct"/>
            <w:gridSpan w:val="2"/>
            <w:tcBorders>
              <w:top w:val="nil"/>
              <w:left w:val="nil"/>
              <w:bottom w:val="nil"/>
              <w:right w:val="nil"/>
            </w:tcBorders>
            <w:shd w:val="clear" w:color="000000" w:fill="F2F2F2"/>
            <w:vAlign w:val="center"/>
            <w:hideMark/>
          </w:tcPr>
          <w:p w14:paraId="27FC679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17" w:type="pct"/>
            <w:gridSpan w:val="2"/>
            <w:tcBorders>
              <w:top w:val="nil"/>
              <w:left w:val="nil"/>
              <w:bottom w:val="nil"/>
              <w:right w:val="nil"/>
            </w:tcBorders>
            <w:shd w:val="clear" w:color="000000" w:fill="F2F2F2"/>
            <w:vAlign w:val="center"/>
            <w:hideMark/>
          </w:tcPr>
          <w:p w14:paraId="191FB98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17" w:type="pct"/>
            <w:gridSpan w:val="2"/>
            <w:tcBorders>
              <w:top w:val="nil"/>
              <w:left w:val="nil"/>
              <w:bottom w:val="nil"/>
              <w:right w:val="nil"/>
            </w:tcBorders>
            <w:shd w:val="clear" w:color="000000" w:fill="F2F2F2"/>
            <w:vAlign w:val="center"/>
            <w:hideMark/>
          </w:tcPr>
          <w:p w14:paraId="711CE1B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Full Follow-up</w:t>
            </w:r>
          </w:p>
        </w:tc>
        <w:tc>
          <w:tcPr>
            <w:tcW w:w="417" w:type="pct"/>
            <w:gridSpan w:val="2"/>
            <w:tcBorders>
              <w:top w:val="nil"/>
              <w:left w:val="nil"/>
              <w:bottom w:val="nil"/>
              <w:right w:val="nil"/>
            </w:tcBorders>
            <w:shd w:val="clear" w:color="000000" w:fill="FFFFFF"/>
            <w:vAlign w:val="center"/>
            <w:hideMark/>
          </w:tcPr>
          <w:p w14:paraId="7C0CA888"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Full Follow-up</w:t>
            </w:r>
          </w:p>
        </w:tc>
        <w:tc>
          <w:tcPr>
            <w:tcW w:w="414" w:type="pct"/>
            <w:gridSpan w:val="2"/>
            <w:vMerge w:val="restart"/>
            <w:tcBorders>
              <w:top w:val="nil"/>
              <w:left w:val="nil"/>
              <w:bottom w:val="single" w:sz="8" w:space="0" w:color="000000"/>
              <w:right w:val="nil"/>
            </w:tcBorders>
            <w:shd w:val="clear" w:color="000000" w:fill="FFFFFF"/>
            <w:vAlign w:val="bottom"/>
            <w:hideMark/>
          </w:tcPr>
          <w:p w14:paraId="0CAA754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p-value</w:t>
            </w:r>
          </w:p>
        </w:tc>
      </w:tr>
      <w:tr w:rsidR="00EB3E01" w:rsidRPr="00693325" w14:paraId="0799120F" w14:textId="77777777" w:rsidTr="00EB3E01">
        <w:trPr>
          <w:trHeight w:val="48"/>
        </w:trPr>
        <w:tc>
          <w:tcPr>
            <w:tcW w:w="833" w:type="pct"/>
            <w:vMerge/>
            <w:tcBorders>
              <w:top w:val="nil"/>
              <w:left w:val="nil"/>
              <w:bottom w:val="single" w:sz="8" w:space="0" w:color="000000"/>
              <w:right w:val="nil"/>
            </w:tcBorders>
            <w:vAlign w:val="center"/>
            <w:hideMark/>
          </w:tcPr>
          <w:p w14:paraId="21E90B2D" w14:textId="77777777" w:rsidR="00EB3E01" w:rsidRPr="00693325" w:rsidRDefault="00EB3E01" w:rsidP="00EB3E01">
            <w:pPr>
              <w:rPr>
                <w:rFonts w:ascii="Times New Roman" w:hAnsi="Times New Roman"/>
                <w:b/>
                <w:bCs/>
                <w:color w:val="000000"/>
                <w:sz w:val="16"/>
                <w:szCs w:val="16"/>
              </w:rPr>
            </w:pPr>
          </w:p>
        </w:tc>
        <w:tc>
          <w:tcPr>
            <w:tcW w:w="417" w:type="pct"/>
            <w:tcBorders>
              <w:top w:val="nil"/>
              <w:left w:val="nil"/>
              <w:bottom w:val="single" w:sz="8" w:space="0" w:color="auto"/>
              <w:right w:val="nil"/>
            </w:tcBorders>
            <w:shd w:val="clear" w:color="000000" w:fill="F2F2F2"/>
            <w:vAlign w:val="center"/>
            <w:hideMark/>
          </w:tcPr>
          <w:p w14:paraId="045E752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N=21</w:t>
            </w:r>
          </w:p>
        </w:tc>
        <w:tc>
          <w:tcPr>
            <w:tcW w:w="417" w:type="pct"/>
            <w:tcBorders>
              <w:top w:val="nil"/>
              <w:left w:val="nil"/>
              <w:bottom w:val="single" w:sz="8" w:space="0" w:color="auto"/>
              <w:right w:val="nil"/>
            </w:tcBorders>
            <w:shd w:val="clear" w:color="000000" w:fill="F2F2F2"/>
            <w:vAlign w:val="center"/>
            <w:hideMark/>
          </w:tcPr>
          <w:p w14:paraId="36C1EFD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N=21</w:t>
            </w:r>
          </w:p>
        </w:tc>
        <w:tc>
          <w:tcPr>
            <w:tcW w:w="417" w:type="pct"/>
            <w:tcBorders>
              <w:top w:val="nil"/>
              <w:left w:val="nil"/>
              <w:bottom w:val="single" w:sz="8" w:space="0" w:color="auto"/>
              <w:right w:val="nil"/>
            </w:tcBorders>
            <w:shd w:val="clear" w:color="000000" w:fill="F2F2F2"/>
            <w:vAlign w:val="center"/>
            <w:hideMark/>
          </w:tcPr>
          <w:p w14:paraId="491A5F7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N=21</w:t>
            </w:r>
          </w:p>
        </w:tc>
        <w:tc>
          <w:tcPr>
            <w:tcW w:w="417" w:type="pct"/>
            <w:tcBorders>
              <w:top w:val="nil"/>
              <w:left w:val="nil"/>
              <w:bottom w:val="single" w:sz="8" w:space="0" w:color="auto"/>
              <w:right w:val="nil"/>
            </w:tcBorders>
            <w:shd w:val="clear" w:color="000000" w:fill="FFFFFF"/>
            <w:vAlign w:val="center"/>
            <w:hideMark/>
          </w:tcPr>
          <w:p w14:paraId="13CE6FE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N=105</w:t>
            </w:r>
          </w:p>
        </w:tc>
        <w:tc>
          <w:tcPr>
            <w:tcW w:w="417" w:type="pct"/>
            <w:gridSpan w:val="2"/>
            <w:vMerge/>
            <w:tcBorders>
              <w:top w:val="nil"/>
              <w:left w:val="nil"/>
              <w:bottom w:val="single" w:sz="8" w:space="0" w:color="000000"/>
              <w:right w:val="nil"/>
            </w:tcBorders>
            <w:vAlign w:val="bottom"/>
            <w:hideMark/>
          </w:tcPr>
          <w:p w14:paraId="71A8499C" w14:textId="77777777" w:rsidR="00EB3E01" w:rsidRPr="00693325" w:rsidRDefault="00EB3E01" w:rsidP="00EB3E01">
            <w:pPr>
              <w:jc w:val="center"/>
              <w:rPr>
                <w:rFonts w:ascii="Times New Roman" w:hAnsi="Times New Roman"/>
                <w:color w:val="000000"/>
                <w:sz w:val="16"/>
                <w:szCs w:val="16"/>
              </w:rPr>
            </w:pPr>
          </w:p>
        </w:tc>
        <w:tc>
          <w:tcPr>
            <w:tcW w:w="417" w:type="pct"/>
            <w:gridSpan w:val="2"/>
            <w:tcBorders>
              <w:top w:val="nil"/>
              <w:left w:val="nil"/>
              <w:bottom w:val="single" w:sz="8" w:space="0" w:color="auto"/>
              <w:right w:val="nil"/>
            </w:tcBorders>
            <w:shd w:val="clear" w:color="000000" w:fill="F2F2F2"/>
            <w:vAlign w:val="center"/>
            <w:hideMark/>
          </w:tcPr>
          <w:p w14:paraId="601CCB3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N=13</w:t>
            </w:r>
          </w:p>
        </w:tc>
        <w:tc>
          <w:tcPr>
            <w:tcW w:w="417" w:type="pct"/>
            <w:gridSpan w:val="2"/>
            <w:tcBorders>
              <w:top w:val="nil"/>
              <w:left w:val="nil"/>
              <w:bottom w:val="single" w:sz="8" w:space="0" w:color="auto"/>
              <w:right w:val="nil"/>
            </w:tcBorders>
            <w:shd w:val="clear" w:color="000000" w:fill="F2F2F2"/>
            <w:vAlign w:val="center"/>
            <w:hideMark/>
          </w:tcPr>
          <w:p w14:paraId="4BAC422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N=13</w:t>
            </w:r>
          </w:p>
        </w:tc>
        <w:tc>
          <w:tcPr>
            <w:tcW w:w="417" w:type="pct"/>
            <w:gridSpan w:val="2"/>
            <w:tcBorders>
              <w:top w:val="nil"/>
              <w:left w:val="nil"/>
              <w:bottom w:val="single" w:sz="8" w:space="0" w:color="auto"/>
              <w:right w:val="nil"/>
            </w:tcBorders>
            <w:shd w:val="clear" w:color="000000" w:fill="F2F2F2"/>
            <w:vAlign w:val="center"/>
            <w:hideMark/>
          </w:tcPr>
          <w:p w14:paraId="2A73088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N=13</w:t>
            </w:r>
          </w:p>
        </w:tc>
        <w:tc>
          <w:tcPr>
            <w:tcW w:w="417" w:type="pct"/>
            <w:gridSpan w:val="2"/>
            <w:tcBorders>
              <w:top w:val="nil"/>
              <w:left w:val="nil"/>
              <w:bottom w:val="single" w:sz="8" w:space="0" w:color="auto"/>
              <w:right w:val="nil"/>
            </w:tcBorders>
            <w:shd w:val="clear" w:color="000000" w:fill="FFFFFF"/>
            <w:vAlign w:val="center"/>
            <w:hideMark/>
          </w:tcPr>
          <w:p w14:paraId="1A1B9AA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N=65</w:t>
            </w:r>
          </w:p>
        </w:tc>
        <w:tc>
          <w:tcPr>
            <w:tcW w:w="414" w:type="pct"/>
            <w:gridSpan w:val="2"/>
            <w:vMerge/>
            <w:tcBorders>
              <w:top w:val="nil"/>
              <w:left w:val="nil"/>
              <w:bottom w:val="single" w:sz="8" w:space="0" w:color="000000"/>
              <w:right w:val="nil"/>
            </w:tcBorders>
            <w:vAlign w:val="bottom"/>
            <w:hideMark/>
          </w:tcPr>
          <w:p w14:paraId="3009EB6A" w14:textId="77777777" w:rsidR="00EB3E01" w:rsidRPr="00693325" w:rsidRDefault="00EB3E01" w:rsidP="00EB3E01">
            <w:pPr>
              <w:jc w:val="center"/>
              <w:rPr>
                <w:rFonts w:ascii="Times New Roman" w:hAnsi="Times New Roman"/>
                <w:color w:val="000000"/>
                <w:sz w:val="16"/>
                <w:szCs w:val="16"/>
              </w:rPr>
            </w:pPr>
          </w:p>
        </w:tc>
      </w:tr>
      <w:tr w:rsidR="00EB3E01" w:rsidRPr="00693325" w14:paraId="49798D58" w14:textId="77777777" w:rsidTr="00EB3E01">
        <w:trPr>
          <w:trHeight w:val="48"/>
        </w:trPr>
        <w:tc>
          <w:tcPr>
            <w:tcW w:w="833" w:type="pct"/>
            <w:tcBorders>
              <w:top w:val="nil"/>
              <w:left w:val="nil"/>
              <w:bottom w:val="nil"/>
              <w:right w:val="nil"/>
            </w:tcBorders>
            <w:shd w:val="clear" w:color="000000" w:fill="FFFFFF"/>
            <w:vAlign w:val="center"/>
            <w:hideMark/>
          </w:tcPr>
          <w:p w14:paraId="1656870B" w14:textId="77777777" w:rsidR="00EB3E01" w:rsidRPr="00693325" w:rsidRDefault="00EB3E01" w:rsidP="00EB3E01">
            <w:pPr>
              <w:rPr>
                <w:rFonts w:ascii="Times New Roman" w:hAnsi="Times New Roman"/>
                <w:b/>
                <w:bCs/>
                <w:color w:val="000000"/>
                <w:sz w:val="16"/>
                <w:szCs w:val="16"/>
                <w:u w:val="single"/>
              </w:rPr>
            </w:pPr>
            <w:r w:rsidRPr="00693325">
              <w:rPr>
                <w:rFonts w:ascii="Times New Roman" w:hAnsi="Times New Roman"/>
                <w:b/>
                <w:bCs/>
                <w:color w:val="000000"/>
                <w:sz w:val="16"/>
                <w:u w:val="single"/>
              </w:rPr>
              <w:t>Inpatient ($), mean (SD)</w:t>
            </w:r>
          </w:p>
        </w:tc>
        <w:tc>
          <w:tcPr>
            <w:tcW w:w="417" w:type="pct"/>
            <w:tcBorders>
              <w:top w:val="nil"/>
              <w:left w:val="nil"/>
              <w:bottom w:val="nil"/>
              <w:right w:val="nil"/>
            </w:tcBorders>
            <w:shd w:val="clear" w:color="000000" w:fill="F2F2F2"/>
            <w:vAlign w:val="center"/>
            <w:hideMark/>
          </w:tcPr>
          <w:p w14:paraId="1087705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23,110 (16,314)</w:t>
            </w:r>
          </w:p>
        </w:tc>
        <w:tc>
          <w:tcPr>
            <w:tcW w:w="417" w:type="pct"/>
            <w:tcBorders>
              <w:top w:val="nil"/>
              <w:left w:val="nil"/>
              <w:bottom w:val="nil"/>
              <w:right w:val="nil"/>
            </w:tcBorders>
            <w:shd w:val="clear" w:color="000000" w:fill="F2F2F2"/>
            <w:vAlign w:val="center"/>
            <w:hideMark/>
          </w:tcPr>
          <w:p w14:paraId="36EC733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339 (1,555)</w:t>
            </w:r>
          </w:p>
        </w:tc>
        <w:tc>
          <w:tcPr>
            <w:tcW w:w="417" w:type="pct"/>
            <w:tcBorders>
              <w:top w:val="nil"/>
              <w:left w:val="nil"/>
              <w:bottom w:val="nil"/>
              <w:right w:val="nil"/>
            </w:tcBorders>
            <w:shd w:val="clear" w:color="000000" w:fill="F2F2F2"/>
            <w:vAlign w:val="center"/>
            <w:hideMark/>
          </w:tcPr>
          <w:p w14:paraId="280C1F9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3,581 (4,298)</w:t>
            </w:r>
          </w:p>
        </w:tc>
        <w:tc>
          <w:tcPr>
            <w:tcW w:w="417" w:type="pct"/>
            <w:tcBorders>
              <w:top w:val="nil"/>
              <w:left w:val="nil"/>
              <w:bottom w:val="nil"/>
              <w:right w:val="nil"/>
            </w:tcBorders>
            <w:shd w:val="clear" w:color="000000" w:fill="FFFFFF"/>
            <w:vAlign w:val="center"/>
            <w:hideMark/>
          </w:tcPr>
          <w:p w14:paraId="742539F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gridSpan w:val="2"/>
            <w:tcBorders>
              <w:top w:val="nil"/>
              <w:left w:val="nil"/>
              <w:bottom w:val="nil"/>
              <w:right w:val="nil"/>
            </w:tcBorders>
            <w:shd w:val="clear" w:color="000000" w:fill="FFFFFF"/>
            <w:vAlign w:val="center"/>
            <w:hideMark/>
          </w:tcPr>
          <w:p w14:paraId="532EF0C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4AD8205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19,660 (16,214)</w:t>
            </w:r>
          </w:p>
        </w:tc>
        <w:tc>
          <w:tcPr>
            <w:tcW w:w="417" w:type="pct"/>
            <w:gridSpan w:val="2"/>
            <w:tcBorders>
              <w:top w:val="nil"/>
              <w:left w:val="nil"/>
              <w:bottom w:val="nil"/>
              <w:right w:val="nil"/>
            </w:tcBorders>
            <w:shd w:val="clear" w:color="000000" w:fill="F2F2F2"/>
            <w:vAlign w:val="center"/>
            <w:hideMark/>
          </w:tcPr>
          <w:p w14:paraId="605CA05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12 (39)</w:t>
            </w:r>
          </w:p>
        </w:tc>
        <w:tc>
          <w:tcPr>
            <w:tcW w:w="417" w:type="pct"/>
            <w:gridSpan w:val="2"/>
            <w:tcBorders>
              <w:top w:val="nil"/>
              <w:left w:val="nil"/>
              <w:bottom w:val="nil"/>
              <w:right w:val="nil"/>
            </w:tcBorders>
            <w:shd w:val="clear" w:color="000000" w:fill="F2F2F2"/>
            <w:vAlign w:val="center"/>
            <w:hideMark/>
          </w:tcPr>
          <w:p w14:paraId="5C7FE61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6,717 (12,368)</w:t>
            </w:r>
          </w:p>
        </w:tc>
        <w:tc>
          <w:tcPr>
            <w:tcW w:w="417" w:type="pct"/>
            <w:gridSpan w:val="2"/>
            <w:tcBorders>
              <w:top w:val="nil"/>
              <w:left w:val="nil"/>
              <w:bottom w:val="nil"/>
              <w:right w:val="nil"/>
            </w:tcBorders>
            <w:shd w:val="clear" w:color="000000" w:fill="FFFFFF"/>
            <w:vAlign w:val="center"/>
            <w:hideMark/>
          </w:tcPr>
          <w:p w14:paraId="31AA30C8"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3 (24)</w:t>
            </w:r>
          </w:p>
        </w:tc>
        <w:tc>
          <w:tcPr>
            <w:tcW w:w="414" w:type="pct"/>
            <w:gridSpan w:val="2"/>
            <w:tcBorders>
              <w:top w:val="nil"/>
              <w:left w:val="nil"/>
              <w:bottom w:val="nil"/>
              <w:right w:val="nil"/>
            </w:tcBorders>
            <w:shd w:val="clear" w:color="000000" w:fill="FFFFFF"/>
            <w:vAlign w:val="center"/>
            <w:hideMark/>
          </w:tcPr>
          <w:p w14:paraId="691E463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&lt;0.001</w:t>
            </w:r>
          </w:p>
        </w:tc>
      </w:tr>
      <w:tr w:rsidR="00EB3E01" w:rsidRPr="00693325" w14:paraId="2814AFF9" w14:textId="77777777" w:rsidTr="00EB3E01">
        <w:trPr>
          <w:trHeight w:val="68"/>
        </w:trPr>
        <w:tc>
          <w:tcPr>
            <w:tcW w:w="833" w:type="pct"/>
            <w:tcBorders>
              <w:top w:val="nil"/>
              <w:left w:val="nil"/>
              <w:bottom w:val="nil"/>
              <w:right w:val="nil"/>
            </w:tcBorders>
            <w:shd w:val="clear" w:color="000000" w:fill="FFFFFF"/>
            <w:vAlign w:val="center"/>
            <w:hideMark/>
          </w:tcPr>
          <w:p w14:paraId="5730341F"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6F4C6A3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22,251 (15,699)</w:t>
            </w:r>
          </w:p>
        </w:tc>
        <w:tc>
          <w:tcPr>
            <w:tcW w:w="417" w:type="pct"/>
            <w:tcBorders>
              <w:top w:val="nil"/>
              <w:left w:val="nil"/>
              <w:bottom w:val="nil"/>
              <w:right w:val="nil"/>
            </w:tcBorders>
            <w:shd w:val="clear" w:color="000000" w:fill="F2F2F2"/>
            <w:vAlign w:val="center"/>
            <w:hideMark/>
          </w:tcPr>
          <w:p w14:paraId="6193C1D4" w14:textId="77777777" w:rsidR="00EB3E01" w:rsidRPr="00693325" w:rsidRDefault="00EB3E01" w:rsidP="00EB3E01">
            <w:pPr>
              <w:jc w:val="center"/>
              <w:rPr>
                <w:rFonts w:ascii="Times New Roman" w:hAnsi="Times New Roman"/>
                <w:sz w:val="16"/>
              </w:rPr>
            </w:pPr>
            <w:r w:rsidRPr="00693325">
              <w:rPr>
                <w:rFonts w:ascii="Times New Roman" w:hAnsi="Times New Roman"/>
                <w:sz w:val="16"/>
              </w:rPr>
              <w:t xml:space="preserve">316 </w:t>
            </w:r>
          </w:p>
          <w:p w14:paraId="7C7FD9F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(1,447)</w:t>
            </w:r>
          </w:p>
        </w:tc>
        <w:tc>
          <w:tcPr>
            <w:tcW w:w="417" w:type="pct"/>
            <w:tcBorders>
              <w:top w:val="nil"/>
              <w:left w:val="nil"/>
              <w:bottom w:val="nil"/>
              <w:right w:val="nil"/>
            </w:tcBorders>
            <w:shd w:val="clear" w:color="000000" w:fill="F2F2F2"/>
            <w:vAlign w:val="center"/>
            <w:hideMark/>
          </w:tcPr>
          <w:p w14:paraId="4FDA1E3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3,402 (4,046)</w:t>
            </w:r>
          </w:p>
        </w:tc>
        <w:tc>
          <w:tcPr>
            <w:tcW w:w="417" w:type="pct"/>
            <w:tcBorders>
              <w:top w:val="nil"/>
              <w:left w:val="nil"/>
              <w:bottom w:val="nil"/>
              <w:right w:val="nil"/>
            </w:tcBorders>
            <w:shd w:val="clear" w:color="000000" w:fill="FFFFFF"/>
            <w:vAlign w:val="center"/>
            <w:hideMark/>
          </w:tcPr>
          <w:p w14:paraId="7DC702D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gridSpan w:val="2"/>
            <w:tcBorders>
              <w:top w:val="nil"/>
              <w:left w:val="nil"/>
              <w:bottom w:val="nil"/>
              <w:right w:val="nil"/>
            </w:tcBorders>
            <w:shd w:val="clear" w:color="000000" w:fill="FFFFFF"/>
            <w:vAlign w:val="center"/>
            <w:hideMark/>
          </w:tcPr>
          <w:p w14:paraId="56C5F06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02A3FBF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19,660 (16,214)</w:t>
            </w:r>
          </w:p>
        </w:tc>
        <w:tc>
          <w:tcPr>
            <w:tcW w:w="417" w:type="pct"/>
            <w:gridSpan w:val="2"/>
            <w:tcBorders>
              <w:top w:val="nil"/>
              <w:left w:val="nil"/>
              <w:bottom w:val="nil"/>
              <w:right w:val="nil"/>
            </w:tcBorders>
            <w:shd w:val="clear" w:color="000000" w:fill="F2F2F2"/>
            <w:vAlign w:val="center"/>
            <w:hideMark/>
          </w:tcPr>
          <w:p w14:paraId="680682E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12 (39)</w:t>
            </w:r>
          </w:p>
        </w:tc>
        <w:tc>
          <w:tcPr>
            <w:tcW w:w="417" w:type="pct"/>
            <w:gridSpan w:val="2"/>
            <w:tcBorders>
              <w:top w:val="nil"/>
              <w:left w:val="nil"/>
              <w:bottom w:val="nil"/>
              <w:right w:val="nil"/>
            </w:tcBorders>
            <w:shd w:val="clear" w:color="000000" w:fill="F2F2F2"/>
            <w:vAlign w:val="center"/>
            <w:hideMark/>
          </w:tcPr>
          <w:p w14:paraId="5CD7E28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6,717 (12,368)</w:t>
            </w:r>
          </w:p>
        </w:tc>
        <w:tc>
          <w:tcPr>
            <w:tcW w:w="417" w:type="pct"/>
            <w:gridSpan w:val="2"/>
            <w:tcBorders>
              <w:top w:val="nil"/>
              <w:left w:val="nil"/>
              <w:bottom w:val="nil"/>
              <w:right w:val="nil"/>
            </w:tcBorders>
            <w:shd w:val="clear" w:color="000000" w:fill="FFFFFF"/>
            <w:vAlign w:val="center"/>
            <w:hideMark/>
          </w:tcPr>
          <w:p w14:paraId="61196DD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3 (24)</w:t>
            </w:r>
          </w:p>
        </w:tc>
        <w:tc>
          <w:tcPr>
            <w:tcW w:w="414" w:type="pct"/>
            <w:gridSpan w:val="2"/>
            <w:tcBorders>
              <w:top w:val="nil"/>
              <w:left w:val="nil"/>
              <w:bottom w:val="nil"/>
              <w:right w:val="nil"/>
            </w:tcBorders>
            <w:shd w:val="clear" w:color="000000" w:fill="FFFFFF"/>
            <w:vAlign w:val="center"/>
            <w:hideMark/>
          </w:tcPr>
          <w:p w14:paraId="2798B2E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&lt;0.001</w:t>
            </w:r>
          </w:p>
        </w:tc>
      </w:tr>
      <w:tr w:rsidR="00EB3E01" w:rsidRPr="00693325" w14:paraId="7B8CADC6" w14:textId="77777777" w:rsidTr="00EB3E01">
        <w:trPr>
          <w:trHeight w:val="315"/>
        </w:trPr>
        <w:tc>
          <w:tcPr>
            <w:tcW w:w="833" w:type="pct"/>
            <w:tcBorders>
              <w:top w:val="nil"/>
              <w:left w:val="nil"/>
              <w:bottom w:val="nil"/>
              <w:right w:val="nil"/>
            </w:tcBorders>
            <w:shd w:val="clear" w:color="000000" w:fill="FFFFFF"/>
            <w:vAlign w:val="center"/>
            <w:hideMark/>
          </w:tcPr>
          <w:p w14:paraId="3CAFABB0"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3A5A5CA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897 (1,363)</w:t>
            </w:r>
          </w:p>
        </w:tc>
        <w:tc>
          <w:tcPr>
            <w:tcW w:w="417" w:type="pct"/>
            <w:tcBorders>
              <w:top w:val="nil"/>
              <w:left w:val="nil"/>
              <w:bottom w:val="nil"/>
              <w:right w:val="nil"/>
            </w:tcBorders>
            <w:shd w:val="clear" w:color="000000" w:fill="F2F2F2"/>
            <w:vAlign w:val="center"/>
            <w:hideMark/>
          </w:tcPr>
          <w:p w14:paraId="37A2153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24 (108)</w:t>
            </w:r>
          </w:p>
        </w:tc>
        <w:tc>
          <w:tcPr>
            <w:tcW w:w="417" w:type="pct"/>
            <w:tcBorders>
              <w:top w:val="nil"/>
              <w:left w:val="nil"/>
              <w:bottom w:val="nil"/>
              <w:right w:val="nil"/>
            </w:tcBorders>
            <w:shd w:val="clear" w:color="000000" w:fill="F2F2F2"/>
            <w:vAlign w:val="center"/>
            <w:hideMark/>
          </w:tcPr>
          <w:p w14:paraId="6015AE6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183 (369)</w:t>
            </w:r>
          </w:p>
        </w:tc>
        <w:tc>
          <w:tcPr>
            <w:tcW w:w="417" w:type="pct"/>
            <w:tcBorders>
              <w:top w:val="nil"/>
              <w:left w:val="nil"/>
              <w:bottom w:val="nil"/>
              <w:right w:val="nil"/>
            </w:tcBorders>
            <w:shd w:val="clear" w:color="000000" w:fill="FFFFFF"/>
            <w:vAlign w:val="center"/>
            <w:hideMark/>
          </w:tcPr>
          <w:p w14:paraId="3AD1BA08"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w:t>
            </w:r>
            <w:r w:rsidRPr="00693325">
              <w:rPr>
                <w:rFonts w:ascii="Times New Roman" w:hAnsi="Times New Roman"/>
                <w:color w:val="000000"/>
                <w:sz w:val="16"/>
                <w:szCs w:val="16"/>
              </w:rPr>
              <w:t xml:space="preserve"> (0)</w:t>
            </w:r>
          </w:p>
        </w:tc>
        <w:tc>
          <w:tcPr>
            <w:tcW w:w="417" w:type="pct"/>
            <w:gridSpan w:val="2"/>
            <w:tcBorders>
              <w:top w:val="nil"/>
              <w:left w:val="nil"/>
              <w:bottom w:val="nil"/>
              <w:right w:val="nil"/>
            </w:tcBorders>
            <w:shd w:val="clear" w:color="000000" w:fill="FFFFFF"/>
            <w:vAlign w:val="center"/>
            <w:hideMark/>
          </w:tcPr>
          <w:p w14:paraId="1ADA995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4F39E05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7A616BB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066DFEB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44D22F1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 (0)</w:t>
            </w:r>
          </w:p>
        </w:tc>
        <w:tc>
          <w:tcPr>
            <w:tcW w:w="414" w:type="pct"/>
            <w:gridSpan w:val="2"/>
            <w:tcBorders>
              <w:top w:val="nil"/>
              <w:left w:val="nil"/>
              <w:bottom w:val="nil"/>
              <w:right w:val="nil"/>
            </w:tcBorders>
            <w:shd w:val="clear" w:color="000000" w:fill="FFFFFF"/>
            <w:vAlign w:val="center"/>
            <w:hideMark/>
          </w:tcPr>
          <w:p w14:paraId="4E645E9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w:t>
            </w:r>
          </w:p>
        </w:tc>
      </w:tr>
      <w:tr w:rsidR="00EB3E01" w:rsidRPr="00693325" w14:paraId="75E34DA4" w14:textId="77777777" w:rsidTr="00EB3E01">
        <w:trPr>
          <w:trHeight w:val="68"/>
        </w:trPr>
        <w:tc>
          <w:tcPr>
            <w:tcW w:w="833" w:type="pct"/>
            <w:tcBorders>
              <w:top w:val="nil"/>
              <w:left w:val="nil"/>
              <w:bottom w:val="nil"/>
              <w:right w:val="nil"/>
            </w:tcBorders>
            <w:shd w:val="clear" w:color="000000" w:fill="FFFFFF"/>
            <w:vAlign w:val="center"/>
            <w:hideMark/>
          </w:tcPr>
          <w:p w14:paraId="5EF3819C" w14:textId="77777777" w:rsidR="00EB3E01" w:rsidRPr="00693325" w:rsidRDefault="00EB3E01" w:rsidP="00EB3E01">
            <w:pPr>
              <w:rPr>
                <w:rFonts w:ascii="Times New Roman" w:hAnsi="Times New Roman"/>
                <w:b/>
                <w:bCs/>
                <w:color w:val="000000"/>
                <w:sz w:val="16"/>
                <w:szCs w:val="16"/>
                <w:u w:val="single"/>
              </w:rPr>
            </w:pPr>
            <w:r w:rsidRPr="00693325">
              <w:rPr>
                <w:rFonts w:ascii="Times New Roman" w:hAnsi="Times New Roman"/>
                <w:b/>
                <w:bCs/>
                <w:color w:val="000000"/>
                <w:sz w:val="16"/>
                <w:u w:val="single"/>
              </w:rPr>
              <w:t xml:space="preserve">Outpatient ($), mean (SD) </w:t>
            </w:r>
          </w:p>
        </w:tc>
        <w:tc>
          <w:tcPr>
            <w:tcW w:w="417" w:type="pct"/>
            <w:tcBorders>
              <w:top w:val="nil"/>
              <w:left w:val="nil"/>
              <w:bottom w:val="nil"/>
              <w:right w:val="nil"/>
            </w:tcBorders>
            <w:shd w:val="clear" w:color="000000" w:fill="F2F2F2"/>
            <w:vAlign w:val="center"/>
            <w:hideMark/>
          </w:tcPr>
          <w:p w14:paraId="3EC0211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11,904 (48,496)</w:t>
            </w:r>
          </w:p>
        </w:tc>
        <w:tc>
          <w:tcPr>
            <w:tcW w:w="417" w:type="pct"/>
            <w:tcBorders>
              <w:top w:val="nil"/>
              <w:left w:val="nil"/>
              <w:bottom w:val="nil"/>
              <w:right w:val="nil"/>
            </w:tcBorders>
            <w:shd w:val="clear" w:color="000000" w:fill="F2F2F2"/>
            <w:vAlign w:val="center"/>
            <w:hideMark/>
          </w:tcPr>
          <w:p w14:paraId="6BC2BDB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141 (267)</w:t>
            </w:r>
          </w:p>
        </w:tc>
        <w:tc>
          <w:tcPr>
            <w:tcW w:w="417" w:type="pct"/>
            <w:tcBorders>
              <w:top w:val="nil"/>
              <w:left w:val="nil"/>
              <w:bottom w:val="nil"/>
              <w:right w:val="nil"/>
            </w:tcBorders>
            <w:shd w:val="clear" w:color="000000" w:fill="F2F2F2"/>
            <w:vAlign w:val="center"/>
            <w:hideMark/>
          </w:tcPr>
          <w:p w14:paraId="28F4ABB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787 (1,949)</w:t>
            </w:r>
          </w:p>
        </w:tc>
        <w:tc>
          <w:tcPr>
            <w:tcW w:w="417" w:type="pct"/>
            <w:tcBorders>
              <w:top w:val="nil"/>
              <w:left w:val="nil"/>
              <w:bottom w:val="nil"/>
              <w:right w:val="nil"/>
            </w:tcBorders>
            <w:shd w:val="clear" w:color="000000" w:fill="FFFFFF"/>
            <w:vAlign w:val="center"/>
            <w:hideMark/>
          </w:tcPr>
          <w:p w14:paraId="4D6D233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22 (38)</w:t>
            </w:r>
          </w:p>
        </w:tc>
        <w:tc>
          <w:tcPr>
            <w:tcW w:w="417" w:type="pct"/>
            <w:gridSpan w:val="2"/>
            <w:tcBorders>
              <w:top w:val="nil"/>
              <w:left w:val="nil"/>
              <w:bottom w:val="nil"/>
              <w:right w:val="nil"/>
            </w:tcBorders>
            <w:shd w:val="clear" w:color="000000" w:fill="FFFFFF"/>
            <w:vAlign w:val="center"/>
            <w:hideMark/>
          </w:tcPr>
          <w:p w14:paraId="6EEBC4B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65E7CB3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649 (1,294)</w:t>
            </w:r>
          </w:p>
        </w:tc>
        <w:tc>
          <w:tcPr>
            <w:tcW w:w="417" w:type="pct"/>
            <w:gridSpan w:val="2"/>
            <w:tcBorders>
              <w:top w:val="nil"/>
              <w:left w:val="nil"/>
              <w:bottom w:val="nil"/>
              <w:right w:val="nil"/>
            </w:tcBorders>
            <w:shd w:val="clear" w:color="000000" w:fill="F2F2F2"/>
            <w:vAlign w:val="center"/>
            <w:hideMark/>
          </w:tcPr>
          <w:p w14:paraId="086B281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93 (230)</w:t>
            </w:r>
          </w:p>
        </w:tc>
        <w:tc>
          <w:tcPr>
            <w:tcW w:w="417" w:type="pct"/>
            <w:gridSpan w:val="2"/>
            <w:tcBorders>
              <w:top w:val="nil"/>
              <w:left w:val="nil"/>
              <w:bottom w:val="nil"/>
              <w:right w:val="nil"/>
            </w:tcBorders>
            <w:shd w:val="clear" w:color="000000" w:fill="F2F2F2"/>
            <w:vAlign w:val="center"/>
            <w:hideMark/>
          </w:tcPr>
          <w:p w14:paraId="11EDB58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174 (244)</w:t>
            </w:r>
          </w:p>
        </w:tc>
        <w:tc>
          <w:tcPr>
            <w:tcW w:w="417" w:type="pct"/>
            <w:gridSpan w:val="2"/>
            <w:tcBorders>
              <w:top w:val="nil"/>
              <w:left w:val="nil"/>
              <w:bottom w:val="nil"/>
              <w:right w:val="nil"/>
            </w:tcBorders>
            <w:shd w:val="clear" w:color="000000" w:fill="FFFFFF"/>
            <w:vAlign w:val="center"/>
            <w:hideMark/>
          </w:tcPr>
          <w:p w14:paraId="675AA8B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57 (184)</w:t>
            </w:r>
          </w:p>
        </w:tc>
        <w:tc>
          <w:tcPr>
            <w:tcW w:w="414" w:type="pct"/>
            <w:gridSpan w:val="2"/>
            <w:tcBorders>
              <w:top w:val="nil"/>
              <w:left w:val="nil"/>
              <w:bottom w:val="nil"/>
              <w:right w:val="nil"/>
            </w:tcBorders>
            <w:shd w:val="clear" w:color="000000" w:fill="FFFFFF"/>
            <w:vAlign w:val="center"/>
            <w:hideMark/>
          </w:tcPr>
          <w:p w14:paraId="1C07E4D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0.051</w:t>
            </w:r>
          </w:p>
        </w:tc>
      </w:tr>
      <w:tr w:rsidR="00EB3E01" w:rsidRPr="00693325" w14:paraId="38ECDE24" w14:textId="77777777" w:rsidTr="00EB3E01">
        <w:trPr>
          <w:trHeight w:val="288"/>
        </w:trPr>
        <w:tc>
          <w:tcPr>
            <w:tcW w:w="833" w:type="pct"/>
            <w:tcBorders>
              <w:top w:val="nil"/>
              <w:left w:val="nil"/>
              <w:bottom w:val="nil"/>
              <w:right w:val="nil"/>
            </w:tcBorders>
            <w:shd w:val="clear" w:color="000000" w:fill="FFFFFF"/>
            <w:vAlign w:val="center"/>
            <w:hideMark/>
          </w:tcPr>
          <w:p w14:paraId="2C26939A"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5EF93AB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11,759 (48,491)</w:t>
            </w:r>
          </w:p>
        </w:tc>
        <w:tc>
          <w:tcPr>
            <w:tcW w:w="417" w:type="pct"/>
            <w:tcBorders>
              <w:top w:val="nil"/>
              <w:left w:val="nil"/>
              <w:bottom w:val="nil"/>
              <w:right w:val="nil"/>
            </w:tcBorders>
            <w:shd w:val="clear" w:color="000000" w:fill="F2F2F2"/>
            <w:vAlign w:val="center"/>
            <w:hideMark/>
          </w:tcPr>
          <w:p w14:paraId="1A4E21B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121 (236)</w:t>
            </w:r>
          </w:p>
        </w:tc>
        <w:tc>
          <w:tcPr>
            <w:tcW w:w="417" w:type="pct"/>
            <w:tcBorders>
              <w:top w:val="nil"/>
              <w:left w:val="nil"/>
              <w:bottom w:val="nil"/>
              <w:right w:val="nil"/>
            </w:tcBorders>
            <w:shd w:val="clear" w:color="000000" w:fill="F2F2F2"/>
            <w:vAlign w:val="center"/>
            <w:hideMark/>
          </w:tcPr>
          <w:p w14:paraId="426F91B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751 (1,945)</w:t>
            </w:r>
          </w:p>
        </w:tc>
        <w:tc>
          <w:tcPr>
            <w:tcW w:w="417" w:type="pct"/>
            <w:tcBorders>
              <w:top w:val="nil"/>
              <w:left w:val="nil"/>
              <w:bottom w:val="nil"/>
              <w:right w:val="nil"/>
            </w:tcBorders>
            <w:shd w:val="clear" w:color="000000" w:fill="FFFFFF"/>
            <w:vAlign w:val="center"/>
            <w:hideMark/>
          </w:tcPr>
          <w:p w14:paraId="4D36E4F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17 (31)</w:t>
            </w:r>
          </w:p>
        </w:tc>
        <w:tc>
          <w:tcPr>
            <w:tcW w:w="417" w:type="pct"/>
            <w:gridSpan w:val="2"/>
            <w:tcBorders>
              <w:top w:val="nil"/>
              <w:left w:val="nil"/>
              <w:bottom w:val="nil"/>
              <w:right w:val="nil"/>
            </w:tcBorders>
            <w:shd w:val="clear" w:color="000000" w:fill="FFFFFF"/>
            <w:vAlign w:val="center"/>
            <w:hideMark/>
          </w:tcPr>
          <w:p w14:paraId="4DFAA16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230E1BA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649 (1,294)</w:t>
            </w:r>
          </w:p>
        </w:tc>
        <w:tc>
          <w:tcPr>
            <w:tcW w:w="417" w:type="pct"/>
            <w:gridSpan w:val="2"/>
            <w:tcBorders>
              <w:top w:val="nil"/>
              <w:left w:val="nil"/>
              <w:bottom w:val="nil"/>
              <w:right w:val="nil"/>
            </w:tcBorders>
            <w:shd w:val="clear" w:color="000000" w:fill="F2F2F2"/>
            <w:vAlign w:val="center"/>
            <w:hideMark/>
          </w:tcPr>
          <w:p w14:paraId="6F476A1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93 (230)</w:t>
            </w:r>
          </w:p>
        </w:tc>
        <w:tc>
          <w:tcPr>
            <w:tcW w:w="417" w:type="pct"/>
            <w:gridSpan w:val="2"/>
            <w:tcBorders>
              <w:top w:val="nil"/>
              <w:left w:val="nil"/>
              <w:bottom w:val="nil"/>
              <w:right w:val="nil"/>
            </w:tcBorders>
            <w:shd w:val="clear" w:color="000000" w:fill="F2F2F2"/>
            <w:vAlign w:val="center"/>
            <w:hideMark/>
          </w:tcPr>
          <w:p w14:paraId="21BF17A8"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174 (244)</w:t>
            </w:r>
          </w:p>
        </w:tc>
        <w:tc>
          <w:tcPr>
            <w:tcW w:w="417" w:type="pct"/>
            <w:gridSpan w:val="2"/>
            <w:tcBorders>
              <w:top w:val="nil"/>
              <w:left w:val="nil"/>
              <w:bottom w:val="nil"/>
              <w:right w:val="nil"/>
            </w:tcBorders>
            <w:shd w:val="clear" w:color="000000" w:fill="FFFFFF"/>
            <w:vAlign w:val="center"/>
            <w:hideMark/>
          </w:tcPr>
          <w:p w14:paraId="3AFB4D3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57 (184)</w:t>
            </w:r>
          </w:p>
        </w:tc>
        <w:tc>
          <w:tcPr>
            <w:tcW w:w="414" w:type="pct"/>
            <w:gridSpan w:val="2"/>
            <w:tcBorders>
              <w:top w:val="nil"/>
              <w:left w:val="nil"/>
              <w:bottom w:val="nil"/>
              <w:right w:val="nil"/>
            </w:tcBorders>
            <w:shd w:val="clear" w:color="000000" w:fill="FFFFFF"/>
            <w:vAlign w:val="center"/>
            <w:hideMark/>
          </w:tcPr>
          <w:p w14:paraId="55CD1D6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0.051</w:t>
            </w:r>
          </w:p>
        </w:tc>
      </w:tr>
      <w:tr w:rsidR="00EB3E01" w:rsidRPr="00693325" w14:paraId="0304081D" w14:textId="77777777" w:rsidTr="00EB3E01">
        <w:trPr>
          <w:trHeight w:val="68"/>
        </w:trPr>
        <w:tc>
          <w:tcPr>
            <w:tcW w:w="833" w:type="pct"/>
            <w:tcBorders>
              <w:top w:val="nil"/>
              <w:left w:val="nil"/>
              <w:bottom w:val="nil"/>
              <w:right w:val="nil"/>
            </w:tcBorders>
            <w:shd w:val="clear" w:color="000000" w:fill="FFFFFF"/>
            <w:vAlign w:val="center"/>
            <w:hideMark/>
          </w:tcPr>
          <w:p w14:paraId="7212E4FD"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59E7BCE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145 (240)</w:t>
            </w:r>
          </w:p>
        </w:tc>
        <w:tc>
          <w:tcPr>
            <w:tcW w:w="417" w:type="pct"/>
            <w:tcBorders>
              <w:top w:val="nil"/>
              <w:left w:val="nil"/>
              <w:bottom w:val="nil"/>
              <w:right w:val="nil"/>
            </w:tcBorders>
            <w:shd w:val="clear" w:color="000000" w:fill="F2F2F2"/>
            <w:vAlign w:val="center"/>
            <w:hideMark/>
          </w:tcPr>
          <w:p w14:paraId="2A47325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20 (57)</w:t>
            </w:r>
          </w:p>
        </w:tc>
        <w:tc>
          <w:tcPr>
            <w:tcW w:w="417" w:type="pct"/>
            <w:tcBorders>
              <w:top w:val="nil"/>
              <w:left w:val="nil"/>
              <w:bottom w:val="nil"/>
              <w:right w:val="nil"/>
            </w:tcBorders>
            <w:shd w:val="clear" w:color="000000" w:fill="F2F2F2"/>
            <w:vAlign w:val="center"/>
            <w:hideMark/>
          </w:tcPr>
          <w:p w14:paraId="08637C4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36 (64)</w:t>
            </w:r>
          </w:p>
        </w:tc>
        <w:tc>
          <w:tcPr>
            <w:tcW w:w="417" w:type="pct"/>
            <w:tcBorders>
              <w:top w:val="nil"/>
              <w:left w:val="nil"/>
              <w:bottom w:val="nil"/>
              <w:right w:val="nil"/>
            </w:tcBorders>
            <w:shd w:val="clear" w:color="000000" w:fill="FFFFFF"/>
            <w:vAlign w:val="center"/>
            <w:hideMark/>
          </w:tcPr>
          <w:p w14:paraId="6BA300D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5 (11)</w:t>
            </w:r>
          </w:p>
        </w:tc>
        <w:tc>
          <w:tcPr>
            <w:tcW w:w="417" w:type="pct"/>
            <w:gridSpan w:val="2"/>
            <w:tcBorders>
              <w:top w:val="nil"/>
              <w:left w:val="nil"/>
              <w:bottom w:val="nil"/>
              <w:right w:val="nil"/>
            </w:tcBorders>
            <w:shd w:val="clear" w:color="000000" w:fill="FFFFFF"/>
            <w:vAlign w:val="center"/>
            <w:hideMark/>
          </w:tcPr>
          <w:p w14:paraId="676309A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5D76EAB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3617698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3B37AA2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61881CD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 (0)</w:t>
            </w:r>
          </w:p>
        </w:tc>
        <w:tc>
          <w:tcPr>
            <w:tcW w:w="414" w:type="pct"/>
            <w:gridSpan w:val="2"/>
            <w:tcBorders>
              <w:top w:val="nil"/>
              <w:left w:val="nil"/>
              <w:bottom w:val="nil"/>
              <w:right w:val="nil"/>
            </w:tcBorders>
            <w:shd w:val="clear" w:color="000000" w:fill="FFFFFF"/>
            <w:vAlign w:val="center"/>
            <w:hideMark/>
          </w:tcPr>
          <w:p w14:paraId="3DC67F0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w:t>
            </w:r>
          </w:p>
        </w:tc>
      </w:tr>
      <w:tr w:rsidR="00EB3E01" w:rsidRPr="00693325" w14:paraId="4A919A9D" w14:textId="77777777" w:rsidTr="00EB3E01">
        <w:trPr>
          <w:trHeight w:val="280"/>
        </w:trPr>
        <w:tc>
          <w:tcPr>
            <w:tcW w:w="833" w:type="pct"/>
            <w:tcBorders>
              <w:top w:val="nil"/>
              <w:left w:val="nil"/>
              <w:bottom w:val="nil"/>
              <w:right w:val="nil"/>
            </w:tcBorders>
            <w:shd w:val="clear" w:color="000000" w:fill="FFFFFF"/>
            <w:vAlign w:val="center"/>
            <w:hideMark/>
          </w:tcPr>
          <w:p w14:paraId="4CB7E879" w14:textId="77777777" w:rsidR="00EB3E01" w:rsidRPr="00693325" w:rsidRDefault="00EB3E01" w:rsidP="00EB3E01">
            <w:pPr>
              <w:rPr>
                <w:rFonts w:ascii="Times New Roman" w:hAnsi="Times New Roman"/>
                <w:b/>
                <w:bCs/>
                <w:color w:val="000000"/>
                <w:sz w:val="16"/>
                <w:szCs w:val="16"/>
              </w:rPr>
            </w:pPr>
            <w:r w:rsidRPr="00693325">
              <w:rPr>
                <w:rFonts w:ascii="Times New Roman" w:hAnsi="Times New Roman"/>
                <w:b/>
                <w:bCs/>
                <w:color w:val="000000"/>
                <w:sz w:val="16"/>
              </w:rPr>
              <w:t xml:space="preserve">ED visit ($), mean (SD)  </w:t>
            </w:r>
          </w:p>
        </w:tc>
        <w:tc>
          <w:tcPr>
            <w:tcW w:w="417" w:type="pct"/>
            <w:tcBorders>
              <w:top w:val="nil"/>
              <w:left w:val="nil"/>
              <w:bottom w:val="nil"/>
              <w:right w:val="nil"/>
            </w:tcBorders>
            <w:shd w:val="clear" w:color="000000" w:fill="F2F2F2"/>
            <w:vAlign w:val="center"/>
            <w:hideMark/>
          </w:tcPr>
          <w:p w14:paraId="465E3CA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158 (393)</w:t>
            </w:r>
          </w:p>
        </w:tc>
        <w:tc>
          <w:tcPr>
            <w:tcW w:w="417" w:type="pct"/>
            <w:tcBorders>
              <w:top w:val="nil"/>
              <w:left w:val="nil"/>
              <w:bottom w:val="nil"/>
              <w:right w:val="nil"/>
            </w:tcBorders>
            <w:shd w:val="clear" w:color="000000" w:fill="F2F2F2"/>
            <w:vAlign w:val="center"/>
            <w:hideMark/>
          </w:tcPr>
          <w:p w14:paraId="284ABE1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9 (39)</w:t>
            </w:r>
          </w:p>
        </w:tc>
        <w:tc>
          <w:tcPr>
            <w:tcW w:w="417" w:type="pct"/>
            <w:tcBorders>
              <w:top w:val="nil"/>
              <w:left w:val="nil"/>
              <w:bottom w:val="nil"/>
              <w:right w:val="nil"/>
            </w:tcBorders>
            <w:shd w:val="clear" w:color="000000" w:fill="F2F2F2"/>
            <w:vAlign w:val="center"/>
            <w:hideMark/>
          </w:tcPr>
          <w:p w14:paraId="566A90B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29 (82)</w:t>
            </w:r>
          </w:p>
        </w:tc>
        <w:tc>
          <w:tcPr>
            <w:tcW w:w="417" w:type="pct"/>
            <w:tcBorders>
              <w:top w:val="nil"/>
              <w:left w:val="nil"/>
              <w:bottom w:val="nil"/>
              <w:right w:val="nil"/>
            </w:tcBorders>
            <w:shd w:val="clear" w:color="000000" w:fill="FFFFFF"/>
            <w:vAlign w:val="center"/>
            <w:hideMark/>
          </w:tcPr>
          <w:p w14:paraId="513F27C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1 (4)</w:t>
            </w:r>
          </w:p>
        </w:tc>
        <w:tc>
          <w:tcPr>
            <w:tcW w:w="417" w:type="pct"/>
            <w:gridSpan w:val="2"/>
            <w:tcBorders>
              <w:top w:val="nil"/>
              <w:left w:val="nil"/>
              <w:bottom w:val="nil"/>
              <w:right w:val="nil"/>
            </w:tcBorders>
            <w:shd w:val="clear" w:color="000000" w:fill="FFFFFF"/>
            <w:vAlign w:val="center"/>
            <w:hideMark/>
          </w:tcPr>
          <w:p w14:paraId="7EE4FE7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0.001</w:t>
            </w:r>
          </w:p>
        </w:tc>
        <w:tc>
          <w:tcPr>
            <w:tcW w:w="417" w:type="pct"/>
            <w:gridSpan w:val="2"/>
            <w:tcBorders>
              <w:top w:val="nil"/>
              <w:left w:val="nil"/>
              <w:bottom w:val="nil"/>
              <w:right w:val="nil"/>
            </w:tcBorders>
            <w:shd w:val="clear" w:color="000000" w:fill="F2F2F2"/>
            <w:vAlign w:val="center"/>
            <w:hideMark/>
          </w:tcPr>
          <w:p w14:paraId="3201FB0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145 (498)</w:t>
            </w:r>
          </w:p>
        </w:tc>
        <w:tc>
          <w:tcPr>
            <w:tcW w:w="417" w:type="pct"/>
            <w:gridSpan w:val="2"/>
            <w:tcBorders>
              <w:top w:val="nil"/>
              <w:left w:val="nil"/>
              <w:bottom w:val="nil"/>
              <w:right w:val="nil"/>
            </w:tcBorders>
            <w:shd w:val="clear" w:color="000000" w:fill="F2F2F2"/>
            <w:vAlign w:val="center"/>
            <w:hideMark/>
          </w:tcPr>
          <w:p w14:paraId="110854E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 (2)</w:t>
            </w:r>
          </w:p>
        </w:tc>
        <w:tc>
          <w:tcPr>
            <w:tcW w:w="417" w:type="pct"/>
            <w:gridSpan w:val="2"/>
            <w:tcBorders>
              <w:top w:val="nil"/>
              <w:left w:val="nil"/>
              <w:bottom w:val="nil"/>
              <w:right w:val="nil"/>
            </w:tcBorders>
            <w:shd w:val="clear" w:color="000000" w:fill="F2F2F2"/>
            <w:vAlign w:val="center"/>
            <w:hideMark/>
          </w:tcPr>
          <w:p w14:paraId="07AEB49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10 (23)</w:t>
            </w:r>
          </w:p>
        </w:tc>
        <w:tc>
          <w:tcPr>
            <w:tcW w:w="417" w:type="pct"/>
            <w:gridSpan w:val="2"/>
            <w:tcBorders>
              <w:top w:val="nil"/>
              <w:left w:val="nil"/>
              <w:bottom w:val="nil"/>
              <w:right w:val="nil"/>
            </w:tcBorders>
            <w:shd w:val="clear" w:color="000000" w:fill="FFFFFF"/>
            <w:vAlign w:val="center"/>
            <w:hideMark/>
          </w:tcPr>
          <w:p w14:paraId="5453741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1 (3)</w:t>
            </w:r>
          </w:p>
        </w:tc>
        <w:tc>
          <w:tcPr>
            <w:tcW w:w="414" w:type="pct"/>
            <w:gridSpan w:val="2"/>
            <w:tcBorders>
              <w:top w:val="nil"/>
              <w:left w:val="nil"/>
              <w:bottom w:val="nil"/>
              <w:right w:val="nil"/>
            </w:tcBorders>
            <w:shd w:val="clear" w:color="000000" w:fill="FFFFFF"/>
            <w:vAlign w:val="center"/>
            <w:hideMark/>
          </w:tcPr>
          <w:p w14:paraId="2099E27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0.002</w:t>
            </w:r>
          </w:p>
        </w:tc>
      </w:tr>
      <w:tr w:rsidR="00EB3E01" w:rsidRPr="00693325" w14:paraId="7BCE50A2" w14:textId="77777777" w:rsidTr="00EB3E01">
        <w:trPr>
          <w:trHeight w:val="280"/>
        </w:trPr>
        <w:tc>
          <w:tcPr>
            <w:tcW w:w="833" w:type="pct"/>
            <w:tcBorders>
              <w:top w:val="nil"/>
              <w:left w:val="nil"/>
              <w:bottom w:val="nil"/>
              <w:right w:val="nil"/>
            </w:tcBorders>
            <w:shd w:val="clear" w:color="000000" w:fill="FFFFFF"/>
            <w:vAlign w:val="center"/>
            <w:hideMark/>
          </w:tcPr>
          <w:p w14:paraId="4EE55964"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4FA341C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136 (328)</w:t>
            </w:r>
          </w:p>
        </w:tc>
        <w:tc>
          <w:tcPr>
            <w:tcW w:w="417" w:type="pct"/>
            <w:tcBorders>
              <w:top w:val="nil"/>
              <w:left w:val="nil"/>
              <w:bottom w:val="nil"/>
              <w:right w:val="nil"/>
            </w:tcBorders>
            <w:shd w:val="clear" w:color="000000" w:fill="F2F2F2"/>
            <w:vAlign w:val="center"/>
            <w:hideMark/>
          </w:tcPr>
          <w:p w14:paraId="451FFB3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9 (39)</w:t>
            </w:r>
          </w:p>
        </w:tc>
        <w:tc>
          <w:tcPr>
            <w:tcW w:w="417" w:type="pct"/>
            <w:tcBorders>
              <w:top w:val="nil"/>
              <w:left w:val="nil"/>
              <w:bottom w:val="nil"/>
              <w:right w:val="nil"/>
            </w:tcBorders>
            <w:shd w:val="clear" w:color="000000" w:fill="F2F2F2"/>
            <w:vAlign w:val="center"/>
            <w:hideMark/>
          </w:tcPr>
          <w:p w14:paraId="76F61B9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26 (72)</w:t>
            </w:r>
          </w:p>
        </w:tc>
        <w:tc>
          <w:tcPr>
            <w:tcW w:w="417" w:type="pct"/>
            <w:tcBorders>
              <w:top w:val="nil"/>
              <w:left w:val="nil"/>
              <w:bottom w:val="nil"/>
              <w:right w:val="nil"/>
            </w:tcBorders>
            <w:shd w:val="clear" w:color="000000" w:fill="FFFFFF"/>
            <w:vAlign w:val="center"/>
            <w:hideMark/>
          </w:tcPr>
          <w:p w14:paraId="5A8E48A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1 (4)</w:t>
            </w:r>
          </w:p>
        </w:tc>
        <w:tc>
          <w:tcPr>
            <w:tcW w:w="417" w:type="pct"/>
            <w:gridSpan w:val="2"/>
            <w:tcBorders>
              <w:top w:val="nil"/>
              <w:left w:val="nil"/>
              <w:bottom w:val="nil"/>
              <w:right w:val="nil"/>
            </w:tcBorders>
            <w:shd w:val="clear" w:color="000000" w:fill="FFFFFF"/>
            <w:vAlign w:val="center"/>
            <w:hideMark/>
          </w:tcPr>
          <w:p w14:paraId="1F86EB6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16012D4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145 (498)</w:t>
            </w:r>
          </w:p>
        </w:tc>
        <w:tc>
          <w:tcPr>
            <w:tcW w:w="417" w:type="pct"/>
            <w:gridSpan w:val="2"/>
            <w:tcBorders>
              <w:top w:val="nil"/>
              <w:left w:val="nil"/>
              <w:bottom w:val="nil"/>
              <w:right w:val="nil"/>
            </w:tcBorders>
            <w:shd w:val="clear" w:color="000000" w:fill="F2F2F2"/>
            <w:vAlign w:val="center"/>
            <w:hideMark/>
          </w:tcPr>
          <w:p w14:paraId="4633B1D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 (2)</w:t>
            </w:r>
          </w:p>
        </w:tc>
        <w:tc>
          <w:tcPr>
            <w:tcW w:w="417" w:type="pct"/>
            <w:gridSpan w:val="2"/>
            <w:tcBorders>
              <w:top w:val="nil"/>
              <w:left w:val="nil"/>
              <w:bottom w:val="nil"/>
              <w:right w:val="nil"/>
            </w:tcBorders>
            <w:shd w:val="clear" w:color="000000" w:fill="F2F2F2"/>
            <w:vAlign w:val="center"/>
            <w:hideMark/>
          </w:tcPr>
          <w:p w14:paraId="483B9C1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10 (23)</w:t>
            </w:r>
          </w:p>
        </w:tc>
        <w:tc>
          <w:tcPr>
            <w:tcW w:w="417" w:type="pct"/>
            <w:gridSpan w:val="2"/>
            <w:tcBorders>
              <w:top w:val="nil"/>
              <w:left w:val="nil"/>
              <w:bottom w:val="nil"/>
              <w:right w:val="nil"/>
            </w:tcBorders>
            <w:shd w:val="clear" w:color="000000" w:fill="FFFFFF"/>
            <w:vAlign w:val="center"/>
            <w:hideMark/>
          </w:tcPr>
          <w:p w14:paraId="31E0F82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1 (3)</w:t>
            </w:r>
          </w:p>
        </w:tc>
        <w:tc>
          <w:tcPr>
            <w:tcW w:w="414" w:type="pct"/>
            <w:gridSpan w:val="2"/>
            <w:tcBorders>
              <w:top w:val="nil"/>
              <w:left w:val="nil"/>
              <w:bottom w:val="nil"/>
              <w:right w:val="nil"/>
            </w:tcBorders>
            <w:shd w:val="clear" w:color="000000" w:fill="FFFFFF"/>
            <w:vAlign w:val="center"/>
            <w:hideMark/>
          </w:tcPr>
          <w:p w14:paraId="1E9CAE1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0.002</w:t>
            </w:r>
          </w:p>
        </w:tc>
      </w:tr>
      <w:tr w:rsidR="00EB3E01" w:rsidRPr="00693325" w14:paraId="7C49B592" w14:textId="77777777" w:rsidTr="00EB3E01">
        <w:trPr>
          <w:trHeight w:val="280"/>
        </w:trPr>
        <w:tc>
          <w:tcPr>
            <w:tcW w:w="833" w:type="pct"/>
            <w:tcBorders>
              <w:top w:val="nil"/>
              <w:left w:val="nil"/>
              <w:bottom w:val="nil"/>
              <w:right w:val="nil"/>
            </w:tcBorders>
            <w:shd w:val="clear" w:color="000000" w:fill="FFFFFF"/>
            <w:vAlign w:val="center"/>
            <w:hideMark/>
          </w:tcPr>
          <w:p w14:paraId="34F8593A"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3683E20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23 (67)</w:t>
            </w:r>
          </w:p>
        </w:tc>
        <w:tc>
          <w:tcPr>
            <w:tcW w:w="417" w:type="pct"/>
            <w:tcBorders>
              <w:top w:val="nil"/>
              <w:left w:val="nil"/>
              <w:bottom w:val="nil"/>
              <w:right w:val="nil"/>
            </w:tcBorders>
            <w:shd w:val="clear" w:color="000000" w:fill="F2F2F2"/>
            <w:vAlign w:val="center"/>
            <w:hideMark/>
          </w:tcPr>
          <w:p w14:paraId="7C823BB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tcBorders>
              <w:top w:val="nil"/>
              <w:left w:val="nil"/>
              <w:bottom w:val="nil"/>
              <w:right w:val="nil"/>
            </w:tcBorders>
            <w:shd w:val="clear" w:color="000000" w:fill="F2F2F2"/>
            <w:vAlign w:val="center"/>
            <w:hideMark/>
          </w:tcPr>
          <w:p w14:paraId="2B38F4C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 (13)</w:t>
            </w:r>
          </w:p>
        </w:tc>
        <w:tc>
          <w:tcPr>
            <w:tcW w:w="417" w:type="pct"/>
            <w:tcBorders>
              <w:top w:val="nil"/>
              <w:left w:val="nil"/>
              <w:bottom w:val="nil"/>
              <w:right w:val="nil"/>
            </w:tcBorders>
            <w:shd w:val="clear" w:color="000000" w:fill="FFFFFF"/>
            <w:vAlign w:val="center"/>
            <w:hideMark/>
          </w:tcPr>
          <w:p w14:paraId="431268E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 (1)</w:t>
            </w:r>
          </w:p>
        </w:tc>
        <w:tc>
          <w:tcPr>
            <w:tcW w:w="417" w:type="pct"/>
            <w:gridSpan w:val="2"/>
            <w:tcBorders>
              <w:top w:val="nil"/>
              <w:left w:val="nil"/>
              <w:bottom w:val="nil"/>
              <w:right w:val="nil"/>
            </w:tcBorders>
            <w:shd w:val="clear" w:color="000000" w:fill="FFFFFF"/>
            <w:vAlign w:val="center"/>
            <w:hideMark/>
          </w:tcPr>
          <w:p w14:paraId="344F492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0.012</w:t>
            </w:r>
          </w:p>
        </w:tc>
        <w:tc>
          <w:tcPr>
            <w:tcW w:w="417" w:type="pct"/>
            <w:gridSpan w:val="2"/>
            <w:tcBorders>
              <w:top w:val="nil"/>
              <w:left w:val="nil"/>
              <w:bottom w:val="nil"/>
              <w:right w:val="nil"/>
            </w:tcBorders>
            <w:shd w:val="clear" w:color="000000" w:fill="F2F2F2"/>
            <w:vAlign w:val="center"/>
            <w:hideMark/>
          </w:tcPr>
          <w:p w14:paraId="60B516F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1E3F8A88"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06B233B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7D77933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 (0)</w:t>
            </w:r>
          </w:p>
        </w:tc>
        <w:tc>
          <w:tcPr>
            <w:tcW w:w="414" w:type="pct"/>
            <w:gridSpan w:val="2"/>
            <w:tcBorders>
              <w:top w:val="nil"/>
              <w:left w:val="nil"/>
              <w:bottom w:val="nil"/>
              <w:right w:val="nil"/>
            </w:tcBorders>
            <w:shd w:val="clear" w:color="000000" w:fill="FFFFFF"/>
            <w:vAlign w:val="center"/>
            <w:hideMark/>
          </w:tcPr>
          <w:p w14:paraId="6F571EE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w:t>
            </w:r>
          </w:p>
        </w:tc>
      </w:tr>
      <w:tr w:rsidR="00EB3E01" w:rsidRPr="00693325" w14:paraId="29042765" w14:textId="77777777" w:rsidTr="00EB3E01">
        <w:trPr>
          <w:trHeight w:val="68"/>
        </w:trPr>
        <w:tc>
          <w:tcPr>
            <w:tcW w:w="833" w:type="pct"/>
            <w:tcBorders>
              <w:top w:val="nil"/>
              <w:left w:val="nil"/>
              <w:bottom w:val="nil"/>
              <w:right w:val="nil"/>
            </w:tcBorders>
            <w:shd w:val="clear" w:color="000000" w:fill="FFFFFF"/>
            <w:vAlign w:val="center"/>
            <w:hideMark/>
          </w:tcPr>
          <w:p w14:paraId="32C795A8" w14:textId="77777777" w:rsidR="00EB3E01" w:rsidRPr="00693325" w:rsidRDefault="00EB3E01" w:rsidP="00EB3E01">
            <w:pPr>
              <w:rPr>
                <w:rFonts w:ascii="Times New Roman" w:hAnsi="Times New Roman"/>
                <w:b/>
                <w:bCs/>
                <w:color w:val="000000"/>
                <w:sz w:val="16"/>
                <w:szCs w:val="16"/>
              </w:rPr>
            </w:pPr>
            <w:r w:rsidRPr="00693325">
              <w:rPr>
                <w:rFonts w:ascii="Times New Roman" w:hAnsi="Times New Roman"/>
                <w:b/>
                <w:bCs/>
                <w:color w:val="000000"/>
                <w:sz w:val="16"/>
              </w:rPr>
              <w:t xml:space="preserve">Urgent care visit ($), mean (SD)  </w:t>
            </w:r>
          </w:p>
        </w:tc>
        <w:tc>
          <w:tcPr>
            <w:tcW w:w="417" w:type="pct"/>
            <w:tcBorders>
              <w:top w:val="nil"/>
              <w:left w:val="nil"/>
              <w:bottom w:val="nil"/>
              <w:right w:val="nil"/>
            </w:tcBorders>
            <w:shd w:val="clear" w:color="000000" w:fill="F2F2F2"/>
            <w:vAlign w:val="center"/>
            <w:hideMark/>
          </w:tcPr>
          <w:p w14:paraId="2DC50C0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4 (17)</w:t>
            </w:r>
          </w:p>
        </w:tc>
        <w:tc>
          <w:tcPr>
            <w:tcW w:w="417" w:type="pct"/>
            <w:tcBorders>
              <w:top w:val="nil"/>
              <w:left w:val="nil"/>
              <w:bottom w:val="nil"/>
              <w:right w:val="nil"/>
            </w:tcBorders>
            <w:shd w:val="clear" w:color="000000" w:fill="F2F2F2"/>
            <w:vAlign w:val="center"/>
            <w:hideMark/>
          </w:tcPr>
          <w:p w14:paraId="7B6A17C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tcBorders>
              <w:top w:val="nil"/>
              <w:left w:val="nil"/>
              <w:bottom w:val="nil"/>
              <w:right w:val="nil"/>
            </w:tcBorders>
            <w:shd w:val="clear" w:color="000000" w:fill="F2F2F2"/>
            <w:vAlign w:val="center"/>
            <w:hideMark/>
          </w:tcPr>
          <w:p w14:paraId="301F9EA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tcBorders>
              <w:top w:val="nil"/>
              <w:left w:val="nil"/>
              <w:bottom w:val="nil"/>
              <w:right w:val="nil"/>
            </w:tcBorders>
            <w:shd w:val="clear" w:color="000000" w:fill="FFFFFF"/>
            <w:vAlign w:val="center"/>
            <w:hideMark/>
          </w:tcPr>
          <w:p w14:paraId="4815AF9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02FE7F5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0.025</w:t>
            </w:r>
          </w:p>
        </w:tc>
        <w:tc>
          <w:tcPr>
            <w:tcW w:w="417" w:type="pct"/>
            <w:gridSpan w:val="2"/>
            <w:tcBorders>
              <w:top w:val="nil"/>
              <w:left w:val="nil"/>
              <w:bottom w:val="nil"/>
              <w:right w:val="nil"/>
            </w:tcBorders>
            <w:shd w:val="clear" w:color="000000" w:fill="F2F2F2"/>
            <w:vAlign w:val="center"/>
            <w:hideMark/>
          </w:tcPr>
          <w:p w14:paraId="7868D32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687933C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0CC3EAC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5311ADF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 (2)</w:t>
            </w:r>
          </w:p>
        </w:tc>
        <w:tc>
          <w:tcPr>
            <w:tcW w:w="414" w:type="pct"/>
            <w:gridSpan w:val="2"/>
            <w:tcBorders>
              <w:top w:val="nil"/>
              <w:left w:val="nil"/>
              <w:bottom w:val="nil"/>
              <w:right w:val="nil"/>
            </w:tcBorders>
            <w:shd w:val="clear" w:color="000000" w:fill="FFFFFF"/>
            <w:vAlign w:val="center"/>
            <w:hideMark/>
          </w:tcPr>
          <w:p w14:paraId="684B3A3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0.535</w:t>
            </w:r>
          </w:p>
        </w:tc>
      </w:tr>
      <w:tr w:rsidR="00EB3E01" w:rsidRPr="00693325" w14:paraId="64EF5865" w14:textId="77777777" w:rsidTr="00EB3E01">
        <w:trPr>
          <w:trHeight w:val="68"/>
        </w:trPr>
        <w:tc>
          <w:tcPr>
            <w:tcW w:w="833" w:type="pct"/>
            <w:tcBorders>
              <w:top w:val="nil"/>
              <w:left w:val="nil"/>
              <w:bottom w:val="nil"/>
              <w:right w:val="nil"/>
            </w:tcBorders>
            <w:shd w:val="clear" w:color="000000" w:fill="FFFFFF"/>
            <w:vAlign w:val="center"/>
            <w:hideMark/>
          </w:tcPr>
          <w:p w14:paraId="1F680D02"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75C7CBD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 (14)</w:t>
            </w:r>
          </w:p>
        </w:tc>
        <w:tc>
          <w:tcPr>
            <w:tcW w:w="417" w:type="pct"/>
            <w:tcBorders>
              <w:top w:val="nil"/>
              <w:left w:val="nil"/>
              <w:bottom w:val="nil"/>
              <w:right w:val="nil"/>
            </w:tcBorders>
            <w:shd w:val="clear" w:color="000000" w:fill="F2F2F2"/>
            <w:vAlign w:val="center"/>
            <w:hideMark/>
          </w:tcPr>
          <w:p w14:paraId="0CE4915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tcBorders>
              <w:top w:val="nil"/>
              <w:left w:val="nil"/>
              <w:bottom w:val="nil"/>
              <w:right w:val="nil"/>
            </w:tcBorders>
            <w:shd w:val="clear" w:color="000000" w:fill="F2F2F2"/>
            <w:vAlign w:val="center"/>
            <w:hideMark/>
          </w:tcPr>
          <w:p w14:paraId="37A9598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tcBorders>
              <w:top w:val="nil"/>
              <w:left w:val="nil"/>
              <w:bottom w:val="nil"/>
              <w:right w:val="nil"/>
            </w:tcBorders>
            <w:shd w:val="clear" w:color="000000" w:fill="FFFFFF"/>
            <w:vAlign w:val="center"/>
            <w:hideMark/>
          </w:tcPr>
          <w:p w14:paraId="76DD5BF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251E52E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0.025</w:t>
            </w:r>
          </w:p>
        </w:tc>
        <w:tc>
          <w:tcPr>
            <w:tcW w:w="417" w:type="pct"/>
            <w:gridSpan w:val="2"/>
            <w:tcBorders>
              <w:top w:val="nil"/>
              <w:left w:val="nil"/>
              <w:bottom w:val="nil"/>
              <w:right w:val="nil"/>
            </w:tcBorders>
            <w:shd w:val="clear" w:color="000000" w:fill="F2F2F2"/>
            <w:vAlign w:val="center"/>
            <w:hideMark/>
          </w:tcPr>
          <w:p w14:paraId="175FFE2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58A4FC0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4C65495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64BAB22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 (2)</w:t>
            </w:r>
          </w:p>
        </w:tc>
        <w:tc>
          <w:tcPr>
            <w:tcW w:w="414" w:type="pct"/>
            <w:gridSpan w:val="2"/>
            <w:tcBorders>
              <w:top w:val="nil"/>
              <w:left w:val="nil"/>
              <w:bottom w:val="nil"/>
              <w:right w:val="nil"/>
            </w:tcBorders>
            <w:shd w:val="clear" w:color="000000" w:fill="FFFFFF"/>
            <w:vAlign w:val="center"/>
            <w:hideMark/>
          </w:tcPr>
          <w:p w14:paraId="695109B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0.535</w:t>
            </w:r>
          </w:p>
        </w:tc>
      </w:tr>
      <w:tr w:rsidR="00EB3E01" w:rsidRPr="00693325" w14:paraId="5E7312AA" w14:textId="77777777" w:rsidTr="00EB3E01">
        <w:trPr>
          <w:trHeight w:val="68"/>
        </w:trPr>
        <w:tc>
          <w:tcPr>
            <w:tcW w:w="833" w:type="pct"/>
            <w:tcBorders>
              <w:top w:val="nil"/>
              <w:left w:val="nil"/>
              <w:bottom w:val="nil"/>
              <w:right w:val="nil"/>
            </w:tcBorders>
            <w:shd w:val="clear" w:color="000000" w:fill="FFFFFF"/>
            <w:vAlign w:val="center"/>
            <w:hideMark/>
          </w:tcPr>
          <w:p w14:paraId="4D1F187F"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3CFB990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 (3)</w:t>
            </w:r>
          </w:p>
        </w:tc>
        <w:tc>
          <w:tcPr>
            <w:tcW w:w="417" w:type="pct"/>
            <w:tcBorders>
              <w:top w:val="nil"/>
              <w:left w:val="nil"/>
              <w:bottom w:val="nil"/>
              <w:right w:val="nil"/>
            </w:tcBorders>
            <w:shd w:val="clear" w:color="000000" w:fill="F2F2F2"/>
            <w:vAlign w:val="center"/>
            <w:hideMark/>
          </w:tcPr>
          <w:p w14:paraId="1B297F2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tcBorders>
              <w:top w:val="nil"/>
              <w:left w:val="nil"/>
              <w:bottom w:val="nil"/>
              <w:right w:val="nil"/>
            </w:tcBorders>
            <w:shd w:val="clear" w:color="000000" w:fill="F2F2F2"/>
            <w:vAlign w:val="center"/>
            <w:hideMark/>
          </w:tcPr>
          <w:p w14:paraId="2200A39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tcBorders>
              <w:top w:val="nil"/>
              <w:left w:val="nil"/>
              <w:bottom w:val="nil"/>
              <w:right w:val="nil"/>
            </w:tcBorders>
            <w:shd w:val="clear" w:color="000000" w:fill="FFFFFF"/>
            <w:vAlign w:val="center"/>
            <w:hideMark/>
          </w:tcPr>
          <w:p w14:paraId="0D907AD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7AC5AA0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0.025</w:t>
            </w:r>
          </w:p>
        </w:tc>
        <w:tc>
          <w:tcPr>
            <w:tcW w:w="417" w:type="pct"/>
            <w:gridSpan w:val="2"/>
            <w:tcBorders>
              <w:top w:val="nil"/>
              <w:left w:val="nil"/>
              <w:bottom w:val="nil"/>
              <w:right w:val="nil"/>
            </w:tcBorders>
            <w:shd w:val="clear" w:color="000000" w:fill="F2F2F2"/>
            <w:vAlign w:val="center"/>
            <w:hideMark/>
          </w:tcPr>
          <w:p w14:paraId="0C17B3A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04546FB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364F0CC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11AA492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 (0)</w:t>
            </w:r>
          </w:p>
        </w:tc>
        <w:tc>
          <w:tcPr>
            <w:tcW w:w="414" w:type="pct"/>
            <w:gridSpan w:val="2"/>
            <w:tcBorders>
              <w:top w:val="nil"/>
              <w:left w:val="nil"/>
              <w:bottom w:val="nil"/>
              <w:right w:val="nil"/>
            </w:tcBorders>
            <w:shd w:val="clear" w:color="000000" w:fill="FFFFFF"/>
            <w:vAlign w:val="center"/>
            <w:hideMark/>
          </w:tcPr>
          <w:p w14:paraId="4CC5E1C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w:t>
            </w:r>
          </w:p>
        </w:tc>
      </w:tr>
      <w:tr w:rsidR="00EB3E01" w:rsidRPr="00693325" w14:paraId="4873F740" w14:textId="77777777" w:rsidTr="00EB3E01">
        <w:trPr>
          <w:trHeight w:val="68"/>
        </w:trPr>
        <w:tc>
          <w:tcPr>
            <w:tcW w:w="833" w:type="pct"/>
            <w:tcBorders>
              <w:top w:val="nil"/>
              <w:left w:val="nil"/>
              <w:bottom w:val="nil"/>
              <w:right w:val="nil"/>
            </w:tcBorders>
            <w:shd w:val="clear" w:color="000000" w:fill="FFFFFF"/>
            <w:vAlign w:val="center"/>
            <w:hideMark/>
          </w:tcPr>
          <w:p w14:paraId="7F9FE443" w14:textId="77777777" w:rsidR="00EB3E01" w:rsidRPr="00693325" w:rsidRDefault="00EB3E01" w:rsidP="00EB3E01">
            <w:pPr>
              <w:rPr>
                <w:rFonts w:ascii="Times New Roman" w:hAnsi="Times New Roman"/>
                <w:b/>
                <w:bCs/>
                <w:color w:val="000000"/>
                <w:sz w:val="16"/>
                <w:szCs w:val="16"/>
              </w:rPr>
            </w:pPr>
            <w:r w:rsidRPr="00693325">
              <w:rPr>
                <w:rFonts w:ascii="Times New Roman" w:hAnsi="Times New Roman"/>
                <w:b/>
                <w:bCs/>
                <w:color w:val="000000"/>
                <w:sz w:val="16"/>
              </w:rPr>
              <w:t xml:space="preserve">Outpatient office visit ($), mean (SD)  </w:t>
            </w:r>
          </w:p>
        </w:tc>
        <w:tc>
          <w:tcPr>
            <w:tcW w:w="417" w:type="pct"/>
            <w:tcBorders>
              <w:top w:val="nil"/>
              <w:left w:val="nil"/>
              <w:bottom w:val="nil"/>
              <w:right w:val="nil"/>
            </w:tcBorders>
            <w:shd w:val="clear" w:color="000000" w:fill="F2F2F2"/>
            <w:vAlign w:val="center"/>
            <w:hideMark/>
          </w:tcPr>
          <w:p w14:paraId="3404DCB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145 (164)</w:t>
            </w:r>
          </w:p>
        </w:tc>
        <w:tc>
          <w:tcPr>
            <w:tcW w:w="417" w:type="pct"/>
            <w:tcBorders>
              <w:top w:val="nil"/>
              <w:left w:val="nil"/>
              <w:bottom w:val="nil"/>
              <w:right w:val="nil"/>
            </w:tcBorders>
            <w:shd w:val="clear" w:color="000000" w:fill="F2F2F2"/>
            <w:vAlign w:val="center"/>
            <w:hideMark/>
          </w:tcPr>
          <w:p w14:paraId="39954F5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34 (41)</w:t>
            </w:r>
          </w:p>
        </w:tc>
        <w:tc>
          <w:tcPr>
            <w:tcW w:w="417" w:type="pct"/>
            <w:tcBorders>
              <w:top w:val="nil"/>
              <w:left w:val="nil"/>
              <w:bottom w:val="nil"/>
              <w:right w:val="nil"/>
            </w:tcBorders>
            <w:shd w:val="clear" w:color="000000" w:fill="F2F2F2"/>
            <w:vAlign w:val="center"/>
            <w:hideMark/>
          </w:tcPr>
          <w:p w14:paraId="3011D98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51 (56)</w:t>
            </w:r>
          </w:p>
        </w:tc>
        <w:tc>
          <w:tcPr>
            <w:tcW w:w="417" w:type="pct"/>
            <w:tcBorders>
              <w:top w:val="nil"/>
              <w:left w:val="nil"/>
              <w:bottom w:val="nil"/>
              <w:right w:val="nil"/>
            </w:tcBorders>
            <w:shd w:val="clear" w:color="000000" w:fill="FFFFFF"/>
            <w:vAlign w:val="center"/>
            <w:hideMark/>
          </w:tcPr>
          <w:p w14:paraId="37D2115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12 (21)</w:t>
            </w:r>
          </w:p>
        </w:tc>
        <w:tc>
          <w:tcPr>
            <w:tcW w:w="417" w:type="pct"/>
            <w:gridSpan w:val="2"/>
            <w:tcBorders>
              <w:top w:val="nil"/>
              <w:left w:val="nil"/>
              <w:bottom w:val="nil"/>
              <w:right w:val="nil"/>
            </w:tcBorders>
            <w:shd w:val="clear" w:color="000000" w:fill="FFFFFF"/>
            <w:vAlign w:val="center"/>
            <w:hideMark/>
          </w:tcPr>
          <w:p w14:paraId="10F00A8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63D0A14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132 (163)</w:t>
            </w:r>
          </w:p>
        </w:tc>
        <w:tc>
          <w:tcPr>
            <w:tcW w:w="417" w:type="pct"/>
            <w:gridSpan w:val="2"/>
            <w:tcBorders>
              <w:top w:val="nil"/>
              <w:left w:val="nil"/>
              <w:bottom w:val="nil"/>
              <w:right w:val="nil"/>
            </w:tcBorders>
            <w:shd w:val="clear" w:color="000000" w:fill="F2F2F2"/>
            <w:vAlign w:val="center"/>
            <w:hideMark/>
          </w:tcPr>
          <w:p w14:paraId="55C8F30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15 (24)</w:t>
            </w:r>
          </w:p>
        </w:tc>
        <w:tc>
          <w:tcPr>
            <w:tcW w:w="417" w:type="pct"/>
            <w:gridSpan w:val="2"/>
            <w:tcBorders>
              <w:top w:val="nil"/>
              <w:left w:val="nil"/>
              <w:bottom w:val="nil"/>
              <w:right w:val="nil"/>
            </w:tcBorders>
            <w:shd w:val="clear" w:color="000000" w:fill="F2F2F2"/>
            <w:vAlign w:val="center"/>
            <w:hideMark/>
          </w:tcPr>
          <w:p w14:paraId="191FDDD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45 (89)</w:t>
            </w:r>
          </w:p>
        </w:tc>
        <w:tc>
          <w:tcPr>
            <w:tcW w:w="417" w:type="pct"/>
            <w:gridSpan w:val="2"/>
            <w:tcBorders>
              <w:top w:val="nil"/>
              <w:left w:val="nil"/>
              <w:bottom w:val="nil"/>
              <w:right w:val="nil"/>
            </w:tcBorders>
            <w:shd w:val="clear" w:color="000000" w:fill="FFFFFF"/>
            <w:vAlign w:val="center"/>
            <w:hideMark/>
          </w:tcPr>
          <w:p w14:paraId="768D239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6 (15)</w:t>
            </w:r>
          </w:p>
        </w:tc>
        <w:tc>
          <w:tcPr>
            <w:tcW w:w="414" w:type="pct"/>
            <w:gridSpan w:val="2"/>
            <w:tcBorders>
              <w:top w:val="nil"/>
              <w:left w:val="nil"/>
              <w:bottom w:val="nil"/>
              <w:right w:val="nil"/>
            </w:tcBorders>
            <w:shd w:val="clear" w:color="000000" w:fill="FFFFFF"/>
            <w:vAlign w:val="center"/>
            <w:hideMark/>
          </w:tcPr>
          <w:p w14:paraId="1F9C40F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0.001</w:t>
            </w:r>
          </w:p>
        </w:tc>
      </w:tr>
      <w:tr w:rsidR="00EB3E01" w:rsidRPr="00693325" w14:paraId="3B3C47A2" w14:textId="77777777" w:rsidTr="00EB3E01">
        <w:trPr>
          <w:trHeight w:val="297"/>
        </w:trPr>
        <w:tc>
          <w:tcPr>
            <w:tcW w:w="833" w:type="pct"/>
            <w:tcBorders>
              <w:top w:val="nil"/>
              <w:left w:val="nil"/>
              <w:bottom w:val="nil"/>
              <w:right w:val="nil"/>
            </w:tcBorders>
            <w:shd w:val="clear" w:color="000000" w:fill="FFFFFF"/>
            <w:vAlign w:val="center"/>
            <w:hideMark/>
          </w:tcPr>
          <w:p w14:paraId="23E137B4"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1222CBF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118 (142)</w:t>
            </w:r>
          </w:p>
        </w:tc>
        <w:tc>
          <w:tcPr>
            <w:tcW w:w="417" w:type="pct"/>
            <w:tcBorders>
              <w:top w:val="nil"/>
              <w:left w:val="nil"/>
              <w:bottom w:val="nil"/>
              <w:right w:val="nil"/>
            </w:tcBorders>
            <w:shd w:val="clear" w:color="000000" w:fill="F2F2F2"/>
            <w:vAlign w:val="center"/>
            <w:hideMark/>
          </w:tcPr>
          <w:p w14:paraId="5BF842F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28 (32)</w:t>
            </w:r>
          </w:p>
        </w:tc>
        <w:tc>
          <w:tcPr>
            <w:tcW w:w="417" w:type="pct"/>
            <w:tcBorders>
              <w:top w:val="nil"/>
              <w:left w:val="nil"/>
              <w:bottom w:val="nil"/>
              <w:right w:val="nil"/>
            </w:tcBorders>
            <w:shd w:val="clear" w:color="000000" w:fill="F2F2F2"/>
            <w:vAlign w:val="center"/>
            <w:hideMark/>
          </w:tcPr>
          <w:p w14:paraId="5E2E9F7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42 (49)</w:t>
            </w:r>
          </w:p>
        </w:tc>
        <w:tc>
          <w:tcPr>
            <w:tcW w:w="417" w:type="pct"/>
            <w:tcBorders>
              <w:top w:val="nil"/>
              <w:left w:val="nil"/>
              <w:bottom w:val="nil"/>
              <w:right w:val="nil"/>
            </w:tcBorders>
            <w:shd w:val="clear" w:color="000000" w:fill="FFFFFF"/>
            <w:vAlign w:val="center"/>
            <w:hideMark/>
          </w:tcPr>
          <w:p w14:paraId="3DA8F4A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9 (16)</w:t>
            </w:r>
          </w:p>
        </w:tc>
        <w:tc>
          <w:tcPr>
            <w:tcW w:w="417" w:type="pct"/>
            <w:gridSpan w:val="2"/>
            <w:tcBorders>
              <w:top w:val="nil"/>
              <w:left w:val="nil"/>
              <w:bottom w:val="nil"/>
              <w:right w:val="nil"/>
            </w:tcBorders>
            <w:shd w:val="clear" w:color="000000" w:fill="FFFFFF"/>
            <w:vAlign w:val="center"/>
            <w:hideMark/>
          </w:tcPr>
          <w:p w14:paraId="15BF2CC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62265E6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132 (163)</w:t>
            </w:r>
          </w:p>
        </w:tc>
        <w:tc>
          <w:tcPr>
            <w:tcW w:w="417" w:type="pct"/>
            <w:gridSpan w:val="2"/>
            <w:tcBorders>
              <w:top w:val="nil"/>
              <w:left w:val="nil"/>
              <w:bottom w:val="nil"/>
              <w:right w:val="nil"/>
            </w:tcBorders>
            <w:shd w:val="clear" w:color="000000" w:fill="F2F2F2"/>
            <w:vAlign w:val="center"/>
            <w:hideMark/>
          </w:tcPr>
          <w:p w14:paraId="7501975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15 (24)</w:t>
            </w:r>
          </w:p>
        </w:tc>
        <w:tc>
          <w:tcPr>
            <w:tcW w:w="417" w:type="pct"/>
            <w:gridSpan w:val="2"/>
            <w:tcBorders>
              <w:top w:val="nil"/>
              <w:left w:val="nil"/>
              <w:bottom w:val="nil"/>
              <w:right w:val="nil"/>
            </w:tcBorders>
            <w:shd w:val="clear" w:color="000000" w:fill="F2F2F2"/>
            <w:vAlign w:val="center"/>
            <w:hideMark/>
          </w:tcPr>
          <w:p w14:paraId="5919098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45 (89)</w:t>
            </w:r>
          </w:p>
        </w:tc>
        <w:tc>
          <w:tcPr>
            <w:tcW w:w="417" w:type="pct"/>
            <w:gridSpan w:val="2"/>
            <w:tcBorders>
              <w:top w:val="nil"/>
              <w:left w:val="nil"/>
              <w:bottom w:val="nil"/>
              <w:right w:val="nil"/>
            </w:tcBorders>
            <w:shd w:val="clear" w:color="000000" w:fill="FFFFFF"/>
            <w:vAlign w:val="center"/>
            <w:hideMark/>
          </w:tcPr>
          <w:p w14:paraId="309051B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6 (15)</w:t>
            </w:r>
          </w:p>
        </w:tc>
        <w:tc>
          <w:tcPr>
            <w:tcW w:w="414" w:type="pct"/>
            <w:gridSpan w:val="2"/>
            <w:tcBorders>
              <w:top w:val="nil"/>
              <w:left w:val="nil"/>
              <w:bottom w:val="nil"/>
              <w:right w:val="nil"/>
            </w:tcBorders>
            <w:shd w:val="clear" w:color="000000" w:fill="FFFFFF"/>
            <w:vAlign w:val="center"/>
            <w:hideMark/>
          </w:tcPr>
          <w:p w14:paraId="2B9CD8F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0.001</w:t>
            </w:r>
          </w:p>
        </w:tc>
      </w:tr>
      <w:tr w:rsidR="00EB3E01" w:rsidRPr="00693325" w14:paraId="65B9A40C" w14:textId="77777777" w:rsidTr="00EB3E01">
        <w:trPr>
          <w:trHeight w:val="68"/>
        </w:trPr>
        <w:tc>
          <w:tcPr>
            <w:tcW w:w="833" w:type="pct"/>
            <w:tcBorders>
              <w:top w:val="nil"/>
              <w:left w:val="nil"/>
              <w:bottom w:val="nil"/>
              <w:right w:val="nil"/>
            </w:tcBorders>
            <w:shd w:val="clear" w:color="000000" w:fill="FFFFFF"/>
            <w:vAlign w:val="center"/>
            <w:hideMark/>
          </w:tcPr>
          <w:p w14:paraId="1294EBC5"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762596D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27 (39)</w:t>
            </w:r>
          </w:p>
        </w:tc>
        <w:tc>
          <w:tcPr>
            <w:tcW w:w="417" w:type="pct"/>
            <w:tcBorders>
              <w:top w:val="nil"/>
              <w:left w:val="nil"/>
              <w:bottom w:val="nil"/>
              <w:right w:val="nil"/>
            </w:tcBorders>
            <w:shd w:val="clear" w:color="000000" w:fill="F2F2F2"/>
            <w:vAlign w:val="center"/>
            <w:hideMark/>
          </w:tcPr>
          <w:p w14:paraId="1B18B1B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6 (11)</w:t>
            </w:r>
          </w:p>
        </w:tc>
        <w:tc>
          <w:tcPr>
            <w:tcW w:w="417" w:type="pct"/>
            <w:tcBorders>
              <w:top w:val="nil"/>
              <w:left w:val="nil"/>
              <w:bottom w:val="nil"/>
              <w:right w:val="nil"/>
            </w:tcBorders>
            <w:shd w:val="clear" w:color="000000" w:fill="F2F2F2"/>
            <w:vAlign w:val="center"/>
            <w:hideMark/>
          </w:tcPr>
          <w:p w14:paraId="1D676E6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9 (11)</w:t>
            </w:r>
          </w:p>
        </w:tc>
        <w:tc>
          <w:tcPr>
            <w:tcW w:w="417" w:type="pct"/>
            <w:tcBorders>
              <w:top w:val="nil"/>
              <w:left w:val="nil"/>
              <w:bottom w:val="nil"/>
              <w:right w:val="nil"/>
            </w:tcBorders>
            <w:shd w:val="clear" w:color="000000" w:fill="FFFFFF"/>
            <w:vAlign w:val="center"/>
            <w:hideMark/>
          </w:tcPr>
          <w:p w14:paraId="2403885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3 (9)</w:t>
            </w:r>
          </w:p>
        </w:tc>
        <w:tc>
          <w:tcPr>
            <w:tcW w:w="417" w:type="pct"/>
            <w:gridSpan w:val="2"/>
            <w:tcBorders>
              <w:top w:val="nil"/>
              <w:left w:val="nil"/>
              <w:bottom w:val="nil"/>
              <w:right w:val="nil"/>
            </w:tcBorders>
            <w:shd w:val="clear" w:color="000000" w:fill="FFFFFF"/>
            <w:vAlign w:val="center"/>
            <w:hideMark/>
          </w:tcPr>
          <w:p w14:paraId="36913A8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0.016</w:t>
            </w:r>
          </w:p>
        </w:tc>
        <w:tc>
          <w:tcPr>
            <w:tcW w:w="417" w:type="pct"/>
            <w:gridSpan w:val="2"/>
            <w:tcBorders>
              <w:top w:val="nil"/>
              <w:left w:val="nil"/>
              <w:bottom w:val="nil"/>
              <w:right w:val="nil"/>
            </w:tcBorders>
            <w:shd w:val="clear" w:color="000000" w:fill="F2F2F2"/>
            <w:vAlign w:val="center"/>
            <w:hideMark/>
          </w:tcPr>
          <w:p w14:paraId="7C803D1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5EB47D9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4D42C26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1529AEC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 (0)</w:t>
            </w:r>
          </w:p>
        </w:tc>
        <w:tc>
          <w:tcPr>
            <w:tcW w:w="414" w:type="pct"/>
            <w:gridSpan w:val="2"/>
            <w:tcBorders>
              <w:top w:val="nil"/>
              <w:left w:val="nil"/>
              <w:bottom w:val="nil"/>
              <w:right w:val="nil"/>
            </w:tcBorders>
            <w:shd w:val="clear" w:color="000000" w:fill="FFFFFF"/>
            <w:vAlign w:val="center"/>
            <w:hideMark/>
          </w:tcPr>
          <w:p w14:paraId="7B22162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w:t>
            </w:r>
          </w:p>
        </w:tc>
      </w:tr>
      <w:tr w:rsidR="00EB3E01" w:rsidRPr="00693325" w14:paraId="3FF13D2C" w14:textId="77777777" w:rsidTr="00EB3E01">
        <w:trPr>
          <w:trHeight w:val="68"/>
        </w:trPr>
        <w:tc>
          <w:tcPr>
            <w:tcW w:w="833" w:type="pct"/>
            <w:tcBorders>
              <w:top w:val="nil"/>
              <w:left w:val="nil"/>
              <w:bottom w:val="nil"/>
              <w:right w:val="nil"/>
            </w:tcBorders>
            <w:shd w:val="clear" w:color="000000" w:fill="FFFFFF"/>
            <w:vAlign w:val="center"/>
            <w:hideMark/>
          </w:tcPr>
          <w:p w14:paraId="1DD74930" w14:textId="77777777" w:rsidR="00EB3E01" w:rsidRPr="00693325" w:rsidRDefault="00EB3E01" w:rsidP="00EB3E01">
            <w:pPr>
              <w:rPr>
                <w:rFonts w:ascii="Times New Roman" w:hAnsi="Times New Roman"/>
                <w:color w:val="000000"/>
                <w:sz w:val="16"/>
                <w:szCs w:val="16"/>
              </w:rPr>
            </w:pPr>
            <w:r w:rsidRPr="00693325">
              <w:rPr>
                <w:rFonts w:ascii="Times New Roman" w:hAnsi="Times New Roman"/>
                <w:color w:val="000000"/>
                <w:sz w:val="16"/>
              </w:rPr>
              <w:t xml:space="preserve">Specialist office visit ($), mean (SD) </w:t>
            </w:r>
          </w:p>
        </w:tc>
        <w:tc>
          <w:tcPr>
            <w:tcW w:w="417" w:type="pct"/>
            <w:tcBorders>
              <w:top w:val="nil"/>
              <w:left w:val="nil"/>
              <w:bottom w:val="nil"/>
              <w:right w:val="nil"/>
            </w:tcBorders>
            <w:shd w:val="clear" w:color="000000" w:fill="F2F2F2"/>
            <w:vAlign w:val="center"/>
            <w:hideMark/>
          </w:tcPr>
          <w:p w14:paraId="671F6E5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67 (125)</w:t>
            </w:r>
          </w:p>
        </w:tc>
        <w:tc>
          <w:tcPr>
            <w:tcW w:w="417" w:type="pct"/>
            <w:tcBorders>
              <w:top w:val="nil"/>
              <w:left w:val="nil"/>
              <w:bottom w:val="nil"/>
              <w:right w:val="nil"/>
            </w:tcBorders>
            <w:shd w:val="clear" w:color="000000" w:fill="F2F2F2"/>
            <w:vAlign w:val="center"/>
            <w:hideMark/>
          </w:tcPr>
          <w:p w14:paraId="3BD8A00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26 (38)</w:t>
            </w:r>
          </w:p>
        </w:tc>
        <w:tc>
          <w:tcPr>
            <w:tcW w:w="417" w:type="pct"/>
            <w:tcBorders>
              <w:top w:val="nil"/>
              <w:left w:val="nil"/>
              <w:bottom w:val="nil"/>
              <w:right w:val="nil"/>
            </w:tcBorders>
            <w:shd w:val="clear" w:color="000000" w:fill="F2F2F2"/>
            <w:vAlign w:val="center"/>
            <w:hideMark/>
          </w:tcPr>
          <w:p w14:paraId="0080DF2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34 (46)</w:t>
            </w:r>
          </w:p>
        </w:tc>
        <w:tc>
          <w:tcPr>
            <w:tcW w:w="417" w:type="pct"/>
            <w:tcBorders>
              <w:top w:val="nil"/>
              <w:left w:val="nil"/>
              <w:bottom w:val="nil"/>
              <w:right w:val="nil"/>
            </w:tcBorders>
            <w:shd w:val="clear" w:color="000000" w:fill="FFFFFF"/>
            <w:vAlign w:val="center"/>
            <w:hideMark/>
          </w:tcPr>
          <w:p w14:paraId="6AFD992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6 (19)</w:t>
            </w:r>
          </w:p>
        </w:tc>
        <w:tc>
          <w:tcPr>
            <w:tcW w:w="417" w:type="pct"/>
            <w:gridSpan w:val="2"/>
            <w:tcBorders>
              <w:top w:val="nil"/>
              <w:left w:val="nil"/>
              <w:bottom w:val="nil"/>
              <w:right w:val="nil"/>
            </w:tcBorders>
            <w:shd w:val="clear" w:color="000000" w:fill="FFFFFF"/>
            <w:vAlign w:val="center"/>
            <w:hideMark/>
          </w:tcPr>
          <w:p w14:paraId="1DE88F8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7DD651A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67 (129)</w:t>
            </w:r>
          </w:p>
        </w:tc>
        <w:tc>
          <w:tcPr>
            <w:tcW w:w="417" w:type="pct"/>
            <w:gridSpan w:val="2"/>
            <w:tcBorders>
              <w:top w:val="nil"/>
              <w:left w:val="nil"/>
              <w:bottom w:val="nil"/>
              <w:right w:val="nil"/>
            </w:tcBorders>
            <w:shd w:val="clear" w:color="000000" w:fill="F2F2F2"/>
            <w:vAlign w:val="center"/>
            <w:hideMark/>
          </w:tcPr>
          <w:p w14:paraId="2207754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4 (12)</w:t>
            </w:r>
          </w:p>
        </w:tc>
        <w:tc>
          <w:tcPr>
            <w:tcW w:w="417" w:type="pct"/>
            <w:gridSpan w:val="2"/>
            <w:tcBorders>
              <w:top w:val="nil"/>
              <w:left w:val="nil"/>
              <w:bottom w:val="nil"/>
              <w:right w:val="nil"/>
            </w:tcBorders>
            <w:shd w:val="clear" w:color="000000" w:fill="F2F2F2"/>
            <w:vAlign w:val="center"/>
            <w:hideMark/>
          </w:tcPr>
          <w:p w14:paraId="132BA16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31 (90)</w:t>
            </w:r>
          </w:p>
        </w:tc>
        <w:tc>
          <w:tcPr>
            <w:tcW w:w="417" w:type="pct"/>
            <w:gridSpan w:val="2"/>
            <w:tcBorders>
              <w:top w:val="nil"/>
              <w:left w:val="nil"/>
              <w:bottom w:val="nil"/>
              <w:right w:val="nil"/>
            </w:tcBorders>
            <w:shd w:val="clear" w:color="000000" w:fill="FFFFFF"/>
            <w:vAlign w:val="center"/>
            <w:hideMark/>
          </w:tcPr>
          <w:p w14:paraId="0BDAC5A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2 (7)</w:t>
            </w:r>
          </w:p>
        </w:tc>
        <w:tc>
          <w:tcPr>
            <w:tcW w:w="414" w:type="pct"/>
            <w:gridSpan w:val="2"/>
            <w:tcBorders>
              <w:top w:val="nil"/>
              <w:left w:val="nil"/>
              <w:bottom w:val="nil"/>
              <w:right w:val="nil"/>
            </w:tcBorders>
            <w:shd w:val="clear" w:color="000000" w:fill="FFFFFF"/>
            <w:vAlign w:val="center"/>
            <w:hideMark/>
          </w:tcPr>
          <w:p w14:paraId="62DC7E9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0.010</w:t>
            </w:r>
          </w:p>
        </w:tc>
      </w:tr>
      <w:tr w:rsidR="00EB3E01" w:rsidRPr="00693325" w14:paraId="453A1533" w14:textId="77777777" w:rsidTr="00EB3E01">
        <w:trPr>
          <w:trHeight w:val="315"/>
        </w:trPr>
        <w:tc>
          <w:tcPr>
            <w:tcW w:w="833" w:type="pct"/>
            <w:tcBorders>
              <w:top w:val="nil"/>
              <w:left w:val="nil"/>
              <w:bottom w:val="nil"/>
              <w:right w:val="nil"/>
            </w:tcBorders>
            <w:shd w:val="clear" w:color="000000" w:fill="FFFFFF"/>
            <w:vAlign w:val="center"/>
            <w:hideMark/>
          </w:tcPr>
          <w:p w14:paraId="24C4A46B"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26E451C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59 (113)</w:t>
            </w:r>
          </w:p>
        </w:tc>
        <w:tc>
          <w:tcPr>
            <w:tcW w:w="417" w:type="pct"/>
            <w:tcBorders>
              <w:top w:val="nil"/>
              <w:left w:val="nil"/>
              <w:bottom w:val="nil"/>
              <w:right w:val="nil"/>
            </w:tcBorders>
            <w:shd w:val="clear" w:color="000000" w:fill="F2F2F2"/>
            <w:vAlign w:val="center"/>
            <w:hideMark/>
          </w:tcPr>
          <w:p w14:paraId="2021D58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21 (30)</w:t>
            </w:r>
          </w:p>
        </w:tc>
        <w:tc>
          <w:tcPr>
            <w:tcW w:w="417" w:type="pct"/>
            <w:tcBorders>
              <w:top w:val="nil"/>
              <w:left w:val="nil"/>
              <w:bottom w:val="nil"/>
              <w:right w:val="nil"/>
            </w:tcBorders>
            <w:shd w:val="clear" w:color="000000" w:fill="F2F2F2"/>
            <w:vAlign w:val="center"/>
            <w:hideMark/>
          </w:tcPr>
          <w:p w14:paraId="4D0A33AD"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29 (39)</w:t>
            </w:r>
          </w:p>
        </w:tc>
        <w:tc>
          <w:tcPr>
            <w:tcW w:w="417" w:type="pct"/>
            <w:tcBorders>
              <w:top w:val="nil"/>
              <w:left w:val="nil"/>
              <w:bottom w:val="nil"/>
              <w:right w:val="nil"/>
            </w:tcBorders>
            <w:shd w:val="clear" w:color="000000" w:fill="FFFFFF"/>
            <w:vAlign w:val="center"/>
            <w:hideMark/>
          </w:tcPr>
          <w:p w14:paraId="1B6D493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4 (13)</w:t>
            </w:r>
          </w:p>
        </w:tc>
        <w:tc>
          <w:tcPr>
            <w:tcW w:w="417" w:type="pct"/>
            <w:gridSpan w:val="2"/>
            <w:tcBorders>
              <w:top w:val="nil"/>
              <w:left w:val="nil"/>
              <w:bottom w:val="nil"/>
              <w:right w:val="nil"/>
            </w:tcBorders>
            <w:shd w:val="clear" w:color="000000" w:fill="FFFFFF"/>
            <w:vAlign w:val="center"/>
            <w:hideMark/>
          </w:tcPr>
          <w:p w14:paraId="4A9DB25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1ED0AAA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67 (129)</w:t>
            </w:r>
          </w:p>
        </w:tc>
        <w:tc>
          <w:tcPr>
            <w:tcW w:w="417" w:type="pct"/>
            <w:gridSpan w:val="2"/>
            <w:tcBorders>
              <w:top w:val="nil"/>
              <w:left w:val="nil"/>
              <w:bottom w:val="nil"/>
              <w:right w:val="nil"/>
            </w:tcBorders>
            <w:shd w:val="clear" w:color="000000" w:fill="F2F2F2"/>
            <w:vAlign w:val="center"/>
            <w:hideMark/>
          </w:tcPr>
          <w:p w14:paraId="462E73D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4 (12)</w:t>
            </w:r>
          </w:p>
        </w:tc>
        <w:tc>
          <w:tcPr>
            <w:tcW w:w="417" w:type="pct"/>
            <w:gridSpan w:val="2"/>
            <w:tcBorders>
              <w:top w:val="nil"/>
              <w:left w:val="nil"/>
              <w:bottom w:val="nil"/>
              <w:right w:val="nil"/>
            </w:tcBorders>
            <w:shd w:val="clear" w:color="000000" w:fill="F2F2F2"/>
            <w:vAlign w:val="center"/>
            <w:hideMark/>
          </w:tcPr>
          <w:p w14:paraId="7F20113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31 (90)</w:t>
            </w:r>
          </w:p>
        </w:tc>
        <w:tc>
          <w:tcPr>
            <w:tcW w:w="417" w:type="pct"/>
            <w:gridSpan w:val="2"/>
            <w:tcBorders>
              <w:top w:val="nil"/>
              <w:left w:val="nil"/>
              <w:bottom w:val="nil"/>
              <w:right w:val="nil"/>
            </w:tcBorders>
            <w:shd w:val="clear" w:color="000000" w:fill="FFFFFF"/>
            <w:vAlign w:val="center"/>
            <w:hideMark/>
          </w:tcPr>
          <w:p w14:paraId="0C42728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2 (7)</w:t>
            </w:r>
          </w:p>
        </w:tc>
        <w:tc>
          <w:tcPr>
            <w:tcW w:w="414" w:type="pct"/>
            <w:gridSpan w:val="2"/>
            <w:tcBorders>
              <w:top w:val="nil"/>
              <w:left w:val="nil"/>
              <w:bottom w:val="nil"/>
              <w:right w:val="nil"/>
            </w:tcBorders>
            <w:shd w:val="clear" w:color="000000" w:fill="FFFFFF"/>
            <w:vAlign w:val="center"/>
            <w:hideMark/>
          </w:tcPr>
          <w:p w14:paraId="6C31955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0.010</w:t>
            </w:r>
          </w:p>
        </w:tc>
      </w:tr>
      <w:tr w:rsidR="00EB3E01" w:rsidRPr="00693325" w14:paraId="490C1F0D" w14:textId="77777777" w:rsidTr="00EB3E01">
        <w:trPr>
          <w:trHeight w:val="68"/>
        </w:trPr>
        <w:tc>
          <w:tcPr>
            <w:tcW w:w="833" w:type="pct"/>
            <w:tcBorders>
              <w:top w:val="nil"/>
              <w:left w:val="nil"/>
              <w:bottom w:val="nil"/>
              <w:right w:val="nil"/>
            </w:tcBorders>
            <w:shd w:val="clear" w:color="000000" w:fill="FFFFFF"/>
            <w:vAlign w:val="center"/>
            <w:hideMark/>
          </w:tcPr>
          <w:p w14:paraId="604C182C"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6248373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8 (15)</w:t>
            </w:r>
          </w:p>
        </w:tc>
        <w:tc>
          <w:tcPr>
            <w:tcW w:w="417" w:type="pct"/>
            <w:tcBorders>
              <w:top w:val="nil"/>
              <w:left w:val="nil"/>
              <w:bottom w:val="nil"/>
              <w:right w:val="nil"/>
            </w:tcBorders>
            <w:shd w:val="clear" w:color="000000" w:fill="F2F2F2"/>
            <w:vAlign w:val="center"/>
            <w:hideMark/>
          </w:tcPr>
          <w:p w14:paraId="077BDE2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 (10)</w:t>
            </w:r>
          </w:p>
        </w:tc>
        <w:tc>
          <w:tcPr>
            <w:tcW w:w="417" w:type="pct"/>
            <w:tcBorders>
              <w:top w:val="nil"/>
              <w:left w:val="nil"/>
              <w:bottom w:val="nil"/>
              <w:right w:val="nil"/>
            </w:tcBorders>
            <w:shd w:val="clear" w:color="000000" w:fill="F2F2F2"/>
            <w:vAlign w:val="center"/>
            <w:hideMark/>
          </w:tcPr>
          <w:p w14:paraId="360734F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 (9)</w:t>
            </w:r>
          </w:p>
        </w:tc>
        <w:tc>
          <w:tcPr>
            <w:tcW w:w="417" w:type="pct"/>
            <w:tcBorders>
              <w:top w:val="nil"/>
              <w:left w:val="nil"/>
              <w:bottom w:val="nil"/>
              <w:right w:val="nil"/>
            </w:tcBorders>
            <w:shd w:val="clear" w:color="000000" w:fill="FFFFFF"/>
            <w:vAlign w:val="center"/>
            <w:hideMark/>
          </w:tcPr>
          <w:p w14:paraId="4D87F904"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2 (9)</w:t>
            </w:r>
          </w:p>
        </w:tc>
        <w:tc>
          <w:tcPr>
            <w:tcW w:w="417" w:type="pct"/>
            <w:gridSpan w:val="2"/>
            <w:tcBorders>
              <w:top w:val="nil"/>
              <w:left w:val="nil"/>
              <w:bottom w:val="nil"/>
              <w:right w:val="nil"/>
            </w:tcBorders>
            <w:shd w:val="clear" w:color="000000" w:fill="FFFFFF"/>
            <w:vAlign w:val="center"/>
            <w:hideMark/>
          </w:tcPr>
          <w:p w14:paraId="7468F00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0.212</w:t>
            </w:r>
          </w:p>
        </w:tc>
        <w:tc>
          <w:tcPr>
            <w:tcW w:w="417" w:type="pct"/>
            <w:gridSpan w:val="2"/>
            <w:tcBorders>
              <w:top w:val="nil"/>
              <w:left w:val="nil"/>
              <w:bottom w:val="nil"/>
              <w:right w:val="nil"/>
            </w:tcBorders>
            <w:shd w:val="clear" w:color="000000" w:fill="F2F2F2"/>
            <w:vAlign w:val="center"/>
            <w:hideMark/>
          </w:tcPr>
          <w:p w14:paraId="78CC6998"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54FBE99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5F3C81E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2F5011B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 (0)</w:t>
            </w:r>
          </w:p>
        </w:tc>
        <w:tc>
          <w:tcPr>
            <w:tcW w:w="414" w:type="pct"/>
            <w:gridSpan w:val="2"/>
            <w:tcBorders>
              <w:top w:val="nil"/>
              <w:left w:val="nil"/>
              <w:bottom w:val="nil"/>
              <w:right w:val="nil"/>
            </w:tcBorders>
            <w:shd w:val="clear" w:color="000000" w:fill="FFFFFF"/>
            <w:vAlign w:val="center"/>
            <w:hideMark/>
          </w:tcPr>
          <w:p w14:paraId="2DC3BBE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w:t>
            </w:r>
          </w:p>
        </w:tc>
      </w:tr>
      <w:tr w:rsidR="00EB3E01" w:rsidRPr="00693325" w14:paraId="2C57B013" w14:textId="77777777" w:rsidTr="00EB3E01">
        <w:trPr>
          <w:trHeight w:val="68"/>
        </w:trPr>
        <w:tc>
          <w:tcPr>
            <w:tcW w:w="833" w:type="pct"/>
            <w:tcBorders>
              <w:top w:val="nil"/>
              <w:left w:val="nil"/>
              <w:bottom w:val="nil"/>
              <w:right w:val="nil"/>
            </w:tcBorders>
            <w:shd w:val="clear" w:color="000000" w:fill="FFFFFF"/>
            <w:vAlign w:val="center"/>
            <w:hideMark/>
          </w:tcPr>
          <w:p w14:paraId="71100DE9" w14:textId="77777777" w:rsidR="00EB3E01" w:rsidRPr="00693325" w:rsidRDefault="00EB3E01" w:rsidP="00EB3E01">
            <w:pPr>
              <w:rPr>
                <w:rFonts w:ascii="Times New Roman" w:hAnsi="Times New Roman"/>
                <w:color w:val="000000"/>
                <w:sz w:val="16"/>
                <w:szCs w:val="16"/>
              </w:rPr>
            </w:pPr>
            <w:r w:rsidRPr="00693325">
              <w:rPr>
                <w:rFonts w:ascii="Times New Roman" w:hAnsi="Times New Roman"/>
                <w:color w:val="000000"/>
                <w:sz w:val="16"/>
              </w:rPr>
              <w:t xml:space="preserve">Well-child office visit ($), mean (SD) </w:t>
            </w:r>
          </w:p>
        </w:tc>
        <w:tc>
          <w:tcPr>
            <w:tcW w:w="417" w:type="pct"/>
            <w:tcBorders>
              <w:top w:val="nil"/>
              <w:left w:val="nil"/>
              <w:bottom w:val="nil"/>
              <w:right w:val="nil"/>
            </w:tcBorders>
            <w:shd w:val="clear" w:color="000000" w:fill="F2F2F2"/>
            <w:vAlign w:val="center"/>
            <w:hideMark/>
          </w:tcPr>
          <w:p w14:paraId="0FF29BD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tcBorders>
              <w:top w:val="nil"/>
              <w:left w:val="nil"/>
              <w:bottom w:val="nil"/>
              <w:right w:val="nil"/>
            </w:tcBorders>
            <w:shd w:val="clear" w:color="000000" w:fill="F2F2F2"/>
            <w:vAlign w:val="center"/>
            <w:hideMark/>
          </w:tcPr>
          <w:p w14:paraId="6950FB5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7 (11)</w:t>
            </w:r>
          </w:p>
        </w:tc>
        <w:tc>
          <w:tcPr>
            <w:tcW w:w="417" w:type="pct"/>
            <w:tcBorders>
              <w:top w:val="nil"/>
              <w:left w:val="nil"/>
              <w:bottom w:val="nil"/>
              <w:right w:val="nil"/>
            </w:tcBorders>
            <w:shd w:val="clear" w:color="000000" w:fill="F2F2F2"/>
            <w:vAlign w:val="center"/>
            <w:hideMark/>
          </w:tcPr>
          <w:p w14:paraId="62C724F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6 (9)</w:t>
            </w:r>
          </w:p>
        </w:tc>
        <w:tc>
          <w:tcPr>
            <w:tcW w:w="417" w:type="pct"/>
            <w:tcBorders>
              <w:top w:val="nil"/>
              <w:left w:val="nil"/>
              <w:bottom w:val="nil"/>
              <w:right w:val="nil"/>
            </w:tcBorders>
            <w:shd w:val="clear" w:color="000000" w:fill="FFFFFF"/>
            <w:vAlign w:val="center"/>
            <w:hideMark/>
          </w:tcPr>
          <w:p w14:paraId="0CE17125"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5 (10)</w:t>
            </w:r>
          </w:p>
        </w:tc>
        <w:tc>
          <w:tcPr>
            <w:tcW w:w="417" w:type="pct"/>
            <w:gridSpan w:val="2"/>
            <w:tcBorders>
              <w:top w:val="nil"/>
              <w:left w:val="nil"/>
              <w:bottom w:val="nil"/>
              <w:right w:val="nil"/>
            </w:tcBorders>
            <w:shd w:val="clear" w:color="000000" w:fill="FFFFFF"/>
            <w:vAlign w:val="center"/>
            <w:hideMark/>
          </w:tcPr>
          <w:p w14:paraId="3FBE5D60"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0.631</w:t>
            </w:r>
          </w:p>
        </w:tc>
        <w:tc>
          <w:tcPr>
            <w:tcW w:w="417" w:type="pct"/>
            <w:gridSpan w:val="2"/>
            <w:tcBorders>
              <w:top w:val="nil"/>
              <w:left w:val="nil"/>
              <w:bottom w:val="nil"/>
              <w:right w:val="nil"/>
            </w:tcBorders>
            <w:shd w:val="clear" w:color="000000" w:fill="F2F2F2"/>
            <w:vAlign w:val="center"/>
            <w:hideMark/>
          </w:tcPr>
          <w:p w14:paraId="051109E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15 (54)</w:t>
            </w:r>
          </w:p>
        </w:tc>
        <w:tc>
          <w:tcPr>
            <w:tcW w:w="417" w:type="pct"/>
            <w:gridSpan w:val="2"/>
            <w:tcBorders>
              <w:top w:val="nil"/>
              <w:left w:val="nil"/>
              <w:bottom w:val="nil"/>
              <w:right w:val="nil"/>
            </w:tcBorders>
            <w:shd w:val="clear" w:color="000000" w:fill="F2F2F2"/>
            <w:vAlign w:val="center"/>
            <w:hideMark/>
          </w:tcPr>
          <w:p w14:paraId="79B607E8"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 (6)</w:t>
            </w:r>
          </w:p>
        </w:tc>
        <w:tc>
          <w:tcPr>
            <w:tcW w:w="417" w:type="pct"/>
            <w:gridSpan w:val="2"/>
            <w:tcBorders>
              <w:top w:val="nil"/>
              <w:left w:val="nil"/>
              <w:bottom w:val="nil"/>
              <w:right w:val="nil"/>
            </w:tcBorders>
            <w:shd w:val="clear" w:color="000000" w:fill="F2F2F2"/>
            <w:vAlign w:val="center"/>
            <w:hideMark/>
          </w:tcPr>
          <w:p w14:paraId="575A4E6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 (9)</w:t>
            </w:r>
          </w:p>
        </w:tc>
        <w:tc>
          <w:tcPr>
            <w:tcW w:w="417" w:type="pct"/>
            <w:gridSpan w:val="2"/>
            <w:tcBorders>
              <w:top w:val="nil"/>
              <w:left w:val="nil"/>
              <w:bottom w:val="nil"/>
              <w:right w:val="nil"/>
            </w:tcBorders>
            <w:shd w:val="clear" w:color="000000" w:fill="FFFFFF"/>
            <w:vAlign w:val="center"/>
            <w:hideMark/>
          </w:tcPr>
          <w:p w14:paraId="3E7FDB9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2 (4)</w:t>
            </w:r>
          </w:p>
        </w:tc>
        <w:tc>
          <w:tcPr>
            <w:tcW w:w="414" w:type="pct"/>
            <w:gridSpan w:val="2"/>
            <w:tcBorders>
              <w:top w:val="nil"/>
              <w:left w:val="nil"/>
              <w:bottom w:val="nil"/>
              <w:right w:val="nil"/>
            </w:tcBorders>
            <w:shd w:val="clear" w:color="000000" w:fill="FFFFFF"/>
            <w:vAlign w:val="center"/>
            <w:hideMark/>
          </w:tcPr>
          <w:p w14:paraId="4A1896A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0.021</w:t>
            </w:r>
          </w:p>
        </w:tc>
      </w:tr>
      <w:tr w:rsidR="00EB3E01" w:rsidRPr="00693325" w14:paraId="748F6600" w14:textId="77777777" w:rsidTr="00EB3E01">
        <w:trPr>
          <w:trHeight w:val="270"/>
        </w:trPr>
        <w:tc>
          <w:tcPr>
            <w:tcW w:w="833" w:type="pct"/>
            <w:tcBorders>
              <w:top w:val="nil"/>
              <w:left w:val="nil"/>
              <w:bottom w:val="nil"/>
              <w:right w:val="nil"/>
            </w:tcBorders>
            <w:shd w:val="clear" w:color="000000" w:fill="FFFFFF"/>
            <w:vAlign w:val="center"/>
            <w:hideMark/>
          </w:tcPr>
          <w:p w14:paraId="3B0A9FF8"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21A7C97C"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tcBorders>
              <w:top w:val="nil"/>
              <w:left w:val="nil"/>
              <w:bottom w:val="nil"/>
              <w:right w:val="nil"/>
            </w:tcBorders>
            <w:shd w:val="clear" w:color="000000" w:fill="F2F2F2"/>
            <w:vAlign w:val="center"/>
            <w:hideMark/>
          </w:tcPr>
          <w:p w14:paraId="3CE94C19"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7 (11)</w:t>
            </w:r>
          </w:p>
        </w:tc>
        <w:tc>
          <w:tcPr>
            <w:tcW w:w="417" w:type="pct"/>
            <w:tcBorders>
              <w:top w:val="nil"/>
              <w:left w:val="nil"/>
              <w:bottom w:val="nil"/>
              <w:right w:val="nil"/>
            </w:tcBorders>
            <w:shd w:val="clear" w:color="000000" w:fill="F2F2F2"/>
            <w:vAlign w:val="center"/>
            <w:hideMark/>
          </w:tcPr>
          <w:p w14:paraId="5D1941C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6 (9)</w:t>
            </w:r>
          </w:p>
        </w:tc>
        <w:tc>
          <w:tcPr>
            <w:tcW w:w="417" w:type="pct"/>
            <w:tcBorders>
              <w:top w:val="nil"/>
              <w:left w:val="nil"/>
              <w:bottom w:val="nil"/>
              <w:right w:val="nil"/>
            </w:tcBorders>
            <w:shd w:val="clear" w:color="000000" w:fill="FFFFFF"/>
            <w:vAlign w:val="center"/>
            <w:hideMark/>
          </w:tcPr>
          <w:p w14:paraId="2CFE7D2A"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4 (9)</w:t>
            </w:r>
          </w:p>
        </w:tc>
        <w:tc>
          <w:tcPr>
            <w:tcW w:w="417" w:type="pct"/>
            <w:gridSpan w:val="2"/>
            <w:tcBorders>
              <w:top w:val="nil"/>
              <w:left w:val="nil"/>
              <w:bottom w:val="nil"/>
              <w:right w:val="nil"/>
            </w:tcBorders>
            <w:shd w:val="clear" w:color="000000" w:fill="FFFFFF"/>
            <w:vAlign w:val="center"/>
            <w:hideMark/>
          </w:tcPr>
          <w:p w14:paraId="3A147B5E"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0.574</w:t>
            </w:r>
          </w:p>
        </w:tc>
        <w:tc>
          <w:tcPr>
            <w:tcW w:w="417" w:type="pct"/>
            <w:gridSpan w:val="2"/>
            <w:tcBorders>
              <w:top w:val="nil"/>
              <w:left w:val="nil"/>
              <w:bottom w:val="nil"/>
              <w:right w:val="nil"/>
            </w:tcBorders>
            <w:shd w:val="clear" w:color="000000" w:fill="F2F2F2"/>
            <w:vAlign w:val="center"/>
            <w:hideMark/>
          </w:tcPr>
          <w:p w14:paraId="3ECD871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15 (54)</w:t>
            </w:r>
          </w:p>
        </w:tc>
        <w:tc>
          <w:tcPr>
            <w:tcW w:w="417" w:type="pct"/>
            <w:gridSpan w:val="2"/>
            <w:tcBorders>
              <w:top w:val="nil"/>
              <w:left w:val="nil"/>
              <w:bottom w:val="nil"/>
              <w:right w:val="nil"/>
            </w:tcBorders>
            <w:shd w:val="clear" w:color="000000" w:fill="F2F2F2"/>
            <w:vAlign w:val="center"/>
            <w:hideMark/>
          </w:tcPr>
          <w:p w14:paraId="6DC42AD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 (6)</w:t>
            </w:r>
          </w:p>
        </w:tc>
        <w:tc>
          <w:tcPr>
            <w:tcW w:w="417" w:type="pct"/>
            <w:gridSpan w:val="2"/>
            <w:tcBorders>
              <w:top w:val="nil"/>
              <w:left w:val="nil"/>
              <w:bottom w:val="nil"/>
              <w:right w:val="nil"/>
            </w:tcBorders>
            <w:shd w:val="clear" w:color="000000" w:fill="F2F2F2"/>
            <w:vAlign w:val="center"/>
            <w:hideMark/>
          </w:tcPr>
          <w:p w14:paraId="19AC376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5 (9)</w:t>
            </w:r>
          </w:p>
        </w:tc>
        <w:tc>
          <w:tcPr>
            <w:tcW w:w="417" w:type="pct"/>
            <w:gridSpan w:val="2"/>
            <w:tcBorders>
              <w:top w:val="nil"/>
              <w:left w:val="nil"/>
              <w:bottom w:val="nil"/>
              <w:right w:val="nil"/>
            </w:tcBorders>
            <w:shd w:val="clear" w:color="000000" w:fill="FFFFFF"/>
            <w:vAlign w:val="center"/>
            <w:hideMark/>
          </w:tcPr>
          <w:p w14:paraId="7ED60E01"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2 (4)</w:t>
            </w:r>
          </w:p>
        </w:tc>
        <w:tc>
          <w:tcPr>
            <w:tcW w:w="414" w:type="pct"/>
            <w:gridSpan w:val="2"/>
            <w:tcBorders>
              <w:top w:val="nil"/>
              <w:left w:val="nil"/>
              <w:bottom w:val="nil"/>
              <w:right w:val="nil"/>
            </w:tcBorders>
            <w:shd w:val="clear" w:color="000000" w:fill="FFFFFF"/>
            <w:vAlign w:val="center"/>
            <w:hideMark/>
          </w:tcPr>
          <w:p w14:paraId="74E4474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0.021</w:t>
            </w:r>
          </w:p>
        </w:tc>
      </w:tr>
      <w:tr w:rsidR="00EB3E01" w:rsidRPr="00693325" w14:paraId="28293D87" w14:textId="77777777" w:rsidTr="00EB3E01">
        <w:trPr>
          <w:trHeight w:val="68"/>
        </w:trPr>
        <w:tc>
          <w:tcPr>
            <w:tcW w:w="833" w:type="pct"/>
            <w:tcBorders>
              <w:top w:val="nil"/>
              <w:left w:val="nil"/>
              <w:bottom w:val="nil"/>
              <w:right w:val="nil"/>
            </w:tcBorders>
            <w:shd w:val="clear" w:color="000000" w:fill="FFFFFF"/>
            <w:vAlign w:val="center"/>
            <w:hideMark/>
          </w:tcPr>
          <w:p w14:paraId="3C490DE7" w14:textId="77777777" w:rsidR="00EB3E01" w:rsidRPr="00693325" w:rsidRDefault="00EB3E01" w:rsidP="00EB3E01">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59A7332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tcBorders>
              <w:top w:val="nil"/>
              <w:left w:val="nil"/>
              <w:bottom w:val="nil"/>
              <w:right w:val="nil"/>
            </w:tcBorders>
            <w:shd w:val="clear" w:color="000000" w:fill="F2F2F2"/>
            <w:vAlign w:val="center"/>
            <w:hideMark/>
          </w:tcPr>
          <w:p w14:paraId="7E62500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(1)</w:t>
            </w:r>
          </w:p>
        </w:tc>
        <w:tc>
          <w:tcPr>
            <w:tcW w:w="417" w:type="pct"/>
            <w:tcBorders>
              <w:top w:val="nil"/>
              <w:left w:val="nil"/>
              <w:bottom w:val="nil"/>
              <w:right w:val="nil"/>
            </w:tcBorders>
            <w:shd w:val="clear" w:color="000000" w:fill="F2F2F2"/>
            <w:vAlign w:val="center"/>
            <w:hideMark/>
          </w:tcPr>
          <w:p w14:paraId="1CA44BB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(1)</w:t>
            </w:r>
          </w:p>
        </w:tc>
        <w:tc>
          <w:tcPr>
            <w:tcW w:w="417" w:type="pct"/>
            <w:tcBorders>
              <w:top w:val="nil"/>
              <w:left w:val="nil"/>
              <w:bottom w:val="nil"/>
              <w:right w:val="nil"/>
            </w:tcBorders>
            <w:shd w:val="clear" w:color="000000" w:fill="FFFFFF"/>
            <w:vAlign w:val="center"/>
            <w:hideMark/>
          </w:tcPr>
          <w:p w14:paraId="65F8C5F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 (1)</w:t>
            </w:r>
          </w:p>
        </w:tc>
        <w:tc>
          <w:tcPr>
            <w:tcW w:w="417" w:type="pct"/>
            <w:gridSpan w:val="2"/>
            <w:tcBorders>
              <w:top w:val="nil"/>
              <w:left w:val="nil"/>
              <w:bottom w:val="nil"/>
              <w:right w:val="nil"/>
            </w:tcBorders>
            <w:shd w:val="clear" w:color="000000" w:fill="FFFFFF"/>
            <w:vAlign w:val="center"/>
            <w:hideMark/>
          </w:tcPr>
          <w:p w14:paraId="13CEF6C3"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0.758</w:t>
            </w:r>
          </w:p>
        </w:tc>
        <w:tc>
          <w:tcPr>
            <w:tcW w:w="417" w:type="pct"/>
            <w:gridSpan w:val="2"/>
            <w:tcBorders>
              <w:top w:val="nil"/>
              <w:left w:val="nil"/>
              <w:bottom w:val="nil"/>
              <w:right w:val="nil"/>
            </w:tcBorders>
            <w:shd w:val="clear" w:color="000000" w:fill="F2F2F2"/>
            <w:vAlign w:val="center"/>
            <w:hideMark/>
          </w:tcPr>
          <w:p w14:paraId="05DD5782"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1772C057"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2849803B"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26C91ADF"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0 (0)</w:t>
            </w:r>
          </w:p>
        </w:tc>
        <w:tc>
          <w:tcPr>
            <w:tcW w:w="414" w:type="pct"/>
            <w:gridSpan w:val="2"/>
            <w:tcBorders>
              <w:top w:val="nil"/>
              <w:left w:val="nil"/>
              <w:bottom w:val="nil"/>
              <w:right w:val="nil"/>
            </w:tcBorders>
            <w:shd w:val="clear" w:color="000000" w:fill="FFFFFF"/>
            <w:vAlign w:val="center"/>
            <w:hideMark/>
          </w:tcPr>
          <w:p w14:paraId="0C18A2C6" w14:textId="77777777" w:rsidR="00EB3E01" w:rsidRPr="00693325" w:rsidRDefault="00EB3E01" w:rsidP="00EB3E01">
            <w:pPr>
              <w:jc w:val="center"/>
              <w:rPr>
                <w:rFonts w:ascii="Times New Roman" w:hAnsi="Times New Roman"/>
                <w:color w:val="000000"/>
                <w:sz w:val="16"/>
                <w:szCs w:val="16"/>
              </w:rPr>
            </w:pPr>
            <w:r w:rsidRPr="00693325">
              <w:rPr>
                <w:rFonts w:ascii="Times New Roman" w:hAnsi="Times New Roman"/>
                <w:color w:val="000000"/>
                <w:sz w:val="16"/>
              </w:rPr>
              <w:t>-</w:t>
            </w:r>
          </w:p>
        </w:tc>
      </w:tr>
      <w:tr w:rsidR="003B4090" w:rsidRPr="00693325" w14:paraId="4EAADA9E" w14:textId="77777777" w:rsidTr="003B4090">
        <w:trPr>
          <w:trHeight w:val="68"/>
        </w:trPr>
        <w:tc>
          <w:tcPr>
            <w:tcW w:w="833" w:type="pct"/>
            <w:tcBorders>
              <w:top w:val="single" w:sz="4" w:space="0" w:color="auto"/>
              <w:left w:val="nil"/>
              <w:bottom w:val="single" w:sz="4" w:space="0" w:color="auto"/>
              <w:right w:val="nil"/>
            </w:tcBorders>
            <w:vAlign w:val="center"/>
          </w:tcPr>
          <w:p w14:paraId="706C887E" w14:textId="2BA3D043" w:rsidR="003B4090" w:rsidRPr="00693325" w:rsidRDefault="003B4090" w:rsidP="003B4090">
            <w:pPr>
              <w:rPr>
                <w:rFonts w:ascii="Times New Roman" w:hAnsi="Times New Roman"/>
                <w:b/>
                <w:bCs/>
                <w:color w:val="000000"/>
                <w:sz w:val="16"/>
              </w:rPr>
            </w:pPr>
            <w:r>
              <w:rPr>
                <w:rFonts w:ascii="Times New Roman" w:hAnsi="Times New Roman"/>
                <w:b/>
                <w:bCs/>
                <w:color w:val="000000"/>
                <w:sz w:val="16"/>
              </w:rPr>
              <w:lastRenderedPageBreak/>
              <w:t>Payer</w:t>
            </w:r>
          </w:p>
        </w:tc>
        <w:tc>
          <w:tcPr>
            <w:tcW w:w="2085" w:type="pct"/>
            <w:gridSpan w:val="6"/>
            <w:tcBorders>
              <w:top w:val="single" w:sz="4" w:space="0" w:color="auto"/>
              <w:left w:val="nil"/>
              <w:bottom w:val="single" w:sz="4" w:space="0" w:color="auto"/>
              <w:right w:val="nil"/>
            </w:tcBorders>
            <w:vAlign w:val="center"/>
          </w:tcPr>
          <w:p w14:paraId="0BCA8455" w14:textId="0FECAEEA" w:rsidR="003B4090" w:rsidRPr="00693325" w:rsidRDefault="003B4090" w:rsidP="003B4090">
            <w:pPr>
              <w:jc w:val="center"/>
              <w:rPr>
                <w:rFonts w:ascii="Times New Roman" w:hAnsi="Times New Roman"/>
                <w:color w:val="000000"/>
                <w:sz w:val="16"/>
              </w:rPr>
            </w:pPr>
            <w:r w:rsidRPr="00693325">
              <w:rPr>
                <w:rFonts w:ascii="Times New Roman" w:hAnsi="Times New Roman"/>
                <w:b/>
                <w:bCs/>
                <w:sz w:val="16"/>
              </w:rPr>
              <w:t>Commercial</w:t>
            </w:r>
          </w:p>
        </w:tc>
        <w:tc>
          <w:tcPr>
            <w:tcW w:w="2082" w:type="pct"/>
            <w:gridSpan w:val="10"/>
            <w:tcBorders>
              <w:top w:val="single" w:sz="4" w:space="0" w:color="auto"/>
              <w:left w:val="nil"/>
              <w:bottom w:val="single" w:sz="4" w:space="0" w:color="auto"/>
              <w:right w:val="nil"/>
            </w:tcBorders>
            <w:vAlign w:val="center"/>
          </w:tcPr>
          <w:p w14:paraId="39034CEC" w14:textId="187F75C5" w:rsidR="003B4090" w:rsidRPr="00693325" w:rsidRDefault="003B4090" w:rsidP="003B4090">
            <w:pPr>
              <w:jc w:val="center"/>
              <w:rPr>
                <w:rFonts w:ascii="Times New Roman" w:hAnsi="Times New Roman"/>
                <w:color w:val="000000"/>
                <w:sz w:val="16"/>
              </w:rPr>
            </w:pPr>
            <w:r w:rsidRPr="00693325">
              <w:rPr>
                <w:rFonts w:ascii="Times New Roman" w:hAnsi="Times New Roman"/>
                <w:b/>
                <w:bCs/>
                <w:sz w:val="16"/>
              </w:rPr>
              <w:t>Medicaid</w:t>
            </w:r>
          </w:p>
        </w:tc>
      </w:tr>
      <w:tr w:rsidR="003B4090" w:rsidRPr="00693325" w14:paraId="4E5F7F8C" w14:textId="77777777" w:rsidTr="003B4090">
        <w:trPr>
          <w:trHeight w:val="68"/>
        </w:trPr>
        <w:tc>
          <w:tcPr>
            <w:tcW w:w="833" w:type="pct"/>
            <w:tcBorders>
              <w:top w:val="single" w:sz="4" w:space="0" w:color="auto"/>
              <w:left w:val="nil"/>
              <w:bottom w:val="nil"/>
              <w:right w:val="nil"/>
            </w:tcBorders>
            <w:shd w:val="clear" w:color="000000" w:fill="FFFFFF"/>
            <w:vAlign w:val="center"/>
          </w:tcPr>
          <w:p w14:paraId="4CF2E952" w14:textId="35F5C46A" w:rsidR="003B4090" w:rsidRPr="00693325" w:rsidRDefault="003B4090" w:rsidP="003B4090">
            <w:pPr>
              <w:rPr>
                <w:rFonts w:ascii="Times New Roman" w:hAnsi="Times New Roman"/>
                <w:b/>
                <w:bCs/>
                <w:color w:val="000000"/>
                <w:sz w:val="16"/>
              </w:rPr>
            </w:pPr>
            <w:r w:rsidRPr="00693325">
              <w:rPr>
                <w:rFonts w:ascii="Times New Roman" w:hAnsi="Times New Roman"/>
                <w:b/>
                <w:bCs/>
                <w:color w:val="000000"/>
                <w:sz w:val="16"/>
              </w:rPr>
              <w:t> </w:t>
            </w:r>
          </w:p>
        </w:tc>
        <w:tc>
          <w:tcPr>
            <w:tcW w:w="1251" w:type="pct"/>
            <w:gridSpan w:val="3"/>
            <w:tcBorders>
              <w:top w:val="single" w:sz="4" w:space="0" w:color="auto"/>
              <w:left w:val="nil"/>
              <w:bottom w:val="nil"/>
              <w:right w:val="nil"/>
            </w:tcBorders>
            <w:shd w:val="clear" w:color="000000" w:fill="F2F2F2"/>
            <w:vAlign w:val="center"/>
          </w:tcPr>
          <w:p w14:paraId="66C091FE" w14:textId="546A486F" w:rsidR="003B4090" w:rsidRPr="00693325" w:rsidRDefault="003B4090" w:rsidP="003B4090">
            <w:pPr>
              <w:jc w:val="center"/>
              <w:rPr>
                <w:rFonts w:ascii="Times New Roman" w:hAnsi="Times New Roman"/>
                <w:sz w:val="16"/>
              </w:rPr>
            </w:pPr>
            <w:r w:rsidRPr="00693325">
              <w:rPr>
                <w:rFonts w:ascii="Times New Roman" w:hAnsi="Times New Roman"/>
                <w:b/>
                <w:bCs/>
                <w:sz w:val="16"/>
              </w:rPr>
              <w:t>Children with IMD</w:t>
            </w:r>
          </w:p>
        </w:tc>
        <w:tc>
          <w:tcPr>
            <w:tcW w:w="417" w:type="pct"/>
            <w:tcBorders>
              <w:top w:val="single" w:sz="4" w:space="0" w:color="auto"/>
              <w:left w:val="nil"/>
              <w:bottom w:val="nil"/>
              <w:right w:val="nil"/>
            </w:tcBorders>
            <w:vAlign w:val="center"/>
          </w:tcPr>
          <w:p w14:paraId="04AD9CF6" w14:textId="0C4AFBCD" w:rsidR="003B4090" w:rsidRPr="00693325" w:rsidRDefault="003B4090" w:rsidP="003B4090">
            <w:pPr>
              <w:jc w:val="center"/>
              <w:rPr>
                <w:rFonts w:ascii="Times New Roman" w:hAnsi="Times New Roman"/>
                <w:color w:val="000000"/>
                <w:sz w:val="16"/>
              </w:rPr>
            </w:pPr>
            <w:r w:rsidRPr="00693325">
              <w:rPr>
                <w:rFonts w:ascii="Times New Roman" w:hAnsi="Times New Roman"/>
                <w:b/>
                <w:bCs/>
                <w:color w:val="000000"/>
                <w:sz w:val="16"/>
              </w:rPr>
              <w:t>Children without IMD</w:t>
            </w:r>
          </w:p>
        </w:tc>
        <w:tc>
          <w:tcPr>
            <w:tcW w:w="417" w:type="pct"/>
            <w:gridSpan w:val="2"/>
            <w:tcBorders>
              <w:top w:val="single" w:sz="4" w:space="0" w:color="auto"/>
              <w:left w:val="nil"/>
              <w:bottom w:val="nil"/>
              <w:right w:val="nil"/>
            </w:tcBorders>
            <w:vAlign w:val="center"/>
          </w:tcPr>
          <w:p w14:paraId="136B3B1F" w14:textId="33AAA5E4" w:rsidR="003B4090" w:rsidRPr="00693325" w:rsidRDefault="003B4090" w:rsidP="003B4090">
            <w:pPr>
              <w:jc w:val="center"/>
              <w:rPr>
                <w:rFonts w:ascii="Times New Roman" w:hAnsi="Times New Roman"/>
                <w:color w:val="000000"/>
                <w:sz w:val="16"/>
              </w:rPr>
            </w:pPr>
            <w:r w:rsidRPr="00693325">
              <w:rPr>
                <w:rFonts w:ascii="Times New Roman" w:hAnsi="Times New Roman"/>
                <w:color w:val="000000"/>
                <w:sz w:val="16"/>
              </w:rPr>
              <w:t> </w:t>
            </w:r>
          </w:p>
        </w:tc>
        <w:tc>
          <w:tcPr>
            <w:tcW w:w="1251" w:type="pct"/>
            <w:gridSpan w:val="6"/>
            <w:tcBorders>
              <w:top w:val="single" w:sz="4" w:space="0" w:color="auto"/>
              <w:left w:val="nil"/>
              <w:bottom w:val="nil"/>
              <w:right w:val="nil"/>
            </w:tcBorders>
            <w:shd w:val="clear" w:color="auto" w:fill="F2F2F2" w:themeFill="background1" w:themeFillShade="F2"/>
            <w:vAlign w:val="center"/>
          </w:tcPr>
          <w:p w14:paraId="78FAF727" w14:textId="5F550FBA" w:rsidR="003B4090" w:rsidRPr="00693325" w:rsidRDefault="003B4090" w:rsidP="003B4090">
            <w:pPr>
              <w:jc w:val="center"/>
              <w:rPr>
                <w:rFonts w:ascii="Times New Roman" w:hAnsi="Times New Roman"/>
                <w:sz w:val="16"/>
              </w:rPr>
            </w:pPr>
            <w:r w:rsidRPr="00693325">
              <w:rPr>
                <w:rFonts w:ascii="Times New Roman" w:hAnsi="Times New Roman"/>
                <w:b/>
                <w:bCs/>
                <w:sz w:val="16"/>
              </w:rPr>
              <w:t>Children with IMD</w:t>
            </w:r>
          </w:p>
        </w:tc>
        <w:tc>
          <w:tcPr>
            <w:tcW w:w="417" w:type="pct"/>
            <w:gridSpan w:val="2"/>
            <w:tcBorders>
              <w:top w:val="single" w:sz="4" w:space="0" w:color="auto"/>
              <w:left w:val="nil"/>
              <w:bottom w:val="nil"/>
              <w:right w:val="nil"/>
            </w:tcBorders>
            <w:shd w:val="clear" w:color="000000" w:fill="FFFFFF"/>
            <w:vAlign w:val="center"/>
          </w:tcPr>
          <w:p w14:paraId="4EE889A1" w14:textId="2B763087" w:rsidR="003B4090" w:rsidRPr="00693325" w:rsidRDefault="003B4090" w:rsidP="003B4090">
            <w:pPr>
              <w:jc w:val="center"/>
              <w:rPr>
                <w:rFonts w:ascii="Times New Roman" w:hAnsi="Times New Roman"/>
                <w:color w:val="000000"/>
                <w:sz w:val="16"/>
              </w:rPr>
            </w:pPr>
            <w:r w:rsidRPr="00693325">
              <w:rPr>
                <w:rFonts w:ascii="Times New Roman" w:hAnsi="Times New Roman"/>
                <w:b/>
                <w:bCs/>
                <w:color w:val="000000"/>
                <w:sz w:val="16"/>
              </w:rPr>
              <w:t>Children without IMD</w:t>
            </w:r>
          </w:p>
        </w:tc>
        <w:tc>
          <w:tcPr>
            <w:tcW w:w="414" w:type="pct"/>
            <w:gridSpan w:val="2"/>
            <w:tcBorders>
              <w:top w:val="single" w:sz="4" w:space="0" w:color="auto"/>
              <w:left w:val="nil"/>
              <w:bottom w:val="nil"/>
              <w:right w:val="nil"/>
            </w:tcBorders>
            <w:vAlign w:val="center"/>
          </w:tcPr>
          <w:p w14:paraId="49F4C612" w14:textId="77777777" w:rsidR="003B4090" w:rsidRPr="00693325" w:rsidRDefault="003B4090" w:rsidP="003B4090">
            <w:pPr>
              <w:jc w:val="center"/>
              <w:rPr>
                <w:rFonts w:ascii="Times New Roman" w:hAnsi="Times New Roman"/>
                <w:color w:val="000000"/>
                <w:sz w:val="16"/>
              </w:rPr>
            </w:pPr>
          </w:p>
        </w:tc>
      </w:tr>
      <w:tr w:rsidR="003B4090" w:rsidRPr="00693325" w14:paraId="4D7D4F96" w14:textId="77777777" w:rsidTr="00A42EEE">
        <w:trPr>
          <w:trHeight w:val="68"/>
        </w:trPr>
        <w:tc>
          <w:tcPr>
            <w:tcW w:w="833" w:type="pct"/>
            <w:tcBorders>
              <w:top w:val="nil"/>
              <w:left w:val="nil"/>
              <w:bottom w:val="nil"/>
              <w:right w:val="nil"/>
            </w:tcBorders>
            <w:shd w:val="clear" w:color="000000" w:fill="FFFFFF"/>
            <w:vAlign w:val="center"/>
          </w:tcPr>
          <w:p w14:paraId="084C68BA" w14:textId="42CC5840" w:rsidR="003B4090" w:rsidRPr="00693325" w:rsidRDefault="003B4090" w:rsidP="003B4090">
            <w:pPr>
              <w:rPr>
                <w:rFonts w:ascii="Times New Roman" w:hAnsi="Times New Roman"/>
                <w:b/>
                <w:bCs/>
                <w:color w:val="000000"/>
                <w:sz w:val="16"/>
              </w:rPr>
            </w:pPr>
            <w:r w:rsidRPr="00693325">
              <w:rPr>
                <w:rFonts w:ascii="Times New Roman" w:hAnsi="Times New Roman"/>
                <w:b/>
                <w:bCs/>
                <w:color w:val="000000"/>
                <w:sz w:val="16"/>
              </w:rPr>
              <w:t> </w:t>
            </w:r>
          </w:p>
        </w:tc>
        <w:tc>
          <w:tcPr>
            <w:tcW w:w="417" w:type="pct"/>
            <w:tcBorders>
              <w:top w:val="nil"/>
              <w:left w:val="nil"/>
              <w:bottom w:val="nil"/>
              <w:right w:val="nil"/>
            </w:tcBorders>
            <w:shd w:val="clear" w:color="000000" w:fill="F2F2F2"/>
            <w:vAlign w:val="center"/>
          </w:tcPr>
          <w:p w14:paraId="765A642F" w14:textId="346274EE" w:rsidR="003B4090" w:rsidRPr="00693325" w:rsidRDefault="003B4090" w:rsidP="003B4090">
            <w:pPr>
              <w:jc w:val="center"/>
              <w:rPr>
                <w:rFonts w:ascii="Times New Roman" w:hAnsi="Times New Roman"/>
                <w:sz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17" w:type="pct"/>
            <w:tcBorders>
              <w:top w:val="nil"/>
              <w:left w:val="nil"/>
              <w:bottom w:val="nil"/>
              <w:right w:val="nil"/>
            </w:tcBorders>
            <w:shd w:val="clear" w:color="000000" w:fill="F2F2F2"/>
            <w:vAlign w:val="center"/>
          </w:tcPr>
          <w:p w14:paraId="04C268C2" w14:textId="402C9498" w:rsidR="003B4090" w:rsidRPr="00693325" w:rsidRDefault="003B4090" w:rsidP="003B4090">
            <w:pPr>
              <w:jc w:val="center"/>
              <w:rPr>
                <w:rFonts w:ascii="Times New Roman" w:hAnsi="Times New Roman"/>
                <w:sz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17" w:type="pct"/>
            <w:tcBorders>
              <w:top w:val="nil"/>
              <w:left w:val="nil"/>
              <w:bottom w:val="nil"/>
              <w:right w:val="nil"/>
            </w:tcBorders>
            <w:shd w:val="clear" w:color="000000" w:fill="F2F2F2"/>
            <w:vAlign w:val="center"/>
          </w:tcPr>
          <w:p w14:paraId="31399825" w14:textId="094D65A9" w:rsidR="003B4090" w:rsidRPr="00693325" w:rsidRDefault="003B4090" w:rsidP="003B4090">
            <w:pPr>
              <w:jc w:val="center"/>
              <w:rPr>
                <w:rFonts w:ascii="Times New Roman" w:hAnsi="Times New Roman"/>
                <w:sz w:val="16"/>
              </w:rPr>
            </w:pPr>
            <w:r w:rsidRPr="00693325">
              <w:rPr>
                <w:rFonts w:ascii="Times New Roman" w:hAnsi="Times New Roman"/>
                <w:sz w:val="16"/>
              </w:rPr>
              <w:t>Full Follow-up</w:t>
            </w:r>
          </w:p>
        </w:tc>
        <w:tc>
          <w:tcPr>
            <w:tcW w:w="417" w:type="pct"/>
            <w:tcBorders>
              <w:top w:val="nil"/>
              <w:left w:val="nil"/>
              <w:bottom w:val="nil"/>
              <w:right w:val="nil"/>
            </w:tcBorders>
            <w:shd w:val="clear" w:color="000000" w:fill="FFFFFF"/>
            <w:vAlign w:val="center"/>
          </w:tcPr>
          <w:p w14:paraId="098E89BA" w14:textId="7941C115" w:rsidR="003B4090" w:rsidRPr="00693325" w:rsidRDefault="003B4090" w:rsidP="003B4090">
            <w:pPr>
              <w:jc w:val="center"/>
              <w:rPr>
                <w:rFonts w:ascii="Times New Roman" w:hAnsi="Times New Roman"/>
                <w:color w:val="000000"/>
                <w:sz w:val="16"/>
              </w:rPr>
            </w:pPr>
            <w:r w:rsidRPr="00693325">
              <w:rPr>
                <w:rFonts w:ascii="Times New Roman" w:hAnsi="Times New Roman"/>
                <w:color w:val="000000"/>
                <w:sz w:val="16"/>
              </w:rPr>
              <w:t>Full Follow-up</w:t>
            </w:r>
          </w:p>
        </w:tc>
        <w:tc>
          <w:tcPr>
            <w:tcW w:w="417" w:type="pct"/>
            <w:gridSpan w:val="2"/>
            <w:tcBorders>
              <w:top w:val="nil"/>
              <w:left w:val="nil"/>
              <w:bottom w:val="nil"/>
              <w:right w:val="nil"/>
            </w:tcBorders>
            <w:shd w:val="clear" w:color="000000" w:fill="FFFFFF"/>
            <w:vAlign w:val="bottom"/>
          </w:tcPr>
          <w:p w14:paraId="3C466695" w14:textId="6A9947C6" w:rsidR="003B4090" w:rsidRPr="00693325" w:rsidRDefault="003B4090" w:rsidP="003B4090">
            <w:pPr>
              <w:jc w:val="center"/>
              <w:rPr>
                <w:rFonts w:ascii="Times New Roman" w:hAnsi="Times New Roman"/>
                <w:color w:val="000000"/>
                <w:sz w:val="16"/>
              </w:rPr>
            </w:pPr>
            <w:r w:rsidRPr="00693325">
              <w:rPr>
                <w:rFonts w:ascii="Times New Roman" w:hAnsi="Times New Roman"/>
                <w:color w:val="000000"/>
                <w:sz w:val="16"/>
              </w:rPr>
              <w:t>p-value</w:t>
            </w:r>
          </w:p>
        </w:tc>
        <w:tc>
          <w:tcPr>
            <w:tcW w:w="417" w:type="pct"/>
            <w:gridSpan w:val="2"/>
            <w:tcBorders>
              <w:top w:val="nil"/>
              <w:left w:val="nil"/>
              <w:bottom w:val="nil"/>
              <w:right w:val="nil"/>
            </w:tcBorders>
            <w:shd w:val="clear" w:color="000000" w:fill="F2F2F2"/>
            <w:vAlign w:val="center"/>
          </w:tcPr>
          <w:p w14:paraId="73DA3CF0" w14:textId="15636E98" w:rsidR="003B4090" w:rsidRPr="00693325" w:rsidRDefault="003B4090" w:rsidP="003B4090">
            <w:pPr>
              <w:jc w:val="center"/>
              <w:rPr>
                <w:rFonts w:ascii="Times New Roman" w:hAnsi="Times New Roman"/>
                <w:sz w:val="16"/>
              </w:rPr>
            </w:pPr>
            <w:r w:rsidRPr="00693325">
              <w:rPr>
                <w:rFonts w:ascii="Times New Roman" w:hAnsi="Times New Roman"/>
                <w:sz w:val="16"/>
              </w:rPr>
              <w:t>Acute Phase</w:t>
            </w:r>
            <w:r w:rsidRPr="00693325">
              <w:rPr>
                <w:rFonts w:ascii="Times New Roman" w:hAnsi="Times New Roman"/>
                <w:color w:val="000000"/>
                <w:sz w:val="16"/>
                <w:szCs w:val="16"/>
                <w:vertAlign w:val="superscript"/>
              </w:rPr>
              <w:t>a</w:t>
            </w:r>
          </w:p>
        </w:tc>
        <w:tc>
          <w:tcPr>
            <w:tcW w:w="417" w:type="pct"/>
            <w:gridSpan w:val="2"/>
            <w:tcBorders>
              <w:top w:val="nil"/>
              <w:left w:val="nil"/>
              <w:bottom w:val="nil"/>
              <w:right w:val="nil"/>
            </w:tcBorders>
            <w:shd w:val="clear" w:color="000000" w:fill="F2F2F2"/>
            <w:vAlign w:val="center"/>
          </w:tcPr>
          <w:p w14:paraId="1660C916" w14:textId="229673C5" w:rsidR="003B4090" w:rsidRPr="00693325" w:rsidRDefault="003B4090" w:rsidP="003B4090">
            <w:pPr>
              <w:jc w:val="center"/>
              <w:rPr>
                <w:rFonts w:ascii="Times New Roman" w:hAnsi="Times New Roman"/>
                <w:sz w:val="16"/>
              </w:rPr>
            </w:pPr>
            <w:r w:rsidRPr="00693325">
              <w:rPr>
                <w:rFonts w:ascii="Times New Roman" w:hAnsi="Times New Roman"/>
                <w:sz w:val="16"/>
              </w:rPr>
              <w:t>Non-Acute Phase</w:t>
            </w:r>
            <w:r w:rsidRPr="00693325">
              <w:rPr>
                <w:rFonts w:ascii="Times New Roman" w:hAnsi="Times New Roman"/>
                <w:color w:val="000000"/>
                <w:sz w:val="16"/>
                <w:szCs w:val="16"/>
                <w:vertAlign w:val="superscript"/>
              </w:rPr>
              <w:t>b</w:t>
            </w:r>
          </w:p>
        </w:tc>
        <w:tc>
          <w:tcPr>
            <w:tcW w:w="417" w:type="pct"/>
            <w:gridSpan w:val="2"/>
            <w:tcBorders>
              <w:top w:val="nil"/>
              <w:left w:val="nil"/>
              <w:bottom w:val="nil"/>
              <w:right w:val="nil"/>
            </w:tcBorders>
            <w:shd w:val="clear" w:color="000000" w:fill="F2F2F2"/>
            <w:vAlign w:val="center"/>
          </w:tcPr>
          <w:p w14:paraId="1A0F1B40" w14:textId="00E4090A" w:rsidR="003B4090" w:rsidRPr="00693325" w:rsidRDefault="003B4090" w:rsidP="003B4090">
            <w:pPr>
              <w:jc w:val="center"/>
              <w:rPr>
                <w:rFonts w:ascii="Times New Roman" w:hAnsi="Times New Roman"/>
                <w:sz w:val="16"/>
              </w:rPr>
            </w:pPr>
            <w:r w:rsidRPr="00693325">
              <w:rPr>
                <w:rFonts w:ascii="Times New Roman" w:hAnsi="Times New Roman"/>
                <w:sz w:val="16"/>
              </w:rPr>
              <w:t>Full Follow-up</w:t>
            </w:r>
          </w:p>
        </w:tc>
        <w:tc>
          <w:tcPr>
            <w:tcW w:w="417" w:type="pct"/>
            <w:gridSpan w:val="2"/>
            <w:tcBorders>
              <w:top w:val="nil"/>
              <w:left w:val="nil"/>
              <w:bottom w:val="nil"/>
              <w:right w:val="nil"/>
            </w:tcBorders>
            <w:shd w:val="clear" w:color="000000" w:fill="FFFFFF"/>
            <w:vAlign w:val="center"/>
          </w:tcPr>
          <w:p w14:paraId="509519F3" w14:textId="473B6826" w:rsidR="003B4090" w:rsidRPr="00693325" w:rsidRDefault="003B4090" w:rsidP="003B4090">
            <w:pPr>
              <w:jc w:val="center"/>
              <w:rPr>
                <w:rFonts w:ascii="Times New Roman" w:hAnsi="Times New Roman"/>
                <w:color w:val="000000"/>
                <w:sz w:val="16"/>
              </w:rPr>
            </w:pPr>
            <w:r w:rsidRPr="00693325">
              <w:rPr>
                <w:rFonts w:ascii="Times New Roman" w:hAnsi="Times New Roman"/>
                <w:color w:val="000000"/>
                <w:sz w:val="16"/>
              </w:rPr>
              <w:t>Full Follow-up</w:t>
            </w:r>
          </w:p>
        </w:tc>
        <w:tc>
          <w:tcPr>
            <w:tcW w:w="414" w:type="pct"/>
            <w:gridSpan w:val="2"/>
            <w:tcBorders>
              <w:top w:val="nil"/>
              <w:left w:val="nil"/>
              <w:bottom w:val="nil"/>
              <w:right w:val="nil"/>
            </w:tcBorders>
            <w:shd w:val="clear" w:color="000000" w:fill="FFFFFF"/>
            <w:vAlign w:val="bottom"/>
          </w:tcPr>
          <w:p w14:paraId="031165DC" w14:textId="4D175764" w:rsidR="003B4090" w:rsidRPr="00693325" w:rsidRDefault="003B4090" w:rsidP="003B4090">
            <w:pPr>
              <w:jc w:val="center"/>
              <w:rPr>
                <w:rFonts w:ascii="Times New Roman" w:hAnsi="Times New Roman"/>
                <w:color w:val="000000"/>
                <w:sz w:val="16"/>
              </w:rPr>
            </w:pPr>
            <w:r w:rsidRPr="00693325">
              <w:rPr>
                <w:rFonts w:ascii="Times New Roman" w:hAnsi="Times New Roman"/>
                <w:color w:val="000000"/>
                <w:sz w:val="16"/>
              </w:rPr>
              <w:t>p-value</w:t>
            </w:r>
          </w:p>
        </w:tc>
      </w:tr>
      <w:tr w:rsidR="003B4090" w:rsidRPr="00693325" w14:paraId="7184E1F1" w14:textId="77777777" w:rsidTr="003B4090">
        <w:trPr>
          <w:trHeight w:val="68"/>
        </w:trPr>
        <w:tc>
          <w:tcPr>
            <w:tcW w:w="833" w:type="pct"/>
            <w:tcBorders>
              <w:top w:val="nil"/>
              <w:left w:val="nil"/>
              <w:bottom w:val="single" w:sz="4" w:space="0" w:color="auto"/>
              <w:right w:val="nil"/>
            </w:tcBorders>
            <w:shd w:val="clear" w:color="000000" w:fill="FFFFFF"/>
            <w:vAlign w:val="center"/>
          </w:tcPr>
          <w:p w14:paraId="4251F3B5" w14:textId="77777777" w:rsidR="003B4090" w:rsidRPr="00693325" w:rsidRDefault="003B4090" w:rsidP="003B4090">
            <w:pPr>
              <w:rPr>
                <w:rFonts w:ascii="Times New Roman" w:hAnsi="Times New Roman"/>
                <w:b/>
                <w:bCs/>
                <w:color w:val="000000"/>
                <w:sz w:val="16"/>
              </w:rPr>
            </w:pPr>
          </w:p>
        </w:tc>
        <w:tc>
          <w:tcPr>
            <w:tcW w:w="417" w:type="pct"/>
            <w:tcBorders>
              <w:top w:val="nil"/>
              <w:left w:val="nil"/>
              <w:bottom w:val="single" w:sz="4" w:space="0" w:color="auto"/>
              <w:right w:val="nil"/>
            </w:tcBorders>
            <w:shd w:val="clear" w:color="000000" w:fill="F2F2F2"/>
            <w:vAlign w:val="center"/>
          </w:tcPr>
          <w:p w14:paraId="5CFF30DB" w14:textId="1380779D" w:rsidR="003B4090" w:rsidRPr="00693325" w:rsidRDefault="003B4090" w:rsidP="003B4090">
            <w:pPr>
              <w:jc w:val="center"/>
              <w:rPr>
                <w:rFonts w:ascii="Times New Roman" w:hAnsi="Times New Roman"/>
                <w:sz w:val="16"/>
              </w:rPr>
            </w:pPr>
            <w:r w:rsidRPr="00693325">
              <w:rPr>
                <w:rFonts w:ascii="Times New Roman" w:hAnsi="Times New Roman"/>
                <w:sz w:val="16"/>
              </w:rPr>
              <w:t>N=21</w:t>
            </w:r>
          </w:p>
        </w:tc>
        <w:tc>
          <w:tcPr>
            <w:tcW w:w="417" w:type="pct"/>
            <w:tcBorders>
              <w:top w:val="nil"/>
              <w:left w:val="nil"/>
              <w:bottom w:val="single" w:sz="4" w:space="0" w:color="auto"/>
              <w:right w:val="nil"/>
            </w:tcBorders>
            <w:shd w:val="clear" w:color="000000" w:fill="F2F2F2"/>
            <w:vAlign w:val="center"/>
          </w:tcPr>
          <w:p w14:paraId="4502340D" w14:textId="4279852C" w:rsidR="003B4090" w:rsidRPr="00693325" w:rsidRDefault="003B4090" w:rsidP="003B4090">
            <w:pPr>
              <w:jc w:val="center"/>
              <w:rPr>
                <w:rFonts w:ascii="Times New Roman" w:hAnsi="Times New Roman"/>
                <w:sz w:val="16"/>
              </w:rPr>
            </w:pPr>
            <w:r w:rsidRPr="00693325">
              <w:rPr>
                <w:rFonts w:ascii="Times New Roman" w:hAnsi="Times New Roman"/>
                <w:sz w:val="16"/>
              </w:rPr>
              <w:t>N=21</w:t>
            </w:r>
          </w:p>
        </w:tc>
        <w:tc>
          <w:tcPr>
            <w:tcW w:w="417" w:type="pct"/>
            <w:tcBorders>
              <w:top w:val="nil"/>
              <w:left w:val="nil"/>
              <w:bottom w:val="single" w:sz="4" w:space="0" w:color="auto"/>
              <w:right w:val="nil"/>
            </w:tcBorders>
            <w:shd w:val="clear" w:color="000000" w:fill="F2F2F2"/>
            <w:vAlign w:val="center"/>
          </w:tcPr>
          <w:p w14:paraId="00939F2F" w14:textId="4AF6B93B" w:rsidR="003B4090" w:rsidRPr="00693325" w:rsidRDefault="003B4090" w:rsidP="003B4090">
            <w:pPr>
              <w:jc w:val="center"/>
              <w:rPr>
                <w:rFonts w:ascii="Times New Roman" w:hAnsi="Times New Roman"/>
                <w:sz w:val="16"/>
              </w:rPr>
            </w:pPr>
            <w:r w:rsidRPr="00693325">
              <w:rPr>
                <w:rFonts w:ascii="Times New Roman" w:hAnsi="Times New Roman"/>
                <w:sz w:val="16"/>
              </w:rPr>
              <w:t>N=21</w:t>
            </w:r>
          </w:p>
        </w:tc>
        <w:tc>
          <w:tcPr>
            <w:tcW w:w="417" w:type="pct"/>
            <w:tcBorders>
              <w:top w:val="nil"/>
              <w:left w:val="nil"/>
              <w:bottom w:val="single" w:sz="4" w:space="0" w:color="auto"/>
              <w:right w:val="nil"/>
            </w:tcBorders>
            <w:shd w:val="clear" w:color="000000" w:fill="FFFFFF"/>
            <w:vAlign w:val="center"/>
          </w:tcPr>
          <w:p w14:paraId="3A4E73FD" w14:textId="762CFAE0" w:rsidR="003B4090" w:rsidRPr="00693325" w:rsidRDefault="003B4090" w:rsidP="003B4090">
            <w:pPr>
              <w:jc w:val="center"/>
              <w:rPr>
                <w:rFonts w:ascii="Times New Roman" w:hAnsi="Times New Roman"/>
                <w:color w:val="000000"/>
                <w:sz w:val="16"/>
              </w:rPr>
            </w:pPr>
            <w:r w:rsidRPr="00693325">
              <w:rPr>
                <w:rFonts w:ascii="Times New Roman" w:hAnsi="Times New Roman"/>
                <w:color w:val="000000"/>
                <w:sz w:val="16"/>
              </w:rPr>
              <w:t>N=105</w:t>
            </w:r>
          </w:p>
        </w:tc>
        <w:tc>
          <w:tcPr>
            <w:tcW w:w="417" w:type="pct"/>
            <w:gridSpan w:val="2"/>
            <w:tcBorders>
              <w:top w:val="nil"/>
              <w:left w:val="nil"/>
              <w:bottom w:val="single" w:sz="4" w:space="0" w:color="auto"/>
              <w:right w:val="nil"/>
            </w:tcBorders>
            <w:shd w:val="clear" w:color="000000" w:fill="FFFFFF"/>
            <w:vAlign w:val="bottom"/>
          </w:tcPr>
          <w:p w14:paraId="6EC4874D" w14:textId="77777777" w:rsidR="003B4090" w:rsidRPr="00693325" w:rsidRDefault="003B4090" w:rsidP="003B4090">
            <w:pPr>
              <w:jc w:val="center"/>
              <w:rPr>
                <w:rFonts w:ascii="Times New Roman" w:hAnsi="Times New Roman"/>
                <w:color w:val="000000"/>
                <w:sz w:val="16"/>
              </w:rPr>
            </w:pPr>
          </w:p>
        </w:tc>
        <w:tc>
          <w:tcPr>
            <w:tcW w:w="417" w:type="pct"/>
            <w:gridSpan w:val="2"/>
            <w:tcBorders>
              <w:top w:val="nil"/>
              <w:left w:val="nil"/>
              <w:bottom w:val="single" w:sz="4" w:space="0" w:color="auto"/>
              <w:right w:val="nil"/>
            </w:tcBorders>
            <w:shd w:val="clear" w:color="000000" w:fill="F2F2F2"/>
            <w:vAlign w:val="center"/>
          </w:tcPr>
          <w:p w14:paraId="04878AD7" w14:textId="36A1598A" w:rsidR="003B4090" w:rsidRPr="00693325" w:rsidRDefault="003B4090" w:rsidP="003B4090">
            <w:pPr>
              <w:jc w:val="center"/>
              <w:rPr>
                <w:rFonts w:ascii="Times New Roman" w:hAnsi="Times New Roman"/>
                <w:sz w:val="16"/>
              </w:rPr>
            </w:pPr>
            <w:r w:rsidRPr="00693325">
              <w:rPr>
                <w:rFonts w:ascii="Times New Roman" w:hAnsi="Times New Roman"/>
                <w:sz w:val="16"/>
              </w:rPr>
              <w:t>N=13</w:t>
            </w:r>
          </w:p>
        </w:tc>
        <w:tc>
          <w:tcPr>
            <w:tcW w:w="417" w:type="pct"/>
            <w:gridSpan w:val="2"/>
            <w:tcBorders>
              <w:top w:val="nil"/>
              <w:left w:val="nil"/>
              <w:bottom w:val="single" w:sz="4" w:space="0" w:color="auto"/>
              <w:right w:val="nil"/>
            </w:tcBorders>
            <w:shd w:val="clear" w:color="000000" w:fill="F2F2F2"/>
            <w:vAlign w:val="center"/>
          </w:tcPr>
          <w:p w14:paraId="5EE602F1" w14:textId="66F4C7D7" w:rsidR="003B4090" w:rsidRPr="00693325" w:rsidRDefault="003B4090" w:rsidP="003B4090">
            <w:pPr>
              <w:jc w:val="center"/>
              <w:rPr>
                <w:rFonts w:ascii="Times New Roman" w:hAnsi="Times New Roman"/>
                <w:sz w:val="16"/>
              </w:rPr>
            </w:pPr>
            <w:r w:rsidRPr="00693325">
              <w:rPr>
                <w:rFonts w:ascii="Times New Roman" w:hAnsi="Times New Roman"/>
                <w:sz w:val="16"/>
              </w:rPr>
              <w:t>N=13</w:t>
            </w:r>
          </w:p>
        </w:tc>
        <w:tc>
          <w:tcPr>
            <w:tcW w:w="417" w:type="pct"/>
            <w:gridSpan w:val="2"/>
            <w:tcBorders>
              <w:top w:val="nil"/>
              <w:left w:val="nil"/>
              <w:bottom w:val="single" w:sz="4" w:space="0" w:color="auto"/>
              <w:right w:val="nil"/>
            </w:tcBorders>
            <w:shd w:val="clear" w:color="000000" w:fill="F2F2F2"/>
            <w:vAlign w:val="center"/>
          </w:tcPr>
          <w:p w14:paraId="390BB12A" w14:textId="57A37299" w:rsidR="003B4090" w:rsidRPr="00693325" w:rsidRDefault="003B4090" w:rsidP="003B4090">
            <w:pPr>
              <w:jc w:val="center"/>
              <w:rPr>
                <w:rFonts w:ascii="Times New Roman" w:hAnsi="Times New Roman"/>
                <w:sz w:val="16"/>
              </w:rPr>
            </w:pPr>
            <w:r w:rsidRPr="00693325">
              <w:rPr>
                <w:rFonts w:ascii="Times New Roman" w:hAnsi="Times New Roman"/>
                <w:sz w:val="16"/>
              </w:rPr>
              <w:t>N=13</w:t>
            </w:r>
          </w:p>
        </w:tc>
        <w:tc>
          <w:tcPr>
            <w:tcW w:w="417" w:type="pct"/>
            <w:gridSpan w:val="2"/>
            <w:tcBorders>
              <w:top w:val="nil"/>
              <w:left w:val="nil"/>
              <w:bottom w:val="single" w:sz="4" w:space="0" w:color="auto"/>
              <w:right w:val="nil"/>
            </w:tcBorders>
            <w:shd w:val="clear" w:color="000000" w:fill="FFFFFF"/>
            <w:vAlign w:val="center"/>
          </w:tcPr>
          <w:p w14:paraId="10987B64" w14:textId="34703C36" w:rsidR="003B4090" w:rsidRPr="00693325" w:rsidRDefault="003B4090" w:rsidP="003B4090">
            <w:pPr>
              <w:jc w:val="center"/>
              <w:rPr>
                <w:rFonts w:ascii="Times New Roman" w:hAnsi="Times New Roman"/>
                <w:color w:val="000000"/>
                <w:sz w:val="16"/>
              </w:rPr>
            </w:pPr>
            <w:r w:rsidRPr="00693325">
              <w:rPr>
                <w:rFonts w:ascii="Times New Roman" w:hAnsi="Times New Roman"/>
                <w:color w:val="000000"/>
                <w:sz w:val="16"/>
              </w:rPr>
              <w:t>N=65</w:t>
            </w:r>
          </w:p>
        </w:tc>
        <w:tc>
          <w:tcPr>
            <w:tcW w:w="414" w:type="pct"/>
            <w:gridSpan w:val="2"/>
            <w:tcBorders>
              <w:top w:val="nil"/>
              <w:left w:val="nil"/>
              <w:bottom w:val="single" w:sz="4" w:space="0" w:color="auto"/>
              <w:right w:val="nil"/>
            </w:tcBorders>
            <w:shd w:val="clear" w:color="000000" w:fill="FFFFFF"/>
            <w:vAlign w:val="bottom"/>
          </w:tcPr>
          <w:p w14:paraId="44C26AB8" w14:textId="77777777" w:rsidR="003B4090" w:rsidRPr="00693325" w:rsidRDefault="003B4090" w:rsidP="003B4090">
            <w:pPr>
              <w:jc w:val="center"/>
              <w:rPr>
                <w:rFonts w:ascii="Times New Roman" w:hAnsi="Times New Roman"/>
                <w:color w:val="000000"/>
                <w:sz w:val="16"/>
              </w:rPr>
            </w:pPr>
          </w:p>
        </w:tc>
      </w:tr>
      <w:tr w:rsidR="003B4090" w:rsidRPr="00693325" w14:paraId="71C8B4D8" w14:textId="77777777" w:rsidTr="003B4090">
        <w:trPr>
          <w:trHeight w:val="68"/>
        </w:trPr>
        <w:tc>
          <w:tcPr>
            <w:tcW w:w="833" w:type="pct"/>
            <w:tcBorders>
              <w:top w:val="single" w:sz="4" w:space="0" w:color="auto"/>
              <w:left w:val="nil"/>
              <w:bottom w:val="nil"/>
              <w:right w:val="nil"/>
            </w:tcBorders>
            <w:shd w:val="clear" w:color="000000" w:fill="FFFFFF"/>
            <w:vAlign w:val="center"/>
            <w:hideMark/>
          </w:tcPr>
          <w:p w14:paraId="512A3557" w14:textId="77777777" w:rsidR="003B4090" w:rsidRPr="00693325" w:rsidRDefault="003B4090" w:rsidP="003B4090">
            <w:pPr>
              <w:rPr>
                <w:rFonts w:ascii="Times New Roman" w:hAnsi="Times New Roman"/>
                <w:b/>
                <w:bCs/>
                <w:color w:val="000000"/>
                <w:sz w:val="16"/>
                <w:szCs w:val="16"/>
              </w:rPr>
            </w:pPr>
            <w:r w:rsidRPr="00693325">
              <w:rPr>
                <w:rFonts w:ascii="Times New Roman" w:hAnsi="Times New Roman"/>
                <w:b/>
                <w:bCs/>
                <w:color w:val="000000"/>
                <w:sz w:val="16"/>
              </w:rPr>
              <w:t>Other outpatient services ($), mean (SD)</w:t>
            </w:r>
          </w:p>
        </w:tc>
        <w:tc>
          <w:tcPr>
            <w:tcW w:w="417" w:type="pct"/>
            <w:tcBorders>
              <w:top w:val="single" w:sz="4" w:space="0" w:color="auto"/>
              <w:left w:val="nil"/>
              <w:bottom w:val="nil"/>
              <w:right w:val="nil"/>
            </w:tcBorders>
            <w:shd w:val="clear" w:color="000000" w:fill="F2F2F2"/>
            <w:vAlign w:val="center"/>
            <w:hideMark/>
          </w:tcPr>
          <w:p w14:paraId="5B4D2784"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11,596 (48,487)</w:t>
            </w:r>
          </w:p>
        </w:tc>
        <w:tc>
          <w:tcPr>
            <w:tcW w:w="417" w:type="pct"/>
            <w:tcBorders>
              <w:top w:val="single" w:sz="4" w:space="0" w:color="auto"/>
              <w:left w:val="nil"/>
              <w:bottom w:val="nil"/>
              <w:right w:val="nil"/>
            </w:tcBorders>
            <w:shd w:val="clear" w:color="000000" w:fill="F2F2F2"/>
            <w:vAlign w:val="center"/>
            <w:hideMark/>
          </w:tcPr>
          <w:p w14:paraId="39F1D5C9"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97 (216)</w:t>
            </w:r>
          </w:p>
        </w:tc>
        <w:tc>
          <w:tcPr>
            <w:tcW w:w="417" w:type="pct"/>
            <w:tcBorders>
              <w:top w:val="single" w:sz="4" w:space="0" w:color="auto"/>
              <w:left w:val="nil"/>
              <w:bottom w:val="nil"/>
              <w:right w:val="nil"/>
            </w:tcBorders>
            <w:shd w:val="clear" w:color="000000" w:fill="F2F2F2"/>
            <w:vAlign w:val="center"/>
            <w:hideMark/>
          </w:tcPr>
          <w:p w14:paraId="0DA349E7"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707 (1,947)</w:t>
            </w:r>
          </w:p>
        </w:tc>
        <w:tc>
          <w:tcPr>
            <w:tcW w:w="417" w:type="pct"/>
            <w:tcBorders>
              <w:top w:val="single" w:sz="4" w:space="0" w:color="auto"/>
              <w:left w:val="nil"/>
              <w:bottom w:val="nil"/>
              <w:right w:val="nil"/>
            </w:tcBorders>
            <w:shd w:val="clear" w:color="000000" w:fill="FFFFFF"/>
            <w:vAlign w:val="center"/>
            <w:hideMark/>
          </w:tcPr>
          <w:p w14:paraId="4C56DA24"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9 (24)</w:t>
            </w:r>
          </w:p>
        </w:tc>
        <w:tc>
          <w:tcPr>
            <w:tcW w:w="417" w:type="pct"/>
            <w:gridSpan w:val="2"/>
            <w:tcBorders>
              <w:top w:val="single" w:sz="4" w:space="0" w:color="auto"/>
              <w:left w:val="nil"/>
              <w:bottom w:val="nil"/>
              <w:right w:val="nil"/>
            </w:tcBorders>
            <w:shd w:val="clear" w:color="000000" w:fill="FFFFFF"/>
            <w:vAlign w:val="center"/>
            <w:hideMark/>
          </w:tcPr>
          <w:p w14:paraId="3AFB6BE6"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single" w:sz="4" w:space="0" w:color="auto"/>
              <w:left w:val="nil"/>
              <w:bottom w:val="nil"/>
              <w:right w:val="nil"/>
            </w:tcBorders>
            <w:shd w:val="clear" w:color="000000" w:fill="F2F2F2"/>
            <w:vAlign w:val="center"/>
            <w:hideMark/>
          </w:tcPr>
          <w:p w14:paraId="5A6721B5"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373 (1,164)</w:t>
            </w:r>
          </w:p>
        </w:tc>
        <w:tc>
          <w:tcPr>
            <w:tcW w:w="417" w:type="pct"/>
            <w:gridSpan w:val="2"/>
            <w:tcBorders>
              <w:top w:val="single" w:sz="4" w:space="0" w:color="auto"/>
              <w:left w:val="nil"/>
              <w:bottom w:val="nil"/>
              <w:right w:val="nil"/>
            </w:tcBorders>
            <w:shd w:val="clear" w:color="000000" w:fill="F2F2F2"/>
            <w:vAlign w:val="center"/>
            <w:hideMark/>
          </w:tcPr>
          <w:p w14:paraId="4184FDB6"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77 (208)</w:t>
            </w:r>
          </w:p>
        </w:tc>
        <w:tc>
          <w:tcPr>
            <w:tcW w:w="417" w:type="pct"/>
            <w:gridSpan w:val="2"/>
            <w:tcBorders>
              <w:top w:val="single" w:sz="4" w:space="0" w:color="auto"/>
              <w:left w:val="nil"/>
              <w:bottom w:val="nil"/>
              <w:right w:val="nil"/>
            </w:tcBorders>
            <w:shd w:val="clear" w:color="000000" w:fill="F2F2F2"/>
            <w:vAlign w:val="center"/>
            <w:hideMark/>
          </w:tcPr>
          <w:p w14:paraId="26060A9B"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120 (210)</w:t>
            </w:r>
          </w:p>
        </w:tc>
        <w:tc>
          <w:tcPr>
            <w:tcW w:w="417" w:type="pct"/>
            <w:gridSpan w:val="2"/>
            <w:tcBorders>
              <w:top w:val="single" w:sz="4" w:space="0" w:color="auto"/>
              <w:left w:val="nil"/>
              <w:bottom w:val="nil"/>
              <w:right w:val="nil"/>
            </w:tcBorders>
            <w:shd w:val="clear" w:color="000000" w:fill="FFFFFF"/>
            <w:vAlign w:val="center"/>
            <w:hideMark/>
          </w:tcPr>
          <w:p w14:paraId="50D1ADD4"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50 (180)</w:t>
            </w:r>
          </w:p>
        </w:tc>
        <w:tc>
          <w:tcPr>
            <w:tcW w:w="414" w:type="pct"/>
            <w:gridSpan w:val="2"/>
            <w:tcBorders>
              <w:top w:val="single" w:sz="4" w:space="0" w:color="auto"/>
              <w:left w:val="nil"/>
              <w:bottom w:val="nil"/>
              <w:right w:val="nil"/>
            </w:tcBorders>
            <w:shd w:val="clear" w:color="000000" w:fill="FFFFFF"/>
            <w:vAlign w:val="center"/>
            <w:hideMark/>
          </w:tcPr>
          <w:p w14:paraId="17068FD6"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0.222</w:t>
            </w:r>
          </w:p>
        </w:tc>
      </w:tr>
      <w:tr w:rsidR="003B4090" w:rsidRPr="00693325" w14:paraId="3E3E4E94" w14:textId="77777777" w:rsidTr="00EB3E01">
        <w:trPr>
          <w:trHeight w:val="216"/>
        </w:trPr>
        <w:tc>
          <w:tcPr>
            <w:tcW w:w="833" w:type="pct"/>
            <w:tcBorders>
              <w:top w:val="nil"/>
              <w:left w:val="nil"/>
              <w:bottom w:val="nil"/>
              <w:right w:val="nil"/>
            </w:tcBorders>
            <w:shd w:val="clear" w:color="000000" w:fill="FFFFFF"/>
            <w:vAlign w:val="center"/>
            <w:hideMark/>
          </w:tcPr>
          <w:p w14:paraId="3BCEB3D6" w14:textId="77777777" w:rsidR="003B4090" w:rsidRPr="00693325" w:rsidRDefault="003B4090" w:rsidP="003B4090">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03D5EBD7"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11,502 (48,506)</w:t>
            </w:r>
          </w:p>
        </w:tc>
        <w:tc>
          <w:tcPr>
            <w:tcW w:w="417" w:type="pct"/>
            <w:tcBorders>
              <w:top w:val="nil"/>
              <w:left w:val="nil"/>
              <w:bottom w:val="nil"/>
              <w:right w:val="nil"/>
            </w:tcBorders>
            <w:shd w:val="clear" w:color="000000" w:fill="F2F2F2"/>
            <w:vAlign w:val="center"/>
            <w:hideMark/>
          </w:tcPr>
          <w:p w14:paraId="40C55B71"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84 (201)</w:t>
            </w:r>
          </w:p>
        </w:tc>
        <w:tc>
          <w:tcPr>
            <w:tcW w:w="417" w:type="pct"/>
            <w:tcBorders>
              <w:top w:val="nil"/>
              <w:left w:val="nil"/>
              <w:bottom w:val="nil"/>
              <w:right w:val="nil"/>
            </w:tcBorders>
            <w:shd w:val="clear" w:color="000000" w:fill="F2F2F2"/>
            <w:vAlign w:val="center"/>
            <w:hideMark/>
          </w:tcPr>
          <w:p w14:paraId="6E51CAB3"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683 (1,946)</w:t>
            </w:r>
          </w:p>
        </w:tc>
        <w:tc>
          <w:tcPr>
            <w:tcW w:w="417" w:type="pct"/>
            <w:tcBorders>
              <w:top w:val="nil"/>
              <w:left w:val="nil"/>
              <w:bottom w:val="nil"/>
              <w:right w:val="nil"/>
            </w:tcBorders>
            <w:shd w:val="clear" w:color="000000" w:fill="FFFFFF"/>
            <w:vAlign w:val="center"/>
            <w:hideMark/>
          </w:tcPr>
          <w:p w14:paraId="52DA2E43"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8 (21)</w:t>
            </w:r>
          </w:p>
        </w:tc>
        <w:tc>
          <w:tcPr>
            <w:tcW w:w="417" w:type="pct"/>
            <w:gridSpan w:val="2"/>
            <w:tcBorders>
              <w:top w:val="nil"/>
              <w:left w:val="nil"/>
              <w:bottom w:val="nil"/>
              <w:right w:val="nil"/>
            </w:tcBorders>
            <w:shd w:val="clear" w:color="000000" w:fill="FFFFFF"/>
            <w:vAlign w:val="center"/>
            <w:hideMark/>
          </w:tcPr>
          <w:p w14:paraId="172D9649"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4AEB2F1B"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373 (1,164)</w:t>
            </w:r>
          </w:p>
        </w:tc>
        <w:tc>
          <w:tcPr>
            <w:tcW w:w="417" w:type="pct"/>
            <w:gridSpan w:val="2"/>
            <w:tcBorders>
              <w:top w:val="nil"/>
              <w:left w:val="nil"/>
              <w:bottom w:val="nil"/>
              <w:right w:val="nil"/>
            </w:tcBorders>
            <w:shd w:val="clear" w:color="000000" w:fill="F2F2F2"/>
            <w:vAlign w:val="center"/>
            <w:hideMark/>
          </w:tcPr>
          <w:p w14:paraId="3B7B0EAD"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77 (208)</w:t>
            </w:r>
          </w:p>
        </w:tc>
        <w:tc>
          <w:tcPr>
            <w:tcW w:w="417" w:type="pct"/>
            <w:gridSpan w:val="2"/>
            <w:tcBorders>
              <w:top w:val="nil"/>
              <w:left w:val="nil"/>
              <w:bottom w:val="nil"/>
              <w:right w:val="nil"/>
            </w:tcBorders>
            <w:shd w:val="clear" w:color="000000" w:fill="F2F2F2"/>
            <w:vAlign w:val="center"/>
            <w:hideMark/>
          </w:tcPr>
          <w:p w14:paraId="7AEEE3F4"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120 (210)</w:t>
            </w:r>
          </w:p>
        </w:tc>
        <w:tc>
          <w:tcPr>
            <w:tcW w:w="417" w:type="pct"/>
            <w:gridSpan w:val="2"/>
            <w:tcBorders>
              <w:top w:val="nil"/>
              <w:left w:val="nil"/>
              <w:bottom w:val="nil"/>
              <w:right w:val="nil"/>
            </w:tcBorders>
            <w:shd w:val="clear" w:color="000000" w:fill="FFFFFF"/>
            <w:vAlign w:val="center"/>
            <w:hideMark/>
          </w:tcPr>
          <w:p w14:paraId="39ABF111"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50 (180)</w:t>
            </w:r>
          </w:p>
        </w:tc>
        <w:tc>
          <w:tcPr>
            <w:tcW w:w="414" w:type="pct"/>
            <w:gridSpan w:val="2"/>
            <w:tcBorders>
              <w:top w:val="nil"/>
              <w:left w:val="nil"/>
              <w:bottom w:val="nil"/>
              <w:right w:val="nil"/>
            </w:tcBorders>
            <w:shd w:val="clear" w:color="000000" w:fill="FFFFFF"/>
            <w:vAlign w:val="center"/>
            <w:hideMark/>
          </w:tcPr>
          <w:p w14:paraId="144BE289"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0.222</w:t>
            </w:r>
          </w:p>
        </w:tc>
      </w:tr>
      <w:tr w:rsidR="003B4090" w:rsidRPr="00693325" w14:paraId="31A27618" w14:textId="77777777" w:rsidTr="00EB3E01">
        <w:trPr>
          <w:trHeight w:val="68"/>
        </w:trPr>
        <w:tc>
          <w:tcPr>
            <w:tcW w:w="833" w:type="pct"/>
            <w:tcBorders>
              <w:top w:val="nil"/>
              <w:left w:val="nil"/>
              <w:bottom w:val="nil"/>
              <w:right w:val="nil"/>
            </w:tcBorders>
            <w:shd w:val="clear" w:color="000000" w:fill="FFFFFF"/>
            <w:vAlign w:val="center"/>
            <w:hideMark/>
          </w:tcPr>
          <w:p w14:paraId="77594F11" w14:textId="77777777" w:rsidR="003B4090" w:rsidRPr="00693325" w:rsidRDefault="003B4090" w:rsidP="003B4090">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383B2E12"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94 (226)</w:t>
            </w:r>
          </w:p>
        </w:tc>
        <w:tc>
          <w:tcPr>
            <w:tcW w:w="417" w:type="pct"/>
            <w:tcBorders>
              <w:top w:val="nil"/>
              <w:left w:val="nil"/>
              <w:bottom w:val="nil"/>
              <w:right w:val="nil"/>
            </w:tcBorders>
            <w:shd w:val="clear" w:color="000000" w:fill="F2F2F2"/>
            <w:vAlign w:val="center"/>
            <w:hideMark/>
          </w:tcPr>
          <w:p w14:paraId="51633BC9"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14 (47)</w:t>
            </w:r>
          </w:p>
        </w:tc>
        <w:tc>
          <w:tcPr>
            <w:tcW w:w="417" w:type="pct"/>
            <w:tcBorders>
              <w:top w:val="nil"/>
              <w:left w:val="nil"/>
              <w:bottom w:val="nil"/>
              <w:right w:val="nil"/>
            </w:tcBorders>
            <w:shd w:val="clear" w:color="000000" w:fill="F2F2F2"/>
            <w:vAlign w:val="center"/>
            <w:hideMark/>
          </w:tcPr>
          <w:p w14:paraId="66F9604A"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24 (56)</w:t>
            </w:r>
          </w:p>
        </w:tc>
        <w:tc>
          <w:tcPr>
            <w:tcW w:w="417" w:type="pct"/>
            <w:tcBorders>
              <w:top w:val="nil"/>
              <w:left w:val="nil"/>
              <w:bottom w:val="nil"/>
              <w:right w:val="nil"/>
            </w:tcBorders>
            <w:shd w:val="clear" w:color="000000" w:fill="FFFFFF"/>
            <w:vAlign w:val="center"/>
            <w:hideMark/>
          </w:tcPr>
          <w:p w14:paraId="07EFE1A9"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1 (4)</w:t>
            </w:r>
          </w:p>
        </w:tc>
        <w:tc>
          <w:tcPr>
            <w:tcW w:w="417" w:type="pct"/>
            <w:gridSpan w:val="2"/>
            <w:tcBorders>
              <w:top w:val="nil"/>
              <w:left w:val="nil"/>
              <w:bottom w:val="nil"/>
              <w:right w:val="nil"/>
            </w:tcBorders>
            <w:shd w:val="clear" w:color="000000" w:fill="FFFFFF"/>
            <w:vAlign w:val="center"/>
            <w:hideMark/>
          </w:tcPr>
          <w:p w14:paraId="18B0BDA7"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4F687E6B"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76C6A509"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3DB64620"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14AD1D35"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0 (0)</w:t>
            </w:r>
          </w:p>
        </w:tc>
        <w:tc>
          <w:tcPr>
            <w:tcW w:w="414" w:type="pct"/>
            <w:gridSpan w:val="2"/>
            <w:tcBorders>
              <w:top w:val="nil"/>
              <w:left w:val="nil"/>
              <w:bottom w:val="nil"/>
              <w:right w:val="nil"/>
            </w:tcBorders>
            <w:shd w:val="clear" w:color="000000" w:fill="FFFFFF"/>
            <w:vAlign w:val="center"/>
            <w:hideMark/>
          </w:tcPr>
          <w:p w14:paraId="50463D17"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w:t>
            </w:r>
          </w:p>
        </w:tc>
      </w:tr>
      <w:tr w:rsidR="003B4090" w:rsidRPr="00693325" w14:paraId="744C7E9F" w14:textId="77777777" w:rsidTr="00EB3E01">
        <w:trPr>
          <w:trHeight w:val="68"/>
        </w:trPr>
        <w:tc>
          <w:tcPr>
            <w:tcW w:w="833" w:type="pct"/>
            <w:tcBorders>
              <w:top w:val="nil"/>
              <w:left w:val="nil"/>
              <w:bottom w:val="nil"/>
              <w:right w:val="nil"/>
            </w:tcBorders>
            <w:shd w:val="clear" w:color="000000" w:fill="FFFFFF"/>
            <w:vAlign w:val="center"/>
            <w:hideMark/>
          </w:tcPr>
          <w:p w14:paraId="40994F49" w14:textId="77777777" w:rsidR="003B4090" w:rsidRPr="00693325" w:rsidRDefault="003B4090" w:rsidP="003B4090">
            <w:pPr>
              <w:rPr>
                <w:rFonts w:ascii="Times New Roman" w:hAnsi="Times New Roman"/>
                <w:b/>
                <w:bCs/>
                <w:color w:val="000000"/>
                <w:sz w:val="16"/>
                <w:szCs w:val="16"/>
                <w:u w:val="single"/>
              </w:rPr>
            </w:pPr>
            <w:r w:rsidRPr="00693325">
              <w:rPr>
                <w:rFonts w:ascii="Times New Roman" w:hAnsi="Times New Roman"/>
                <w:b/>
                <w:bCs/>
                <w:color w:val="000000"/>
                <w:sz w:val="16"/>
                <w:u w:val="single"/>
              </w:rPr>
              <w:t xml:space="preserve">Surgical procedure ($), mean (SD) </w:t>
            </w:r>
          </w:p>
        </w:tc>
        <w:tc>
          <w:tcPr>
            <w:tcW w:w="417" w:type="pct"/>
            <w:tcBorders>
              <w:top w:val="nil"/>
              <w:left w:val="nil"/>
              <w:bottom w:val="nil"/>
              <w:right w:val="nil"/>
            </w:tcBorders>
            <w:shd w:val="clear" w:color="000000" w:fill="F2F2F2"/>
            <w:vAlign w:val="center"/>
            <w:hideMark/>
          </w:tcPr>
          <w:p w14:paraId="548371D2"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9,760 (27,687)</w:t>
            </w:r>
          </w:p>
        </w:tc>
        <w:tc>
          <w:tcPr>
            <w:tcW w:w="417" w:type="pct"/>
            <w:tcBorders>
              <w:top w:val="nil"/>
              <w:left w:val="nil"/>
              <w:bottom w:val="nil"/>
              <w:right w:val="nil"/>
            </w:tcBorders>
            <w:shd w:val="clear" w:color="000000" w:fill="F2F2F2"/>
            <w:vAlign w:val="center"/>
            <w:hideMark/>
          </w:tcPr>
          <w:p w14:paraId="51B25802"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22 (102)</w:t>
            </w:r>
          </w:p>
        </w:tc>
        <w:tc>
          <w:tcPr>
            <w:tcW w:w="417" w:type="pct"/>
            <w:tcBorders>
              <w:top w:val="nil"/>
              <w:left w:val="nil"/>
              <w:bottom w:val="nil"/>
              <w:right w:val="nil"/>
            </w:tcBorders>
            <w:shd w:val="clear" w:color="000000" w:fill="F2F2F2"/>
            <w:vAlign w:val="center"/>
            <w:hideMark/>
          </w:tcPr>
          <w:p w14:paraId="41E732F2"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466 (1,299)</w:t>
            </w:r>
          </w:p>
        </w:tc>
        <w:tc>
          <w:tcPr>
            <w:tcW w:w="417" w:type="pct"/>
            <w:tcBorders>
              <w:top w:val="nil"/>
              <w:left w:val="nil"/>
              <w:bottom w:val="nil"/>
              <w:right w:val="nil"/>
            </w:tcBorders>
            <w:shd w:val="clear" w:color="000000" w:fill="FFFFFF"/>
            <w:vAlign w:val="center"/>
            <w:hideMark/>
          </w:tcPr>
          <w:p w14:paraId="5D9A4F2B"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03DC1BFC"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2E2A5396"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25 (89)</w:t>
            </w:r>
          </w:p>
        </w:tc>
        <w:tc>
          <w:tcPr>
            <w:tcW w:w="417" w:type="pct"/>
            <w:gridSpan w:val="2"/>
            <w:tcBorders>
              <w:top w:val="nil"/>
              <w:left w:val="nil"/>
              <w:bottom w:val="nil"/>
              <w:right w:val="nil"/>
            </w:tcBorders>
            <w:shd w:val="clear" w:color="000000" w:fill="F2F2F2"/>
            <w:vAlign w:val="center"/>
            <w:hideMark/>
          </w:tcPr>
          <w:p w14:paraId="28D56E72"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1EFAD3CC"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3 (9)</w:t>
            </w:r>
          </w:p>
        </w:tc>
        <w:tc>
          <w:tcPr>
            <w:tcW w:w="417" w:type="pct"/>
            <w:gridSpan w:val="2"/>
            <w:tcBorders>
              <w:top w:val="nil"/>
              <w:left w:val="nil"/>
              <w:bottom w:val="nil"/>
              <w:right w:val="nil"/>
            </w:tcBorders>
            <w:shd w:val="clear" w:color="000000" w:fill="FFFFFF"/>
            <w:vAlign w:val="center"/>
            <w:hideMark/>
          </w:tcPr>
          <w:p w14:paraId="179BFE6C"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6 (45)</w:t>
            </w:r>
          </w:p>
        </w:tc>
        <w:tc>
          <w:tcPr>
            <w:tcW w:w="414" w:type="pct"/>
            <w:gridSpan w:val="2"/>
            <w:tcBorders>
              <w:top w:val="nil"/>
              <w:left w:val="nil"/>
              <w:bottom w:val="nil"/>
              <w:right w:val="nil"/>
            </w:tcBorders>
            <w:shd w:val="clear" w:color="000000" w:fill="FFFFFF"/>
            <w:vAlign w:val="center"/>
            <w:hideMark/>
          </w:tcPr>
          <w:p w14:paraId="567C2962"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0.812</w:t>
            </w:r>
          </w:p>
        </w:tc>
      </w:tr>
      <w:tr w:rsidR="003B4090" w:rsidRPr="00693325" w14:paraId="3D264DCA" w14:textId="77777777" w:rsidTr="00EB3E01">
        <w:trPr>
          <w:trHeight w:val="234"/>
        </w:trPr>
        <w:tc>
          <w:tcPr>
            <w:tcW w:w="833" w:type="pct"/>
            <w:tcBorders>
              <w:top w:val="nil"/>
              <w:left w:val="nil"/>
              <w:bottom w:val="nil"/>
              <w:right w:val="nil"/>
            </w:tcBorders>
            <w:shd w:val="clear" w:color="000000" w:fill="FFFFFF"/>
            <w:vAlign w:val="center"/>
            <w:hideMark/>
          </w:tcPr>
          <w:p w14:paraId="35A29ACA" w14:textId="77777777" w:rsidR="003B4090" w:rsidRPr="00693325" w:rsidRDefault="003B4090" w:rsidP="003B4090">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3A190921"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9,486 (27,084)</w:t>
            </w:r>
          </w:p>
        </w:tc>
        <w:tc>
          <w:tcPr>
            <w:tcW w:w="417" w:type="pct"/>
            <w:tcBorders>
              <w:top w:val="nil"/>
              <w:left w:val="nil"/>
              <w:bottom w:val="nil"/>
              <w:right w:val="nil"/>
            </w:tcBorders>
            <w:shd w:val="clear" w:color="000000" w:fill="F2F2F2"/>
            <w:vAlign w:val="center"/>
            <w:hideMark/>
          </w:tcPr>
          <w:p w14:paraId="6D801758"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22 (102)</w:t>
            </w:r>
          </w:p>
        </w:tc>
        <w:tc>
          <w:tcPr>
            <w:tcW w:w="417" w:type="pct"/>
            <w:tcBorders>
              <w:top w:val="nil"/>
              <w:left w:val="nil"/>
              <w:bottom w:val="nil"/>
              <w:right w:val="nil"/>
            </w:tcBorders>
            <w:shd w:val="clear" w:color="000000" w:fill="F2F2F2"/>
            <w:vAlign w:val="center"/>
            <w:hideMark/>
          </w:tcPr>
          <w:p w14:paraId="660C7B6F"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457 (1,282)</w:t>
            </w:r>
          </w:p>
        </w:tc>
        <w:tc>
          <w:tcPr>
            <w:tcW w:w="417" w:type="pct"/>
            <w:tcBorders>
              <w:top w:val="nil"/>
              <w:left w:val="nil"/>
              <w:bottom w:val="nil"/>
              <w:right w:val="nil"/>
            </w:tcBorders>
            <w:shd w:val="clear" w:color="000000" w:fill="FFFFFF"/>
            <w:vAlign w:val="center"/>
            <w:hideMark/>
          </w:tcPr>
          <w:p w14:paraId="07E843E5"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74815140"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2016F2C6"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25 (89)</w:t>
            </w:r>
          </w:p>
        </w:tc>
        <w:tc>
          <w:tcPr>
            <w:tcW w:w="417" w:type="pct"/>
            <w:gridSpan w:val="2"/>
            <w:tcBorders>
              <w:top w:val="nil"/>
              <w:left w:val="nil"/>
              <w:bottom w:val="nil"/>
              <w:right w:val="nil"/>
            </w:tcBorders>
            <w:shd w:val="clear" w:color="000000" w:fill="F2F2F2"/>
            <w:vAlign w:val="center"/>
            <w:hideMark/>
          </w:tcPr>
          <w:p w14:paraId="2B6C4669"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73D5F1A0"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3 (9)</w:t>
            </w:r>
          </w:p>
        </w:tc>
        <w:tc>
          <w:tcPr>
            <w:tcW w:w="417" w:type="pct"/>
            <w:gridSpan w:val="2"/>
            <w:tcBorders>
              <w:top w:val="nil"/>
              <w:left w:val="nil"/>
              <w:bottom w:val="nil"/>
              <w:right w:val="nil"/>
            </w:tcBorders>
            <w:shd w:val="clear" w:color="000000" w:fill="FFFFFF"/>
            <w:vAlign w:val="center"/>
            <w:hideMark/>
          </w:tcPr>
          <w:p w14:paraId="71A36BE7"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6 (45)</w:t>
            </w:r>
          </w:p>
        </w:tc>
        <w:tc>
          <w:tcPr>
            <w:tcW w:w="414" w:type="pct"/>
            <w:gridSpan w:val="2"/>
            <w:tcBorders>
              <w:top w:val="nil"/>
              <w:left w:val="nil"/>
              <w:bottom w:val="nil"/>
              <w:right w:val="nil"/>
            </w:tcBorders>
            <w:shd w:val="clear" w:color="000000" w:fill="FFFFFF"/>
            <w:vAlign w:val="center"/>
            <w:hideMark/>
          </w:tcPr>
          <w:p w14:paraId="256F6299"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0.812</w:t>
            </w:r>
          </w:p>
        </w:tc>
      </w:tr>
      <w:tr w:rsidR="003B4090" w:rsidRPr="00693325" w14:paraId="3E0DA0FC" w14:textId="77777777" w:rsidTr="00EB3E01">
        <w:trPr>
          <w:trHeight w:val="68"/>
        </w:trPr>
        <w:tc>
          <w:tcPr>
            <w:tcW w:w="833" w:type="pct"/>
            <w:tcBorders>
              <w:top w:val="nil"/>
              <w:left w:val="nil"/>
              <w:bottom w:val="nil"/>
              <w:right w:val="nil"/>
            </w:tcBorders>
            <w:shd w:val="clear" w:color="000000" w:fill="FFFFFF"/>
            <w:vAlign w:val="center"/>
            <w:hideMark/>
          </w:tcPr>
          <w:p w14:paraId="01831FCB" w14:textId="77777777" w:rsidR="003B4090" w:rsidRPr="00693325" w:rsidRDefault="003B4090" w:rsidP="003B4090">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nil"/>
              <w:right w:val="nil"/>
            </w:tcBorders>
            <w:shd w:val="clear" w:color="000000" w:fill="F2F2F2"/>
            <w:vAlign w:val="center"/>
            <w:hideMark/>
          </w:tcPr>
          <w:p w14:paraId="1E676752"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274 (884)</w:t>
            </w:r>
          </w:p>
        </w:tc>
        <w:tc>
          <w:tcPr>
            <w:tcW w:w="417" w:type="pct"/>
            <w:tcBorders>
              <w:top w:val="nil"/>
              <w:left w:val="nil"/>
              <w:bottom w:val="nil"/>
              <w:right w:val="nil"/>
            </w:tcBorders>
            <w:shd w:val="clear" w:color="000000" w:fill="F2F2F2"/>
            <w:vAlign w:val="center"/>
            <w:hideMark/>
          </w:tcPr>
          <w:p w14:paraId="7FF36D95"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0 (0)</w:t>
            </w:r>
          </w:p>
        </w:tc>
        <w:tc>
          <w:tcPr>
            <w:tcW w:w="417" w:type="pct"/>
            <w:tcBorders>
              <w:top w:val="nil"/>
              <w:left w:val="nil"/>
              <w:bottom w:val="nil"/>
              <w:right w:val="nil"/>
            </w:tcBorders>
            <w:shd w:val="clear" w:color="000000" w:fill="F2F2F2"/>
            <w:vAlign w:val="center"/>
            <w:hideMark/>
          </w:tcPr>
          <w:p w14:paraId="38BFECB2"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9 (25)</w:t>
            </w:r>
          </w:p>
        </w:tc>
        <w:tc>
          <w:tcPr>
            <w:tcW w:w="417" w:type="pct"/>
            <w:tcBorders>
              <w:top w:val="nil"/>
              <w:left w:val="nil"/>
              <w:bottom w:val="nil"/>
              <w:right w:val="nil"/>
            </w:tcBorders>
            <w:shd w:val="clear" w:color="000000" w:fill="FFFFFF"/>
            <w:vAlign w:val="center"/>
            <w:hideMark/>
          </w:tcPr>
          <w:p w14:paraId="35E838C3"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28D67159"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45C73B5F"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073D95C4"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2F2F2"/>
            <w:vAlign w:val="center"/>
            <w:hideMark/>
          </w:tcPr>
          <w:p w14:paraId="60A7230B"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nil"/>
              <w:right w:val="nil"/>
            </w:tcBorders>
            <w:shd w:val="clear" w:color="000000" w:fill="FFFFFF"/>
            <w:vAlign w:val="center"/>
            <w:hideMark/>
          </w:tcPr>
          <w:p w14:paraId="06F84899"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0 (0)</w:t>
            </w:r>
          </w:p>
        </w:tc>
        <w:tc>
          <w:tcPr>
            <w:tcW w:w="414" w:type="pct"/>
            <w:gridSpan w:val="2"/>
            <w:tcBorders>
              <w:top w:val="nil"/>
              <w:left w:val="nil"/>
              <w:bottom w:val="nil"/>
              <w:right w:val="nil"/>
            </w:tcBorders>
            <w:shd w:val="clear" w:color="000000" w:fill="FFFFFF"/>
            <w:vAlign w:val="center"/>
            <w:hideMark/>
          </w:tcPr>
          <w:p w14:paraId="7E05C2C3"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w:t>
            </w:r>
          </w:p>
        </w:tc>
      </w:tr>
      <w:tr w:rsidR="003B4090" w:rsidRPr="00693325" w14:paraId="10AFA5F1" w14:textId="77777777" w:rsidTr="00EB3E01">
        <w:trPr>
          <w:trHeight w:val="68"/>
        </w:trPr>
        <w:tc>
          <w:tcPr>
            <w:tcW w:w="833" w:type="pct"/>
            <w:tcBorders>
              <w:top w:val="nil"/>
              <w:left w:val="nil"/>
              <w:bottom w:val="nil"/>
              <w:right w:val="nil"/>
            </w:tcBorders>
            <w:shd w:val="clear" w:color="000000" w:fill="FFFFFF"/>
            <w:vAlign w:val="center"/>
            <w:hideMark/>
          </w:tcPr>
          <w:p w14:paraId="2BE5BDFD" w14:textId="77777777" w:rsidR="003B4090" w:rsidRPr="00693325" w:rsidRDefault="003B4090" w:rsidP="003B4090">
            <w:pPr>
              <w:rPr>
                <w:rFonts w:ascii="Times New Roman" w:hAnsi="Times New Roman"/>
                <w:b/>
                <w:bCs/>
                <w:color w:val="000000"/>
                <w:sz w:val="16"/>
                <w:szCs w:val="16"/>
                <w:u w:val="single"/>
              </w:rPr>
            </w:pPr>
            <w:r w:rsidRPr="00693325">
              <w:rPr>
                <w:rFonts w:ascii="Times New Roman" w:hAnsi="Times New Roman"/>
                <w:b/>
                <w:bCs/>
                <w:color w:val="000000"/>
                <w:sz w:val="16"/>
                <w:u w:val="single"/>
              </w:rPr>
              <w:t xml:space="preserve">Total medical (Inpatient + Outpatient + Surgical; $), mean (SD) </w:t>
            </w:r>
          </w:p>
        </w:tc>
        <w:tc>
          <w:tcPr>
            <w:tcW w:w="417" w:type="pct"/>
            <w:tcBorders>
              <w:top w:val="nil"/>
              <w:left w:val="nil"/>
              <w:bottom w:val="nil"/>
              <w:right w:val="nil"/>
            </w:tcBorders>
            <w:shd w:val="clear" w:color="000000" w:fill="F2F2F2"/>
            <w:vAlign w:val="center"/>
            <w:hideMark/>
          </w:tcPr>
          <w:p w14:paraId="27B64F9B"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44,774 (68,817)</w:t>
            </w:r>
          </w:p>
        </w:tc>
        <w:tc>
          <w:tcPr>
            <w:tcW w:w="417" w:type="pct"/>
            <w:tcBorders>
              <w:top w:val="nil"/>
              <w:left w:val="nil"/>
              <w:bottom w:val="nil"/>
              <w:right w:val="nil"/>
            </w:tcBorders>
            <w:shd w:val="clear" w:color="000000" w:fill="F2F2F2"/>
            <w:vAlign w:val="center"/>
            <w:hideMark/>
          </w:tcPr>
          <w:p w14:paraId="1818A5BB"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502 (1,731)</w:t>
            </w:r>
          </w:p>
        </w:tc>
        <w:tc>
          <w:tcPr>
            <w:tcW w:w="417" w:type="pct"/>
            <w:tcBorders>
              <w:top w:val="nil"/>
              <w:left w:val="nil"/>
              <w:bottom w:val="nil"/>
              <w:right w:val="nil"/>
            </w:tcBorders>
            <w:shd w:val="clear" w:color="000000" w:fill="F2F2F2"/>
            <w:vAlign w:val="center"/>
            <w:hideMark/>
          </w:tcPr>
          <w:p w14:paraId="049AC829"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4,834 (4,713)</w:t>
            </w:r>
          </w:p>
        </w:tc>
        <w:tc>
          <w:tcPr>
            <w:tcW w:w="417" w:type="pct"/>
            <w:tcBorders>
              <w:top w:val="nil"/>
              <w:left w:val="nil"/>
              <w:bottom w:val="nil"/>
              <w:right w:val="nil"/>
            </w:tcBorders>
            <w:shd w:val="clear" w:color="000000" w:fill="FFFFFF"/>
            <w:vAlign w:val="center"/>
            <w:hideMark/>
          </w:tcPr>
          <w:p w14:paraId="40FD7C79"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22 (38)</w:t>
            </w:r>
          </w:p>
        </w:tc>
        <w:tc>
          <w:tcPr>
            <w:tcW w:w="417" w:type="pct"/>
            <w:gridSpan w:val="2"/>
            <w:tcBorders>
              <w:top w:val="nil"/>
              <w:left w:val="nil"/>
              <w:bottom w:val="nil"/>
              <w:right w:val="nil"/>
            </w:tcBorders>
            <w:shd w:val="clear" w:color="000000" w:fill="FFFFFF"/>
            <w:vAlign w:val="center"/>
            <w:hideMark/>
          </w:tcPr>
          <w:p w14:paraId="579D14E8"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4037F826"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20,334 (17,173)</w:t>
            </w:r>
          </w:p>
        </w:tc>
        <w:tc>
          <w:tcPr>
            <w:tcW w:w="417" w:type="pct"/>
            <w:gridSpan w:val="2"/>
            <w:tcBorders>
              <w:top w:val="nil"/>
              <w:left w:val="nil"/>
              <w:bottom w:val="nil"/>
              <w:right w:val="nil"/>
            </w:tcBorders>
            <w:shd w:val="clear" w:color="000000" w:fill="F2F2F2"/>
            <w:vAlign w:val="center"/>
            <w:hideMark/>
          </w:tcPr>
          <w:p w14:paraId="3E37AAEA"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105 (229)</w:t>
            </w:r>
          </w:p>
        </w:tc>
        <w:tc>
          <w:tcPr>
            <w:tcW w:w="417" w:type="pct"/>
            <w:gridSpan w:val="2"/>
            <w:tcBorders>
              <w:top w:val="nil"/>
              <w:left w:val="nil"/>
              <w:bottom w:val="nil"/>
              <w:right w:val="nil"/>
            </w:tcBorders>
            <w:shd w:val="clear" w:color="000000" w:fill="F2F2F2"/>
            <w:vAlign w:val="center"/>
            <w:hideMark/>
          </w:tcPr>
          <w:p w14:paraId="78A49611"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6,894 (12,398)</w:t>
            </w:r>
          </w:p>
        </w:tc>
        <w:tc>
          <w:tcPr>
            <w:tcW w:w="417" w:type="pct"/>
            <w:gridSpan w:val="2"/>
            <w:tcBorders>
              <w:top w:val="nil"/>
              <w:left w:val="nil"/>
              <w:bottom w:val="nil"/>
              <w:right w:val="nil"/>
            </w:tcBorders>
            <w:shd w:val="clear" w:color="000000" w:fill="FFFFFF"/>
            <w:vAlign w:val="center"/>
            <w:hideMark/>
          </w:tcPr>
          <w:p w14:paraId="5D1DF9D1"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66 (191)</w:t>
            </w:r>
          </w:p>
        </w:tc>
        <w:tc>
          <w:tcPr>
            <w:tcW w:w="414" w:type="pct"/>
            <w:gridSpan w:val="2"/>
            <w:tcBorders>
              <w:top w:val="nil"/>
              <w:left w:val="nil"/>
              <w:bottom w:val="nil"/>
              <w:right w:val="nil"/>
            </w:tcBorders>
            <w:shd w:val="clear" w:color="000000" w:fill="FFFFFF"/>
            <w:vAlign w:val="center"/>
            <w:hideMark/>
          </w:tcPr>
          <w:p w14:paraId="6205B9A4"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&lt;0.001</w:t>
            </w:r>
          </w:p>
        </w:tc>
      </w:tr>
      <w:tr w:rsidR="003B4090" w:rsidRPr="00693325" w14:paraId="49EAA653" w14:textId="77777777" w:rsidTr="00EB3E01">
        <w:trPr>
          <w:trHeight w:val="297"/>
        </w:trPr>
        <w:tc>
          <w:tcPr>
            <w:tcW w:w="833" w:type="pct"/>
            <w:tcBorders>
              <w:top w:val="nil"/>
              <w:left w:val="nil"/>
              <w:bottom w:val="nil"/>
              <w:right w:val="nil"/>
            </w:tcBorders>
            <w:shd w:val="clear" w:color="000000" w:fill="FFFFFF"/>
            <w:vAlign w:val="center"/>
            <w:hideMark/>
          </w:tcPr>
          <w:p w14:paraId="3D7DCE77" w14:textId="77777777" w:rsidR="003B4090" w:rsidRPr="00693325" w:rsidRDefault="003B4090" w:rsidP="003B4090">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Plan paid </w:t>
            </w:r>
          </w:p>
        </w:tc>
        <w:tc>
          <w:tcPr>
            <w:tcW w:w="417" w:type="pct"/>
            <w:tcBorders>
              <w:top w:val="nil"/>
              <w:left w:val="nil"/>
              <w:bottom w:val="nil"/>
              <w:right w:val="nil"/>
            </w:tcBorders>
            <w:shd w:val="clear" w:color="000000" w:fill="F2F2F2"/>
            <w:vAlign w:val="center"/>
            <w:hideMark/>
          </w:tcPr>
          <w:p w14:paraId="1E6682C0"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43,497 (68,568)</w:t>
            </w:r>
          </w:p>
        </w:tc>
        <w:tc>
          <w:tcPr>
            <w:tcW w:w="417" w:type="pct"/>
            <w:tcBorders>
              <w:top w:val="nil"/>
              <w:left w:val="nil"/>
              <w:bottom w:val="nil"/>
              <w:right w:val="nil"/>
            </w:tcBorders>
            <w:shd w:val="clear" w:color="000000" w:fill="F2F2F2"/>
            <w:vAlign w:val="center"/>
            <w:hideMark/>
          </w:tcPr>
          <w:p w14:paraId="5DB2B938"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459 (1,570)</w:t>
            </w:r>
          </w:p>
        </w:tc>
        <w:tc>
          <w:tcPr>
            <w:tcW w:w="417" w:type="pct"/>
            <w:tcBorders>
              <w:top w:val="nil"/>
              <w:left w:val="nil"/>
              <w:bottom w:val="nil"/>
              <w:right w:val="nil"/>
            </w:tcBorders>
            <w:shd w:val="clear" w:color="000000" w:fill="F2F2F2"/>
            <w:vAlign w:val="center"/>
            <w:hideMark/>
          </w:tcPr>
          <w:p w14:paraId="2C787F66"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4,611 (4,487)</w:t>
            </w:r>
          </w:p>
        </w:tc>
        <w:tc>
          <w:tcPr>
            <w:tcW w:w="417" w:type="pct"/>
            <w:tcBorders>
              <w:top w:val="nil"/>
              <w:left w:val="nil"/>
              <w:bottom w:val="nil"/>
              <w:right w:val="nil"/>
            </w:tcBorders>
            <w:shd w:val="clear" w:color="000000" w:fill="FFFFFF"/>
            <w:vAlign w:val="center"/>
            <w:hideMark/>
          </w:tcPr>
          <w:p w14:paraId="25BC2EAB"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17 (31)</w:t>
            </w:r>
          </w:p>
        </w:tc>
        <w:tc>
          <w:tcPr>
            <w:tcW w:w="417" w:type="pct"/>
            <w:gridSpan w:val="2"/>
            <w:tcBorders>
              <w:top w:val="nil"/>
              <w:left w:val="nil"/>
              <w:bottom w:val="nil"/>
              <w:right w:val="nil"/>
            </w:tcBorders>
            <w:shd w:val="clear" w:color="000000" w:fill="FFFFFF"/>
            <w:vAlign w:val="center"/>
            <w:hideMark/>
          </w:tcPr>
          <w:p w14:paraId="3F571BF4"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nil"/>
              <w:right w:val="nil"/>
            </w:tcBorders>
            <w:shd w:val="clear" w:color="000000" w:fill="F2F2F2"/>
            <w:vAlign w:val="center"/>
            <w:hideMark/>
          </w:tcPr>
          <w:p w14:paraId="0BD84493"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20,334 (17,173)</w:t>
            </w:r>
          </w:p>
        </w:tc>
        <w:tc>
          <w:tcPr>
            <w:tcW w:w="417" w:type="pct"/>
            <w:gridSpan w:val="2"/>
            <w:tcBorders>
              <w:top w:val="nil"/>
              <w:left w:val="nil"/>
              <w:bottom w:val="nil"/>
              <w:right w:val="nil"/>
            </w:tcBorders>
            <w:shd w:val="clear" w:color="000000" w:fill="F2F2F2"/>
            <w:vAlign w:val="center"/>
            <w:hideMark/>
          </w:tcPr>
          <w:p w14:paraId="02CB6238"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105 (229)</w:t>
            </w:r>
          </w:p>
        </w:tc>
        <w:tc>
          <w:tcPr>
            <w:tcW w:w="417" w:type="pct"/>
            <w:gridSpan w:val="2"/>
            <w:tcBorders>
              <w:top w:val="nil"/>
              <w:left w:val="nil"/>
              <w:bottom w:val="nil"/>
              <w:right w:val="nil"/>
            </w:tcBorders>
            <w:shd w:val="clear" w:color="000000" w:fill="F2F2F2"/>
            <w:vAlign w:val="center"/>
            <w:hideMark/>
          </w:tcPr>
          <w:p w14:paraId="4F83B544"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6,894 (12,398)</w:t>
            </w:r>
          </w:p>
        </w:tc>
        <w:tc>
          <w:tcPr>
            <w:tcW w:w="417" w:type="pct"/>
            <w:gridSpan w:val="2"/>
            <w:tcBorders>
              <w:top w:val="nil"/>
              <w:left w:val="nil"/>
              <w:bottom w:val="nil"/>
              <w:right w:val="nil"/>
            </w:tcBorders>
            <w:shd w:val="clear" w:color="000000" w:fill="FFFFFF"/>
            <w:vAlign w:val="center"/>
            <w:hideMark/>
          </w:tcPr>
          <w:p w14:paraId="0ACDD105"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66 (191)</w:t>
            </w:r>
          </w:p>
        </w:tc>
        <w:tc>
          <w:tcPr>
            <w:tcW w:w="414" w:type="pct"/>
            <w:gridSpan w:val="2"/>
            <w:tcBorders>
              <w:top w:val="nil"/>
              <w:left w:val="nil"/>
              <w:bottom w:val="nil"/>
              <w:right w:val="nil"/>
            </w:tcBorders>
            <w:shd w:val="clear" w:color="000000" w:fill="FFFFFF"/>
            <w:vAlign w:val="center"/>
            <w:hideMark/>
          </w:tcPr>
          <w:p w14:paraId="14D852BC"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&lt;0.001</w:t>
            </w:r>
          </w:p>
        </w:tc>
      </w:tr>
      <w:tr w:rsidR="003B4090" w:rsidRPr="00693325" w14:paraId="4210371E" w14:textId="77777777" w:rsidTr="00EB3E01">
        <w:trPr>
          <w:trHeight w:val="68"/>
        </w:trPr>
        <w:tc>
          <w:tcPr>
            <w:tcW w:w="833" w:type="pct"/>
            <w:tcBorders>
              <w:top w:val="nil"/>
              <w:left w:val="nil"/>
              <w:bottom w:val="single" w:sz="8" w:space="0" w:color="auto"/>
              <w:right w:val="nil"/>
            </w:tcBorders>
            <w:shd w:val="clear" w:color="000000" w:fill="FFFFFF"/>
            <w:vAlign w:val="center"/>
            <w:hideMark/>
          </w:tcPr>
          <w:p w14:paraId="49FBA88D" w14:textId="77777777" w:rsidR="003B4090" w:rsidRPr="00693325" w:rsidRDefault="003B4090" w:rsidP="003B4090">
            <w:pPr>
              <w:ind w:firstLineChars="100" w:firstLine="160"/>
              <w:rPr>
                <w:rFonts w:ascii="Times New Roman" w:hAnsi="Times New Roman"/>
                <w:color w:val="000000"/>
                <w:sz w:val="16"/>
                <w:szCs w:val="16"/>
              </w:rPr>
            </w:pPr>
            <w:r w:rsidRPr="00693325">
              <w:rPr>
                <w:rFonts w:ascii="Times New Roman" w:hAnsi="Times New Roman"/>
                <w:color w:val="000000"/>
                <w:sz w:val="16"/>
              </w:rPr>
              <w:t xml:space="preserve">OOP </w:t>
            </w:r>
          </w:p>
        </w:tc>
        <w:tc>
          <w:tcPr>
            <w:tcW w:w="417" w:type="pct"/>
            <w:tcBorders>
              <w:top w:val="nil"/>
              <w:left w:val="nil"/>
              <w:bottom w:val="single" w:sz="8" w:space="0" w:color="auto"/>
              <w:right w:val="nil"/>
            </w:tcBorders>
            <w:shd w:val="clear" w:color="000000" w:fill="F2F2F2"/>
            <w:vAlign w:val="center"/>
            <w:hideMark/>
          </w:tcPr>
          <w:p w14:paraId="567E005D"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1,315 (1,425)</w:t>
            </w:r>
          </w:p>
        </w:tc>
        <w:tc>
          <w:tcPr>
            <w:tcW w:w="417" w:type="pct"/>
            <w:tcBorders>
              <w:top w:val="nil"/>
              <w:left w:val="nil"/>
              <w:bottom w:val="single" w:sz="8" w:space="0" w:color="auto"/>
              <w:right w:val="nil"/>
            </w:tcBorders>
            <w:shd w:val="clear" w:color="000000" w:fill="F2F2F2"/>
            <w:vAlign w:val="center"/>
            <w:hideMark/>
          </w:tcPr>
          <w:p w14:paraId="3AE0D324"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44 (164)</w:t>
            </w:r>
          </w:p>
        </w:tc>
        <w:tc>
          <w:tcPr>
            <w:tcW w:w="417" w:type="pct"/>
            <w:tcBorders>
              <w:top w:val="nil"/>
              <w:left w:val="nil"/>
              <w:bottom w:val="single" w:sz="8" w:space="0" w:color="auto"/>
              <w:right w:val="nil"/>
            </w:tcBorders>
            <w:shd w:val="clear" w:color="000000" w:fill="F2F2F2"/>
            <w:vAlign w:val="center"/>
            <w:hideMark/>
          </w:tcPr>
          <w:p w14:paraId="5E10E05F"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228 (382)</w:t>
            </w:r>
          </w:p>
        </w:tc>
        <w:tc>
          <w:tcPr>
            <w:tcW w:w="417" w:type="pct"/>
            <w:tcBorders>
              <w:top w:val="nil"/>
              <w:left w:val="nil"/>
              <w:bottom w:val="single" w:sz="8" w:space="0" w:color="auto"/>
              <w:right w:val="nil"/>
            </w:tcBorders>
            <w:shd w:val="clear" w:color="000000" w:fill="FFFFFF"/>
            <w:vAlign w:val="center"/>
            <w:hideMark/>
          </w:tcPr>
          <w:p w14:paraId="487C839D"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5 (11)</w:t>
            </w:r>
          </w:p>
        </w:tc>
        <w:tc>
          <w:tcPr>
            <w:tcW w:w="417" w:type="pct"/>
            <w:gridSpan w:val="2"/>
            <w:tcBorders>
              <w:top w:val="nil"/>
              <w:left w:val="nil"/>
              <w:bottom w:val="single" w:sz="8" w:space="0" w:color="auto"/>
              <w:right w:val="nil"/>
            </w:tcBorders>
            <w:shd w:val="clear" w:color="000000" w:fill="FFFFFF"/>
            <w:vAlign w:val="center"/>
            <w:hideMark/>
          </w:tcPr>
          <w:p w14:paraId="6BD1F579"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&lt;0.001</w:t>
            </w:r>
          </w:p>
        </w:tc>
        <w:tc>
          <w:tcPr>
            <w:tcW w:w="417" w:type="pct"/>
            <w:gridSpan w:val="2"/>
            <w:tcBorders>
              <w:top w:val="nil"/>
              <w:left w:val="nil"/>
              <w:bottom w:val="single" w:sz="8" w:space="0" w:color="auto"/>
              <w:right w:val="nil"/>
            </w:tcBorders>
            <w:shd w:val="clear" w:color="000000" w:fill="F2F2F2"/>
            <w:vAlign w:val="center"/>
            <w:hideMark/>
          </w:tcPr>
          <w:p w14:paraId="70C3222F"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single" w:sz="8" w:space="0" w:color="auto"/>
              <w:right w:val="nil"/>
            </w:tcBorders>
            <w:shd w:val="clear" w:color="000000" w:fill="F2F2F2"/>
            <w:vAlign w:val="center"/>
            <w:hideMark/>
          </w:tcPr>
          <w:p w14:paraId="09034F67"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single" w:sz="8" w:space="0" w:color="auto"/>
              <w:right w:val="nil"/>
            </w:tcBorders>
            <w:shd w:val="clear" w:color="000000" w:fill="F2F2F2"/>
            <w:vAlign w:val="center"/>
            <w:hideMark/>
          </w:tcPr>
          <w:p w14:paraId="5F09CC4D"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sz w:val="16"/>
              </w:rPr>
              <w:t>0 (0)</w:t>
            </w:r>
          </w:p>
        </w:tc>
        <w:tc>
          <w:tcPr>
            <w:tcW w:w="417" w:type="pct"/>
            <w:gridSpan w:val="2"/>
            <w:tcBorders>
              <w:top w:val="nil"/>
              <w:left w:val="nil"/>
              <w:bottom w:val="single" w:sz="8" w:space="0" w:color="auto"/>
              <w:right w:val="nil"/>
            </w:tcBorders>
            <w:shd w:val="clear" w:color="000000" w:fill="FFFFFF"/>
            <w:vAlign w:val="center"/>
            <w:hideMark/>
          </w:tcPr>
          <w:p w14:paraId="15EF946B"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0 (0)</w:t>
            </w:r>
          </w:p>
        </w:tc>
        <w:tc>
          <w:tcPr>
            <w:tcW w:w="414" w:type="pct"/>
            <w:gridSpan w:val="2"/>
            <w:tcBorders>
              <w:top w:val="nil"/>
              <w:left w:val="nil"/>
              <w:bottom w:val="single" w:sz="8" w:space="0" w:color="auto"/>
              <w:right w:val="nil"/>
            </w:tcBorders>
            <w:shd w:val="clear" w:color="000000" w:fill="FFFFFF"/>
            <w:vAlign w:val="center"/>
            <w:hideMark/>
          </w:tcPr>
          <w:p w14:paraId="231D9CAC" w14:textId="77777777" w:rsidR="003B4090" w:rsidRPr="00693325" w:rsidRDefault="003B4090" w:rsidP="003B4090">
            <w:pPr>
              <w:jc w:val="center"/>
              <w:rPr>
                <w:rFonts w:ascii="Times New Roman" w:hAnsi="Times New Roman"/>
                <w:color w:val="000000"/>
                <w:sz w:val="16"/>
                <w:szCs w:val="16"/>
              </w:rPr>
            </w:pPr>
            <w:r w:rsidRPr="00693325">
              <w:rPr>
                <w:rFonts w:ascii="Times New Roman" w:hAnsi="Times New Roman"/>
                <w:color w:val="000000"/>
                <w:sz w:val="16"/>
              </w:rPr>
              <w:t>-</w:t>
            </w:r>
          </w:p>
        </w:tc>
      </w:tr>
    </w:tbl>
    <w:p w14:paraId="031F626D" w14:textId="205FD417" w:rsidR="00726DBE" w:rsidRPr="00693325" w:rsidRDefault="00726DBE" w:rsidP="00726DBE">
      <w:pPr>
        <w:rPr>
          <w:rFonts w:ascii="Times New Roman" w:hAnsi="Times New Roman"/>
          <w:sz w:val="16"/>
        </w:rPr>
      </w:pPr>
      <w:r w:rsidRPr="00693325">
        <w:rPr>
          <w:rFonts w:ascii="Times New Roman" w:hAnsi="Times New Roman"/>
          <w:sz w:val="16"/>
        </w:rPr>
        <w:t>H</w:t>
      </w:r>
      <w:r w:rsidR="006A7656">
        <w:rPr>
          <w:rFonts w:ascii="Times New Roman" w:hAnsi="Times New Roman"/>
          <w:sz w:val="16"/>
        </w:rPr>
        <w:t>CRU-associated</w:t>
      </w:r>
      <w:r w:rsidRPr="00693325">
        <w:rPr>
          <w:rFonts w:ascii="Times New Roman" w:hAnsi="Times New Roman"/>
          <w:sz w:val="16"/>
        </w:rPr>
        <w:t xml:space="preserve"> costs reported PPPM</w:t>
      </w:r>
    </w:p>
    <w:p w14:paraId="660FB1FB" w14:textId="6AAEF064" w:rsidR="00726DBE" w:rsidRPr="00693325" w:rsidRDefault="00726DBE" w:rsidP="00726DBE">
      <w:pPr>
        <w:rPr>
          <w:rFonts w:ascii="Times New Roman" w:hAnsi="Times New Roman"/>
          <w:sz w:val="16"/>
        </w:rPr>
      </w:pPr>
      <w:r w:rsidRPr="00693325">
        <w:rPr>
          <w:rFonts w:ascii="Times New Roman" w:hAnsi="Times New Roman"/>
          <w:sz w:val="16"/>
          <w:vertAlign w:val="superscript"/>
        </w:rPr>
        <w:t>a</w:t>
      </w:r>
      <w:r w:rsidRPr="00693325">
        <w:rPr>
          <w:rFonts w:ascii="Times New Roman" w:hAnsi="Times New Roman"/>
          <w:sz w:val="16"/>
        </w:rPr>
        <w:t>Acute phase is defined as the date of IMD admission or ED visit through 30 days after discharge</w:t>
      </w:r>
    </w:p>
    <w:p w14:paraId="032BE7D8" w14:textId="54491706" w:rsidR="00726DBE" w:rsidRPr="00693325" w:rsidRDefault="00726DBE" w:rsidP="00726DBE">
      <w:pPr>
        <w:spacing w:line="259" w:lineRule="auto"/>
        <w:rPr>
          <w:rFonts w:ascii="Times New Roman" w:hAnsi="Times New Roman"/>
        </w:rPr>
      </w:pPr>
      <w:r w:rsidRPr="00693325">
        <w:rPr>
          <w:rFonts w:ascii="Times New Roman" w:hAnsi="Times New Roman"/>
          <w:sz w:val="16"/>
          <w:vertAlign w:val="superscript"/>
        </w:rPr>
        <w:t>b</w:t>
      </w:r>
      <w:r w:rsidRPr="00693325">
        <w:rPr>
          <w:rFonts w:ascii="Times New Roman" w:hAnsi="Times New Roman"/>
          <w:sz w:val="16"/>
        </w:rPr>
        <w:t>Post-acute phase is defined as the period from 31 days after discharge through the end of the variable follow-up period, not all patients had follow-up in the post-acute phase</w:t>
      </w:r>
      <w:r w:rsidRPr="00693325">
        <w:rPr>
          <w:rFonts w:ascii="Times New Roman" w:hAnsi="Times New Roman"/>
        </w:rPr>
        <w:t xml:space="preserve"> </w:t>
      </w:r>
    </w:p>
    <w:p w14:paraId="1FE3D05D" w14:textId="64C9FBB5" w:rsidR="00726DBE" w:rsidRPr="000E29E2" w:rsidRDefault="00726DBE" w:rsidP="000E29E2">
      <w:pPr>
        <w:spacing w:line="259" w:lineRule="auto"/>
        <w:rPr>
          <w:rFonts w:ascii="Times New Roman" w:hAnsi="Times New Roman"/>
        </w:rPr>
      </w:pPr>
      <w:r w:rsidRPr="00693325">
        <w:rPr>
          <w:rFonts w:ascii="Times New Roman" w:hAnsi="Times New Roman"/>
          <w:sz w:val="16"/>
          <w:szCs w:val="12"/>
        </w:rPr>
        <w:t>Abbreviations: ED: emergency department, IMD: invasive meningococcal disease, OOP: out of pocket, PPPM: per-patient-per-month, SD: standard deviation</w:t>
      </w:r>
      <w:bookmarkStart w:id="0" w:name="_GoBack"/>
      <w:bookmarkEnd w:id="0"/>
    </w:p>
    <w:sectPr w:rsidR="00726DBE" w:rsidRPr="000E29E2" w:rsidSect="00A25BB0">
      <w:type w:val="continuous"/>
      <w:pgSz w:w="16838" w:h="11906" w:orient="landscape"/>
      <w:pgMar w:top="1440" w:right="1440" w:bottom="1440" w:left="1440" w:header="706" w:footer="70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070486F" w14:textId="77777777" w:rsidR="000910AB" w:rsidRDefault="000910AB">
      <w:r>
        <w:separator/>
      </w:r>
    </w:p>
  </w:endnote>
  <w:endnote w:type="continuationSeparator" w:id="0">
    <w:p w14:paraId="079092D1" w14:textId="77777777" w:rsidR="000910AB" w:rsidRDefault="00091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altName w:val="Arial"/>
    <w:charset w:val="00"/>
    <w:family w:val="swiss"/>
    <w:pitch w:val="variable"/>
    <w:sig w:usb0="00000001" w:usb1="0000000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inion Pro">
    <w:panose1 w:val="00000000000000000000"/>
    <w:charset w:val="00"/>
    <w:family w:val="roman"/>
    <w:notTrueType/>
    <w:pitch w:val="variable"/>
    <w:sig w:usb0="60000287" w:usb1="00000001"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2066A9" w14:textId="77777777" w:rsidR="000910AB" w:rsidRDefault="000910AB">
      <w:r>
        <w:separator/>
      </w:r>
    </w:p>
  </w:footnote>
  <w:footnote w:type="continuationSeparator" w:id="0">
    <w:p w14:paraId="603882CF" w14:textId="77777777" w:rsidR="000910AB" w:rsidRDefault="000910A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974722" w14:textId="77777777" w:rsidR="00726DBE" w:rsidRDefault="00726DBE">
    <w:pPr>
      <w:pStyle w:val="Header"/>
      <w:tabs>
        <w:tab w:val="clear" w:pos="9026"/>
        <w:tab w:val="right" w:pos="8364"/>
      </w:tabs>
      <w:rPr>
        <w:rFonts w:ascii="Tahoma" w:hAnsi="Tahoma"/>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02113B9"/>
    <w:multiLevelType w:val="multilevel"/>
    <w:tmpl w:val="C5469D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1374C07"/>
    <w:multiLevelType w:val="hybridMultilevel"/>
    <w:tmpl w:val="8612E54E"/>
    <w:lvl w:ilvl="0" w:tplc="DDF452D8">
      <w:numFmt w:val="bullet"/>
      <w:lvlText w:val="-"/>
      <w:lvlJc w:val="left"/>
      <w:pPr>
        <w:ind w:left="410" w:hanging="360"/>
      </w:pPr>
      <w:rPr>
        <w:rFonts w:ascii="Tahoma" w:eastAsia="Times New Roman" w:hAnsi="Tahoma" w:cs="Tahoma" w:hint="default"/>
      </w:rPr>
    </w:lvl>
    <w:lvl w:ilvl="1" w:tplc="04090003" w:tentative="1">
      <w:start w:val="1"/>
      <w:numFmt w:val="bullet"/>
      <w:lvlText w:val="o"/>
      <w:lvlJc w:val="left"/>
      <w:pPr>
        <w:ind w:left="1130" w:hanging="360"/>
      </w:pPr>
      <w:rPr>
        <w:rFonts w:ascii="Courier New" w:hAnsi="Courier New" w:cs="Courier New" w:hint="default"/>
      </w:rPr>
    </w:lvl>
    <w:lvl w:ilvl="2" w:tplc="04090005" w:tentative="1">
      <w:start w:val="1"/>
      <w:numFmt w:val="bullet"/>
      <w:lvlText w:val=""/>
      <w:lvlJc w:val="left"/>
      <w:pPr>
        <w:ind w:left="1850" w:hanging="360"/>
      </w:pPr>
      <w:rPr>
        <w:rFonts w:ascii="Wingdings" w:hAnsi="Wingdings" w:hint="default"/>
      </w:rPr>
    </w:lvl>
    <w:lvl w:ilvl="3" w:tplc="04090001" w:tentative="1">
      <w:start w:val="1"/>
      <w:numFmt w:val="bullet"/>
      <w:lvlText w:val=""/>
      <w:lvlJc w:val="left"/>
      <w:pPr>
        <w:ind w:left="2570" w:hanging="360"/>
      </w:pPr>
      <w:rPr>
        <w:rFonts w:ascii="Symbol" w:hAnsi="Symbol" w:hint="default"/>
      </w:rPr>
    </w:lvl>
    <w:lvl w:ilvl="4" w:tplc="04090003" w:tentative="1">
      <w:start w:val="1"/>
      <w:numFmt w:val="bullet"/>
      <w:lvlText w:val="o"/>
      <w:lvlJc w:val="left"/>
      <w:pPr>
        <w:ind w:left="3290" w:hanging="360"/>
      </w:pPr>
      <w:rPr>
        <w:rFonts w:ascii="Courier New" w:hAnsi="Courier New" w:cs="Courier New" w:hint="default"/>
      </w:rPr>
    </w:lvl>
    <w:lvl w:ilvl="5" w:tplc="04090005" w:tentative="1">
      <w:start w:val="1"/>
      <w:numFmt w:val="bullet"/>
      <w:lvlText w:val=""/>
      <w:lvlJc w:val="left"/>
      <w:pPr>
        <w:ind w:left="4010" w:hanging="360"/>
      </w:pPr>
      <w:rPr>
        <w:rFonts w:ascii="Wingdings" w:hAnsi="Wingdings" w:hint="default"/>
      </w:rPr>
    </w:lvl>
    <w:lvl w:ilvl="6" w:tplc="04090001" w:tentative="1">
      <w:start w:val="1"/>
      <w:numFmt w:val="bullet"/>
      <w:lvlText w:val=""/>
      <w:lvlJc w:val="left"/>
      <w:pPr>
        <w:ind w:left="4730" w:hanging="360"/>
      </w:pPr>
      <w:rPr>
        <w:rFonts w:ascii="Symbol" w:hAnsi="Symbol" w:hint="default"/>
      </w:rPr>
    </w:lvl>
    <w:lvl w:ilvl="7" w:tplc="04090003" w:tentative="1">
      <w:start w:val="1"/>
      <w:numFmt w:val="bullet"/>
      <w:lvlText w:val="o"/>
      <w:lvlJc w:val="left"/>
      <w:pPr>
        <w:ind w:left="5450" w:hanging="360"/>
      </w:pPr>
      <w:rPr>
        <w:rFonts w:ascii="Courier New" w:hAnsi="Courier New" w:cs="Courier New" w:hint="default"/>
      </w:rPr>
    </w:lvl>
    <w:lvl w:ilvl="8" w:tplc="04090005" w:tentative="1">
      <w:start w:val="1"/>
      <w:numFmt w:val="bullet"/>
      <w:lvlText w:val=""/>
      <w:lvlJc w:val="left"/>
      <w:pPr>
        <w:ind w:left="6170" w:hanging="360"/>
      </w:pPr>
      <w:rPr>
        <w:rFonts w:ascii="Wingdings" w:hAnsi="Wingdings" w:hint="default"/>
      </w:rPr>
    </w:lvl>
  </w:abstractNum>
  <w:abstractNum w:abstractNumId="11" w15:restartNumberingAfterBreak="0">
    <w:nsid w:val="058B5811"/>
    <w:multiLevelType w:val="multilevel"/>
    <w:tmpl w:val="82CE90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9483142"/>
    <w:multiLevelType w:val="multilevel"/>
    <w:tmpl w:val="C74E9F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0F8B05FE"/>
    <w:multiLevelType w:val="multilevel"/>
    <w:tmpl w:val="05F62B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180"/>
      </w:pPr>
    </w:lvl>
  </w:abstractNum>
  <w:abstractNum w:abstractNumId="14" w15:restartNumberingAfterBreak="0">
    <w:nsid w:val="113B2D31"/>
    <w:multiLevelType w:val="multilevel"/>
    <w:tmpl w:val="CCB2440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1D557E42"/>
    <w:multiLevelType w:val="multilevel"/>
    <w:tmpl w:val="D94CF95C"/>
    <w:lvl w:ilvl="0">
      <w:start w:val="1"/>
      <w:numFmt w:val="bullet"/>
      <w:lvlText w:val=""/>
      <w:lvlJc w:val="left"/>
      <w:pPr>
        <w:ind w:left="800" w:hanging="360"/>
      </w:pPr>
      <w:rPr>
        <w:rFonts w:ascii="Symbol" w:hAnsi="Symbol" w:hint="default"/>
      </w:rPr>
    </w:lvl>
    <w:lvl w:ilvl="1">
      <w:start w:val="1"/>
      <w:numFmt w:val="bullet"/>
      <w:lvlText w:val="o"/>
      <w:lvlJc w:val="left"/>
      <w:pPr>
        <w:ind w:left="1520" w:hanging="360"/>
      </w:pPr>
      <w:rPr>
        <w:rFonts w:ascii="Courier New" w:hAnsi="Courier New" w:hint="default"/>
      </w:rPr>
    </w:lvl>
    <w:lvl w:ilvl="2">
      <w:start w:val="1"/>
      <w:numFmt w:val="bullet"/>
      <w:lvlText w:val=""/>
      <w:lvlJc w:val="left"/>
      <w:pPr>
        <w:ind w:left="2240" w:hanging="360"/>
      </w:pPr>
      <w:rPr>
        <w:rFonts w:ascii="Wingdings" w:hAnsi="Wingdings" w:hint="default"/>
      </w:rPr>
    </w:lvl>
    <w:lvl w:ilvl="3">
      <w:start w:val="1"/>
      <w:numFmt w:val="bullet"/>
      <w:lvlText w:val=""/>
      <w:lvlJc w:val="left"/>
      <w:pPr>
        <w:ind w:left="2960" w:hanging="360"/>
      </w:pPr>
      <w:rPr>
        <w:rFonts w:ascii="Symbol" w:hAnsi="Symbol" w:hint="default"/>
      </w:rPr>
    </w:lvl>
    <w:lvl w:ilvl="4">
      <w:start w:val="1"/>
      <w:numFmt w:val="bullet"/>
      <w:lvlText w:val="o"/>
      <w:lvlJc w:val="left"/>
      <w:pPr>
        <w:ind w:left="3680" w:hanging="360"/>
      </w:pPr>
      <w:rPr>
        <w:rFonts w:ascii="Courier New" w:hAnsi="Courier New" w:hint="default"/>
      </w:rPr>
    </w:lvl>
    <w:lvl w:ilvl="5">
      <w:start w:val="1"/>
      <w:numFmt w:val="bullet"/>
      <w:lvlText w:val=""/>
      <w:lvlJc w:val="left"/>
      <w:pPr>
        <w:ind w:left="4400" w:hanging="360"/>
      </w:pPr>
      <w:rPr>
        <w:rFonts w:ascii="Wingdings" w:hAnsi="Wingdings" w:hint="default"/>
      </w:rPr>
    </w:lvl>
    <w:lvl w:ilvl="6">
      <w:start w:val="1"/>
      <w:numFmt w:val="bullet"/>
      <w:lvlText w:val=""/>
      <w:lvlJc w:val="left"/>
      <w:pPr>
        <w:ind w:left="5120" w:hanging="360"/>
      </w:pPr>
      <w:rPr>
        <w:rFonts w:ascii="Symbol" w:hAnsi="Symbol" w:hint="default"/>
      </w:rPr>
    </w:lvl>
    <w:lvl w:ilvl="7">
      <w:start w:val="1"/>
      <w:numFmt w:val="bullet"/>
      <w:lvlText w:val="o"/>
      <w:lvlJc w:val="left"/>
      <w:pPr>
        <w:ind w:left="5840" w:hanging="360"/>
      </w:pPr>
      <w:rPr>
        <w:rFonts w:ascii="Courier New" w:hAnsi="Courier New" w:hint="default"/>
      </w:rPr>
    </w:lvl>
    <w:lvl w:ilvl="8">
      <w:start w:val="1"/>
      <w:numFmt w:val="bullet"/>
      <w:lvlText w:val=""/>
      <w:lvlJc w:val="left"/>
      <w:pPr>
        <w:ind w:left="6560" w:hanging="360"/>
      </w:pPr>
      <w:rPr>
        <w:rFonts w:ascii="Wingdings" w:hAnsi="Wingdings" w:hint="default"/>
      </w:rPr>
    </w:lvl>
  </w:abstractNum>
  <w:abstractNum w:abstractNumId="16" w15:restartNumberingAfterBreak="0">
    <w:nsid w:val="1E5E3865"/>
    <w:multiLevelType w:val="multilevel"/>
    <w:tmpl w:val="6DDCFF84"/>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17" w15:restartNumberingAfterBreak="0">
    <w:nsid w:val="20935BF6"/>
    <w:multiLevelType w:val="multilevel"/>
    <w:tmpl w:val="4CAA79B2"/>
    <w:lvl w:ilvl="0">
      <w:start w:val="1"/>
      <w:numFmt w:val="bullet"/>
      <w:pStyle w:val="Instructiontext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E553D9C"/>
    <w:multiLevelType w:val="multilevel"/>
    <w:tmpl w:val="7414B1F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0EF09A6"/>
    <w:multiLevelType w:val="multilevel"/>
    <w:tmpl w:val="C3926C62"/>
    <w:lvl w:ilvl="0">
      <w:start w:val="1"/>
      <w:numFmt w:val="lowerLetter"/>
      <w:pStyle w:val="tablerefalpha"/>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428268B"/>
    <w:multiLevelType w:val="multilevel"/>
    <w:tmpl w:val="AF0A8E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A173766"/>
    <w:multiLevelType w:val="multilevel"/>
    <w:tmpl w:val="1644A39C"/>
    <w:lvl w:ilvl="0">
      <w:start w:val="1"/>
      <w:numFmt w:val="bullet"/>
      <w:pStyle w:val="BulletManuscript"/>
      <w:lvlText w:val=""/>
      <w:lvlJc w:val="left"/>
      <w:pPr>
        <w:ind w:left="630" w:hanging="360"/>
      </w:pPr>
      <w:rPr>
        <w:rFonts w:ascii="Symbol" w:hAnsi="Symbol" w:hint="default"/>
      </w:rPr>
    </w:lvl>
    <w:lvl w:ilvl="1">
      <w:start w:val="1"/>
      <w:numFmt w:val="bullet"/>
      <w:pStyle w:val="2BulletManuscript"/>
      <w:lvlText w:val="o"/>
      <w:lvlJc w:val="left"/>
      <w:pPr>
        <w:ind w:left="4320" w:hanging="360"/>
      </w:pPr>
      <w:rPr>
        <w:rFonts w:ascii="Courier New" w:hAnsi="Courier New" w:hint="default"/>
      </w:rPr>
    </w:lvl>
    <w:lvl w:ilvl="2">
      <w:start w:val="1"/>
      <w:numFmt w:val="bullet"/>
      <w:lvlText w:val=""/>
      <w:lvlJc w:val="left"/>
      <w:pPr>
        <w:ind w:left="2070" w:hanging="360"/>
      </w:pPr>
      <w:rPr>
        <w:rFonts w:ascii="Wingdings" w:hAnsi="Wingdings" w:hint="default"/>
      </w:rPr>
    </w:lvl>
    <w:lvl w:ilvl="3">
      <w:start w:val="1"/>
      <w:numFmt w:val="bullet"/>
      <w:lvlText w:val=""/>
      <w:lvlJc w:val="left"/>
      <w:pPr>
        <w:ind w:left="2790" w:hanging="360"/>
      </w:pPr>
      <w:rPr>
        <w:rFonts w:ascii="Symbol" w:hAnsi="Symbol" w:hint="default"/>
      </w:rPr>
    </w:lvl>
    <w:lvl w:ilvl="4">
      <w:start w:val="1"/>
      <w:numFmt w:val="bullet"/>
      <w:lvlText w:val="o"/>
      <w:lvlJc w:val="left"/>
      <w:pPr>
        <w:ind w:left="3510" w:hanging="360"/>
      </w:pPr>
      <w:rPr>
        <w:rFonts w:ascii="Courier New" w:hAnsi="Courier New" w:hint="default"/>
      </w:rPr>
    </w:lvl>
    <w:lvl w:ilvl="5">
      <w:start w:val="1"/>
      <w:numFmt w:val="bullet"/>
      <w:lvlText w:val=""/>
      <w:lvlJc w:val="left"/>
      <w:pPr>
        <w:ind w:left="4230" w:hanging="360"/>
      </w:pPr>
      <w:rPr>
        <w:rFonts w:ascii="Wingdings" w:hAnsi="Wingdings" w:hint="default"/>
      </w:rPr>
    </w:lvl>
    <w:lvl w:ilvl="6">
      <w:start w:val="1"/>
      <w:numFmt w:val="bullet"/>
      <w:lvlText w:val=""/>
      <w:lvlJc w:val="left"/>
      <w:pPr>
        <w:ind w:left="4950" w:hanging="360"/>
      </w:pPr>
      <w:rPr>
        <w:rFonts w:ascii="Symbol" w:hAnsi="Symbol" w:hint="default"/>
      </w:rPr>
    </w:lvl>
    <w:lvl w:ilvl="7">
      <w:start w:val="1"/>
      <w:numFmt w:val="bullet"/>
      <w:lvlText w:val="o"/>
      <w:lvlJc w:val="left"/>
      <w:pPr>
        <w:ind w:left="5670" w:hanging="360"/>
      </w:pPr>
      <w:rPr>
        <w:rFonts w:ascii="Courier New" w:hAnsi="Courier New" w:hint="default"/>
      </w:rPr>
    </w:lvl>
    <w:lvl w:ilvl="8">
      <w:start w:val="1"/>
      <w:numFmt w:val="bullet"/>
      <w:lvlText w:val=""/>
      <w:lvlJc w:val="left"/>
      <w:pPr>
        <w:ind w:left="6390" w:hanging="360"/>
      </w:pPr>
      <w:rPr>
        <w:rFonts w:ascii="Wingdings" w:hAnsi="Wingdings" w:hint="default"/>
      </w:rPr>
    </w:lvl>
  </w:abstractNum>
  <w:abstractNum w:abstractNumId="22" w15:restartNumberingAfterBreak="0">
    <w:nsid w:val="3A5F2001"/>
    <w:multiLevelType w:val="multilevel"/>
    <w:tmpl w:val="11CC1CB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3F5E458B"/>
    <w:multiLevelType w:val="multilevel"/>
    <w:tmpl w:val="4ABA2C1C"/>
    <w:lvl w:ilvl="0">
      <w:start w:val="1"/>
      <w:numFmt w:val="bullet"/>
      <w:pStyle w:val="NoSpacing1"/>
      <w:lvlText w:val=""/>
      <w:lvlJc w:val="left"/>
      <w:pPr>
        <w:ind w:left="576"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40194A5C"/>
    <w:multiLevelType w:val="multilevel"/>
    <w:tmpl w:val="EF16DCA2"/>
    <w:lvl w:ilvl="0">
      <w:start w:val="1"/>
      <w:numFmt w:val="bullet"/>
      <w:pStyle w:val="Style2"/>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07051FF"/>
    <w:multiLevelType w:val="multilevel"/>
    <w:tmpl w:val="8E643BF2"/>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decimal"/>
      <w:lvlText w:val="%1.%2.%3."/>
      <w:lvlJc w:val="left"/>
      <w:pPr>
        <w:ind w:left="1224" w:hanging="1224"/>
      </w:pPr>
      <w:rPr>
        <w:rFonts w:hint="default"/>
      </w:rPr>
    </w:lvl>
    <w:lvl w:ilvl="3">
      <w:start w:val="1"/>
      <w:numFmt w:val="decimal"/>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5AD102C"/>
    <w:multiLevelType w:val="multilevel"/>
    <w:tmpl w:val="16CAB9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5EA4865"/>
    <w:multiLevelType w:val="multilevel"/>
    <w:tmpl w:val="1DA830D4"/>
    <w:lvl w:ilvl="0">
      <w:start w:val="1"/>
      <w:numFmt w:val="bullet"/>
      <w:pStyle w:val="listindentbull"/>
      <w:lvlText w:val=""/>
      <w:lvlJc w:val="left"/>
      <w:pPr>
        <w:tabs>
          <w:tab w:val="num" w:pos="864"/>
        </w:tabs>
        <w:ind w:left="864" w:hanging="432"/>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60B1DBB"/>
    <w:multiLevelType w:val="multilevel"/>
    <w:tmpl w:val="7B980E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74538CB"/>
    <w:multiLevelType w:val="multilevel"/>
    <w:tmpl w:val="0152288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7633363"/>
    <w:multiLevelType w:val="hybridMultilevel"/>
    <w:tmpl w:val="5B3A4DFA"/>
    <w:lvl w:ilvl="0" w:tplc="FCACE4A2">
      <w:start w:val="1"/>
      <w:numFmt w:val="decimal"/>
      <w:lvlText w:val="%1)"/>
      <w:lvlJc w:val="left"/>
      <w:pPr>
        <w:ind w:left="1020" w:hanging="360"/>
      </w:pPr>
    </w:lvl>
    <w:lvl w:ilvl="1" w:tplc="D486D33A">
      <w:start w:val="1"/>
      <w:numFmt w:val="decimal"/>
      <w:lvlText w:val="%2)"/>
      <w:lvlJc w:val="left"/>
      <w:pPr>
        <w:ind w:left="1020" w:hanging="360"/>
      </w:pPr>
    </w:lvl>
    <w:lvl w:ilvl="2" w:tplc="F94EB3FA">
      <w:start w:val="1"/>
      <w:numFmt w:val="decimal"/>
      <w:lvlText w:val="%3)"/>
      <w:lvlJc w:val="left"/>
      <w:pPr>
        <w:ind w:left="1020" w:hanging="360"/>
      </w:pPr>
    </w:lvl>
    <w:lvl w:ilvl="3" w:tplc="2108AF2C">
      <w:start w:val="1"/>
      <w:numFmt w:val="decimal"/>
      <w:lvlText w:val="%4)"/>
      <w:lvlJc w:val="left"/>
      <w:pPr>
        <w:ind w:left="1020" w:hanging="360"/>
      </w:pPr>
    </w:lvl>
    <w:lvl w:ilvl="4" w:tplc="980A3EB4">
      <w:start w:val="1"/>
      <w:numFmt w:val="decimal"/>
      <w:lvlText w:val="%5)"/>
      <w:lvlJc w:val="left"/>
      <w:pPr>
        <w:ind w:left="1020" w:hanging="360"/>
      </w:pPr>
    </w:lvl>
    <w:lvl w:ilvl="5" w:tplc="F9CA4F4E">
      <w:start w:val="1"/>
      <w:numFmt w:val="decimal"/>
      <w:lvlText w:val="%6)"/>
      <w:lvlJc w:val="left"/>
      <w:pPr>
        <w:ind w:left="1020" w:hanging="360"/>
      </w:pPr>
    </w:lvl>
    <w:lvl w:ilvl="6" w:tplc="B2A847E4">
      <w:start w:val="1"/>
      <w:numFmt w:val="decimal"/>
      <w:lvlText w:val="%7)"/>
      <w:lvlJc w:val="left"/>
      <w:pPr>
        <w:ind w:left="1020" w:hanging="360"/>
      </w:pPr>
    </w:lvl>
    <w:lvl w:ilvl="7" w:tplc="67A0CFB6">
      <w:start w:val="1"/>
      <w:numFmt w:val="decimal"/>
      <w:lvlText w:val="%8)"/>
      <w:lvlJc w:val="left"/>
      <w:pPr>
        <w:ind w:left="1020" w:hanging="360"/>
      </w:pPr>
    </w:lvl>
    <w:lvl w:ilvl="8" w:tplc="F092A96C">
      <w:start w:val="1"/>
      <w:numFmt w:val="decimal"/>
      <w:lvlText w:val="%9)"/>
      <w:lvlJc w:val="left"/>
      <w:pPr>
        <w:ind w:left="1020" w:hanging="360"/>
      </w:pPr>
    </w:lvl>
  </w:abstractNum>
  <w:abstractNum w:abstractNumId="31" w15:restartNumberingAfterBreak="0">
    <w:nsid w:val="587661D6"/>
    <w:multiLevelType w:val="multilevel"/>
    <w:tmpl w:val="2C10EF5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58B27544"/>
    <w:multiLevelType w:val="multilevel"/>
    <w:tmpl w:val="F27C108E"/>
    <w:lvl w:ilvl="0">
      <w:start w:val="1"/>
      <w:numFmt w:val="decimal"/>
      <w:pStyle w:val="listnum"/>
      <w:lvlText w:val="%1."/>
      <w:lvlJc w:val="left"/>
      <w:pPr>
        <w:tabs>
          <w:tab w:val="num" w:pos="432"/>
        </w:tabs>
        <w:ind w:left="432" w:hanging="432"/>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5B2556C2"/>
    <w:multiLevelType w:val="multilevel"/>
    <w:tmpl w:val="4F3883CC"/>
    <w:lvl w:ilvl="0">
      <w:start w:val="1"/>
      <w:numFmt w:val="bullet"/>
      <w:lvlText w:val=""/>
      <w:lvlJc w:val="left"/>
      <w:pPr>
        <w:ind w:left="800" w:hanging="360"/>
      </w:pPr>
      <w:rPr>
        <w:rFonts w:ascii="Symbol" w:hAnsi="Symbol" w:hint="default"/>
      </w:rPr>
    </w:lvl>
    <w:lvl w:ilvl="1">
      <w:start w:val="1"/>
      <w:numFmt w:val="bullet"/>
      <w:lvlText w:val="o"/>
      <w:lvlJc w:val="left"/>
      <w:pPr>
        <w:ind w:left="1520" w:hanging="360"/>
      </w:pPr>
      <w:rPr>
        <w:rFonts w:ascii="Courier New" w:hAnsi="Courier New" w:hint="default"/>
      </w:rPr>
    </w:lvl>
    <w:lvl w:ilvl="2">
      <w:start w:val="1"/>
      <w:numFmt w:val="bullet"/>
      <w:lvlText w:val=""/>
      <w:lvlJc w:val="left"/>
      <w:pPr>
        <w:ind w:left="2240" w:hanging="360"/>
      </w:pPr>
      <w:rPr>
        <w:rFonts w:ascii="Wingdings" w:hAnsi="Wingdings" w:hint="default"/>
      </w:rPr>
    </w:lvl>
    <w:lvl w:ilvl="3">
      <w:start w:val="1"/>
      <w:numFmt w:val="bullet"/>
      <w:lvlText w:val=""/>
      <w:lvlJc w:val="left"/>
      <w:pPr>
        <w:ind w:left="2960" w:hanging="360"/>
      </w:pPr>
      <w:rPr>
        <w:rFonts w:ascii="Symbol" w:hAnsi="Symbol" w:hint="default"/>
      </w:rPr>
    </w:lvl>
    <w:lvl w:ilvl="4">
      <w:start w:val="1"/>
      <w:numFmt w:val="bullet"/>
      <w:lvlText w:val="o"/>
      <w:lvlJc w:val="left"/>
      <w:pPr>
        <w:ind w:left="3680" w:hanging="360"/>
      </w:pPr>
      <w:rPr>
        <w:rFonts w:ascii="Courier New" w:hAnsi="Courier New" w:hint="default"/>
      </w:rPr>
    </w:lvl>
    <w:lvl w:ilvl="5">
      <w:start w:val="1"/>
      <w:numFmt w:val="bullet"/>
      <w:lvlText w:val=""/>
      <w:lvlJc w:val="left"/>
      <w:pPr>
        <w:ind w:left="4400" w:hanging="360"/>
      </w:pPr>
      <w:rPr>
        <w:rFonts w:ascii="Wingdings" w:hAnsi="Wingdings" w:hint="default"/>
      </w:rPr>
    </w:lvl>
    <w:lvl w:ilvl="6">
      <w:start w:val="1"/>
      <w:numFmt w:val="bullet"/>
      <w:lvlText w:val=""/>
      <w:lvlJc w:val="left"/>
      <w:pPr>
        <w:ind w:left="5120" w:hanging="360"/>
      </w:pPr>
      <w:rPr>
        <w:rFonts w:ascii="Symbol" w:hAnsi="Symbol" w:hint="default"/>
      </w:rPr>
    </w:lvl>
    <w:lvl w:ilvl="7">
      <w:start w:val="1"/>
      <w:numFmt w:val="bullet"/>
      <w:lvlText w:val="o"/>
      <w:lvlJc w:val="left"/>
      <w:pPr>
        <w:ind w:left="5840" w:hanging="360"/>
      </w:pPr>
      <w:rPr>
        <w:rFonts w:ascii="Courier New" w:hAnsi="Courier New" w:hint="default"/>
      </w:rPr>
    </w:lvl>
    <w:lvl w:ilvl="8">
      <w:start w:val="1"/>
      <w:numFmt w:val="bullet"/>
      <w:lvlText w:val=""/>
      <w:lvlJc w:val="left"/>
      <w:pPr>
        <w:ind w:left="6560" w:hanging="360"/>
      </w:pPr>
      <w:rPr>
        <w:rFonts w:ascii="Wingdings" w:hAnsi="Wingdings" w:hint="default"/>
      </w:rPr>
    </w:lvl>
  </w:abstractNum>
  <w:abstractNum w:abstractNumId="34" w15:restartNumberingAfterBreak="0">
    <w:nsid w:val="5BB44B5B"/>
    <w:multiLevelType w:val="multilevel"/>
    <w:tmpl w:val="72CA3672"/>
    <w:lvl w:ilvl="0">
      <w:start w:val="1"/>
      <w:numFmt w:val="bullet"/>
      <w:pStyle w:val="Manuscriptbodytex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5" w15:restartNumberingAfterBreak="0">
    <w:nsid w:val="64377148"/>
    <w:multiLevelType w:val="multilevel"/>
    <w:tmpl w:val="80863AEE"/>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92" w:hanging="792"/>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FF84A1A"/>
    <w:multiLevelType w:val="multilevel"/>
    <w:tmpl w:val="22E63750"/>
    <w:lvl w:ilvl="0">
      <w:start w:val="1"/>
      <w:numFmt w:val="lowerLetter"/>
      <w:pStyle w:val="listalpha"/>
      <w:lvlText w:val="%1."/>
      <w:lvlJc w:val="left"/>
      <w:pPr>
        <w:tabs>
          <w:tab w:val="num" w:pos="432"/>
        </w:tabs>
        <w:ind w:left="432" w:hanging="432"/>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19D71A1"/>
    <w:multiLevelType w:val="multilevel"/>
    <w:tmpl w:val="0EF65F40"/>
    <w:lvl w:ilvl="0">
      <w:start w:val="1"/>
      <w:numFmt w:val="bullet"/>
      <w:lvlText w:val=""/>
      <w:lvlJc w:val="left"/>
      <w:pPr>
        <w:ind w:left="800" w:hanging="360"/>
      </w:pPr>
      <w:rPr>
        <w:rFonts w:ascii="Symbol" w:hAnsi="Symbol" w:hint="default"/>
      </w:rPr>
    </w:lvl>
    <w:lvl w:ilvl="1">
      <w:start w:val="1"/>
      <w:numFmt w:val="bullet"/>
      <w:lvlText w:val="o"/>
      <w:lvlJc w:val="left"/>
      <w:pPr>
        <w:ind w:left="1520" w:hanging="360"/>
      </w:pPr>
      <w:rPr>
        <w:rFonts w:ascii="Courier New" w:hAnsi="Courier New" w:hint="default"/>
      </w:rPr>
    </w:lvl>
    <w:lvl w:ilvl="2">
      <w:start w:val="1"/>
      <w:numFmt w:val="bullet"/>
      <w:lvlText w:val=""/>
      <w:lvlJc w:val="left"/>
      <w:pPr>
        <w:ind w:left="2240" w:hanging="360"/>
      </w:pPr>
      <w:rPr>
        <w:rFonts w:ascii="Wingdings" w:hAnsi="Wingdings" w:hint="default"/>
      </w:rPr>
    </w:lvl>
    <w:lvl w:ilvl="3">
      <w:start w:val="1"/>
      <w:numFmt w:val="bullet"/>
      <w:lvlText w:val=""/>
      <w:lvlJc w:val="left"/>
      <w:pPr>
        <w:ind w:left="2960" w:hanging="360"/>
      </w:pPr>
      <w:rPr>
        <w:rFonts w:ascii="Symbol" w:hAnsi="Symbol" w:hint="default"/>
      </w:rPr>
    </w:lvl>
    <w:lvl w:ilvl="4">
      <w:start w:val="1"/>
      <w:numFmt w:val="bullet"/>
      <w:lvlText w:val="o"/>
      <w:lvlJc w:val="left"/>
      <w:pPr>
        <w:ind w:left="3680" w:hanging="360"/>
      </w:pPr>
      <w:rPr>
        <w:rFonts w:ascii="Courier New" w:hAnsi="Courier New" w:hint="default"/>
      </w:rPr>
    </w:lvl>
    <w:lvl w:ilvl="5">
      <w:start w:val="1"/>
      <w:numFmt w:val="bullet"/>
      <w:lvlText w:val=""/>
      <w:lvlJc w:val="left"/>
      <w:pPr>
        <w:ind w:left="4400" w:hanging="360"/>
      </w:pPr>
      <w:rPr>
        <w:rFonts w:ascii="Wingdings" w:hAnsi="Wingdings" w:hint="default"/>
      </w:rPr>
    </w:lvl>
    <w:lvl w:ilvl="6">
      <w:start w:val="1"/>
      <w:numFmt w:val="bullet"/>
      <w:lvlText w:val=""/>
      <w:lvlJc w:val="left"/>
      <w:pPr>
        <w:ind w:left="5120" w:hanging="360"/>
      </w:pPr>
      <w:rPr>
        <w:rFonts w:ascii="Symbol" w:hAnsi="Symbol" w:hint="default"/>
      </w:rPr>
    </w:lvl>
    <w:lvl w:ilvl="7">
      <w:start w:val="1"/>
      <w:numFmt w:val="bullet"/>
      <w:lvlText w:val="o"/>
      <w:lvlJc w:val="left"/>
      <w:pPr>
        <w:ind w:left="5840" w:hanging="360"/>
      </w:pPr>
      <w:rPr>
        <w:rFonts w:ascii="Courier New" w:hAnsi="Courier New" w:hint="default"/>
      </w:rPr>
    </w:lvl>
    <w:lvl w:ilvl="8">
      <w:start w:val="1"/>
      <w:numFmt w:val="bullet"/>
      <w:lvlText w:val=""/>
      <w:lvlJc w:val="left"/>
      <w:pPr>
        <w:ind w:left="6560" w:hanging="360"/>
      </w:pPr>
      <w:rPr>
        <w:rFonts w:ascii="Wingdings" w:hAnsi="Wingdings" w:hint="default"/>
      </w:rPr>
    </w:lvl>
  </w:abstractNum>
  <w:abstractNum w:abstractNumId="38" w15:restartNumberingAfterBreak="0">
    <w:nsid w:val="7C662014"/>
    <w:multiLevelType w:val="multilevel"/>
    <w:tmpl w:val="B3962A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7E491D68"/>
    <w:multiLevelType w:val="multilevel"/>
    <w:tmpl w:val="B0A8D1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34"/>
  </w:num>
  <w:num w:numId="11">
    <w:abstractNumId w:val="24"/>
  </w:num>
  <w:num w:numId="12">
    <w:abstractNumId w:val="21"/>
  </w:num>
  <w:num w:numId="13">
    <w:abstractNumId w:val="17"/>
  </w:num>
  <w:num w:numId="14">
    <w:abstractNumId w:val="36"/>
  </w:num>
  <w:num w:numId="15">
    <w:abstractNumId w:val="32"/>
  </w:num>
  <w:num w:numId="16">
    <w:abstractNumId w:val="27"/>
  </w:num>
  <w:num w:numId="17">
    <w:abstractNumId w:val="19"/>
  </w:num>
  <w:num w:numId="18">
    <w:abstractNumId w:val="23"/>
  </w:num>
  <w:num w:numId="19">
    <w:abstractNumId w:val="13"/>
  </w:num>
  <w:num w:numId="20">
    <w:abstractNumId w:val="14"/>
  </w:num>
  <w:num w:numId="21">
    <w:abstractNumId w:val="39"/>
  </w:num>
  <w:num w:numId="22">
    <w:abstractNumId w:val="38"/>
  </w:num>
  <w:num w:numId="23">
    <w:abstractNumId w:val="11"/>
  </w:num>
  <w:num w:numId="24">
    <w:abstractNumId w:val="22"/>
  </w:num>
  <w:num w:numId="25">
    <w:abstractNumId w:val="28"/>
  </w:num>
  <w:num w:numId="26">
    <w:abstractNumId w:val="16"/>
  </w:num>
  <w:num w:numId="27">
    <w:abstractNumId w:val="9"/>
  </w:num>
  <w:num w:numId="28">
    <w:abstractNumId w:val="20"/>
  </w:num>
  <w:num w:numId="29">
    <w:abstractNumId w:val="12"/>
  </w:num>
  <w:num w:numId="30">
    <w:abstractNumId w:val="29"/>
  </w:num>
  <w:num w:numId="31">
    <w:abstractNumId w:val="18"/>
  </w:num>
  <w:num w:numId="32">
    <w:abstractNumId w:val="26"/>
  </w:num>
  <w:num w:numId="33">
    <w:abstractNumId w:val="37"/>
  </w:num>
  <w:num w:numId="34">
    <w:abstractNumId w:val="15"/>
  </w:num>
  <w:num w:numId="35">
    <w:abstractNumId w:val="31"/>
  </w:num>
  <w:num w:numId="36">
    <w:abstractNumId w:val="33"/>
  </w:num>
  <w:num w:numId="37">
    <w:abstractNumId w:val="10"/>
  </w:num>
  <w:num w:numId="38">
    <w:abstractNumId w:val="30"/>
  </w:num>
  <w:num w:numId="39">
    <w:abstractNumId w:val="35"/>
  </w:num>
  <w:num w:numId="40">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6DBE"/>
    <w:rsid w:val="00026D1F"/>
    <w:rsid w:val="00046249"/>
    <w:rsid w:val="0006028F"/>
    <w:rsid w:val="00090712"/>
    <w:rsid w:val="000910AB"/>
    <w:rsid w:val="00093D39"/>
    <w:rsid w:val="000C3507"/>
    <w:rsid w:val="000C6A11"/>
    <w:rsid w:val="000D5B7C"/>
    <w:rsid w:val="000E29E2"/>
    <w:rsid w:val="000F782D"/>
    <w:rsid w:val="00100694"/>
    <w:rsid w:val="00104598"/>
    <w:rsid w:val="00132E28"/>
    <w:rsid w:val="0013654C"/>
    <w:rsid w:val="001563EA"/>
    <w:rsid w:val="0016672A"/>
    <w:rsid w:val="001B4255"/>
    <w:rsid w:val="001D2A31"/>
    <w:rsid w:val="00261DBB"/>
    <w:rsid w:val="002647D9"/>
    <w:rsid w:val="00292F21"/>
    <w:rsid w:val="002A0BC8"/>
    <w:rsid w:val="00324DE7"/>
    <w:rsid w:val="0035143E"/>
    <w:rsid w:val="003B4090"/>
    <w:rsid w:val="003B5246"/>
    <w:rsid w:val="003B6AEB"/>
    <w:rsid w:val="003D2FA5"/>
    <w:rsid w:val="003D435D"/>
    <w:rsid w:val="003D7E0A"/>
    <w:rsid w:val="003F2CEE"/>
    <w:rsid w:val="0040607D"/>
    <w:rsid w:val="004069F9"/>
    <w:rsid w:val="00495622"/>
    <w:rsid w:val="00546AF5"/>
    <w:rsid w:val="005739F9"/>
    <w:rsid w:val="005A5638"/>
    <w:rsid w:val="00632746"/>
    <w:rsid w:val="006A7656"/>
    <w:rsid w:val="006C0898"/>
    <w:rsid w:val="00704E92"/>
    <w:rsid w:val="00726DBE"/>
    <w:rsid w:val="007F73A9"/>
    <w:rsid w:val="00811C8E"/>
    <w:rsid w:val="00841846"/>
    <w:rsid w:val="00862017"/>
    <w:rsid w:val="008724D8"/>
    <w:rsid w:val="00884147"/>
    <w:rsid w:val="008D0425"/>
    <w:rsid w:val="008D187C"/>
    <w:rsid w:val="008E6E0C"/>
    <w:rsid w:val="008E76E2"/>
    <w:rsid w:val="008F42EC"/>
    <w:rsid w:val="00904985"/>
    <w:rsid w:val="009458B8"/>
    <w:rsid w:val="00950A43"/>
    <w:rsid w:val="009A1291"/>
    <w:rsid w:val="009D609A"/>
    <w:rsid w:val="00A0215B"/>
    <w:rsid w:val="00A25BB0"/>
    <w:rsid w:val="00A360FE"/>
    <w:rsid w:val="00A559C7"/>
    <w:rsid w:val="00A86D53"/>
    <w:rsid w:val="00A958EB"/>
    <w:rsid w:val="00AF48F4"/>
    <w:rsid w:val="00C015E9"/>
    <w:rsid w:val="00C41D72"/>
    <w:rsid w:val="00C82722"/>
    <w:rsid w:val="00CE2BC9"/>
    <w:rsid w:val="00D31E2A"/>
    <w:rsid w:val="00D32DE6"/>
    <w:rsid w:val="00D87008"/>
    <w:rsid w:val="00DE25FD"/>
    <w:rsid w:val="00DF4E1D"/>
    <w:rsid w:val="00E103B6"/>
    <w:rsid w:val="00E67DEF"/>
    <w:rsid w:val="00EA30E6"/>
    <w:rsid w:val="00EA331C"/>
    <w:rsid w:val="00EA526D"/>
    <w:rsid w:val="00EB3E01"/>
    <w:rsid w:val="00F1499D"/>
    <w:rsid w:val="00F646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CC7D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nhideWhenUsed="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qFormat="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DBE"/>
    <w:pPr>
      <w:spacing w:after="0" w:line="240" w:lineRule="auto"/>
    </w:pPr>
    <w:rPr>
      <w:rFonts w:ascii="Cambria" w:eastAsia="Times New Roman" w:hAnsi="Cambria" w:cs="Times New Roman"/>
      <w:kern w:val="0"/>
      <w:szCs w:val="20"/>
      <w14:ligatures w14:val="none"/>
    </w:rPr>
  </w:style>
  <w:style w:type="paragraph" w:styleId="Heading1">
    <w:name w:val="heading 1"/>
    <w:basedOn w:val="Normal"/>
    <w:next w:val="Normal"/>
    <w:link w:val="Heading1Char"/>
    <w:uiPriority w:val="9"/>
    <w:qFormat/>
    <w:rsid w:val="00726DB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26DB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26DB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726DB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726DB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726DB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726DB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726DB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726DB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6DB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26DB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26DB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726DB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726DBE"/>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726DB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726DBE"/>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726DB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726DBE"/>
    <w:rPr>
      <w:rFonts w:eastAsiaTheme="majorEastAsia" w:cstheme="majorBidi"/>
      <w:color w:val="272727" w:themeColor="text1" w:themeTint="D8"/>
    </w:rPr>
  </w:style>
  <w:style w:type="paragraph" w:styleId="Title">
    <w:name w:val="Title"/>
    <w:basedOn w:val="Normal"/>
    <w:next w:val="Normal"/>
    <w:link w:val="TitleChar"/>
    <w:uiPriority w:val="10"/>
    <w:qFormat/>
    <w:rsid w:val="00726DB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6DB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6DB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6DB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6DBE"/>
    <w:pPr>
      <w:spacing w:before="160"/>
      <w:jc w:val="center"/>
    </w:pPr>
    <w:rPr>
      <w:i/>
      <w:iCs/>
      <w:color w:val="404040" w:themeColor="text1" w:themeTint="BF"/>
    </w:rPr>
  </w:style>
  <w:style w:type="character" w:customStyle="1" w:styleId="QuoteChar">
    <w:name w:val="Quote Char"/>
    <w:basedOn w:val="DefaultParagraphFont"/>
    <w:link w:val="Quote"/>
    <w:uiPriority w:val="29"/>
    <w:rsid w:val="00726DBE"/>
    <w:rPr>
      <w:i/>
      <w:iCs/>
      <w:color w:val="404040" w:themeColor="text1" w:themeTint="BF"/>
    </w:rPr>
  </w:style>
  <w:style w:type="paragraph" w:styleId="ListParagraph">
    <w:name w:val="List Paragraph"/>
    <w:aliases w:val="Table Legend,HEOR bullet list,Bullet List,Bullets Points,Colorful List - Accent 11,Bullet1,Section 5,Normal: Bullets,List Table,List Bullet #1"/>
    <w:basedOn w:val="Normal"/>
    <w:uiPriority w:val="34"/>
    <w:qFormat/>
    <w:rsid w:val="00726DBE"/>
    <w:pPr>
      <w:ind w:left="720"/>
      <w:contextualSpacing/>
    </w:pPr>
  </w:style>
  <w:style w:type="character" w:styleId="IntenseEmphasis">
    <w:name w:val="Intense Emphasis"/>
    <w:basedOn w:val="DefaultParagraphFont"/>
    <w:uiPriority w:val="21"/>
    <w:qFormat/>
    <w:rsid w:val="00726DBE"/>
    <w:rPr>
      <w:i/>
      <w:iCs/>
      <w:color w:val="0F4761" w:themeColor="accent1" w:themeShade="BF"/>
    </w:rPr>
  </w:style>
  <w:style w:type="paragraph" w:styleId="IntenseQuote">
    <w:name w:val="Intense Quote"/>
    <w:basedOn w:val="Normal"/>
    <w:next w:val="Normal"/>
    <w:link w:val="IntenseQuoteChar"/>
    <w:uiPriority w:val="30"/>
    <w:qFormat/>
    <w:rsid w:val="00726D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6DBE"/>
    <w:rPr>
      <w:i/>
      <w:iCs/>
      <w:color w:val="0F4761" w:themeColor="accent1" w:themeShade="BF"/>
    </w:rPr>
  </w:style>
  <w:style w:type="character" w:styleId="IntenseReference">
    <w:name w:val="Intense Reference"/>
    <w:basedOn w:val="DefaultParagraphFont"/>
    <w:uiPriority w:val="32"/>
    <w:qFormat/>
    <w:rsid w:val="00726DBE"/>
    <w:rPr>
      <w:b/>
      <w:bCs/>
      <w:smallCaps/>
      <w:color w:val="0F4761" w:themeColor="accent1" w:themeShade="BF"/>
      <w:spacing w:val="5"/>
    </w:rPr>
  </w:style>
  <w:style w:type="paragraph" w:customStyle="1" w:styleId="abstract">
    <w:name w:val="abstract"/>
    <w:basedOn w:val="Normal"/>
    <w:qFormat/>
    <w:rsid w:val="00726DBE"/>
  </w:style>
  <w:style w:type="paragraph" w:customStyle="1" w:styleId="EquationCaption">
    <w:name w:val="Equation Caption"/>
    <w:basedOn w:val="Normal"/>
    <w:qFormat/>
    <w:rsid w:val="00726DBE"/>
  </w:style>
  <w:style w:type="paragraph" w:customStyle="1" w:styleId="FigureCaption">
    <w:name w:val="Figure Caption"/>
    <w:basedOn w:val="Normal"/>
    <w:qFormat/>
    <w:rsid w:val="00726DBE"/>
  </w:style>
  <w:style w:type="paragraph" w:customStyle="1" w:styleId="FiguresSection">
    <w:name w:val="Figures Section"/>
    <w:basedOn w:val="Heading1"/>
    <w:qFormat/>
    <w:rsid w:val="00726DBE"/>
    <w:pPr>
      <w:spacing w:before="480" w:after="0"/>
    </w:pPr>
    <w:rPr>
      <w:rFonts w:ascii="Calibri Light" w:eastAsia="Times New Roman" w:hAnsi="Calibri Light" w:cs="Times New Roman"/>
      <w:b/>
      <w:color w:val="2F5496"/>
      <w:sz w:val="28"/>
      <w:szCs w:val="20"/>
    </w:rPr>
  </w:style>
  <w:style w:type="table" w:customStyle="1" w:styleId="Table">
    <w:name w:val="Table"/>
    <w:qFormat/>
    <w:rsid w:val="00726DBE"/>
    <w:pPr>
      <w:spacing w:after="0" w:line="240" w:lineRule="auto"/>
    </w:pPr>
    <w:rPr>
      <w:rFonts w:ascii="Times New Roman" w:eastAsia="Times New Roman" w:hAnsi="Times New Roman" w:cs="Times New Roman"/>
      <w:kern w:val="0"/>
      <w:sz w:val="20"/>
      <w:szCs w:val="20"/>
      <w14:ligatures w14:val="none"/>
    </w:rPr>
    <w:tblPr>
      <w:tblCellMar>
        <w:top w:w="0" w:type="dxa"/>
        <w:left w:w="0" w:type="dxa"/>
        <w:bottom w:w="0" w:type="dxa"/>
        <w:right w:w="0" w:type="dxa"/>
      </w:tblCellMar>
    </w:tblPr>
  </w:style>
  <w:style w:type="paragraph" w:customStyle="1" w:styleId="TableCaption">
    <w:name w:val="Table Caption"/>
    <w:basedOn w:val="Normal"/>
    <w:qFormat/>
    <w:rsid w:val="00726DBE"/>
  </w:style>
  <w:style w:type="character" w:customStyle="1" w:styleId="TextEndnote">
    <w:name w:val="Text Endnote"/>
    <w:qFormat/>
    <w:rsid w:val="00726DBE"/>
    <w:rPr>
      <w:vertAlign w:val="superscript"/>
    </w:rPr>
  </w:style>
  <w:style w:type="character" w:customStyle="1" w:styleId="TextFootnote">
    <w:name w:val="Text Footnote"/>
    <w:qFormat/>
    <w:rsid w:val="00726DBE"/>
    <w:rPr>
      <w:vertAlign w:val="superscript"/>
    </w:rPr>
  </w:style>
  <w:style w:type="paragraph" w:customStyle="1" w:styleId="TOCTOLTitle">
    <w:name w:val="TOC/ TOL Title"/>
    <w:qFormat/>
    <w:rsid w:val="00726DBE"/>
    <w:pPr>
      <w:spacing w:after="0" w:line="240" w:lineRule="auto"/>
    </w:pPr>
    <w:rPr>
      <w:rFonts w:ascii="Times New Roman" w:eastAsia="Times New Roman" w:hAnsi="Times New Roman" w:cs="Times New Roman"/>
      <w:kern w:val="0"/>
      <w:sz w:val="20"/>
      <w:szCs w:val="20"/>
      <w14:ligatures w14:val="none"/>
    </w:rPr>
  </w:style>
  <w:style w:type="paragraph" w:styleId="TOC1">
    <w:name w:val="toc 1"/>
    <w:basedOn w:val="Normal"/>
    <w:qFormat/>
    <w:rsid w:val="00726DBE"/>
    <w:pPr>
      <w:tabs>
        <w:tab w:val="left" w:pos="432"/>
        <w:tab w:val="right" w:leader="dot" w:pos="8637"/>
      </w:tabs>
      <w:spacing w:before="240"/>
      <w:ind w:left="432" w:right="850" w:hanging="432"/>
    </w:pPr>
    <w:rPr>
      <w:rFonts w:ascii="Arial" w:hAnsi="Arial"/>
      <w:sz w:val="22"/>
    </w:rPr>
  </w:style>
  <w:style w:type="paragraph" w:styleId="TOC2">
    <w:name w:val="toc 2"/>
    <w:basedOn w:val="Normal"/>
    <w:qFormat/>
    <w:rsid w:val="00726DBE"/>
    <w:pPr>
      <w:tabs>
        <w:tab w:val="left" w:pos="1152"/>
        <w:tab w:val="right" w:leader="dot" w:pos="8637"/>
      </w:tabs>
      <w:ind w:left="1152" w:right="850" w:hanging="720"/>
    </w:pPr>
    <w:rPr>
      <w:rFonts w:ascii="Arial" w:hAnsi="Arial"/>
      <w:sz w:val="22"/>
    </w:rPr>
  </w:style>
  <w:style w:type="paragraph" w:styleId="TOC3">
    <w:name w:val="toc 3"/>
    <w:basedOn w:val="Normal"/>
    <w:qFormat/>
    <w:rsid w:val="00726DBE"/>
    <w:pPr>
      <w:tabs>
        <w:tab w:val="left" w:pos="2088"/>
        <w:tab w:val="right" w:leader="dot" w:pos="8637"/>
      </w:tabs>
      <w:ind w:left="2088" w:right="850" w:hanging="936"/>
    </w:pPr>
    <w:rPr>
      <w:rFonts w:ascii="Arial" w:hAnsi="Arial"/>
      <w:sz w:val="22"/>
    </w:rPr>
  </w:style>
  <w:style w:type="paragraph" w:styleId="TOC4">
    <w:name w:val="toc 4"/>
    <w:basedOn w:val="Normal"/>
    <w:qFormat/>
    <w:rsid w:val="00726DBE"/>
    <w:pPr>
      <w:tabs>
        <w:tab w:val="left" w:pos="3168"/>
        <w:tab w:val="right" w:leader="dot" w:pos="8637"/>
      </w:tabs>
      <w:ind w:left="3168" w:right="850" w:hanging="1080"/>
    </w:pPr>
    <w:rPr>
      <w:rFonts w:ascii="Arial" w:hAnsi="Arial"/>
      <w:sz w:val="22"/>
    </w:rPr>
  </w:style>
  <w:style w:type="paragraph" w:styleId="TOC5">
    <w:name w:val="toc 5"/>
    <w:basedOn w:val="Normal"/>
    <w:qFormat/>
    <w:rsid w:val="00726DBE"/>
    <w:pPr>
      <w:tabs>
        <w:tab w:val="left" w:pos="4410"/>
        <w:tab w:val="right" w:leader="dot" w:pos="8640"/>
      </w:tabs>
      <w:ind w:left="4406" w:right="850" w:hanging="1238"/>
    </w:pPr>
    <w:rPr>
      <w:rFonts w:ascii="Arial" w:hAnsi="Arial"/>
      <w:sz w:val="22"/>
    </w:rPr>
  </w:style>
  <w:style w:type="paragraph" w:styleId="TOC6">
    <w:name w:val="toc 6"/>
    <w:basedOn w:val="Normal"/>
    <w:qFormat/>
    <w:rsid w:val="00726DBE"/>
    <w:pPr>
      <w:spacing w:after="57" w:line="240" w:lineRule="exact"/>
    </w:pPr>
    <w:rPr>
      <w:rFonts w:ascii="Verdana" w:hAnsi="Verdana"/>
      <w:sz w:val="18"/>
    </w:rPr>
  </w:style>
  <w:style w:type="paragraph" w:customStyle="1" w:styleId="TOL">
    <w:name w:val="TOL"/>
    <w:basedOn w:val="TOC2"/>
    <w:qFormat/>
    <w:rsid w:val="00726DBE"/>
  </w:style>
  <w:style w:type="paragraph" w:styleId="CommentText">
    <w:name w:val="annotation text"/>
    <w:basedOn w:val="Normal"/>
    <w:link w:val="CommentTextChar"/>
    <w:uiPriority w:val="99"/>
    <w:qFormat/>
    <w:rsid w:val="00726DBE"/>
    <w:rPr>
      <w:sz w:val="20"/>
    </w:rPr>
  </w:style>
  <w:style w:type="character" w:customStyle="1" w:styleId="CommentTextChar">
    <w:name w:val="Comment Text Char"/>
    <w:basedOn w:val="DefaultParagraphFont"/>
    <w:link w:val="CommentText"/>
    <w:uiPriority w:val="99"/>
    <w:rsid w:val="00726DBE"/>
    <w:rPr>
      <w:rFonts w:ascii="Cambria" w:eastAsia="Times New Roman" w:hAnsi="Cambria" w:cs="Times New Roman"/>
      <w:kern w:val="0"/>
      <w:sz w:val="20"/>
      <w:szCs w:val="20"/>
      <w14:ligatures w14:val="none"/>
    </w:rPr>
  </w:style>
  <w:style w:type="paragraph" w:styleId="Revision">
    <w:name w:val="Revision"/>
    <w:qFormat/>
    <w:rsid w:val="00726DBE"/>
    <w:pPr>
      <w:spacing w:after="0" w:line="240" w:lineRule="auto"/>
    </w:pPr>
    <w:rPr>
      <w:rFonts w:ascii="Cambria" w:eastAsia="Times New Roman" w:hAnsi="Cambria" w:cs="Times New Roman"/>
      <w:kern w:val="0"/>
      <w:szCs w:val="20"/>
      <w14:ligatures w14:val="none"/>
    </w:rPr>
  </w:style>
  <w:style w:type="paragraph" w:customStyle="1" w:styleId="Manuscriptbodytext">
    <w:name w:val="Manuscript body text"/>
    <w:basedOn w:val="Normal"/>
    <w:qFormat/>
    <w:rsid w:val="00726DBE"/>
    <w:pPr>
      <w:numPr>
        <w:numId w:val="10"/>
      </w:numPr>
      <w:spacing w:line="480" w:lineRule="auto"/>
      <w:outlineLvl w:val="0"/>
    </w:pPr>
    <w:rPr>
      <w:rFonts w:ascii="Tahoma" w:hAnsi="Tahoma"/>
      <w:sz w:val="22"/>
    </w:rPr>
  </w:style>
  <w:style w:type="paragraph" w:styleId="NormalWeb">
    <w:name w:val="Normal (Web)"/>
    <w:basedOn w:val="Normal"/>
    <w:qFormat/>
    <w:rsid w:val="00726DBE"/>
    <w:pPr>
      <w:spacing w:before="100" w:beforeAutospacing="1" w:after="100" w:afterAutospacing="1"/>
    </w:pPr>
    <w:rPr>
      <w:rFonts w:ascii="Times New Roman" w:hAnsi="Times New Roman"/>
    </w:rPr>
  </w:style>
  <w:style w:type="paragraph" w:styleId="Caption">
    <w:name w:val="caption"/>
    <w:basedOn w:val="ListParagraph"/>
    <w:qFormat/>
    <w:rsid w:val="00726DBE"/>
    <w:pPr>
      <w:keepNext/>
      <w:spacing w:line="480" w:lineRule="auto"/>
      <w:ind w:left="0"/>
    </w:pPr>
    <w:rPr>
      <w:rFonts w:ascii="Tahoma" w:hAnsi="Tahoma"/>
      <w:b/>
      <w:sz w:val="22"/>
    </w:rPr>
  </w:style>
  <w:style w:type="paragraph" w:styleId="Header">
    <w:name w:val="header"/>
    <w:basedOn w:val="Normal"/>
    <w:link w:val="HeaderChar"/>
    <w:qFormat/>
    <w:rsid w:val="00726DBE"/>
    <w:pPr>
      <w:tabs>
        <w:tab w:val="center" w:pos="4513"/>
        <w:tab w:val="right" w:pos="9026"/>
      </w:tabs>
    </w:pPr>
  </w:style>
  <w:style w:type="character" w:customStyle="1" w:styleId="HeaderChar">
    <w:name w:val="Header Char"/>
    <w:basedOn w:val="DefaultParagraphFont"/>
    <w:link w:val="Header"/>
    <w:rsid w:val="00726DBE"/>
    <w:rPr>
      <w:rFonts w:ascii="Cambria" w:eastAsia="Times New Roman" w:hAnsi="Cambria" w:cs="Times New Roman"/>
      <w:kern w:val="0"/>
      <w:szCs w:val="20"/>
      <w14:ligatures w14:val="none"/>
    </w:rPr>
  </w:style>
  <w:style w:type="paragraph" w:styleId="Footer">
    <w:name w:val="footer"/>
    <w:basedOn w:val="Normal"/>
    <w:link w:val="FooterChar"/>
    <w:qFormat/>
    <w:rsid w:val="00726DBE"/>
    <w:pPr>
      <w:tabs>
        <w:tab w:val="center" w:pos="4513"/>
        <w:tab w:val="right" w:pos="9026"/>
      </w:tabs>
    </w:pPr>
  </w:style>
  <w:style w:type="character" w:customStyle="1" w:styleId="FooterChar">
    <w:name w:val="Footer Char"/>
    <w:basedOn w:val="DefaultParagraphFont"/>
    <w:link w:val="Footer"/>
    <w:rsid w:val="00726DBE"/>
    <w:rPr>
      <w:rFonts w:ascii="Cambria" w:eastAsia="Times New Roman" w:hAnsi="Cambria" w:cs="Times New Roman"/>
      <w:kern w:val="0"/>
      <w:szCs w:val="20"/>
      <w14:ligatures w14:val="none"/>
    </w:rPr>
  </w:style>
  <w:style w:type="paragraph" w:customStyle="1" w:styleId="Default">
    <w:name w:val="Default"/>
    <w:qFormat/>
    <w:rsid w:val="00726DBE"/>
    <w:pPr>
      <w:spacing w:after="0" w:line="240" w:lineRule="auto"/>
    </w:pPr>
    <w:rPr>
      <w:rFonts w:ascii="Minion Pro" w:eastAsia="Times New Roman" w:hAnsi="Minion Pro" w:cs="Times New Roman"/>
      <w:color w:val="000000"/>
      <w:kern w:val="0"/>
      <w:szCs w:val="20"/>
      <w14:ligatures w14:val="none"/>
    </w:rPr>
  </w:style>
  <w:style w:type="paragraph" w:customStyle="1" w:styleId="Style2">
    <w:name w:val="Style2"/>
    <w:basedOn w:val="ListParagraph"/>
    <w:qFormat/>
    <w:rsid w:val="00726DBE"/>
    <w:pPr>
      <w:numPr>
        <w:numId w:val="11"/>
      </w:numPr>
      <w:spacing w:line="360" w:lineRule="auto"/>
    </w:pPr>
    <w:rPr>
      <w:rFonts w:ascii="Tahoma" w:hAnsi="Tahoma"/>
      <w:sz w:val="20"/>
    </w:rPr>
  </w:style>
  <w:style w:type="paragraph" w:customStyle="1" w:styleId="Manuscripttitle">
    <w:name w:val="Manuscript title"/>
    <w:basedOn w:val="Heading1"/>
    <w:qFormat/>
    <w:rsid w:val="00726DBE"/>
    <w:pPr>
      <w:spacing w:before="480" w:after="0" w:line="360" w:lineRule="auto"/>
    </w:pPr>
    <w:rPr>
      <w:rFonts w:ascii="Tahoma" w:eastAsia="Times New Roman" w:hAnsi="Tahoma" w:cs="Times New Roman"/>
      <w:b/>
      <w:color w:val="2F5496"/>
      <w:sz w:val="28"/>
      <w:szCs w:val="20"/>
    </w:rPr>
  </w:style>
  <w:style w:type="paragraph" w:customStyle="1" w:styleId="Manuscriptbody">
    <w:name w:val="Manuscript body"/>
    <w:basedOn w:val="NormalWeb"/>
    <w:qFormat/>
    <w:rsid w:val="00726DBE"/>
    <w:pPr>
      <w:spacing w:before="0" w:beforeAutospacing="0" w:line="360" w:lineRule="auto"/>
    </w:pPr>
    <w:rPr>
      <w:rFonts w:ascii="Tahoma" w:hAnsi="Tahoma"/>
    </w:rPr>
  </w:style>
  <w:style w:type="paragraph" w:customStyle="1" w:styleId="Manuscriptbodytitle">
    <w:name w:val="Manuscript body title"/>
    <w:basedOn w:val="Manuscriptbodytext"/>
    <w:qFormat/>
    <w:rsid w:val="00726DBE"/>
    <w:pPr>
      <w:numPr>
        <w:numId w:val="0"/>
      </w:numPr>
    </w:pPr>
    <w:rPr>
      <w:b/>
    </w:rPr>
  </w:style>
  <w:style w:type="paragraph" w:customStyle="1" w:styleId="EndNoteBibliographyTitle">
    <w:name w:val="EndNote Bibliography Title"/>
    <w:basedOn w:val="Normal"/>
    <w:qFormat/>
    <w:rsid w:val="00726DBE"/>
    <w:pPr>
      <w:jc w:val="center"/>
    </w:pPr>
    <w:rPr>
      <w:rFonts w:ascii="Tahoma" w:hAnsi="Tahoma" w:cs="Tahoma"/>
    </w:rPr>
  </w:style>
  <w:style w:type="paragraph" w:customStyle="1" w:styleId="EndNoteBibliography">
    <w:name w:val="EndNote Bibliography"/>
    <w:basedOn w:val="Normal"/>
    <w:qFormat/>
    <w:rsid w:val="00726DBE"/>
    <w:rPr>
      <w:rFonts w:ascii="Tahoma" w:hAnsi="Tahoma" w:cs="Tahoma"/>
    </w:rPr>
  </w:style>
  <w:style w:type="paragraph" w:customStyle="1" w:styleId="BulletManuscript">
    <w:name w:val="Bullet Manuscript"/>
    <w:basedOn w:val="Manuscriptbody"/>
    <w:qFormat/>
    <w:rsid w:val="00726DBE"/>
    <w:pPr>
      <w:numPr>
        <w:numId w:val="12"/>
      </w:numPr>
      <w:spacing w:before="240"/>
      <w:ind w:left="714" w:hanging="357"/>
    </w:pPr>
  </w:style>
  <w:style w:type="paragraph" w:customStyle="1" w:styleId="2BulletManuscript">
    <w:name w:val="2. Bullet Manuscript"/>
    <w:basedOn w:val="Manuscriptbody"/>
    <w:qFormat/>
    <w:rsid w:val="00726DBE"/>
    <w:pPr>
      <w:numPr>
        <w:ilvl w:val="1"/>
        <w:numId w:val="12"/>
      </w:numPr>
      <w:spacing w:before="240"/>
      <w:ind w:left="1440"/>
    </w:pPr>
  </w:style>
  <w:style w:type="paragraph" w:customStyle="1" w:styleId="lhNonTOC">
    <w:name w:val="lh:NonTOC"/>
    <w:basedOn w:val="Normal"/>
    <w:qFormat/>
    <w:rsid w:val="00726DBE"/>
    <w:pPr>
      <w:keepNext/>
      <w:spacing w:after="240"/>
    </w:pPr>
    <w:rPr>
      <w:rFonts w:ascii="Arial" w:hAnsi="Arial"/>
      <w:b/>
      <w:sz w:val="28"/>
    </w:rPr>
  </w:style>
  <w:style w:type="paragraph" w:customStyle="1" w:styleId="listbull">
    <w:name w:val="list:bull"/>
    <w:basedOn w:val="Normal"/>
    <w:qFormat/>
    <w:rsid w:val="00726DBE"/>
    <w:pPr>
      <w:spacing w:after="120"/>
    </w:pPr>
    <w:rPr>
      <w:rFonts w:ascii="Times New Roman" w:hAnsi="Times New Roman"/>
    </w:rPr>
  </w:style>
  <w:style w:type="paragraph" w:customStyle="1" w:styleId="tabletextNS">
    <w:name w:val="table:textNS"/>
    <w:basedOn w:val="Normal"/>
    <w:qFormat/>
    <w:rsid w:val="00726DBE"/>
    <w:rPr>
      <w:rFonts w:ascii="Arial Narrow" w:hAnsi="Arial Narrow"/>
    </w:rPr>
  </w:style>
  <w:style w:type="paragraph" w:styleId="NoSpacing">
    <w:name w:val="No Spacing"/>
    <w:qFormat/>
    <w:rsid w:val="00726DBE"/>
    <w:pPr>
      <w:spacing w:after="0" w:line="240" w:lineRule="auto"/>
    </w:pPr>
    <w:rPr>
      <w:rFonts w:ascii="Calibri" w:eastAsia="Times New Roman" w:hAnsi="Calibri" w:cs="Times New Roman"/>
      <w:kern w:val="0"/>
      <w:sz w:val="20"/>
      <w:szCs w:val="20"/>
      <w14:ligatures w14:val="none"/>
    </w:rPr>
  </w:style>
  <w:style w:type="paragraph" w:customStyle="1" w:styleId="apphead2">
    <w:name w:val="app:head2"/>
    <w:basedOn w:val="Heading2"/>
    <w:qFormat/>
    <w:rsid w:val="00726DBE"/>
    <w:pPr>
      <w:keepLines w:val="0"/>
      <w:tabs>
        <w:tab w:val="left" w:pos="2160"/>
      </w:tabs>
      <w:spacing w:before="120" w:after="240"/>
      <w:ind w:left="2160" w:hanging="2160"/>
    </w:pPr>
    <w:rPr>
      <w:rFonts w:ascii="Arial" w:eastAsia="Times New Roman" w:hAnsi="Arial" w:cs="Times New Roman"/>
      <w:b/>
      <w:color w:val="000000"/>
      <w:sz w:val="24"/>
      <w:szCs w:val="20"/>
    </w:rPr>
  </w:style>
  <w:style w:type="paragraph" w:customStyle="1" w:styleId="apphead3">
    <w:name w:val="app:head3"/>
    <w:basedOn w:val="Heading3"/>
    <w:qFormat/>
    <w:rsid w:val="00726DBE"/>
    <w:pPr>
      <w:keepLines w:val="0"/>
      <w:tabs>
        <w:tab w:val="left" w:pos="2160"/>
      </w:tabs>
      <w:spacing w:before="120" w:after="240"/>
      <w:ind w:left="2160" w:hanging="2160"/>
    </w:pPr>
    <w:rPr>
      <w:rFonts w:ascii="Arial" w:eastAsia="Times New Roman" w:hAnsi="Arial" w:cs="Times New Roman"/>
      <w:b/>
      <w:color w:val="000000"/>
      <w:sz w:val="22"/>
      <w:szCs w:val="20"/>
    </w:rPr>
  </w:style>
  <w:style w:type="paragraph" w:customStyle="1" w:styleId="Instructiontext">
    <w:name w:val="Instruction text"/>
    <w:basedOn w:val="Normal"/>
    <w:qFormat/>
    <w:rsid w:val="00726DBE"/>
    <w:pPr>
      <w:spacing w:before="60" w:after="60"/>
    </w:pPr>
    <w:rPr>
      <w:rFonts w:ascii="Times New Roman" w:hAnsi="Times New Roman"/>
      <w:i/>
      <w:color w:val="0000FF"/>
      <w:sz w:val="22"/>
    </w:rPr>
  </w:style>
  <w:style w:type="paragraph" w:customStyle="1" w:styleId="captionequation">
    <w:name w:val="caption:equation"/>
    <w:basedOn w:val="Normal"/>
    <w:qFormat/>
    <w:rsid w:val="00726DBE"/>
    <w:pPr>
      <w:keepNext/>
      <w:spacing w:after="240"/>
      <w:ind w:left="1440" w:hanging="1440"/>
    </w:pPr>
    <w:rPr>
      <w:rFonts w:ascii="Arial" w:hAnsi="Arial"/>
      <w:b/>
      <w:sz w:val="22"/>
    </w:rPr>
  </w:style>
  <w:style w:type="paragraph" w:customStyle="1" w:styleId="captionfigure">
    <w:name w:val="caption:figure"/>
    <w:basedOn w:val="captionequation"/>
    <w:qFormat/>
    <w:rsid w:val="00726DBE"/>
  </w:style>
  <w:style w:type="paragraph" w:customStyle="1" w:styleId="InstructiontextBold">
    <w:name w:val="Instruction text + Bold"/>
    <w:basedOn w:val="Instructiontext"/>
    <w:qFormat/>
    <w:rsid w:val="00726DBE"/>
    <w:rPr>
      <w:b/>
    </w:rPr>
  </w:style>
  <w:style w:type="paragraph" w:customStyle="1" w:styleId="captiontable">
    <w:name w:val="caption:table"/>
    <w:basedOn w:val="captionfigure"/>
    <w:qFormat/>
    <w:rsid w:val="00726DBE"/>
  </w:style>
  <w:style w:type="paragraph" w:customStyle="1" w:styleId="tabletext">
    <w:name w:val="table:text"/>
    <w:basedOn w:val="Normal"/>
    <w:qFormat/>
    <w:rsid w:val="00726DBE"/>
    <w:pPr>
      <w:spacing w:before="120" w:after="120"/>
    </w:pPr>
    <w:rPr>
      <w:rFonts w:ascii="Arial Narrow" w:hAnsi="Arial Narrow"/>
      <w:sz w:val="22"/>
    </w:rPr>
  </w:style>
  <w:style w:type="paragraph" w:customStyle="1" w:styleId="Instructiontextbullet">
    <w:name w:val="Instruction text bullet"/>
    <w:basedOn w:val="Instructiontext"/>
    <w:qFormat/>
    <w:rsid w:val="00726DBE"/>
    <w:pPr>
      <w:numPr>
        <w:numId w:val="13"/>
      </w:numPr>
      <w:spacing w:before="0" w:after="0"/>
      <w:contextualSpacing/>
    </w:pPr>
  </w:style>
  <w:style w:type="paragraph" w:customStyle="1" w:styleId="HiddenText">
    <w:name w:val="Hidden Text"/>
    <w:basedOn w:val="Normal"/>
    <w:qFormat/>
    <w:rsid w:val="00726DBE"/>
    <w:pPr>
      <w:spacing w:after="240"/>
    </w:pPr>
    <w:rPr>
      <w:rFonts w:ascii="Arial" w:hAnsi="Arial"/>
      <w:vanish/>
      <w:color w:val="FF0000"/>
      <w:sz w:val="20"/>
    </w:rPr>
  </w:style>
  <w:style w:type="paragraph" w:customStyle="1" w:styleId="listalpha">
    <w:name w:val="list:alpha"/>
    <w:basedOn w:val="Normal"/>
    <w:qFormat/>
    <w:rsid w:val="00726DBE"/>
    <w:pPr>
      <w:numPr>
        <w:numId w:val="14"/>
      </w:numPr>
      <w:spacing w:after="120"/>
    </w:pPr>
    <w:rPr>
      <w:rFonts w:ascii="Times New Roman" w:hAnsi="Times New Roman"/>
      <w:sz w:val="22"/>
    </w:rPr>
  </w:style>
  <w:style w:type="paragraph" w:customStyle="1" w:styleId="listindent">
    <w:name w:val="list:indent"/>
    <w:basedOn w:val="Normal"/>
    <w:qFormat/>
    <w:rsid w:val="00726DBE"/>
    <w:pPr>
      <w:spacing w:after="120"/>
      <w:ind w:left="432"/>
    </w:pPr>
    <w:rPr>
      <w:rFonts w:ascii="Times New Roman" w:hAnsi="Times New Roman"/>
      <w:sz w:val="22"/>
    </w:rPr>
  </w:style>
  <w:style w:type="paragraph" w:customStyle="1" w:styleId="listnum">
    <w:name w:val="list:num"/>
    <w:basedOn w:val="listalpha"/>
    <w:qFormat/>
    <w:rsid w:val="00726DBE"/>
    <w:pPr>
      <w:numPr>
        <w:numId w:val="15"/>
      </w:numPr>
    </w:pPr>
  </w:style>
  <w:style w:type="paragraph" w:customStyle="1" w:styleId="listrom">
    <w:name w:val="list:rom"/>
    <w:basedOn w:val="listalpha"/>
    <w:qFormat/>
    <w:rsid w:val="00726DBE"/>
    <w:pPr>
      <w:tabs>
        <w:tab w:val="clear" w:pos="432"/>
        <w:tab w:val="num" w:pos="720"/>
      </w:tabs>
    </w:pPr>
  </w:style>
  <w:style w:type="paragraph" w:customStyle="1" w:styleId="NoNumHead1">
    <w:name w:val="NoNum:Head1"/>
    <w:basedOn w:val="Heading1"/>
    <w:qFormat/>
    <w:rsid w:val="00726DBE"/>
    <w:pPr>
      <w:keepLines w:val="0"/>
      <w:spacing w:before="120" w:after="240"/>
      <w:outlineLvl w:val="9"/>
    </w:pPr>
    <w:rPr>
      <w:rFonts w:ascii="Arial" w:eastAsia="Times New Roman" w:hAnsi="Arial" w:cs="Times New Roman"/>
      <w:b/>
      <w:color w:val="000000"/>
      <w:sz w:val="28"/>
      <w:szCs w:val="20"/>
    </w:rPr>
  </w:style>
  <w:style w:type="paragraph" w:customStyle="1" w:styleId="NoNumHead2">
    <w:name w:val="NoNum:Head2"/>
    <w:basedOn w:val="NoNumHead1"/>
    <w:qFormat/>
    <w:rsid w:val="00726DBE"/>
    <w:rPr>
      <w:sz w:val="26"/>
    </w:rPr>
  </w:style>
  <w:style w:type="paragraph" w:customStyle="1" w:styleId="NoNumHead3">
    <w:name w:val="NoNum:Head3"/>
    <w:basedOn w:val="NoNumHead2"/>
    <w:qFormat/>
    <w:rsid w:val="00726DBE"/>
    <w:rPr>
      <w:sz w:val="24"/>
    </w:rPr>
  </w:style>
  <w:style w:type="paragraph" w:customStyle="1" w:styleId="NoNumHead4">
    <w:name w:val="NoNum:Head4"/>
    <w:basedOn w:val="NoNumHead3"/>
    <w:qFormat/>
    <w:rsid w:val="00726DBE"/>
    <w:rPr>
      <w:sz w:val="22"/>
    </w:rPr>
  </w:style>
  <w:style w:type="paragraph" w:customStyle="1" w:styleId="NoNumHead5">
    <w:name w:val="NoNum:Head5"/>
    <w:basedOn w:val="NoNumHead4"/>
    <w:qFormat/>
    <w:rsid w:val="00726DBE"/>
    <w:pPr>
      <w:spacing w:before="0"/>
    </w:pPr>
    <w:rPr>
      <w:i/>
    </w:rPr>
  </w:style>
  <w:style w:type="paragraph" w:customStyle="1" w:styleId="TOCHeader">
    <w:name w:val="TOC_Header"/>
    <w:basedOn w:val="TOC1"/>
    <w:qFormat/>
    <w:rsid w:val="00726DBE"/>
    <w:pPr>
      <w:tabs>
        <w:tab w:val="clear" w:pos="432"/>
        <w:tab w:val="clear" w:pos="8637"/>
      </w:tabs>
      <w:ind w:left="0" w:right="0" w:firstLine="0"/>
      <w:jc w:val="center"/>
      <w:outlineLvl w:val="0"/>
    </w:pPr>
    <w:rPr>
      <w:b/>
    </w:rPr>
  </w:style>
  <w:style w:type="paragraph" w:customStyle="1" w:styleId="TOCPage">
    <w:name w:val="TOC_Page"/>
    <w:basedOn w:val="TOCHeader"/>
    <w:qFormat/>
    <w:rsid w:val="00726DBE"/>
    <w:pPr>
      <w:jc w:val="right"/>
      <w:outlineLvl w:val="9"/>
    </w:pPr>
  </w:style>
  <w:style w:type="paragraph" w:customStyle="1" w:styleId="listindentbull">
    <w:name w:val="list:indent bull"/>
    <w:qFormat/>
    <w:rsid w:val="00726DBE"/>
    <w:pPr>
      <w:numPr>
        <w:numId w:val="16"/>
      </w:numPr>
      <w:spacing w:after="120" w:line="240" w:lineRule="auto"/>
    </w:pPr>
    <w:rPr>
      <w:rFonts w:ascii="Times New Roman" w:eastAsia="Times New Roman" w:hAnsi="Times New Roman" w:cs="Times New Roman"/>
      <w:kern w:val="0"/>
      <w:szCs w:val="20"/>
      <w14:ligatures w14:val="none"/>
    </w:rPr>
  </w:style>
  <w:style w:type="paragraph" w:customStyle="1" w:styleId="NotebookReference">
    <w:name w:val="Notebook Reference"/>
    <w:qFormat/>
    <w:rsid w:val="00726DBE"/>
    <w:pPr>
      <w:spacing w:after="0" w:line="240" w:lineRule="auto"/>
    </w:pPr>
    <w:rPr>
      <w:rFonts w:ascii="Arial" w:eastAsia="Times New Roman" w:hAnsi="Arial" w:cs="Times New Roman"/>
      <w:vanish/>
      <w:color w:val="008000"/>
      <w:kern w:val="0"/>
      <w:sz w:val="20"/>
      <w:szCs w:val="20"/>
      <w14:ligatures w14:val="none"/>
    </w:rPr>
  </w:style>
  <w:style w:type="paragraph" w:styleId="TOC7">
    <w:name w:val="toc 7"/>
    <w:basedOn w:val="Normal"/>
    <w:qFormat/>
    <w:rsid w:val="00726DBE"/>
    <w:pPr>
      <w:spacing w:after="57" w:line="240" w:lineRule="exact"/>
    </w:pPr>
    <w:rPr>
      <w:rFonts w:ascii="Verdana" w:hAnsi="Verdana"/>
      <w:sz w:val="18"/>
    </w:rPr>
  </w:style>
  <w:style w:type="paragraph" w:styleId="TOC8">
    <w:name w:val="toc 8"/>
    <w:basedOn w:val="Normal"/>
    <w:qFormat/>
    <w:rsid w:val="00726DBE"/>
    <w:pPr>
      <w:spacing w:after="57" w:line="240" w:lineRule="exact"/>
    </w:pPr>
    <w:rPr>
      <w:rFonts w:ascii="Verdana" w:hAnsi="Verdana"/>
      <w:sz w:val="18"/>
    </w:rPr>
  </w:style>
  <w:style w:type="paragraph" w:styleId="TOC9">
    <w:name w:val="toc 9"/>
    <w:basedOn w:val="Normal"/>
    <w:qFormat/>
    <w:rsid w:val="00726DBE"/>
    <w:pPr>
      <w:spacing w:after="57" w:line="240" w:lineRule="exact"/>
    </w:pPr>
    <w:rPr>
      <w:rFonts w:ascii="Verdana" w:hAnsi="Verdana"/>
      <w:sz w:val="18"/>
    </w:rPr>
  </w:style>
  <w:style w:type="paragraph" w:styleId="MacroText">
    <w:name w:val="macro"/>
    <w:link w:val="MacroTextChar"/>
    <w:qFormat/>
    <w:rsid w:val="00726DBE"/>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kern w:val="0"/>
      <w:sz w:val="20"/>
      <w:szCs w:val="20"/>
      <w14:ligatures w14:val="none"/>
    </w:rPr>
  </w:style>
  <w:style w:type="character" w:customStyle="1" w:styleId="MacroTextChar">
    <w:name w:val="Macro Text Char"/>
    <w:basedOn w:val="DefaultParagraphFont"/>
    <w:link w:val="MacroText"/>
    <w:rsid w:val="00726DBE"/>
    <w:rPr>
      <w:rFonts w:ascii="Courier New" w:eastAsia="Times New Roman" w:hAnsi="Courier New" w:cs="Times New Roman"/>
      <w:kern w:val="0"/>
      <w:sz w:val="20"/>
      <w:szCs w:val="20"/>
      <w14:ligatures w14:val="none"/>
    </w:rPr>
  </w:style>
  <w:style w:type="paragraph" w:customStyle="1" w:styleId="InstructionTextRedItalics">
    <w:name w:val="Instruction Text Red Italics"/>
    <w:basedOn w:val="Normal"/>
    <w:qFormat/>
    <w:rsid w:val="00726DBE"/>
    <w:pPr>
      <w:keepNext/>
      <w:spacing w:before="60" w:after="60"/>
    </w:pPr>
    <w:rPr>
      <w:rFonts w:ascii="Times New Roman" w:hAnsi="Times New Roman"/>
      <w:i/>
      <w:color w:val="FF0000"/>
      <w:sz w:val="22"/>
    </w:rPr>
  </w:style>
  <w:style w:type="paragraph" w:customStyle="1" w:styleId="apphead1">
    <w:name w:val="app:head1"/>
    <w:basedOn w:val="Heading1"/>
    <w:qFormat/>
    <w:rsid w:val="00726DBE"/>
    <w:pPr>
      <w:keepLines w:val="0"/>
      <w:tabs>
        <w:tab w:val="left" w:pos="2160"/>
      </w:tabs>
      <w:spacing w:before="120" w:after="240"/>
      <w:ind w:left="2160" w:hanging="2160"/>
      <w:outlineLvl w:val="9"/>
    </w:pPr>
    <w:rPr>
      <w:rFonts w:ascii="Arial" w:eastAsia="Times New Roman" w:hAnsi="Arial" w:cs="Times New Roman"/>
      <w:b/>
      <w:color w:val="000000"/>
      <w:sz w:val="28"/>
      <w:szCs w:val="20"/>
    </w:rPr>
  </w:style>
  <w:style w:type="paragraph" w:customStyle="1" w:styleId="apppage">
    <w:name w:val="app:page"/>
    <w:basedOn w:val="Normal"/>
    <w:qFormat/>
    <w:rsid w:val="00726DBE"/>
    <w:pPr>
      <w:pageBreakBefore/>
      <w:spacing w:before="4000" w:after="240"/>
      <w:jc w:val="center"/>
    </w:pPr>
    <w:rPr>
      <w:rFonts w:ascii="Arial" w:hAnsi="Arial"/>
      <w:b/>
      <w:sz w:val="28"/>
    </w:rPr>
  </w:style>
  <w:style w:type="paragraph" w:customStyle="1" w:styleId="captionfigsumm">
    <w:name w:val="caption:figsumm"/>
    <w:basedOn w:val="captionfigure"/>
    <w:qFormat/>
    <w:rsid w:val="00726DBE"/>
    <w:pPr>
      <w:ind w:firstLine="0"/>
    </w:pPr>
    <w:rPr>
      <w:b w:val="0"/>
    </w:rPr>
  </w:style>
  <w:style w:type="paragraph" w:customStyle="1" w:styleId="captiontabsumm">
    <w:name w:val="caption:tabsumm"/>
    <w:basedOn w:val="captiontable"/>
    <w:qFormat/>
    <w:rsid w:val="00726DBE"/>
    <w:pPr>
      <w:ind w:firstLine="0"/>
    </w:pPr>
    <w:rPr>
      <w:b w:val="0"/>
    </w:rPr>
  </w:style>
  <w:style w:type="paragraph" w:customStyle="1" w:styleId="captiontabtext">
    <w:name w:val="caption:tabtext"/>
    <w:basedOn w:val="captiontabsumm"/>
    <w:qFormat/>
    <w:rsid w:val="00726DBE"/>
    <w:pPr>
      <w:ind w:left="0"/>
    </w:pPr>
    <w:rPr>
      <w:rFonts w:ascii="Arial Narrow" w:hAnsi="Arial Narrow"/>
    </w:rPr>
  </w:style>
  <w:style w:type="paragraph" w:customStyle="1" w:styleId="centhead">
    <w:name w:val="cent head"/>
    <w:basedOn w:val="Normal"/>
    <w:qFormat/>
    <w:rsid w:val="00726DBE"/>
    <w:pPr>
      <w:keepNext/>
      <w:spacing w:after="240"/>
      <w:jc w:val="center"/>
    </w:pPr>
    <w:rPr>
      <w:rFonts w:ascii="Arial" w:hAnsi="Arial"/>
      <w:b/>
      <w:sz w:val="28"/>
    </w:rPr>
  </w:style>
  <w:style w:type="paragraph" w:customStyle="1" w:styleId="centhead12">
    <w:name w:val="centhead12"/>
    <w:basedOn w:val="centhead"/>
    <w:qFormat/>
    <w:rsid w:val="00726DBE"/>
    <w:rPr>
      <w:sz w:val="24"/>
    </w:rPr>
  </w:style>
  <w:style w:type="paragraph" w:styleId="FootnoteText">
    <w:name w:val="footnote text"/>
    <w:basedOn w:val="Normal"/>
    <w:link w:val="FootnoteTextChar"/>
    <w:qFormat/>
    <w:rsid w:val="00726DBE"/>
    <w:pPr>
      <w:spacing w:after="240"/>
      <w:ind w:left="288" w:hanging="288"/>
    </w:pPr>
    <w:rPr>
      <w:rFonts w:ascii="Times New Roman" w:hAnsi="Times New Roman"/>
      <w:sz w:val="20"/>
    </w:rPr>
  </w:style>
  <w:style w:type="character" w:customStyle="1" w:styleId="FootnoteTextChar">
    <w:name w:val="Footnote Text Char"/>
    <w:basedOn w:val="DefaultParagraphFont"/>
    <w:link w:val="FootnoteText"/>
    <w:rsid w:val="00726DBE"/>
    <w:rPr>
      <w:rFonts w:ascii="Times New Roman" w:eastAsia="Times New Roman" w:hAnsi="Times New Roman" w:cs="Times New Roman"/>
      <w:kern w:val="0"/>
      <w:sz w:val="20"/>
      <w:szCs w:val="20"/>
      <w14:ligatures w14:val="none"/>
    </w:rPr>
  </w:style>
  <w:style w:type="paragraph" w:customStyle="1" w:styleId="lefthead12">
    <w:name w:val="lefthead12"/>
    <w:basedOn w:val="centhead12"/>
    <w:qFormat/>
    <w:rsid w:val="00726DBE"/>
    <w:pPr>
      <w:jc w:val="left"/>
      <w:outlineLvl w:val="0"/>
    </w:pPr>
  </w:style>
  <w:style w:type="paragraph" w:customStyle="1" w:styleId="lhNonTOC12">
    <w:name w:val="lh:NonTOC12"/>
    <w:basedOn w:val="Normal"/>
    <w:qFormat/>
    <w:rsid w:val="00726DBE"/>
    <w:pPr>
      <w:keepNext/>
      <w:spacing w:after="240"/>
    </w:pPr>
    <w:rPr>
      <w:rFonts w:ascii="Arial" w:hAnsi="Arial"/>
      <w:b/>
      <w:sz w:val="22"/>
    </w:rPr>
  </w:style>
  <w:style w:type="paragraph" w:customStyle="1" w:styleId="listssp">
    <w:name w:val="list:ssp"/>
    <w:basedOn w:val="Normal"/>
    <w:qFormat/>
    <w:rsid w:val="00726DBE"/>
    <w:rPr>
      <w:rFonts w:ascii="Times New Roman" w:hAnsi="Times New Roman"/>
      <w:sz w:val="22"/>
    </w:rPr>
  </w:style>
  <w:style w:type="paragraph" w:customStyle="1" w:styleId="listing">
    <w:name w:val="listing"/>
    <w:basedOn w:val="listssp"/>
    <w:qFormat/>
    <w:rsid w:val="00726DBE"/>
    <w:rPr>
      <w:rFonts w:ascii="Courier New" w:hAnsi="Courier New"/>
      <w:sz w:val="20"/>
    </w:rPr>
  </w:style>
  <w:style w:type="paragraph" w:customStyle="1" w:styleId="tableref">
    <w:name w:val="table:ref"/>
    <w:basedOn w:val="Normal"/>
    <w:qFormat/>
    <w:rsid w:val="00726DBE"/>
    <w:pPr>
      <w:tabs>
        <w:tab w:val="left" w:pos="360"/>
      </w:tabs>
      <w:ind w:left="360" w:hanging="360"/>
    </w:pPr>
    <w:rPr>
      <w:rFonts w:ascii="Arial Narrow" w:hAnsi="Arial Narrow"/>
      <w:sz w:val="20"/>
    </w:rPr>
  </w:style>
  <w:style w:type="paragraph" w:customStyle="1" w:styleId="text2col">
    <w:name w:val="text:2col"/>
    <w:basedOn w:val="Normal"/>
    <w:qFormat/>
    <w:rsid w:val="00726DBE"/>
    <w:pPr>
      <w:spacing w:after="240"/>
      <w:ind w:left="2880" w:hanging="2880"/>
    </w:pPr>
    <w:rPr>
      <w:rFonts w:ascii="Times New Roman" w:hAnsi="Times New Roman"/>
      <w:sz w:val="22"/>
    </w:rPr>
  </w:style>
  <w:style w:type="paragraph" w:customStyle="1" w:styleId="textcentred">
    <w:name w:val="text:centred"/>
    <w:basedOn w:val="Normal"/>
    <w:qFormat/>
    <w:rsid w:val="00726DBE"/>
    <w:pPr>
      <w:spacing w:after="240"/>
      <w:jc w:val="center"/>
    </w:pPr>
    <w:rPr>
      <w:rFonts w:ascii="Times New Roman" w:hAnsi="Times New Roman"/>
      <w:sz w:val="22"/>
    </w:rPr>
  </w:style>
  <w:style w:type="paragraph" w:customStyle="1" w:styleId="textright">
    <w:name w:val="text:right"/>
    <w:basedOn w:val="Normal"/>
    <w:qFormat/>
    <w:rsid w:val="00726DBE"/>
    <w:pPr>
      <w:spacing w:after="240"/>
      <w:jc w:val="right"/>
    </w:pPr>
    <w:rPr>
      <w:rFonts w:ascii="Times New Roman" w:hAnsi="Times New Roman"/>
      <w:sz w:val="22"/>
    </w:rPr>
  </w:style>
  <w:style w:type="paragraph" w:customStyle="1" w:styleId="tablerefalpha">
    <w:name w:val="table:ref (alpha)"/>
    <w:basedOn w:val="tableref"/>
    <w:qFormat/>
    <w:rsid w:val="00726DBE"/>
    <w:pPr>
      <w:numPr>
        <w:numId w:val="17"/>
      </w:numPr>
    </w:pPr>
  </w:style>
  <w:style w:type="paragraph" w:customStyle="1" w:styleId="tabletext10">
    <w:name w:val="table:text_10"/>
    <w:basedOn w:val="tabletext"/>
    <w:qFormat/>
    <w:rsid w:val="00726DBE"/>
    <w:rPr>
      <w:sz w:val="20"/>
    </w:rPr>
  </w:style>
  <w:style w:type="paragraph" w:customStyle="1" w:styleId="tabletextNS10">
    <w:name w:val="table:textNS_10"/>
    <w:basedOn w:val="tabletextNS"/>
    <w:qFormat/>
    <w:rsid w:val="00726DBE"/>
    <w:rPr>
      <w:sz w:val="20"/>
    </w:rPr>
  </w:style>
  <w:style w:type="paragraph" w:customStyle="1" w:styleId="tableheader">
    <w:name w:val="table:header"/>
    <w:basedOn w:val="tabletext"/>
    <w:qFormat/>
    <w:rsid w:val="00726DBE"/>
    <w:rPr>
      <w:b/>
    </w:rPr>
  </w:style>
  <w:style w:type="paragraph" w:customStyle="1" w:styleId="tableheader10">
    <w:name w:val="table:header_10"/>
    <w:basedOn w:val="tabletext10"/>
    <w:qFormat/>
    <w:rsid w:val="00726DBE"/>
    <w:rPr>
      <w:b/>
    </w:rPr>
  </w:style>
  <w:style w:type="paragraph" w:customStyle="1" w:styleId="tableheaderNS">
    <w:name w:val="table:headerNS"/>
    <w:basedOn w:val="tabletextNS"/>
    <w:qFormat/>
    <w:rsid w:val="00726DBE"/>
    <w:rPr>
      <w:b/>
      <w:sz w:val="22"/>
    </w:rPr>
  </w:style>
  <w:style w:type="paragraph" w:customStyle="1" w:styleId="tableheaderNS10">
    <w:name w:val="table:headerNS_10"/>
    <w:basedOn w:val="tabletextNS10"/>
    <w:qFormat/>
    <w:rsid w:val="00726DBE"/>
    <w:rPr>
      <w:b/>
    </w:rPr>
  </w:style>
  <w:style w:type="paragraph" w:customStyle="1" w:styleId="NoSpacing1">
    <w:name w:val="No Spacing1"/>
    <w:aliases w:val="List Style"/>
    <w:basedOn w:val="ListParagraph"/>
    <w:qFormat/>
    <w:rsid w:val="00726DBE"/>
    <w:pPr>
      <w:numPr>
        <w:numId w:val="18"/>
      </w:numPr>
      <w:spacing w:line="269" w:lineRule="auto"/>
    </w:pPr>
    <w:rPr>
      <w:rFonts w:ascii="Arial" w:hAnsi="Arial"/>
      <w:sz w:val="20"/>
    </w:rPr>
  </w:style>
  <w:style w:type="paragraph" w:customStyle="1" w:styleId="TableParagraph">
    <w:name w:val="Table Paragraph"/>
    <w:basedOn w:val="Normal"/>
    <w:qFormat/>
    <w:rsid w:val="00726DBE"/>
    <w:pPr>
      <w:widowControl w:val="0"/>
      <w:ind w:left="107"/>
    </w:pPr>
    <w:rPr>
      <w:rFonts w:ascii="Times New Roman" w:hAnsi="Times New Roman"/>
      <w:sz w:val="22"/>
    </w:rPr>
  </w:style>
  <w:style w:type="paragraph" w:styleId="BodyText">
    <w:name w:val="Body Text"/>
    <w:basedOn w:val="Normal"/>
    <w:link w:val="BodyTextChar"/>
    <w:qFormat/>
    <w:rsid w:val="00726DBE"/>
    <w:pPr>
      <w:spacing w:after="120"/>
    </w:pPr>
    <w:rPr>
      <w:rFonts w:ascii="Times New Roman" w:hAnsi="Times New Roman"/>
      <w:sz w:val="22"/>
    </w:rPr>
  </w:style>
  <w:style w:type="character" w:customStyle="1" w:styleId="BodyTextChar">
    <w:name w:val="Body Text Char"/>
    <w:basedOn w:val="DefaultParagraphFont"/>
    <w:link w:val="BodyText"/>
    <w:rsid w:val="00726DBE"/>
    <w:rPr>
      <w:rFonts w:ascii="Times New Roman" w:eastAsia="Times New Roman" w:hAnsi="Times New Roman" w:cs="Times New Roman"/>
      <w:kern w:val="0"/>
      <w:sz w:val="22"/>
      <w:szCs w:val="20"/>
      <w14:ligatures w14:val="none"/>
    </w:rPr>
  </w:style>
  <w:style w:type="paragraph" w:customStyle="1" w:styleId="lefthead">
    <w:name w:val="left head"/>
    <w:basedOn w:val="centhead"/>
    <w:qFormat/>
    <w:rsid w:val="00726DBE"/>
    <w:pPr>
      <w:jc w:val="left"/>
      <w:outlineLvl w:val="0"/>
    </w:pPr>
  </w:style>
  <w:style w:type="character" w:styleId="CommentReference">
    <w:name w:val="annotation reference"/>
    <w:basedOn w:val="DefaultParagraphFont"/>
    <w:uiPriority w:val="99"/>
    <w:semiHidden/>
    <w:unhideWhenUsed/>
    <w:rsid w:val="00726DBE"/>
    <w:rPr>
      <w:sz w:val="16"/>
      <w:szCs w:val="16"/>
    </w:rPr>
  </w:style>
  <w:style w:type="character" w:styleId="LineNumber">
    <w:name w:val="line number"/>
    <w:basedOn w:val="DefaultParagraphFont"/>
    <w:uiPriority w:val="99"/>
    <w:semiHidden/>
    <w:unhideWhenUsed/>
    <w:rsid w:val="00726DBE"/>
  </w:style>
  <w:style w:type="paragraph" w:styleId="CommentSubject">
    <w:name w:val="annotation subject"/>
    <w:basedOn w:val="CommentText"/>
    <w:next w:val="CommentText"/>
    <w:link w:val="CommentSubjectChar"/>
    <w:uiPriority w:val="99"/>
    <w:semiHidden/>
    <w:unhideWhenUsed/>
    <w:rsid w:val="00726DBE"/>
    <w:rPr>
      <w:b/>
      <w:bCs/>
    </w:rPr>
  </w:style>
  <w:style w:type="character" w:customStyle="1" w:styleId="CommentSubjectChar">
    <w:name w:val="Comment Subject Char"/>
    <w:basedOn w:val="CommentTextChar"/>
    <w:link w:val="CommentSubject"/>
    <w:uiPriority w:val="99"/>
    <w:semiHidden/>
    <w:rsid w:val="00726DBE"/>
    <w:rPr>
      <w:rFonts w:ascii="Cambria" w:eastAsia="Times New Roman" w:hAnsi="Cambria" w:cs="Times New Roman"/>
      <w:b/>
      <w:bCs/>
      <w:kern w:val="0"/>
      <w:sz w:val="20"/>
      <w:szCs w:val="20"/>
      <w14:ligatures w14:val="none"/>
    </w:rPr>
  </w:style>
  <w:style w:type="character" w:styleId="Hyperlink">
    <w:name w:val="Hyperlink"/>
    <w:basedOn w:val="DefaultParagraphFont"/>
    <w:uiPriority w:val="99"/>
    <w:unhideWhenUsed/>
    <w:rsid w:val="00726DBE"/>
    <w:rPr>
      <w:color w:val="467886"/>
      <w:u w:val="single"/>
    </w:rPr>
  </w:style>
  <w:style w:type="character" w:styleId="FollowedHyperlink">
    <w:name w:val="FollowedHyperlink"/>
    <w:basedOn w:val="DefaultParagraphFont"/>
    <w:uiPriority w:val="99"/>
    <w:semiHidden/>
    <w:unhideWhenUsed/>
    <w:rsid w:val="00726DBE"/>
    <w:rPr>
      <w:color w:val="96607D"/>
      <w:u w:val="single"/>
    </w:rPr>
  </w:style>
  <w:style w:type="paragraph" w:customStyle="1" w:styleId="msonormal0">
    <w:name w:val="msonormal"/>
    <w:basedOn w:val="Normal"/>
    <w:rsid w:val="00726DBE"/>
    <w:pPr>
      <w:spacing w:before="100" w:beforeAutospacing="1" w:after="100" w:afterAutospacing="1"/>
    </w:pPr>
    <w:rPr>
      <w:rFonts w:ascii="Times New Roman" w:hAnsi="Times New Roman"/>
      <w:szCs w:val="24"/>
    </w:rPr>
  </w:style>
  <w:style w:type="paragraph" w:customStyle="1" w:styleId="font5">
    <w:name w:val="font5"/>
    <w:basedOn w:val="Normal"/>
    <w:rsid w:val="00726DBE"/>
    <w:pPr>
      <w:spacing w:before="100" w:beforeAutospacing="1" w:after="100" w:afterAutospacing="1"/>
    </w:pPr>
    <w:rPr>
      <w:rFonts w:ascii="Tahoma" w:hAnsi="Tahoma" w:cs="Tahoma"/>
      <w:b/>
      <w:bCs/>
      <w:sz w:val="22"/>
      <w:szCs w:val="22"/>
    </w:rPr>
  </w:style>
  <w:style w:type="paragraph" w:customStyle="1" w:styleId="font6">
    <w:name w:val="font6"/>
    <w:basedOn w:val="Normal"/>
    <w:rsid w:val="00726DBE"/>
    <w:pPr>
      <w:spacing w:before="100" w:beforeAutospacing="1" w:after="100" w:afterAutospacing="1"/>
    </w:pPr>
    <w:rPr>
      <w:rFonts w:ascii="Tahoma" w:hAnsi="Tahoma" w:cs="Tahoma"/>
      <w:b/>
      <w:bCs/>
      <w:sz w:val="22"/>
      <w:szCs w:val="22"/>
    </w:rPr>
  </w:style>
  <w:style w:type="paragraph" w:customStyle="1" w:styleId="font7">
    <w:name w:val="font7"/>
    <w:basedOn w:val="Normal"/>
    <w:rsid w:val="00726DBE"/>
    <w:pPr>
      <w:spacing w:before="100" w:beforeAutospacing="1" w:after="100" w:afterAutospacing="1"/>
    </w:pPr>
    <w:rPr>
      <w:rFonts w:ascii="Tahoma" w:hAnsi="Tahoma" w:cs="Tahoma"/>
      <w:b/>
      <w:bCs/>
      <w:sz w:val="22"/>
      <w:szCs w:val="22"/>
      <w:u w:val="single"/>
    </w:rPr>
  </w:style>
  <w:style w:type="paragraph" w:customStyle="1" w:styleId="font8">
    <w:name w:val="font8"/>
    <w:basedOn w:val="Normal"/>
    <w:rsid w:val="00726DBE"/>
    <w:pPr>
      <w:spacing w:before="100" w:beforeAutospacing="1" w:after="100" w:afterAutospacing="1"/>
    </w:pPr>
    <w:rPr>
      <w:rFonts w:ascii="Tahoma" w:hAnsi="Tahoma" w:cs="Tahoma"/>
      <w:b/>
      <w:bCs/>
      <w:sz w:val="22"/>
      <w:szCs w:val="22"/>
      <w:u w:val="single"/>
    </w:rPr>
  </w:style>
  <w:style w:type="paragraph" w:customStyle="1" w:styleId="xl65">
    <w:name w:val="xl65"/>
    <w:basedOn w:val="Normal"/>
    <w:rsid w:val="00726DBE"/>
    <w:pPr>
      <w:shd w:val="clear" w:color="000000" w:fill="FFFFFF"/>
      <w:spacing w:before="100" w:beforeAutospacing="1" w:after="100" w:afterAutospacing="1"/>
    </w:pPr>
    <w:rPr>
      <w:rFonts w:ascii="Times New Roman" w:hAnsi="Times New Roman"/>
      <w:szCs w:val="24"/>
    </w:rPr>
  </w:style>
  <w:style w:type="paragraph" w:customStyle="1" w:styleId="xl66">
    <w:name w:val="xl66"/>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67">
    <w:name w:val="xl67"/>
    <w:basedOn w:val="Normal"/>
    <w:rsid w:val="00726DBE"/>
    <w:pPr>
      <w:shd w:val="clear" w:color="000000" w:fill="A6C9EC"/>
      <w:spacing w:before="100" w:beforeAutospacing="1" w:after="100" w:afterAutospacing="1"/>
      <w:jc w:val="center"/>
      <w:textAlignment w:val="center"/>
    </w:pPr>
    <w:rPr>
      <w:rFonts w:ascii="Times New Roman" w:hAnsi="Times New Roman"/>
      <w:szCs w:val="24"/>
    </w:rPr>
  </w:style>
  <w:style w:type="paragraph" w:customStyle="1" w:styleId="xl68">
    <w:name w:val="xl68"/>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69">
    <w:name w:val="xl69"/>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70">
    <w:name w:val="xl70"/>
    <w:basedOn w:val="Normal"/>
    <w:rsid w:val="00726DBE"/>
    <w:pPr>
      <w:shd w:val="clear" w:color="000000" w:fill="FFFFFF"/>
      <w:spacing w:before="100" w:beforeAutospacing="1" w:after="100" w:afterAutospacing="1"/>
      <w:jc w:val="center"/>
    </w:pPr>
    <w:rPr>
      <w:rFonts w:ascii="Times New Roman" w:hAnsi="Times New Roman"/>
      <w:szCs w:val="24"/>
    </w:rPr>
  </w:style>
  <w:style w:type="paragraph" w:customStyle="1" w:styleId="xl71">
    <w:name w:val="xl71"/>
    <w:basedOn w:val="Normal"/>
    <w:rsid w:val="00726DBE"/>
    <w:pPr>
      <w:pBdr>
        <w:bottom w:val="single" w:sz="4" w:space="0" w:color="auto"/>
      </w:pBdr>
      <w:shd w:val="clear" w:color="000000" w:fill="FFFFFF"/>
      <w:spacing w:before="100" w:beforeAutospacing="1" w:after="100" w:afterAutospacing="1"/>
      <w:jc w:val="center"/>
    </w:pPr>
    <w:rPr>
      <w:rFonts w:ascii="Times New Roman" w:hAnsi="Times New Roman"/>
      <w:szCs w:val="24"/>
    </w:rPr>
  </w:style>
  <w:style w:type="paragraph" w:customStyle="1" w:styleId="xl72">
    <w:name w:val="xl72"/>
    <w:basedOn w:val="Normal"/>
    <w:rsid w:val="00726DBE"/>
    <w:pPr>
      <w:pBdr>
        <w:top w:val="single" w:sz="4" w:space="0" w:color="auto"/>
      </w:pBdr>
      <w:shd w:val="clear" w:color="000000" w:fill="FFFFFF"/>
      <w:spacing w:before="100" w:beforeAutospacing="1" w:after="100" w:afterAutospacing="1"/>
    </w:pPr>
    <w:rPr>
      <w:rFonts w:ascii="Times New Roman" w:hAnsi="Times New Roman"/>
      <w:b/>
      <w:bCs/>
      <w:szCs w:val="24"/>
    </w:rPr>
  </w:style>
  <w:style w:type="paragraph" w:customStyle="1" w:styleId="xl73">
    <w:name w:val="xl73"/>
    <w:basedOn w:val="Normal"/>
    <w:rsid w:val="00726DBE"/>
    <w:pPr>
      <w:shd w:val="clear" w:color="000000" w:fill="FFFFFF"/>
      <w:spacing w:before="100" w:beforeAutospacing="1" w:after="100" w:afterAutospacing="1"/>
    </w:pPr>
    <w:rPr>
      <w:rFonts w:ascii="Times New Roman" w:hAnsi="Times New Roman"/>
      <w:b/>
      <w:bCs/>
      <w:szCs w:val="24"/>
    </w:rPr>
  </w:style>
  <w:style w:type="paragraph" w:customStyle="1" w:styleId="xl74">
    <w:name w:val="xl74"/>
    <w:basedOn w:val="Normal"/>
    <w:rsid w:val="00726DBE"/>
    <w:pPr>
      <w:pBdr>
        <w:bottom w:val="single" w:sz="4" w:space="0" w:color="auto"/>
      </w:pBdr>
      <w:shd w:val="clear" w:color="000000" w:fill="FFFFFF"/>
      <w:spacing w:before="100" w:beforeAutospacing="1" w:after="100" w:afterAutospacing="1"/>
    </w:pPr>
    <w:rPr>
      <w:rFonts w:ascii="Times New Roman" w:hAnsi="Times New Roman"/>
      <w:b/>
      <w:bCs/>
      <w:szCs w:val="24"/>
    </w:rPr>
  </w:style>
  <w:style w:type="paragraph" w:customStyle="1" w:styleId="xl75">
    <w:name w:val="xl75"/>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76">
    <w:name w:val="xl76"/>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77">
    <w:name w:val="xl77"/>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78">
    <w:name w:val="xl78"/>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79">
    <w:name w:val="xl79"/>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80">
    <w:name w:val="xl80"/>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81">
    <w:name w:val="xl81"/>
    <w:basedOn w:val="Normal"/>
    <w:rsid w:val="00726DBE"/>
    <w:pPr>
      <w:shd w:val="clear" w:color="000000" w:fill="FFFFFF"/>
      <w:spacing w:before="100" w:beforeAutospacing="1" w:after="100" w:afterAutospacing="1"/>
      <w:ind w:firstLineChars="100" w:firstLine="100"/>
    </w:pPr>
    <w:rPr>
      <w:rFonts w:ascii="Times New Roman" w:hAnsi="Times New Roman"/>
      <w:szCs w:val="24"/>
    </w:rPr>
  </w:style>
  <w:style w:type="paragraph" w:customStyle="1" w:styleId="xl82">
    <w:name w:val="xl82"/>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83">
    <w:name w:val="xl83"/>
    <w:basedOn w:val="Normal"/>
    <w:rsid w:val="00726DBE"/>
    <w:pPr>
      <w:shd w:val="clear" w:color="000000" w:fill="A6C9EC"/>
      <w:spacing w:before="100" w:beforeAutospacing="1" w:after="100" w:afterAutospacing="1"/>
      <w:jc w:val="center"/>
      <w:textAlignment w:val="center"/>
    </w:pPr>
    <w:rPr>
      <w:rFonts w:ascii="Times New Roman" w:hAnsi="Times New Roman"/>
      <w:szCs w:val="24"/>
    </w:rPr>
  </w:style>
  <w:style w:type="paragraph" w:customStyle="1" w:styleId="xl84">
    <w:name w:val="xl84"/>
    <w:basedOn w:val="Normal"/>
    <w:rsid w:val="00726DBE"/>
    <w:pPr>
      <w:shd w:val="clear" w:color="000000" w:fill="A6C9EC"/>
      <w:spacing w:before="100" w:beforeAutospacing="1" w:after="100" w:afterAutospacing="1"/>
      <w:jc w:val="center"/>
      <w:textAlignment w:val="center"/>
    </w:pPr>
    <w:rPr>
      <w:rFonts w:ascii="Times New Roman" w:hAnsi="Times New Roman"/>
      <w:szCs w:val="24"/>
    </w:rPr>
  </w:style>
  <w:style w:type="paragraph" w:customStyle="1" w:styleId="xl85">
    <w:name w:val="xl85"/>
    <w:basedOn w:val="Normal"/>
    <w:rsid w:val="00726DBE"/>
    <w:pPr>
      <w:shd w:val="clear" w:color="000000" w:fill="A6C9EC"/>
      <w:spacing w:before="100" w:beforeAutospacing="1" w:after="100" w:afterAutospacing="1"/>
      <w:jc w:val="center"/>
      <w:textAlignment w:val="center"/>
    </w:pPr>
    <w:rPr>
      <w:rFonts w:ascii="Times New Roman" w:hAnsi="Times New Roman"/>
      <w:szCs w:val="24"/>
    </w:rPr>
  </w:style>
  <w:style w:type="paragraph" w:customStyle="1" w:styleId="xl86">
    <w:name w:val="xl86"/>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87">
    <w:name w:val="xl87"/>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88">
    <w:name w:val="xl88"/>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89">
    <w:name w:val="xl89"/>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90">
    <w:name w:val="xl90"/>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91">
    <w:name w:val="xl91"/>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92">
    <w:name w:val="xl92"/>
    <w:basedOn w:val="Normal"/>
    <w:rsid w:val="00726DBE"/>
    <w:pPr>
      <w:spacing w:before="100" w:beforeAutospacing="1" w:after="100" w:afterAutospacing="1"/>
      <w:jc w:val="center"/>
      <w:textAlignment w:val="center"/>
    </w:pPr>
    <w:rPr>
      <w:rFonts w:ascii="Times New Roman" w:hAnsi="Times New Roman"/>
      <w:szCs w:val="24"/>
    </w:rPr>
  </w:style>
  <w:style w:type="paragraph" w:customStyle="1" w:styleId="xl93">
    <w:name w:val="xl93"/>
    <w:basedOn w:val="Normal"/>
    <w:rsid w:val="00726DBE"/>
    <w:pPr>
      <w:shd w:val="clear" w:color="000000" w:fill="FFFFFF"/>
      <w:spacing w:before="100" w:beforeAutospacing="1" w:after="100" w:afterAutospacing="1"/>
      <w:ind w:firstLineChars="100" w:firstLine="100"/>
      <w:textAlignment w:val="top"/>
    </w:pPr>
    <w:rPr>
      <w:rFonts w:ascii="Times New Roman" w:hAnsi="Times New Roman"/>
      <w:szCs w:val="24"/>
    </w:rPr>
  </w:style>
  <w:style w:type="paragraph" w:customStyle="1" w:styleId="xl94">
    <w:name w:val="xl94"/>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95">
    <w:name w:val="xl95"/>
    <w:basedOn w:val="Normal"/>
    <w:rsid w:val="00726DBE"/>
    <w:pPr>
      <w:shd w:val="clear" w:color="000000" w:fill="FFFFFF"/>
      <w:spacing w:before="100" w:beforeAutospacing="1" w:after="100" w:afterAutospacing="1"/>
      <w:ind w:firstLineChars="100" w:firstLine="100"/>
    </w:pPr>
    <w:rPr>
      <w:rFonts w:ascii="Times New Roman" w:hAnsi="Times New Roman"/>
      <w:szCs w:val="24"/>
    </w:rPr>
  </w:style>
  <w:style w:type="paragraph" w:customStyle="1" w:styleId="xl96">
    <w:name w:val="xl96"/>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97">
    <w:name w:val="xl97"/>
    <w:basedOn w:val="Normal"/>
    <w:rsid w:val="00726DBE"/>
    <w:pPr>
      <w:shd w:val="clear" w:color="000000" w:fill="FFFFFF"/>
      <w:spacing w:before="100" w:beforeAutospacing="1" w:after="100" w:afterAutospacing="1"/>
      <w:ind w:firstLineChars="100" w:firstLine="100"/>
    </w:pPr>
    <w:rPr>
      <w:rFonts w:ascii="Times New Roman" w:hAnsi="Times New Roman"/>
      <w:szCs w:val="24"/>
    </w:rPr>
  </w:style>
  <w:style w:type="paragraph" w:customStyle="1" w:styleId="xl98">
    <w:name w:val="xl98"/>
    <w:basedOn w:val="Normal"/>
    <w:rsid w:val="00726DBE"/>
    <w:pPr>
      <w:shd w:val="clear" w:color="000000" w:fill="A6C9EC"/>
      <w:spacing w:before="100" w:beforeAutospacing="1" w:after="100" w:afterAutospacing="1"/>
      <w:jc w:val="center"/>
      <w:textAlignment w:val="center"/>
    </w:pPr>
    <w:rPr>
      <w:rFonts w:ascii="Times New Roman" w:hAnsi="Times New Roman"/>
      <w:szCs w:val="24"/>
    </w:rPr>
  </w:style>
  <w:style w:type="paragraph" w:customStyle="1" w:styleId="xl99">
    <w:name w:val="xl99"/>
    <w:basedOn w:val="Normal"/>
    <w:rsid w:val="00726DBE"/>
    <w:pPr>
      <w:spacing w:before="100" w:beforeAutospacing="1" w:after="100" w:afterAutospacing="1"/>
      <w:jc w:val="center"/>
      <w:textAlignment w:val="center"/>
    </w:pPr>
    <w:rPr>
      <w:rFonts w:ascii="Times New Roman" w:hAnsi="Times New Roman"/>
      <w:szCs w:val="24"/>
    </w:rPr>
  </w:style>
  <w:style w:type="paragraph" w:customStyle="1" w:styleId="xl100">
    <w:name w:val="xl100"/>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101">
    <w:name w:val="xl101"/>
    <w:basedOn w:val="Normal"/>
    <w:rsid w:val="00726DBE"/>
    <w:pPr>
      <w:spacing w:before="100" w:beforeAutospacing="1" w:after="100" w:afterAutospacing="1"/>
      <w:jc w:val="center"/>
      <w:textAlignment w:val="center"/>
    </w:pPr>
    <w:rPr>
      <w:rFonts w:ascii="Times New Roman" w:hAnsi="Times New Roman"/>
      <w:szCs w:val="24"/>
    </w:rPr>
  </w:style>
  <w:style w:type="paragraph" w:customStyle="1" w:styleId="xl102">
    <w:name w:val="xl102"/>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103">
    <w:name w:val="xl103"/>
    <w:basedOn w:val="Normal"/>
    <w:rsid w:val="00726DBE"/>
    <w:pPr>
      <w:shd w:val="clear" w:color="000000" w:fill="FFFFFF"/>
      <w:spacing w:before="100" w:beforeAutospacing="1" w:after="100" w:afterAutospacing="1"/>
      <w:ind w:firstLineChars="200" w:firstLine="200"/>
    </w:pPr>
    <w:rPr>
      <w:rFonts w:ascii="Times New Roman" w:hAnsi="Times New Roman"/>
      <w:szCs w:val="24"/>
    </w:rPr>
  </w:style>
  <w:style w:type="paragraph" w:customStyle="1" w:styleId="xl104">
    <w:name w:val="xl104"/>
    <w:basedOn w:val="Normal"/>
    <w:rsid w:val="00726DBE"/>
    <w:pPr>
      <w:shd w:val="clear" w:color="000000" w:fill="FFFFFF"/>
      <w:spacing w:before="100" w:beforeAutospacing="1" w:after="100" w:afterAutospacing="1"/>
    </w:pPr>
    <w:rPr>
      <w:rFonts w:ascii="Times New Roman" w:hAnsi="Times New Roman"/>
      <w:b/>
      <w:bCs/>
      <w:szCs w:val="24"/>
    </w:rPr>
  </w:style>
  <w:style w:type="paragraph" w:customStyle="1" w:styleId="xl105">
    <w:name w:val="xl105"/>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106">
    <w:name w:val="xl106"/>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107">
    <w:name w:val="xl107"/>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108">
    <w:name w:val="xl108"/>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109">
    <w:name w:val="xl109"/>
    <w:basedOn w:val="Normal"/>
    <w:rsid w:val="00726DBE"/>
    <w:pPr>
      <w:shd w:val="clear" w:color="000000" w:fill="FFFFFF"/>
      <w:spacing w:before="100" w:beforeAutospacing="1" w:after="100" w:afterAutospacing="1"/>
      <w:textAlignment w:val="top"/>
    </w:pPr>
    <w:rPr>
      <w:rFonts w:ascii="Times New Roman" w:hAnsi="Times New Roman"/>
      <w:b/>
      <w:bCs/>
      <w:szCs w:val="24"/>
      <w:u w:val="single"/>
    </w:rPr>
  </w:style>
  <w:style w:type="paragraph" w:customStyle="1" w:styleId="xl110">
    <w:name w:val="xl110"/>
    <w:basedOn w:val="Normal"/>
    <w:rsid w:val="00726DBE"/>
    <w:pPr>
      <w:shd w:val="clear" w:color="000000" w:fill="FFFFFF"/>
      <w:spacing w:before="100" w:beforeAutospacing="1" w:after="100" w:afterAutospacing="1"/>
      <w:textAlignment w:val="top"/>
    </w:pPr>
    <w:rPr>
      <w:rFonts w:ascii="Times New Roman" w:hAnsi="Times New Roman"/>
      <w:b/>
      <w:bCs/>
      <w:szCs w:val="24"/>
    </w:rPr>
  </w:style>
  <w:style w:type="paragraph" w:customStyle="1" w:styleId="xl111">
    <w:name w:val="xl111"/>
    <w:basedOn w:val="Normal"/>
    <w:rsid w:val="00726DBE"/>
    <w:pPr>
      <w:pBdr>
        <w:top w:val="single" w:sz="4" w:space="0" w:color="auto"/>
      </w:pBdr>
      <w:shd w:val="clear" w:color="000000" w:fill="FFFFFF"/>
      <w:spacing w:before="100" w:beforeAutospacing="1" w:after="100" w:afterAutospacing="1"/>
      <w:jc w:val="center"/>
      <w:textAlignment w:val="center"/>
    </w:pPr>
    <w:rPr>
      <w:rFonts w:ascii="Times New Roman" w:hAnsi="Times New Roman"/>
      <w:b/>
      <w:bCs/>
      <w:szCs w:val="24"/>
    </w:rPr>
  </w:style>
  <w:style w:type="paragraph" w:customStyle="1" w:styleId="xl112">
    <w:name w:val="xl112"/>
    <w:basedOn w:val="Normal"/>
    <w:rsid w:val="00726DBE"/>
    <w:pPr>
      <w:pBdr>
        <w:bottom w:val="single" w:sz="4" w:space="0" w:color="auto"/>
      </w:pBdr>
      <w:shd w:val="clear" w:color="000000" w:fill="FFFFFF"/>
      <w:spacing w:before="100" w:beforeAutospacing="1" w:after="100" w:afterAutospacing="1"/>
      <w:jc w:val="right"/>
    </w:pPr>
    <w:rPr>
      <w:rFonts w:ascii="Times New Roman" w:hAnsi="Times New Roman"/>
      <w:szCs w:val="24"/>
    </w:rPr>
  </w:style>
  <w:style w:type="paragraph" w:customStyle="1" w:styleId="xl113">
    <w:name w:val="xl113"/>
    <w:basedOn w:val="Normal"/>
    <w:rsid w:val="00726DBE"/>
    <w:pPr>
      <w:pBdr>
        <w:bottom w:val="single" w:sz="4" w:space="0" w:color="auto"/>
      </w:pBdr>
      <w:shd w:val="clear" w:color="000000" w:fill="FFFFFF"/>
      <w:spacing w:before="100" w:beforeAutospacing="1" w:after="100" w:afterAutospacing="1"/>
    </w:pPr>
    <w:rPr>
      <w:rFonts w:ascii="Times New Roman" w:hAnsi="Times New Roman"/>
      <w:szCs w:val="24"/>
    </w:rPr>
  </w:style>
  <w:style w:type="paragraph" w:customStyle="1" w:styleId="xl114">
    <w:name w:val="xl114"/>
    <w:basedOn w:val="Normal"/>
    <w:rsid w:val="00726DBE"/>
    <w:pPr>
      <w:pBdr>
        <w:top w:val="single" w:sz="4" w:space="0" w:color="auto"/>
      </w:pBdr>
      <w:shd w:val="clear" w:color="000000" w:fill="FFFFFF"/>
      <w:spacing w:before="100" w:beforeAutospacing="1" w:after="100" w:afterAutospacing="1"/>
      <w:jc w:val="center"/>
    </w:pPr>
    <w:rPr>
      <w:rFonts w:ascii="Times New Roman" w:hAnsi="Times New Roman"/>
      <w:b/>
      <w:bCs/>
      <w:szCs w:val="24"/>
    </w:rPr>
  </w:style>
  <w:style w:type="paragraph" w:customStyle="1" w:styleId="xl115">
    <w:name w:val="xl115"/>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116">
    <w:name w:val="xl116"/>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117">
    <w:name w:val="xl117"/>
    <w:basedOn w:val="Normal"/>
    <w:rsid w:val="00726DBE"/>
    <w:pPr>
      <w:shd w:val="clear" w:color="000000" w:fill="FFFFFF"/>
      <w:spacing w:before="100" w:beforeAutospacing="1" w:after="100" w:afterAutospacing="1"/>
      <w:jc w:val="center"/>
      <w:textAlignment w:val="center"/>
    </w:pPr>
    <w:rPr>
      <w:rFonts w:ascii="Times New Roman" w:hAnsi="Times New Roman"/>
      <w:szCs w:val="24"/>
    </w:rPr>
  </w:style>
  <w:style w:type="paragraph" w:customStyle="1" w:styleId="xl118">
    <w:name w:val="xl118"/>
    <w:basedOn w:val="Normal"/>
    <w:rsid w:val="00726DBE"/>
    <w:pPr>
      <w:shd w:val="clear" w:color="000000" w:fill="FFFFFF"/>
      <w:spacing w:before="100" w:beforeAutospacing="1" w:after="100" w:afterAutospacing="1"/>
      <w:textAlignment w:val="top"/>
    </w:pPr>
    <w:rPr>
      <w:rFonts w:ascii="Times New Roman" w:hAnsi="Times New Roman"/>
      <w:b/>
      <w:bCs/>
      <w:sz w:val="20"/>
    </w:rPr>
  </w:style>
  <w:style w:type="paragraph" w:customStyle="1" w:styleId="xl119">
    <w:name w:val="xl119"/>
    <w:basedOn w:val="Normal"/>
    <w:rsid w:val="00726DBE"/>
    <w:pPr>
      <w:shd w:val="clear" w:color="000000" w:fill="FFFFFF"/>
      <w:spacing w:before="100" w:beforeAutospacing="1" w:after="100" w:afterAutospacing="1"/>
      <w:jc w:val="center"/>
      <w:textAlignment w:val="center"/>
    </w:pPr>
    <w:rPr>
      <w:rFonts w:ascii="Times New Roman" w:hAnsi="Times New Roman"/>
      <w:sz w:val="20"/>
    </w:rPr>
  </w:style>
  <w:style w:type="paragraph" w:customStyle="1" w:styleId="xl120">
    <w:name w:val="xl120"/>
    <w:basedOn w:val="Normal"/>
    <w:rsid w:val="00726DBE"/>
    <w:pPr>
      <w:shd w:val="clear" w:color="000000" w:fill="FFFFFF"/>
      <w:spacing w:before="100" w:beforeAutospacing="1" w:after="100" w:afterAutospacing="1"/>
      <w:jc w:val="center"/>
      <w:textAlignment w:val="center"/>
    </w:pPr>
    <w:rPr>
      <w:rFonts w:ascii="Times New Roman" w:hAnsi="Times New Roman"/>
      <w:sz w:val="20"/>
    </w:rPr>
  </w:style>
  <w:style w:type="numbering" w:customStyle="1" w:styleId="NoList1">
    <w:name w:val="No List1"/>
    <w:next w:val="NoList"/>
    <w:uiPriority w:val="99"/>
    <w:semiHidden/>
    <w:unhideWhenUsed/>
    <w:rsid w:val="00726DBE"/>
  </w:style>
  <w:style w:type="character" w:customStyle="1" w:styleId="UnresolvedMention">
    <w:name w:val="Unresolved Mention"/>
    <w:basedOn w:val="DefaultParagraphFont"/>
    <w:uiPriority w:val="99"/>
    <w:semiHidden/>
    <w:unhideWhenUsed/>
    <w:rsid w:val="00726D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E9A62A-F9F8-492D-9073-66398467C0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29</Pages>
  <Words>10477</Words>
  <Characters>59721</Characters>
  <Application>Microsoft Office Word</Application>
  <DocSecurity>0</DocSecurity>
  <Lines>497</Lines>
  <Paragraphs>140</Paragraphs>
  <ScaleCrop>false</ScaleCrop>
  <Company/>
  <LinksUpToDate>false</LinksUpToDate>
  <CharactersWithSpaces>70058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2026-07-29T15:24:00Z</dcterms:created>
  <dcterms:modified xsi:type="dcterms:W3CDTF">2026-08-12T09:06:00Z</dcterms:modified>
</cp:coreProperties>
</file>