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1C375" w14:textId="77777777" w:rsidR="00CC28C8" w:rsidRPr="0056192C" w:rsidRDefault="00000000">
      <w:pPr>
        <w:pStyle w:val="Ttulo1"/>
        <w:rPr>
          <w:rFonts w:ascii="Times New Roman" w:hAnsi="Times New Roman" w:cs="Times New Roman"/>
        </w:rPr>
      </w:pPr>
      <w:r w:rsidRPr="0056192C">
        <w:rPr>
          <w:rFonts w:ascii="Times New Roman" w:hAnsi="Times New Roman" w:cs="Times New Roman"/>
        </w:rPr>
        <w:t>Supplementary Material 5 – List of Contributors</w:t>
      </w:r>
    </w:p>
    <w:p w14:paraId="46444C4D" w14:textId="019C1F85" w:rsidR="00CC28C8" w:rsidRPr="0056192C" w:rsidRDefault="00000000">
      <w:pPr>
        <w:rPr>
          <w:rFonts w:ascii="Times New Roman" w:hAnsi="Times New Roman" w:cs="Times New Roman"/>
        </w:rPr>
      </w:pPr>
      <w:r w:rsidRPr="0056192C">
        <w:rPr>
          <w:rFonts w:ascii="Times New Roman" w:hAnsi="Times New Roman" w:cs="Times New Roman"/>
        </w:rPr>
        <w:t>The following professionals participated in the Delphi validation process of the Brazilian Rare Diseases Minimum Data Set. Each contributor provided expert input through structured rounds of review and consensus. The list includes their full name, institutional affiliation, position, and role in the study.</w:t>
      </w:r>
    </w:p>
    <w:tbl>
      <w:tblPr>
        <w:tblStyle w:val="TabelacomGrelha"/>
        <w:tblW w:w="0" w:type="auto"/>
        <w:tblLayout w:type="fixed"/>
        <w:tblLook w:val="04A0" w:firstRow="1" w:lastRow="0" w:firstColumn="1" w:lastColumn="0" w:noHBand="0" w:noVBand="1"/>
      </w:tblPr>
      <w:tblGrid>
        <w:gridCol w:w="1809"/>
        <w:gridCol w:w="3969"/>
        <w:gridCol w:w="1276"/>
        <w:gridCol w:w="1802"/>
      </w:tblGrid>
      <w:tr w:rsidR="00CC28C8" w:rsidRPr="0056192C" w14:paraId="6381CACD" w14:textId="77777777" w:rsidTr="0056192C">
        <w:tc>
          <w:tcPr>
            <w:tcW w:w="1809" w:type="dxa"/>
          </w:tcPr>
          <w:p w14:paraId="452FF5EC" w14:textId="77777777" w:rsidR="00CC28C8" w:rsidRPr="0056192C" w:rsidRDefault="00000000">
            <w:pPr>
              <w:rPr>
                <w:rFonts w:ascii="Times New Roman" w:hAnsi="Times New Roman" w:cs="Times New Roman"/>
              </w:rPr>
            </w:pPr>
            <w:r w:rsidRPr="0056192C">
              <w:rPr>
                <w:rFonts w:ascii="Times New Roman" w:hAnsi="Times New Roman" w:cs="Times New Roman"/>
              </w:rPr>
              <w:t>Name</w:t>
            </w:r>
          </w:p>
        </w:tc>
        <w:tc>
          <w:tcPr>
            <w:tcW w:w="3969" w:type="dxa"/>
          </w:tcPr>
          <w:p w14:paraId="5BFA314E" w14:textId="77777777" w:rsidR="00CC28C8" w:rsidRPr="0056192C" w:rsidRDefault="00000000">
            <w:pPr>
              <w:rPr>
                <w:rFonts w:ascii="Times New Roman" w:hAnsi="Times New Roman" w:cs="Times New Roman"/>
              </w:rPr>
            </w:pPr>
            <w:r w:rsidRPr="0056192C">
              <w:rPr>
                <w:rFonts w:ascii="Times New Roman" w:hAnsi="Times New Roman" w:cs="Times New Roman"/>
              </w:rPr>
              <w:t>Institution</w:t>
            </w:r>
          </w:p>
        </w:tc>
        <w:tc>
          <w:tcPr>
            <w:tcW w:w="1276" w:type="dxa"/>
          </w:tcPr>
          <w:p w14:paraId="28425D9F" w14:textId="77777777" w:rsidR="00CC28C8" w:rsidRPr="0056192C" w:rsidRDefault="00000000">
            <w:pPr>
              <w:rPr>
                <w:rFonts w:ascii="Times New Roman" w:hAnsi="Times New Roman" w:cs="Times New Roman"/>
              </w:rPr>
            </w:pPr>
            <w:r w:rsidRPr="0056192C">
              <w:rPr>
                <w:rFonts w:ascii="Times New Roman" w:hAnsi="Times New Roman" w:cs="Times New Roman"/>
              </w:rPr>
              <w:t>Position</w:t>
            </w:r>
          </w:p>
        </w:tc>
        <w:tc>
          <w:tcPr>
            <w:tcW w:w="1802" w:type="dxa"/>
          </w:tcPr>
          <w:p w14:paraId="150E5FE7" w14:textId="77777777" w:rsidR="00CC28C8" w:rsidRPr="0056192C" w:rsidRDefault="00000000">
            <w:pPr>
              <w:rPr>
                <w:rFonts w:ascii="Times New Roman" w:hAnsi="Times New Roman" w:cs="Times New Roman"/>
              </w:rPr>
            </w:pPr>
            <w:r w:rsidRPr="0056192C">
              <w:rPr>
                <w:rFonts w:ascii="Times New Roman" w:hAnsi="Times New Roman" w:cs="Times New Roman"/>
              </w:rPr>
              <w:t>Role</w:t>
            </w:r>
          </w:p>
        </w:tc>
      </w:tr>
      <w:tr w:rsidR="00CC28C8" w:rsidRPr="0056192C" w14:paraId="230C4E7C" w14:textId="77777777" w:rsidTr="0056192C">
        <w:tc>
          <w:tcPr>
            <w:tcW w:w="1809" w:type="dxa"/>
          </w:tcPr>
          <w:p w14:paraId="054E08EC" w14:textId="77777777" w:rsidR="00CC28C8" w:rsidRPr="0056192C" w:rsidRDefault="00000000">
            <w:pPr>
              <w:rPr>
                <w:rFonts w:ascii="Times New Roman" w:hAnsi="Times New Roman" w:cs="Times New Roman"/>
              </w:rPr>
            </w:pPr>
            <w:r w:rsidRPr="0056192C">
              <w:rPr>
                <w:rFonts w:ascii="Times New Roman" w:hAnsi="Times New Roman" w:cs="Times New Roman"/>
              </w:rPr>
              <w:t>Angelina Xavier Acosta</w:t>
            </w:r>
          </w:p>
        </w:tc>
        <w:tc>
          <w:tcPr>
            <w:tcW w:w="3969" w:type="dxa"/>
          </w:tcPr>
          <w:p w14:paraId="44F7CB3F" w14:textId="77777777" w:rsidR="0056192C" w:rsidRPr="0056192C" w:rsidRDefault="0056192C">
            <w:pPr>
              <w:rPr>
                <w:rFonts w:ascii="Times New Roman" w:hAnsi="Times New Roman" w:cs="Times New Roman"/>
                <w:lang w:val="pt-PT"/>
              </w:rPr>
            </w:pPr>
            <w:r w:rsidRPr="0056192C">
              <w:rPr>
                <w:rFonts w:ascii="Times New Roman" w:hAnsi="Times New Roman" w:cs="Times New Roman"/>
                <w:lang w:val="pt-PT"/>
              </w:rPr>
              <w:t>Hospital Universitário Prof. Edgar Santos/EBSERH</w:t>
            </w:r>
          </w:p>
          <w:p w14:paraId="4C0D08DD" w14:textId="77777777" w:rsidR="0056192C" w:rsidRPr="0056192C" w:rsidRDefault="0056192C">
            <w:pPr>
              <w:rPr>
                <w:rFonts w:ascii="Times New Roman" w:hAnsi="Times New Roman" w:cs="Times New Roman"/>
                <w:lang w:val="pt-PT"/>
              </w:rPr>
            </w:pPr>
          </w:p>
          <w:p w14:paraId="1DB8EF2C" w14:textId="73F971D6" w:rsidR="00CC28C8" w:rsidRPr="0056192C" w:rsidRDefault="00000000">
            <w:pPr>
              <w:rPr>
                <w:rFonts w:ascii="Times New Roman" w:hAnsi="Times New Roman" w:cs="Times New Roman"/>
                <w:lang w:val="pt-PT"/>
              </w:rPr>
            </w:pPr>
            <w:r w:rsidRPr="0056192C">
              <w:rPr>
                <w:rFonts w:ascii="Times New Roman" w:hAnsi="Times New Roman" w:cs="Times New Roman"/>
                <w:lang w:val="pt-PT"/>
              </w:rPr>
              <w:t>U</w:t>
            </w:r>
            <w:r w:rsidR="0056192C" w:rsidRPr="0056192C">
              <w:rPr>
                <w:rFonts w:ascii="Times New Roman" w:hAnsi="Times New Roman" w:cs="Times New Roman"/>
                <w:lang w:val="pt-PT"/>
              </w:rPr>
              <w:t>niversidade Federal da Bahia - U</w:t>
            </w:r>
            <w:r w:rsidRPr="0056192C">
              <w:rPr>
                <w:rFonts w:ascii="Times New Roman" w:hAnsi="Times New Roman" w:cs="Times New Roman"/>
                <w:lang w:val="pt-PT"/>
              </w:rPr>
              <w:t>FBA</w:t>
            </w:r>
          </w:p>
        </w:tc>
        <w:tc>
          <w:tcPr>
            <w:tcW w:w="1276" w:type="dxa"/>
          </w:tcPr>
          <w:p w14:paraId="5ABC2F9E" w14:textId="77777777" w:rsidR="00CC28C8" w:rsidRPr="0056192C" w:rsidRDefault="00000000">
            <w:pPr>
              <w:rPr>
                <w:rFonts w:ascii="Times New Roman" w:hAnsi="Times New Roman" w:cs="Times New Roman"/>
              </w:rPr>
            </w:pPr>
            <w:r w:rsidRPr="0056192C">
              <w:rPr>
                <w:rFonts w:ascii="Times New Roman" w:hAnsi="Times New Roman" w:cs="Times New Roman"/>
              </w:rPr>
              <w:t>Professor</w:t>
            </w:r>
          </w:p>
        </w:tc>
        <w:tc>
          <w:tcPr>
            <w:tcW w:w="1802" w:type="dxa"/>
          </w:tcPr>
          <w:p w14:paraId="007BA8ED"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59112D7B" w14:textId="77777777" w:rsidTr="0056192C">
        <w:tc>
          <w:tcPr>
            <w:tcW w:w="1809" w:type="dxa"/>
          </w:tcPr>
          <w:p w14:paraId="2A2BC257" w14:textId="77777777" w:rsidR="00CC28C8" w:rsidRPr="0056192C" w:rsidRDefault="00000000">
            <w:pPr>
              <w:rPr>
                <w:rFonts w:ascii="Times New Roman" w:hAnsi="Times New Roman" w:cs="Times New Roman"/>
              </w:rPr>
            </w:pPr>
            <w:r w:rsidRPr="0056192C">
              <w:rPr>
                <w:rFonts w:ascii="Times New Roman" w:hAnsi="Times New Roman" w:cs="Times New Roman"/>
              </w:rPr>
              <w:t xml:space="preserve">Paulo Ricardo </w:t>
            </w:r>
            <w:proofErr w:type="spellStart"/>
            <w:r w:rsidRPr="0056192C">
              <w:rPr>
                <w:rFonts w:ascii="Times New Roman" w:hAnsi="Times New Roman" w:cs="Times New Roman"/>
              </w:rPr>
              <w:t>Gazzola</w:t>
            </w:r>
            <w:proofErr w:type="spellEnd"/>
            <w:r w:rsidRPr="0056192C">
              <w:rPr>
                <w:rFonts w:ascii="Times New Roman" w:hAnsi="Times New Roman" w:cs="Times New Roman"/>
              </w:rPr>
              <w:t xml:space="preserve"> Zen</w:t>
            </w:r>
          </w:p>
        </w:tc>
        <w:tc>
          <w:tcPr>
            <w:tcW w:w="3969" w:type="dxa"/>
          </w:tcPr>
          <w:p w14:paraId="6BCB5A08" w14:textId="0D22949D" w:rsidR="00CC28C8" w:rsidRPr="0056192C" w:rsidRDefault="00000000">
            <w:pPr>
              <w:rPr>
                <w:rFonts w:ascii="Times New Roman" w:hAnsi="Times New Roman" w:cs="Times New Roman"/>
                <w:lang w:val="pt-PT"/>
              </w:rPr>
            </w:pPr>
            <w:r w:rsidRPr="0056192C">
              <w:rPr>
                <w:rFonts w:ascii="Times New Roman" w:hAnsi="Times New Roman" w:cs="Times New Roman"/>
                <w:lang w:val="pt-PT"/>
              </w:rPr>
              <w:t>UFCSPA</w:t>
            </w:r>
            <w:r w:rsidR="0056192C" w:rsidRPr="0056192C">
              <w:rPr>
                <w:rFonts w:ascii="Times New Roman" w:hAnsi="Times New Roman" w:cs="Times New Roman"/>
                <w:lang w:val="pt-PT"/>
              </w:rPr>
              <w:t xml:space="preserve"> - </w:t>
            </w:r>
            <w:r w:rsidR="0056192C" w:rsidRPr="0056192C">
              <w:rPr>
                <w:rFonts w:ascii="Times New Roman" w:hAnsi="Times New Roman" w:cs="Times New Roman"/>
                <w:lang w:val="pt-PT"/>
              </w:rPr>
              <w:t>Universidade Federal de Ciências da Saúde de Porto Alegre</w:t>
            </w:r>
          </w:p>
        </w:tc>
        <w:tc>
          <w:tcPr>
            <w:tcW w:w="1276" w:type="dxa"/>
          </w:tcPr>
          <w:p w14:paraId="7349E5F8" w14:textId="77777777" w:rsidR="00CC28C8" w:rsidRPr="0056192C" w:rsidRDefault="00000000">
            <w:pPr>
              <w:rPr>
                <w:rFonts w:ascii="Times New Roman" w:hAnsi="Times New Roman" w:cs="Times New Roman"/>
              </w:rPr>
            </w:pPr>
            <w:r w:rsidRPr="0056192C">
              <w:rPr>
                <w:rFonts w:ascii="Times New Roman" w:hAnsi="Times New Roman" w:cs="Times New Roman"/>
              </w:rPr>
              <w:t>Other</w:t>
            </w:r>
          </w:p>
        </w:tc>
        <w:tc>
          <w:tcPr>
            <w:tcW w:w="1802" w:type="dxa"/>
          </w:tcPr>
          <w:p w14:paraId="75084377"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51009432" w14:textId="77777777" w:rsidTr="0056192C">
        <w:tc>
          <w:tcPr>
            <w:tcW w:w="1809" w:type="dxa"/>
          </w:tcPr>
          <w:p w14:paraId="030AAE44" w14:textId="77777777" w:rsidR="00CC28C8" w:rsidRPr="0056192C" w:rsidRDefault="00000000">
            <w:pPr>
              <w:rPr>
                <w:rFonts w:ascii="Times New Roman" w:hAnsi="Times New Roman" w:cs="Times New Roman"/>
              </w:rPr>
            </w:pPr>
            <w:r w:rsidRPr="0056192C">
              <w:rPr>
                <w:rFonts w:ascii="Times New Roman" w:hAnsi="Times New Roman" w:cs="Times New Roman"/>
              </w:rPr>
              <w:t>Carlos Eduardo Steiner</w:t>
            </w:r>
          </w:p>
        </w:tc>
        <w:tc>
          <w:tcPr>
            <w:tcW w:w="3969" w:type="dxa"/>
          </w:tcPr>
          <w:p w14:paraId="4BCC0D5E" w14:textId="35F58D2A" w:rsidR="00CC28C8" w:rsidRPr="0056192C" w:rsidRDefault="00000000">
            <w:pPr>
              <w:rPr>
                <w:rFonts w:ascii="Times New Roman" w:hAnsi="Times New Roman" w:cs="Times New Roman"/>
                <w:lang w:val="pt-PT"/>
              </w:rPr>
            </w:pPr>
            <w:r w:rsidRPr="0056192C">
              <w:rPr>
                <w:rFonts w:ascii="Times New Roman" w:hAnsi="Times New Roman" w:cs="Times New Roman"/>
                <w:lang w:val="pt-PT"/>
              </w:rPr>
              <w:t xml:space="preserve">Universidade Estadual de Campinas </w:t>
            </w:r>
            <w:r w:rsidR="0056192C" w:rsidRPr="0056192C">
              <w:rPr>
                <w:rFonts w:ascii="Times New Roman" w:hAnsi="Times New Roman" w:cs="Times New Roman"/>
                <w:lang w:val="pt-PT"/>
              </w:rPr>
              <w:t>- UNICAMP</w:t>
            </w:r>
          </w:p>
        </w:tc>
        <w:tc>
          <w:tcPr>
            <w:tcW w:w="1276" w:type="dxa"/>
          </w:tcPr>
          <w:p w14:paraId="6E299E7F" w14:textId="77777777" w:rsidR="00CC28C8" w:rsidRPr="0056192C" w:rsidRDefault="00000000">
            <w:pPr>
              <w:rPr>
                <w:rFonts w:ascii="Times New Roman" w:hAnsi="Times New Roman" w:cs="Times New Roman"/>
              </w:rPr>
            </w:pPr>
            <w:r w:rsidRPr="0056192C">
              <w:rPr>
                <w:rFonts w:ascii="Times New Roman" w:hAnsi="Times New Roman" w:cs="Times New Roman"/>
              </w:rPr>
              <w:t>Professor</w:t>
            </w:r>
          </w:p>
        </w:tc>
        <w:tc>
          <w:tcPr>
            <w:tcW w:w="1802" w:type="dxa"/>
          </w:tcPr>
          <w:p w14:paraId="4DB26CB1"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17BCFDFF" w14:textId="77777777" w:rsidTr="0056192C">
        <w:tc>
          <w:tcPr>
            <w:tcW w:w="1809" w:type="dxa"/>
          </w:tcPr>
          <w:p w14:paraId="1E423076" w14:textId="77777777" w:rsidR="00CC28C8" w:rsidRPr="0056192C" w:rsidRDefault="00000000">
            <w:pPr>
              <w:rPr>
                <w:rFonts w:ascii="Times New Roman" w:hAnsi="Times New Roman" w:cs="Times New Roman"/>
              </w:rPr>
            </w:pPr>
            <w:r w:rsidRPr="0056192C">
              <w:rPr>
                <w:rFonts w:ascii="Times New Roman" w:hAnsi="Times New Roman" w:cs="Times New Roman"/>
              </w:rPr>
              <w:t xml:space="preserve">Antonette </w:t>
            </w:r>
            <w:proofErr w:type="spellStart"/>
            <w:r w:rsidRPr="0056192C">
              <w:rPr>
                <w:rFonts w:ascii="Times New Roman" w:hAnsi="Times New Roman" w:cs="Times New Roman"/>
              </w:rPr>
              <w:t>Souto</w:t>
            </w:r>
            <w:proofErr w:type="spellEnd"/>
            <w:r w:rsidRPr="0056192C">
              <w:rPr>
                <w:rFonts w:ascii="Times New Roman" w:hAnsi="Times New Roman" w:cs="Times New Roman"/>
              </w:rPr>
              <w:t xml:space="preserve"> El </w:t>
            </w:r>
            <w:proofErr w:type="spellStart"/>
            <w:r w:rsidRPr="0056192C">
              <w:rPr>
                <w:rFonts w:ascii="Times New Roman" w:hAnsi="Times New Roman" w:cs="Times New Roman"/>
              </w:rPr>
              <w:t>Husny</w:t>
            </w:r>
            <w:proofErr w:type="spellEnd"/>
          </w:p>
        </w:tc>
        <w:tc>
          <w:tcPr>
            <w:tcW w:w="3969" w:type="dxa"/>
          </w:tcPr>
          <w:p w14:paraId="6C49E0BA" w14:textId="77777777" w:rsidR="00CC28C8" w:rsidRPr="0056192C" w:rsidRDefault="00000000">
            <w:pPr>
              <w:rPr>
                <w:rFonts w:ascii="Times New Roman" w:hAnsi="Times New Roman" w:cs="Times New Roman"/>
                <w:lang w:val="pt-PT"/>
              </w:rPr>
            </w:pPr>
            <w:r w:rsidRPr="0056192C">
              <w:rPr>
                <w:rFonts w:ascii="Times New Roman" w:hAnsi="Times New Roman" w:cs="Times New Roman"/>
                <w:lang w:val="pt-PT"/>
              </w:rPr>
              <w:t xml:space="preserve">Hospital Universitário </w:t>
            </w:r>
            <w:proofErr w:type="spellStart"/>
            <w:r w:rsidRPr="0056192C">
              <w:rPr>
                <w:rFonts w:ascii="Times New Roman" w:hAnsi="Times New Roman" w:cs="Times New Roman"/>
                <w:lang w:val="pt-PT"/>
              </w:rPr>
              <w:t>Bettina</w:t>
            </w:r>
            <w:proofErr w:type="spellEnd"/>
            <w:r w:rsidRPr="0056192C">
              <w:rPr>
                <w:rFonts w:ascii="Times New Roman" w:hAnsi="Times New Roman" w:cs="Times New Roman"/>
                <w:lang w:val="pt-PT"/>
              </w:rPr>
              <w:t xml:space="preserve"> Ferro de Souza</w:t>
            </w:r>
          </w:p>
        </w:tc>
        <w:tc>
          <w:tcPr>
            <w:tcW w:w="1276" w:type="dxa"/>
          </w:tcPr>
          <w:p w14:paraId="693F32CF" w14:textId="77777777" w:rsidR="00CC28C8" w:rsidRPr="0056192C" w:rsidRDefault="00000000">
            <w:pPr>
              <w:rPr>
                <w:rFonts w:ascii="Times New Roman" w:hAnsi="Times New Roman" w:cs="Times New Roman"/>
              </w:rPr>
            </w:pPr>
            <w:r w:rsidRPr="0056192C">
              <w:rPr>
                <w:rFonts w:ascii="Times New Roman" w:hAnsi="Times New Roman" w:cs="Times New Roman"/>
              </w:rPr>
              <w:t>Physician</w:t>
            </w:r>
          </w:p>
        </w:tc>
        <w:tc>
          <w:tcPr>
            <w:tcW w:w="1802" w:type="dxa"/>
          </w:tcPr>
          <w:p w14:paraId="388D1720"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56630734" w14:textId="77777777" w:rsidTr="0056192C">
        <w:tc>
          <w:tcPr>
            <w:tcW w:w="1809" w:type="dxa"/>
          </w:tcPr>
          <w:p w14:paraId="4868CB2B" w14:textId="77777777" w:rsidR="00CC28C8" w:rsidRPr="0056192C" w:rsidRDefault="00000000">
            <w:pPr>
              <w:rPr>
                <w:rFonts w:ascii="Times New Roman" w:hAnsi="Times New Roman" w:cs="Times New Roman"/>
                <w:lang w:val="pt-PT"/>
              </w:rPr>
            </w:pPr>
            <w:r w:rsidRPr="0056192C">
              <w:rPr>
                <w:rFonts w:ascii="Times New Roman" w:hAnsi="Times New Roman" w:cs="Times New Roman"/>
                <w:lang w:val="pt-PT"/>
              </w:rPr>
              <w:t>Tatiana Regia Suzana Amorim Boa Sorte</w:t>
            </w:r>
          </w:p>
        </w:tc>
        <w:tc>
          <w:tcPr>
            <w:tcW w:w="3969" w:type="dxa"/>
          </w:tcPr>
          <w:p w14:paraId="77471EEA" w14:textId="77777777" w:rsidR="00CC28C8" w:rsidRPr="0056192C" w:rsidRDefault="00000000">
            <w:pPr>
              <w:rPr>
                <w:rFonts w:ascii="Times New Roman" w:hAnsi="Times New Roman" w:cs="Times New Roman"/>
              </w:rPr>
            </w:pPr>
            <w:r w:rsidRPr="0056192C">
              <w:rPr>
                <w:rFonts w:ascii="Times New Roman" w:hAnsi="Times New Roman" w:cs="Times New Roman"/>
              </w:rPr>
              <w:t>APAE Salvador</w:t>
            </w:r>
          </w:p>
        </w:tc>
        <w:tc>
          <w:tcPr>
            <w:tcW w:w="1276" w:type="dxa"/>
          </w:tcPr>
          <w:p w14:paraId="7E79DF3B" w14:textId="77777777" w:rsidR="00CC28C8" w:rsidRPr="0056192C" w:rsidRDefault="00000000">
            <w:pPr>
              <w:rPr>
                <w:rFonts w:ascii="Times New Roman" w:hAnsi="Times New Roman" w:cs="Times New Roman"/>
              </w:rPr>
            </w:pPr>
            <w:r w:rsidRPr="0056192C">
              <w:rPr>
                <w:rFonts w:ascii="Times New Roman" w:hAnsi="Times New Roman" w:cs="Times New Roman"/>
              </w:rPr>
              <w:t>Coordinator</w:t>
            </w:r>
          </w:p>
        </w:tc>
        <w:tc>
          <w:tcPr>
            <w:tcW w:w="1802" w:type="dxa"/>
          </w:tcPr>
          <w:p w14:paraId="2475CDC0"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0E1DFA82" w14:textId="77777777" w:rsidTr="0056192C">
        <w:tc>
          <w:tcPr>
            <w:tcW w:w="1809" w:type="dxa"/>
          </w:tcPr>
          <w:p w14:paraId="30184888" w14:textId="77777777" w:rsidR="00CC28C8" w:rsidRPr="0056192C" w:rsidRDefault="00000000">
            <w:pPr>
              <w:rPr>
                <w:rFonts w:ascii="Times New Roman" w:hAnsi="Times New Roman" w:cs="Times New Roman"/>
              </w:rPr>
            </w:pPr>
            <w:proofErr w:type="spellStart"/>
            <w:r w:rsidRPr="0056192C">
              <w:rPr>
                <w:rFonts w:ascii="Times New Roman" w:hAnsi="Times New Roman" w:cs="Times New Roman"/>
              </w:rPr>
              <w:t>Faradiba</w:t>
            </w:r>
            <w:proofErr w:type="spellEnd"/>
            <w:r w:rsidRPr="0056192C">
              <w:rPr>
                <w:rFonts w:ascii="Times New Roman" w:hAnsi="Times New Roman" w:cs="Times New Roman"/>
              </w:rPr>
              <w:t xml:space="preserve"> </w:t>
            </w:r>
            <w:proofErr w:type="spellStart"/>
            <w:r w:rsidRPr="0056192C">
              <w:rPr>
                <w:rFonts w:ascii="Times New Roman" w:hAnsi="Times New Roman" w:cs="Times New Roman"/>
              </w:rPr>
              <w:t>Sarquis</w:t>
            </w:r>
            <w:proofErr w:type="spellEnd"/>
            <w:r w:rsidRPr="0056192C">
              <w:rPr>
                <w:rFonts w:ascii="Times New Roman" w:hAnsi="Times New Roman" w:cs="Times New Roman"/>
              </w:rPr>
              <w:t xml:space="preserve"> </w:t>
            </w:r>
            <w:proofErr w:type="spellStart"/>
            <w:r w:rsidRPr="0056192C">
              <w:rPr>
                <w:rFonts w:ascii="Times New Roman" w:hAnsi="Times New Roman" w:cs="Times New Roman"/>
              </w:rPr>
              <w:t>Serpa</w:t>
            </w:r>
            <w:proofErr w:type="spellEnd"/>
          </w:p>
        </w:tc>
        <w:tc>
          <w:tcPr>
            <w:tcW w:w="3969" w:type="dxa"/>
          </w:tcPr>
          <w:p w14:paraId="2EA35FCD" w14:textId="77777777" w:rsidR="00CC28C8" w:rsidRPr="0056192C" w:rsidRDefault="00000000">
            <w:pPr>
              <w:rPr>
                <w:rFonts w:ascii="Times New Roman" w:hAnsi="Times New Roman" w:cs="Times New Roman"/>
                <w:lang w:val="pt-PT"/>
              </w:rPr>
            </w:pPr>
            <w:r w:rsidRPr="0056192C">
              <w:rPr>
                <w:rFonts w:ascii="Times New Roman" w:hAnsi="Times New Roman" w:cs="Times New Roman"/>
                <w:lang w:val="pt-PT"/>
              </w:rPr>
              <w:t>Hospital Santa Casa de Misericórdia de Vitória</w:t>
            </w:r>
          </w:p>
        </w:tc>
        <w:tc>
          <w:tcPr>
            <w:tcW w:w="1276" w:type="dxa"/>
          </w:tcPr>
          <w:p w14:paraId="4C9EFF82" w14:textId="77777777" w:rsidR="00CC28C8" w:rsidRPr="0056192C" w:rsidRDefault="00000000">
            <w:pPr>
              <w:rPr>
                <w:rFonts w:ascii="Times New Roman" w:hAnsi="Times New Roman" w:cs="Times New Roman"/>
              </w:rPr>
            </w:pPr>
            <w:r w:rsidRPr="0056192C">
              <w:rPr>
                <w:rFonts w:ascii="Times New Roman" w:hAnsi="Times New Roman" w:cs="Times New Roman"/>
              </w:rPr>
              <w:t>Professor</w:t>
            </w:r>
          </w:p>
        </w:tc>
        <w:tc>
          <w:tcPr>
            <w:tcW w:w="1802" w:type="dxa"/>
          </w:tcPr>
          <w:p w14:paraId="0ABCF55F"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5FC1EC37" w14:textId="77777777" w:rsidTr="0056192C">
        <w:tc>
          <w:tcPr>
            <w:tcW w:w="1809" w:type="dxa"/>
          </w:tcPr>
          <w:p w14:paraId="2F1FFB29" w14:textId="77777777" w:rsidR="00CC28C8" w:rsidRPr="0056192C" w:rsidRDefault="00000000">
            <w:pPr>
              <w:rPr>
                <w:rFonts w:ascii="Times New Roman" w:hAnsi="Times New Roman" w:cs="Times New Roman"/>
              </w:rPr>
            </w:pPr>
            <w:r w:rsidRPr="0056192C">
              <w:rPr>
                <w:rFonts w:ascii="Times New Roman" w:hAnsi="Times New Roman" w:cs="Times New Roman"/>
              </w:rPr>
              <w:t>Ana Maria Martins</w:t>
            </w:r>
          </w:p>
        </w:tc>
        <w:tc>
          <w:tcPr>
            <w:tcW w:w="3969" w:type="dxa"/>
          </w:tcPr>
          <w:p w14:paraId="78F314A1" w14:textId="77777777" w:rsidR="00CC28C8" w:rsidRPr="0056192C" w:rsidRDefault="00000000">
            <w:pPr>
              <w:rPr>
                <w:rFonts w:ascii="Times New Roman" w:hAnsi="Times New Roman" w:cs="Times New Roman"/>
                <w:lang w:val="pt-PT"/>
              </w:rPr>
            </w:pPr>
            <w:r w:rsidRPr="0056192C">
              <w:rPr>
                <w:rFonts w:ascii="Times New Roman" w:hAnsi="Times New Roman" w:cs="Times New Roman"/>
                <w:lang w:val="pt-PT"/>
              </w:rPr>
              <w:t>Universidade Federal de São Paulo - UNIFESP</w:t>
            </w:r>
          </w:p>
        </w:tc>
        <w:tc>
          <w:tcPr>
            <w:tcW w:w="1276" w:type="dxa"/>
          </w:tcPr>
          <w:p w14:paraId="206B624C" w14:textId="77777777" w:rsidR="00CC28C8" w:rsidRPr="0056192C" w:rsidRDefault="00000000">
            <w:pPr>
              <w:rPr>
                <w:rFonts w:ascii="Times New Roman" w:hAnsi="Times New Roman" w:cs="Times New Roman"/>
              </w:rPr>
            </w:pPr>
            <w:r w:rsidRPr="0056192C">
              <w:rPr>
                <w:rFonts w:ascii="Times New Roman" w:hAnsi="Times New Roman" w:cs="Times New Roman"/>
              </w:rPr>
              <w:t>Professor</w:t>
            </w:r>
          </w:p>
        </w:tc>
        <w:tc>
          <w:tcPr>
            <w:tcW w:w="1802" w:type="dxa"/>
          </w:tcPr>
          <w:p w14:paraId="52A6B02F"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708EDDB8" w14:textId="77777777" w:rsidTr="0056192C">
        <w:tc>
          <w:tcPr>
            <w:tcW w:w="1809" w:type="dxa"/>
          </w:tcPr>
          <w:p w14:paraId="1E866323" w14:textId="77777777" w:rsidR="00CC28C8" w:rsidRPr="0056192C" w:rsidRDefault="00000000">
            <w:pPr>
              <w:rPr>
                <w:rFonts w:ascii="Times New Roman" w:hAnsi="Times New Roman" w:cs="Times New Roman"/>
              </w:rPr>
            </w:pPr>
            <w:r w:rsidRPr="0056192C">
              <w:rPr>
                <w:rFonts w:ascii="Times New Roman" w:hAnsi="Times New Roman" w:cs="Times New Roman"/>
              </w:rPr>
              <w:t>Larissa Souza Mario Bueno</w:t>
            </w:r>
          </w:p>
        </w:tc>
        <w:tc>
          <w:tcPr>
            <w:tcW w:w="3969" w:type="dxa"/>
          </w:tcPr>
          <w:p w14:paraId="2495EDB0" w14:textId="15264B62" w:rsidR="00CC28C8" w:rsidRPr="0056192C" w:rsidRDefault="0056192C">
            <w:pPr>
              <w:rPr>
                <w:rFonts w:ascii="Times New Roman" w:hAnsi="Times New Roman" w:cs="Times New Roman"/>
                <w:lang w:val="pt-PT"/>
              </w:rPr>
            </w:pPr>
            <w:r w:rsidRPr="0056192C">
              <w:rPr>
                <w:rFonts w:ascii="Times New Roman" w:hAnsi="Times New Roman" w:cs="Times New Roman"/>
                <w:lang w:val="pt-PT"/>
              </w:rPr>
              <w:t>Universidade Federal da Bahia - UFBA</w:t>
            </w:r>
          </w:p>
        </w:tc>
        <w:tc>
          <w:tcPr>
            <w:tcW w:w="1276" w:type="dxa"/>
          </w:tcPr>
          <w:p w14:paraId="26CC46B7" w14:textId="77777777" w:rsidR="00CC28C8" w:rsidRPr="0056192C" w:rsidRDefault="00000000">
            <w:pPr>
              <w:rPr>
                <w:rFonts w:ascii="Times New Roman" w:hAnsi="Times New Roman" w:cs="Times New Roman"/>
              </w:rPr>
            </w:pPr>
            <w:r w:rsidRPr="0056192C">
              <w:rPr>
                <w:rFonts w:ascii="Times New Roman" w:hAnsi="Times New Roman" w:cs="Times New Roman"/>
              </w:rPr>
              <w:t>Physician</w:t>
            </w:r>
          </w:p>
        </w:tc>
        <w:tc>
          <w:tcPr>
            <w:tcW w:w="1802" w:type="dxa"/>
          </w:tcPr>
          <w:p w14:paraId="05C1A2CA"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272EF051" w14:textId="77777777" w:rsidTr="0056192C">
        <w:tc>
          <w:tcPr>
            <w:tcW w:w="1809" w:type="dxa"/>
          </w:tcPr>
          <w:p w14:paraId="33DCE0D8" w14:textId="77777777" w:rsidR="00CC28C8" w:rsidRPr="0056192C" w:rsidRDefault="00000000">
            <w:pPr>
              <w:rPr>
                <w:rFonts w:ascii="Times New Roman" w:hAnsi="Times New Roman" w:cs="Times New Roman"/>
              </w:rPr>
            </w:pPr>
            <w:proofErr w:type="spellStart"/>
            <w:r w:rsidRPr="0056192C">
              <w:rPr>
                <w:rFonts w:ascii="Times New Roman" w:hAnsi="Times New Roman" w:cs="Times New Roman"/>
              </w:rPr>
              <w:t>Anete</w:t>
            </w:r>
            <w:proofErr w:type="spellEnd"/>
            <w:r w:rsidRPr="0056192C">
              <w:rPr>
                <w:rFonts w:ascii="Times New Roman" w:hAnsi="Times New Roman" w:cs="Times New Roman"/>
              </w:rPr>
              <w:t xml:space="preserve"> </w:t>
            </w:r>
            <w:proofErr w:type="spellStart"/>
            <w:r w:rsidRPr="0056192C">
              <w:rPr>
                <w:rFonts w:ascii="Times New Roman" w:hAnsi="Times New Roman" w:cs="Times New Roman"/>
              </w:rPr>
              <w:t>Sevciovic</w:t>
            </w:r>
            <w:proofErr w:type="spellEnd"/>
            <w:r w:rsidRPr="0056192C">
              <w:rPr>
                <w:rFonts w:ascii="Times New Roman" w:hAnsi="Times New Roman" w:cs="Times New Roman"/>
              </w:rPr>
              <w:t xml:space="preserve"> </w:t>
            </w:r>
            <w:proofErr w:type="spellStart"/>
            <w:r w:rsidRPr="0056192C">
              <w:rPr>
                <w:rFonts w:ascii="Times New Roman" w:hAnsi="Times New Roman" w:cs="Times New Roman"/>
              </w:rPr>
              <w:t>Grumach</w:t>
            </w:r>
            <w:proofErr w:type="spellEnd"/>
          </w:p>
        </w:tc>
        <w:tc>
          <w:tcPr>
            <w:tcW w:w="3969" w:type="dxa"/>
          </w:tcPr>
          <w:p w14:paraId="3BAA81D4" w14:textId="79C541D9" w:rsidR="00CC28C8" w:rsidRPr="0056192C" w:rsidRDefault="0056192C">
            <w:pPr>
              <w:rPr>
                <w:rFonts w:ascii="Times New Roman" w:hAnsi="Times New Roman" w:cs="Times New Roman"/>
                <w:lang w:val="pt-PT"/>
              </w:rPr>
            </w:pPr>
            <w:r w:rsidRPr="0056192C">
              <w:rPr>
                <w:rFonts w:ascii="Times New Roman" w:hAnsi="Times New Roman" w:cs="Times New Roman"/>
                <w:lang w:val="pt-PT"/>
              </w:rPr>
              <w:t>Centro Universitário Faculdade de Medicina do ABC (FMABC)</w:t>
            </w:r>
          </w:p>
        </w:tc>
        <w:tc>
          <w:tcPr>
            <w:tcW w:w="1276" w:type="dxa"/>
          </w:tcPr>
          <w:p w14:paraId="1743872C" w14:textId="77777777" w:rsidR="00CC28C8" w:rsidRPr="0056192C" w:rsidRDefault="00000000" w:rsidP="0056192C">
            <w:pPr>
              <w:ind w:left="720" w:hanging="720"/>
              <w:rPr>
                <w:rFonts w:ascii="Times New Roman" w:hAnsi="Times New Roman" w:cs="Times New Roman"/>
              </w:rPr>
            </w:pPr>
            <w:r w:rsidRPr="0056192C">
              <w:rPr>
                <w:rFonts w:ascii="Times New Roman" w:hAnsi="Times New Roman" w:cs="Times New Roman"/>
              </w:rPr>
              <w:t>Coordinator</w:t>
            </w:r>
          </w:p>
        </w:tc>
        <w:tc>
          <w:tcPr>
            <w:tcW w:w="1802" w:type="dxa"/>
          </w:tcPr>
          <w:p w14:paraId="14A55EB5"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5C70EAC2" w14:textId="77777777" w:rsidTr="0056192C">
        <w:tc>
          <w:tcPr>
            <w:tcW w:w="1809" w:type="dxa"/>
          </w:tcPr>
          <w:p w14:paraId="4EC60D7F" w14:textId="77777777" w:rsidR="00CC28C8" w:rsidRPr="0056192C" w:rsidRDefault="00000000">
            <w:pPr>
              <w:rPr>
                <w:rFonts w:ascii="Times New Roman" w:hAnsi="Times New Roman" w:cs="Times New Roman"/>
                <w:lang w:val="pt-PT"/>
              </w:rPr>
            </w:pPr>
            <w:proofErr w:type="spellStart"/>
            <w:r w:rsidRPr="0056192C">
              <w:rPr>
                <w:rFonts w:ascii="Times New Roman" w:hAnsi="Times New Roman" w:cs="Times New Roman"/>
                <w:lang w:val="pt-PT"/>
              </w:rPr>
              <w:t>Marcia</w:t>
            </w:r>
            <w:proofErr w:type="spellEnd"/>
            <w:r w:rsidRPr="0056192C">
              <w:rPr>
                <w:rFonts w:ascii="Times New Roman" w:hAnsi="Times New Roman" w:cs="Times New Roman"/>
                <w:lang w:val="pt-PT"/>
              </w:rPr>
              <w:t xml:space="preserve"> Maria Costa Giacon </w:t>
            </w:r>
            <w:proofErr w:type="spellStart"/>
            <w:r w:rsidRPr="0056192C">
              <w:rPr>
                <w:rFonts w:ascii="Times New Roman" w:hAnsi="Times New Roman" w:cs="Times New Roman"/>
                <w:lang w:val="pt-PT"/>
              </w:rPr>
              <w:t>Giiusti</w:t>
            </w:r>
            <w:proofErr w:type="spellEnd"/>
          </w:p>
        </w:tc>
        <w:tc>
          <w:tcPr>
            <w:tcW w:w="3969" w:type="dxa"/>
          </w:tcPr>
          <w:p w14:paraId="1F009236" w14:textId="77777777" w:rsidR="00CC28C8" w:rsidRPr="0056192C" w:rsidRDefault="00000000">
            <w:pPr>
              <w:rPr>
                <w:rFonts w:ascii="Times New Roman" w:hAnsi="Times New Roman" w:cs="Times New Roman"/>
              </w:rPr>
            </w:pPr>
            <w:r w:rsidRPr="0056192C">
              <w:rPr>
                <w:rFonts w:ascii="Times New Roman" w:hAnsi="Times New Roman" w:cs="Times New Roman"/>
              </w:rPr>
              <w:t>INSTITUTO JO CLEMENTE</w:t>
            </w:r>
          </w:p>
        </w:tc>
        <w:tc>
          <w:tcPr>
            <w:tcW w:w="1276" w:type="dxa"/>
          </w:tcPr>
          <w:p w14:paraId="73F5E99F" w14:textId="77777777" w:rsidR="00CC28C8" w:rsidRPr="0056192C" w:rsidRDefault="00000000">
            <w:pPr>
              <w:rPr>
                <w:rFonts w:ascii="Times New Roman" w:hAnsi="Times New Roman" w:cs="Times New Roman"/>
              </w:rPr>
            </w:pPr>
            <w:r w:rsidRPr="0056192C">
              <w:rPr>
                <w:rFonts w:ascii="Times New Roman" w:hAnsi="Times New Roman" w:cs="Times New Roman"/>
              </w:rPr>
              <w:t>Physician</w:t>
            </w:r>
          </w:p>
        </w:tc>
        <w:tc>
          <w:tcPr>
            <w:tcW w:w="1802" w:type="dxa"/>
          </w:tcPr>
          <w:p w14:paraId="3C1067F5"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579D05F4" w14:textId="77777777" w:rsidTr="0056192C">
        <w:tc>
          <w:tcPr>
            <w:tcW w:w="1809" w:type="dxa"/>
          </w:tcPr>
          <w:p w14:paraId="5B844D53" w14:textId="77777777" w:rsidR="00CC28C8" w:rsidRPr="0056192C" w:rsidRDefault="00000000">
            <w:pPr>
              <w:rPr>
                <w:rFonts w:ascii="Times New Roman" w:hAnsi="Times New Roman" w:cs="Times New Roman"/>
                <w:lang w:val="pt-PT"/>
              </w:rPr>
            </w:pPr>
            <w:proofErr w:type="spellStart"/>
            <w:r w:rsidRPr="0056192C">
              <w:rPr>
                <w:rFonts w:ascii="Times New Roman" w:hAnsi="Times New Roman" w:cs="Times New Roman"/>
                <w:lang w:val="pt-PT"/>
              </w:rPr>
              <w:t>Ney</w:t>
            </w:r>
            <w:proofErr w:type="spellEnd"/>
            <w:r w:rsidRPr="0056192C">
              <w:rPr>
                <w:rFonts w:ascii="Times New Roman" w:hAnsi="Times New Roman" w:cs="Times New Roman"/>
                <w:lang w:val="pt-PT"/>
              </w:rPr>
              <w:t xml:space="preserve"> Cristian Amaral Boa Sorte</w:t>
            </w:r>
          </w:p>
        </w:tc>
        <w:tc>
          <w:tcPr>
            <w:tcW w:w="3969" w:type="dxa"/>
          </w:tcPr>
          <w:p w14:paraId="7D975306" w14:textId="77777777" w:rsidR="00CC28C8" w:rsidRPr="0056192C" w:rsidRDefault="00000000">
            <w:pPr>
              <w:rPr>
                <w:rFonts w:ascii="Times New Roman" w:hAnsi="Times New Roman" w:cs="Times New Roman"/>
              </w:rPr>
            </w:pPr>
            <w:r w:rsidRPr="0056192C">
              <w:rPr>
                <w:rFonts w:ascii="Times New Roman" w:hAnsi="Times New Roman" w:cs="Times New Roman"/>
              </w:rPr>
              <w:t>HUPES-UFBA-EBSERH</w:t>
            </w:r>
          </w:p>
        </w:tc>
        <w:tc>
          <w:tcPr>
            <w:tcW w:w="1276" w:type="dxa"/>
          </w:tcPr>
          <w:p w14:paraId="31590045" w14:textId="77777777" w:rsidR="00CC28C8" w:rsidRPr="0056192C" w:rsidRDefault="00000000">
            <w:pPr>
              <w:rPr>
                <w:rFonts w:ascii="Times New Roman" w:hAnsi="Times New Roman" w:cs="Times New Roman"/>
              </w:rPr>
            </w:pPr>
            <w:r w:rsidRPr="0056192C">
              <w:rPr>
                <w:rFonts w:ascii="Times New Roman" w:hAnsi="Times New Roman" w:cs="Times New Roman"/>
              </w:rPr>
              <w:t>Physician</w:t>
            </w:r>
          </w:p>
        </w:tc>
        <w:tc>
          <w:tcPr>
            <w:tcW w:w="1802" w:type="dxa"/>
          </w:tcPr>
          <w:p w14:paraId="3E6C30E8"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74A84F0C" w14:textId="77777777" w:rsidTr="0056192C">
        <w:tc>
          <w:tcPr>
            <w:tcW w:w="1809" w:type="dxa"/>
          </w:tcPr>
          <w:p w14:paraId="3DFA3B08" w14:textId="77777777" w:rsidR="00CC28C8" w:rsidRPr="0056192C" w:rsidRDefault="00000000">
            <w:pPr>
              <w:rPr>
                <w:rFonts w:ascii="Times New Roman" w:hAnsi="Times New Roman" w:cs="Times New Roman"/>
              </w:rPr>
            </w:pPr>
            <w:proofErr w:type="spellStart"/>
            <w:r w:rsidRPr="0056192C">
              <w:rPr>
                <w:rFonts w:ascii="Times New Roman" w:hAnsi="Times New Roman" w:cs="Times New Roman"/>
              </w:rPr>
              <w:t>Marcial</w:t>
            </w:r>
            <w:proofErr w:type="spellEnd"/>
            <w:r w:rsidRPr="0056192C">
              <w:rPr>
                <w:rFonts w:ascii="Times New Roman" w:hAnsi="Times New Roman" w:cs="Times New Roman"/>
              </w:rPr>
              <w:t xml:space="preserve"> Francis Galeta</w:t>
            </w:r>
          </w:p>
        </w:tc>
        <w:tc>
          <w:tcPr>
            <w:tcW w:w="3969" w:type="dxa"/>
          </w:tcPr>
          <w:p w14:paraId="43B77022" w14:textId="77777777" w:rsidR="00CC28C8" w:rsidRPr="0056192C" w:rsidRDefault="00000000">
            <w:pPr>
              <w:rPr>
                <w:rFonts w:ascii="Times New Roman" w:hAnsi="Times New Roman" w:cs="Times New Roman"/>
                <w:lang w:val="pt-PT"/>
              </w:rPr>
            </w:pPr>
            <w:r w:rsidRPr="0056192C">
              <w:rPr>
                <w:rFonts w:ascii="Times New Roman" w:hAnsi="Times New Roman" w:cs="Times New Roman"/>
                <w:lang w:val="pt-PT"/>
              </w:rPr>
              <w:t>Universidade Federal de Mato Grosso</w:t>
            </w:r>
          </w:p>
        </w:tc>
        <w:tc>
          <w:tcPr>
            <w:tcW w:w="1276" w:type="dxa"/>
          </w:tcPr>
          <w:p w14:paraId="6F55941A" w14:textId="77777777" w:rsidR="00CC28C8" w:rsidRPr="0056192C" w:rsidRDefault="00000000">
            <w:pPr>
              <w:rPr>
                <w:rFonts w:ascii="Times New Roman" w:hAnsi="Times New Roman" w:cs="Times New Roman"/>
              </w:rPr>
            </w:pPr>
            <w:r w:rsidRPr="0056192C">
              <w:rPr>
                <w:rFonts w:ascii="Times New Roman" w:hAnsi="Times New Roman" w:cs="Times New Roman"/>
              </w:rPr>
              <w:t>Professor</w:t>
            </w:r>
          </w:p>
        </w:tc>
        <w:tc>
          <w:tcPr>
            <w:tcW w:w="1802" w:type="dxa"/>
          </w:tcPr>
          <w:p w14:paraId="411F9BC9"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40AF0CDD" w14:textId="77777777" w:rsidTr="0056192C">
        <w:tc>
          <w:tcPr>
            <w:tcW w:w="1809" w:type="dxa"/>
          </w:tcPr>
          <w:p w14:paraId="77ED882D" w14:textId="77777777" w:rsidR="00CC28C8" w:rsidRPr="0056192C" w:rsidRDefault="00000000">
            <w:pPr>
              <w:rPr>
                <w:rFonts w:ascii="Times New Roman" w:hAnsi="Times New Roman" w:cs="Times New Roman"/>
              </w:rPr>
            </w:pPr>
            <w:proofErr w:type="spellStart"/>
            <w:r w:rsidRPr="0056192C">
              <w:rPr>
                <w:rFonts w:ascii="Times New Roman" w:hAnsi="Times New Roman" w:cs="Times New Roman"/>
              </w:rPr>
              <w:t>Erlane</w:t>
            </w:r>
            <w:proofErr w:type="spellEnd"/>
            <w:r w:rsidRPr="0056192C">
              <w:rPr>
                <w:rFonts w:ascii="Times New Roman" w:hAnsi="Times New Roman" w:cs="Times New Roman"/>
              </w:rPr>
              <w:t xml:space="preserve"> Marques Ribeiro</w:t>
            </w:r>
          </w:p>
        </w:tc>
        <w:tc>
          <w:tcPr>
            <w:tcW w:w="3969" w:type="dxa"/>
          </w:tcPr>
          <w:p w14:paraId="6E8E1A42" w14:textId="33CE2BCC" w:rsidR="00CC28C8" w:rsidRPr="0056192C" w:rsidRDefault="0056192C" w:rsidP="0056192C">
            <w:pPr>
              <w:rPr>
                <w:rFonts w:ascii="Times New Roman" w:hAnsi="Times New Roman" w:cs="Times New Roman"/>
              </w:rPr>
            </w:pPr>
            <w:r w:rsidRPr="0056192C">
              <w:rPr>
                <w:rFonts w:ascii="Times New Roman" w:hAnsi="Times New Roman" w:cs="Times New Roman"/>
                <w:lang w:val="pt-PT"/>
              </w:rPr>
              <w:t xml:space="preserve">Hospital Infantil </w:t>
            </w:r>
            <w:proofErr w:type="spellStart"/>
            <w:r w:rsidRPr="0056192C">
              <w:rPr>
                <w:rFonts w:ascii="Times New Roman" w:hAnsi="Times New Roman" w:cs="Times New Roman"/>
                <w:lang w:val="pt-PT"/>
              </w:rPr>
              <w:t>Albert</w:t>
            </w:r>
            <w:proofErr w:type="spellEnd"/>
            <w:r w:rsidRPr="0056192C">
              <w:rPr>
                <w:rFonts w:ascii="Times New Roman" w:hAnsi="Times New Roman" w:cs="Times New Roman"/>
                <w:lang w:val="pt-PT"/>
              </w:rPr>
              <w:t xml:space="preserve"> </w:t>
            </w:r>
            <w:proofErr w:type="spellStart"/>
            <w:r w:rsidRPr="0056192C">
              <w:rPr>
                <w:rFonts w:ascii="Times New Roman" w:hAnsi="Times New Roman" w:cs="Times New Roman"/>
                <w:lang w:val="pt-PT"/>
              </w:rPr>
              <w:t>Sabin</w:t>
            </w:r>
            <w:proofErr w:type="spellEnd"/>
            <w:r>
              <w:rPr>
                <w:rFonts w:ascii="Times New Roman" w:hAnsi="Times New Roman" w:cs="Times New Roman"/>
                <w:lang w:val="pt-PT"/>
              </w:rPr>
              <w:t xml:space="preserve"> - </w:t>
            </w:r>
            <w:r w:rsidRPr="0056192C">
              <w:rPr>
                <w:rFonts w:ascii="Times New Roman" w:hAnsi="Times New Roman" w:cs="Times New Roman"/>
              </w:rPr>
              <w:t>HIAS</w:t>
            </w:r>
          </w:p>
        </w:tc>
        <w:tc>
          <w:tcPr>
            <w:tcW w:w="1276" w:type="dxa"/>
          </w:tcPr>
          <w:p w14:paraId="5C92562D" w14:textId="77777777" w:rsidR="00CC28C8" w:rsidRPr="0056192C" w:rsidRDefault="00000000">
            <w:pPr>
              <w:rPr>
                <w:rFonts w:ascii="Times New Roman" w:hAnsi="Times New Roman" w:cs="Times New Roman"/>
              </w:rPr>
            </w:pPr>
            <w:r w:rsidRPr="0056192C">
              <w:rPr>
                <w:rFonts w:ascii="Times New Roman" w:hAnsi="Times New Roman" w:cs="Times New Roman"/>
              </w:rPr>
              <w:t>Other</w:t>
            </w:r>
          </w:p>
        </w:tc>
        <w:tc>
          <w:tcPr>
            <w:tcW w:w="1802" w:type="dxa"/>
          </w:tcPr>
          <w:p w14:paraId="7500F474"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17DFE013" w14:textId="77777777" w:rsidTr="0056192C">
        <w:tc>
          <w:tcPr>
            <w:tcW w:w="1809" w:type="dxa"/>
          </w:tcPr>
          <w:p w14:paraId="168D448B" w14:textId="77777777" w:rsidR="00CC28C8" w:rsidRPr="0056192C" w:rsidRDefault="00000000">
            <w:pPr>
              <w:rPr>
                <w:rFonts w:ascii="Times New Roman" w:hAnsi="Times New Roman" w:cs="Times New Roman"/>
                <w:lang w:val="pt-PT"/>
              </w:rPr>
            </w:pPr>
            <w:r w:rsidRPr="0056192C">
              <w:rPr>
                <w:rFonts w:ascii="Times New Roman" w:hAnsi="Times New Roman" w:cs="Times New Roman"/>
                <w:lang w:val="pt-PT"/>
              </w:rPr>
              <w:t>Maria Teresinha De Oliveira Cardoso</w:t>
            </w:r>
          </w:p>
        </w:tc>
        <w:tc>
          <w:tcPr>
            <w:tcW w:w="3969" w:type="dxa"/>
          </w:tcPr>
          <w:p w14:paraId="448B3C32" w14:textId="57D23B9D" w:rsidR="00CC28C8" w:rsidRPr="0056192C" w:rsidRDefault="00000000">
            <w:pPr>
              <w:rPr>
                <w:rFonts w:ascii="Times New Roman" w:hAnsi="Times New Roman" w:cs="Times New Roman"/>
                <w:lang w:val="pt-PT"/>
              </w:rPr>
            </w:pPr>
            <w:r w:rsidRPr="0056192C">
              <w:rPr>
                <w:rFonts w:ascii="Times New Roman" w:hAnsi="Times New Roman" w:cs="Times New Roman"/>
                <w:lang w:val="pt-PT"/>
              </w:rPr>
              <w:t>UCB</w:t>
            </w:r>
            <w:r w:rsidR="0056192C" w:rsidRPr="0056192C">
              <w:rPr>
                <w:rFonts w:ascii="Times New Roman" w:hAnsi="Times New Roman" w:cs="Times New Roman"/>
                <w:lang w:val="pt-PT"/>
              </w:rPr>
              <w:t xml:space="preserve"> - Universidade </w:t>
            </w:r>
            <w:r w:rsidRPr="0056192C">
              <w:rPr>
                <w:rFonts w:ascii="Times New Roman" w:hAnsi="Times New Roman" w:cs="Times New Roman"/>
                <w:lang w:val="pt-PT"/>
              </w:rPr>
              <w:t>Cat</w:t>
            </w:r>
            <w:r w:rsidR="0056192C" w:rsidRPr="0056192C">
              <w:rPr>
                <w:rFonts w:ascii="Times New Roman" w:hAnsi="Times New Roman" w:cs="Times New Roman"/>
                <w:lang w:val="pt-PT"/>
              </w:rPr>
              <w:t>ó</w:t>
            </w:r>
            <w:r w:rsidRPr="0056192C">
              <w:rPr>
                <w:rFonts w:ascii="Times New Roman" w:hAnsi="Times New Roman" w:cs="Times New Roman"/>
                <w:lang w:val="pt-PT"/>
              </w:rPr>
              <w:t xml:space="preserve">lica de </w:t>
            </w:r>
            <w:r w:rsidR="0056192C" w:rsidRPr="0056192C">
              <w:rPr>
                <w:rFonts w:ascii="Times New Roman" w:hAnsi="Times New Roman" w:cs="Times New Roman"/>
                <w:lang w:val="pt-PT"/>
              </w:rPr>
              <w:t>Brasília</w:t>
            </w:r>
          </w:p>
        </w:tc>
        <w:tc>
          <w:tcPr>
            <w:tcW w:w="1276" w:type="dxa"/>
          </w:tcPr>
          <w:p w14:paraId="2C9130BE" w14:textId="77777777" w:rsidR="00CC28C8" w:rsidRPr="0056192C" w:rsidRDefault="00000000">
            <w:pPr>
              <w:rPr>
                <w:rFonts w:ascii="Times New Roman" w:hAnsi="Times New Roman" w:cs="Times New Roman"/>
              </w:rPr>
            </w:pPr>
            <w:r w:rsidRPr="0056192C">
              <w:rPr>
                <w:rFonts w:ascii="Times New Roman" w:hAnsi="Times New Roman" w:cs="Times New Roman"/>
              </w:rPr>
              <w:t>Other</w:t>
            </w:r>
          </w:p>
        </w:tc>
        <w:tc>
          <w:tcPr>
            <w:tcW w:w="1802" w:type="dxa"/>
          </w:tcPr>
          <w:p w14:paraId="5907B60C"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00B55C81" w14:textId="77777777" w:rsidTr="0056192C">
        <w:tc>
          <w:tcPr>
            <w:tcW w:w="1809" w:type="dxa"/>
          </w:tcPr>
          <w:p w14:paraId="7B2DD71D" w14:textId="77777777" w:rsidR="00CC28C8" w:rsidRPr="0056192C" w:rsidRDefault="00000000">
            <w:pPr>
              <w:rPr>
                <w:rFonts w:ascii="Times New Roman" w:hAnsi="Times New Roman" w:cs="Times New Roman"/>
              </w:rPr>
            </w:pPr>
            <w:r w:rsidRPr="0056192C">
              <w:rPr>
                <w:rFonts w:ascii="Times New Roman" w:hAnsi="Times New Roman" w:cs="Times New Roman"/>
              </w:rPr>
              <w:t xml:space="preserve">Flavia Reseda </w:t>
            </w:r>
            <w:proofErr w:type="spellStart"/>
            <w:r w:rsidRPr="0056192C">
              <w:rPr>
                <w:rFonts w:ascii="Times New Roman" w:hAnsi="Times New Roman" w:cs="Times New Roman"/>
              </w:rPr>
              <w:t>Brandao</w:t>
            </w:r>
            <w:proofErr w:type="spellEnd"/>
          </w:p>
        </w:tc>
        <w:tc>
          <w:tcPr>
            <w:tcW w:w="3969" w:type="dxa"/>
          </w:tcPr>
          <w:p w14:paraId="28A2783C" w14:textId="5D71D1FC" w:rsidR="00CC28C8" w:rsidRPr="0056192C" w:rsidRDefault="00000000">
            <w:pPr>
              <w:rPr>
                <w:rFonts w:ascii="Times New Roman" w:hAnsi="Times New Roman" w:cs="Times New Roman"/>
                <w:lang w:val="pt-PT"/>
              </w:rPr>
            </w:pPr>
            <w:r w:rsidRPr="0056192C">
              <w:rPr>
                <w:rFonts w:ascii="Times New Roman" w:hAnsi="Times New Roman" w:cs="Times New Roman"/>
                <w:lang w:val="pt-PT"/>
              </w:rPr>
              <w:t>CEDEBA</w:t>
            </w:r>
            <w:r w:rsidR="0056192C" w:rsidRPr="0056192C">
              <w:rPr>
                <w:rFonts w:ascii="Times New Roman" w:hAnsi="Times New Roman" w:cs="Times New Roman"/>
                <w:lang w:val="pt-PT"/>
              </w:rPr>
              <w:t xml:space="preserve"> - </w:t>
            </w:r>
            <w:r w:rsidR="0056192C" w:rsidRPr="0056192C">
              <w:rPr>
                <w:rFonts w:ascii="Times New Roman" w:hAnsi="Times New Roman" w:cs="Times New Roman"/>
                <w:lang w:val="pt-PT"/>
              </w:rPr>
              <w:t>Centro de Referência Estadual para Assistência ao Diabetes e Endocrinologia</w:t>
            </w:r>
          </w:p>
        </w:tc>
        <w:tc>
          <w:tcPr>
            <w:tcW w:w="1276" w:type="dxa"/>
          </w:tcPr>
          <w:p w14:paraId="7BEB63A5" w14:textId="77777777" w:rsidR="00CC28C8" w:rsidRPr="0056192C" w:rsidRDefault="00000000">
            <w:pPr>
              <w:rPr>
                <w:rFonts w:ascii="Times New Roman" w:hAnsi="Times New Roman" w:cs="Times New Roman"/>
              </w:rPr>
            </w:pPr>
            <w:r w:rsidRPr="0056192C">
              <w:rPr>
                <w:rFonts w:ascii="Times New Roman" w:hAnsi="Times New Roman" w:cs="Times New Roman"/>
              </w:rPr>
              <w:t>Other</w:t>
            </w:r>
          </w:p>
        </w:tc>
        <w:tc>
          <w:tcPr>
            <w:tcW w:w="1802" w:type="dxa"/>
          </w:tcPr>
          <w:p w14:paraId="105AA695"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r w:rsidR="00CC28C8" w:rsidRPr="0056192C" w14:paraId="27495E2B" w14:textId="77777777" w:rsidTr="0056192C">
        <w:tc>
          <w:tcPr>
            <w:tcW w:w="1809" w:type="dxa"/>
          </w:tcPr>
          <w:p w14:paraId="48AA6115" w14:textId="77777777" w:rsidR="00CC28C8" w:rsidRPr="0056192C" w:rsidRDefault="00000000">
            <w:pPr>
              <w:rPr>
                <w:rFonts w:ascii="Times New Roman" w:hAnsi="Times New Roman" w:cs="Times New Roman"/>
              </w:rPr>
            </w:pPr>
            <w:r w:rsidRPr="0056192C">
              <w:rPr>
                <w:rFonts w:ascii="Times New Roman" w:hAnsi="Times New Roman" w:cs="Times New Roman"/>
              </w:rPr>
              <w:t>Fabiana Freire Almeida Silva</w:t>
            </w:r>
          </w:p>
        </w:tc>
        <w:tc>
          <w:tcPr>
            <w:tcW w:w="3969" w:type="dxa"/>
          </w:tcPr>
          <w:p w14:paraId="4B5B4084" w14:textId="1E393D84" w:rsidR="00CC28C8" w:rsidRPr="0056192C" w:rsidRDefault="0056192C" w:rsidP="0056192C">
            <w:pPr>
              <w:rPr>
                <w:rFonts w:ascii="Times New Roman" w:hAnsi="Times New Roman" w:cs="Times New Roman"/>
                <w:lang w:val="pt-PT"/>
              </w:rPr>
            </w:pPr>
            <w:r w:rsidRPr="0056192C">
              <w:rPr>
                <w:rFonts w:ascii="Times New Roman" w:hAnsi="Times New Roman" w:cs="Times New Roman"/>
                <w:lang w:val="pt-PT"/>
              </w:rPr>
              <w:t>CEDEBA - Centro de Referência Estadual para Assistência ao Diabetes e Endocrinologia</w:t>
            </w:r>
          </w:p>
        </w:tc>
        <w:tc>
          <w:tcPr>
            <w:tcW w:w="1276" w:type="dxa"/>
          </w:tcPr>
          <w:p w14:paraId="06C6DDC0" w14:textId="77777777" w:rsidR="00CC28C8" w:rsidRPr="0056192C" w:rsidRDefault="00000000">
            <w:pPr>
              <w:rPr>
                <w:rFonts w:ascii="Times New Roman" w:hAnsi="Times New Roman" w:cs="Times New Roman"/>
              </w:rPr>
            </w:pPr>
            <w:r w:rsidRPr="0056192C">
              <w:rPr>
                <w:rFonts w:ascii="Times New Roman" w:hAnsi="Times New Roman" w:cs="Times New Roman"/>
              </w:rPr>
              <w:t>Physician</w:t>
            </w:r>
          </w:p>
        </w:tc>
        <w:tc>
          <w:tcPr>
            <w:tcW w:w="1802" w:type="dxa"/>
          </w:tcPr>
          <w:p w14:paraId="1635C168" w14:textId="77777777" w:rsidR="00CC28C8" w:rsidRPr="0056192C" w:rsidRDefault="00000000">
            <w:pPr>
              <w:rPr>
                <w:rFonts w:ascii="Times New Roman" w:hAnsi="Times New Roman" w:cs="Times New Roman"/>
              </w:rPr>
            </w:pPr>
            <w:r w:rsidRPr="0056192C">
              <w:rPr>
                <w:rFonts w:ascii="Times New Roman" w:hAnsi="Times New Roman" w:cs="Times New Roman"/>
              </w:rPr>
              <w:t>Delphi Panelist – Round 1 and/or 2</w:t>
            </w:r>
          </w:p>
        </w:tc>
      </w:tr>
    </w:tbl>
    <w:p w14:paraId="44AE519E" w14:textId="77777777" w:rsidR="00EC6153" w:rsidRDefault="00EC6153" w:rsidP="0056192C"/>
    <w:sectPr w:rsidR="00EC615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abstractNum w:abstractNumId="9" w15:restartNumberingAfterBreak="0">
    <w:nsid w:val="044E4A15"/>
    <w:multiLevelType w:val="hybridMultilevel"/>
    <w:tmpl w:val="A9D25560"/>
    <w:lvl w:ilvl="0" w:tplc="23D898BA">
      <w:numFmt w:val="bullet"/>
      <w:lvlText w:val="-"/>
      <w:lvlJc w:val="left"/>
      <w:pPr>
        <w:ind w:left="410" w:hanging="360"/>
      </w:pPr>
      <w:rPr>
        <w:rFonts w:ascii="Cambria" w:eastAsiaTheme="minorEastAsia" w:hAnsi="Cambria" w:cstheme="minorBidi" w:hint="default"/>
      </w:rPr>
    </w:lvl>
    <w:lvl w:ilvl="1" w:tplc="08160003" w:tentative="1">
      <w:start w:val="1"/>
      <w:numFmt w:val="bullet"/>
      <w:lvlText w:val="o"/>
      <w:lvlJc w:val="left"/>
      <w:pPr>
        <w:ind w:left="1130" w:hanging="360"/>
      </w:pPr>
      <w:rPr>
        <w:rFonts w:ascii="Courier New" w:hAnsi="Courier New" w:cs="Courier New" w:hint="default"/>
      </w:rPr>
    </w:lvl>
    <w:lvl w:ilvl="2" w:tplc="08160005" w:tentative="1">
      <w:start w:val="1"/>
      <w:numFmt w:val="bullet"/>
      <w:lvlText w:val=""/>
      <w:lvlJc w:val="left"/>
      <w:pPr>
        <w:ind w:left="1850" w:hanging="360"/>
      </w:pPr>
      <w:rPr>
        <w:rFonts w:ascii="Wingdings" w:hAnsi="Wingdings" w:hint="default"/>
      </w:rPr>
    </w:lvl>
    <w:lvl w:ilvl="3" w:tplc="08160001" w:tentative="1">
      <w:start w:val="1"/>
      <w:numFmt w:val="bullet"/>
      <w:lvlText w:val=""/>
      <w:lvlJc w:val="left"/>
      <w:pPr>
        <w:ind w:left="2570" w:hanging="360"/>
      </w:pPr>
      <w:rPr>
        <w:rFonts w:ascii="Symbol" w:hAnsi="Symbol" w:hint="default"/>
      </w:rPr>
    </w:lvl>
    <w:lvl w:ilvl="4" w:tplc="08160003" w:tentative="1">
      <w:start w:val="1"/>
      <w:numFmt w:val="bullet"/>
      <w:lvlText w:val="o"/>
      <w:lvlJc w:val="left"/>
      <w:pPr>
        <w:ind w:left="3290" w:hanging="360"/>
      </w:pPr>
      <w:rPr>
        <w:rFonts w:ascii="Courier New" w:hAnsi="Courier New" w:cs="Courier New" w:hint="default"/>
      </w:rPr>
    </w:lvl>
    <w:lvl w:ilvl="5" w:tplc="08160005" w:tentative="1">
      <w:start w:val="1"/>
      <w:numFmt w:val="bullet"/>
      <w:lvlText w:val=""/>
      <w:lvlJc w:val="left"/>
      <w:pPr>
        <w:ind w:left="4010" w:hanging="360"/>
      </w:pPr>
      <w:rPr>
        <w:rFonts w:ascii="Wingdings" w:hAnsi="Wingdings" w:hint="default"/>
      </w:rPr>
    </w:lvl>
    <w:lvl w:ilvl="6" w:tplc="08160001" w:tentative="1">
      <w:start w:val="1"/>
      <w:numFmt w:val="bullet"/>
      <w:lvlText w:val=""/>
      <w:lvlJc w:val="left"/>
      <w:pPr>
        <w:ind w:left="4730" w:hanging="360"/>
      </w:pPr>
      <w:rPr>
        <w:rFonts w:ascii="Symbol" w:hAnsi="Symbol" w:hint="default"/>
      </w:rPr>
    </w:lvl>
    <w:lvl w:ilvl="7" w:tplc="08160003" w:tentative="1">
      <w:start w:val="1"/>
      <w:numFmt w:val="bullet"/>
      <w:lvlText w:val="o"/>
      <w:lvlJc w:val="left"/>
      <w:pPr>
        <w:ind w:left="5450" w:hanging="360"/>
      </w:pPr>
      <w:rPr>
        <w:rFonts w:ascii="Courier New" w:hAnsi="Courier New" w:cs="Courier New" w:hint="default"/>
      </w:rPr>
    </w:lvl>
    <w:lvl w:ilvl="8" w:tplc="08160005" w:tentative="1">
      <w:start w:val="1"/>
      <w:numFmt w:val="bullet"/>
      <w:lvlText w:val=""/>
      <w:lvlJc w:val="left"/>
      <w:pPr>
        <w:ind w:left="6170" w:hanging="360"/>
      </w:pPr>
      <w:rPr>
        <w:rFonts w:ascii="Wingdings" w:hAnsi="Wingdings" w:hint="default"/>
      </w:rPr>
    </w:lvl>
  </w:abstractNum>
  <w:num w:numId="1" w16cid:durableId="821460826">
    <w:abstractNumId w:val="8"/>
  </w:num>
  <w:num w:numId="2" w16cid:durableId="1671057030">
    <w:abstractNumId w:val="6"/>
  </w:num>
  <w:num w:numId="3" w16cid:durableId="1213805716">
    <w:abstractNumId w:val="5"/>
  </w:num>
  <w:num w:numId="4" w16cid:durableId="851913057">
    <w:abstractNumId w:val="4"/>
  </w:num>
  <w:num w:numId="5" w16cid:durableId="2076313499">
    <w:abstractNumId w:val="7"/>
  </w:num>
  <w:num w:numId="6" w16cid:durableId="793987217">
    <w:abstractNumId w:val="3"/>
  </w:num>
  <w:num w:numId="7" w16cid:durableId="1468007369">
    <w:abstractNumId w:val="2"/>
  </w:num>
  <w:num w:numId="8" w16cid:durableId="58291709">
    <w:abstractNumId w:val="1"/>
  </w:num>
  <w:num w:numId="9" w16cid:durableId="705642825">
    <w:abstractNumId w:val="0"/>
  </w:num>
  <w:num w:numId="10" w16cid:durableId="204682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6192C"/>
    <w:rsid w:val="006A7EBC"/>
    <w:rsid w:val="00AA1D8D"/>
    <w:rsid w:val="00B47730"/>
    <w:rsid w:val="00CB0664"/>
    <w:rsid w:val="00CC28C8"/>
    <w:rsid w:val="00EC61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A7CBC"/>
  <w14:defaultImageDpi w14:val="300"/>
  <w15:docId w15:val="{14C2AF5F-C32A-40A4-9702-A53B260D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E618BF"/>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arter">
    <w:name w:val="Título 1 Caráter"/>
    <w:basedOn w:val="Tipodeletrapredefinidodopargraf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basedOn w:val="Tipodeletrapredefinidodopargrafo"/>
    <w:link w:val="Corpodetexto"/>
    <w:uiPriority w:val="99"/>
    <w:rsid w:val="00AA1D8D"/>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basedOn w:val="Tipodeletrapredefinidodopargrafo"/>
    <w:link w:val="Corpodetexto2"/>
    <w:uiPriority w:val="99"/>
    <w:rsid w:val="00AA1D8D"/>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basedOn w:val="Tipodeletrapredefinidodopargraf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5"/>
      </w:numPr>
      <w:contextualSpacing/>
    </w:pPr>
  </w:style>
  <w:style w:type="paragraph" w:styleId="Listanumerada2">
    <w:name w:val="List Number 2"/>
    <w:basedOn w:val="Normal"/>
    <w:uiPriority w:val="99"/>
    <w:unhideWhenUsed/>
    <w:rsid w:val="0029639D"/>
    <w:pPr>
      <w:numPr>
        <w:numId w:val="6"/>
      </w:numPr>
      <w:contextualSpacing/>
    </w:pPr>
  </w:style>
  <w:style w:type="paragraph" w:styleId="Listanumerada3">
    <w:name w:val="List Number 3"/>
    <w:basedOn w:val="Normal"/>
    <w:uiPriority w:val="99"/>
    <w:unhideWhenUsed/>
    <w:rsid w:val="0029639D"/>
    <w:pPr>
      <w:numPr>
        <w:numId w:val="7"/>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basedOn w:val="Tipodeletrapredefinidodopargrafo"/>
    <w:link w:val="Textodemacro"/>
    <w:uiPriority w:val="99"/>
    <w:rsid w:val="0029639D"/>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basedOn w:val="Tipodeletrapredefinidodopargrafo"/>
    <w:link w:val="Citao"/>
    <w:uiPriority w:val="29"/>
    <w:rsid w:val="00FC693F"/>
    <w:rPr>
      <w:i/>
      <w:iCs/>
      <w:color w:val="000000" w:themeColor="text1"/>
    </w:rPr>
  </w:style>
  <w:style w:type="character" w:customStyle="1" w:styleId="Ttulo4Carter">
    <w:name w:val="Título 4 Caráter"/>
    <w:basedOn w:val="Tipodeletrapredefinidodopargraf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Tipodeletrapredefinidodopargrafo"/>
    <w:uiPriority w:val="22"/>
    <w:qFormat/>
    <w:rsid w:val="00FC693F"/>
    <w:rPr>
      <w:b/>
      <w:bCs/>
    </w:rPr>
  </w:style>
  <w:style w:type="character" w:styleId="nfase">
    <w:name w:val="Emphasis"/>
    <w:basedOn w:val="Tipodeletrapredefinidodopargrafo"/>
    <w:uiPriority w:val="20"/>
    <w:qFormat/>
    <w:rsid w:val="00FC693F"/>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FC693F"/>
    <w:rPr>
      <w:b/>
      <w:bCs/>
      <w:i/>
      <w:iCs/>
      <w:color w:val="4F81BD" w:themeColor="accent1"/>
    </w:rPr>
  </w:style>
  <w:style w:type="character" w:styleId="nfaseDiscreta">
    <w:name w:val="Subtle Emphasis"/>
    <w:basedOn w:val="Tipodeletrapredefinidodopargrafo"/>
    <w:uiPriority w:val="19"/>
    <w:qFormat/>
    <w:rsid w:val="00FC693F"/>
    <w:rPr>
      <w:i/>
      <w:iCs/>
      <w:color w:val="808080" w:themeColor="text1" w:themeTint="7F"/>
    </w:rPr>
  </w:style>
  <w:style w:type="character" w:styleId="nfaseIntensa">
    <w:name w:val="Intense Emphasis"/>
    <w:basedOn w:val="Tipodeletrapredefinidodopargrafo"/>
    <w:uiPriority w:val="21"/>
    <w:qFormat/>
    <w:rsid w:val="00FC693F"/>
    <w:rPr>
      <w:b/>
      <w:bCs/>
      <w:i/>
      <w:iCs/>
      <w:color w:val="4F81BD" w:themeColor="accent1"/>
    </w:rPr>
  </w:style>
  <w:style w:type="character" w:styleId="RefernciaDiscreta">
    <w:name w:val="Subtle Reference"/>
    <w:basedOn w:val="Tipodeletrapredefinidodopargrafo"/>
    <w:uiPriority w:val="31"/>
    <w:qFormat/>
    <w:rsid w:val="00FC693F"/>
    <w:rPr>
      <w:smallCaps/>
      <w:color w:val="C0504D" w:themeColor="accent2"/>
      <w:u w:val="single"/>
    </w:rPr>
  </w:style>
  <w:style w:type="character" w:styleId="RefernciaIntensa">
    <w:name w:val="Intense Reference"/>
    <w:basedOn w:val="Tipodeletrapredefinidodopargrafo"/>
    <w:uiPriority w:val="32"/>
    <w:qFormat/>
    <w:rsid w:val="00FC693F"/>
    <w:rPr>
      <w:b/>
      <w:bCs/>
      <w:smallCaps/>
      <w:color w:val="C0504D" w:themeColor="accent2"/>
      <w:spacing w:val="5"/>
      <w:u w:val="single"/>
    </w:rPr>
  </w:style>
  <w:style w:type="character" w:styleId="TtulodoLivro">
    <w:name w:val="Book Title"/>
    <w:basedOn w:val="Tipodeletrapredefinidodopargrafo"/>
    <w:uiPriority w:val="33"/>
    <w:qFormat/>
    <w:rsid w:val="00FC693F"/>
    <w:rPr>
      <w:b/>
      <w:bCs/>
      <w:smallCaps/>
      <w:spacing w:val="5"/>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694">
      <w:bodyDiv w:val="1"/>
      <w:marLeft w:val="0"/>
      <w:marRight w:val="0"/>
      <w:marTop w:val="0"/>
      <w:marBottom w:val="0"/>
      <w:divBdr>
        <w:top w:val="none" w:sz="0" w:space="0" w:color="auto"/>
        <w:left w:val="none" w:sz="0" w:space="0" w:color="auto"/>
        <w:bottom w:val="none" w:sz="0" w:space="0" w:color="auto"/>
        <w:right w:val="none" w:sz="0" w:space="0" w:color="auto"/>
      </w:divBdr>
      <w:divsChild>
        <w:div w:id="1404402741">
          <w:marLeft w:val="0"/>
          <w:marRight w:val="0"/>
          <w:marTop w:val="0"/>
          <w:marBottom w:val="0"/>
          <w:divBdr>
            <w:top w:val="none" w:sz="0" w:space="0" w:color="auto"/>
            <w:left w:val="none" w:sz="0" w:space="0" w:color="auto"/>
            <w:bottom w:val="none" w:sz="0" w:space="0" w:color="auto"/>
            <w:right w:val="none" w:sz="0" w:space="0" w:color="auto"/>
          </w:divBdr>
          <w:divsChild>
            <w:div w:id="385303589">
              <w:marLeft w:val="0"/>
              <w:marRight w:val="0"/>
              <w:marTop w:val="0"/>
              <w:marBottom w:val="0"/>
              <w:divBdr>
                <w:top w:val="none" w:sz="0" w:space="0" w:color="auto"/>
                <w:left w:val="none" w:sz="0" w:space="0" w:color="auto"/>
                <w:bottom w:val="none" w:sz="0" w:space="0" w:color="auto"/>
                <w:right w:val="none" w:sz="0" w:space="0" w:color="auto"/>
              </w:divBdr>
              <w:divsChild>
                <w:div w:id="140903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799055">
      <w:bodyDiv w:val="1"/>
      <w:marLeft w:val="0"/>
      <w:marRight w:val="0"/>
      <w:marTop w:val="0"/>
      <w:marBottom w:val="0"/>
      <w:divBdr>
        <w:top w:val="none" w:sz="0" w:space="0" w:color="auto"/>
        <w:left w:val="none" w:sz="0" w:space="0" w:color="auto"/>
        <w:bottom w:val="none" w:sz="0" w:space="0" w:color="auto"/>
        <w:right w:val="none" w:sz="0" w:space="0" w:color="auto"/>
      </w:divBdr>
      <w:divsChild>
        <w:div w:id="243684733">
          <w:marLeft w:val="0"/>
          <w:marRight w:val="0"/>
          <w:marTop w:val="0"/>
          <w:marBottom w:val="0"/>
          <w:divBdr>
            <w:top w:val="none" w:sz="0" w:space="0" w:color="auto"/>
            <w:left w:val="none" w:sz="0" w:space="0" w:color="auto"/>
            <w:bottom w:val="none" w:sz="0" w:space="0" w:color="auto"/>
            <w:right w:val="none" w:sz="0" w:space="0" w:color="auto"/>
          </w:divBdr>
          <w:divsChild>
            <w:div w:id="1527327203">
              <w:marLeft w:val="0"/>
              <w:marRight w:val="0"/>
              <w:marTop w:val="0"/>
              <w:marBottom w:val="0"/>
              <w:divBdr>
                <w:top w:val="none" w:sz="0" w:space="0" w:color="auto"/>
                <w:left w:val="none" w:sz="0" w:space="0" w:color="auto"/>
                <w:bottom w:val="none" w:sz="0" w:space="0" w:color="auto"/>
                <w:right w:val="none" w:sz="0" w:space="0" w:color="auto"/>
              </w:divBdr>
              <w:divsChild>
                <w:div w:id="14066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98552">
      <w:bodyDiv w:val="1"/>
      <w:marLeft w:val="0"/>
      <w:marRight w:val="0"/>
      <w:marTop w:val="0"/>
      <w:marBottom w:val="0"/>
      <w:divBdr>
        <w:top w:val="none" w:sz="0" w:space="0" w:color="auto"/>
        <w:left w:val="none" w:sz="0" w:space="0" w:color="auto"/>
        <w:bottom w:val="none" w:sz="0" w:space="0" w:color="auto"/>
        <w:right w:val="none" w:sz="0" w:space="0" w:color="auto"/>
      </w:divBdr>
      <w:divsChild>
        <w:div w:id="1770156412">
          <w:marLeft w:val="0"/>
          <w:marRight w:val="0"/>
          <w:marTop w:val="0"/>
          <w:marBottom w:val="0"/>
          <w:divBdr>
            <w:top w:val="none" w:sz="0" w:space="0" w:color="auto"/>
            <w:left w:val="none" w:sz="0" w:space="0" w:color="auto"/>
            <w:bottom w:val="none" w:sz="0" w:space="0" w:color="auto"/>
            <w:right w:val="none" w:sz="0" w:space="0" w:color="auto"/>
          </w:divBdr>
          <w:divsChild>
            <w:div w:id="1552040257">
              <w:marLeft w:val="0"/>
              <w:marRight w:val="0"/>
              <w:marTop w:val="0"/>
              <w:marBottom w:val="60"/>
              <w:divBdr>
                <w:top w:val="none" w:sz="0" w:space="0" w:color="auto"/>
                <w:left w:val="none" w:sz="0" w:space="0" w:color="auto"/>
                <w:bottom w:val="none" w:sz="0" w:space="0" w:color="auto"/>
                <w:right w:val="none" w:sz="0" w:space="0" w:color="auto"/>
              </w:divBdr>
              <w:divsChild>
                <w:div w:id="11932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26856">
      <w:bodyDiv w:val="1"/>
      <w:marLeft w:val="0"/>
      <w:marRight w:val="0"/>
      <w:marTop w:val="0"/>
      <w:marBottom w:val="0"/>
      <w:divBdr>
        <w:top w:val="none" w:sz="0" w:space="0" w:color="auto"/>
        <w:left w:val="none" w:sz="0" w:space="0" w:color="auto"/>
        <w:bottom w:val="none" w:sz="0" w:space="0" w:color="auto"/>
        <w:right w:val="none" w:sz="0" w:space="0" w:color="auto"/>
      </w:divBdr>
      <w:divsChild>
        <w:div w:id="905072070">
          <w:marLeft w:val="0"/>
          <w:marRight w:val="0"/>
          <w:marTop w:val="0"/>
          <w:marBottom w:val="0"/>
          <w:divBdr>
            <w:top w:val="none" w:sz="0" w:space="0" w:color="auto"/>
            <w:left w:val="none" w:sz="0" w:space="0" w:color="auto"/>
            <w:bottom w:val="none" w:sz="0" w:space="0" w:color="auto"/>
            <w:right w:val="none" w:sz="0" w:space="0" w:color="auto"/>
          </w:divBdr>
          <w:divsChild>
            <w:div w:id="859011212">
              <w:marLeft w:val="0"/>
              <w:marRight w:val="0"/>
              <w:marTop w:val="0"/>
              <w:marBottom w:val="0"/>
              <w:divBdr>
                <w:top w:val="none" w:sz="0" w:space="0" w:color="auto"/>
                <w:left w:val="none" w:sz="0" w:space="0" w:color="auto"/>
                <w:bottom w:val="none" w:sz="0" w:space="0" w:color="auto"/>
                <w:right w:val="none" w:sz="0" w:space="0" w:color="auto"/>
              </w:divBdr>
              <w:divsChild>
                <w:div w:id="21379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6210">
      <w:bodyDiv w:val="1"/>
      <w:marLeft w:val="0"/>
      <w:marRight w:val="0"/>
      <w:marTop w:val="0"/>
      <w:marBottom w:val="0"/>
      <w:divBdr>
        <w:top w:val="none" w:sz="0" w:space="0" w:color="auto"/>
        <w:left w:val="none" w:sz="0" w:space="0" w:color="auto"/>
        <w:bottom w:val="none" w:sz="0" w:space="0" w:color="auto"/>
        <w:right w:val="none" w:sz="0" w:space="0" w:color="auto"/>
      </w:divBdr>
      <w:divsChild>
        <w:div w:id="1179927882">
          <w:marLeft w:val="0"/>
          <w:marRight w:val="0"/>
          <w:marTop w:val="0"/>
          <w:marBottom w:val="0"/>
          <w:divBdr>
            <w:top w:val="none" w:sz="0" w:space="0" w:color="auto"/>
            <w:left w:val="none" w:sz="0" w:space="0" w:color="auto"/>
            <w:bottom w:val="none" w:sz="0" w:space="0" w:color="auto"/>
            <w:right w:val="none" w:sz="0" w:space="0" w:color="auto"/>
          </w:divBdr>
          <w:divsChild>
            <w:div w:id="1460369281">
              <w:marLeft w:val="0"/>
              <w:marRight w:val="0"/>
              <w:marTop w:val="0"/>
              <w:marBottom w:val="60"/>
              <w:divBdr>
                <w:top w:val="none" w:sz="0" w:space="0" w:color="auto"/>
                <w:left w:val="none" w:sz="0" w:space="0" w:color="auto"/>
                <w:bottom w:val="none" w:sz="0" w:space="0" w:color="auto"/>
                <w:right w:val="none" w:sz="0" w:space="0" w:color="auto"/>
              </w:divBdr>
              <w:divsChild>
                <w:div w:id="19005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07651">
      <w:bodyDiv w:val="1"/>
      <w:marLeft w:val="0"/>
      <w:marRight w:val="0"/>
      <w:marTop w:val="0"/>
      <w:marBottom w:val="0"/>
      <w:divBdr>
        <w:top w:val="none" w:sz="0" w:space="0" w:color="auto"/>
        <w:left w:val="none" w:sz="0" w:space="0" w:color="auto"/>
        <w:bottom w:val="none" w:sz="0" w:space="0" w:color="auto"/>
        <w:right w:val="none" w:sz="0" w:space="0" w:color="auto"/>
      </w:divBdr>
      <w:divsChild>
        <w:div w:id="1180046562">
          <w:marLeft w:val="0"/>
          <w:marRight w:val="0"/>
          <w:marTop w:val="0"/>
          <w:marBottom w:val="0"/>
          <w:divBdr>
            <w:top w:val="none" w:sz="0" w:space="0" w:color="auto"/>
            <w:left w:val="none" w:sz="0" w:space="0" w:color="auto"/>
            <w:bottom w:val="none" w:sz="0" w:space="0" w:color="auto"/>
            <w:right w:val="none" w:sz="0" w:space="0" w:color="auto"/>
          </w:divBdr>
          <w:divsChild>
            <w:div w:id="1721634482">
              <w:marLeft w:val="0"/>
              <w:marRight w:val="0"/>
              <w:marTop w:val="0"/>
              <w:marBottom w:val="60"/>
              <w:divBdr>
                <w:top w:val="none" w:sz="0" w:space="0" w:color="auto"/>
                <w:left w:val="none" w:sz="0" w:space="0" w:color="auto"/>
                <w:bottom w:val="none" w:sz="0" w:space="0" w:color="auto"/>
                <w:right w:val="none" w:sz="0" w:space="0" w:color="auto"/>
              </w:divBdr>
              <w:divsChild>
                <w:div w:id="2330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78938">
      <w:bodyDiv w:val="1"/>
      <w:marLeft w:val="0"/>
      <w:marRight w:val="0"/>
      <w:marTop w:val="0"/>
      <w:marBottom w:val="0"/>
      <w:divBdr>
        <w:top w:val="none" w:sz="0" w:space="0" w:color="auto"/>
        <w:left w:val="none" w:sz="0" w:space="0" w:color="auto"/>
        <w:bottom w:val="none" w:sz="0" w:space="0" w:color="auto"/>
        <w:right w:val="none" w:sz="0" w:space="0" w:color="auto"/>
      </w:divBdr>
      <w:divsChild>
        <w:div w:id="1216308423">
          <w:marLeft w:val="0"/>
          <w:marRight w:val="0"/>
          <w:marTop w:val="0"/>
          <w:marBottom w:val="0"/>
          <w:divBdr>
            <w:top w:val="none" w:sz="0" w:space="0" w:color="auto"/>
            <w:left w:val="none" w:sz="0" w:space="0" w:color="auto"/>
            <w:bottom w:val="none" w:sz="0" w:space="0" w:color="auto"/>
            <w:right w:val="none" w:sz="0" w:space="0" w:color="auto"/>
          </w:divBdr>
          <w:divsChild>
            <w:div w:id="405762768">
              <w:marLeft w:val="0"/>
              <w:marRight w:val="0"/>
              <w:marTop w:val="0"/>
              <w:marBottom w:val="0"/>
              <w:divBdr>
                <w:top w:val="none" w:sz="0" w:space="0" w:color="auto"/>
                <w:left w:val="none" w:sz="0" w:space="0" w:color="auto"/>
                <w:bottom w:val="none" w:sz="0" w:space="0" w:color="auto"/>
                <w:right w:val="none" w:sz="0" w:space="0" w:color="auto"/>
              </w:divBdr>
              <w:divsChild>
                <w:div w:id="1677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361019">
      <w:bodyDiv w:val="1"/>
      <w:marLeft w:val="0"/>
      <w:marRight w:val="0"/>
      <w:marTop w:val="0"/>
      <w:marBottom w:val="0"/>
      <w:divBdr>
        <w:top w:val="none" w:sz="0" w:space="0" w:color="auto"/>
        <w:left w:val="none" w:sz="0" w:space="0" w:color="auto"/>
        <w:bottom w:val="none" w:sz="0" w:space="0" w:color="auto"/>
        <w:right w:val="none" w:sz="0" w:space="0" w:color="auto"/>
      </w:divBdr>
      <w:divsChild>
        <w:div w:id="2040815326">
          <w:marLeft w:val="0"/>
          <w:marRight w:val="0"/>
          <w:marTop w:val="0"/>
          <w:marBottom w:val="0"/>
          <w:divBdr>
            <w:top w:val="none" w:sz="0" w:space="0" w:color="auto"/>
            <w:left w:val="none" w:sz="0" w:space="0" w:color="auto"/>
            <w:bottom w:val="none" w:sz="0" w:space="0" w:color="auto"/>
            <w:right w:val="none" w:sz="0" w:space="0" w:color="auto"/>
          </w:divBdr>
          <w:divsChild>
            <w:div w:id="1432552758">
              <w:marLeft w:val="0"/>
              <w:marRight w:val="0"/>
              <w:marTop w:val="0"/>
              <w:marBottom w:val="0"/>
              <w:divBdr>
                <w:top w:val="none" w:sz="0" w:space="0" w:color="auto"/>
                <w:left w:val="none" w:sz="0" w:space="0" w:color="auto"/>
                <w:bottom w:val="none" w:sz="0" w:space="0" w:color="auto"/>
                <w:right w:val="none" w:sz="0" w:space="0" w:color="auto"/>
              </w:divBdr>
              <w:divsChild>
                <w:div w:id="21310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251689">
      <w:bodyDiv w:val="1"/>
      <w:marLeft w:val="0"/>
      <w:marRight w:val="0"/>
      <w:marTop w:val="0"/>
      <w:marBottom w:val="0"/>
      <w:divBdr>
        <w:top w:val="none" w:sz="0" w:space="0" w:color="auto"/>
        <w:left w:val="none" w:sz="0" w:space="0" w:color="auto"/>
        <w:bottom w:val="none" w:sz="0" w:space="0" w:color="auto"/>
        <w:right w:val="none" w:sz="0" w:space="0" w:color="auto"/>
      </w:divBdr>
      <w:divsChild>
        <w:div w:id="2042900377">
          <w:marLeft w:val="0"/>
          <w:marRight w:val="0"/>
          <w:marTop w:val="0"/>
          <w:marBottom w:val="0"/>
          <w:divBdr>
            <w:top w:val="none" w:sz="0" w:space="0" w:color="auto"/>
            <w:left w:val="none" w:sz="0" w:space="0" w:color="auto"/>
            <w:bottom w:val="none" w:sz="0" w:space="0" w:color="auto"/>
            <w:right w:val="none" w:sz="0" w:space="0" w:color="auto"/>
          </w:divBdr>
          <w:divsChild>
            <w:div w:id="1572420565">
              <w:marLeft w:val="0"/>
              <w:marRight w:val="0"/>
              <w:marTop w:val="0"/>
              <w:marBottom w:val="0"/>
              <w:divBdr>
                <w:top w:val="none" w:sz="0" w:space="0" w:color="auto"/>
                <w:left w:val="none" w:sz="0" w:space="0" w:color="auto"/>
                <w:bottom w:val="none" w:sz="0" w:space="0" w:color="auto"/>
                <w:right w:val="none" w:sz="0" w:space="0" w:color="auto"/>
              </w:divBdr>
              <w:divsChild>
                <w:div w:id="16585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1356">
      <w:bodyDiv w:val="1"/>
      <w:marLeft w:val="0"/>
      <w:marRight w:val="0"/>
      <w:marTop w:val="0"/>
      <w:marBottom w:val="0"/>
      <w:divBdr>
        <w:top w:val="none" w:sz="0" w:space="0" w:color="auto"/>
        <w:left w:val="none" w:sz="0" w:space="0" w:color="auto"/>
        <w:bottom w:val="none" w:sz="0" w:space="0" w:color="auto"/>
        <w:right w:val="none" w:sz="0" w:space="0" w:color="auto"/>
      </w:divBdr>
      <w:divsChild>
        <w:div w:id="782842835">
          <w:marLeft w:val="0"/>
          <w:marRight w:val="0"/>
          <w:marTop w:val="0"/>
          <w:marBottom w:val="0"/>
          <w:divBdr>
            <w:top w:val="none" w:sz="0" w:space="0" w:color="auto"/>
            <w:left w:val="none" w:sz="0" w:space="0" w:color="auto"/>
            <w:bottom w:val="none" w:sz="0" w:space="0" w:color="auto"/>
            <w:right w:val="none" w:sz="0" w:space="0" w:color="auto"/>
          </w:divBdr>
          <w:divsChild>
            <w:div w:id="848719704">
              <w:marLeft w:val="0"/>
              <w:marRight w:val="0"/>
              <w:marTop w:val="0"/>
              <w:marBottom w:val="60"/>
              <w:divBdr>
                <w:top w:val="none" w:sz="0" w:space="0" w:color="auto"/>
                <w:left w:val="none" w:sz="0" w:space="0" w:color="auto"/>
                <w:bottom w:val="none" w:sz="0" w:space="0" w:color="auto"/>
                <w:right w:val="none" w:sz="0" w:space="0" w:color="auto"/>
              </w:divBdr>
              <w:divsChild>
                <w:div w:id="7399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Filipe Bernardi</cp:lastModifiedBy>
  <cp:revision>2</cp:revision>
  <dcterms:created xsi:type="dcterms:W3CDTF">2013-12-23T23:15:00Z</dcterms:created>
  <dcterms:modified xsi:type="dcterms:W3CDTF">2025-05-04T09:40:00Z</dcterms:modified>
  <cp:category/>
</cp:coreProperties>
</file>