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B134" w14:textId="77777777" w:rsidR="00BB1AC0" w:rsidRPr="00CE3210" w:rsidRDefault="00BB1AC0" w:rsidP="00BB1AC0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204834916"/>
      <w:bookmarkStart w:id="1" w:name="_Hlk215930196"/>
      <w:r w:rsidRPr="00CE3210">
        <w:rPr>
          <w:rFonts w:asciiTheme="majorBidi" w:hAnsiTheme="majorBidi" w:cstheme="majorBidi"/>
          <w:b/>
          <w:bCs/>
          <w:sz w:val="24"/>
          <w:szCs w:val="24"/>
        </w:rPr>
        <w:t>Prevalence and Antimicrobial Resistance of Foodborne Microorganisms in Egypt Identified by MALDI-TOF MS</w:t>
      </w:r>
    </w:p>
    <w:p w14:paraId="7F02054C" w14:textId="4D0F9FF7" w:rsidR="006C2A86" w:rsidRPr="00CE3210" w:rsidRDefault="00BB1AC0" w:rsidP="00BB1AC0">
      <w:pPr>
        <w:rPr>
          <w:rFonts w:asciiTheme="majorBidi" w:hAnsiTheme="majorBidi" w:cstheme="majorBidi"/>
          <w:sz w:val="24"/>
          <w:szCs w:val="24"/>
          <w:vertAlign w:val="superscript"/>
        </w:rPr>
      </w:pPr>
      <w:r w:rsidRPr="00CE3210">
        <w:rPr>
          <w:rFonts w:asciiTheme="majorBidi" w:hAnsiTheme="majorBidi" w:cstheme="majorBidi"/>
          <w:b/>
          <w:bCs/>
          <w:sz w:val="24"/>
          <w:szCs w:val="24"/>
        </w:rPr>
        <w:br/>
      </w:r>
      <w:r w:rsidR="006C2A86" w:rsidRPr="00CE3210">
        <w:rPr>
          <w:rFonts w:asciiTheme="majorBidi" w:hAnsiTheme="majorBidi" w:cstheme="majorBidi"/>
          <w:sz w:val="24"/>
          <w:szCs w:val="24"/>
        </w:rPr>
        <w:t>Sayed E. El-Sayed</w:t>
      </w:r>
      <w:r w:rsidR="006C2A86" w:rsidRPr="00CE3210">
        <w:rPr>
          <w:rFonts w:asciiTheme="majorBidi" w:hAnsiTheme="majorBidi" w:cstheme="majorBidi"/>
          <w:sz w:val="24"/>
          <w:szCs w:val="24"/>
          <w:vertAlign w:val="superscript"/>
        </w:rPr>
        <w:t>1*</w:t>
      </w:r>
    </w:p>
    <w:p w14:paraId="0B923A6F" w14:textId="77777777" w:rsidR="006C2A86" w:rsidRPr="00CE3210" w:rsidRDefault="006C2A86" w:rsidP="006C2A86">
      <w:pPr>
        <w:rPr>
          <w:rFonts w:asciiTheme="majorBidi" w:hAnsiTheme="majorBidi" w:cstheme="majorBidi"/>
          <w:sz w:val="24"/>
          <w:szCs w:val="24"/>
        </w:rPr>
      </w:pPr>
      <w:bookmarkStart w:id="2" w:name="_Hlk204835038"/>
      <w:bookmarkEnd w:id="0"/>
      <w:r w:rsidRPr="00CE3210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E3210">
        <w:rPr>
          <w:rFonts w:asciiTheme="majorBidi" w:hAnsiTheme="majorBidi" w:cstheme="majorBidi"/>
          <w:sz w:val="24"/>
          <w:szCs w:val="24"/>
        </w:rPr>
        <w:t xml:space="preserve">Department of Microbiology and Immunology, Faculty of Pharmacy, </w:t>
      </w:r>
      <w:bookmarkStart w:id="3" w:name="_Hlk190897260"/>
      <w:r w:rsidRPr="00CE3210">
        <w:rPr>
          <w:rFonts w:asciiTheme="majorBidi" w:hAnsiTheme="majorBidi" w:cstheme="majorBidi"/>
          <w:sz w:val="24"/>
          <w:szCs w:val="24"/>
        </w:rPr>
        <w:t>Ahram Canadian University, Sixth of October City, Giza 12451, Egypt</w:t>
      </w:r>
    </w:p>
    <w:bookmarkEnd w:id="2"/>
    <w:bookmarkEnd w:id="3"/>
    <w:p w14:paraId="03D877B0" w14:textId="77777777" w:rsidR="006C2A86" w:rsidRPr="00CE3210" w:rsidRDefault="006C2A86" w:rsidP="006C2A8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E3210">
        <w:rPr>
          <w:rFonts w:asciiTheme="majorBidi" w:hAnsiTheme="majorBidi" w:cstheme="majorBidi"/>
          <w:sz w:val="24"/>
          <w:szCs w:val="24"/>
        </w:rPr>
        <w:t xml:space="preserve">* </w:t>
      </w:r>
      <w:r w:rsidRPr="00CE3210">
        <w:rPr>
          <w:rFonts w:asciiTheme="majorBidi" w:hAnsiTheme="majorBidi" w:cstheme="majorBidi"/>
          <w:b/>
          <w:bCs/>
          <w:sz w:val="24"/>
          <w:szCs w:val="24"/>
        </w:rPr>
        <w:t xml:space="preserve">Corresponding Author: </w:t>
      </w:r>
    </w:p>
    <w:p w14:paraId="227459BB" w14:textId="77777777" w:rsidR="006C2A86" w:rsidRPr="00CE3210" w:rsidRDefault="006C2A86" w:rsidP="006C2A86">
      <w:pPr>
        <w:rPr>
          <w:rFonts w:asciiTheme="majorBidi" w:hAnsiTheme="majorBidi" w:cstheme="majorBidi"/>
          <w:sz w:val="24"/>
          <w:szCs w:val="24"/>
        </w:rPr>
      </w:pPr>
      <w:r w:rsidRPr="00CE3210">
        <w:rPr>
          <w:rFonts w:asciiTheme="majorBidi" w:hAnsiTheme="majorBidi" w:cstheme="majorBidi"/>
          <w:sz w:val="24"/>
          <w:szCs w:val="24"/>
          <w:u w:val="single"/>
        </w:rPr>
        <w:t>Address:</w:t>
      </w:r>
      <w:r w:rsidRPr="00CE3210">
        <w:rPr>
          <w:rFonts w:asciiTheme="majorBidi" w:hAnsiTheme="majorBidi" w:cstheme="majorBidi"/>
          <w:sz w:val="24"/>
          <w:szCs w:val="24"/>
        </w:rPr>
        <w:t xml:space="preserve"> Department of Microbiology and Immunology, Faculty of Pharmacy, Ahram Canadian University, Sixth of October City, Giza 12451, Egypt</w:t>
      </w:r>
    </w:p>
    <w:p w14:paraId="64A316A6" w14:textId="77777777" w:rsidR="006C2A86" w:rsidRPr="00DF6A0E" w:rsidRDefault="006C2A86" w:rsidP="006C2A86">
      <w:pPr>
        <w:rPr>
          <w:rFonts w:asciiTheme="majorBidi" w:hAnsiTheme="majorBidi" w:cstheme="majorBidi"/>
          <w:sz w:val="24"/>
          <w:szCs w:val="24"/>
          <w:u w:val="single"/>
        </w:rPr>
      </w:pPr>
      <w:r w:rsidRPr="00DF6A0E">
        <w:rPr>
          <w:rFonts w:asciiTheme="majorBidi" w:hAnsiTheme="majorBidi" w:cstheme="majorBidi"/>
          <w:sz w:val="24"/>
          <w:szCs w:val="24"/>
          <w:u w:val="single"/>
        </w:rPr>
        <w:t xml:space="preserve">E-mail: </w:t>
      </w:r>
      <w:hyperlink r:id="rId7" w:history="1">
        <w:r w:rsidRPr="00DF6A0E">
          <w:rPr>
            <w:rStyle w:val="Hyperlink"/>
            <w:rFonts w:asciiTheme="majorBidi" w:hAnsiTheme="majorBidi" w:cstheme="majorBidi"/>
            <w:sz w:val="24"/>
            <w:szCs w:val="24"/>
          </w:rPr>
          <w:t>Sayed.emad@acu.edu.eg</w:t>
        </w:r>
      </w:hyperlink>
    </w:p>
    <w:p w14:paraId="2828129D" w14:textId="77777777" w:rsidR="000D27AD" w:rsidRPr="00DF6A0E" w:rsidRDefault="000D27AD" w:rsidP="000D27AD">
      <w:pPr>
        <w:rPr>
          <w:rFonts w:asciiTheme="majorBidi" w:hAnsiTheme="majorBidi" w:cstheme="majorBidi"/>
          <w:sz w:val="24"/>
          <w:szCs w:val="24"/>
          <w:u w:val="single"/>
        </w:rPr>
      </w:pPr>
      <w:r w:rsidRPr="00DF6A0E">
        <w:rPr>
          <w:rFonts w:asciiTheme="majorBidi" w:hAnsiTheme="majorBidi" w:cstheme="majorBidi"/>
          <w:sz w:val="24"/>
          <w:szCs w:val="24"/>
          <w:u w:val="single"/>
        </w:rPr>
        <w:t>Mobile: +2011-2637-5274</w:t>
      </w:r>
    </w:p>
    <w:p w14:paraId="5FA8D597" w14:textId="718F8DC5" w:rsidR="006C2A86" w:rsidRPr="00CE3210" w:rsidRDefault="006C2A86" w:rsidP="006C2A86">
      <w:pPr>
        <w:rPr>
          <w:u w:val="single"/>
        </w:rPr>
      </w:pPr>
    </w:p>
    <w:p w14:paraId="1E1B807E" w14:textId="77777777" w:rsidR="006C2A86" w:rsidRPr="00CE3210" w:rsidRDefault="006C2A86" w:rsidP="006C2A86">
      <w:pPr>
        <w:rPr>
          <w:u w:val="single"/>
        </w:rPr>
      </w:pPr>
    </w:p>
    <w:p w14:paraId="2F13F74D" w14:textId="77777777" w:rsidR="006C2A86" w:rsidRPr="00CE3210" w:rsidRDefault="006C2A86" w:rsidP="006C2A86">
      <w:pPr>
        <w:rPr>
          <w:u w:val="single"/>
        </w:rPr>
      </w:pPr>
    </w:p>
    <w:p w14:paraId="35501CA4" w14:textId="77777777" w:rsidR="006C2A86" w:rsidRPr="00CE3210" w:rsidRDefault="006C2A86" w:rsidP="006C2A86">
      <w:pPr>
        <w:rPr>
          <w:u w:val="single"/>
        </w:rPr>
      </w:pPr>
    </w:p>
    <w:p w14:paraId="07D412A3" w14:textId="77777777" w:rsidR="006C2A86" w:rsidRPr="00CE3210" w:rsidRDefault="006C2A86" w:rsidP="006C2A86">
      <w:pPr>
        <w:rPr>
          <w:u w:val="single"/>
        </w:rPr>
      </w:pPr>
    </w:p>
    <w:p w14:paraId="5F584981" w14:textId="77777777" w:rsidR="006C2A86" w:rsidRPr="00CE3210" w:rsidRDefault="006C2A86" w:rsidP="006C2A86">
      <w:pPr>
        <w:rPr>
          <w:u w:val="single"/>
        </w:rPr>
      </w:pPr>
    </w:p>
    <w:p w14:paraId="4DB18511" w14:textId="77777777" w:rsidR="006C2A86" w:rsidRPr="00CE3210" w:rsidRDefault="006C2A86" w:rsidP="006C2A86">
      <w:pPr>
        <w:rPr>
          <w:u w:val="single"/>
        </w:rPr>
      </w:pPr>
    </w:p>
    <w:p w14:paraId="3A5BD582" w14:textId="77777777" w:rsidR="006C2A86" w:rsidRPr="00CE3210" w:rsidRDefault="006C2A86" w:rsidP="006C2A86">
      <w:pPr>
        <w:rPr>
          <w:u w:val="single"/>
        </w:rPr>
      </w:pPr>
    </w:p>
    <w:p w14:paraId="2C8D2AD0" w14:textId="77777777" w:rsidR="006C2A86" w:rsidRPr="00CE3210" w:rsidRDefault="006C2A86" w:rsidP="006C2A86">
      <w:pPr>
        <w:rPr>
          <w:u w:val="single"/>
        </w:rPr>
      </w:pPr>
    </w:p>
    <w:p w14:paraId="4698C1FB" w14:textId="77777777" w:rsidR="006C2A86" w:rsidRPr="00CE3210" w:rsidRDefault="006C2A86" w:rsidP="006C2A86">
      <w:pPr>
        <w:rPr>
          <w:u w:val="single"/>
        </w:rPr>
      </w:pPr>
    </w:p>
    <w:p w14:paraId="2E0EF521" w14:textId="77777777" w:rsidR="006C2A86" w:rsidRPr="00CE3210" w:rsidRDefault="006C2A86" w:rsidP="006C2A86">
      <w:pPr>
        <w:rPr>
          <w:u w:val="single"/>
        </w:rPr>
      </w:pPr>
    </w:p>
    <w:p w14:paraId="10FADA01" w14:textId="77777777" w:rsidR="006C2A86" w:rsidRPr="00CE3210" w:rsidRDefault="006C2A86" w:rsidP="006C2A86">
      <w:pPr>
        <w:rPr>
          <w:u w:val="single"/>
        </w:rPr>
      </w:pPr>
    </w:p>
    <w:p w14:paraId="08A99E1A" w14:textId="77777777" w:rsidR="006C2A86" w:rsidRPr="00CE3210" w:rsidRDefault="006C2A86" w:rsidP="006C2A86">
      <w:pPr>
        <w:rPr>
          <w:u w:val="single"/>
        </w:rPr>
      </w:pPr>
    </w:p>
    <w:p w14:paraId="3722A376" w14:textId="77777777" w:rsidR="006C2A86" w:rsidRPr="00CE3210" w:rsidRDefault="006C2A86" w:rsidP="006C2A86">
      <w:pPr>
        <w:rPr>
          <w:u w:val="single"/>
        </w:rPr>
      </w:pPr>
    </w:p>
    <w:p w14:paraId="16727BDC" w14:textId="77777777" w:rsidR="005C60D8" w:rsidRPr="00CE3210" w:rsidRDefault="005C60D8" w:rsidP="006C2A86">
      <w:pPr>
        <w:rPr>
          <w:u w:val="single"/>
        </w:rPr>
      </w:pPr>
    </w:p>
    <w:p w14:paraId="5E88D2DA" w14:textId="77777777" w:rsidR="005C60D8" w:rsidRPr="00CE3210" w:rsidRDefault="005C60D8" w:rsidP="006C2A86">
      <w:pPr>
        <w:rPr>
          <w:u w:val="single"/>
        </w:rPr>
      </w:pPr>
    </w:p>
    <w:p w14:paraId="693AED12" w14:textId="00A622DF" w:rsidR="006C2A86" w:rsidRPr="00CE3210" w:rsidRDefault="006C2A86" w:rsidP="006C2A86">
      <w:pPr>
        <w:rPr>
          <w:rFonts w:asciiTheme="majorBidi" w:hAnsiTheme="majorBidi" w:cstheme="majorBidi"/>
          <w:b/>
          <w:bCs/>
        </w:rPr>
      </w:pPr>
      <w:r w:rsidRPr="00CE3210">
        <w:rPr>
          <w:rFonts w:asciiTheme="majorBidi" w:hAnsiTheme="majorBidi" w:cstheme="majorBidi"/>
          <w:b/>
          <w:bCs/>
        </w:rPr>
        <w:t>TableS1. MALDI-TOF identification results of 133 food samples, detailing each recovered bacterial and fungal species along with their respective MALDI-TOF log scores and estimated microbial loads (CFU/g)</w:t>
      </w:r>
    </w:p>
    <w:p w14:paraId="786AD30F" w14:textId="77777777" w:rsidR="006C2A86" w:rsidRPr="00CE3210" w:rsidRDefault="006C2A86" w:rsidP="006C2A86">
      <w:pPr>
        <w:rPr>
          <w:u w:val="single"/>
        </w:rPr>
      </w:pPr>
    </w:p>
    <w:tbl>
      <w:tblPr>
        <w:tblStyle w:val="TableGrid"/>
        <w:tblpPr w:leftFromText="180" w:rightFromText="180" w:vertAnchor="text" w:tblpY="-143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131"/>
        <w:gridCol w:w="1581"/>
        <w:gridCol w:w="1698"/>
        <w:gridCol w:w="1230"/>
        <w:gridCol w:w="1837"/>
      </w:tblGrid>
      <w:tr w:rsidR="006C2A86" w:rsidRPr="00CE3210" w14:paraId="2F479554" w14:textId="77777777" w:rsidTr="005C60D8">
        <w:trPr>
          <w:trHeight w:val="300"/>
        </w:trPr>
        <w:tc>
          <w:tcPr>
            <w:tcW w:w="97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bookmarkEnd w:id="1"/>
          <w:p w14:paraId="09C24899" w14:textId="7C20A773" w:rsidR="006C2A86" w:rsidRPr="00CE3210" w:rsidRDefault="005C60D8" w:rsidP="006C2A86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proofErr w:type="gramStart"/>
            <w:r w:rsidRPr="00CE3210">
              <w:rPr>
                <w:rFonts w:asciiTheme="majorBidi" w:hAnsiTheme="majorBidi" w:cstheme="majorBidi"/>
                <w:b/>
                <w:bCs/>
              </w:rPr>
              <w:lastRenderedPageBreak/>
              <w:t>Sa</w:t>
            </w:r>
            <w:r w:rsidR="006C2A86" w:rsidRPr="00CE3210">
              <w:rPr>
                <w:rFonts w:asciiTheme="majorBidi" w:hAnsiTheme="majorBidi" w:cstheme="majorBidi"/>
                <w:b/>
                <w:bCs/>
              </w:rPr>
              <w:t>mple  ID</w:t>
            </w:r>
            <w:proofErr w:type="gramEnd"/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67C47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 w:rsidRPr="00CE3210">
              <w:rPr>
                <w:rFonts w:asciiTheme="majorBidi" w:hAnsiTheme="majorBidi" w:cstheme="majorBidi"/>
                <w:b/>
                <w:bCs/>
              </w:rPr>
              <w:t>Food sample name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E9BE0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 w:rsidRPr="00CE3210">
              <w:rPr>
                <w:rFonts w:asciiTheme="majorBidi" w:hAnsiTheme="majorBidi" w:cstheme="majorBidi"/>
                <w:b/>
                <w:bCs/>
              </w:rPr>
              <w:t>Organism identified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2B416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 w:rsidRPr="00CE3210">
              <w:rPr>
                <w:rFonts w:asciiTheme="majorBidi" w:hAnsiTheme="majorBidi" w:cstheme="majorBidi"/>
                <w:b/>
                <w:bCs/>
              </w:rPr>
              <w:t>MALDI-TOF score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78A46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 w:rsidRPr="00CE3210">
              <w:rPr>
                <w:rFonts w:asciiTheme="majorBidi" w:hAnsiTheme="majorBidi" w:cstheme="majorBidi"/>
                <w:b/>
                <w:bCs/>
              </w:rPr>
              <w:t>Estimated load CFU/g</w:t>
            </w:r>
          </w:p>
        </w:tc>
      </w:tr>
      <w:tr w:rsidR="006C2A86" w:rsidRPr="00CE3210" w14:paraId="662E090A" w14:textId="77777777" w:rsidTr="005C60D8">
        <w:trPr>
          <w:trHeight w:val="315"/>
        </w:trPr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68387AC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FT-0001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</w:tcBorders>
            <w:noWrap/>
            <w:hideMark/>
          </w:tcPr>
          <w:p w14:paraId="59CBF42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Turnip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noWrap/>
            <w:hideMark/>
          </w:tcPr>
          <w:p w14:paraId="0062976C" w14:textId="0151AAF5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9241EB" w:rsidRPr="003A4BCD">
              <w:rPr>
                <w:rFonts w:asciiTheme="majorBidi" w:hAnsiTheme="majorBidi" w:cstheme="majorBidi"/>
              </w:rPr>
              <w:t>spp</w:t>
            </w:r>
            <w:r w:rsidR="009241EB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noWrap/>
            <w:hideMark/>
          </w:tcPr>
          <w:p w14:paraId="6157CB7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2.31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noWrap/>
            <w:hideMark/>
          </w:tcPr>
          <w:p w14:paraId="0026A90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7</w:t>
            </w:r>
          </w:p>
        </w:tc>
      </w:tr>
      <w:tr w:rsidR="006C2A86" w:rsidRPr="00CE3210" w14:paraId="7940AF55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0F1DACA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FT-0002</w:t>
            </w:r>
          </w:p>
        </w:tc>
        <w:tc>
          <w:tcPr>
            <w:tcW w:w="1712" w:type="dxa"/>
            <w:gridSpan w:val="2"/>
            <w:noWrap/>
            <w:hideMark/>
          </w:tcPr>
          <w:p w14:paraId="0074AF9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Molokhia</w:t>
            </w:r>
            <w:proofErr w:type="spellEnd"/>
          </w:p>
        </w:tc>
        <w:tc>
          <w:tcPr>
            <w:tcW w:w="1698" w:type="dxa"/>
            <w:noWrap/>
            <w:hideMark/>
          </w:tcPr>
          <w:p w14:paraId="1780636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noWrap/>
            <w:hideMark/>
          </w:tcPr>
          <w:p w14:paraId="33717D4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2.31</w:t>
            </w:r>
          </w:p>
        </w:tc>
        <w:tc>
          <w:tcPr>
            <w:tcW w:w="1837" w:type="dxa"/>
            <w:noWrap/>
            <w:hideMark/>
          </w:tcPr>
          <w:p w14:paraId="23E091A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20585</w:t>
            </w:r>
          </w:p>
        </w:tc>
      </w:tr>
      <w:tr w:rsidR="006C2A86" w:rsidRPr="00CE3210" w14:paraId="2910AB3C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41935B8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FT-0003</w:t>
            </w:r>
          </w:p>
        </w:tc>
        <w:tc>
          <w:tcPr>
            <w:tcW w:w="1712" w:type="dxa"/>
            <w:gridSpan w:val="2"/>
            <w:noWrap/>
            <w:hideMark/>
          </w:tcPr>
          <w:p w14:paraId="4D2A639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Cooked rice</w:t>
            </w:r>
          </w:p>
        </w:tc>
        <w:tc>
          <w:tcPr>
            <w:tcW w:w="1698" w:type="dxa"/>
            <w:noWrap/>
            <w:hideMark/>
          </w:tcPr>
          <w:p w14:paraId="6E3C729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noWrap/>
            <w:hideMark/>
          </w:tcPr>
          <w:p w14:paraId="20062FE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2.45</w:t>
            </w:r>
          </w:p>
        </w:tc>
        <w:tc>
          <w:tcPr>
            <w:tcW w:w="1837" w:type="dxa"/>
            <w:noWrap/>
            <w:hideMark/>
          </w:tcPr>
          <w:p w14:paraId="286796C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5252</w:t>
            </w:r>
          </w:p>
        </w:tc>
      </w:tr>
      <w:tr w:rsidR="006C2A86" w:rsidRPr="00CE3210" w14:paraId="30F60FB2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7F85ED3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FT-0004</w:t>
            </w:r>
          </w:p>
        </w:tc>
        <w:tc>
          <w:tcPr>
            <w:tcW w:w="1712" w:type="dxa"/>
            <w:gridSpan w:val="2"/>
            <w:noWrap/>
            <w:hideMark/>
          </w:tcPr>
          <w:p w14:paraId="4FE96D2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Tumiah</w:t>
            </w:r>
            <w:proofErr w:type="spellEnd"/>
          </w:p>
        </w:tc>
        <w:tc>
          <w:tcPr>
            <w:tcW w:w="1698" w:type="dxa"/>
            <w:noWrap/>
            <w:hideMark/>
          </w:tcPr>
          <w:p w14:paraId="490E6BA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noWrap/>
            <w:hideMark/>
          </w:tcPr>
          <w:p w14:paraId="4943EB3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1837" w:type="dxa"/>
            <w:noWrap/>
            <w:hideMark/>
          </w:tcPr>
          <w:p w14:paraId="4DA43E4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4916154</w:t>
            </w:r>
          </w:p>
        </w:tc>
      </w:tr>
      <w:tr w:rsidR="006C2A86" w:rsidRPr="00CE3210" w14:paraId="409C7C57" w14:textId="77777777" w:rsidTr="005C60D8">
        <w:trPr>
          <w:trHeight w:val="300"/>
        </w:trPr>
        <w:tc>
          <w:tcPr>
            <w:tcW w:w="839" w:type="dxa"/>
            <w:tcBorders>
              <w:bottom w:val="nil"/>
            </w:tcBorders>
            <w:noWrap/>
            <w:hideMark/>
          </w:tcPr>
          <w:p w14:paraId="6AC4FAB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FT-0005</w:t>
            </w:r>
          </w:p>
        </w:tc>
        <w:tc>
          <w:tcPr>
            <w:tcW w:w="1712" w:type="dxa"/>
            <w:gridSpan w:val="2"/>
            <w:tcBorders>
              <w:bottom w:val="nil"/>
            </w:tcBorders>
            <w:noWrap/>
            <w:hideMark/>
          </w:tcPr>
          <w:p w14:paraId="21D2997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Olives</w:t>
            </w:r>
          </w:p>
        </w:tc>
        <w:tc>
          <w:tcPr>
            <w:tcW w:w="1698" w:type="dxa"/>
            <w:tcBorders>
              <w:bottom w:val="nil"/>
            </w:tcBorders>
            <w:noWrap/>
            <w:hideMark/>
          </w:tcPr>
          <w:p w14:paraId="27564E9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Penicillium </w:t>
            </w:r>
            <w:proofErr w:type="spellStart"/>
            <w:r w:rsidRPr="00CE3210">
              <w:rPr>
                <w:rFonts w:asciiTheme="majorBidi" w:hAnsiTheme="majorBidi" w:cstheme="majorBidi"/>
              </w:rPr>
              <w:t>spp</w:t>
            </w:r>
            <w:proofErr w:type="spellEnd"/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3510A61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5AC131B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450499</w:t>
            </w:r>
          </w:p>
        </w:tc>
      </w:tr>
      <w:tr w:rsidR="006C2A86" w:rsidRPr="00CE3210" w14:paraId="34221406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4E5AE70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FT-0006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105EC89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Kushari</w:t>
            </w:r>
            <w:proofErr w:type="spellEnd"/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1F4163A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A97E21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2.34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1FCA6F7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1741</w:t>
            </w:r>
          </w:p>
        </w:tc>
      </w:tr>
      <w:tr w:rsidR="006C2A86" w:rsidRPr="00CE3210" w14:paraId="1A089B56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1A66F91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FT-0007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7B6E585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Kofta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534101C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7FED7A2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2.37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5474A5C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4251616</w:t>
            </w:r>
          </w:p>
        </w:tc>
      </w:tr>
      <w:tr w:rsidR="006C2A86" w:rsidRPr="00CE3210" w14:paraId="670DFCDB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573BF62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FT-0008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325E193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Spinach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5EF9586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Pseudomonas aeruginosa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1EC1149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70401FB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727274</w:t>
            </w:r>
          </w:p>
        </w:tc>
      </w:tr>
      <w:tr w:rsidR="006C2A86" w:rsidRPr="00CE3210" w14:paraId="12B5C256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1EAA591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FT-0009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08299B8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Shawarma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3F407CC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7FEFBD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7C10270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7722470</w:t>
            </w:r>
          </w:p>
        </w:tc>
      </w:tr>
      <w:tr w:rsidR="006C2A86" w:rsidRPr="00CE3210" w14:paraId="532077DD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61ED16B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FT-0010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5F8D2A2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Turnip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45979C9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645F5F6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2.27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39DC4A7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623301</w:t>
            </w:r>
          </w:p>
        </w:tc>
      </w:tr>
      <w:tr w:rsidR="006C2A86" w:rsidRPr="00CE3210" w14:paraId="631DCF53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1FA3369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FT-0011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53715E5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Kushari</w:t>
            </w:r>
            <w:proofErr w:type="spellEnd"/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3F3D57F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F64A48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2.83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43099EC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6379</w:t>
            </w:r>
          </w:p>
        </w:tc>
      </w:tr>
      <w:tr w:rsidR="006C2A86" w:rsidRPr="00CE3210" w14:paraId="66011D75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09A78D7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FT-0012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7BEB517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Minced meat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0DA2364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S. marcescens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308093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2.36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0657811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6364140</w:t>
            </w:r>
          </w:p>
        </w:tc>
      </w:tr>
      <w:tr w:rsidR="006C2A86" w:rsidRPr="00CE3210" w14:paraId="5E88A5A8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53D40F3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FT-0013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095942B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Tomato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40606E9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Pseudomonas aeruginosa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4E7FA57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2.51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11FAD34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755553</w:t>
            </w:r>
          </w:p>
        </w:tc>
      </w:tr>
      <w:tr w:rsidR="006C2A86" w:rsidRPr="00CE3210" w14:paraId="0EA0C60B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3B480DD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FT-0014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564731C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Kushari</w:t>
            </w:r>
            <w:proofErr w:type="spellEnd"/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044DFFEF" w14:textId="4621E482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9241EB" w:rsidRPr="003A4BCD">
              <w:rPr>
                <w:rFonts w:asciiTheme="majorBidi" w:hAnsiTheme="majorBidi" w:cstheme="majorBidi"/>
              </w:rPr>
              <w:t>spp</w:t>
            </w:r>
            <w:r w:rsidR="009241EB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3F60165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2.33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6446E3D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1873</w:t>
            </w:r>
          </w:p>
        </w:tc>
      </w:tr>
      <w:tr w:rsidR="006C2A86" w:rsidRPr="00CE3210" w14:paraId="65717569" w14:textId="77777777" w:rsidTr="005C60D8">
        <w:trPr>
          <w:trHeight w:val="93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48DA5A4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FT-0015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7BC63E2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Fish (fillet)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7F4BD26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1AD4CBD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2.32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709D812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8960923</w:t>
            </w:r>
          </w:p>
        </w:tc>
      </w:tr>
      <w:tr w:rsidR="006C2A86" w:rsidRPr="00CE3210" w14:paraId="67194048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4CB223D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FT-0016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6916FCF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Turnip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31F3C9E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7096716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2.97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568929E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860731</w:t>
            </w:r>
          </w:p>
        </w:tc>
      </w:tr>
      <w:tr w:rsidR="006C2A86" w:rsidRPr="00CE3210" w14:paraId="6EA77C7F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4EC4014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FT-0017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50726CB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Spinach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50C28E5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52DB66D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2.31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4605FC2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489457</w:t>
            </w:r>
          </w:p>
        </w:tc>
      </w:tr>
      <w:tr w:rsidR="006C2A86" w:rsidRPr="00CE3210" w14:paraId="252DB743" w14:textId="77777777" w:rsidTr="005C60D8">
        <w:trPr>
          <w:trHeight w:val="31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2A5FF88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FT-0018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3ECEAF4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Parsley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1A264AC0" w14:textId="7431B473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9241EB" w:rsidRPr="003A4BCD">
              <w:rPr>
                <w:rFonts w:asciiTheme="majorBidi" w:hAnsiTheme="majorBidi" w:cstheme="majorBidi"/>
              </w:rPr>
              <w:t>spp</w:t>
            </w:r>
            <w:r w:rsidR="009241EB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4A0E5E1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243BCCD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237645</w:t>
            </w:r>
          </w:p>
        </w:tc>
      </w:tr>
      <w:tr w:rsidR="006C2A86" w:rsidRPr="00CE3210" w14:paraId="79021029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65DC3B7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FT-0019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4CE1171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Tumiah</w:t>
            </w:r>
            <w:proofErr w:type="spellEnd"/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723EF02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738F96C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2.33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66983A5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451457</w:t>
            </w:r>
          </w:p>
        </w:tc>
      </w:tr>
      <w:tr w:rsidR="006C2A86" w:rsidRPr="00CE3210" w14:paraId="19FC767B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5F32F3D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lastRenderedPageBreak/>
              <w:t>FT-0020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40C0B41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Tomato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3BCA2A1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Candida</w:t>
            </w:r>
            <w:r w:rsidRPr="00CE321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E3210">
              <w:rPr>
                <w:rFonts w:asciiTheme="majorBidi" w:hAnsiTheme="majorBidi" w:cstheme="majorBidi"/>
              </w:rPr>
              <w:t>spp</w:t>
            </w:r>
            <w:proofErr w:type="spellEnd"/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55BE0D6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2.71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7715CA3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936730</w:t>
            </w:r>
          </w:p>
        </w:tc>
      </w:tr>
      <w:tr w:rsidR="006C2A86" w:rsidRPr="00CE3210" w14:paraId="282FD97E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055A0AF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FT-0021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6A62E3F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Egyptian beans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6ECF825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9C7619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2.98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60F8144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817222</w:t>
            </w:r>
          </w:p>
        </w:tc>
      </w:tr>
      <w:tr w:rsidR="006C2A86" w:rsidRPr="00CE3210" w14:paraId="70EA5BB9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4EB7727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FT-0022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6EB01CB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Olives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7549B91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Enterobacter cloacae </w:t>
            </w:r>
            <w:r w:rsidRPr="00CE3210">
              <w:rPr>
                <w:rFonts w:asciiTheme="majorBidi" w:hAnsiTheme="majorBidi" w:cstheme="majorBidi"/>
              </w:rPr>
              <w:t>complex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84EC53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2.66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70F1377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93103</w:t>
            </w:r>
          </w:p>
        </w:tc>
      </w:tr>
      <w:tr w:rsidR="006C2A86" w:rsidRPr="00CE3210" w14:paraId="48CA4F67" w14:textId="77777777" w:rsidTr="005C60D8">
        <w:trPr>
          <w:trHeight w:val="300"/>
        </w:trPr>
        <w:tc>
          <w:tcPr>
            <w:tcW w:w="839" w:type="dxa"/>
            <w:tcBorders>
              <w:top w:val="nil"/>
            </w:tcBorders>
            <w:noWrap/>
            <w:hideMark/>
          </w:tcPr>
          <w:p w14:paraId="69CDB3B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FT-0023</w:t>
            </w:r>
          </w:p>
        </w:tc>
        <w:tc>
          <w:tcPr>
            <w:tcW w:w="1712" w:type="dxa"/>
            <w:gridSpan w:val="2"/>
            <w:tcBorders>
              <w:top w:val="nil"/>
            </w:tcBorders>
            <w:noWrap/>
            <w:hideMark/>
          </w:tcPr>
          <w:p w14:paraId="1374D99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Lettuce (</w:t>
            </w:r>
            <w:proofErr w:type="spellStart"/>
            <w:r w:rsidRPr="00CE3210">
              <w:rPr>
                <w:rFonts w:asciiTheme="majorBidi" w:hAnsiTheme="majorBidi" w:cstheme="majorBidi"/>
              </w:rPr>
              <w:t>capucci</w:t>
            </w:r>
            <w:proofErr w:type="spellEnd"/>
            <w:r w:rsidRPr="00CE321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98" w:type="dxa"/>
            <w:tcBorders>
              <w:top w:val="nil"/>
            </w:tcBorders>
            <w:noWrap/>
            <w:hideMark/>
          </w:tcPr>
          <w:p w14:paraId="04CC225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</w:tcBorders>
            <w:noWrap/>
            <w:hideMark/>
          </w:tcPr>
          <w:p w14:paraId="264F1F9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2.78</w:t>
            </w:r>
          </w:p>
        </w:tc>
        <w:tc>
          <w:tcPr>
            <w:tcW w:w="1837" w:type="dxa"/>
            <w:tcBorders>
              <w:top w:val="nil"/>
            </w:tcBorders>
            <w:noWrap/>
            <w:hideMark/>
          </w:tcPr>
          <w:p w14:paraId="447B49C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651964</w:t>
            </w:r>
          </w:p>
        </w:tc>
      </w:tr>
      <w:tr w:rsidR="006C2A86" w:rsidRPr="00CE3210" w14:paraId="6AE6B2F7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145502C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FT-0024</w:t>
            </w:r>
          </w:p>
        </w:tc>
        <w:tc>
          <w:tcPr>
            <w:tcW w:w="1712" w:type="dxa"/>
            <w:gridSpan w:val="2"/>
            <w:noWrap/>
            <w:hideMark/>
          </w:tcPr>
          <w:p w14:paraId="1C58566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Shawarma</w:t>
            </w:r>
          </w:p>
        </w:tc>
        <w:tc>
          <w:tcPr>
            <w:tcW w:w="1698" w:type="dxa"/>
            <w:noWrap/>
            <w:hideMark/>
          </w:tcPr>
          <w:p w14:paraId="03F75330" w14:textId="006F9604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9241EB" w:rsidRPr="003A4BCD">
              <w:rPr>
                <w:rFonts w:asciiTheme="majorBidi" w:hAnsiTheme="majorBidi" w:cstheme="majorBidi"/>
              </w:rPr>
              <w:t>spp</w:t>
            </w:r>
            <w:r w:rsidR="009241EB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noWrap/>
            <w:hideMark/>
          </w:tcPr>
          <w:p w14:paraId="423EFA8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2.86</w:t>
            </w:r>
          </w:p>
        </w:tc>
        <w:tc>
          <w:tcPr>
            <w:tcW w:w="1837" w:type="dxa"/>
            <w:noWrap/>
            <w:hideMark/>
          </w:tcPr>
          <w:p w14:paraId="051DFFB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11027585</w:t>
            </w:r>
          </w:p>
        </w:tc>
      </w:tr>
      <w:tr w:rsidR="006C2A86" w:rsidRPr="00CE3210" w14:paraId="0C75456D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2F6C982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FT-0025</w:t>
            </w:r>
          </w:p>
        </w:tc>
        <w:tc>
          <w:tcPr>
            <w:tcW w:w="1712" w:type="dxa"/>
            <w:gridSpan w:val="2"/>
            <w:noWrap/>
            <w:hideMark/>
          </w:tcPr>
          <w:p w14:paraId="7415012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Eggs (shell)</w:t>
            </w:r>
          </w:p>
        </w:tc>
        <w:tc>
          <w:tcPr>
            <w:tcW w:w="1698" w:type="dxa"/>
            <w:noWrap/>
            <w:hideMark/>
          </w:tcPr>
          <w:p w14:paraId="64D9325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No growth / environmental flora</w:t>
            </w:r>
          </w:p>
        </w:tc>
        <w:tc>
          <w:tcPr>
            <w:tcW w:w="1230" w:type="dxa"/>
            <w:noWrap/>
            <w:hideMark/>
          </w:tcPr>
          <w:p w14:paraId="7B6D2E6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1.51</w:t>
            </w:r>
          </w:p>
        </w:tc>
        <w:tc>
          <w:tcPr>
            <w:tcW w:w="1837" w:type="dxa"/>
            <w:noWrap/>
            <w:hideMark/>
          </w:tcPr>
          <w:p w14:paraId="269A672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5</w:t>
            </w:r>
          </w:p>
        </w:tc>
      </w:tr>
      <w:tr w:rsidR="006C2A86" w:rsidRPr="00CE3210" w14:paraId="616EE079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09F527C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FT-0026</w:t>
            </w:r>
          </w:p>
        </w:tc>
        <w:tc>
          <w:tcPr>
            <w:tcW w:w="1712" w:type="dxa"/>
            <w:gridSpan w:val="2"/>
            <w:noWrap/>
            <w:hideMark/>
          </w:tcPr>
          <w:p w14:paraId="1D0424E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Cheese (soft)</w:t>
            </w:r>
          </w:p>
        </w:tc>
        <w:tc>
          <w:tcPr>
            <w:tcW w:w="1698" w:type="dxa"/>
            <w:noWrap/>
            <w:hideMark/>
          </w:tcPr>
          <w:p w14:paraId="4308BEC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noWrap/>
            <w:hideMark/>
          </w:tcPr>
          <w:p w14:paraId="418BEB1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2.35</w:t>
            </w:r>
          </w:p>
        </w:tc>
        <w:tc>
          <w:tcPr>
            <w:tcW w:w="1837" w:type="dxa"/>
            <w:noWrap/>
            <w:hideMark/>
          </w:tcPr>
          <w:p w14:paraId="2FC631B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4818100</w:t>
            </w:r>
          </w:p>
        </w:tc>
      </w:tr>
      <w:tr w:rsidR="006C2A86" w:rsidRPr="00CE3210" w14:paraId="681B025C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75A6605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FT-0027</w:t>
            </w:r>
          </w:p>
        </w:tc>
        <w:tc>
          <w:tcPr>
            <w:tcW w:w="1712" w:type="dxa"/>
            <w:gridSpan w:val="2"/>
            <w:noWrap/>
            <w:hideMark/>
          </w:tcPr>
          <w:p w14:paraId="0ACBCAE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Egyptian beans</w:t>
            </w:r>
          </w:p>
        </w:tc>
        <w:tc>
          <w:tcPr>
            <w:tcW w:w="1698" w:type="dxa"/>
            <w:noWrap/>
            <w:hideMark/>
          </w:tcPr>
          <w:p w14:paraId="4733777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Enterobacter cloacae complex</w:t>
            </w:r>
          </w:p>
        </w:tc>
        <w:tc>
          <w:tcPr>
            <w:tcW w:w="1230" w:type="dxa"/>
            <w:noWrap/>
            <w:hideMark/>
          </w:tcPr>
          <w:p w14:paraId="1C7A62D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2.26</w:t>
            </w:r>
          </w:p>
        </w:tc>
        <w:tc>
          <w:tcPr>
            <w:tcW w:w="1837" w:type="dxa"/>
            <w:noWrap/>
            <w:hideMark/>
          </w:tcPr>
          <w:p w14:paraId="1E2E0FA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169493</w:t>
            </w:r>
          </w:p>
        </w:tc>
      </w:tr>
      <w:tr w:rsidR="006C2A86" w:rsidRPr="00CE3210" w14:paraId="5AB18925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6F365FF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FT-0028</w:t>
            </w:r>
          </w:p>
        </w:tc>
        <w:tc>
          <w:tcPr>
            <w:tcW w:w="1712" w:type="dxa"/>
            <w:gridSpan w:val="2"/>
            <w:noWrap/>
            <w:hideMark/>
          </w:tcPr>
          <w:p w14:paraId="140C205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Olives</w:t>
            </w:r>
          </w:p>
        </w:tc>
        <w:tc>
          <w:tcPr>
            <w:tcW w:w="1698" w:type="dxa"/>
            <w:noWrap/>
            <w:hideMark/>
          </w:tcPr>
          <w:p w14:paraId="304221B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Aeromonas hydrophila</w:t>
            </w:r>
          </w:p>
        </w:tc>
        <w:tc>
          <w:tcPr>
            <w:tcW w:w="1230" w:type="dxa"/>
            <w:noWrap/>
            <w:hideMark/>
          </w:tcPr>
          <w:p w14:paraId="74136CF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2.47</w:t>
            </w:r>
          </w:p>
        </w:tc>
        <w:tc>
          <w:tcPr>
            <w:tcW w:w="1837" w:type="dxa"/>
            <w:noWrap/>
            <w:hideMark/>
          </w:tcPr>
          <w:p w14:paraId="2847847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</w:t>
            </w:r>
          </w:p>
        </w:tc>
      </w:tr>
      <w:tr w:rsidR="006C2A86" w:rsidRPr="00CE3210" w14:paraId="11F8DF90" w14:textId="77777777" w:rsidTr="005C60D8">
        <w:trPr>
          <w:trHeight w:val="300"/>
        </w:trPr>
        <w:tc>
          <w:tcPr>
            <w:tcW w:w="839" w:type="dxa"/>
            <w:tcBorders>
              <w:bottom w:val="nil"/>
            </w:tcBorders>
            <w:noWrap/>
            <w:hideMark/>
          </w:tcPr>
          <w:p w14:paraId="67E727F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FT-0029</w:t>
            </w:r>
          </w:p>
        </w:tc>
        <w:tc>
          <w:tcPr>
            <w:tcW w:w="1712" w:type="dxa"/>
            <w:gridSpan w:val="2"/>
            <w:tcBorders>
              <w:bottom w:val="nil"/>
            </w:tcBorders>
            <w:noWrap/>
            <w:hideMark/>
          </w:tcPr>
          <w:p w14:paraId="29F4C1D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Shawarma</w:t>
            </w:r>
          </w:p>
        </w:tc>
        <w:tc>
          <w:tcPr>
            <w:tcW w:w="1698" w:type="dxa"/>
            <w:tcBorders>
              <w:bottom w:val="nil"/>
            </w:tcBorders>
            <w:noWrap/>
            <w:hideMark/>
          </w:tcPr>
          <w:p w14:paraId="2DBD14C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49D398B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2.98</w:t>
            </w: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5596B70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2952976</w:t>
            </w:r>
          </w:p>
        </w:tc>
      </w:tr>
      <w:tr w:rsidR="006C2A86" w:rsidRPr="00CE3210" w14:paraId="109E2EED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13A5647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FT-0030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4B0CECB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Cooked rice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49E147F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Penicillium </w:t>
            </w:r>
            <w:r w:rsidRPr="00CE3210">
              <w:rPr>
                <w:rFonts w:asciiTheme="majorBidi" w:hAnsiTheme="majorBidi" w:cstheme="majorBidi"/>
              </w:rPr>
              <w:t>spp</w:t>
            </w:r>
            <w:r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6292F71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3B1E332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2972</w:t>
            </w:r>
          </w:p>
        </w:tc>
      </w:tr>
      <w:tr w:rsidR="006C2A86" w:rsidRPr="00CE3210" w14:paraId="2F90B45F" w14:textId="77777777" w:rsidTr="005C60D8">
        <w:trPr>
          <w:trHeight w:val="300"/>
        </w:trPr>
        <w:tc>
          <w:tcPr>
            <w:tcW w:w="839" w:type="dxa"/>
            <w:tcBorders>
              <w:top w:val="nil"/>
            </w:tcBorders>
            <w:noWrap/>
            <w:hideMark/>
          </w:tcPr>
          <w:p w14:paraId="1F7AEAF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FT-0031</w:t>
            </w:r>
          </w:p>
        </w:tc>
        <w:tc>
          <w:tcPr>
            <w:tcW w:w="1712" w:type="dxa"/>
            <w:gridSpan w:val="2"/>
            <w:tcBorders>
              <w:top w:val="nil"/>
            </w:tcBorders>
            <w:noWrap/>
            <w:hideMark/>
          </w:tcPr>
          <w:p w14:paraId="4994569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Cooked rice</w:t>
            </w:r>
          </w:p>
        </w:tc>
        <w:tc>
          <w:tcPr>
            <w:tcW w:w="1698" w:type="dxa"/>
            <w:tcBorders>
              <w:top w:val="nil"/>
            </w:tcBorders>
            <w:noWrap/>
            <w:hideMark/>
          </w:tcPr>
          <w:p w14:paraId="5ACB221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top w:val="nil"/>
            </w:tcBorders>
            <w:noWrap/>
            <w:hideMark/>
          </w:tcPr>
          <w:p w14:paraId="3DE8C06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1837" w:type="dxa"/>
            <w:tcBorders>
              <w:top w:val="nil"/>
            </w:tcBorders>
            <w:noWrap/>
            <w:hideMark/>
          </w:tcPr>
          <w:p w14:paraId="2528F6C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825</w:t>
            </w:r>
          </w:p>
        </w:tc>
      </w:tr>
      <w:tr w:rsidR="006C2A86" w:rsidRPr="00CE3210" w14:paraId="0CF31B80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5D64663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FT-0032</w:t>
            </w:r>
          </w:p>
        </w:tc>
        <w:tc>
          <w:tcPr>
            <w:tcW w:w="1712" w:type="dxa"/>
            <w:gridSpan w:val="2"/>
            <w:noWrap/>
            <w:hideMark/>
          </w:tcPr>
          <w:p w14:paraId="6FB1632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Turnip</w:t>
            </w:r>
          </w:p>
        </w:tc>
        <w:tc>
          <w:tcPr>
            <w:tcW w:w="1698" w:type="dxa"/>
            <w:noWrap/>
            <w:hideMark/>
          </w:tcPr>
          <w:p w14:paraId="0335CAF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Enterobacter cloacae</w:t>
            </w:r>
            <w:r w:rsidRPr="00CE3210">
              <w:rPr>
                <w:rFonts w:asciiTheme="majorBidi" w:hAnsiTheme="majorBidi" w:cstheme="majorBidi"/>
              </w:rPr>
              <w:t xml:space="preserve"> complex</w:t>
            </w:r>
          </w:p>
        </w:tc>
        <w:tc>
          <w:tcPr>
            <w:tcW w:w="1230" w:type="dxa"/>
            <w:noWrap/>
            <w:hideMark/>
          </w:tcPr>
          <w:p w14:paraId="41B7A8D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2.94</w:t>
            </w:r>
          </w:p>
        </w:tc>
        <w:tc>
          <w:tcPr>
            <w:tcW w:w="1837" w:type="dxa"/>
            <w:noWrap/>
            <w:hideMark/>
          </w:tcPr>
          <w:p w14:paraId="3DD419E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27626</w:t>
            </w:r>
          </w:p>
        </w:tc>
      </w:tr>
      <w:tr w:rsidR="006C2A86" w:rsidRPr="00CE3210" w14:paraId="0E5AB753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6572A9C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FT-0033</w:t>
            </w:r>
          </w:p>
        </w:tc>
        <w:tc>
          <w:tcPr>
            <w:tcW w:w="1712" w:type="dxa"/>
            <w:gridSpan w:val="2"/>
            <w:noWrap/>
            <w:hideMark/>
          </w:tcPr>
          <w:p w14:paraId="7AE844E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Kushari</w:t>
            </w:r>
            <w:proofErr w:type="spellEnd"/>
          </w:p>
        </w:tc>
        <w:tc>
          <w:tcPr>
            <w:tcW w:w="1698" w:type="dxa"/>
            <w:noWrap/>
            <w:hideMark/>
          </w:tcPr>
          <w:p w14:paraId="3BA85DA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noWrap/>
            <w:hideMark/>
          </w:tcPr>
          <w:p w14:paraId="451DED1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2.32</w:t>
            </w:r>
          </w:p>
        </w:tc>
        <w:tc>
          <w:tcPr>
            <w:tcW w:w="1837" w:type="dxa"/>
            <w:noWrap/>
            <w:hideMark/>
          </w:tcPr>
          <w:p w14:paraId="281D7D4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3288</w:t>
            </w:r>
          </w:p>
        </w:tc>
      </w:tr>
      <w:tr w:rsidR="006C2A86" w:rsidRPr="00CE3210" w14:paraId="703E9CB1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4937B20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FT-0034</w:t>
            </w:r>
          </w:p>
        </w:tc>
        <w:tc>
          <w:tcPr>
            <w:tcW w:w="1712" w:type="dxa"/>
            <w:gridSpan w:val="2"/>
            <w:noWrap/>
            <w:hideMark/>
          </w:tcPr>
          <w:p w14:paraId="78B5D6A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Minced meat</w:t>
            </w:r>
          </w:p>
        </w:tc>
        <w:tc>
          <w:tcPr>
            <w:tcW w:w="1698" w:type="dxa"/>
            <w:noWrap/>
            <w:hideMark/>
          </w:tcPr>
          <w:p w14:paraId="72F917F7" w14:textId="1ED3EA23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9241EB" w:rsidRPr="003A4BCD">
              <w:rPr>
                <w:rFonts w:asciiTheme="majorBidi" w:hAnsiTheme="majorBidi" w:cstheme="majorBidi"/>
              </w:rPr>
              <w:t>spp</w:t>
            </w:r>
            <w:r w:rsidR="009241EB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noWrap/>
            <w:hideMark/>
          </w:tcPr>
          <w:p w14:paraId="5919414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2.65</w:t>
            </w:r>
          </w:p>
        </w:tc>
        <w:tc>
          <w:tcPr>
            <w:tcW w:w="1837" w:type="dxa"/>
            <w:noWrap/>
            <w:hideMark/>
          </w:tcPr>
          <w:p w14:paraId="38E97BC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13200075</w:t>
            </w:r>
          </w:p>
        </w:tc>
      </w:tr>
      <w:tr w:rsidR="006C2A86" w:rsidRPr="00CE3210" w14:paraId="732D2D15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2D0E27D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FT-0035</w:t>
            </w:r>
          </w:p>
        </w:tc>
        <w:tc>
          <w:tcPr>
            <w:tcW w:w="1712" w:type="dxa"/>
            <w:gridSpan w:val="2"/>
            <w:noWrap/>
            <w:hideMark/>
          </w:tcPr>
          <w:p w14:paraId="131C22F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Cooked rice</w:t>
            </w:r>
          </w:p>
        </w:tc>
        <w:tc>
          <w:tcPr>
            <w:tcW w:w="1698" w:type="dxa"/>
            <w:noWrap/>
            <w:hideMark/>
          </w:tcPr>
          <w:p w14:paraId="3976948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noWrap/>
            <w:hideMark/>
          </w:tcPr>
          <w:p w14:paraId="152DED3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2.65</w:t>
            </w:r>
          </w:p>
        </w:tc>
        <w:tc>
          <w:tcPr>
            <w:tcW w:w="1837" w:type="dxa"/>
            <w:noWrap/>
            <w:hideMark/>
          </w:tcPr>
          <w:p w14:paraId="1DF24AD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6888</w:t>
            </w:r>
          </w:p>
        </w:tc>
      </w:tr>
      <w:tr w:rsidR="006C2A86" w:rsidRPr="00CE3210" w14:paraId="551E60F3" w14:textId="77777777" w:rsidTr="005C60D8">
        <w:trPr>
          <w:trHeight w:val="300"/>
        </w:trPr>
        <w:tc>
          <w:tcPr>
            <w:tcW w:w="839" w:type="dxa"/>
            <w:tcBorders>
              <w:bottom w:val="nil"/>
            </w:tcBorders>
            <w:noWrap/>
            <w:hideMark/>
          </w:tcPr>
          <w:p w14:paraId="272773D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FT-0036</w:t>
            </w:r>
          </w:p>
        </w:tc>
        <w:tc>
          <w:tcPr>
            <w:tcW w:w="1712" w:type="dxa"/>
            <w:gridSpan w:val="2"/>
            <w:tcBorders>
              <w:bottom w:val="nil"/>
            </w:tcBorders>
            <w:noWrap/>
            <w:hideMark/>
          </w:tcPr>
          <w:p w14:paraId="2F92F61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Olives</w:t>
            </w:r>
          </w:p>
        </w:tc>
        <w:tc>
          <w:tcPr>
            <w:tcW w:w="1698" w:type="dxa"/>
            <w:tcBorders>
              <w:bottom w:val="nil"/>
            </w:tcBorders>
            <w:noWrap/>
            <w:hideMark/>
          </w:tcPr>
          <w:p w14:paraId="33F69530" w14:textId="54CF35FC" w:rsidR="006C2A86" w:rsidRPr="00CE3210" w:rsidRDefault="00511753" w:rsidP="00511753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511753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15C60FF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2.47</w:t>
            </w: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6A5EE25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247731</w:t>
            </w:r>
          </w:p>
        </w:tc>
      </w:tr>
      <w:tr w:rsidR="006C2A86" w:rsidRPr="00CE3210" w14:paraId="598C357F" w14:textId="77777777" w:rsidTr="005C60D8">
        <w:trPr>
          <w:trHeight w:val="31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097A245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lastRenderedPageBreak/>
              <w:t>FT-0037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2DD1042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Juice (fresh)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469A4C1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86650C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2.52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7836634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</w:t>
            </w:r>
          </w:p>
        </w:tc>
      </w:tr>
      <w:tr w:rsidR="006C2A86" w:rsidRPr="00CE3210" w14:paraId="3C695C8C" w14:textId="77777777" w:rsidTr="005C60D8">
        <w:trPr>
          <w:trHeight w:val="31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72ED2FB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FT-0038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104C4C8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Juice (fresh)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5A1FE69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Yeast (unspecified)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14DD7CF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1.26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100F778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43385</w:t>
            </w:r>
          </w:p>
        </w:tc>
      </w:tr>
      <w:tr w:rsidR="006C2A86" w:rsidRPr="00CE3210" w14:paraId="7C204F6A" w14:textId="77777777" w:rsidTr="005C60D8">
        <w:trPr>
          <w:trHeight w:val="315"/>
        </w:trPr>
        <w:tc>
          <w:tcPr>
            <w:tcW w:w="839" w:type="dxa"/>
            <w:tcBorders>
              <w:top w:val="nil"/>
            </w:tcBorders>
            <w:noWrap/>
            <w:hideMark/>
          </w:tcPr>
          <w:p w14:paraId="31102CE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FT-0039</w:t>
            </w:r>
          </w:p>
        </w:tc>
        <w:tc>
          <w:tcPr>
            <w:tcW w:w="1712" w:type="dxa"/>
            <w:gridSpan w:val="2"/>
            <w:tcBorders>
              <w:top w:val="nil"/>
            </w:tcBorders>
            <w:noWrap/>
            <w:hideMark/>
          </w:tcPr>
          <w:p w14:paraId="549806D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Juice (fresh)</w:t>
            </w:r>
          </w:p>
        </w:tc>
        <w:tc>
          <w:tcPr>
            <w:tcW w:w="1698" w:type="dxa"/>
            <w:tcBorders>
              <w:top w:val="nil"/>
            </w:tcBorders>
            <w:noWrap/>
            <w:hideMark/>
          </w:tcPr>
          <w:p w14:paraId="674B4D4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top w:val="nil"/>
            </w:tcBorders>
            <w:noWrap/>
            <w:hideMark/>
          </w:tcPr>
          <w:p w14:paraId="4EE0A19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2.45</w:t>
            </w:r>
          </w:p>
        </w:tc>
        <w:tc>
          <w:tcPr>
            <w:tcW w:w="1837" w:type="dxa"/>
            <w:tcBorders>
              <w:top w:val="nil"/>
            </w:tcBorders>
            <w:noWrap/>
            <w:hideMark/>
          </w:tcPr>
          <w:p w14:paraId="1AA30C6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40</w:t>
            </w:r>
          </w:p>
        </w:tc>
      </w:tr>
      <w:tr w:rsidR="006C2A86" w:rsidRPr="00CE3210" w14:paraId="5D34CE38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7E93A0F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FT-0040</w:t>
            </w:r>
          </w:p>
        </w:tc>
        <w:tc>
          <w:tcPr>
            <w:tcW w:w="1712" w:type="dxa"/>
            <w:gridSpan w:val="2"/>
            <w:noWrap/>
            <w:hideMark/>
          </w:tcPr>
          <w:p w14:paraId="0092657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Sausage</w:t>
            </w:r>
          </w:p>
        </w:tc>
        <w:tc>
          <w:tcPr>
            <w:tcW w:w="1698" w:type="dxa"/>
            <w:noWrap/>
            <w:hideMark/>
          </w:tcPr>
          <w:p w14:paraId="0B4B625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noWrap/>
            <w:hideMark/>
          </w:tcPr>
          <w:p w14:paraId="6607A05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1837" w:type="dxa"/>
            <w:noWrap/>
            <w:hideMark/>
          </w:tcPr>
          <w:p w14:paraId="4D9EB93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6259434</w:t>
            </w:r>
          </w:p>
        </w:tc>
      </w:tr>
      <w:tr w:rsidR="006C2A86" w:rsidRPr="00CE3210" w14:paraId="44B8BD43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4DD8269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FT-0041</w:t>
            </w:r>
          </w:p>
        </w:tc>
        <w:tc>
          <w:tcPr>
            <w:tcW w:w="1712" w:type="dxa"/>
            <w:gridSpan w:val="2"/>
            <w:noWrap/>
            <w:hideMark/>
          </w:tcPr>
          <w:p w14:paraId="784E40E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Egyptian beans</w:t>
            </w:r>
          </w:p>
        </w:tc>
        <w:tc>
          <w:tcPr>
            <w:tcW w:w="1698" w:type="dxa"/>
            <w:noWrap/>
            <w:hideMark/>
          </w:tcPr>
          <w:p w14:paraId="6D1DD9E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noWrap/>
            <w:hideMark/>
          </w:tcPr>
          <w:p w14:paraId="2D3C6A7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2.54</w:t>
            </w:r>
          </w:p>
        </w:tc>
        <w:tc>
          <w:tcPr>
            <w:tcW w:w="1837" w:type="dxa"/>
            <w:noWrap/>
            <w:hideMark/>
          </w:tcPr>
          <w:p w14:paraId="01CD86C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273961</w:t>
            </w:r>
          </w:p>
        </w:tc>
      </w:tr>
      <w:tr w:rsidR="006C2A86" w:rsidRPr="00CE3210" w14:paraId="21251879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7E4190E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FT-0042</w:t>
            </w:r>
          </w:p>
        </w:tc>
        <w:tc>
          <w:tcPr>
            <w:tcW w:w="1712" w:type="dxa"/>
            <w:gridSpan w:val="2"/>
            <w:noWrap/>
            <w:hideMark/>
          </w:tcPr>
          <w:p w14:paraId="3461BFE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Sausage</w:t>
            </w:r>
          </w:p>
        </w:tc>
        <w:tc>
          <w:tcPr>
            <w:tcW w:w="1698" w:type="dxa"/>
            <w:noWrap/>
            <w:hideMark/>
          </w:tcPr>
          <w:p w14:paraId="250C82E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noWrap/>
            <w:hideMark/>
          </w:tcPr>
          <w:p w14:paraId="6C0673F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2.77</w:t>
            </w:r>
          </w:p>
        </w:tc>
        <w:tc>
          <w:tcPr>
            <w:tcW w:w="1837" w:type="dxa"/>
            <w:noWrap/>
            <w:hideMark/>
          </w:tcPr>
          <w:p w14:paraId="4E9ABBD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6557260</w:t>
            </w:r>
          </w:p>
        </w:tc>
      </w:tr>
      <w:tr w:rsidR="006C2A86" w:rsidRPr="00CE3210" w14:paraId="46627061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2728ACF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FT-0043</w:t>
            </w:r>
          </w:p>
        </w:tc>
        <w:tc>
          <w:tcPr>
            <w:tcW w:w="1712" w:type="dxa"/>
            <w:gridSpan w:val="2"/>
            <w:noWrap/>
            <w:hideMark/>
          </w:tcPr>
          <w:p w14:paraId="5E80D68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Yogurt (fresh)</w:t>
            </w:r>
          </w:p>
        </w:tc>
        <w:tc>
          <w:tcPr>
            <w:tcW w:w="1698" w:type="dxa"/>
            <w:noWrap/>
            <w:hideMark/>
          </w:tcPr>
          <w:p w14:paraId="0FB3B00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Yeast (unspecified)</w:t>
            </w:r>
          </w:p>
        </w:tc>
        <w:tc>
          <w:tcPr>
            <w:tcW w:w="1230" w:type="dxa"/>
            <w:noWrap/>
            <w:hideMark/>
          </w:tcPr>
          <w:p w14:paraId="7B739C2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1.69</w:t>
            </w:r>
          </w:p>
        </w:tc>
        <w:tc>
          <w:tcPr>
            <w:tcW w:w="1837" w:type="dxa"/>
            <w:noWrap/>
            <w:hideMark/>
          </w:tcPr>
          <w:p w14:paraId="1D399DA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1303480</w:t>
            </w:r>
          </w:p>
        </w:tc>
      </w:tr>
      <w:tr w:rsidR="006C2A86" w:rsidRPr="00CE3210" w14:paraId="6F000442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497E091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FT-0044</w:t>
            </w:r>
          </w:p>
        </w:tc>
        <w:tc>
          <w:tcPr>
            <w:tcW w:w="1712" w:type="dxa"/>
            <w:gridSpan w:val="2"/>
            <w:noWrap/>
            <w:hideMark/>
          </w:tcPr>
          <w:p w14:paraId="0330692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Lettuce (</w:t>
            </w:r>
            <w:proofErr w:type="spellStart"/>
            <w:r w:rsidRPr="00CE3210">
              <w:rPr>
                <w:rFonts w:asciiTheme="majorBidi" w:hAnsiTheme="majorBidi" w:cstheme="majorBidi"/>
              </w:rPr>
              <w:t>capucci</w:t>
            </w:r>
            <w:proofErr w:type="spellEnd"/>
            <w:r w:rsidRPr="00CE321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98" w:type="dxa"/>
            <w:noWrap/>
            <w:hideMark/>
          </w:tcPr>
          <w:p w14:paraId="733E481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Candida </w:t>
            </w:r>
            <w:proofErr w:type="spellStart"/>
            <w:r w:rsidRPr="00CE3210">
              <w:rPr>
                <w:rFonts w:asciiTheme="majorBidi" w:hAnsiTheme="majorBidi" w:cstheme="majorBidi"/>
              </w:rPr>
              <w:t>spp</w:t>
            </w:r>
            <w:proofErr w:type="spellEnd"/>
          </w:p>
        </w:tc>
        <w:tc>
          <w:tcPr>
            <w:tcW w:w="1230" w:type="dxa"/>
            <w:noWrap/>
            <w:hideMark/>
          </w:tcPr>
          <w:p w14:paraId="3761900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2.71</w:t>
            </w:r>
          </w:p>
        </w:tc>
        <w:tc>
          <w:tcPr>
            <w:tcW w:w="1837" w:type="dxa"/>
            <w:noWrap/>
            <w:hideMark/>
          </w:tcPr>
          <w:p w14:paraId="34DF20F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867117</w:t>
            </w:r>
          </w:p>
        </w:tc>
      </w:tr>
      <w:tr w:rsidR="006C2A86" w:rsidRPr="00CE3210" w14:paraId="11B842E7" w14:textId="77777777" w:rsidTr="005C60D8">
        <w:trPr>
          <w:trHeight w:val="300"/>
        </w:trPr>
        <w:tc>
          <w:tcPr>
            <w:tcW w:w="839" w:type="dxa"/>
            <w:tcBorders>
              <w:bottom w:val="nil"/>
            </w:tcBorders>
            <w:noWrap/>
            <w:hideMark/>
          </w:tcPr>
          <w:p w14:paraId="6EB04D1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FT-0045</w:t>
            </w:r>
          </w:p>
        </w:tc>
        <w:tc>
          <w:tcPr>
            <w:tcW w:w="1712" w:type="dxa"/>
            <w:gridSpan w:val="2"/>
            <w:tcBorders>
              <w:bottom w:val="nil"/>
            </w:tcBorders>
            <w:noWrap/>
            <w:hideMark/>
          </w:tcPr>
          <w:p w14:paraId="7C8A419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Coriander</w:t>
            </w:r>
          </w:p>
        </w:tc>
        <w:tc>
          <w:tcPr>
            <w:tcW w:w="1698" w:type="dxa"/>
            <w:tcBorders>
              <w:bottom w:val="nil"/>
            </w:tcBorders>
            <w:noWrap/>
            <w:hideMark/>
          </w:tcPr>
          <w:p w14:paraId="5F03671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2097D05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2.94</w:t>
            </w: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7B1FE59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754545</w:t>
            </w:r>
          </w:p>
        </w:tc>
      </w:tr>
      <w:tr w:rsidR="006C2A86" w:rsidRPr="00CE3210" w14:paraId="2FBC26F9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64EB586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FT-0046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33AC5CD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Cottage cheese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7673492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3FCA1FD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2.46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4834E18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16</w:t>
            </w:r>
          </w:p>
        </w:tc>
      </w:tr>
      <w:tr w:rsidR="006C2A86" w:rsidRPr="00CE3210" w14:paraId="3656C6BE" w14:textId="77777777" w:rsidTr="005C60D8">
        <w:trPr>
          <w:trHeight w:val="300"/>
        </w:trPr>
        <w:tc>
          <w:tcPr>
            <w:tcW w:w="839" w:type="dxa"/>
            <w:tcBorders>
              <w:top w:val="nil"/>
            </w:tcBorders>
            <w:noWrap/>
            <w:hideMark/>
          </w:tcPr>
          <w:p w14:paraId="602FE3C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FT-0047</w:t>
            </w:r>
          </w:p>
        </w:tc>
        <w:tc>
          <w:tcPr>
            <w:tcW w:w="1712" w:type="dxa"/>
            <w:gridSpan w:val="2"/>
            <w:tcBorders>
              <w:top w:val="nil"/>
            </w:tcBorders>
            <w:noWrap/>
            <w:hideMark/>
          </w:tcPr>
          <w:p w14:paraId="2841B0B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Molokhia</w:t>
            </w:r>
            <w:proofErr w:type="spellEnd"/>
          </w:p>
        </w:tc>
        <w:tc>
          <w:tcPr>
            <w:tcW w:w="1698" w:type="dxa"/>
            <w:tcBorders>
              <w:top w:val="nil"/>
            </w:tcBorders>
            <w:noWrap/>
            <w:hideMark/>
          </w:tcPr>
          <w:p w14:paraId="7B25468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Klebsiella pneumoniae</w:t>
            </w:r>
          </w:p>
        </w:tc>
        <w:tc>
          <w:tcPr>
            <w:tcW w:w="1230" w:type="dxa"/>
            <w:tcBorders>
              <w:top w:val="nil"/>
            </w:tcBorders>
            <w:noWrap/>
            <w:hideMark/>
          </w:tcPr>
          <w:p w14:paraId="600E9D8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2.93</w:t>
            </w:r>
          </w:p>
        </w:tc>
        <w:tc>
          <w:tcPr>
            <w:tcW w:w="1837" w:type="dxa"/>
            <w:tcBorders>
              <w:top w:val="nil"/>
            </w:tcBorders>
            <w:noWrap/>
            <w:hideMark/>
          </w:tcPr>
          <w:p w14:paraId="2BBE15C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293211</w:t>
            </w:r>
          </w:p>
        </w:tc>
      </w:tr>
      <w:tr w:rsidR="006C2A86" w:rsidRPr="00CE3210" w14:paraId="14246B41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3A13312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FT-0048</w:t>
            </w:r>
          </w:p>
        </w:tc>
        <w:tc>
          <w:tcPr>
            <w:tcW w:w="1712" w:type="dxa"/>
            <w:gridSpan w:val="2"/>
            <w:noWrap/>
            <w:hideMark/>
          </w:tcPr>
          <w:p w14:paraId="0D508B1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Minced meat</w:t>
            </w:r>
          </w:p>
        </w:tc>
        <w:tc>
          <w:tcPr>
            <w:tcW w:w="1698" w:type="dxa"/>
            <w:noWrap/>
            <w:hideMark/>
          </w:tcPr>
          <w:p w14:paraId="65F5C65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noWrap/>
            <w:hideMark/>
          </w:tcPr>
          <w:p w14:paraId="20C75D5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2.48</w:t>
            </w:r>
          </w:p>
        </w:tc>
        <w:tc>
          <w:tcPr>
            <w:tcW w:w="1837" w:type="dxa"/>
            <w:noWrap/>
            <w:hideMark/>
          </w:tcPr>
          <w:p w14:paraId="1B5482A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4415360</w:t>
            </w:r>
          </w:p>
        </w:tc>
      </w:tr>
      <w:tr w:rsidR="006C2A86" w:rsidRPr="00CE3210" w14:paraId="17EE95AB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54334D6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FT-0049</w:t>
            </w:r>
          </w:p>
        </w:tc>
        <w:tc>
          <w:tcPr>
            <w:tcW w:w="1712" w:type="dxa"/>
            <w:gridSpan w:val="2"/>
            <w:noWrap/>
            <w:hideMark/>
          </w:tcPr>
          <w:p w14:paraId="4F2CD8A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Shrimps</w:t>
            </w:r>
          </w:p>
        </w:tc>
        <w:tc>
          <w:tcPr>
            <w:tcW w:w="1698" w:type="dxa"/>
            <w:noWrap/>
            <w:hideMark/>
          </w:tcPr>
          <w:p w14:paraId="068185D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noWrap/>
            <w:hideMark/>
          </w:tcPr>
          <w:p w14:paraId="31F97CC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2.32</w:t>
            </w:r>
          </w:p>
        </w:tc>
        <w:tc>
          <w:tcPr>
            <w:tcW w:w="1837" w:type="dxa"/>
            <w:noWrap/>
            <w:hideMark/>
          </w:tcPr>
          <w:p w14:paraId="4B33A93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1466133</w:t>
            </w:r>
          </w:p>
        </w:tc>
      </w:tr>
      <w:tr w:rsidR="006C2A86" w:rsidRPr="00CE3210" w14:paraId="0FAB3C42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36F084E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FT-0050</w:t>
            </w:r>
          </w:p>
        </w:tc>
        <w:tc>
          <w:tcPr>
            <w:tcW w:w="1712" w:type="dxa"/>
            <w:gridSpan w:val="2"/>
            <w:noWrap/>
            <w:hideMark/>
          </w:tcPr>
          <w:p w14:paraId="4428871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Molokhia</w:t>
            </w:r>
            <w:proofErr w:type="spellEnd"/>
          </w:p>
        </w:tc>
        <w:tc>
          <w:tcPr>
            <w:tcW w:w="1698" w:type="dxa"/>
            <w:noWrap/>
            <w:hideMark/>
          </w:tcPr>
          <w:p w14:paraId="61D23A2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noWrap/>
            <w:hideMark/>
          </w:tcPr>
          <w:p w14:paraId="590E56C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2.85</w:t>
            </w:r>
          </w:p>
        </w:tc>
        <w:tc>
          <w:tcPr>
            <w:tcW w:w="1837" w:type="dxa"/>
            <w:noWrap/>
            <w:hideMark/>
          </w:tcPr>
          <w:p w14:paraId="1624750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434452</w:t>
            </w:r>
          </w:p>
        </w:tc>
      </w:tr>
      <w:tr w:rsidR="006C2A86" w:rsidRPr="00CE3210" w14:paraId="5EA937A0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37335CD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FT-0051</w:t>
            </w:r>
          </w:p>
        </w:tc>
        <w:tc>
          <w:tcPr>
            <w:tcW w:w="1712" w:type="dxa"/>
            <w:gridSpan w:val="2"/>
            <w:noWrap/>
            <w:hideMark/>
          </w:tcPr>
          <w:p w14:paraId="487E363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Shrimps</w:t>
            </w:r>
          </w:p>
        </w:tc>
        <w:tc>
          <w:tcPr>
            <w:tcW w:w="1698" w:type="dxa"/>
            <w:noWrap/>
            <w:hideMark/>
          </w:tcPr>
          <w:p w14:paraId="2CF1E09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noWrap/>
            <w:hideMark/>
          </w:tcPr>
          <w:p w14:paraId="56413B0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2.32</w:t>
            </w:r>
          </w:p>
        </w:tc>
        <w:tc>
          <w:tcPr>
            <w:tcW w:w="1837" w:type="dxa"/>
            <w:noWrap/>
            <w:hideMark/>
          </w:tcPr>
          <w:p w14:paraId="1F8223E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7409764</w:t>
            </w:r>
          </w:p>
        </w:tc>
      </w:tr>
      <w:tr w:rsidR="006C2A86" w:rsidRPr="00CE3210" w14:paraId="06909B34" w14:textId="77777777" w:rsidTr="005C60D8">
        <w:trPr>
          <w:trHeight w:val="300"/>
        </w:trPr>
        <w:tc>
          <w:tcPr>
            <w:tcW w:w="839" w:type="dxa"/>
            <w:tcBorders>
              <w:bottom w:val="nil"/>
            </w:tcBorders>
            <w:noWrap/>
            <w:hideMark/>
          </w:tcPr>
          <w:p w14:paraId="1CC7F0F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FT-0052</w:t>
            </w:r>
          </w:p>
        </w:tc>
        <w:tc>
          <w:tcPr>
            <w:tcW w:w="1712" w:type="dxa"/>
            <w:gridSpan w:val="2"/>
            <w:tcBorders>
              <w:bottom w:val="nil"/>
            </w:tcBorders>
            <w:noWrap/>
            <w:hideMark/>
          </w:tcPr>
          <w:p w14:paraId="3D74B0B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Watercress</w:t>
            </w:r>
          </w:p>
        </w:tc>
        <w:tc>
          <w:tcPr>
            <w:tcW w:w="1698" w:type="dxa"/>
            <w:tcBorders>
              <w:bottom w:val="nil"/>
            </w:tcBorders>
            <w:noWrap/>
            <w:hideMark/>
          </w:tcPr>
          <w:p w14:paraId="40AB322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Penicillium</w:t>
            </w:r>
            <w:r w:rsidRPr="00CE3210">
              <w:rPr>
                <w:rFonts w:asciiTheme="majorBidi" w:hAnsiTheme="majorBidi" w:cstheme="majorBidi"/>
              </w:rPr>
              <w:t xml:space="preserve"> spp.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02B07A7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475798E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400228</w:t>
            </w:r>
          </w:p>
        </w:tc>
      </w:tr>
      <w:tr w:rsidR="006C2A86" w:rsidRPr="00CE3210" w14:paraId="5864E492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749ECB7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FT-0053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0AF1840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Eggs (shell)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6E63DA7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07C1B93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2.38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2DEC2C1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2181684</w:t>
            </w:r>
          </w:p>
        </w:tc>
      </w:tr>
      <w:tr w:rsidR="006C2A86" w:rsidRPr="00CE3210" w14:paraId="086B378F" w14:textId="77777777" w:rsidTr="005C60D8">
        <w:trPr>
          <w:trHeight w:val="31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31A189E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FT-0054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1D3567F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Cooked rice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24E18BC1" w14:textId="2C5486B5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9241EB" w:rsidRPr="003A4BCD">
              <w:rPr>
                <w:rFonts w:asciiTheme="majorBidi" w:hAnsiTheme="majorBidi" w:cstheme="majorBidi"/>
              </w:rPr>
              <w:t>spp</w:t>
            </w:r>
            <w:r w:rsidR="009241EB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7BBB209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2.51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54DEF50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</w:t>
            </w:r>
          </w:p>
        </w:tc>
      </w:tr>
      <w:tr w:rsidR="006C2A86" w:rsidRPr="00CE3210" w14:paraId="18E86616" w14:textId="77777777" w:rsidTr="005C60D8">
        <w:trPr>
          <w:trHeight w:val="31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143F21E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lastRenderedPageBreak/>
              <w:t>FT-0055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550429D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Cucumber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1BC5897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0437D08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2.78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6C47C89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3</w:t>
            </w:r>
          </w:p>
        </w:tc>
      </w:tr>
      <w:tr w:rsidR="006C2A86" w:rsidRPr="00CE3210" w14:paraId="1F4DE92D" w14:textId="77777777" w:rsidTr="005C60D8">
        <w:trPr>
          <w:trHeight w:val="300"/>
        </w:trPr>
        <w:tc>
          <w:tcPr>
            <w:tcW w:w="839" w:type="dxa"/>
            <w:tcBorders>
              <w:top w:val="nil"/>
            </w:tcBorders>
            <w:noWrap/>
            <w:hideMark/>
          </w:tcPr>
          <w:p w14:paraId="26A12A3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FT-0056</w:t>
            </w:r>
          </w:p>
        </w:tc>
        <w:tc>
          <w:tcPr>
            <w:tcW w:w="1712" w:type="dxa"/>
            <w:gridSpan w:val="2"/>
            <w:tcBorders>
              <w:top w:val="nil"/>
            </w:tcBorders>
            <w:noWrap/>
            <w:hideMark/>
          </w:tcPr>
          <w:p w14:paraId="0FDE549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Juice (fresh)</w:t>
            </w:r>
          </w:p>
        </w:tc>
        <w:tc>
          <w:tcPr>
            <w:tcW w:w="1698" w:type="dxa"/>
            <w:tcBorders>
              <w:top w:val="nil"/>
            </w:tcBorders>
            <w:noWrap/>
            <w:hideMark/>
          </w:tcPr>
          <w:p w14:paraId="5F608E1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Pseudomonas aeruginosa</w:t>
            </w:r>
          </w:p>
        </w:tc>
        <w:tc>
          <w:tcPr>
            <w:tcW w:w="1230" w:type="dxa"/>
            <w:tcBorders>
              <w:top w:val="nil"/>
            </w:tcBorders>
            <w:noWrap/>
            <w:hideMark/>
          </w:tcPr>
          <w:p w14:paraId="16388CC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2.36</w:t>
            </w:r>
          </w:p>
        </w:tc>
        <w:tc>
          <w:tcPr>
            <w:tcW w:w="1837" w:type="dxa"/>
            <w:tcBorders>
              <w:top w:val="nil"/>
            </w:tcBorders>
            <w:noWrap/>
            <w:hideMark/>
          </w:tcPr>
          <w:p w14:paraId="127EA35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27738</w:t>
            </w:r>
          </w:p>
        </w:tc>
      </w:tr>
      <w:tr w:rsidR="006C2A86" w:rsidRPr="00CE3210" w14:paraId="71B42786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0AF7144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FT-0057</w:t>
            </w:r>
          </w:p>
        </w:tc>
        <w:tc>
          <w:tcPr>
            <w:tcW w:w="1712" w:type="dxa"/>
            <w:gridSpan w:val="2"/>
            <w:noWrap/>
            <w:hideMark/>
          </w:tcPr>
          <w:p w14:paraId="43D1B2B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Eggs (shell)</w:t>
            </w:r>
          </w:p>
        </w:tc>
        <w:tc>
          <w:tcPr>
            <w:tcW w:w="1698" w:type="dxa"/>
            <w:noWrap/>
            <w:hideMark/>
          </w:tcPr>
          <w:p w14:paraId="5EC22F4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Pseudomonas aeruginosa</w:t>
            </w:r>
          </w:p>
        </w:tc>
        <w:tc>
          <w:tcPr>
            <w:tcW w:w="1230" w:type="dxa"/>
            <w:noWrap/>
            <w:hideMark/>
          </w:tcPr>
          <w:p w14:paraId="5A9BDED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2.26</w:t>
            </w:r>
          </w:p>
        </w:tc>
        <w:tc>
          <w:tcPr>
            <w:tcW w:w="1837" w:type="dxa"/>
            <w:noWrap/>
            <w:hideMark/>
          </w:tcPr>
          <w:p w14:paraId="28C03B6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4871974</w:t>
            </w:r>
          </w:p>
        </w:tc>
      </w:tr>
      <w:tr w:rsidR="006C2A86" w:rsidRPr="00CE3210" w14:paraId="1C5F236E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275D2D9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FT-0058</w:t>
            </w:r>
          </w:p>
        </w:tc>
        <w:tc>
          <w:tcPr>
            <w:tcW w:w="1712" w:type="dxa"/>
            <w:gridSpan w:val="2"/>
            <w:noWrap/>
            <w:hideMark/>
          </w:tcPr>
          <w:p w14:paraId="3CAB326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Falafel</w:t>
            </w:r>
          </w:p>
        </w:tc>
        <w:tc>
          <w:tcPr>
            <w:tcW w:w="1698" w:type="dxa"/>
            <w:noWrap/>
            <w:hideMark/>
          </w:tcPr>
          <w:p w14:paraId="0EB981D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noWrap/>
            <w:hideMark/>
          </w:tcPr>
          <w:p w14:paraId="7DB8036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2.69</w:t>
            </w:r>
          </w:p>
        </w:tc>
        <w:tc>
          <w:tcPr>
            <w:tcW w:w="1837" w:type="dxa"/>
            <w:noWrap/>
            <w:hideMark/>
          </w:tcPr>
          <w:p w14:paraId="17686E6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411207</w:t>
            </w:r>
          </w:p>
        </w:tc>
      </w:tr>
      <w:tr w:rsidR="006C2A86" w:rsidRPr="00CE3210" w14:paraId="62DD8C9B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08DF028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FT-0059</w:t>
            </w:r>
          </w:p>
        </w:tc>
        <w:tc>
          <w:tcPr>
            <w:tcW w:w="1712" w:type="dxa"/>
            <w:gridSpan w:val="2"/>
            <w:noWrap/>
            <w:hideMark/>
          </w:tcPr>
          <w:p w14:paraId="6E7117D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Shrimps</w:t>
            </w:r>
          </w:p>
        </w:tc>
        <w:tc>
          <w:tcPr>
            <w:tcW w:w="1698" w:type="dxa"/>
            <w:noWrap/>
            <w:hideMark/>
          </w:tcPr>
          <w:p w14:paraId="03AD47D0" w14:textId="201FEDB1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9241EB" w:rsidRPr="003A4BCD">
              <w:rPr>
                <w:rFonts w:asciiTheme="majorBidi" w:hAnsiTheme="majorBidi" w:cstheme="majorBidi"/>
              </w:rPr>
              <w:t>spp</w:t>
            </w:r>
            <w:r w:rsidR="009241EB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noWrap/>
            <w:hideMark/>
          </w:tcPr>
          <w:p w14:paraId="29A8B7D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2.33</w:t>
            </w:r>
          </w:p>
        </w:tc>
        <w:tc>
          <w:tcPr>
            <w:tcW w:w="1837" w:type="dxa"/>
            <w:noWrap/>
            <w:hideMark/>
          </w:tcPr>
          <w:p w14:paraId="48A0FB8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12234192</w:t>
            </w:r>
          </w:p>
        </w:tc>
      </w:tr>
      <w:tr w:rsidR="006C2A86" w:rsidRPr="00CE3210" w14:paraId="2365032B" w14:textId="77777777" w:rsidTr="005C60D8">
        <w:trPr>
          <w:trHeight w:val="315"/>
        </w:trPr>
        <w:tc>
          <w:tcPr>
            <w:tcW w:w="839" w:type="dxa"/>
            <w:noWrap/>
            <w:hideMark/>
          </w:tcPr>
          <w:p w14:paraId="6868031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FT-0060</w:t>
            </w:r>
          </w:p>
        </w:tc>
        <w:tc>
          <w:tcPr>
            <w:tcW w:w="1712" w:type="dxa"/>
            <w:gridSpan w:val="2"/>
            <w:noWrap/>
            <w:hideMark/>
          </w:tcPr>
          <w:p w14:paraId="794BF2C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Fish (fillet)</w:t>
            </w:r>
          </w:p>
        </w:tc>
        <w:tc>
          <w:tcPr>
            <w:tcW w:w="1698" w:type="dxa"/>
            <w:noWrap/>
            <w:hideMark/>
          </w:tcPr>
          <w:p w14:paraId="71ACCF0B" w14:textId="6546C918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9241EB" w:rsidRPr="003A4BCD">
              <w:rPr>
                <w:rFonts w:asciiTheme="majorBidi" w:hAnsiTheme="majorBidi" w:cstheme="majorBidi"/>
              </w:rPr>
              <w:t>spp</w:t>
            </w:r>
            <w:r w:rsidR="009241EB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noWrap/>
            <w:hideMark/>
          </w:tcPr>
          <w:p w14:paraId="0D8FDFC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2.38</w:t>
            </w:r>
          </w:p>
        </w:tc>
        <w:tc>
          <w:tcPr>
            <w:tcW w:w="1837" w:type="dxa"/>
            <w:noWrap/>
            <w:hideMark/>
          </w:tcPr>
          <w:p w14:paraId="63893FE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4112610</w:t>
            </w:r>
          </w:p>
        </w:tc>
      </w:tr>
      <w:tr w:rsidR="006C2A86" w:rsidRPr="00CE3210" w14:paraId="2F7F10B5" w14:textId="77777777" w:rsidTr="005C60D8">
        <w:trPr>
          <w:trHeight w:val="300"/>
        </w:trPr>
        <w:tc>
          <w:tcPr>
            <w:tcW w:w="839" w:type="dxa"/>
            <w:tcBorders>
              <w:bottom w:val="nil"/>
            </w:tcBorders>
            <w:noWrap/>
            <w:hideMark/>
          </w:tcPr>
          <w:p w14:paraId="75374D5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FT-0061</w:t>
            </w:r>
          </w:p>
        </w:tc>
        <w:tc>
          <w:tcPr>
            <w:tcW w:w="1712" w:type="dxa"/>
            <w:gridSpan w:val="2"/>
            <w:tcBorders>
              <w:bottom w:val="nil"/>
            </w:tcBorders>
            <w:noWrap/>
            <w:hideMark/>
          </w:tcPr>
          <w:p w14:paraId="659E7F0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 xml:space="preserve">Arugula </w:t>
            </w:r>
          </w:p>
        </w:tc>
        <w:tc>
          <w:tcPr>
            <w:tcW w:w="1698" w:type="dxa"/>
            <w:tcBorders>
              <w:bottom w:val="nil"/>
            </w:tcBorders>
            <w:noWrap/>
            <w:hideMark/>
          </w:tcPr>
          <w:p w14:paraId="0C7B545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Candida </w:t>
            </w:r>
            <w:r w:rsidRPr="00CE3210">
              <w:rPr>
                <w:rFonts w:asciiTheme="majorBidi" w:hAnsiTheme="majorBidi" w:cstheme="majorBidi"/>
              </w:rPr>
              <w:t>spp</w:t>
            </w:r>
            <w:r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725FFEB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2.32</w:t>
            </w: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67BBECF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585153</w:t>
            </w:r>
          </w:p>
        </w:tc>
      </w:tr>
      <w:tr w:rsidR="006C2A86" w:rsidRPr="00CE3210" w14:paraId="1C3EF0E0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38B0BA1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FT-0062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6EDF98A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Cucumber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12F06DD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Aspergillus </w:t>
            </w:r>
            <w:r w:rsidRPr="00CE3210">
              <w:rPr>
                <w:rFonts w:asciiTheme="majorBidi" w:hAnsiTheme="majorBidi" w:cstheme="majorBidi"/>
              </w:rPr>
              <w:t>spp</w:t>
            </w:r>
            <w:r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CB311B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2.86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6CBCA62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241092</w:t>
            </w:r>
          </w:p>
        </w:tc>
      </w:tr>
      <w:tr w:rsidR="006C2A86" w:rsidRPr="00CE3210" w14:paraId="610C4C26" w14:textId="77777777" w:rsidTr="005C60D8">
        <w:trPr>
          <w:trHeight w:val="315"/>
        </w:trPr>
        <w:tc>
          <w:tcPr>
            <w:tcW w:w="839" w:type="dxa"/>
            <w:tcBorders>
              <w:top w:val="nil"/>
            </w:tcBorders>
            <w:noWrap/>
            <w:hideMark/>
          </w:tcPr>
          <w:p w14:paraId="35AB789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FT-0063</w:t>
            </w:r>
          </w:p>
        </w:tc>
        <w:tc>
          <w:tcPr>
            <w:tcW w:w="1712" w:type="dxa"/>
            <w:gridSpan w:val="2"/>
            <w:tcBorders>
              <w:top w:val="nil"/>
            </w:tcBorders>
            <w:noWrap/>
            <w:hideMark/>
          </w:tcPr>
          <w:p w14:paraId="0E3E5A6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Cottage cheese</w:t>
            </w:r>
          </w:p>
        </w:tc>
        <w:tc>
          <w:tcPr>
            <w:tcW w:w="1698" w:type="dxa"/>
            <w:tcBorders>
              <w:top w:val="nil"/>
            </w:tcBorders>
            <w:noWrap/>
            <w:hideMark/>
          </w:tcPr>
          <w:p w14:paraId="091EEC9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Enterobacter cloacae </w:t>
            </w:r>
          </w:p>
        </w:tc>
        <w:tc>
          <w:tcPr>
            <w:tcW w:w="1230" w:type="dxa"/>
            <w:tcBorders>
              <w:top w:val="nil"/>
            </w:tcBorders>
            <w:noWrap/>
            <w:hideMark/>
          </w:tcPr>
          <w:p w14:paraId="02667E0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2.88</w:t>
            </w:r>
          </w:p>
        </w:tc>
        <w:tc>
          <w:tcPr>
            <w:tcW w:w="1837" w:type="dxa"/>
            <w:tcBorders>
              <w:top w:val="nil"/>
            </w:tcBorders>
            <w:noWrap/>
            <w:hideMark/>
          </w:tcPr>
          <w:p w14:paraId="30FC7B2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3784998</w:t>
            </w:r>
          </w:p>
        </w:tc>
      </w:tr>
      <w:tr w:rsidR="006C2A86" w:rsidRPr="00CE3210" w14:paraId="551DE300" w14:textId="77777777" w:rsidTr="005C60D8">
        <w:trPr>
          <w:trHeight w:val="315"/>
        </w:trPr>
        <w:tc>
          <w:tcPr>
            <w:tcW w:w="839" w:type="dxa"/>
            <w:noWrap/>
            <w:hideMark/>
          </w:tcPr>
          <w:p w14:paraId="2FD2304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FT-0064</w:t>
            </w:r>
          </w:p>
        </w:tc>
        <w:tc>
          <w:tcPr>
            <w:tcW w:w="1712" w:type="dxa"/>
            <w:gridSpan w:val="2"/>
            <w:noWrap/>
            <w:hideMark/>
          </w:tcPr>
          <w:p w14:paraId="2D9247B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Falafel</w:t>
            </w:r>
          </w:p>
        </w:tc>
        <w:tc>
          <w:tcPr>
            <w:tcW w:w="1698" w:type="dxa"/>
            <w:noWrap/>
            <w:hideMark/>
          </w:tcPr>
          <w:p w14:paraId="5FD70FD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noWrap/>
            <w:hideMark/>
          </w:tcPr>
          <w:p w14:paraId="5887F12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2.94</w:t>
            </w:r>
          </w:p>
        </w:tc>
        <w:tc>
          <w:tcPr>
            <w:tcW w:w="1837" w:type="dxa"/>
            <w:noWrap/>
            <w:hideMark/>
          </w:tcPr>
          <w:p w14:paraId="723ACED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420536</w:t>
            </w:r>
          </w:p>
        </w:tc>
      </w:tr>
      <w:tr w:rsidR="006C2A86" w:rsidRPr="00CE3210" w14:paraId="2DFFC755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769A493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FT-0065</w:t>
            </w:r>
          </w:p>
        </w:tc>
        <w:tc>
          <w:tcPr>
            <w:tcW w:w="1712" w:type="dxa"/>
            <w:gridSpan w:val="2"/>
            <w:noWrap/>
            <w:hideMark/>
          </w:tcPr>
          <w:p w14:paraId="17F6E6F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Coriander</w:t>
            </w:r>
          </w:p>
        </w:tc>
        <w:tc>
          <w:tcPr>
            <w:tcW w:w="1698" w:type="dxa"/>
            <w:noWrap/>
            <w:hideMark/>
          </w:tcPr>
          <w:p w14:paraId="76078FD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Enterobacter cloacae </w:t>
            </w:r>
            <w:r w:rsidRPr="00CE3210">
              <w:rPr>
                <w:rFonts w:asciiTheme="majorBidi" w:hAnsiTheme="majorBidi" w:cstheme="majorBidi"/>
              </w:rPr>
              <w:t>complex</w:t>
            </w:r>
          </w:p>
        </w:tc>
        <w:tc>
          <w:tcPr>
            <w:tcW w:w="1230" w:type="dxa"/>
            <w:noWrap/>
            <w:hideMark/>
          </w:tcPr>
          <w:p w14:paraId="1B25D31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2.49</w:t>
            </w:r>
          </w:p>
        </w:tc>
        <w:tc>
          <w:tcPr>
            <w:tcW w:w="1837" w:type="dxa"/>
            <w:noWrap/>
            <w:hideMark/>
          </w:tcPr>
          <w:p w14:paraId="1520FFB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636647</w:t>
            </w:r>
          </w:p>
        </w:tc>
      </w:tr>
      <w:tr w:rsidR="006C2A86" w:rsidRPr="00CE3210" w14:paraId="68107AFC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488EE14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FT-0066</w:t>
            </w:r>
          </w:p>
        </w:tc>
        <w:tc>
          <w:tcPr>
            <w:tcW w:w="1712" w:type="dxa"/>
            <w:gridSpan w:val="2"/>
            <w:noWrap/>
            <w:hideMark/>
          </w:tcPr>
          <w:p w14:paraId="2C64E24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Shawarma</w:t>
            </w:r>
          </w:p>
        </w:tc>
        <w:tc>
          <w:tcPr>
            <w:tcW w:w="1698" w:type="dxa"/>
            <w:noWrap/>
            <w:hideMark/>
          </w:tcPr>
          <w:p w14:paraId="354A230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noWrap/>
            <w:hideMark/>
          </w:tcPr>
          <w:p w14:paraId="782D82F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2.36</w:t>
            </w:r>
          </w:p>
        </w:tc>
        <w:tc>
          <w:tcPr>
            <w:tcW w:w="1837" w:type="dxa"/>
            <w:noWrap/>
            <w:hideMark/>
          </w:tcPr>
          <w:p w14:paraId="050691B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5474508</w:t>
            </w:r>
          </w:p>
        </w:tc>
      </w:tr>
      <w:tr w:rsidR="006C2A86" w:rsidRPr="00CE3210" w14:paraId="3899F332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5B4AF22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FT-0067</w:t>
            </w:r>
          </w:p>
        </w:tc>
        <w:tc>
          <w:tcPr>
            <w:tcW w:w="1712" w:type="dxa"/>
            <w:gridSpan w:val="2"/>
            <w:noWrap/>
            <w:hideMark/>
          </w:tcPr>
          <w:p w14:paraId="6538D5D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Watercress</w:t>
            </w:r>
          </w:p>
        </w:tc>
        <w:tc>
          <w:tcPr>
            <w:tcW w:w="1698" w:type="dxa"/>
            <w:noWrap/>
            <w:hideMark/>
          </w:tcPr>
          <w:p w14:paraId="5070E68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noWrap/>
            <w:hideMark/>
          </w:tcPr>
          <w:p w14:paraId="1649D80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2.34</w:t>
            </w:r>
          </w:p>
        </w:tc>
        <w:tc>
          <w:tcPr>
            <w:tcW w:w="1837" w:type="dxa"/>
            <w:noWrap/>
            <w:hideMark/>
          </w:tcPr>
          <w:p w14:paraId="29F1B42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172328</w:t>
            </w:r>
          </w:p>
        </w:tc>
      </w:tr>
      <w:tr w:rsidR="006C2A86" w:rsidRPr="00CE3210" w14:paraId="62F99665" w14:textId="77777777" w:rsidTr="005C60D8">
        <w:trPr>
          <w:trHeight w:val="300"/>
        </w:trPr>
        <w:tc>
          <w:tcPr>
            <w:tcW w:w="839" w:type="dxa"/>
            <w:tcBorders>
              <w:bottom w:val="nil"/>
            </w:tcBorders>
            <w:noWrap/>
            <w:hideMark/>
          </w:tcPr>
          <w:p w14:paraId="05139EA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FT-0068</w:t>
            </w:r>
          </w:p>
        </w:tc>
        <w:tc>
          <w:tcPr>
            <w:tcW w:w="1712" w:type="dxa"/>
            <w:gridSpan w:val="2"/>
            <w:tcBorders>
              <w:bottom w:val="nil"/>
            </w:tcBorders>
            <w:noWrap/>
            <w:hideMark/>
          </w:tcPr>
          <w:p w14:paraId="5CB95BA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Cooked rice</w:t>
            </w:r>
          </w:p>
        </w:tc>
        <w:tc>
          <w:tcPr>
            <w:tcW w:w="1698" w:type="dxa"/>
            <w:tcBorders>
              <w:bottom w:val="nil"/>
            </w:tcBorders>
            <w:noWrap/>
            <w:hideMark/>
          </w:tcPr>
          <w:p w14:paraId="4DFF103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4D1D8D9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2.34</w:t>
            </w: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01CE50A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2793</w:t>
            </w:r>
          </w:p>
        </w:tc>
      </w:tr>
      <w:tr w:rsidR="006C2A86" w:rsidRPr="00CE3210" w14:paraId="0D6E4132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1C0B9E9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FT-0069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04CF3DE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Minced meat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1D85975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90C8E3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61B8E67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3275040</w:t>
            </w:r>
          </w:p>
        </w:tc>
      </w:tr>
      <w:tr w:rsidR="006C2A86" w:rsidRPr="00CE3210" w14:paraId="1104E780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59C7C61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FT-0070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600789F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Kushari</w:t>
            </w:r>
            <w:proofErr w:type="spellEnd"/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1C45B81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Yeast (unspecified)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39B4ADB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1.06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6378168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1654</w:t>
            </w:r>
          </w:p>
        </w:tc>
      </w:tr>
      <w:tr w:rsidR="006C2A86" w:rsidRPr="00CE3210" w14:paraId="7C24E6E2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0431E4A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FT-0071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091DBBA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 xml:space="preserve">Arugula 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54B3C49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Penicillium </w:t>
            </w:r>
            <w:r w:rsidRPr="00CE3210">
              <w:rPr>
                <w:rFonts w:asciiTheme="majorBidi" w:hAnsiTheme="majorBidi" w:cstheme="majorBidi"/>
              </w:rPr>
              <w:t>spp</w:t>
            </w:r>
            <w:r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0F8A8C8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2.83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513F156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805866</w:t>
            </w:r>
          </w:p>
        </w:tc>
      </w:tr>
      <w:tr w:rsidR="006C2A86" w:rsidRPr="00CE3210" w14:paraId="7A08991B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2EBA5D7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lastRenderedPageBreak/>
              <w:t>FT-0072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3EA097B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Dill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31E825A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31F8AAD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2BBFD98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767781</w:t>
            </w:r>
          </w:p>
        </w:tc>
      </w:tr>
      <w:tr w:rsidR="006C2A86" w:rsidRPr="00CE3210" w14:paraId="25C258D0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36E6A03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FT-0073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489C232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Parsley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28FEA26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Pseudomonas aeruginosa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4BAA466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5E5CB61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320648</w:t>
            </w:r>
          </w:p>
        </w:tc>
      </w:tr>
      <w:tr w:rsidR="006C2A86" w:rsidRPr="00CE3210" w14:paraId="4B43E34B" w14:textId="77777777" w:rsidTr="005C60D8">
        <w:trPr>
          <w:trHeight w:val="31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2BD5EFD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FT-0074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495EE17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Watercress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57FDAF89" w14:textId="0407EE91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Salmonella</w:t>
            </w:r>
            <w:r w:rsidRPr="00CE3210">
              <w:rPr>
                <w:rFonts w:asciiTheme="majorBidi" w:hAnsiTheme="majorBidi" w:cstheme="majorBidi"/>
              </w:rPr>
              <w:t xml:space="preserve"> </w:t>
            </w:r>
            <w:r w:rsidR="009241EB" w:rsidRPr="003A4BCD">
              <w:rPr>
                <w:rFonts w:asciiTheme="majorBidi" w:hAnsiTheme="majorBidi" w:cstheme="majorBidi"/>
              </w:rPr>
              <w:t>spp</w:t>
            </w:r>
            <w:r w:rsidR="009241EB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3A43F1E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2.66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5BA45B0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2720</w:t>
            </w:r>
          </w:p>
        </w:tc>
      </w:tr>
      <w:tr w:rsidR="006C2A86" w:rsidRPr="00CE3210" w14:paraId="6A56E9CF" w14:textId="77777777" w:rsidTr="005C60D8">
        <w:trPr>
          <w:trHeight w:val="31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06739B5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FT-0075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1C1B7CC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Cottage cheese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658E90C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955A5E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2.31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55CB10F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4253638</w:t>
            </w:r>
          </w:p>
        </w:tc>
      </w:tr>
      <w:tr w:rsidR="006C2A86" w:rsidRPr="00CE3210" w14:paraId="0F0DE3E7" w14:textId="77777777" w:rsidTr="005C60D8">
        <w:trPr>
          <w:trHeight w:val="31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2354A3B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FT-0076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011A2E9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Pasta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647A927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4D52259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2.89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6378096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8253</w:t>
            </w:r>
          </w:p>
        </w:tc>
      </w:tr>
      <w:tr w:rsidR="006C2A86" w:rsidRPr="00CE3210" w14:paraId="1FF1E721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22ECD7D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FT-0077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7320C1B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Coriander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4AB4AAA7" w14:textId="327ED263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9241EB" w:rsidRPr="003A4BCD">
              <w:rPr>
                <w:rFonts w:asciiTheme="majorBidi" w:hAnsiTheme="majorBidi" w:cstheme="majorBidi"/>
              </w:rPr>
              <w:t>spp</w:t>
            </w:r>
            <w:r w:rsidR="009241EB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1003976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2.26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74D4BA0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2195533</w:t>
            </w:r>
          </w:p>
        </w:tc>
      </w:tr>
      <w:tr w:rsidR="006C2A86" w:rsidRPr="00CE3210" w14:paraId="01551104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1E3C9A3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FT-0078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15F4A61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Watercress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65949B1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Candida</w:t>
            </w:r>
            <w:r w:rsidRPr="00CE3210">
              <w:rPr>
                <w:rFonts w:asciiTheme="majorBidi" w:hAnsiTheme="majorBidi" w:cstheme="majorBidi"/>
              </w:rPr>
              <w:t xml:space="preserve"> spp.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110EC04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2.86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7DF37ED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624105</w:t>
            </w:r>
          </w:p>
        </w:tc>
      </w:tr>
      <w:tr w:rsidR="006C2A86" w:rsidRPr="00CE3210" w14:paraId="6E57A799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377A67F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FT-0079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6DF2902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Cucumber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0D91C47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Pseudomonas aeruginosa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C2A28F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2.65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6871BC7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332822</w:t>
            </w:r>
          </w:p>
        </w:tc>
      </w:tr>
      <w:tr w:rsidR="006C2A86" w:rsidRPr="00CE3210" w14:paraId="1E7700F1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33C5834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FT-0080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3B4A2DC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Fish (fillet)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27CC311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5F83555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2.35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4C6D76E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8212590</w:t>
            </w:r>
          </w:p>
        </w:tc>
      </w:tr>
      <w:tr w:rsidR="006C2A86" w:rsidRPr="00CE3210" w14:paraId="04A2D1B9" w14:textId="77777777" w:rsidTr="005C60D8">
        <w:trPr>
          <w:trHeight w:val="31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566BD78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FT-0081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0238DFF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Tumiah</w:t>
            </w:r>
            <w:proofErr w:type="spellEnd"/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5AF4D2D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Enterobacter cloacae 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7D4A0A6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2.64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1C7D0E8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39</w:t>
            </w:r>
          </w:p>
        </w:tc>
      </w:tr>
      <w:tr w:rsidR="006C2A86" w:rsidRPr="00CE3210" w14:paraId="72DB07B7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75544BA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FT-0082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3DE7D86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Molokhia</w:t>
            </w:r>
            <w:proofErr w:type="spellEnd"/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0266D0CD" w14:textId="77D0D745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C83AF9" w:rsidRPr="00C83AF9">
              <w:rPr>
                <w:rFonts w:asciiTheme="majorBidi" w:hAnsiTheme="majorBidi" w:cstheme="majorBidi"/>
              </w:rPr>
              <w:t>spp.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3D64FDF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6670077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908450</w:t>
            </w:r>
          </w:p>
        </w:tc>
      </w:tr>
      <w:tr w:rsidR="006C2A86" w:rsidRPr="00CE3210" w14:paraId="7C8D9AF1" w14:textId="77777777" w:rsidTr="005C60D8">
        <w:trPr>
          <w:trHeight w:val="31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57C3ED1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FT-0083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126C78A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Juice (fresh)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665CA56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0B43713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2.53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355AEEF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38</w:t>
            </w:r>
          </w:p>
        </w:tc>
      </w:tr>
      <w:tr w:rsidR="006C2A86" w:rsidRPr="00CE3210" w14:paraId="2204E388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5F7E185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FT-0084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0379C21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Dill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7116B99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Penicillium </w:t>
            </w:r>
            <w:r w:rsidRPr="003A4BCD">
              <w:rPr>
                <w:rFonts w:asciiTheme="majorBidi" w:hAnsiTheme="majorBidi" w:cstheme="majorBidi"/>
              </w:rPr>
              <w:t>spp.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0FDA2D7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2.49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400F322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607898</w:t>
            </w:r>
          </w:p>
        </w:tc>
      </w:tr>
      <w:tr w:rsidR="006C2A86" w:rsidRPr="00CE3210" w14:paraId="721303AA" w14:textId="77777777" w:rsidTr="005C60D8">
        <w:trPr>
          <w:trHeight w:val="31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3099A39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FT-0085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112485E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Falafel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4131F0C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33EE871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2.45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60C148C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45</w:t>
            </w:r>
          </w:p>
        </w:tc>
      </w:tr>
      <w:tr w:rsidR="006C2A86" w:rsidRPr="00CE3210" w14:paraId="4D0660F0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5E80821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FT-0086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030CD8B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Spinach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1EE2F58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03F2A22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0E4375A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914846</w:t>
            </w:r>
          </w:p>
        </w:tc>
      </w:tr>
      <w:tr w:rsidR="006C2A86" w:rsidRPr="00CE3210" w14:paraId="506FFC7C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08C1B10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FT-0087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09B12B3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Egyptian beans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6CD3B65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110828B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2.32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010FA66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468232</w:t>
            </w:r>
          </w:p>
        </w:tc>
      </w:tr>
      <w:tr w:rsidR="006C2A86" w:rsidRPr="00CE3210" w14:paraId="511DEFE9" w14:textId="77777777" w:rsidTr="005C60D8">
        <w:trPr>
          <w:trHeight w:val="315"/>
        </w:trPr>
        <w:tc>
          <w:tcPr>
            <w:tcW w:w="839" w:type="dxa"/>
            <w:tcBorders>
              <w:top w:val="nil"/>
            </w:tcBorders>
            <w:noWrap/>
            <w:hideMark/>
          </w:tcPr>
          <w:p w14:paraId="733601E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FT-0088</w:t>
            </w:r>
          </w:p>
        </w:tc>
        <w:tc>
          <w:tcPr>
            <w:tcW w:w="1712" w:type="dxa"/>
            <w:gridSpan w:val="2"/>
            <w:tcBorders>
              <w:top w:val="nil"/>
            </w:tcBorders>
            <w:noWrap/>
            <w:hideMark/>
          </w:tcPr>
          <w:p w14:paraId="79F4E77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Egyptian beans</w:t>
            </w:r>
          </w:p>
        </w:tc>
        <w:tc>
          <w:tcPr>
            <w:tcW w:w="1698" w:type="dxa"/>
            <w:tcBorders>
              <w:top w:val="nil"/>
            </w:tcBorders>
            <w:noWrap/>
            <w:hideMark/>
          </w:tcPr>
          <w:p w14:paraId="435FCE1D" w14:textId="1A59771B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3A4BCD" w:rsidRPr="003A4BCD">
              <w:rPr>
                <w:rFonts w:asciiTheme="majorBidi" w:hAnsiTheme="majorBidi" w:cstheme="majorBidi"/>
              </w:rPr>
              <w:t>spp</w:t>
            </w:r>
            <w:r w:rsidR="003A4BCD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tcBorders>
              <w:top w:val="nil"/>
            </w:tcBorders>
            <w:noWrap/>
            <w:hideMark/>
          </w:tcPr>
          <w:p w14:paraId="4D73164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1837" w:type="dxa"/>
            <w:tcBorders>
              <w:top w:val="nil"/>
            </w:tcBorders>
            <w:noWrap/>
            <w:hideMark/>
          </w:tcPr>
          <w:p w14:paraId="532BC47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497012</w:t>
            </w:r>
          </w:p>
        </w:tc>
      </w:tr>
      <w:tr w:rsidR="006C2A86" w:rsidRPr="00CE3210" w14:paraId="6F52FF58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0489AB3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FT-0089</w:t>
            </w:r>
          </w:p>
        </w:tc>
        <w:tc>
          <w:tcPr>
            <w:tcW w:w="1712" w:type="dxa"/>
            <w:gridSpan w:val="2"/>
            <w:noWrap/>
            <w:hideMark/>
          </w:tcPr>
          <w:p w14:paraId="30793FB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Lettuce (</w:t>
            </w:r>
            <w:proofErr w:type="spellStart"/>
            <w:r w:rsidRPr="00CE3210">
              <w:rPr>
                <w:rFonts w:asciiTheme="majorBidi" w:hAnsiTheme="majorBidi" w:cstheme="majorBidi"/>
              </w:rPr>
              <w:t>capucci</w:t>
            </w:r>
            <w:proofErr w:type="spellEnd"/>
            <w:r w:rsidRPr="00CE321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98" w:type="dxa"/>
            <w:noWrap/>
            <w:hideMark/>
          </w:tcPr>
          <w:p w14:paraId="368DD27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noWrap/>
            <w:hideMark/>
          </w:tcPr>
          <w:p w14:paraId="79D0765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2.83</w:t>
            </w:r>
          </w:p>
        </w:tc>
        <w:tc>
          <w:tcPr>
            <w:tcW w:w="1837" w:type="dxa"/>
            <w:noWrap/>
            <w:hideMark/>
          </w:tcPr>
          <w:p w14:paraId="4D5920F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156161</w:t>
            </w:r>
          </w:p>
        </w:tc>
      </w:tr>
      <w:tr w:rsidR="006C2A86" w:rsidRPr="00CE3210" w14:paraId="6B67A5C2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5E1ABBB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lastRenderedPageBreak/>
              <w:t>FT-0090</w:t>
            </w:r>
          </w:p>
        </w:tc>
        <w:tc>
          <w:tcPr>
            <w:tcW w:w="1712" w:type="dxa"/>
            <w:gridSpan w:val="2"/>
            <w:noWrap/>
            <w:hideMark/>
          </w:tcPr>
          <w:p w14:paraId="42A0594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Tuna</w:t>
            </w:r>
          </w:p>
        </w:tc>
        <w:tc>
          <w:tcPr>
            <w:tcW w:w="1698" w:type="dxa"/>
            <w:noWrap/>
            <w:hideMark/>
          </w:tcPr>
          <w:p w14:paraId="1C8E1E6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Aeromonas hydrophila</w:t>
            </w:r>
          </w:p>
        </w:tc>
        <w:tc>
          <w:tcPr>
            <w:tcW w:w="1230" w:type="dxa"/>
            <w:noWrap/>
            <w:hideMark/>
          </w:tcPr>
          <w:p w14:paraId="13307FC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1837" w:type="dxa"/>
            <w:noWrap/>
            <w:hideMark/>
          </w:tcPr>
          <w:p w14:paraId="46A2B78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221972</w:t>
            </w:r>
          </w:p>
        </w:tc>
      </w:tr>
      <w:tr w:rsidR="006C2A86" w:rsidRPr="00CE3210" w14:paraId="559F8D97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024EFD0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FT-0091</w:t>
            </w:r>
          </w:p>
        </w:tc>
        <w:tc>
          <w:tcPr>
            <w:tcW w:w="1712" w:type="dxa"/>
            <w:gridSpan w:val="2"/>
            <w:noWrap/>
            <w:hideMark/>
          </w:tcPr>
          <w:p w14:paraId="2B4D278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Cheese (soft)</w:t>
            </w:r>
          </w:p>
        </w:tc>
        <w:tc>
          <w:tcPr>
            <w:tcW w:w="1698" w:type="dxa"/>
            <w:noWrap/>
            <w:hideMark/>
          </w:tcPr>
          <w:p w14:paraId="49F2D5F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Penicillium</w:t>
            </w:r>
            <w:r w:rsidRPr="00CE3210">
              <w:rPr>
                <w:rFonts w:asciiTheme="majorBidi" w:hAnsiTheme="majorBidi" w:cstheme="majorBidi"/>
              </w:rPr>
              <w:t xml:space="preserve"> spp.</w:t>
            </w:r>
          </w:p>
        </w:tc>
        <w:tc>
          <w:tcPr>
            <w:tcW w:w="1230" w:type="dxa"/>
            <w:noWrap/>
            <w:hideMark/>
          </w:tcPr>
          <w:p w14:paraId="040746B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2.67</w:t>
            </w:r>
          </w:p>
        </w:tc>
        <w:tc>
          <w:tcPr>
            <w:tcW w:w="1837" w:type="dxa"/>
            <w:noWrap/>
            <w:hideMark/>
          </w:tcPr>
          <w:p w14:paraId="26318A9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1190921</w:t>
            </w:r>
          </w:p>
        </w:tc>
      </w:tr>
      <w:tr w:rsidR="006C2A86" w:rsidRPr="00CE3210" w14:paraId="4FFA9019" w14:textId="77777777" w:rsidTr="005C60D8">
        <w:trPr>
          <w:trHeight w:val="315"/>
        </w:trPr>
        <w:tc>
          <w:tcPr>
            <w:tcW w:w="839" w:type="dxa"/>
            <w:noWrap/>
            <w:hideMark/>
          </w:tcPr>
          <w:p w14:paraId="6507AA8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FT-0092</w:t>
            </w:r>
          </w:p>
        </w:tc>
        <w:tc>
          <w:tcPr>
            <w:tcW w:w="1712" w:type="dxa"/>
            <w:gridSpan w:val="2"/>
            <w:noWrap/>
            <w:hideMark/>
          </w:tcPr>
          <w:p w14:paraId="7226D51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Pasta</w:t>
            </w:r>
          </w:p>
        </w:tc>
        <w:tc>
          <w:tcPr>
            <w:tcW w:w="1698" w:type="dxa"/>
            <w:noWrap/>
            <w:hideMark/>
          </w:tcPr>
          <w:p w14:paraId="56CA96F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noWrap/>
            <w:hideMark/>
          </w:tcPr>
          <w:p w14:paraId="350E956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2.66</w:t>
            </w:r>
          </w:p>
        </w:tc>
        <w:tc>
          <w:tcPr>
            <w:tcW w:w="1837" w:type="dxa"/>
            <w:noWrap/>
            <w:hideMark/>
          </w:tcPr>
          <w:p w14:paraId="0B86DDE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16</w:t>
            </w:r>
          </w:p>
        </w:tc>
      </w:tr>
      <w:tr w:rsidR="006C2A86" w:rsidRPr="00CE3210" w14:paraId="653C872B" w14:textId="77777777" w:rsidTr="005C60D8">
        <w:trPr>
          <w:trHeight w:val="300"/>
        </w:trPr>
        <w:tc>
          <w:tcPr>
            <w:tcW w:w="839" w:type="dxa"/>
            <w:tcBorders>
              <w:bottom w:val="nil"/>
            </w:tcBorders>
            <w:noWrap/>
            <w:hideMark/>
          </w:tcPr>
          <w:p w14:paraId="5A76F1F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FT-0093</w:t>
            </w:r>
          </w:p>
        </w:tc>
        <w:tc>
          <w:tcPr>
            <w:tcW w:w="1712" w:type="dxa"/>
            <w:gridSpan w:val="2"/>
            <w:tcBorders>
              <w:bottom w:val="nil"/>
            </w:tcBorders>
            <w:noWrap/>
            <w:hideMark/>
          </w:tcPr>
          <w:p w14:paraId="202E47C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Yogurt (fresh)</w:t>
            </w:r>
          </w:p>
        </w:tc>
        <w:tc>
          <w:tcPr>
            <w:tcW w:w="1698" w:type="dxa"/>
            <w:tcBorders>
              <w:bottom w:val="nil"/>
            </w:tcBorders>
            <w:noWrap/>
            <w:hideMark/>
          </w:tcPr>
          <w:p w14:paraId="2A83B6F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No growth / environmental flora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1A0E10B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1.5</w:t>
            </w: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28A5370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16</w:t>
            </w:r>
          </w:p>
        </w:tc>
      </w:tr>
      <w:tr w:rsidR="006C2A86" w:rsidRPr="00CE3210" w14:paraId="5836F0D9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5E1A59F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FT-0094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33FAD87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Tumiah</w:t>
            </w:r>
            <w:proofErr w:type="spellEnd"/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394EFE6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681D57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2.64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5DE5E96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4153274</w:t>
            </w:r>
          </w:p>
        </w:tc>
      </w:tr>
      <w:tr w:rsidR="006C2A86" w:rsidRPr="00CE3210" w14:paraId="17066252" w14:textId="77777777" w:rsidTr="005C60D8">
        <w:trPr>
          <w:trHeight w:val="300"/>
        </w:trPr>
        <w:tc>
          <w:tcPr>
            <w:tcW w:w="839" w:type="dxa"/>
            <w:tcBorders>
              <w:top w:val="nil"/>
            </w:tcBorders>
            <w:noWrap/>
            <w:hideMark/>
          </w:tcPr>
          <w:p w14:paraId="4EC2A10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FT-0095</w:t>
            </w:r>
          </w:p>
        </w:tc>
        <w:tc>
          <w:tcPr>
            <w:tcW w:w="1712" w:type="dxa"/>
            <w:gridSpan w:val="2"/>
            <w:tcBorders>
              <w:top w:val="nil"/>
            </w:tcBorders>
            <w:noWrap/>
            <w:hideMark/>
          </w:tcPr>
          <w:p w14:paraId="1BA86E7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 xml:space="preserve">Arugula </w:t>
            </w:r>
          </w:p>
        </w:tc>
        <w:tc>
          <w:tcPr>
            <w:tcW w:w="1698" w:type="dxa"/>
            <w:tcBorders>
              <w:top w:val="nil"/>
            </w:tcBorders>
            <w:noWrap/>
            <w:hideMark/>
          </w:tcPr>
          <w:p w14:paraId="27A2E52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</w:tcBorders>
            <w:noWrap/>
            <w:hideMark/>
          </w:tcPr>
          <w:p w14:paraId="2F3D26A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1837" w:type="dxa"/>
            <w:tcBorders>
              <w:top w:val="nil"/>
            </w:tcBorders>
            <w:noWrap/>
            <w:hideMark/>
          </w:tcPr>
          <w:p w14:paraId="58001A8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117759</w:t>
            </w:r>
          </w:p>
        </w:tc>
      </w:tr>
      <w:tr w:rsidR="006C2A86" w:rsidRPr="00CE3210" w14:paraId="4835D925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6AF69CE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FT-0096</w:t>
            </w:r>
          </w:p>
        </w:tc>
        <w:tc>
          <w:tcPr>
            <w:tcW w:w="1712" w:type="dxa"/>
            <w:gridSpan w:val="2"/>
            <w:noWrap/>
            <w:hideMark/>
          </w:tcPr>
          <w:p w14:paraId="11ED73A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Dill</w:t>
            </w:r>
          </w:p>
        </w:tc>
        <w:tc>
          <w:tcPr>
            <w:tcW w:w="1698" w:type="dxa"/>
            <w:noWrap/>
            <w:hideMark/>
          </w:tcPr>
          <w:p w14:paraId="5D7B8B2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noWrap/>
            <w:hideMark/>
          </w:tcPr>
          <w:p w14:paraId="6795AF0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2.45</w:t>
            </w:r>
          </w:p>
        </w:tc>
        <w:tc>
          <w:tcPr>
            <w:tcW w:w="1837" w:type="dxa"/>
            <w:noWrap/>
            <w:hideMark/>
          </w:tcPr>
          <w:p w14:paraId="7467ABC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206429</w:t>
            </w:r>
          </w:p>
        </w:tc>
      </w:tr>
      <w:tr w:rsidR="006C2A86" w:rsidRPr="00CE3210" w14:paraId="07BE6144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54D830F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FT-0097</w:t>
            </w:r>
          </w:p>
        </w:tc>
        <w:tc>
          <w:tcPr>
            <w:tcW w:w="1712" w:type="dxa"/>
            <w:gridSpan w:val="2"/>
            <w:noWrap/>
            <w:hideMark/>
          </w:tcPr>
          <w:p w14:paraId="04DC3DD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Eggs (shell)</w:t>
            </w:r>
          </w:p>
        </w:tc>
        <w:tc>
          <w:tcPr>
            <w:tcW w:w="1698" w:type="dxa"/>
            <w:noWrap/>
            <w:hideMark/>
          </w:tcPr>
          <w:p w14:paraId="103E2CF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Pseudomonas aeruginosa</w:t>
            </w:r>
          </w:p>
        </w:tc>
        <w:tc>
          <w:tcPr>
            <w:tcW w:w="1230" w:type="dxa"/>
            <w:noWrap/>
            <w:hideMark/>
          </w:tcPr>
          <w:p w14:paraId="3C4FC5D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2.55</w:t>
            </w:r>
          </w:p>
        </w:tc>
        <w:tc>
          <w:tcPr>
            <w:tcW w:w="1837" w:type="dxa"/>
            <w:noWrap/>
            <w:hideMark/>
          </w:tcPr>
          <w:p w14:paraId="5B6689B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831425</w:t>
            </w:r>
          </w:p>
        </w:tc>
      </w:tr>
      <w:tr w:rsidR="006C2A86" w:rsidRPr="00CE3210" w14:paraId="0627B46B" w14:textId="77777777" w:rsidTr="005C60D8">
        <w:trPr>
          <w:trHeight w:val="315"/>
        </w:trPr>
        <w:tc>
          <w:tcPr>
            <w:tcW w:w="839" w:type="dxa"/>
            <w:noWrap/>
            <w:hideMark/>
          </w:tcPr>
          <w:p w14:paraId="2DA6262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FT-0098</w:t>
            </w:r>
          </w:p>
        </w:tc>
        <w:tc>
          <w:tcPr>
            <w:tcW w:w="1712" w:type="dxa"/>
            <w:gridSpan w:val="2"/>
            <w:noWrap/>
            <w:hideMark/>
          </w:tcPr>
          <w:p w14:paraId="5A116AD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 xml:space="preserve">Arugula </w:t>
            </w:r>
          </w:p>
        </w:tc>
        <w:tc>
          <w:tcPr>
            <w:tcW w:w="1698" w:type="dxa"/>
            <w:noWrap/>
            <w:hideMark/>
          </w:tcPr>
          <w:p w14:paraId="693CDCC6" w14:textId="4DCDA8B2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3A4BCD" w:rsidRPr="003A4BCD">
              <w:rPr>
                <w:rFonts w:asciiTheme="majorBidi" w:hAnsiTheme="majorBidi" w:cstheme="majorBidi"/>
              </w:rPr>
              <w:t>spp</w:t>
            </w:r>
            <w:r w:rsidR="003A4BCD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noWrap/>
            <w:hideMark/>
          </w:tcPr>
          <w:p w14:paraId="5EEE7EE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2.65</w:t>
            </w:r>
          </w:p>
        </w:tc>
        <w:tc>
          <w:tcPr>
            <w:tcW w:w="1837" w:type="dxa"/>
            <w:noWrap/>
            <w:hideMark/>
          </w:tcPr>
          <w:p w14:paraId="7E866D9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13</w:t>
            </w:r>
          </w:p>
        </w:tc>
      </w:tr>
      <w:tr w:rsidR="006C2A86" w:rsidRPr="00CE3210" w14:paraId="61FC9FF0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3C412FE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FT-0099</w:t>
            </w:r>
          </w:p>
        </w:tc>
        <w:tc>
          <w:tcPr>
            <w:tcW w:w="1712" w:type="dxa"/>
            <w:gridSpan w:val="2"/>
            <w:noWrap/>
            <w:hideMark/>
          </w:tcPr>
          <w:p w14:paraId="2BD8AD1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Cottage cheese</w:t>
            </w:r>
          </w:p>
        </w:tc>
        <w:tc>
          <w:tcPr>
            <w:tcW w:w="1698" w:type="dxa"/>
            <w:noWrap/>
            <w:hideMark/>
          </w:tcPr>
          <w:p w14:paraId="3275B10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noWrap/>
            <w:hideMark/>
          </w:tcPr>
          <w:p w14:paraId="68148F8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1837" w:type="dxa"/>
            <w:noWrap/>
            <w:hideMark/>
          </w:tcPr>
          <w:p w14:paraId="77D2831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1757707</w:t>
            </w:r>
          </w:p>
        </w:tc>
      </w:tr>
      <w:tr w:rsidR="006C2A86" w:rsidRPr="00CE3210" w14:paraId="70FA2304" w14:textId="77777777" w:rsidTr="005C60D8">
        <w:trPr>
          <w:trHeight w:val="315"/>
        </w:trPr>
        <w:tc>
          <w:tcPr>
            <w:tcW w:w="839" w:type="dxa"/>
            <w:tcBorders>
              <w:bottom w:val="nil"/>
            </w:tcBorders>
            <w:noWrap/>
            <w:hideMark/>
          </w:tcPr>
          <w:p w14:paraId="3390A13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FT-0100</w:t>
            </w:r>
          </w:p>
        </w:tc>
        <w:tc>
          <w:tcPr>
            <w:tcW w:w="1712" w:type="dxa"/>
            <w:gridSpan w:val="2"/>
            <w:tcBorders>
              <w:bottom w:val="nil"/>
            </w:tcBorders>
            <w:noWrap/>
            <w:hideMark/>
          </w:tcPr>
          <w:p w14:paraId="4E858B7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Falafel</w:t>
            </w:r>
          </w:p>
        </w:tc>
        <w:tc>
          <w:tcPr>
            <w:tcW w:w="1698" w:type="dxa"/>
            <w:tcBorders>
              <w:bottom w:val="nil"/>
            </w:tcBorders>
            <w:noWrap/>
            <w:hideMark/>
          </w:tcPr>
          <w:p w14:paraId="7443BE2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65E1BB6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2.37</w:t>
            </w: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1FE00A5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26</w:t>
            </w:r>
          </w:p>
        </w:tc>
      </w:tr>
      <w:tr w:rsidR="006C2A86" w:rsidRPr="00CE3210" w14:paraId="3AEF0C92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471E481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FT-0101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6FC15D8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Coriander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682DA11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Enterobacter cloacae </w:t>
            </w:r>
            <w:r w:rsidRPr="00CE3210">
              <w:rPr>
                <w:rFonts w:asciiTheme="majorBidi" w:hAnsiTheme="majorBidi" w:cstheme="majorBidi"/>
              </w:rPr>
              <w:t>complex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398AC1A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2.51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1B3427F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903364</w:t>
            </w:r>
          </w:p>
        </w:tc>
      </w:tr>
      <w:tr w:rsidR="006C2A86" w:rsidRPr="00CE3210" w14:paraId="767366AB" w14:textId="77777777" w:rsidTr="005C60D8">
        <w:trPr>
          <w:trHeight w:val="300"/>
        </w:trPr>
        <w:tc>
          <w:tcPr>
            <w:tcW w:w="839" w:type="dxa"/>
            <w:tcBorders>
              <w:top w:val="nil"/>
            </w:tcBorders>
            <w:noWrap/>
            <w:hideMark/>
          </w:tcPr>
          <w:p w14:paraId="7FC219F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FT-0102</w:t>
            </w:r>
          </w:p>
        </w:tc>
        <w:tc>
          <w:tcPr>
            <w:tcW w:w="1712" w:type="dxa"/>
            <w:gridSpan w:val="2"/>
            <w:tcBorders>
              <w:top w:val="nil"/>
            </w:tcBorders>
            <w:noWrap/>
            <w:hideMark/>
          </w:tcPr>
          <w:p w14:paraId="546A621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Sausage</w:t>
            </w:r>
          </w:p>
        </w:tc>
        <w:tc>
          <w:tcPr>
            <w:tcW w:w="1698" w:type="dxa"/>
            <w:tcBorders>
              <w:top w:val="nil"/>
            </w:tcBorders>
            <w:noWrap/>
            <w:hideMark/>
          </w:tcPr>
          <w:p w14:paraId="1042962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Enterobacter cloacae </w:t>
            </w:r>
            <w:r w:rsidRPr="00CE3210">
              <w:rPr>
                <w:rFonts w:asciiTheme="majorBidi" w:hAnsiTheme="majorBidi" w:cstheme="majorBidi"/>
              </w:rPr>
              <w:t>complex</w:t>
            </w:r>
          </w:p>
        </w:tc>
        <w:tc>
          <w:tcPr>
            <w:tcW w:w="1230" w:type="dxa"/>
            <w:tcBorders>
              <w:top w:val="nil"/>
            </w:tcBorders>
            <w:noWrap/>
            <w:hideMark/>
          </w:tcPr>
          <w:p w14:paraId="65862E2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2.38</w:t>
            </w:r>
          </w:p>
        </w:tc>
        <w:tc>
          <w:tcPr>
            <w:tcW w:w="1837" w:type="dxa"/>
            <w:tcBorders>
              <w:top w:val="nil"/>
            </w:tcBorders>
            <w:noWrap/>
            <w:hideMark/>
          </w:tcPr>
          <w:p w14:paraId="67A66B6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5882678</w:t>
            </w:r>
          </w:p>
        </w:tc>
      </w:tr>
      <w:tr w:rsidR="006C2A86" w:rsidRPr="00CE3210" w14:paraId="56F0EADF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4436B1E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FT-0103</w:t>
            </w:r>
          </w:p>
        </w:tc>
        <w:tc>
          <w:tcPr>
            <w:tcW w:w="1712" w:type="dxa"/>
            <w:gridSpan w:val="2"/>
            <w:noWrap/>
            <w:hideMark/>
          </w:tcPr>
          <w:p w14:paraId="015471B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Kofta</w:t>
            </w:r>
          </w:p>
        </w:tc>
        <w:tc>
          <w:tcPr>
            <w:tcW w:w="1698" w:type="dxa"/>
            <w:noWrap/>
            <w:hideMark/>
          </w:tcPr>
          <w:p w14:paraId="1F9A6DA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noWrap/>
            <w:hideMark/>
          </w:tcPr>
          <w:p w14:paraId="026DEED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2.97</w:t>
            </w:r>
          </w:p>
        </w:tc>
        <w:tc>
          <w:tcPr>
            <w:tcW w:w="1837" w:type="dxa"/>
            <w:noWrap/>
            <w:hideMark/>
          </w:tcPr>
          <w:p w14:paraId="4E70C2E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3128617</w:t>
            </w:r>
          </w:p>
        </w:tc>
      </w:tr>
      <w:tr w:rsidR="006C2A86" w:rsidRPr="00CE3210" w14:paraId="4B83314E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736F5DD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FT-0104</w:t>
            </w:r>
          </w:p>
        </w:tc>
        <w:tc>
          <w:tcPr>
            <w:tcW w:w="1712" w:type="dxa"/>
            <w:gridSpan w:val="2"/>
            <w:noWrap/>
            <w:hideMark/>
          </w:tcPr>
          <w:p w14:paraId="1270632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Pasta</w:t>
            </w:r>
          </w:p>
        </w:tc>
        <w:tc>
          <w:tcPr>
            <w:tcW w:w="1698" w:type="dxa"/>
            <w:noWrap/>
            <w:hideMark/>
          </w:tcPr>
          <w:p w14:paraId="7C991C8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Candida</w:t>
            </w:r>
            <w:r w:rsidRPr="00CE321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E3210">
              <w:rPr>
                <w:rFonts w:asciiTheme="majorBidi" w:hAnsiTheme="majorBidi" w:cstheme="majorBidi"/>
              </w:rPr>
              <w:t>spp</w:t>
            </w:r>
            <w:proofErr w:type="spellEnd"/>
          </w:p>
        </w:tc>
        <w:tc>
          <w:tcPr>
            <w:tcW w:w="1230" w:type="dxa"/>
            <w:noWrap/>
            <w:hideMark/>
          </w:tcPr>
          <w:p w14:paraId="18E8FBF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2.35</w:t>
            </w:r>
          </w:p>
        </w:tc>
        <w:tc>
          <w:tcPr>
            <w:tcW w:w="1837" w:type="dxa"/>
            <w:noWrap/>
            <w:hideMark/>
          </w:tcPr>
          <w:p w14:paraId="3D178CD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3159</w:t>
            </w:r>
          </w:p>
        </w:tc>
      </w:tr>
      <w:tr w:rsidR="006C2A86" w:rsidRPr="00CE3210" w14:paraId="5BFAAC2B" w14:textId="77777777" w:rsidTr="005C60D8">
        <w:trPr>
          <w:trHeight w:val="315"/>
        </w:trPr>
        <w:tc>
          <w:tcPr>
            <w:tcW w:w="839" w:type="dxa"/>
            <w:noWrap/>
            <w:hideMark/>
          </w:tcPr>
          <w:p w14:paraId="03075A5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FT-0105</w:t>
            </w:r>
          </w:p>
        </w:tc>
        <w:tc>
          <w:tcPr>
            <w:tcW w:w="1712" w:type="dxa"/>
            <w:gridSpan w:val="2"/>
            <w:noWrap/>
            <w:hideMark/>
          </w:tcPr>
          <w:p w14:paraId="4C20E59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CE3210">
              <w:rPr>
                <w:rFonts w:asciiTheme="majorBidi" w:hAnsiTheme="majorBidi" w:cstheme="majorBidi"/>
              </w:rPr>
              <w:t>Chedar</w:t>
            </w:r>
            <w:proofErr w:type="spellEnd"/>
            <w:r w:rsidRPr="00CE3210">
              <w:rPr>
                <w:rFonts w:asciiTheme="majorBidi" w:hAnsiTheme="majorBidi" w:cstheme="majorBidi"/>
              </w:rPr>
              <w:t xml:space="preserve"> cheese</w:t>
            </w:r>
          </w:p>
        </w:tc>
        <w:tc>
          <w:tcPr>
            <w:tcW w:w="1698" w:type="dxa"/>
            <w:noWrap/>
            <w:hideMark/>
          </w:tcPr>
          <w:p w14:paraId="2514979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noWrap/>
            <w:hideMark/>
          </w:tcPr>
          <w:p w14:paraId="2209570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2.30</w:t>
            </w:r>
          </w:p>
        </w:tc>
        <w:tc>
          <w:tcPr>
            <w:tcW w:w="1837" w:type="dxa"/>
            <w:noWrap/>
            <w:hideMark/>
          </w:tcPr>
          <w:p w14:paraId="5B5B633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21</w:t>
            </w:r>
          </w:p>
        </w:tc>
      </w:tr>
      <w:tr w:rsidR="006C2A86" w:rsidRPr="00CE3210" w14:paraId="049B5F1E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3AABD06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FT-0106</w:t>
            </w:r>
          </w:p>
        </w:tc>
        <w:tc>
          <w:tcPr>
            <w:tcW w:w="1712" w:type="dxa"/>
            <w:gridSpan w:val="2"/>
            <w:noWrap/>
            <w:hideMark/>
          </w:tcPr>
          <w:p w14:paraId="6C65DC2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Coriander</w:t>
            </w:r>
          </w:p>
        </w:tc>
        <w:tc>
          <w:tcPr>
            <w:tcW w:w="1698" w:type="dxa"/>
            <w:noWrap/>
            <w:hideMark/>
          </w:tcPr>
          <w:p w14:paraId="1ABB7F84" w14:textId="30539A3F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3A4BCD" w:rsidRPr="003A4BCD">
              <w:rPr>
                <w:rFonts w:asciiTheme="majorBidi" w:hAnsiTheme="majorBidi" w:cstheme="majorBidi"/>
              </w:rPr>
              <w:t>spp</w:t>
            </w:r>
            <w:r w:rsidR="003A4BCD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noWrap/>
            <w:hideMark/>
          </w:tcPr>
          <w:p w14:paraId="2617990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2.33</w:t>
            </w:r>
          </w:p>
        </w:tc>
        <w:tc>
          <w:tcPr>
            <w:tcW w:w="1837" w:type="dxa"/>
            <w:noWrap/>
            <w:hideMark/>
          </w:tcPr>
          <w:p w14:paraId="7256BCF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762081</w:t>
            </w:r>
          </w:p>
        </w:tc>
      </w:tr>
      <w:tr w:rsidR="006C2A86" w:rsidRPr="00CE3210" w14:paraId="2515D925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579CB53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lastRenderedPageBreak/>
              <w:t>FT-0107</w:t>
            </w:r>
          </w:p>
        </w:tc>
        <w:tc>
          <w:tcPr>
            <w:tcW w:w="1712" w:type="dxa"/>
            <w:gridSpan w:val="2"/>
            <w:noWrap/>
            <w:hideMark/>
          </w:tcPr>
          <w:p w14:paraId="31E135C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Dill</w:t>
            </w:r>
          </w:p>
        </w:tc>
        <w:tc>
          <w:tcPr>
            <w:tcW w:w="1698" w:type="dxa"/>
            <w:noWrap/>
            <w:hideMark/>
          </w:tcPr>
          <w:p w14:paraId="27DA0178" w14:textId="5CA3E14E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3A4BCD" w:rsidRPr="003A4BCD">
              <w:rPr>
                <w:rFonts w:asciiTheme="majorBidi" w:hAnsiTheme="majorBidi" w:cstheme="majorBidi"/>
              </w:rPr>
              <w:t>spp</w:t>
            </w:r>
            <w:r w:rsidR="003A4BCD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noWrap/>
            <w:hideMark/>
          </w:tcPr>
          <w:p w14:paraId="7177261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2.54</w:t>
            </w:r>
          </w:p>
        </w:tc>
        <w:tc>
          <w:tcPr>
            <w:tcW w:w="1837" w:type="dxa"/>
            <w:noWrap/>
            <w:hideMark/>
          </w:tcPr>
          <w:p w14:paraId="02FC535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1272995</w:t>
            </w:r>
          </w:p>
        </w:tc>
      </w:tr>
      <w:tr w:rsidR="006C2A86" w:rsidRPr="00CE3210" w14:paraId="103D0E08" w14:textId="77777777" w:rsidTr="005C60D8">
        <w:trPr>
          <w:trHeight w:val="300"/>
        </w:trPr>
        <w:tc>
          <w:tcPr>
            <w:tcW w:w="839" w:type="dxa"/>
            <w:tcBorders>
              <w:bottom w:val="nil"/>
            </w:tcBorders>
            <w:noWrap/>
            <w:hideMark/>
          </w:tcPr>
          <w:p w14:paraId="52381E2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FT-0108</w:t>
            </w:r>
          </w:p>
        </w:tc>
        <w:tc>
          <w:tcPr>
            <w:tcW w:w="1712" w:type="dxa"/>
            <w:gridSpan w:val="2"/>
            <w:tcBorders>
              <w:bottom w:val="nil"/>
            </w:tcBorders>
            <w:noWrap/>
            <w:hideMark/>
          </w:tcPr>
          <w:p w14:paraId="4DEAD55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Cheese (soft)</w:t>
            </w:r>
          </w:p>
        </w:tc>
        <w:tc>
          <w:tcPr>
            <w:tcW w:w="1698" w:type="dxa"/>
            <w:tcBorders>
              <w:bottom w:val="nil"/>
            </w:tcBorders>
            <w:noWrap/>
            <w:hideMark/>
          </w:tcPr>
          <w:p w14:paraId="4506D2B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No growth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31CE1F6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1.01</w:t>
            </w: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4B978E5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8</w:t>
            </w:r>
          </w:p>
        </w:tc>
      </w:tr>
      <w:tr w:rsidR="006C2A86" w:rsidRPr="00CE3210" w14:paraId="3A5DF6AB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114FFBA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FT-0109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44754E9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Tomato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6353ECE9" w14:textId="2D38B9E4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3A4BCD" w:rsidRPr="003A4BCD">
              <w:rPr>
                <w:rFonts w:asciiTheme="majorBidi" w:hAnsiTheme="majorBidi" w:cstheme="majorBidi"/>
              </w:rPr>
              <w:t>spp</w:t>
            </w:r>
            <w:r w:rsidR="003A4BCD"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5B4977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2.28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1C245F0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985744</w:t>
            </w:r>
          </w:p>
        </w:tc>
      </w:tr>
      <w:tr w:rsidR="006C2A86" w:rsidRPr="00CE3210" w14:paraId="577BC657" w14:textId="77777777" w:rsidTr="005C60D8">
        <w:trPr>
          <w:trHeight w:val="315"/>
        </w:trPr>
        <w:tc>
          <w:tcPr>
            <w:tcW w:w="839" w:type="dxa"/>
            <w:tcBorders>
              <w:top w:val="nil"/>
            </w:tcBorders>
            <w:noWrap/>
            <w:hideMark/>
          </w:tcPr>
          <w:p w14:paraId="41CCCC4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FT-0110</w:t>
            </w:r>
          </w:p>
        </w:tc>
        <w:tc>
          <w:tcPr>
            <w:tcW w:w="1712" w:type="dxa"/>
            <w:gridSpan w:val="2"/>
            <w:tcBorders>
              <w:top w:val="nil"/>
            </w:tcBorders>
            <w:noWrap/>
            <w:hideMark/>
          </w:tcPr>
          <w:p w14:paraId="68C55E3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Cheese (soft)</w:t>
            </w:r>
          </w:p>
        </w:tc>
        <w:tc>
          <w:tcPr>
            <w:tcW w:w="1698" w:type="dxa"/>
            <w:tcBorders>
              <w:top w:val="nil"/>
            </w:tcBorders>
            <w:noWrap/>
            <w:hideMark/>
          </w:tcPr>
          <w:p w14:paraId="76BC341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</w:tcBorders>
            <w:noWrap/>
            <w:hideMark/>
          </w:tcPr>
          <w:p w14:paraId="2D26C3C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2.75</w:t>
            </w:r>
          </w:p>
        </w:tc>
        <w:tc>
          <w:tcPr>
            <w:tcW w:w="1837" w:type="dxa"/>
            <w:tcBorders>
              <w:top w:val="nil"/>
            </w:tcBorders>
            <w:noWrap/>
            <w:hideMark/>
          </w:tcPr>
          <w:p w14:paraId="43315AF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26</w:t>
            </w:r>
          </w:p>
        </w:tc>
      </w:tr>
      <w:tr w:rsidR="006C2A86" w:rsidRPr="00CE3210" w14:paraId="7EA55E68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4274E72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FT-0111</w:t>
            </w:r>
          </w:p>
        </w:tc>
        <w:tc>
          <w:tcPr>
            <w:tcW w:w="1712" w:type="dxa"/>
            <w:gridSpan w:val="2"/>
            <w:noWrap/>
            <w:hideMark/>
          </w:tcPr>
          <w:p w14:paraId="19D56E9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Cottage cheese</w:t>
            </w:r>
          </w:p>
        </w:tc>
        <w:tc>
          <w:tcPr>
            <w:tcW w:w="1698" w:type="dxa"/>
            <w:noWrap/>
            <w:hideMark/>
          </w:tcPr>
          <w:p w14:paraId="2C001DA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Aspergillus </w:t>
            </w:r>
            <w:r w:rsidRPr="003A4BCD">
              <w:rPr>
                <w:rFonts w:asciiTheme="majorBidi" w:hAnsiTheme="majorBidi" w:cstheme="majorBidi"/>
              </w:rPr>
              <w:t>spp</w:t>
            </w:r>
            <w:r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noWrap/>
            <w:hideMark/>
          </w:tcPr>
          <w:p w14:paraId="1B7F3DA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2.51</w:t>
            </w:r>
          </w:p>
        </w:tc>
        <w:tc>
          <w:tcPr>
            <w:tcW w:w="1837" w:type="dxa"/>
            <w:noWrap/>
            <w:hideMark/>
          </w:tcPr>
          <w:p w14:paraId="7B6C23C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4387305</w:t>
            </w:r>
          </w:p>
        </w:tc>
      </w:tr>
      <w:tr w:rsidR="006C2A86" w:rsidRPr="00CE3210" w14:paraId="3FB4FB34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2923C92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FT-0112</w:t>
            </w:r>
          </w:p>
        </w:tc>
        <w:tc>
          <w:tcPr>
            <w:tcW w:w="1712" w:type="dxa"/>
            <w:gridSpan w:val="2"/>
            <w:noWrap/>
            <w:hideMark/>
          </w:tcPr>
          <w:p w14:paraId="5CE96D8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Lettuce (</w:t>
            </w:r>
            <w:proofErr w:type="spellStart"/>
            <w:r w:rsidRPr="00CE3210">
              <w:rPr>
                <w:rFonts w:asciiTheme="majorBidi" w:hAnsiTheme="majorBidi" w:cstheme="majorBidi"/>
              </w:rPr>
              <w:t>capucci</w:t>
            </w:r>
            <w:proofErr w:type="spellEnd"/>
            <w:r w:rsidRPr="00CE321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98" w:type="dxa"/>
            <w:noWrap/>
            <w:hideMark/>
          </w:tcPr>
          <w:p w14:paraId="021BDE5D" w14:textId="67E84D18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3A4BCD">
              <w:rPr>
                <w:rFonts w:asciiTheme="majorBidi" w:hAnsiTheme="majorBidi" w:cstheme="majorBidi"/>
              </w:rPr>
              <w:t>spp.</w:t>
            </w:r>
          </w:p>
        </w:tc>
        <w:tc>
          <w:tcPr>
            <w:tcW w:w="1230" w:type="dxa"/>
            <w:noWrap/>
            <w:hideMark/>
          </w:tcPr>
          <w:p w14:paraId="022E551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2.31</w:t>
            </w:r>
          </w:p>
        </w:tc>
        <w:tc>
          <w:tcPr>
            <w:tcW w:w="1837" w:type="dxa"/>
            <w:noWrap/>
            <w:hideMark/>
          </w:tcPr>
          <w:p w14:paraId="46838C9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550861</w:t>
            </w:r>
          </w:p>
        </w:tc>
      </w:tr>
      <w:tr w:rsidR="006C2A86" w:rsidRPr="00CE3210" w14:paraId="6E362A8E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1D15CC3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FT-0113</w:t>
            </w:r>
          </w:p>
        </w:tc>
        <w:tc>
          <w:tcPr>
            <w:tcW w:w="1712" w:type="dxa"/>
            <w:gridSpan w:val="2"/>
            <w:noWrap/>
            <w:hideMark/>
          </w:tcPr>
          <w:p w14:paraId="68490B8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Falafel</w:t>
            </w:r>
          </w:p>
        </w:tc>
        <w:tc>
          <w:tcPr>
            <w:tcW w:w="1698" w:type="dxa"/>
            <w:noWrap/>
            <w:hideMark/>
          </w:tcPr>
          <w:p w14:paraId="554C7CA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noWrap/>
            <w:hideMark/>
          </w:tcPr>
          <w:p w14:paraId="725621F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2.32</w:t>
            </w:r>
          </w:p>
        </w:tc>
        <w:tc>
          <w:tcPr>
            <w:tcW w:w="1837" w:type="dxa"/>
            <w:noWrap/>
            <w:hideMark/>
          </w:tcPr>
          <w:p w14:paraId="6D62467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259754</w:t>
            </w:r>
          </w:p>
        </w:tc>
      </w:tr>
      <w:tr w:rsidR="006C2A86" w:rsidRPr="00CE3210" w14:paraId="32B2B515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2F0B760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FT-0114</w:t>
            </w:r>
          </w:p>
        </w:tc>
        <w:tc>
          <w:tcPr>
            <w:tcW w:w="1712" w:type="dxa"/>
            <w:gridSpan w:val="2"/>
            <w:noWrap/>
            <w:hideMark/>
          </w:tcPr>
          <w:p w14:paraId="65BAFE4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 xml:space="preserve">Arugula </w:t>
            </w:r>
          </w:p>
        </w:tc>
        <w:tc>
          <w:tcPr>
            <w:tcW w:w="1698" w:type="dxa"/>
            <w:noWrap/>
            <w:hideMark/>
          </w:tcPr>
          <w:p w14:paraId="51B98B3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noWrap/>
            <w:hideMark/>
          </w:tcPr>
          <w:p w14:paraId="561E70E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1837" w:type="dxa"/>
            <w:noWrap/>
            <w:hideMark/>
          </w:tcPr>
          <w:p w14:paraId="68DE496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854211</w:t>
            </w:r>
          </w:p>
        </w:tc>
      </w:tr>
      <w:tr w:rsidR="006C2A86" w:rsidRPr="00CE3210" w14:paraId="1BEC98CC" w14:textId="77777777" w:rsidTr="005C60D8">
        <w:trPr>
          <w:trHeight w:val="315"/>
        </w:trPr>
        <w:tc>
          <w:tcPr>
            <w:tcW w:w="839" w:type="dxa"/>
            <w:tcBorders>
              <w:bottom w:val="nil"/>
            </w:tcBorders>
            <w:noWrap/>
            <w:hideMark/>
          </w:tcPr>
          <w:p w14:paraId="0CD9B71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FT-0115</w:t>
            </w:r>
          </w:p>
        </w:tc>
        <w:tc>
          <w:tcPr>
            <w:tcW w:w="1712" w:type="dxa"/>
            <w:gridSpan w:val="2"/>
            <w:tcBorders>
              <w:bottom w:val="nil"/>
            </w:tcBorders>
            <w:noWrap/>
            <w:hideMark/>
          </w:tcPr>
          <w:p w14:paraId="17523D6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Cheese (soft)</w:t>
            </w:r>
          </w:p>
        </w:tc>
        <w:tc>
          <w:tcPr>
            <w:tcW w:w="1698" w:type="dxa"/>
            <w:tcBorders>
              <w:bottom w:val="nil"/>
            </w:tcBorders>
            <w:noWrap/>
            <w:hideMark/>
          </w:tcPr>
          <w:p w14:paraId="490B8EC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5B70949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2.35</w:t>
            </w: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09018F8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48</w:t>
            </w:r>
          </w:p>
        </w:tc>
      </w:tr>
      <w:tr w:rsidR="006C2A86" w:rsidRPr="00CE3210" w14:paraId="33751809" w14:textId="77777777" w:rsidTr="005C60D8">
        <w:trPr>
          <w:trHeight w:val="31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5EAE80A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FT-0116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678A8FD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Cucumber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49BDDB2A" w14:textId="55E286AE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r w:rsidR="003A4BCD" w:rsidRPr="003A4BCD">
              <w:rPr>
                <w:rFonts w:asciiTheme="majorBidi" w:hAnsiTheme="majorBidi" w:cstheme="majorBidi"/>
              </w:rPr>
              <w:t>spp</w:t>
            </w:r>
            <w:r w:rsidR="003A4BCD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138DB7D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3ED2AE4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454740</w:t>
            </w:r>
          </w:p>
        </w:tc>
      </w:tr>
      <w:tr w:rsidR="006C2A86" w:rsidRPr="00CE3210" w14:paraId="2FF6E1E9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2E27F23A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FT-0117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4D84768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Pasta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6DC51D7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3E08766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2.63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65B370A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9079</w:t>
            </w:r>
          </w:p>
        </w:tc>
      </w:tr>
      <w:tr w:rsidR="006C2A86" w:rsidRPr="00CE3210" w14:paraId="05C1BC77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2D45768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FT-0118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5CE1969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Egyptian beans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555B5F3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Aspergillus </w:t>
            </w:r>
            <w:r w:rsidRPr="00CE3210">
              <w:rPr>
                <w:rFonts w:asciiTheme="majorBidi" w:hAnsiTheme="majorBidi" w:cstheme="majorBidi"/>
              </w:rPr>
              <w:t>spp</w:t>
            </w:r>
            <w:r w:rsidRPr="00CE321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2D5FE56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2.81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52F1150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72417</w:t>
            </w:r>
          </w:p>
        </w:tc>
      </w:tr>
      <w:tr w:rsidR="006C2A86" w:rsidRPr="00CE3210" w14:paraId="5B7EBE5B" w14:textId="77777777" w:rsidTr="005C60D8">
        <w:trPr>
          <w:trHeight w:val="300"/>
        </w:trPr>
        <w:tc>
          <w:tcPr>
            <w:tcW w:w="839" w:type="dxa"/>
            <w:tcBorders>
              <w:top w:val="nil"/>
            </w:tcBorders>
            <w:noWrap/>
            <w:hideMark/>
          </w:tcPr>
          <w:p w14:paraId="7467D6C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FT-0119</w:t>
            </w:r>
          </w:p>
        </w:tc>
        <w:tc>
          <w:tcPr>
            <w:tcW w:w="1712" w:type="dxa"/>
            <w:gridSpan w:val="2"/>
            <w:tcBorders>
              <w:top w:val="nil"/>
            </w:tcBorders>
            <w:noWrap/>
            <w:hideMark/>
          </w:tcPr>
          <w:p w14:paraId="4EA871C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Watercress</w:t>
            </w:r>
          </w:p>
        </w:tc>
        <w:tc>
          <w:tcPr>
            <w:tcW w:w="1698" w:type="dxa"/>
            <w:tcBorders>
              <w:top w:val="nil"/>
            </w:tcBorders>
            <w:noWrap/>
            <w:hideMark/>
          </w:tcPr>
          <w:p w14:paraId="2F22C51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</w:tcBorders>
            <w:noWrap/>
            <w:hideMark/>
          </w:tcPr>
          <w:p w14:paraId="63EF508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1837" w:type="dxa"/>
            <w:tcBorders>
              <w:top w:val="nil"/>
            </w:tcBorders>
            <w:noWrap/>
            <w:hideMark/>
          </w:tcPr>
          <w:p w14:paraId="6EF22B9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612948</w:t>
            </w:r>
          </w:p>
        </w:tc>
      </w:tr>
      <w:tr w:rsidR="006C2A86" w:rsidRPr="00CE3210" w14:paraId="7DC82E57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285990F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FT-0120</w:t>
            </w:r>
          </w:p>
        </w:tc>
        <w:tc>
          <w:tcPr>
            <w:tcW w:w="1712" w:type="dxa"/>
            <w:gridSpan w:val="2"/>
            <w:noWrap/>
            <w:hideMark/>
          </w:tcPr>
          <w:p w14:paraId="0F1BEAE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Parsley</w:t>
            </w:r>
          </w:p>
        </w:tc>
        <w:tc>
          <w:tcPr>
            <w:tcW w:w="1698" w:type="dxa"/>
            <w:noWrap/>
            <w:hideMark/>
          </w:tcPr>
          <w:p w14:paraId="3D0FE4E8" w14:textId="6E55AFCD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Aspergillus </w:t>
            </w:r>
            <w:r w:rsidRPr="00CE3210">
              <w:rPr>
                <w:rFonts w:asciiTheme="majorBidi" w:hAnsiTheme="majorBidi" w:cstheme="majorBidi"/>
              </w:rPr>
              <w:t>spp</w:t>
            </w:r>
            <w:r w:rsidR="003A4BCD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230" w:type="dxa"/>
            <w:noWrap/>
            <w:hideMark/>
          </w:tcPr>
          <w:p w14:paraId="25CD603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2.66</w:t>
            </w:r>
          </w:p>
        </w:tc>
        <w:tc>
          <w:tcPr>
            <w:tcW w:w="1837" w:type="dxa"/>
            <w:noWrap/>
            <w:hideMark/>
          </w:tcPr>
          <w:p w14:paraId="52F0DFD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438612</w:t>
            </w:r>
          </w:p>
        </w:tc>
      </w:tr>
      <w:tr w:rsidR="006C2A86" w:rsidRPr="00CE3210" w14:paraId="4236FF9C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03A6CDC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FT-0121</w:t>
            </w:r>
          </w:p>
        </w:tc>
        <w:tc>
          <w:tcPr>
            <w:tcW w:w="1712" w:type="dxa"/>
            <w:gridSpan w:val="2"/>
            <w:noWrap/>
            <w:hideMark/>
          </w:tcPr>
          <w:p w14:paraId="312FE1E5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Eggs (shell)</w:t>
            </w:r>
          </w:p>
        </w:tc>
        <w:tc>
          <w:tcPr>
            <w:tcW w:w="1698" w:type="dxa"/>
            <w:noWrap/>
            <w:hideMark/>
          </w:tcPr>
          <w:p w14:paraId="14F9C8F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Penicillium</w:t>
            </w:r>
            <w:r w:rsidRPr="00CE3210">
              <w:rPr>
                <w:rFonts w:asciiTheme="majorBidi" w:hAnsiTheme="majorBidi" w:cstheme="majorBidi"/>
              </w:rPr>
              <w:t xml:space="preserve"> spp.</w:t>
            </w:r>
          </w:p>
        </w:tc>
        <w:tc>
          <w:tcPr>
            <w:tcW w:w="1230" w:type="dxa"/>
            <w:noWrap/>
            <w:hideMark/>
          </w:tcPr>
          <w:p w14:paraId="4D9E623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1837" w:type="dxa"/>
            <w:noWrap/>
            <w:hideMark/>
          </w:tcPr>
          <w:p w14:paraId="502BFA8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2433349</w:t>
            </w:r>
          </w:p>
        </w:tc>
      </w:tr>
      <w:tr w:rsidR="006C2A86" w:rsidRPr="00CE3210" w14:paraId="72F0E749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52F8D31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FT-0122</w:t>
            </w:r>
          </w:p>
        </w:tc>
        <w:tc>
          <w:tcPr>
            <w:tcW w:w="1712" w:type="dxa"/>
            <w:gridSpan w:val="2"/>
            <w:noWrap/>
            <w:hideMark/>
          </w:tcPr>
          <w:p w14:paraId="2EC72E3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Chicken (raw)</w:t>
            </w:r>
          </w:p>
        </w:tc>
        <w:tc>
          <w:tcPr>
            <w:tcW w:w="1698" w:type="dxa"/>
            <w:noWrap/>
            <w:hideMark/>
          </w:tcPr>
          <w:p w14:paraId="2A45B0E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noWrap/>
            <w:hideMark/>
          </w:tcPr>
          <w:p w14:paraId="4EA15AF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2.45</w:t>
            </w:r>
          </w:p>
        </w:tc>
        <w:tc>
          <w:tcPr>
            <w:tcW w:w="1837" w:type="dxa"/>
            <w:noWrap/>
            <w:hideMark/>
          </w:tcPr>
          <w:p w14:paraId="1F2BEB5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4922829</w:t>
            </w:r>
          </w:p>
        </w:tc>
      </w:tr>
      <w:tr w:rsidR="006C2A86" w:rsidRPr="00CE3210" w14:paraId="1CA1FBB5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1EE5C49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FT-0123</w:t>
            </w:r>
          </w:p>
        </w:tc>
        <w:tc>
          <w:tcPr>
            <w:tcW w:w="1712" w:type="dxa"/>
            <w:gridSpan w:val="2"/>
            <w:noWrap/>
            <w:hideMark/>
          </w:tcPr>
          <w:p w14:paraId="6FB2E1F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Falafel</w:t>
            </w:r>
          </w:p>
        </w:tc>
        <w:tc>
          <w:tcPr>
            <w:tcW w:w="1698" w:type="dxa"/>
            <w:noWrap/>
            <w:hideMark/>
          </w:tcPr>
          <w:p w14:paraId="3C9495A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noWrap/>
            <w:hideMark/>
          </w:tcPr>
          <w:p w14:paraId="2B3E137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1837" w:type="dxa"/>
            <w:noWrap/>
            <w:hideMark/>
          </w:tcPr>
          <w:p w14:paraId="077E8AD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88556</w:t>
            </w:r>
          </w:p>
        </w:tc>
      </w:tr>
      <w:tr w:rsidR="006C2A86" w:rsidRPr="00CE3210" w14:paraId="0C98D6AA" w14:textId="77777777" w:rsidTr="005C60D8">
        <w:trPr>
          <w:trHeight w:val="300"/>
        </w:trPr>
        <w:tc>
          <w:tcPr>
            <w:tcW w:w="839" w:type="dxa"/>
            <w:tcBorders>
              <w:bottom w:val="nil"/>
            </w:tcBorders>
            <w:noWrap/>
            <w:hideMark/>
          </w:tcPr>
          <w:p w14:paraId="0D4203C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lastRenderedPageBreak/>
              <w:t>FT-0124</w:t>
            </w:r>
          </w:p>
        </w:tc>
        <w:tc>
          <w:tcPr>
            <w:tcW w:w="1712" w:type="dxa"/>
            <w:gridSpan w:val="2"/>
            <w:tcBorders>
              <w:bottom w:val="nil"/>
            </w:tcBorders>
            <w:noWrap/>
            <w:hideMark/>
          </w:tcPr>
          <w:p w14:paraId="3898C06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Tuna</w:t>
            </w:r>
          </w:p>
        </w:tc>
        <w:tc>
          <w:tcPr>
            <w:tcW w:w="1698" w:type="dxa"/>
            <w:tcBorders>
              <w:bottom w:val="nil"/>
            </w:tcBorders>
            <w:noWrap/>
            <w:hideMark/>
          </w:tcPr>
          <w:p w14:paraId="57198BE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No growth / environmental flora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0A18F30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1.88</w:t>
            </w: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7A2F889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7</w:t>
            </w:r>
          </w:p>
        </w:tc>
      </w:tr>
      <w:tr w:rsidR="006C2A86" w:rsidRPr="00CE3210" w14:paraId="25A50573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5E6FF35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FT-0125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07D6A08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Fish (fillet)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4FD8372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Escherichia coli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34C989A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2.54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32B35A8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1883572</w:t>
            </w:r>
          </w:p>
        </w:tc>
      </w:tr>
      <w:tr w:rsidR="006C2A86" w:rsidRPr="00CE3210" w14:paraId="1A9AD54A" w14:textId="77777777" w:rsidTr="005C60D8">
        <w:trPr>
          <w:trHeight w:val="300"/>
        </w:trPr>
        <w:tc>
          <w:tcPr>
            <w:tcW w:w="839" w:type="dxa"/>
            <w:tcBorders>
              <w:top w:val="nil"/>
            </w:tcBorders>
            <w:noWrap/>
            <w:hideMark/>
          </w:tcPr>
          <w:p w14:paraId="46CED1C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FT-0126</w:t>
            </w:r>
          </w:p>
        </w:tc>
        <w:tc>
          <w:tcPr>
            <w:tcW w:w="1712" w:type="dxa"/>
            <w:gridSpan w:val="2"/>
            <w:tcBorders>
              <w:top w:val="nil"/>
            </w:tcBorders>
            <w:noWrap/>
            <w:hideMark/>
          </w:tcPr>
          <w:p w14:paraId="0752F10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Chicken (raw)</w:t>
            </w:r>
          </w:p>
        </w:tc>
        <w:tc>
          <w:tcPr>
            <w:tcW w:w="1698" w:type="dxa"/>
            <w:tcBorders>
              <w:top w:val="nil"/>
            </w:tcBorders>
            <w:noWrap/>
            <w:hideMark/>
          </w:tcPr>
          <w:p w14:paraId="13F5475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Enterobacter cloacae </w:t>
            </w:r>
            <w:r w:rsidRPr="00CE3210">
              <w:rPr>
                <w:rFonts w:asciiTheme="majorBidi" w:hAnsiTheme="majorBidi" w:cstheme="majorBidi"/>
              </w:rPr>
              <w:t>complex</w:t>
            </w:r>
          </w:p>
        </w:tc>
        <w:tc>
          <w:tcPr>
            <w:tcW w:w="1230" w:type="dxa"/>
            <w:tcBorders>
              <w:top w:val="nil"/>
            </w:tcBorders>
            <w:noWrap/>
            <w:hideMark/>
          </w:tcPr>
          <w:p w14:paraId="43BE145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2.38</w:t>
            </w:r>
          </w:p>
        </w:tc>
        <w:tc>
          <w:tcPr>
            <w:tcW w:w="1837" w:type="dxa"/>
            <w:tcBorders>
              <w:top w:val="nil"/>
            </w:tcBorders>
            <w:noWrap/>
            <w:hideMark/>
          </w:tcPr>
          <w:p w14:paraId="6E1E471B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6512364</w:t>
            </w:r>
          </w:p>
        </w:tc>
      </w:tr>
      <w:tr w:rsidR="006C2A86" w:rsidRPr="00CE3210" w14:paraId="1D5633FD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40F542B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FT-0127</w:t>
            </w:r>
          </w:p>
        </w:tc>
        <w:tc>
          <w:tcPr>
            <w:tcW w:w="1712" w:type="dxa"/>
            <w:gridSpan w:val="2"/>
            <w:noWrap/>
            <w:hideMark/>
          </w:tcPr>
          <w:p w14:paraId="1C0E11B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Cottage cheese</w:t>
            </w:r>
          </w:p>
        </w:tc>
        <w:tc>
          <w:tcPr>
            <w:tcW w:w="1698" w:type="dxa"/>
            <w:noWrap/>
            <w:hideMark/>
          </w:tcPr>
          <w:p w14:paraId="62CB91F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noWrap/>
            <w:hideMark/>
          </w:tcPr>
          <w:p w14:paraId="36ACB3A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1837" w:type="dxa"/>
            <w:noWrap/>
            <w:hideMark/>
          </w:tcPr>
          <w:p w14:paraId="1A7533F0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3692248</w:t>
            </w:r>
          </w:p>
        </w:tc>
      </w:tr>
      <w:tr w:rsidR="006C2A86" w:rsidRPr="00CE3210" w14:paraId="3E6D46A3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0F15346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FT-0128</w:t>
            </w:r>
          </w:p>
        </w:tc>
        <w:tc>
          <w:tcPr>
            <w:tcW w:w="1712" w:type="dxa"/>
            <w:gridSpan w:val="2"/>
            <w:noWrap/>
            <w:hideMark/>
          </w:tcPr>
          <w:p w14:paraId="3B88DFF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Chicken (raw)</w:t>
            </w:r>
          </w:p>
        </w:tc>
        <w:tc>
          <w:tcPr>
            <w:tcW w:w="1698" w:type="dxa"/>
            <w:noWrap/>
            <w:hideMark/>
          </w:tcPr>
          <w:p w14:paraId="0D04BA3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Staphylococcus aureus</w:t>
            </w:r>
          </w:p>
        </w:tc>
        <w:tc>
          <w:tcPr>
            <w:tcW w:w="1230" w:type="dxa"/>
            <w:noWrap/>
            <w:hideMark/>
          </w:tcPr>
          <w:p w14:paraId="096854E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2.56</w:t>
            </w:r>
          </w:p>
        </w:tc>
        <w:tc>
          <w:tcPr>
            <w:tcW w:w="1837" w:type="dxa"/>
            <w:noWrap/>
            <w:hideMark/>
          </w:tcPr>
          <w:p w14:paraId="028EE17E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256518</w:t>
            </w:r>
          </w:p>
        </w:tc>
      </w:tr>
      <w:tr w:rsidR="006C2A86" w:rsidRPr="00CE3210" w14:paraId="27FB481C" w14:textId="77777777" w:rsidTr="005C60D8">
        <w:trPr>
          <w:trHeight w:val="300"/>
        </w:trPr>
        <w:tc>
          <w:tcPr>
            <w:tcW w:w="839" w:type="dxa"/>
            <w:noWrap/>
            <w:hideMark/>
          </w:tcPr>
          <w:p w14:paraId="013BA6F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FT-0129</w:t>
            </w:r>
          </w:p>
        </w:tc>
        <w:tc>
          <w:tcPr>
            <w:tcW w:w="1712" w:type="dxa"/>
            <w:gridSpan w:val="2"/>
            <w:noWrap/>
            <w:hideMark/>
          </w:tcPr>
          <w:p w14:paraId="68815B12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Sausage</w:t>
            </w:r>
          </w:p>
        </w:tc>
        <w:tc>
          <w:tcPr>
            <w:tcW w:w="1698" w:type="dxa"/>
            <w:noWrap/>
            <w:hideMark/>
          </w:tcPr>
          <w:p w14:paraId="458FBFB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Pseudomonas aeruginosa</w:t>
            </w:r>
          </w:p>
        </w:tc>
        <w:tc>
          <w:tcPr>
            <w:tcW w:w="1230" w:type="dxa"/>
            <w:noWrap/>
            <w:hideMark/>
          </w:tcPr>
          <w:p w14:paraId="36BAD6A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1837" w:type="dxa"/>
            <w:noWrap/>
            <w:hideMark/>
          </w:tcPr>
          <w:p w14:paraId="38C9923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9555241</w:t>
            </w:r>
          </w:p>
        </w:tc>
      </w:tr>
      <w:tr w:rsidR="006C2A86" w:rsidRPr="00CE3210" w14:paraId="375984AF" w14:textId="77777777" w:rsidTr="005C60D8">
        <w:trPr>
          <w:trHeight w:val="300"/>
        </w:trPr>
        <w:tc>
          <w:tcPr>
            <w:tcW w:w="839" w:type="dxa"/>
            <w:tcBorders>
              <w:bottom w:val="nil"/>
            </w:tcBorders>
            <w:noWrap/>
            <w:hideMark/>
          </w:tcPr>
          <w:p w14:paraId="6E0A24D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FT-0130</w:t>
            </w:r>
          </w:p>
        </w:tc>
        <w:tc>
          <w:tcPr>
            <w:tcW w:w="1712" w:type="dxa"/>
            <w:gridSpan w:val="2"/>
            <w:tcBorders>
              <w:bottom w:val="nil"/>
            </w:tcBorders>
            <w:noWrap/>
            <w:hideMark/>
          </w:tcPr>
          <w:p w14:paraId="163582E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Dill</w:t>
            </w:r>
          </w:p>
        </w:tc>
        <w:tc>
          <w:tcPr>
            <w:tcW w:w="1698" w:type="dxa"/>
            <w:tcBorders>
              <w:bottom w:val="nil"/>
            </w:tcBorders>
            <w:noWrap/>
            <w:hideMark/>
          </w:tcPr>
          <w:p w14:paraId="1DEB0C51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Bacillus cereus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5D444EB3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1837" w:type="dxa"/>
            <w:tcBorders>
              <w:bottom w:val="nil"/>
            </w:tcBorders>
            <w:noWrap/>
            <w:hideMark/>
          </w:tcPr>
          <w:p w14:paraId="208C099D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633155</w:t>
            </w:r>
          </w:p>
        </w:tc>
      </w:tr>
      <w:tr w:rsidR="006C2A86" w:rsidRPr="00CE3210" w14:paraId="4FA121B4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0043ED5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FT-0131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48F4EC2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Tuna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7715AF2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No growth / environmental flora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15ED387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1.11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489D24F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11</w:t>
            </w:r>
          </w:p>
        </w:tc>
      </w:tr>
      <w:tr w:rsidR="006C2A86" w:rsidRPr="00CE3210" w14:paraId="2FDB5C56" w14:textId="77777777" w:rsidTr="005C60D8">
        <w:trPr>
          <w:trHeight w:val="315"/>
        </w:trPr>
        <w:tc>
          <w:tcPr>
            <w:tcW w:w="839" w:type="dxa"/>
            <w:tcBorders>
              <w:top w:val="nil"/>
              <w:bottom w:val="nil"/>
            </w:tcBorders>
            <w:noWrap/>
            <w:hideMark/>
          </w:tcPr>
          <w:p w14:paraId="7396D2C6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FT-0132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  <w:noWrap/>
            <w:hideMark/>
          </w:tcPr>
          <w:p w14:paraId="7C20F4B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Chicken (raw)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1758AA7C" w14:textId="7484F97A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 xml:space="preserve">Salmonella </w:t>
            </w:r>
            <w:proofErr w:type="spellStart"/>
            <w:r w:rsidR="003A4BCD">
              <w:rPr>
                <w:rFonts w:asciiTheme="majorBidi" w:hAnsiTheme="majorBidi" w:cstheme="majorBidi"/>
                <w:i/>
                <w:iCs/>
              </w:rPr>
              <w:t>spp</w:t>
            </w:r>
            <w:proofErr w:type="spellEnd"/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14:paraId="3F910BB9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2.37</w:t>
            </w:r>
          </w:p>
        </w:tc>
        <w:tc>
          <w:tcPr>
            <w:tcW w:w="1837" w:type="dxa"/>
            <w:tcBorders>
              <w:top w:val="nil"/>
              <w:bottom w:val="nil"/>
            </w:tcBorders>
            <w:noWrap/>
            <w:hideMark/>
          </w:tcPr>
          <w:p w14:paraId="3A7B8648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9877856</w:t>
            </w:r>
          </w:p>
        </w:tc>
      </w:tr>
      <w:tr w:rsidR="006C2A86" w:rsidRPr="00CE3210" w14:paraId="0E17831E" w14:textId="77777777" w:rsidTr="005C60D8">
        <w:trPr>
          <w:trHeight w:val="300"/>
        </w:trPr>
        <w:tc>
          <w:tcPr>
            <w:tcW w:w="83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D722377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FT-0133</w:t>
            </w:r>
          </w:p>
        </w:tc>
        <w:tc>
          <w:tcPr>
            <w:tcW w:w="1712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6EC745F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Dill</w:t>
            </w: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DD5498F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  <w:i/>
                <w:iCs/>
              </w:rPr>
            </w:pPr>
            <w:r w:rsidRPr="00CE3210">
              <w:rPr>
                <w:rFonts w:asciiTheme="majorBidi" w:hAnsiTheme="majorBidi" w:cstheme="majorBidi"/>
                <w:i/>
                <w:iCs/>
              </w:rPr>
              <w:t>Pseudomonas aeruginosa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A73F1F4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2.85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D15F2FC" w14:textId="77777777" w:rsidR="006C2A86" w:rsidRPr="00CE3210" w:rsidRDefault="006C2A86" w:rsidP="006C2A8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E3210">
              <w:rPr>
                <w:rFonts w:asciiTheme="majorBidi" w:hAnsiTheme="majorBidi" w:cstheme="majorBidi"/>
              </w:rPr>
              <w:t>800358</w:t>
            </w:r>
          </w:p>
        </w:tc>
      </w:tr>
    </w:tbl>
    <w:p w14:paraId="00738D61" w14:textId="77777777" w:rsidR="00097DD8" w:rsidRPr="00CE3210" w:rsidRDefault="00097DD8"/>
    <w:p w14:paraId="03675426" w14:textId="77777777" w:rsidR="0059732B" w:rsidRPr="00CE3210" w:rsidRDefault="0059732B"/>
    <w:p w14:paraId="2045C0AC" w14:textId="77777777" w:rsidR="0059732B" w:rsidRPr="00CE3210" w:rsidRDefault="0059732B"/>
    <w:p w14:paraId="49892D98" w14:textId="77777777" w:rsidR="0059732B" w:rsidRPr="00CE3210" w:rsidRDefault="0059732B"/>
    <w:p w14:paraId="5EB1ACEE" w14:textId="77777777" w:rsidR="0059732B" w:rsidRPr="00CE3210" w:rsidRDefault="0059732B"/>
    <w:p w14:paraId="38474D2C" w14:textId="77777777" w:rsidR="0059732B" w:rsidRPr="00CE3210" w:rsidRDefault="0059732B"/>
    <w:p w14:paraId="283CB7CB" w14:textId="77777777" w:rsidR="0059732B" w:rsidRPr="00CE3210" w:rsidRDefault="0059732B"/>
    <w:p w14:paraId="5F24164A" w14:textId="77777777" w:rsidR="0059732B" w:rsidRPr="00CE3210" w:rsidRDefault="0059732B"/>
    <w:p w14:paraId="045222C2" w14:textId="77777777" w:rsidR="0059732B" w:rsidRPr="00CE3210" w:rsidRDefault="0059732B"/>
    <w:p w14:paraId="110D1CAD" w14:textId="77777777" w:rsidR="0059732B" w:rsidRPr="00CE3210" w:rsidRDefault="0059732B"/>
    <w:p w14:paraId="71DA5484" w14:textId="77777777" w:rsidR="0059732B" w:rsidRPr="00CE3210" w:rsidRDefault="0059732B"/>
    <w:p w14:paraId="4C718852" w14:textId="77777777" w:rsidR="0059732B" w:rsidRPr="00CE3210" w:rsidRDefault="0059732B"/>
    <w:p w14:paraId="1467BE5A" w14:textId="77777777" w:rsidR="0059732B" w:rsidRPr="00CE3210" w:rsidRDefault="0059732B"/>
    <w:p w14:paraId="09FFFF97" w14:textId="77777777" w:rsidR="0059732B" w:rsidRPr="00CE3210" w:rsidRDefault="0059732B"/>
    <w:p w14:paraId="285C4F26" w14:textId="77777777" w:rsidR="0059732B" w:rsidRPr="00CE3210" w:rsidRDefault="0059732B"/>
    <w:p w14:paraId="173BC69E" w14:textId="77777777" w:rsidR="0059732B" w:rsidRPr="00CE3210" w:rsidRDefault="0059732B"/>
    <w:p w14:paraId="3237FCBA" w14:textId="77777777" w:rsidR="0059732B" w:rsidRPr="00CE3210" w:rsidRDefault="0059732B"/>
    <w:p w14:paraId="007327CB" w14:textId="77777777" w:rsidR="0059732B" w:rsidRPr="00CE3210" w:rsidRDefault="0059732B"/>
    <w:p w14:paraId="4E40CA98" w14:textId="77777777" w:rsidR="0059732B" w:rsidRPr="00CE3210" w:rsidRDefault="0059732B"/>
    <w:p w14:paraId="1FC4B72F" w14:textId="77777777" w:rsidR="0059732B" w:rsidRPr="00CE3210" w:rsidRDefault="0059732B"/>
    <w:p w14:paraId="6733BF72" w14:textId="77777777" w:rsidR="0059732B" w:rsidRPr="00CE3210" w:rsidRDefault="0059732B"/>
    <w:p w14:paraId="532FDCC7" w14:textId="77777777" w:rsidR="0059732B" w:rsidRPr="00CE3210" w:rsidRDefault="0059732B"/>
    <w:p w14:paraId="0FC16B20" w14:textId="77777777" w:rsidR="0059732B" w:rsidRPr="00CE3210" w:rsidRDefault="0059732B"/>
    <w:p w14:paraId="7EA766FE" w14:textId="77777777" w:rsidR="0059732B" w:rsidRPr="00CE3210" w:rsidRDefault="0059732B"/>
    <w:p w14:paraId="387A34A6" w14:textId="77777777" w:rsidR="0059732B" w:rsidRPr="00CE3210" w:rsidRDefault="0059732B"/>
    <w:p w14:paraId="369D98E4" w14:textId="77777777" w:rsidR="0059732B" w:rsidRPr="00CE3210" w:rsidRDefault="0059732B"/>
    <w:p w14:paraId="03EC818F" w14:textId="77777777" w:rsidR="0059732B" w:rsidRPr="00CE3210" w:rsidRDefault="0059732B"/>
    <w:p w14:paraId="405753F0" w14:textId="77777777" w:rsidR="0059732B" w:rsidRPr="00CE3210" w:rsidRDefault="0059732B"/>
    <w:p w14:paraId="2BB18DC0" w14:textId="77777777" w:rsidR="0059732B" w:rsidRPr="00CE3210" w:rsidRDefault="0059732B"/>
    <w:p w14:paraId="7851E10D" w14:textId="77777777" w:rsidR="0059732B" w:rsidRPr="00CE3210" w:rsidRDefault="0059732B"/>
    <w:p w14:paraId="7C623B31" w14:textId="221E162D" w:rsidR="0059732B" w:rsidRPr="00CE3210" w:rsidRDefault="0059732B" w:rsidP="0059732B">
      <w:pPr>
        <w:rPr>
          <w:rFonts w:asciiTheme="majorBidi" w:hAnsiTheme="majorBidi" w:cstheme="majorBidi"/>
          <w:b/>
          <w:bCs/>
        </w:rPr>
      </w:pPr>
      <w:r w:rsidRPr="00CE3210">
        <w:rPr>
          <w:rFonts w:asciiTheme="majorBidi" w:hAnsiTheme="majorBidi" w:cstheme="majorBidi"/>
          <w:b/>
          <w:bCs/>
        </w:rPr>
        <w:t>Table S2. Descriptive distribution of microbial isolates across sampling locations</w:t>
      </w: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5114"/>
        <w:gridCol w:w="1726"/>
      </w:tblGrid>
      <w:tr w:rsidR="0059732B" w:rsidRPr="00CE3210" w14:paraId="5355CF87" w14:textId="77777777" w:rsidTr="00B07126">
        <w:trPr>
          <w:tblHeader/>
          <w:tblCellSpacing w:w="15" w:type="dxa"/>
        </w:trPr>
        <w:tc>
          <w:tcPr>
            <w:tcW w:w="1755" w:type="dxa"/>
            <w:vAlign w:val="center"/>
            <w:hideMark/>
          </w:tcPr>
          <w:p w14:paraId="317DDE51" w14:textId="77777777" w:rsidR="0059732B" w:rsidRPr="00CE3210" w:rsidRDefault="0059732B" w:rsidP="0059732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5084" w:type="dxa"/>
            <w:vAlign w:val="center"/>
            <w:hideMark/>
          </w:tcPr>
          <w:p w14:paraId="44C6A058" w14:textId="77777777" w:rsidR="0059732B" w:rsidRPr="00CE3210" w:rsidRDefault="0059732B" w:rsidP="0059732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Predominant microorganisms observed</w:t>
            </w:r>
          </w:p>
        </w:tc>
        <w:tc>
          <w:tcPr>
            <w:tcW w:w="0" w:type="auto"/>
            <w:vAlign w:val="center"/>
            <w:hideMark/>
          </w:tcPr>
          <w:p w14:paraId="13021E6C" w14:textId="77777777" w:rsidR="0059732B" w:rsidRPr="00CE3210" w:rsidRDefault="0059732B" w:rsidP="0059732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Overall diversity</w:t>
            </w:r>
          </w:p>
        </w:tc>
      </w:tr>
      <w:tr w:rsidR="0059732B" w:rsidRPr="00CE3210" w14:paraId="0A0AF3DE" w14:textId="77777777" w:rsidTr="00B07126">
        <w:trPr>
          <w:tblCellSpacing w:w="15" w:type="dxa"/>
        </w:trPr>
        <w:tc>
          <w:tcPr>
            <w:tcW w:w="1755" w:type="dxa"/>
            <w:vAlign w:val="center"/>
            <w:hideMark/>
          </w:tcPr>
          <w:p w14:paraId="1E075406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>Cairo</w:t>
            </w:r>
          </w:p>
        </w:tc>
        <w:tc>
          <w:tcPr>
            <w:tcW w:w="5084" w:type="dxa"/>
            <w:vAlign w:val="center"/>
            <w:hideMark/>
          </w:tcPr>
          <w:p w14:paraId="1A2F25D3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Penicillium spp.</w:t>
            </w:r>
            <w:r w:rsidRPr="00CE321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Aspergillus spp.</w:t>
            </w:r>
            <w:r w:rsidRPr="00CE321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Pseudomonas aeruginosa</w:t>
            </w:r>
          </w:p>
        </w:tc>
        <w:tc>
          <w:tcPr>
            <w:tcW w:w="0" w:type="auto"/>
            <w:vAlign w:val="center"/>
            <w:hideMark/>
          </w:tcPr>
          <w:p w14:paraId="1DCAD99C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</w:tr>
      <w:tr w:rsidR="0059732B" w:rsidRPr="00CE3210" w14:paraId="32A33E7D" w14:textId="77777777" w:rsidTr="00B07126">
        <w:trPr>
          <w:tblCellSpacing w:w="15" w:type="dxa"/>
        </w:trPr>
        <w:tc>
          <w:tcPr>
            <w:tcW w:w="1755" w:type="dxa"/>
            <w:vAlign w:val="center"/>
            <w:hideMark/>
          </w:tcPr>
          <w:p w14:paraId="613A35FB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>Giza</w:t>
            </w:r>
          </w:p>
        </w:tc>
        <w:tc>
          <w:tcPr>
            <w:tcW w:w="5084" w:type="dxa"/>
            <w:vAlign w:val="center"/>
            <w:hideMark/>
          </w:tcPr>
          <w:p w14:paraId="1135D014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Bacillus cereus</w:t>
            </w:r>
            <w:r w:rsidRPr="00CE321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Candida spp.</w:t>
            </w:r>
            <w:r w:rsidRPr="00CE3210">
              <w:rPr>
                <w:rFonts w:asciiTheme="majorBidi" w:hAnsiTheme="majorBidi" w:cstheme="majorBidi"/>
                <w:sz w:val="24"/>
                <w:szCs w:val="24"/>
              </w:rPr>
              <w:t>, mixed bacteria</w:t>
            </w:r>
          </w:p>
        </w:tc>
        <w:tc>
          <w:tcPr>
            <w:tcW w:w="0" w:type="auto"/>
            <w:vAlign w:val="center"/>
            <w:hideMark/>
          </w:tcPr>
          <w:p w14:paraId="587C4656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>Moderate</w:t>
            </w:r>
          </w:p>
        </w:tc>
      </w:tr>
      <w:tr w:rsidR="0059732B" w:rsidRPr="00CE3210" w14:paraId="37B9D26A" w14:textId="77777777" w:rsidTr="00B07126">
        <w:trPr>
          <w:tblCellSpacing w:w="15" w:type="dxa"/>
        </w:trPr>
        <w:tc>
          <w:tcPr>
            <w:tcW w:w="1755" w:type="dxa"/>
            <w:tcBorders>
              <w:top w:val="nil"/>
              <w:bottom w:val="nil"/>
            </w:tcBorders>
            <w:vAlign w:val="center"/>
            <w:hideMark/>
          </w:tcPr>
          <w:p w14:paraId="3BA114CE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>North Coast</w:t>
            </w:r>
          </w:p>
        </w:tc>
        <w:tc>
          <w:tcPr>
            <w:tcW w:w="5084" w:type="dxa"/>
            <w:tcBorders>
              <w:top w:val="nil"/>
              <w:bottom w:val="nil"/>
            </w:tcBorders>
            <w:vAlign w:val="center"/>
            <w:hideMark/>
          </w:tcPr>
          <w:p w14:paraId="2DA8030C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 xml:space="preserve">Yeasts, </w:t>
            </w: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Pseudomonas aeruginosa</w:t>
            </w:r>
            <w:r w:rsidRPr="00CE321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Klebsiella spp.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1899F87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>Moderate</w:t>
            </w:r>
          </w:p>
        </w:tc>
      </w:tr>
      <w:tr w:rsidR="0059732B" w:rsidRPr="00CE3210" w14:paraId="1E4C1245" w14:textId="77777777" w:rsidTr="00B07126">
        <w:trPr>
          <w:tblCellSpacing w:w="15" w:type="dxa"/>
        </w:trPr>
        <w:tc>
          <w:tcPr>
            <w:tcW w:w="1755" w:type="dxa"/>
            <w:vAlign w:val="center"/>
            <w:hideMark/>
          </w:tcPr>
          <w:p w14:paraId="6EC9F436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>6th of October</w:t>
            </w:r>
          </w:p>
        </w:tc>
        <w:tc>
          <w:tcPr>
            <w:tcW w:w="5084" w:type="dxa"/>
            <w:vAlign w:val="center"/>
            <w:hideMark/>
          </w:tcPr>
          <w:p w14:paraId="54AAB54D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Salmonella spp.</w:t>
            </w:r>
            <w:r w:rsidRPr="00CE321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Aspergillus spp.</w:t>
            </w:r>
            <w:r w:rsidRPr="00CE321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Penicillium spp.</w:t>
            </w:r>
          </w:p>
        </w:tc>
        <w:tc>
          <w:tcPr>
            <w:tcW w:w="0" w:type="auto"/>
            <w:vAlign w:val="center"/>
            <w:hideMark/>
          </w:tcPr>
          <w:p w14:paraId="33FA2437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</w:tr>
      <w:tr w:rsidR="0059732B" w:rsidRPr="00CE3210" w14:paraId="4126B251" w14:textId="77777777" w:rsidTr="00B07126">
        <w:trPr>
          <w:tblCellSpacing w:w="15" w:type="dxa"/>
        </w:trPr>
        <w:tc>
          <w:tcPr>
            <w:tcW w:w="1755" w:type="dxa"/>
            <w:vAlign w:val="center"/>
            <w:hideMark/>
          </w:tcPr>
          <w:p w14:paraId="6765B50F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>Tanta</w:t>
            </w:r>
          </w:p>
        </w:tc>
        <w:tc>
          <w:tcPr>
            <w:tcW w:w="5084" w:type="dxa"/>
            <w:vAlign w:val="center"/>
            <w:hideMark/>
          </w:tcPr>
          <w:p w14:paraId="43DFF20A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Staphylococcus aureus</w:t>
            </w:r>
            <w:r w:rsidRPr="00CE321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Enterobacter cloacae</w:t>
            </w:r>
            <w:r w:rsidRPr="00CE3210">
              <w:rPr>
                <w:rFonts w:asciiTheme="majorBidi" w:hAnsiTheme="majorBidi" w:cstheme="majorBidi"/>
                <w:sz w:val="24"/>
                <w:szCs w:val="24"/>
              </w:rPr>
              <w:t>, fungi</w:t>
            </w:r>
          </w:p>
        </w:tc>
        <w:tc>
          <w:tcPr>
            <w:tcW w:w="0" w:type="auto"/>
            <w:vAlign w:val="center"/>
            <w:hideMark/>
          </w:tcPr>
          <w:p w14:paraId="01555190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>Moderate</w:t>
            </w:r>
          </w:p>
        </w:tc>
      </w:tr>
      <w:tr w:rsidR="0059732B" w:rsidRPr="0059732B" w14:paraId="5F44B3B4" w14:textId="77777777" w:rsidTr="00B07126">
        <w:trPr>
          <w:tblCellSpacing w:w="15" w:type="dxa"/>
        </w:trPr>
        <w:tc>
          <w:tcPr>
            <w:tcW w:w="1755" w:type="dxa"/>
            <w:tcBorders>
              <w:top w:val="nil"/>
              <w:bottom w:val="nil"/>
            </w:tcBorders>
            <w:vAlign w:val="center"/>
            <w:hideMark/>
          </w:tcPr>
          <w:p w14:paraId="04939F54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>Sheikh Zayed</w:t>
            </w:r>
          </w:p>
        </w:tc>
        <w:tc>
          <w:tcPr>
            <w:tcW w:w="5084" w:type="dxa"/>
            <w:tcBorders>
              <w:top w:val="nil"/>
              <w:bottom w:val="nil"/>
            </w:tcBorders>
            <w:vAlign w:val="center"/>
            <w:hideMark/>
          </w:tcPr>
          <w:p w14:paraId="2E54068D" w14:textId="77777777" w:rsidR="0059732B" w:rsidRPr="00CE3210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 xml:space="preserve">Mixed flora, </w:t>
            </w: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Penicillium spp.</w:t>
            </w:r>
            <w:r w:rsidRPr="00CE321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CE321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Salmonella spp.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88C0911" w14:textId="77777777" w:rsidR="0059732B" w:rsidRPr="0059732B" w:rsidRDefault="0059732B" w:rsidP="005973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210">
              <w:rPr>
                <w:rFonts w:asciiTheme="majorBidi" w:hAnsiTheme="majorBidi" w:cstheme="majorBidi"/>
                <w:sz w:val="24"/>
                <w:szCs w:val="24"/>
              </w:rPr>
              <w:t>Moderate</w:t>
            </w:r>
          </w:p>
        </w:tc>
      </w:tr>
    </w:tbl>
    <w:p w14:paraId="2DDE04D9" w14:textId="77777777" w:rsidR="0059732B" w:rsidRDefault="0059732B"/>
    <w:sectPr w:rsidR="0059732B" w:rsidSect="006C2A86"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38FC7" w14:textId="77777777" w:rsidR="0028786E" w:rsidRDefault="0028786E" w:rsidP="006C2A86">
      <w:pPr>
        <w:spacing w:after="0" w:line="240" w:lineRule="auto"/>
      </w:pPr>
      <w:r>
        <w:separator/>
      </w:r>
    </w:p>
  </w:endnote>
  <w:endnote w:type="continuationSeparator" w:id="0">
    <w:p w14:paraId="6B6E5C35" w14:textId="77777777" w:rsidR="0028786E" w:rsidRDefault="0028786E" w:rsidP="006C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E5347" w14:textId="77777777" w:rsidR="0028786E" w:rsidRDefault="0028786E" w:rsidP="006C2A86">
      <w:pPr>
        <w:spacing w:after="0" w:line="240" w:lineRule="auto"/>
      </w:pPr>
      <w:r>
        <w:separator/>
      </w:r>
    </w:p>
  </w:footnote>
  <w:footnote w:type="continuationSeparator" w:id="0">
    <w:p w14:paraId="48AFCFD0" w14:textId="77777777" w:rsidR="0028786E" w:rsidRDefault="0028786E" w:rsidP="006C2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905104"/>
    <w:multiLevelType w:val="multilevel"/>
    <w:tmpl w:val="815C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CD2989"/>
    <w:multiLevelType w:val="multilevel"/>
    <w:tmpl w:val="2A3C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B97663"/>
    <w:multiLevelType w:val="multilevel"/>
    <w:tmpl w:val="1EA4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630414"/>
    <w:multiLevelType w:val="multilevel"/>
    <w:tmpl w:val="6AD8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040D7F"/>
    <w:multiLevelType w:val="multilevel"/>
    <w:tmpl w:val="E9FE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BF415E"/>
    <w:multiLevelType w:val="multilevel"/>
    <w:tmpl w:val="DACE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3E166B"/>
    <w:multiLevelType w:val="multilevel"/>
    <w:tmpl w:val="9048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195990">
    <w:abstractNumId w:val="8"/>
  </w:num>
  <w:num w:numId="2" w16cid:durableId="1325278283">
    <w:abstractNumId w:val="6"/>
  </w:num>
  <w:num w:numId="3" w16cid:durableId="1453675219">
    <w:abstractNumId w:val="5"/>
  </w:num>
  <w:num w:numId="4" w16cid:durableId="55666476">
    <w:abstractNumId w:val="4"/>
  </w:num>
  <w:num w:numId="5" w16cid:durableId="1409384246">
    <w:abstractNumId w:val="7"/>
  </w:num>
  <w:num w:numId="6" w16cid:durableId="1743675357">
    <w:abstractNumId w:val="3"/>
  </w:num>
  <w:num w:numId="7" w16cid:durableId="2056611912">
    <w:abstractNumId w:val="2"/>
  </w:num>
  <w:num w:numId="8" w16cid:durableId="257064355">
    <w:abstractNumId w:val="1"/>
  </w:num>
  <w:num w:numId="9" w16cid:durableId="726491609">
    <w:abstractNumId w:val="0"/>
  </w:num>
  <w:num w:numId="10" w16cid:durableId="1067340006">
    <w:abstractNumId w:val="9"/>
  </w:num>
  <w:num w:numId="11" w16cid:durableId="1312908287">
    <w:abstractNumId w:val="13"/>
  </w:num>
  <w:num w:numId="12" w16cid:durableId="298925281">
    <w:abstractNumId w:val="15"/>
  </w:num>
  <w:num w:numId="13" w16cid:durableId="74984760">
    <w:abstractNumId w:val="12"/>
  </w:num>
  <w:num w:numId="14" w16cid:durableId="1463844189">
    <w:abstractNumId w:val="11"/>
  </w:num>
  <w:num w:numId="15" w16cid:durableId="1982954179">
    <w:abstractNumId w:val="10"/>
  </w:num>
  <w:num w:numId="16" w16cid:durableId="4693236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DE0"/>
    <w:rsid w:val="00000BD9"/>
    <w:rsid w:val="00025DE0"/>
    <w:rsid w:val="00097DD8"/>
    <w:rsid w:val="000D27AD"/>
    <w:rsid w:val="00196B21"/>
    <w:rsid w:val="0028786E"/>
    <w:rsid w:val="003445D4"/>
    <w:rsid w:val="003A4BCD"/>
    <w:rsid w:val="003D418D"/>
    <w:rsid w:val="004A177F"/>
    <w:rsid w:val="00511753"/>
    <w:rsid w:val="00520A70"/>
    <w:rsid w:val="0059732B"/>
    <w:rsid w:val="005C0BCF"/>
    <w:rsid w:val="005C60D8"/>
    <w:rsid w:val="0065105F"/>
    <w:rsid w:val="00680CB1"/>
    <w:rsid w:val="006C2A86"/>
    <w:rsid w:val="006C5F8A"/>
    <w:rsid w:val="007235BA"/>
    <w:rsid w:val="008003E6"/>
    <w:rsid w:val="008E475A"/>
    <w:rsid w:val="00906D91"/>
    <w:rsid w:val="009241EB"/>
    <w:rsid w:val="0095043E"/>
    <w:rsid w:val="00980AE0"/>
    <w:rsid w:val="00A81E7D"/>
    <w:rsid w:val="00A94092"/>
    <w:rsid w:val="00B07126"/>
    <w:rsid w:val="00B21894"/>
    <w:rsid w:val="00BB1AC0"/>
    <w:rsid w:val="00C83AF9"/>
    <w:rsid w:val="00CE3210"/>
    <w:rsid w:val="00D331ED"/>
    <w:rsid w:val="00D42EDF"/>
    <w:rsid w:val="00D74697"/>
    <w:rsid w:val="00DF6A0E"/>
    <w:rsid w:val="00E24D78"/>
    <w:rsid w:val="00F51940"/>
    <w:rsid w:val="00F8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61E91"/>
  <w15:chartTrackingRefBased/>
  <w15:docId w15:val="{835510BB-87B2-4CA9-BFC7-9923EB92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5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25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D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D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D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D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D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D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D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D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D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D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D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2A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A86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C2A86"/>
  </w:style>
  <w:style w:type="table" w:styleId="TableGrid">
    <w:name w:val="Table Grid"/>
    <w:basedOn w:val="TableNormal"/>
    <w:uiPriority w:val="59"/>
    <w:rsid w:val="006C2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2A8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6C2A8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C2A8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6C2A86"/>
    <w:rPr>
      <w:rFonts w:eastAsiaTheme="minorEastAsia"/>
    </w:rPr>
  </w:style>
  <w:style w:type="paragraph" w:styleId="NoSpacing">
    <w:name w:val="No Spacing"/>
    <w:uiPriority w:val="1"/>
    <w:qFormat/>
    <w:rsid w:val="006C2A86"/>
    <w:pPr>
      <w:spacing w:after="0" w:line="240" w:lineRule="auto"/>
    </w:pPr>
    <w:rPr>
      <w:rFonts w:eastAsiaTheme="minorEastAsia"/>
    </w:rPr>
  </w:style>
  <w:style w:type="paragraph" w:styleId="BodyText">
    <w:name w:val="Body Text"/>
    <w:basedOn w:val="Normal"/>
    <w:link w:val="BodyTextChar"/>
    <w:uiPriority w:val="99"/>
    <w:unhideWhenUsed/>
    <w:rsid w:val="006C2A86"/>
    <w:pPr>
      <w:spacing w:after="120" w:line="276" w:lineRule="auto"/>
    </w:pPr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uiPriority w:val="99"/>
    <w:rsid w:val="006C2A86"/>
    <w:rPr>
      <w:rFonts w:eastAsiaTheme="minorEastAsia"/>
    </w:rPr>
  </w:style>
  <w:style w:type="paragraph" w:styleId="BodyText2">
    <w:name w:val="Body Text 2"/>
    <w:basedOn w:val="Normal"/>
    <w:link w:val="BodyText2Char"/>
    <w:uiPriority w:val="99"/>
    <w:unhideWhenUsed/>
    <w:rsid w:val="006C2A86"/>
    <w:pPr>
      <w:spacing w:after="120" w:line="480" w:lineRule="auto"/>
    </w:pPr>
    <w:rPr>
      <w:rFonts w:eastAsiaTheme="minorEastAsia"/>
    </w:rPr>
  </w:style>
  <w:style w:type="character" w:customStyle="1" w:styleId="BodyText2Char">
    <w:name w:val="Body Text 2 Char"/>
    <w:basedOn w:val="DefaultParagraphFont"/>
    <w:link w:val="BodyText2"/>
    <w:uiPriority w:val="99"/>
    <w:rsid w:val="006C2A86"/>
    <w:rPr>
      <w:rFonts w:eastAsiaTheme="minorEastAsia"/>
    </w:rPr>
  </w:style>
  <w:style w:type="paragraph" w:styleId="BodyText3">
    <w:name w:val="Body Text 3"/>
    <w:basedOn w:val="Normal"/>
    <w:link w:val="BodyText3Char"/>
    <w:uiPriority w:val="99"/>
    <w:unhideWhenUsed/>
    <w:rsid w:val="006C2A86"/>
    <w:pPr>
      <w:spacing w:after="120" w:line="276" w:lineRule="auto"/>
    </w:pPr>
    <w:rPr>
      <w:rFonts w:eastAsiaTheme="minorEastAsi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2A86"/>
    <w:rPr>
      <w:rFonts w:eastAsiaTheme="minorEastAsia"/>
      <w:sz w:val="16"/>
      <w:szCs w:val="16"/>
    </w:rPr>
  </w:style>
  <w:style w:type="paragraph" w:styleId="List">
    <w:name w:val="List"/>
    <w:basedOn w:val="Normal"/>
    <w:uiPriority w:val="99"/>
    <w:unhideWhenUsed/>
    <w:rsid w:val="006C2A86"/>
    <w:pPr>
      <w:spacing w:after="200" w:line="276" w:lineRule="auto"/>
      <w:ind w:left="360" w:hanging="360"/>
      <w:contextualSpacing/>
    </w:pPr>
    <w:rPr>
      <w:rFonts w:eastAsiaTheme="minorEastAsia"/>
    </w:rPr>
  </w:style>
  <w:style w:type="paragraph" w:styleId="List2">
    <w:name w:val="List 2"/>
    <w:basedOn w:val="Normal"/>
    <w:uiPriority w:val="99"/>
    <w:unhideWhenUsed/>
    <w:rsid w:val="006C2A86"/>
    <w:pPr>
      <w:spacing w:after="200" w:line="276" w:lineRule="auto"/>
      <w:ind w:left="720" w:hanging="360"/>
      <w:contextualSpacing/>
    </w:pPr>
    <w:rPr>
      <w:rFonts w:eastAsiaTheme="minorEastAsia"/>
    </w:rPr>
  </w:style>
  <w:style w:type="paragraph" w:styleId="List3">
    <w:name w:val="List 3"/>
    <w:basedOn w:val="Normal"/>
    <w:uiPriority w:val="99"/>
    <w:unhideWhenUsed/>
    <w:rsid w:val="006C2A86"/>
    <w:pPr>
      <w:spacing w:after="200" w:line="276" w:lineRule="auto"/>
      <w:ind w:left="1080" w:hanging="360"/>
      <w:contextualSpacing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6C2A86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</w:rPr>
  </w:style>
  <w:style w:type="paragraph" w:styleId="ListBullet2">
    <w:name w:val="List Bullet 2"/>
    <w:basedOn w:val="Normal"/>
    <w:uiPriority w:val="99"/>
    <w:unhideWhenUsed/>
    <w:rsid w:val="006C2A86"/>
    <w:pPr>
      <w:numPr>
        <w:numId w:val="2"/>
      </w:numPr>
      <w:tabs>
        <w:tab w:val="clear" w:pos="720"/>
      </w:tabs>
      <w:spacing w:after="200" w:line="276" w:lineRule="auto"/>
      <w:ind w:left="0" w:firstLine="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unhideWhenUsed/>
    <w:rsid w:val="006C2A86"/>
    <w:pPr>
      <w:numPr>
        <w:numId w:val="3"/>
      </w:numPr>
      <w:tabs>
        <w:tab w:val="clear" w:pos="1080"/>
      </w:tabs>
      <w:spacing w:after="200" w:line="276" w:lineRule="auto"/>
      <w:ind w:left="0" w:firstLine="0"/>
      <w:contextualSpacing/>
    </w:pPr>
    <w:rPr>
      <w:rFonts w:eastAsiaTheme="minorEastAsia"/>
    </w:rPr>
  </w:style>
  <w:style w:type="paragraph" w:styleId="ListNumber">
    <w:name w:val="List Number"/>
    <w:basedOn w:val="Normal"/>
    <w:uiPriority w:val="99"/>
    <w:unhideWhenUsed/>
    <w:rsid w:val="006C2A86"/>
    <w:pPr>
      <w:numPr>
        <w:numId w:val="5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</w:rPr>
  </w:style>
  <w:style w:type="paragraph" w:styleId="ListNumber2">
    <w:name w:val="List Number 2"/>
    <w:basedOn w:val="Normal"/>
    <w:uiPriority w:val="99"/>
    <w:unhideWhenUsed/>
    <w:rsid w:val="006C2A86"/>
    <w:pPr>
      <w:numPr>
        <w:numId w:val="6"/>
      </w:numPr>
      <w:tabs>
        <w:tab w:val="clear" w:pos="720"/>
      </w:tabs>
      <w:spacing w:after="200" w:line="276" w:lineRule="auto"/>
      <w:ind w:left="0" w:firstLine="0"/>
      <w:contextualSpacing/>
    </w:pPr>
    <w:rPr>
      <w:rFonts w:eastAsiaTheme="minorEastAsia"/>
    </w:rPr>
  </w:style>
  <w:style w:type="paragraph" w:styleId="ListNumber3">
    <w:name w:val="List Number 3"/>
    <w:basedOn w:val="Normal"/>
    <w:uiPriority w:val="99"/>
    <w:unhideWhenUsed/>
    <w:rsid w:val="006C2A86"/>
    <w:pPr>
      <w:numPr>
        <w:numId w:val="7"/>
      </w:numPr>
      <w:tabs>
        <w:tab w:val="clear" w:pos="1080"/>
      </w:tabs>
      <w:spacing w:after="200" w:line="276" w:lineRule="auto"/>
      <w:ind w:left="0" w:firstLine="0"/>
      <w:contextualSpacing/>
    </w:pPr>
    <w:rPr>
      <w:rFonts w:eastAsiaTheme="minorEastAsia"/>
    </w:rPr>
  </w:style>
  <w:style w:type="paragraph" w:styleId="ListContinue">
    <w:name w:val="List Continue"/>
    <w:basedOn w:val="Normal"/>
    <w:uiPriority w:val="99"/>
    <w:unhideWhenUsed/>
    <w:rsid w:val="006C2A86"/>
    <w:pPr>
      <w:spacing w:after="120" w:line="276" w:lineRule="auto"/>
      <w:ind w:left="360"/>
      <w:contextualSpacing/>
    </w:pPr>
    <w:rPr>
      <w:rFonts w:eastAsiaTheme="minorEastAsia"/>
    </w:rPr>
  </w:style>
  <w:style w:type="paragraph" w:styleId="ListContinue2">
    <w:name w:val="List Continue 2"/>
    <w:basedOn w:val="Normal"/>
    <w:uiPriority w:val="99"/>
    <w:unhideWhenUsed/>
    <w:rsid w:val="006C2A86"/>
    <w:pPr>
      <w:spacing w:after="120" w:line="276" w:lineRule="auto"/>
      <w:ind w:left="720"/>
      <w:contextualSpacing/>
    </w:pPr>
    <w:rPr>
      <w:rFonts w:eastAsiaTheme="minorEastAsia"/>
    </w:rPr>
  </w:style>
  <w:style w:type="paragraph" w:styleId="ListContinue3">
    <w:name w:val="List Continue 3"/>
    <w:basedOn w:val="Normal"/>
    <w:uiPriority w:val="99"/>
    <w:unhideWhenUsed/>
    <w:rsid w:val="006C2A86"/>
    <w:pPr>
      <w:spacing w:after="120" w:line="276" w:lineRule="auto"/>
      <w:ind w:left="1080"/>
      <w:contextualSpacing/>
    </w:pPr>
    <w:rPr>
      <w:rFonts w:eastAsiaTheme="minorEastAsia"/>
    </w:rPr>
  </w:style>
  <w:style w:type="paragraph" w:styleId="MacroText">
    <w:name w:val="macro"/>
    <w:link w:val="MacroTextChar"/>
    <w:uiPriority w:val="99"/>
    <w:unhideWhenUsed/>
    <w:rsid w:val="006C2A8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2A86"/>
    <w:rPr>
      <w:rFonts w:ascii="Courier" w:eastAsiaTheme="minorEastAsia" w:hAnsi="Courier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2A86"/>
    <w:pPr>
      <w:spacing w:after="200" w:line="240" w:lineRule="auto"/>
    </w:pPr>
    <w:rPr>
      <w:rFonts w:eastAsiaTheme="minorEastAsia"/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C2A86"/>
    <w:rPr>
      <w:b/>
      <w:bCs/>
    </w:rPr>
  </w:style>
  <w:style w:type="character" w:styleId="Emphasis">
    <w:name w:val="Emphasis"/>
    <w:basedOn w:val="DefaultParagraphFont"/>
    <w:uiPriority w:val="20"/>
    <w:qFormat/>
    <w:rsid w:val="006C2A86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6C2A86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2A86"/>
    <w:rPr>
      <w:smallCaps/>
      <w:color w:val="E97132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6C2A8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2A86"/>
    <w:pPr>
      <w:spacing w:before="480" w:after="0" w:line="276" w:lineRule="auto"/>
      <w:outlineLvl w:val="9"/>
    </w:pPr>
    <w:rPr>
      <w:b/>
      <w:bCs/>
      <w:sz w:val="28"/>
      <w:szCs w:val="28"/>
    </w:rPr>
  </w:style>
  <w:style w:type="table" w:styleId="LightShading">
    <w:name w:val="Light Shading"/>
    <w:basedOn w:val="TableNormal"/>
    <w:uiPriority w:val="60"/>
    <w:rsid w:val="006C2A8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C2A86"/>
    <w:pPr>
      <w:spacing w:after="0" w:line="240" w:lineRule="auto"/>
    </w:pPr>
    <w:rPr>
      <w:rFonts w:eastAsiaTheme="minorEastAsia"/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C2A86"/>
    <w:pPr>
      <w:spacing w:after="0" w:line="240" w:lineRule="auto"/>
    </w:pPr>
    <w:rPr>
      <w:rFonts w:eastAsiaTheme="minorEastAsia"/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6C2A86"/>
    <w:pPr>
      <w:spacing w:after="0" w:line="240" w:lineRule="auto"/>
    </w:pPr>
    <w:rPr>
      <w:rFonts w:eastAsiaTheme="minorEastAsia"/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6C2A86"/>
    <w:pPr>
      <w:spacing w:after="0" w:line="240" w:lineRule="auto"/>
    </w:pPr>
    <w:rPr>
      <w:rFonts w:eastAsiaTheme="minorEastAsia"/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6C2A86"/>
    <w:pPr>
      <w:spacing w:after="0" w:line="240" w:lineRule="auto"/>
    </w:pPr>
    <w:rPr>
      <w:rFonts w:eastAsiaTheme="minorEastAsia"/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6C2A86"/>
    <w:pPr>
      <w:spacing w:after="0" w:line="240" w:lineRule="auto"/>
    </w:pPr>
    <w:rPr>
      <w:rFonts w:eastAsiaTheme="minorEastAsia"/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6C2A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6C2A8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6C2A8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6C2A8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6C2A8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6C2A8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6C2A8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6C2A8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6C2A8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Grid">
    <w:name w:val="Colorful Grid"/>
    <w:basedOn w:val="TableNormal"/>
    <w:uiPriority w:val="73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6C2A8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C2A86"/>
    <w:rPr>
      <w:color w:val="800080"/>
      <w:u w:val="single"/>
    </w:rPr>
  </w:style>
  <w:style w:type="paragraph" w:customStyle="1" w:styleId="msonormal0">
    <w:name w:val="msonormal"/>
    <w:basedOn w:val="Normal"/>
    <w:rsid w:val="006C2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6C2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66">
    <w:name w:val="xl66"/>
    <w:basedOn w:val="Normal"/>
    <w:rsid w:val="006C2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6C2A8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6C2A86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</w:rPr>
  </w:style>
  <w:style w:type="paragraph" w:customStyle="1" w:styleId="font6">
    <w:name w:val="font6"/>
    <w:basedOn w:val="Normal"/>
    <w:rsid w:val="006C2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6C2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68">
    <w:name w:val="xl68"/>
    <w:basedOn w:val="Normal"/>
    <w:rsid w:val="006C2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Normal"/>
    <w:rsid w:val="006C2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Normal"/>
    <w:rsid w:val="006C2A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2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1">
    <w:name w:val="ms-1"/>
    <w:basedOn w:val="DefaultParagraphFont"/>
    <w:rsid w:val="006C2A86"/>
  </w:style>
  <w:style w:type="character" w:customStyle="1" w:styleId="max-w-15ch">
    <w:name w:val="max-w-[15ch]"/>
    <w:basedOn w:val="DefaultParagraphFont"/>
    <w:rsid w:val="006C2A86"/>
  </w:style>
  <w:style w:type="paragraph" w:customStyle="1" w:styleId="EndNoteBibliographyTitle">
    <w:name w:val="EndNote Bibliography Title"/>
    <w:basedOn w:val="Normal"/>
    <w:link w:val="EndNoteBibliographyTitleChar"/>
    <w:rsid w:val="006C2A86"/>
    <w:pPr>
      <w:spacing w:after="0" w:line="276" w:lineRule="auto"/>
      <w:jc w:val="center"/>
    </w:pPr>
    <w:rPr>
      <w:rFonts w:ascii="Aptos" w:eastAsiaTheme="minorEastAsia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A86"/>
    <w:rPr>
      <w:rFonts w:ascii="Aptos" w:eastAsiaTheme="minorEastAsia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6C2A86"/>
    <w:pPr>
      <w:spacing w:after="200" w:line="240" w:lineRule="auto"/>
    </w:pPr>
    <w:rPr>
      <w:rFonts w:ascii="Aptos" w:eastAsiaTheme="minorEastAsia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C2A86"/>
    <w:rPr>
      <w:rFonts w:ascii="Aptos" w:eastAsiaTheme="minorEastAsia" w:hAnsi="Aptos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yed.emad@acu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1199</Words>
  <Characters>6839</Characters>
  <Application>Microsoft Office Word</Application>
  <DocSecurity>0</DocSecurity>
  <Lines>56</Lines>
  <Paragraphs>16</Paragraphs>
  <ScaleCrop>false</ScaleCrop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Sayed Emad</dc:creator>
  <cp:keywords/>
  <dc:description/>
  <cp:lastModifiedBy>Sayed Emad</cp:lastModifiedBy>
  <cp:revision>2</cp:revision>
  <dcterms:created xsi:type="dcterms:W3CDTF">2026-06-03T02:52:00Z</dcterms:created>
  <dcterms:modified xsi:type="dcterms:W3CDTF">2026-06-03T02:52:00Z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fb483655-fa68-4483-88b9-56f4b4ed39c9</vt:lpwstr>
  </property>
</Properties>
</file>