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0320" w14:textId="77777777" w:rsidR="00826BCE" w:rsidRDefault="00000000" w:rsidP="001A28B4">
      <w:pPr>
        <w:pStyle w:val="Heading1"/>
        <w:spacing w:before="0"/>
      </w:pPr>
      <w:r>
        <w:t>Postgraduate Students' Questionnaire on AI Use and Acceptance for Self-Directed Research Learning</w:t>
      </w:r>
    </w:p>
    <w:p w14:paraId="261DD0C1" w14:textId="77777777" w:rsidR="001A28B4" w:rsidRPr="001A28B4" w:rsidRDefault="001A28B4" w:rsidP="001A28B4">
      <w:pPr>
        <w:spacing w:after="0" w:line="240" w:lineRule="auto"/>
      </w:pPr>
    </w:p>
    <w:p w14:paraId="503BE2C0" w14:textId="77777777" w:rsidR="00826BCE" w:rsidRDefault="00000000" w:rsidP="001A28B4">
      <w:pPr>
        <w:spacing w:after="0"/>
        <w:jc w:val="both"/>
      </w:pPr>
      <w:r>
        <w:t>This questionnaire is designed to assess your acceptance of and engagement with Artificial Intelligence (AI) tools for self-directed research learning. There are two sections. Please respond honestly. All responses will be kept confidential and used solely for academic research purposes.</w:t>
      </w:r>
    </w:p>
    <w:p w14:paraId="2476D0F8" w14:textId="77777777" w:rsidR="00826BCE" w:rsidRDefault="00000000" w:rsidP="001A28B4">
      <w:pPr>
        <w:pStyle w:val="Heading2"/>
        <w:spacing w:before="0"/>
      </w:pPr>
      <w:r>
        <w:t>Section A: Acceptance of AI for Self-Directed Research Learning</w:t>
      </w:r>
    </w:p>
    <w:p w14:paraId="7D3B7F2D" w14:textId="77777777" w:rsidR="00826BCE" w:rsidRDefault="00000000" w:rsidP="001A28B4">
      <w:pPr>
        <w:spacing w:after="0"/>
      </w:pPr>
      <w:r>
        <w:t>Instructions: Please indicate how strongly you agree or disagree with the following statements about your attitudes toward using AI in research learning.</w:t>
      </w:r>
      <w:r>
        <w:br/>
        <w:t>Use the scale below to rate each item:</w:t>
      </w:r>
      <w:r>
        <w:br/>
      </w:r>
      <w:r>
        <w:br/>
        <w:t>1 – Strongly Disagree    2 – Disagree    3 – Agree    4 – Strongly Agree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715"/>
      </w:tblGrid>
      <w:tr w:rsidR="00826BCE" w14:paraId="6456EF0C" w14:textId="77777777" w:rsidTr="001A28B4">
        <w:tc>
          <w:tcPr>
            <w:tcW w:w="6925" w:type="dxa"/>
          </w:tcPr>
          <w:p w14:paraId="6E8ACD51" w14:textId="77777777" w:rsidR="00826BCE" w:rsidRDefault="00000000" w:rsidP="001A28B4">
            <w:r>
              <w:t>Item</w:t>
            </w:r>
          </w:p>
        </w:tc>
        <w:tc>
          <w:tcPr>
            <w:tcW w:w="1715" w:type="dxa"/>
          </w:tcPr>
          <w:p w14:paraId="5DF392E3" w14:textId="77777777" w:rsidR="00826BCE" w:rsidRDefault="00000000" w:rsidP="001A28B4">
            <w:r>
              <w:t>Response</w:t>
            </w:r>
          </w:p>
        </w:tc>
      </w:tr>
      <w:tr w:rsidR="00826BCE" w14:paraId="7A7AE772" w14:textId="77777777" w:rsidTr="001A28B4">
        <w:tc>
          <w:tcPr>
            <w:tcW w:w="6925" w:type="dxa"/>
          </w:tcPr>
          <w:p w14:paraId="761D7E5E" w14:textId="77777777" w:rsidR="00826BCE" w:rsidRDefault="00000000" w:rsidP="001A28B4">
            <w:r>
              <w:t>I am very open to using AI to learn about research concepts in the absence of a teacher.</w:t>
            </w:r>
          </w:p>
        </w:tc>
        <w:tc>
          <w:tcPr>
            <w:tcW w:w="1715" w:type="dxa"/>
          </w:tcPr>
          <w:p w14:paraId="6485C246" w14:textId="77777777" w:rsidR="00826BCE" w:rsidRDefault="00000000" w:rsidP="001A28B4">
            <w:r>
              <w:t>☐1 ☐2 ☐3 ☐4</w:t>
            </w:r>
          </w:p>
        </w:tc>
      </w:tr>
      <w:tr w:rsidR="00826BCE" w14:paraId="3632B5B5" w14:textId="77777777" w:rsidTr="001A28B4">
        <w:tc>
          <w:tcPr>
            <w:tcW w:w="6925" w:type="dxa"/>
          </w:tcPr>
          <w:p w14:paraId="580DEF75" w14:textId="77777777" w:rsidR="00826BCE" w:rsidRDefault="00000000" w:rsidP="001A28B4">
            <w:r>
              <w:t>I am willing to use AI to enhance my knowledge of research acquired from lectures.</w:t>
            </w:r>
          </w:p>
        </w:tc>
        <w:tc>
          <w:tcPr>
            <w:tcW w:w="1715" w:type="dxa"/>
          </w:tcPr>
          <w:p w14:paraId="29A83CD6" w14:textId="77777777" w:rsidR="00826BCE" w:rsidRDefault="00000000" w:rsidP="001A28B4">
            <w:r>
              <w:t>☐1 ☐2 ☐3 ☐4</w:t>
            </w:r>
          </w:p>
        </w:tc>
      </w:tr>
      <w:tr w:rsidR="00826BCE" w14:paraId="7DF26470" w14:textId="77777777" w:rsidTr="001A28B4">
        <w:tc>
          <w:tcPr>
            <w:tcW w:w="6925" w:type="dxa"/>
          </w:tcPr>
          <w:p w14:paraId="5271C408" w14:textId="77777777" w:rsidR="00826BCE" w:rsidRDefault="00000000" w:rsidP="001A28B4">
            <w:r>
              <w:t>I find it acceptable to rely on AI tools to clarify complex research topics.</w:t>
            </w:r>
          </w:p>
        </w:tc>
        <w:tc>
          <w:tcPr>
            <w:tcW w:w="1715" w:type="dxa"/>
          </w:tcPr>
          <w:p w14:paraId="717A5A98" w14:textId="77777777" w:rsidR="00826BCE" w:rsidRDefault="00000000" w:rsidP="001A28B4">
            <w:r>
              <w:t>☐1 ☐2 ☐3 ☐4</w:t>
            </w:r>
          </w:p>
        </w:tc>
      </w:tr>
      <w:tr w:rsidR="00826BCE" w14:paraId="319B8BB3" w14:textId="77777777" w:rsidTr="001A28B4">
        <w:tc>
          <w:tcPr>
            <w:tcW w:w="6925" w:type="dxa"/>
          </w:tcPr>
          <w:p w14:paraId="57041A31" w14:textId="77777777" w:rsidR="00826BCE" w:rsidRDefault="00000000" w:rsidP="001A28B4">
            <w:r>
              <w:t>I am motivated to use AI to supplement my learning in areas where I need improvement.</w:t>
            </w:r>
          </w:p>
        </w:tc>
        <w:tc>
          <w:tcPr>
            <w:tcW w:w="1715" w:type="dxa"/>
          </w:tcPr>
          <w:p w14:paraId="536DAD3B" w14:textId="77777777" w:rsidR="00826BCE" w:rsidRDefault="00000000" w:rsidP="001A28B4">
            <w:r>
              <w:t>☐1 ☐2 ☐3 ☐4</w:t>
            </w:r>
          </w:p>
        </w:tc>
      </w:tr>
      <w:tr w:rsidR="00826BCE" w14:paraId="509992D2" w14:textId="77777777" w:rsidTr="001A28B4">
        <w:tc>
          <w:tcPr>
            <w:tcW w:w="6925" w:type="dxa"/>
          </w:tcPr>
          <w:p w14:paraId="374B0EA5" w14:textId="77777777" w:rsidR="00826BCE" w:rsidRDefault="00000000" w:rsidP="001A28B4">
            <w:r>
              <w:t>I consider AI tools a dependable alternative to traditional research guidance.</w:t>
            </w:r>
          </w:p>
        </w:tc>
        <w:tc>
          <w:tcPr>
            <w:tcW w:w="1715" w:type="dxa"/>
          </w:tcPr>
          <w:p w14:paraId="557DA7C2" w14:textId="77777777" w:rsidR="00826BCE" w:rsidRDefault="00000000" w:rsidP="001A28B4">
            <w:r>
              <w:t>☐1 ☐2 ☐3 ☐4</w:t>
            </w:r>
          </w:p>
        </w:tc>
      </w:tr>
      <w:tr w:rsidR="00826BCE" w14:paraId="2544AC05" w14:textId="77777777" w:rsidTr="001A28B4">
        <w:tc>
          <w:tcPr>
            <w:tcW w:w="6925" w:type="dxa"/>
          </w:tcPr>
          <w:p w14:paraId="2EA257DC" w14:textId="77777777" w:rsidR="00826BCE" w:rsidRDefault="00000000" w:rsidP="001A28B4">
            <w:r>
              <w:t>I am comfortable exploring new AI tools to help me understand research methodologies.</w:t>
            </w:r>
          </w:p>
        </w:tc>
        <w:tc>
          <w:tcPr>
            <w:tcW w:w="1715" w:type="dxa"/>
          </w:tcPr>
          <w:p w14:paraId="25115709" w14:textId="77777777" w:rsidR="00826BCE" w:rsidRDefault="00000000" w:rsidP="001A28B4">
            <w:r>
              <w:t>☐1 ☐2 ☐3 ☐4</w:t>
            </w:r>
          </w:p>
        </w:tc>
      </w:tr>
      <w:tr w:rsidR="00826BCE" w14:paraId="25FC95E4" w14:textId="77777777" w:rsidTr="001A28B4">
        <w:tc>
          <w:tcPr>
            <w:tcW w:w="6925" w:type="dxa"/>
          </w:tcPr>
          <w:p w14:paraId="5687F4B0" w14:textId="77777777" w:rsidR="00826BCE" w:rsidRDefault="00000000" w:rsidP="001A28B4">
            <w:r>
              <w:t>I am enthusiastic about adopting AI to assist with learning advanced research techniques.</w:t>
            </w:r>
          </w:p>
        </w:tc>
        <w:tc>
          <w:tcPr>
            <w:tcW w:w="1715" w:type="dxa"/>
          </w:tcPr>
          <w:p w14:paraId="38C2D89B" w14:textId="77777777" w:rsidR="00826BCE" w:rsidRDefault="00000000" w:rsidP="001A28B4">
            <w:r>
              <w:t>☐1 ☐2 ☐3 ☐4</w:t>
            </w:r>
          </w:p>
        </w:tc>
      </w:tr>
      <w:tr w:rsidR="00826BCE" w14:paraId="59AC62B3" w14:textId="77777777" w:rsidTr="001A28B4">
        <w:tc>
          <w:tcPr>
            <w:tcW w:w="6925" w:type="dxa"/>
          </w:tcPr>
          <w:p w14:paraId="660F0EAA" w14:textId="77777777" w:rsidR="00826BCE" w:rsidRDefault="00000000" w:rsidP="001A28B4">
            <w:r>
              <w:t>I am willing to replace certain manual research tasks with AI-assisted solutions.</w:t>
            </w:r>
          </w:p>
        </w:tc>
        <w:tc>
          <w:tcPr>
            <w:tcW w:w="1715" w:type="dxa"/>
          </w:tcPr>
          <w:p w14:paraId="6AB26A7E" w14:textId="77777777" w:rsidR="00826BCE" w:rsidRDefault="00000000" w:rsidP="001A28B4">
            <w:r>
              <w:t>☐1 ☐2 ☐3 ☐4</w:t>
            </w:r>
          </w:p>
        </w:tc>
      </w:tr>
      <w:tr w:rsidR="00826BCE" w14:paraId="2BA32C0A" w14:textId="77777777" w:rsidTr="001A28B4">
        <w:tc>
          <w:tcPr>
            <w:tcW w:w="6925" w:type="dxa"/>
          </w:tcPr>
          <w:p w14:paraId="455361B1" w14:textId="77777777" w:rsidR="00826BCE" w:rsidRDefault="00000000" w:rsidP="001A28B4">
            <w:r>
              <w:t>I am open to using AI to acquire skills in data analysis without direct supervision.</w:t>
            </w:r>
          </w:p>
        </w:tc>
        <w:tc>
          <w:tcPr>
            <w:tcW w:w="1715" w:type="dxa"/>
          </w:tcPr>
          <w:p w14:paraId="2AD79606" w14:textId="77777777" w:rsidR="00826BCE" w:rsidRDefault="00000000" w:rsidP="001A28B4">
            <w:r>
              <w:t>☐1 ☐2 ☐3 ☐4</w:t>
            </w:r>
          </w:p>
        </w:tc>
      </w:tr>
      <w:tr w:rsidR="00826BCE" w14:paraId="7B652908" w14:textId="77777777" w:rsidTr="001A28B4">
        <w:tc>
          <w:tcPr>
            <w:tcW w:w="6925" w:type="dxa"/>
          </w:tcPr>
          <w:p w14:paraId="2DDD3687" w14:textId="77777777" w:rsidR="00826BCE" w:rsidRDefault="00000000" w:rsidP="001A28B4">
            <w:r>
              <w:t>I am interested in leveraging AI to deepen my understanding of academic writing and research ethics.</w:t>
            </w:r>
          </w:p>
        </w:tc>
        <w:tc>
          <w:tcPr>
            <w:tcW w:w="1715" w:type="dxa"/>
          </w:tcPr>
          <w:p w14:paraId="1A81AA0B" w14:textId="77777777" w:rsidR="00826BCE" w:rsidRDefault="00000000" w:rsidP="001A28B4">
            <w:r>
              <w:t>☐1 ☐2 ☐3 ☐4</w:t>
            </w:r>
          </w:p>
        </w:tc>
      </w:tr>
    </w:tbl>
    <w:p w14:paraId="3E117D27" w14:textId="77777777" w:rsidR="001A28B4" w:rsidRDefault="001A28B4" w:rsidP="001A28B4">
      <w:pPr>
        <w:pStyle w:val="Heading2"/>
        <w:spacing w:before="0"/>
      </w:pPr>
    </w:p>
    <w:p w14:paraId="72E40B38" w14:textId="18382C8B" w:rsidR="00826BCE" w:rsidRDefault="00000000" w:rsidP="001A28B4">
      <w:pPr>
        <w:pStyle w:val="Heading2"/>
        <w:spacing w:before="0"/>
      </w:pPr>
      <w:r>
        <w:t>Section B: Use of AI for Self-Directed Research Learning</w:t>
      </w:r>
    </w:p>
    <w:p w14:paraId="318F522A" w14:textId="77777777" w:rsidR="00826BCE" w:rsidRDefault="00000000" w:rsidP="001A28B4">
      <w:pPr>
        <w:spacing w:after="0"/>
      </w:pPr>
      <w:r>
        <w:t>Instructions: Please indicate how often you use AI tools for the following research learning activities.</w:t>
      </w:r>
      <w:r>
        <w:br/>
        <w:t>Use the scale below to rate each item:</w:t>
      </w:r>
      <w:r>
        <w:br/>
      </w:r>
      <w:r>
        <w:br/>
        <w:t>1 – Never    2 – Sometimes    3 – Often    4 – Always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715"/>
      </w:tblGrid>
      <w:tr w:rsidR="00826BCE" w14:paraId="6141482F" w14:textId="77777777" w:rsidTr="001A28B4">
        <w:tc>
          <w:tcPr>
            <w:tcW w:w="6925" w:type="dxa"/>
          </w:tcPr>
          <w:p w14:paraId="624FE19C" w14:textId="77777777" w:rsidR="00826BCE" w:rsidRDefault="00000000" w:rsidP="001A28B4">
            <w:r>
              <w:t>Item</w:t>
            </w:r>
          </w:p>
        </w:tc>
        <w:tc>
          <w:tcPr>
            <w:tcW w:w="1715" w:type="dxa"/>
          </w:tcPr>
          <w:p w14:paraId="2D8EFB09" w14:textId="77777777" w:rsidR="00826BCE" w:rsidRDefault="00000000" w:rsidP="001A28B4">
            <w:r>
              <w:t>Response</w:t>
            </w:r>
          </w:p>
        </w:tc>
      </w:tr>
      <w:tr w:rsidR="00826BCE" w14:paraId="09099FFE" w14:textId="77777777" w:rsidTr="001A28B4">
        <w:tc>
          <w:tcPr>
            <w:tcW w:w="6925" w:type="dxa"/>
          </w:tcPr>
          <w:p w14:paraId="207B0A98" w14:textId="77777777" w:rsidR="00826BCE" w:rsidRDefault="00000000" w:rsidP="001A28B4">
            <w:r>
              <w:t>Use AI tools to understand new research concepts without seeking assistance from a lecturer.</w:t>
            </w:r>
          </w:p>
        </w:tc>
        <w:tc>
          <w:tcPr>
            <w:tcW w:w="1715" w:type="dxa"/>
          </w:tcPr>
          <w:p w14:paraId="2B5222B1" w14:textId="77777777" w:rsidR="00826BCE" w:rsidRDefault="00000000" w:rsidP="001A28B4">
            <w:r>
              <w:t>☐1 ☐2 ☐3 ☐4</w:t>
            </w:r>
          </w:p>
        </w:tc>
      </w:tr>
      <w:tr w:rsidR="00826BCE" w14:paraId="396CA78A" w14:textId="77777777" w:rsidTr="001A28B4">
        <w:tc>
          <w:tcPr>
            <w:tcW w:w="6925" w:type="dxa"/>
          </w:tcPr>
          <w:p w14:paraId="514B95E2" w14:textId="77777777" w:rsidR="00826BCE" w:rsidRDefault="00000000" w:rsidP="001A28B4">
            <w:r>
              <w:t>Rely on AI applications to improve my understanding of research methodologies.</w:t>
            </w:r>
          </w:p>
        </w:tc>
        <w:tc>
          <w:tcPr>
            <w:tcW w:w="1715" w:type="dxa"/>
          </w:tcPr>
          <w:p w14:paraId="5BC1EB4C" w14:textId="77777777" w:rsidR="00826BCE" w:rsidRDefault="00000000" w:rsidP="001A28B4">
            <w:r>
              <w:t>☐1 ☐2 ☐3 ☐4</w:t>
            </w:r>
          </w:p>
        </w:tc>
      </w:tr>
      <w:tr w:rsidR="00826BCE" w14:paraId="0E6D7FDC" w14:textId="77777777" w:rsidTr="001A28B4">
        <w:tc>
          <w:tcPr>
            <w:tcW w:w="6925" w:type="dxa"/>
          </w:tcPr>
          <w:p w14:paraId="18642650" w14:textId="77777777" w:rsidR="00826BCE" w:rsidRDefault="00000000" w:rsidP="001A28B4">
            <w:r>
              <w:t>Use AI to review and clarify lecture content related to research topics.</w:t>
            </w:r>
          </w:p>
        </w:tc>
        <w:tc>
          <w:tcPr>
            <w:tcW w:w="1715" w:type="dxa"/>
          </w:tcPr>
          <w:p w14:paraId="551E81FC" w14:textId="77777777" w:rsidR="00826BCE" w:rsidRDefault="00000000" w:rsidP="001A28B4">
            <w:r>
              <w:t>☐1 ☐2 ☐3 ☐4</w:t>
            </w:r>
          </w:p>
        </w:tc>
      </w:tr>
      <w:tr w:rsidR="00826BCE" w14:paraId="1A49D657" w14:textId="77777777" w:rsidTr="001A28B4">
        <w:tc>
          <w:tcPr>
            <w:tcW w:w="6925" w:type="dxa"/>
          </w:tcPr>
          <w:p w14:paraId="19CED033" w14:textId="77777777" w:rsidR="00826BCE" w:rsidRDefault="00000000" w:rsidP="001A28B4">
            <w:r>
              <w:t>Use AI to assist in designing and conducting research experiments.</w:t>
            </w:r>
          </w:p>
        </w:tc>
        <w:tc>
          <w:tcPr>
            <w:tcW w:w="1715" w:type="dxa"/>
          </w:tcPr>
          <w:p w14:paraId="2E15EDA0" w14:textId="77777777" w:rsidR="00826BCE" w:rsidRDefault="00000000" w:rsidP="001A28B4">
            <w:r>
              <w:t>☐1 ☐2 ☐3 ☐4</w:t>
            </w:r>
          </w:p>
        </w:tc>
      </w:tr>
      <w:tr w:rsidR="00826BCE" w14:paraId="1A4E3731" w14:textId="77777777" w:rsidTr="001A28B4">
        <w:tc>
          <w:tcPr>
            <w:tcW w:w="6925" w:type="dxa"/>
          </w:tcPr>
          <w:p w14:paraId="1DB07876" w14:textId="77777777" w:rsidR="00826BCE" w:rsidRDefault="00000000" w:rsidP="001A28B4">
            <w:r>
              <w:t>Depend on AI to generate summaries for articles on research topics.</w:t>
            </w:r>
          </w:p>
        </w:tc>
        <w:tc>
          <w:tcPr>
            <w:tcW w:w="1715" w:type="dxa"/>
          </w:tcPr>
          <w:p w14:paraId="160A0AD4" w14:textId="77777777" w:rsidR="00826BCE" w:rsidRDefault="00000000" w:rsidP="001A28B4">
            <w:r>
              <w:t>☐1 ☐2 ☐3 ☐4</w:t>
            </w:r>
          </w:p>
        </w:tc>
      </w:tr>
      <w:tr w:rsidR="00826BCE" w14:paraId="0B6C2DB9" w14:textId="77777777" w:rsidTr="001A28B4">
        <w:tc>
          <w:tcPr>
            <w:tcW w:w="6925" w:type="dxa"/>
          </w:tcPr>
          <w:p w14:paraId="45A813EA" w14:textId="77777777" w:rsidR="00826BCE" w:rsidRDefault="00000000" w:rsidP="001A28B4">
            <w:r>
              <w:lastRenderedPageBreak/>
              <w:t>Use AI to practice applying research concepts through exercises.</w:t>
            </w:r>
          </w:p>
        </w:tc>
        <w:tc>
          <w:tcPr>
            <w:tcW w:w="1715" w:type="dxa"/>
          </w:tcPr>
          <w:p w14:paraId="5C10CBED" w14:textId="77777777" w:rsidR="00826BCE" w:rsidRDefault="00000000" w:rsidP="001A28B4">
            <w:r>
              <w:t>☐1 ☐2 ☐3 ☐4</w:t>
            </w:r>
          </w:p>
        </w:tc>
      </w:tr>
      <w:tr w:rsidR="00826BCE" w14:paraId="027B79B6" w14:textId="77777777" w:rsidTr="001A28B4">
        <w:tc>
          <w:tcPr>
            <w:tcW w:w="6925" w:type="dxa"/>
          </w:tcPr>
          <w:p w14:paraId="5022D7E4" w14:textId="77777777" w:rsidR="00826BCE" w:rsidRDefault="00000000" w:rsidP="001A28B4">
            <w:r>
              <w:t>Rely on AI to create outlines for research proposals.</w:t>
            </w:r>
          </w:p>
        </w:tc>
        <w:tc>
          <w:tcPr>
            <w:tcW w:w="1715" w:type="dxa"/>
          </w:tcPr>
          <w:p w14:paraId="63C11CD1" w14:textId="77777777" w:rsidR="00826BCE" w:rsidRDefault="00000000" w:rsidP="001A28B4">
            <w:r>
              <w:t>☐1 ☐2 ☐3 ☐4</w:t>
            </w:r>
          </w:p>
        </w:tc>
      </w:tr>
      <w:tr w:rsidR="00826BCE" w14:paraId="1BBD1549" w14:textId="77777777" w:rsidTr="001A28B4">
        <w:tc>
          <w:tcPr>
            <w:tcW w:w="6925" w:type="dxa"/>
          </w:tcPr>
          <w:p w14:paraId="55F8F14A" w14:textId="77777777" w:rsidR="00826BCE" w:rsidRDefault="00000000" w:rsidP="001A28B4">
            <w:r>
              <w:t>Use AI tools to correct grammatical errors in my academic writing.</w:t>
            </w:r>
          </w:p>
        </w:tc>
        <w:tc>
          <w:tcPr>
            <w:tcW w:w="1715" w:type="dxa"/>
          </w:tcPr>
          <w:p w14:paraId="4A4D8A3D" w14:textId="77777777" w:rsidR="00826BCE" w:rsidRDefault="00000000" w:rsidP="001A28B4">
            <w:r>
              <w:t>☐1 ☐2 ☐3 ☐4</w:t>
            </w:r>
          </w:p>
        </w:tc>
      </w:tr>
      <w:tr w:rsidR="00826BCE" w14:paraId="2A3E0E9B" w14:textId="77777777" w:rsidTr="001A28B4">
        <w:tc>
          <w:tcPr>
            <w:tcW w:w="6925" w:type="dxa"/>
          </w:tcPr>
          <w:p w14:paraId="3FE6642A" w14:textId="77777777" w:rsidR="00826BCE" w:rsidRDefault="00000000" w:rsidP="001A28B4">
            <w:r>
              <w:t>Use AI platforms to explore alternative solutions to research challenges.</w:t>
            </w:r>
          </w:p>
        </w:tc>
        <w:tc>
          <w:tcPr>
            <w:tcW w:w="1715" w:type="dxa"/>
          </w:tcPr>
          <w:p w14:paraId="049D8683" w14:textId="77777777" w:rsidR="00826BCE" w:rsidRDefault="00000000" w:rsidP="001A28B4">
            <w:r>
              <w:t>☐1 ☐2 ☐3 ☐4</w:t>
            </w:r>
          </w:p>
        </w:tc>
      </w:tr>
      <w:tr w:rsidR="00826BCE" w14:paraId="6AB3D228" w14:textId="77777777" w:rsidTr="001A28B4">
        <w:tc>
          <w:tcPr>
            <w:tcW w:w="6925" w:type="dxa"/>
          </w:tcPr>
          <w:p w14:paraId="29C320EF" w14:textId="77777777" w:rsidR="00826BCE" w:rsidRDefault="00000000" w:rsidP="001A28B4">
            <w:r>
              <w:t>Depend on AI to gain deeper understanding of unfamiliar research techniques.</w:t>
            </w:r>
          </w:p>
        </w:tc>
        <w:tc>
          <w:tcPr>
            <w:tcW w:w="1715" w:type="dxa"/>
          </w:tcPr>
          <w:p w14:paraId="3DD33562" w14:textId="77777777" w:rsidR="00826BCE" w:rsidRDefault="00000000" w:rsidP="001A28B4">
            <w:r>
              <w:t>☐1 ☐2 ☐3 ☐4</w:t>
            </w:r>
          </w:p>
        </w:tc>
      </w:tr>
    </w:tbl>
    <w:p w14:paraId="0F923568" w14:textId="77777777" w:rsidR="006345CA" w:rsidRDefault="006345CA" w:rsidP="001A28B4">
      <w:pPr>
        <w:spacing w:after="0"/>
      </w:pPr>
    </w:p>
    <w:sectPr w:rsidR="006345CA" w:rsidSect="001A28B4">
      <w:pgSz w:w="11906" w:h="16838" w:code="9"/>
      <w:pgMar w:top="1440" w:right="12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2C52" w14:textId="77777777" w:rsidR="006345CA" w:rsidRDefault="006345CA" w:rsidP="00371F07">
      <w:pPr>
        <w:spacing w:after="0" w:line="240" w:lineRule="auto"/>
      </w:pPr>
      <w:r>
        <w:separator/>
      </w:r>
    </w:p>
  </w:endnote>
  <w:endnote w:type="continuationSeparator" w:id="0">
    <w:p w14:paraId="50A45A87" w14:textId="77777777" w:rsidR="006345CA" w:rsidRDefault="006345CA" w:rsidP="0037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9418" w14:textId="77777777" w:rsidR="006345CA" w:rsidRDefault="006345CA" w:rsidP="00371F07">
      <w:pPr>
        <w:spacing w:after="0" w:line="240" w:lineRule="auto"/>
      </w:pPr>
      <w:r>
        <w:separator/>
      </w:r>
    </w:p>
  </w:footnote>
  <w:footnote w:type="continuationSeparator" w:id="0">
    <w:p w14:paraId="5DBB9719" w14:textId="77777777" w:rsidR="006345CA" w:rsidRDefault="006345CA" w:rsidP="00371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4657011">
    <w:abstractNumId w:val="8"/>
  </w:num>
  <w:num w:numId="2" w16cid:durableId="1324623409">
    <w:abstractNumId w:val="6"/>
  </w:num>
  <w:num w:numId="3" w16cid:durableId="1549298108">
    <w:abstractNumId w:val="5"/>
  </w:num>
  <w:num w:numId="4" w16cid:durableId="52630889">
    <w:abstractNumId w:val="4"/>
  </w:num>
  <w:num w:numId="5" w16cid:durableId="2078697390">
    <w:abstractNumId w:val="7"/>
  </w:num>
  <w:num w:numId="6" w16cid:durableId="845172624">
    <w:abstractNumId w:val="3"/>
  </w:num>
  <w:num w:numId="7" w16cid:durableId="709378145">
    <w:abstractNumId w:val="2"/>
  </w:num>
  <w:num w:numId="8" w16cid:durableId="1666013155">
    <w:abstractNumId w:val="1"/>
  </w:num>
  <w:num w:numId="9" w16cid:durableId="71474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28B4"/>
    <w:rsid w:val="0029639D"/>
    <w:rsid w:val="00326F90"/>
    <w:rsid w:val="00371F07"/>
    <w:rsid w:val="006345CA"/>
    <w:rsid w:val="007F65BE"/>
    <w:rsid w:val="00826BCE"/>
    <w:rsid w:val="00A73B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6F26D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Manager/>
  <Company/>
  <LinksUpToDate>false</LinksUpToDate>
  <CharactersWithSpaces>2837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2025-06-02T08:34:00Z</dcterms:created>
  <dcterms:modified xsi:type="dcterms:W3CDTF">2025-06-02T08:36:00Z</dcterms:modified>
  <cp:category/>
</cp:coreProperties>
</file>