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315" w:rsidRDefault="0001403D">
      <w:pPr>
        <w:jc w:val="center"/>
      </w:pPr>
      <w:r>
        <w:rPr>
          <w:noProof/>
          <w:lang w:eastAsia="zh-CN"/>
        </w:rPr>
        <w:drawing>
          <wp:inline distT="0" distB="0" distL="0" distR="0">
            <wp:extent cx="5400000" cy="4033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2D-1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2D-2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2D-3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2F-1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2F-2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3B-1（1）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3B-1（2）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3B-2（1）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3B-2（2）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3B-3（1）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3B-3（2）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3B-4（1）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3B-4（2）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3B-5（1）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3B-5（2）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3C-1（1）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3C-1（2）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3C-2（1）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3C-2（2）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3C-3（1）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3C-3（2）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3C-4（1）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3C-4（2）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3J-1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3J-2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3J-3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3K-1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352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3K-2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3K-3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4D-1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4D-2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4D-3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4D-4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4D-5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5E-1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5E-2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352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5E-3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5E-4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5E-5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6F-1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6F-2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6F-3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6F-4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6G-1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3529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6G-2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6G-3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6G-4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3529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S4B-1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S4B-2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S4B-3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S4B-4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3315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S5B-1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3529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S5B-2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S5B-3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S5E-1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S5E-2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S6D-1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S6D-2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S6D-3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S6D-4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S6D-5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S8E-1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S8E-2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S8E-3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S8E-4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S8F-1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S8F-2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S8F-3</w:t>
      </w:r>
    </w:p>
    <w:p w:rsidR="000E4315" w:rsidRDefault="0001403D">
      <w:r>
        <w:br w:type="page"/>
      </w:r>
    </w:p>
    <w:p w:rsidR="000E4315" w:rsidRDefault="0001403D">
      <w:pPr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00000" cy="4025936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315" w:rsidRDefault="0001403D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4"/>
        </w:rPr>
        <w:t>Figure S8F-4</w:t>
      </w:r>
    </w:p>
    <w:p w:rsidR="000E4315" w:rsidRPr="0001403D" w:rsidRDefault="000E4315">
      <w:pPr>
        <w:rPr>
          <w:rFonts w:eastAsia="宋体" w:hint="eastAsia"/>
          <w:lang w:eastAsia="zh-CN"/>
        </w:rPr>
      </w:pPr>
      <w:bookmarkStart w:id="0" w:name="_GoBack"/>
      <w:bookmarkEnd w:id="0"/>
    </w:p>
    <w:sectPr w:rsidR="000E4315" w:rsidRPr="0001403D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403D"/>
    <w:rsid w:val="00034616"/>
    <w:rsid w:val="0006063C"/>
    <w:rsid w:val="000E4315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01403D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0140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Balloon Text"/>
    <w:basedOn w:val="a1"/>
    <w:link w:val="Char7"/>
    <w:uiPriority w:val="99"/>
    <w:semiHidden/>
    <w:unhideWhenUsed/>
    <w:rsid w:val="0001403D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f1"/>
    <w:uiPriority w:val="99"/>
    <w:semiHidden/>
    <w:rsid w:val="000140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89E8DC-1431-49D6-8616-8A31523B0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用户</cp:lastModifiedBy>
  <cp:revision>2</cp:revision>
  <dcterms:created xsi:type="dcterms:W3CDTF">2013-12-23T23:15:00Z</dcterms:created>
  <dcterms:modified xsi:type="dcterms:W3CDTF">2026-03-28T01:14:00Z</dcterms:modified>
  <cp:category/>
</cp:coreProperties>
</file>