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33FA" w14:textId="0145FE60" w:rsidR="000E4FC3" w:rsidRPr="00214AAB" w:rsidRDefault="00214AAB">
      <w:pPr>
        <w:pStyle w:val="1"/>
        <w:rPr>
          <w:rFonts w:eastAsia="맑은 고딕" w:hint="eastAsia"/>
          <w:lang w:eastAsia="ko-KR"/>
        </w:rPr>
      </w:pPr>
      <w:r>
        <w:rPr>
          <w:rFonts w:eastAsia="맑은 고딕" w:hint="eastAsia"/>
          <w:lang w:eastAsia="ko-KR"/>
        </w:rPr>
        <w:t>Table 1. Primary Antibody Information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499"/>
        <w:gridCol w:w="853"/>
        <w:gridCol w:w="1247"/>
        <w:gridCol w:w="1359"/>
        <w:gridCol w:w="920"/>
        <w:gridCol w:w="1078"/>
        <w:gridCol w:w="1900"/>
      </w:tblGrid>
      <w:tr w:rsidR="000E4FC3" w14:paraId="7FC462F8" w14:textId="77777777" w:rsidTr="00706BF5">
        <w:tc>
          <w:tcPr>
            <w:tcW w:w="1528" w:type="dxa"/>
          </w:tcPr>
          <w:p w14:paraId="66EAF93A" w14:textId="77777777" w:rsidR="000E4FC3" w:rsidRPr="00706BF5" w:rsidRDefault="00000000">
            <w:pPr>
              <w:rPr>
                <w:b/>
                <w:bCs/>
              </w:rPr>
            </w:pPr>
            <w:r w:rsidRPr="00706BF5">
              <w:rPr>
                <w:b/>
                <w:bCs/>
              </w:rPr>
              <w:t>Antibody (Clone)</w:t>
            </w:r>
          </w:p>
        </w:tc>
        <w:tc>
          <w:tcPr>
            <w:tcW w:w="1415" w:type="dxa"/>
          </w:tcPr>
          <w:p w14:paraId="5F680634" w14:textId="77777777" w:rsidR="000E4FC3" w:rsidRPr="00706BF5" w:rsidRDefault="00000000">
            <w:pPr>
              <w:rPr>
                <w:b/>
                <w:bCs/>
              </w:rPr>
            </w:pPr>
            <w:r w:rsidRPr="00706BF5">
              <w:rPr>
                <w:b/>
                <w:bCs/>
              </w:rPr>
              <w:t>Host Species</w:t>
            </w:r>
          </w:p>
        </w:tc>
        <w:tc>
          <w:tcPr>
            <w:tcW w:w="678" w:type="dxa"/>
          </w:tcPr>
          <w:p w14:paraId="34C2D474" w14:textId="77777777" w:rsidR="000E4FC3" w:rsidRPr="00706BF5" w:rsidRDefault="00000000">
            <w:pPr>
              <w:rPr>
                <w:b/>
                <w:bCs/>
              </w:rPr>
            </w:pPr>
            <w:r w:rsidRPr="00706BF5">
              <w:rPr>
                <w:b/>
                <w:bCs/>
              </w:rPr>
              <w:t>Catalog Number</w:t>
            </w:r>
          </w:p>
        </w:tc>
        <w:tc>
          <w:tcPr>
            <w:tcW w:w="1386" w:type="dxa"/>
          </w:tcPr>
          <w:p w14:paraId="315D3EA2" w14:textId="77777777" w:rsidR="000E4FC3" w:rsidRPr="00706BF5" w:rsidRDefault="00000000">
            <w:pPr>
              <w:rPr>
                <w:b/>
                <w:bCs/>
              </w:rPr>
            </w:pPr>
            <w:r w:rsidRPr="00706BF5">
              <w:rPr>
                <w:b/>
                <w:bCs/>
              </w:rPr>
              <w:t>Supplier</w:t>
            </w:r>
          </w:p>
        </w:tc>
        <w:tc>
          <w:tcPr>
            <w:tcW w:w="878" w:type="dxa"/>
          </w:tcPr>
          <w:p w14:paraId="6138942E" w14:textId="77777777" w:rsidR="000E4FC3" w:rsidRPr="00706BF5" w:rsidRDefault="00000000">
            <w:pPr>
              <w:rPr>
                <w:b/>
                <w:bCs/>
              </w:rPr>
            </w:pPr>
            <w:r w:rsidRPr="00706BF5">
              <w:rPr>
                <w:b/>
                <w:bCs/>
              </w:rPr>
              <w:t>Dilution</w:t>
            </w:r>
          </w:p>
        </w:tc>
        <w:tc>
          <w:tcPr>
            <w:tcW w:w="1031" w:type="dxa"/>
          </w:tcPr>
          <w:p w14:paraId="5299A5EA" w14:textId="77777777" w:rsidR="000E4FC3" w:rsidRPr="00706BF5" w:rsidRDefault="00000000">
            <w:pPr>
              <w:rPr>
                <w:b/>
                <w:bCs/>
              </w:rPr>
            </w:pPr>
            <w:r w:rsidRPr="00706BF5">
              <w:rPr>
                <w:b/>
                <w:bCs/>
              </w:rPr>
              <w:t>Molecular Weight</w:t>
            </w:r>
          </w:p>
        </w:tc>
        <w:tc>
          <w:tcPr>
            <w:tcW w:w="1940" w:type="dxa"/>
          </w:tcPr>
          <w:p w14:paraId="6B7EEFDA" w14:textId="77777777" w:rsidR="000E4FC3" w:rsidRPr="00706BF5" w:rsidRDefault="00000000">
            <w:pPr>
              <w:rPr>
                <w:b/>
                <w:bCs/>
              </w:rPr>
            </w:pPr>
            <w:r w:rsidRPr="00706BF5">
              <w:rPr>
                <w:b/>
                <w:bCs/>
              </w:rPr>
              <w:t>Application</w:t>
            </w:r>
          </w:p>
        </w:tc>
      </w:tr>
      <w:tr w:rsidR="000E4FC3" w14:paraId="500E35A5" w14:textId="77777777" w:rsidTr="00706BF5">
        <w:tc>
          <w:tcPr>
            <w:tcW w:w="1528" w:type="dxa"/>
          </w:tcPr>
          <w:p w14:paraId="2C15D023" w14:textId="77777777" w:rsidR="000E4FC3" w:rsidRDefault="00000000">
            <w:r>
              <w:t>FOXP1 (A-2)</w:t>
            </w:r>
          </w:p>
        </w:tc>
        <w:tc>
          <w:tcPr>
            <w:tcW w:w="1415" w:type="dxa"/>
          </w:tcPr>
          <w:p w14:paraId="5BDE94EC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05040325" w14:textId="77777777" w:rsidR="000E4FC3" w:rsidRDefault="00000000">
            <w:r>
              <w:t>sc-398811</w:t>
            </w:r>
          </w:p>
        </w:tc>
        <w:tc>
          <w:tcPr>
            <w:tcW w:w="1386" w:type="dxa"/>
          </w:tcPr>
          <w:p w14:paraId="05F95B04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4A256140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710A1F4" w14:textId="77777777" w:rsidR="000E4FC3" w:rsidRDefault="00000000">
            <w:r>
              <w:t>80 kDa</w:t>
            </w:r>
          </w:p>
        </w:tc>
        <w:tc>
          <w:tcPr>
            <w:tcW w:w="1940" w:type="dxa"/>
          </w:tcPr>
          <w:p w14:paraId="7421CEFA" w14:textId="77777777" w:rsidR="000E4FC3" w:rsidRDefault="00000000">
            <w:r>
              <w:t>Western Blot, Immunofluorescence</w:t>
            </w:r>
          </w:p>
        </w:tc>
      </w:tr>
      <w:tr w:rsidR="000E4FC3" w14:paraId="7994B890" w14:textId="77777777" w:rsidTr="00706BF5">
        <w:tc>
          <w:tcPr>
            <w:tcW w:w="1528" w:type="dxa"/>
          </w:tcPr>
          <w:p w14:paraId="4C2CD947" w14:textId="77777777" w:rsidR="000E4FC3" w:rsidRDefault="00000000">
            <w:r>
              <w:t>ABCG2 (BXP-21)</w:t>
            </w:r>
          </w:p>
        </w:tc>
        <w:tc>
          <w:tcPr>
            <w:tcW w:w="1415" w:type="dxa"/>
          </w:tcPr>
          <w:p w14:paraId="6F984691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3FD81758" w14:textId="77777777" w:rsidR="000E4FC3" w:rsidRDefault="00000000">
            <w:r>
              <w:t>sc-58222</w:t>
            </w:r>
          </w:p>
        </w:tc>
        <w:tc>
          <w:tcPr>
            <w:tcW w:w="1386" w:type="dxa"/>
          </w:tcPr>
          <w:p w14:paraId="60046FBF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253FD7FE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D4DEA71" w14:textId="77777777" w:rsidR="000E4FC3" w:rsidRDefault="00000000">
            <w:r>
              <w:t>67 kDa</w:t>
            </w:r>
          </w:p>
        </w:tc>
        <w:tc>
          <w:tcPr>
            <w:tcW w:w="1940" w:type="dxa"/>
          </w:tcPr>
          <w:p w14:paraId="5127A93F" w14:textId="77777777" w:rsidR="000E4FC3" w:rsidRDefault="00000000">
            <w:r>
              <w:t>Western Blot, Immunofluorescence</w:t>
            </w:r>
          </w:p>
        </w:tc>
      </w:tr>
      <w:tr w:rsidR="000E4FC3" w14:paraId="349A74C0" w14:textId="77777777" w:rsidTr="00706BF5">
        <w:tc>
          <w:tcPr>
            <w:tcW w:w="1528" w:type="dxa"/>
          </w:tcPr>
          <w:p w14:paraId="597974FB" w14:textId="77777777" w:rsidR="000E4FC3" w:rsidRDefault="00000000">
            <w:r>
              <w:t>Oct-3/4 (C-10)</w:t>
            </w:r>
          </w:p>
        </w:tc>
        <w:tc>
          <w:tcPr>
            <w:tcW w:w="1415" w:type="dxa"/>
          </w:tcPr>
          <w:p w14:paraId="2389A703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72D8F228" w14:textId="77777777" w:rsidR="000E4FC3" w:rsidRDefault="00000000">
            <w:r>
              <w:t>sc-5279</w:t>
            </w:r>
          </w:p>
        </w:tc>
        <w:tc>
          <w:tcPr>
            <w:tcW w:w="1386" w:type="dxa"/>
          </w:tcPr>
          <w:p w14:paraId="07CEE118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269E133D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954C382" w14:textId="77777777" w:rsidR="000E4FC3" w:rsidRDefault="00000000">
            <w:r>
              <w:t>45 kDa</w:t>
            </w:r>
          </w:p>
        </w:tc>
        <w:tc>
          <w:tcPr>
            <w:tcW w:w="1940" w:type="dxa"/>
          </w:tcPr>
          <w:p w14:paraId="63DD1C7B" w14:textId="77777777" w:rsidR="000E4FC3" w:rsidRDefault="00000000">
            <w:r>
              <w:t>Western Blot, Immunofluorescence</w:t>
            </w:r>
          </w:p>
        </w:tc>
      </w:tr>
      <w:tr w:rsidR="000E4FC3" w14:paraId="5B2BCE17" w14:textId="77777777" w:rsidTr="00706BF5">
        <w:tc>
          <w:tcPr>
            <w:tcW w:w="1528" w:type="dxa"/>
          </w:tcPr>
          <w:p w14:paraId="247DA9F7" w14:textId="77777777" w:rsidR="000E4FC3" w:rsidRDefault="00000000">
            <w:r>
              <w:t>EpCAM (VU1D9)</w:t>
            </w:r>
          </w:p>
        </w:tc>
        <w:tc>
          <w:tcPr>
            <w:tcW w:w="1415" w:type="dxa"/>
          </w:tcPr>
          <w:p w14:paraId="03EE35C3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649122D3" w14:textId="77777777" w:rsidR="000E4FC3" w:rsidRDefault="00000000">
            <w:r>
              <w:t>2929S</w:t>
            </w:r>
          </w:p>
        </w:tc>
        <w:tc>
          <w:tcPr>
            <w:tcW w:w="1386" w:type="dxa"/>
          </w:tcPr>
          <w:p w14:paraId="2EF1E034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103305C8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07189CC" w14:textId="77777777" w:rsidR="000E4FC3" w:rsidRDefault="00000000">
            <w:r>
              <w:t>40 kDa</w:t>
            </w:r>
          </w:p>
        </w:tc>
        <w:tc>
          <w:tcPr>
            <w:tcW w:w="1940" w:type="dxa"/>
          </w:tcPr>
          <w:p w14:paraId="6EC01D2A" w14:textId="77777777" w:rsidR="000E4FC3" w:rsidRDefault="00000000">
            <w:r>
              <w:t>Western Blot, Immunofluorescence</w:t>
            </w:r>
          </w:p>
        </w:tc>
      </w:tr>
      <w:tr w:rsidR="000E4FC3" w14:paraId="6CCCD708" w14:textId="77777777" w:rsidTr="00706BF5">
        <w:tc>
          <w:tcPr>
            <w:tcW w:w="1528" w:type="dxa"/>
          </w:tcPr>
          <w:p w14:paraId="3A8E2FAF" w14:textId="77777777" w:rsidR="000E4FC3" w:rsidRDefault="00000000">
            <w:r>
              <w:t>ALD1HA1 (D9Q8E)</w:t>
            </w:r>
          </w:p>
        </w:tc>
        <w:tc>
          <w:tcPr>
            <w:tcW w:w="1415" w:type="dxa"/>
          </w:tcPr>
          <w:p w14:paraId="7BC8128E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457CC473" w14:textId="77777777" w:rsidR="000E4FC3" w:rsidRDefault="00000000">
            <w:r>
              <w:t>54135S</w:t>
            </w:r>
          </w:p>
        </w:tc>
        <w:tc>
          <w:tcPr>
            <w:tcW w:w="1386" w:type="dxa"/>
          </w:tcPr>
          <w:p w14:paraId="5E895B26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567AA5CF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3A37CA58" w14:textId="77777777" w:rsidR="000E4FC3" w:rsidRDefault="00000000">
            <w:r>
              <w:t>50 kDa</w:t>
            </w:r>
          </w:p>
        </w:tc>
        <w:tc>
          <w:tcPr>
            <w:tcW w:w="1940" w:type="dxa"/>
          </w:tcPr>
          <w:p w14:paraId="095A6B23" w14:textId="77777777" w:rsidR="000E4FC3" w:rsidRDefault="00000000">
            <w:r>
              <w:t>Western Blot, Immunofluorescence</w:t>
            </w:r>
          </w:p>
        </w:tc>
      </w:tr>
      <w:tr w:rsidR="000E4FC3" w14:paraId="40B2B09F" w14:textId="77777777" w:rsidTr="00706BF5">
        <w:tc>
          <w:tcPr>
            <w:tcW w:w="1528" w:type="dxa"/>
          </w:tcPr>
          <w:p w14:paraId="09624C64" w14:textId="77777777" w:rsidR="000E4FC3" w:rsidRDefault="00000000">
            <w:r>
              <w:t>KLF4 (D1F2)</w:t>
            </w:r>
          </w:p>
        </w:tc>
        <w:tc>
          <w:tcPr>
            <w:tcW w:w="1415" w:type="dxa"/>
          </w:tcPr>
          <w:p w14:paraId="1B193CD2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323F0960" w14:textId="77777777" w:rsidR="000E4FC3" w:rsidRDefault="00000000">
            <w:r>
              <w:t>12173S</w:t>
            </w:r>
          </w:p>
        </w:tc>
        <w:tc>
          <w:tcPr>
            <w:tcW w:w="1386" w:type="dxa"/>
          </w:tcPr>
          <w:p w14:paraId="37576D7C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300FFE12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7092D213" w14:textId="77777777" w:rsidR="000E4FC3" w:rsidRDefault="00000000">
            <w:r>
              <w:t>65 kDa</w:t>
            </w:r>
          </w:p>
        </w:tc>
        <w:tc>
          <w:tcPr>
            <w:tcW w:w="1940" w:type="dxa"/>
          </w:tcPr>
          <w:p w14:paraId="4B92256D" w14:textId="77777777" w:rsidR="000E4FC3" w:rsidRDefault="00000000">
            <w:r>
              <w:t>Western Blot, Immunofluorescence</w:t>
            </w:r>
          </w:p>
        </w:tc>
      </w:tr>
      <w:tr w:rsidR="000E4FC3" w14:paraId="3E5E7666" w14:textId="77777777" w:rsidTr="00706BF5">
        <w:tc>
          <w:tcPr>
            <w:tcW w:w="1528" w:type="dxa"/>
          </w:tcPr>
          <w:p w14:paraId="222E9E6D" w14:textId="77777777" w:rsidR="000E4FC3" w:rsidRDefault="00000000">
            <w:r>
              <w:t>GAPDH (G-9)</w:t>
            </w:r>
          </w:p>
        </w:tc>
        <w:tc>
          <w:tcPr>
            <w:tcW w:w="1415" w:type="dxa"/>
          </w:tcPr>
          <w:p w14:paraId="71808D31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6BB58995" w14:textId="77777777" w:rsidR="000E4FC3" w:rsidRDefault="00000000">
            <w:r>
              <w:t>sc-365062</w:t>
            </w:r>
          </w:p>
        </w:tc>
        <w:tc>
          <w:tcPr>
            <w:tcW w:w="1386" w:type="dxa"/>
          </w:tcPr>
          <w:p w14:paraId="2E6C11D7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02F53090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354B46B" w14:textId="77777777" w:rsidR="000E4FC3" w:rsidRDefault="00000000">
            <w:r>
              <w:t>37 kDa</w:t>
            </w:r>
          </w:p>
        </w:tc>
        <w:tc>
          <w:tcPr>
            <w:tcW w:w="1940" w:type="dxa"/>
          </w:tcPr>
          <w:p w14:paraId="339A37E1" w14:textId="77777777" w:rsidR="000E4FC3" w:rsidRDefault="00000000">
            <w:r>
              <w:t>Western Blot</w:t>
            </w:r>
          </w:p>
        </w:tc>
      </w:tr>
      <w:tr w:rsidR="000E4FC3" w14:paraId="0E2B3938" w14:textId="77777777" w:rsidTr="00706BF5">
        <w:tc>
          <w:tcPr>
            <w:tcW w:w="1528" w:type="dxa"/>
          </w:tcPr>
          <w:p w14:paraId="48F101B8" w14:textId="77777777" w:rsidR="000E4FC3" w:rsidRDefault="00000000">
            <w:r>
              <w:t>Cyclin D1 (H-295)</w:t>
            </w:r>
          </w:p>
        </w:tc>
        <w:tc>
          <w:tcPr>
            <w:tcW w:w="1415" w:type="dxa"/>
          </w:tcPr>
          <w:p w14:paraId="60DBC170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6998DE78" w14:textId="77777777" w:rsidR="000E4FC3" w:rsidRDefault="00000000">
            <w:r>
              <w:t>sc-753</w:t>
            </w:r>
          </w:p>
        </w:tc>
        <w:tc>
          <w:tcPr>
            <w:tcW w:w="1386" w:type="dxa"/>
          </w:tcPr>
          <w:p w14:paraId="289B9A4E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747B6DB6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3E2CD4FB" w14:textId="77777777" w:rsidR="000E4FC3" w:rsidRDefault="00000000">
            <w:r>
              <w:t>36 kDa</w:t>
            </w:r>
          </w:p>
        </w:tc>
        <w:tc>
          <w:tcPr>
            <w:tcW w:w="1940" w:type="dxa"/>
          </w:tcPr>
          <w:p w14:paraId="58F37062" w14:textId="77777777" w:rsidR="000E4FC3" w:rsidRDefault="00000000">
            <w:r>
              <w:t>Western Blot</w:t>
            </w:r>
          </w:p>
        </w:tc>
      </w:tr>
      <w:tr w:rsidR="000E4FC3" w14:paraId="2F9CC73F" w14:textId="77777777" w:rsidTr="00706BF5">
        <w:tc>
          <w:tcPr>
            <w:tcW w:w="1528" w:type="dxa"/>
          </w:tcPr>
          <w:p w14:paraId="2B3ED61D" w14:textId="77777777" w:rsidR="000E4FC3" w:rsidRDefault="00000000">
            <w:r>
              <w:t>CDK6 (C-21)</w:t>
            </w:r>
          </w:p>
        </w:tc>
        <w:tc>
          <w:tcPr>
            <w:tcW w:w="1415" w:type="dxa"/>
          </w:tcPr>
          <w:p w14:paraId="24A8D5ED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7C23B232" w14:textId="77777777" w:rsidR="000E4FC3" w:rsidRDefault="00000000">
            <w:r>
              <w:t>sc-177</w:t>
            </w:r>
          </w:p>
        </w:tc>
        <w:tc>
          <w:tcPr>
            <w:tcW w:w="1386" w:type="dxa"/>
          </w:tcPr>
          <w:p w14:paraId="007824D9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1C2A55E7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F2E33D2" w14:textId="77777777" w:rsidR="000E4FC3" w:rsidRDefault="00000000">
            <w:r>
              <w:t>35 kDa</w:t>
            </w:r>
          </w:p>
        </w:tc>
        <w:tc>
          <w:tcPr>
            <w:tcW w:w="1940" w:type="dxa"/>
          </w:tcPr>
          <w:p w14:paraId="4A86C768" w14:textId="77777777" w:rsidR="000E4FC3" w:rsidRDefault="00000000">
            <w:r>
              <w:t>Western Blot</w:t>
            </w:r>
          </w:p>
        </w:tc>
      </w:tr>
      <w:tr w:rsidR="000E4FC3" w14:paraId="62F6B4E4" w14:textId="77777777" w:rsidTr="00706BF5">
        <w:tc>
          <w:tcPr>
            <w:tcW w:w="1528" w:type="dxa"/>
          </w:tcPr>
          <w:p w14:paraId="2C94919B" w14:textId="77777777" w:rsidR="000E4FC3" w:rsidRDefault="00000000">
            <w:r>
              <w:t>CDK4 (C-22)</w:t>
            </w:r>
          </w:p>
        </w:tc>
        <w:tc>
          <w:tcPr>
            <w:tcW w:w="1415" w:type="dxa"/>
          </w:tcPr>
          <w:p w14:paraId="5AA2B95B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2FADADEE" w14:textId="77777777" w:rsidR="000E4FC3" w:rsidRDefault="00000000">
            <w:r>
              <w:t>sc-260</w:t>
            </w:r>
          </w:p>
        </w:tc>
        <w:tc>
          <w:tcPr>
            <w:tcW w:w="1386" w:type="dxa"/>
          </w:tcPr>
          <w:p w14:paraId="34F63D15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65921C41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3152CA59" w14:textId="77777777" w:rsidR="000E4FC3" w:rsidRDefault="00000000">
            <w:r>
              <w:t>35 kDa</w:t>
            </w:r>
          </w:p>
        </w:tc>
        <w:tc>
          <w:tcPr>
            <w:tcW w:w="1940" w:type="dxa"/>
          </w:tcPr>
          <w:p w14:paraId="50297EEA" w14:textId="77777777" w:rsidR="000E4FC3" w:rsidRDefault="00000000">
            <w:r>
              <w:t>Western Blot</w:t>
            </w:r>
          </w:p>
        </w:tc>
      </w:tr>
      <w:tr w:rsidR="000E4FC3" w14:paraId="36708DFB" w14:textId="77777777" w:rsidTr="00706BF5">
        <w:tc>
          <w:tcPr>
            <w:tcW w:w="1528" w:type="dxa"/>
          </w:tcPr>
          <w:p w14:paraId="2D867F86" w14:textId="77777777" w:rsidR="000E4FC3" w:rsidRDefault="00000000">
            <w:r>
              <w:t>Cyclin E (M-20)</w:t>
            </w:r>
          </w:p>
        </w:tc>
        <w:tc>
          <w:tcPr>
            <w:tcW w:w="1415" w:type="dxa"/>
          </w:tcPr>
          <w:p w14:paraId="1BD6F25A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201C22CA" w14:textId="77777777" w:rsidR="000E4FC3" w:rsidRDefault="00000000">
            <w:r>
              <w:t>sc-481</w:t>
            </w:r>
          </w:p>
        </w:tc>
        <w:tc>
          <w:tcPr>
            <w:tcW w:w="1386" w:type="dxa"/>
          </w:tcPr>
          <w:p w14:paraId="726F6CC8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37AD26D9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08B825C8" w14:textId="77777777" w:rsidR="000E4FC3" w:rsidRDefault="00000000">
            <w:r>
              <w:t>50 kDa</w:t>
            </w:r>
          </w:p>
        </w:tc>
        <w:tc>
          <w:tcPr>
            <w:tcW w:w="1940" w:type="dxa"/>
          </w:tcPr>
          <w:p w14:paraId="1B8E200F" w14:textId="77777777" w:rsidR="000E4FC3" w:rsidRDefault="00000000">
            <w:r>
              <w:t>Western Blot</w:t>
            </w:r>
          </w:p>
        </w:tc>
      </w:tr>
      <w:tr w:rsidR="000E4FC3" w14:paraId="1AC51325" w14:textId="77777777" w:rsidTr="00706BF5">
        <w:tc>
          <w:tcPr>
            <w:tcW w:w="1528" w:type="dxa"/>
          </w:tcPr>
          <w:p w14:paraId="1703A84F" w14:textId="77777777" w:rsidR="000E4FC3" w:rsidRDefault="00000000">
            <w:r>
              <w:t>c-MYC (A-14)</w:t>
            </w:r>
          </w:p>
        </w:tc>
        <w:tc>
          <w:tcPr>
            <w:tcW w:w="1415" w:type="dxa"/>
          </w:tcPr>
          <w:p w14:paraId="025C952D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34D394D9" w14:textId="77777777" w:rsidR="000E4FC3" w:rsidRDefault="00000000">
            <w:r>
              <w:t>sc-789</w:t>
            </w:r>
          </w:p>
        </w:tc>
        <w:tc>
          <w:tcPr>
            <w:tcW w:w="1386" w:type="dxa"/>
          </w:tcPr>
          <w:p w14:paraId="340216D6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4F32DD98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6D6BDF7E" w14:textId="77777777" w:rsidR="000E4FC3" w:rsidRDefault="00000000">
            <w:r>
              <w:t>67 kDa</w:t>
            </w:r>
          </w:p>
        </w:tc>
        <w:tc>
          <w:tcPr>
            <w:tcW w:w="1940" w:type="dxa"/>
          </w:tcPr>
          <w:p w14:paraId="5E69C55B" w14:textId="77777777" w:rsidR="000E4FC3" w:rsidRDefault="00000000">
            <w:r>
              <w:t>Western Blot</w:t>
            </w:r>
          </w:p>
        </w:tc>
      </w:tr>
      <w:tr w:rsidR="000E4FC3" w14:paraId="635BC680" w14:textId="77777777" w:rsidTr="00706BF5">
        <w:tc>
          <w:tcPr>
            <w:tcW w:w="1528" w:type="dxa"/>
          </w:tcPr>
          <w:p w14:paraId="157C392D" w14:textId="77777777" w:rsidR="000E4FC3" w:rsidRDefault="00000000">
            <w:r>
              <w:t>LDHA (E-9)</w:t>
            </w:r>
          </w:p>
        </w:tc>
        <w:tc>
          <w:tcPr>
            <w:tcW w:w="1415" w:type="dxa"/>
          </w:tcPr>
          <w:p w14:paraId="59AA38CE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72521F49" w14:textId="77777777" w:rsidR="000E4FC3" w:rsidRDefault="00000000">
            <w:r>
              <w:t>sc-137243</w:t>
            </w:r>
          </w:p>
        </w:tc>
        <w:tc>
          <w:tcPr>
            <w:tcW w:w="1386" w:type="dxa"/>
          </w:tcPr>
          <w:p w14:paraId="5387154D" w14:textId="77777777" w:rsidR="000E4FC3" w:rsidRDefault="00000000">
            <w:r>
              <w:t>Santa Cruz Biotechnology</w:t>
            </w:r>
          </w:p>
        </w:tc>
        <w:tc>
          <w:tcPr>
            <w:tcW w:w="878" w:type="dxa"/>
          </w:tcPr>
          <w:p w14:paraId="00490677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0C89AE65" w14:textId="77777777" w:rsidR="000E4FC3" w:rsidRDefault="00000000">
            <w:r>
              <w:t>35 kDa</w:t>
            </w:r>
          </w:p>
        </w:tc>
        <w:tc>
          <w:tcPr>
            <w:tcW w:w="1940" w:type="dxa"/>
          </w:tcPr>
          <w:p w14:paraId="18F3FDC9" w14:textId="77777777" w:rsidR="000E4FC3" w:rsidRDefault="00000000">
            <w:r>
              <w:t>Western Blot</w:t>
            </w:r>
          </w:p>
        </w:tc>
      </w:tr>
      <w:tr w:rsidR="000E4FC3" w14:paraId="773F8421" w14:textId="77777777" w:rsidTr="00706BF5">
        <w:tc>
          <w:tcPr>
            <w:tcW w:w="1528" w:type="dxa"/>
          </w:tcPr>
          <w:p w14:paraId="52DAF9D3" w14:textId="77777777" w:rsidR="000E4FC3" w:rsidRDefault="00000000">
            <w:r>
              <w:t>HK II (NA.41)</w:t>
            </w:r>
          </w:p>
        </w:tc>
        <w:tc>
          <w:tcPr>
            <w:tcW w:w="1415" w:type="dxa"/>
          </w:tcPr>
          <w:p w14:paraId="35AEE33A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114FFE2B" w14:textId="77777777" w:rsidR="000E4FC3" w:rsidRDefault="00000000">
            <w:r>
              <w:t>HPA028587-100UL</w:t>
            </w:r>
          </w:p>
        </w:tc>
        <w:tc>
          <w:tcPr>
            <w:tcW w:w="1386" w:type="dxa"/>
          </w:tcPr>
          <w:p w14:paraId="44D65FC8" w14:textId="77777777" w:rsidR="000E4FC3" w:rsidRDefault="00000000">
            <w:r>
              <w:t>Sigma</w:t>
            </w:r>
          </w:p>
        </w:tc>
        <w:tc>
          <w:tcPr>
            <w:tcW w:w="878" w:type="dxa"/>
          </w:tcPr>
          <w:p w14:paraId="6F256348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085EA304" w14:textId="77777777" w:rsidR="000E4FC3" w:rsidRDefault="00000000">
            <w:r>
              <w:t>110 kDa</w:t>
            </w:r>
          </w:p>
        </w:tc>
        <w:tc>
          <w:tcPr>
            <w:tcW w:w="1940" w:type="dxa"/>
          </w:tcPr>
          <w:p w14:paraId="31A08C9F" w14:textId="77777777" w:rsidR="000E4FC3" w:rsidRDefault="00000000">
            <w:r>
              <w:t>Western Blot</w:t>
            </w:r>
          </w:p>
        </w:tc>
      </w:tr>
      <w:tr w:rsidR="000E4FC3" w14:paraId="118D8723" w14:textId="77777777" w:rsidTr="00706BF5">
        <w:tc>
          <w:tcPr>
            <w:tcW w:w="1528" w:type="dxa"/>
          </w:tcPr>
          <w:p w14:paraId="5ABCD40F" w14:textId="77777777" w:rsidR="000E4FC3" w:rsidRDefault="00000000">
            <w:r>
              <w:t>RRM1 (EPR8483)</w:t>
            </w:r>
          </w:p>
        </w:tc>
        <w:tc>
          <w:tcPr>
            <w:tcW w:w="1415" w:type="dxa"/>
          </w:tcPr>
          <w:p w14:paraId="192016D9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7F193CAC" w14:textId="77777777" w:rsidR="000E4FC3" w:rsidRDefault="00000000">
            <w:r>
              <w:t>ab137114</w:t>
            </w:r>
          </w:p>
        </w:tc>
        <w:tc>
          <w:tcPr>
            <w:tcW w:w="1386" w:type="dxa"/>
          </w:tcPr>
          <w:p w14:paraId="06399B62" w14:textId="77777777" w:rsidR="000E4FC3" w:rsidRDefault="00000000">
            <w:r>
              <w:t>Abcam</w:t>
            </w:r>
          </w:p>
        </w:tc>
        <w:tc>
          <w:tcPr>
            <w:tcW w:w="878" w:type="dxa"/>
          </w:tcPr>
          <w:p w14:paraId="6B0AACAE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38F8441" w14:textId="77777777" w:rsidR="000E4FC3" w:rsidRDefault="00000000">
            <w:r>
              <w:t>90 kDa</w:t>
            </w:r>
          </w:p>
        </w:tc>
        <w:tc>
          <w:tcPr>
            <w:tcW w:w="1940" w:type="dxa"/>
          </w:tcPr>
          <w:p w14:paraId="03D15A9A" w14:textId="77777777" w:rsidR="000E4FC3" w:rsidRDefault="00000000">
            <w:r>
              <w:t>Western Blot</w:t>
            </w:r>
          </w:p>
        </w:tc>
      </w:tr>
      <w:tr w:rsidR="000E4FC3" w14:paraId="0B6B866D" w14:textId="77777777" w:rsidTr="00706BF5">
        <w:tc>
          <w:tcPr>
            <w:tcW w:w="1528" w:type="dxa"/>
          </w:tcPr>
          <w:p w14:paraId="7D85FE3C" w14:textId="77777777" w:rsidR="000E4FC3" w:rsidRDefault="00000000">
            <w:r>
              <w:lastRenderedPageBreak/>
              <w:t>E-Cadherin (36/E-Cadherin)</w:t>
            </w:r>
          </w:p>
        </w:tc>
        <w:tc>
          <w:tcPr>
            <w:tcW w:w="1415" w:type="dxa"/>
          </w:tcPr>
          <w:p w14:paraId="187750AA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345E4FD1" w14:textId="77777777" w:rsidR="000E4FC3" w:rsidRDefault="00000000">
            <w:r>
              <w:t>610181</w:t>
            </w:r>
          </w:p>
        </w:tc>
        <w:tc>
          <w:tcPr>
            <w:tcW w:w="1386" w:type="dxa"/>
          </w:tcPr>
          <w:p w14:paraId="2128D866" w14:textId="77777777" w:rsidR="000E4FC3" w:rsidRDefault="00000000">
            <w:r>
              <w:t>BD Biosciences</w:t>
            </w:r>
          </w:p>
        </w:tc>
        <w:tc>
          <w:tcPr>
            <w:tcW w:w="878" w:type="dxa"/>
          </w:tcPr>
          <w:p w14:paraId="370281DE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763D000E" w14:textId="77777777" w:rsidR="000E4FC3" w:rsidRDefault="00000000">
            <w:r>
              <w:t>120 kDa</w:t>
            </w:r>
          </w:p>
        </w:tc>
        <w:tc>
          <w:tcPr>
            <w:tcW w:w="1940" w:type="dxa"/>
          </w:tcPr>
          <w:p w14:paraId="1D381432" w14:textId="77777777" w:rsidR="000E4FC3" w:rsidRDefault="00000000">
            <w:r>
              <w:t>Western Blot</w:t>
            </w:r>
          </w:p>
        </w:tc>
      </w:tr>
      <w:tr w:rsidR="000E4FC3" w14:paraId="5B2F3347" w14:textId="77777777" w:rsidTr="00706BF5">
        <w:tc>
          <w:tcPr>
            <w:tcW w:w="1528" w:type="dxa"/>
          </w:tcPr>
          <w:p w14:paraId="3710C948" w14:textId="77777777" w:rsidR="000E4FC3" w:rsidRDefault="00000000">
            <w:r>
              <w:t>N-Cadherin (32/N-Cadherin)</w:t>
            </w:r>
          </w:p>
        </w:tc>
        <w:tc>
          <w:tcPr>
            <w:tcW w:w="1415" w:type="dxa"/>
          </w:tcPr>
          <w:p w14:paraId="1A06A627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0C20D53A" w14:textId="77777777" w:rsidR="000E4FC3" w:rsidRDefault="00000000">
            <w:r>
              <w:t>610920</w:t>
            </w:r>
          </w:p>
        </w:tc>
        <w:tc>
          <w:tcPr>
            <w:tcW w:w="1386" w:type="dxa"/>
          </w:tcPr>
          <w:p w14:paraId="62A0C83E" w14:textId="77777777" w:rsidR="000E4FC3" w:rsidRDefault="00000000">
            <w:r>
              <w:t>BD Biosciences</w:t>
            </w:r>
          </w:p>
        </w:tc>
        <w:tc>
          <w:tcPr>
            <w:tcW w:w="878" w:type="dxa"/>
          </w:tcPr>
          <w:p w14:paraId="4D2ED8E0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1942E7DD" w14:textId="77777777" w:rsidR="000E4FC3" w:rsidRDefault="00000000">
            <w:r>
              <w:t>130 kDa</w:t>
            </w:r>
          </w:p>
        </w:tc>
        <w:tc>
          <w:tcPr>
            <w:tcW w:w="1940" w:type="dxa"/>
          </w:tcPr>
          <w:p w14:paraId="36C5BEA3" w14:textId="77777777" w:rsidR="000E4FC3" w:rsidRDefault="00000000">
            <w:r>
              <w:t>Western Blot</w:t>
            </w:r>
          </w:p>
        </w:tc>
      </w:tr>
      <w:tr w:rsidR="000E4FC3" w14:paraId="6ED73FC6" w14:textId="77777777" w:rsidTr="00706BF5">
        <w:tc>
          <w:tcPr>
            <w:tcW w:w="1528" w:type="dxa"/>
          </w:tcPr>
          <w:p w14:paraId="3CCF103F" w14:textId="77777777" w:rsidR="000E4FC3" w:rsidRDefault="00000000">
            <w:r>
              <w:t>Vimentin (R28)</w:t>
            </w:r>
          </w:p>
        </w:tc>
        <w:tc>
          <w:tcPr>
            <w:tcW w:w="1415" w:type="dxa"/>
          </w:tcPr>
          <w:p w14:paraId="6EAF187A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4E4AE71F" w14:textId="77777777" w:rsidR="000E4FC3" w:rsidRDefault="00000000">
            <w:r>
              <w:t>3932S</w:t>
            </w:r>
          </w:p>
        </w:tc>
        <w:tc>
          <w:tcPr>
            <w:tcW w:w="1386" w:type="dxa"/>
          </w:tcPr>
          <w:p w14:paraId="2A917232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28D6AB27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4E70B97B" w14:textId="77777777" w:rsidR="000E4FC3" w:rsidRDefault="00000000">
            <w:r>
              <w:t>57 kDa</w:t>
            </w:r>
          </w:p>
        </w:tc>
        <w:tc>
          <w:tcPr>
            <w:tcW w:w="1940" w:type="dxa"/>
          </w:tcPr>
          <w:p w14:paraId="55887401" w14:textId="77777777" w:rsidR="000E4FC3" w:rsidRDefault="00000000">
            <w:r>
              <w:t>Western Blot</w:t>
            </w:r>
          </w:p>
        </w:tc>
      </w:tr>
      <w:tr w:rsidR="000E4FC3" w14:paraId="07AC3F0B" w14:textId="77777777" w:rsidTr="00706BF5">
        <w:tc>
          <w:tcPr>
            <w:tcW w:w="1528" w:type="dxa"/>
          </w:tcPr>
          <w:p w14:paraId="52B680F8" w14:textId="77777777" w:rsidR="000E4FC3" w:rsidRDefault="00000000">
            <w:r>
              <w:t>PKM2 (D78A4)</w:t>
            </w:r>
          </w:p>
        </w:tc>
        <w:tc>
          <w:tcPr>
            <w:tcW w:w="1415" w:type="dxa"/>
          </w:tcPr>
          <w:p w14:paraId="3E7E959E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193E9AFA" w14:textId="77777777" w:rsidR="000E4FC3" w:rsidRDefault="00000000">
            <w:r>
              <w:t>4053S</w:t>
            </w:r>
          </w:p>
        </w:tc>
        <w:tc>
          <w:tcPr>
            <w:tcW w:w="1386" w:type="dxa"/>
          </w:tcPr>
          <w:p w14:paraId="11CC34BA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620F771F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0659B8E8" w14:textId="77777777" w:rsidR="000E4FC3" w:rsidRDefault="00000000">
            <w:r>
              <w:t>65 kDa</w:t>
            </w:r>
          </w:p>
        </w:tc>
        <w:tc>
          <w:tcPr>
            <w:tcW w:w="1940" w:type="dxa"/>
          </w:tcPr>
          <w:p w14:paraId="3B174B30" w14:textId="77777777" w:rsidR="000E4FC3" w:rsidRDefault="00000000">
            <w:r>
              <w:t>Western Blot</w:t>
            </w:r>
          </w:p>
        </w:tc>
      </w:tr>
      <w:tr w:rsidR="000E4FC3" w14:paraId="0DB80063" w14:textId="77777777" w:rsidTr="00706BF5">
        <w:tc>
          <w:tcPr>
            <w:tcW w:w="1528" w:type="dxa"/>
          </w:tcPr>
          <w:p w14:paraId="75FB2ADC" w14:textId="77777777" w:rsidR="000E4FC3" w:rsidRDefault="00000000">
            <w:r>
              <w:t>p-p38 MAPK Thr180/Tyr182 (D3F9)</w:t>
            </w:r>
          </w:p>
        </w:tc>
        <w:tc>
          <w:tcPr>
            <w:tcW w:w="1415" w:type="dxa"/>
          </w:tcPr>
          <w:p w14:paraId="3FA83E05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346028A6" w14:textId="77777777" w:rsidR="000E4FC3" w:rsidRDefault="00000000">
            <w:r>
              <w:t>4511T</w:t>
            </w:r>
          </w:p>
        </w:tc>
        <w:tc>
          <w:tcPr>
            <w:tcW w:w="1386" w:type="dxa"/>
          </w:tcPr>
          <w:p w14:paraId="6804322F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040612AA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7806B236" w14:textId="77777777" w:rsidR="000E4FC3" w:rsidRDefault="00000000">
            <w:r>
              <w:t>38 kDa</w:t>
            </w:r>
          </w:p>
        </w:tc>
        <w:tc>
          <w:tcPr>
            <w:tcW w:w="1940" w:type="dxa"/>
          </w:tcPr>
          <w:p w14:paraId="33EFB322" w14:textId="77777777" w:rsidR="000E4FC3" w:rsidRDefault="00000000">
            <w:r>
              <w:t>Western Blot</w:t>
            </w:r>
          </w:p>
        </w:tc>
      </w:tr>
      <w:tr w:rsidR="000E4FC3" w14:paraId="7CDF00D4" w14:textId="77777777" w:rsidTr="00706BF5">
        <w:tc>
          <w:tcPr>
            <w:tcW w:w="1528" w:type="dxa"/>
          </w:tcPr>
          <w:p w14:paraId="66F3920E" w14:textId="77777777" w:rsidR="000E4FC3" w:rsidRDefault="00000000">
            <w:r>
              <w:t>p38 MAPK</w:t>
            </w:r>
          </w:p>
        </w:tc>
        <w:tc>
          <w:tcPr>
            <w:tcW w:w="1415" w:type="dxa"/>
          </w:tcPr>
          <w:p w14:paraId="293716DA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41747506" w14:textId="77777777" w:rsidR="000E4FC3" w:rsidRDefault="00000000">
            <w:r>
              <w:t>9212</w:t>
            </w:r>
          </w:p>
        </w:tc>
        <w:tc>
          <w:tcPr>
            <w:tcW w:w="1386" w:type="dxa"/>
          </w:tcPr>
          <w:p w14:paraId="2BBA3A20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2254BA63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277F3CDC" w14:textId="77777777" w:rsidR="000E4FC3" w:rsidRDefault="00000000">
            <w:r>
              <w:t>38 kDa</w:t>
            </w:r>
          </w:p>
        </w:tc>
        <w:tc>
          <w:tcPr>
            <w:tcW w:w="1940" w:type="dxa"/>
          </w:tcPr>
          <w:p w14:paraId="574E960B" w14:textId="77777777" w:rsidR="000E4FC3" w:rsidRDefault="00000000">
            <w:r>
              <w:t>Western Blot</w:t>
            </w:r>
          </w:p>
        </w:tc>
      </w:tr>
      <w:tr w:rsidR="000E4FC3" w14:paraId="0A8B401B" w14:textId="77777777" w:rsidTr="00706BF5">
        <w:tc>
          <w:tcPr>
            <w:tcW w:w="1528" w:type="dxa"/>
          </w:tcPr>
          <w:p w14:paraId="122FC73E" w14:textId="77777777" w:rsidR="000E4FC3" w:rsidRDefault="00000000">
            <w:r>
              <w:t>p-ERK MAPK Thr202/Tyr204</w:t>
            </w:r>
          </w:p>
        </w:tc>
        <w:tc>
          <w:tcPr>
            <w:tcW w:w="1415" w:type="dxa"/>
          </w:tcPr>
          <w:p w14:paraId="4DFB63AC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402BA8A2" w14:textId="77777777" w:rsidR="000E4FC3" w:rsidRDefault="00000000">
            <w:r>
              <w:t>9101S</w:t>
            </w:r>
          </w:p>
        </w:tc>
        <w:tc>
          <w:tcPr>
            <w:tcW w:w="1386" w:type="dxa"/>
          </w:tcPr>
          <w:p w14:paraId="65F11EF3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6E3D30C8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3C856710" w14:textId="77777777" w:rsidR="000E4FC3" w:rsidRDefault="00000000">
            <w:r>
              <w:t>44 kDa</w:t>
            </w:r>
          </w:p>
        </w:tc>
        <w:tc>
          <w:tcPr>
            <w:tcW w:w="1940" w:type="dxa"/>
          </w:tcPr>
          <w:p w14:paraId="64CF94C5" w14:textId="77777777" w:rsidR="000E4FC3" w:rsidRDefault="00000000">
            <w:r>
              <w:t>Western Blot</w:t>
            </w:r>
          </w:p>
        </w:tc>
      </w:tr>
      <w:tr w:rsidR="000E4FC3" w14:paraId="53020DB2" w14:textId="77777777" w:rsidTr="00706BF5">
        <w:tc>
          <w:tcPr>
            <w:tcW w:w="1528" w:type="dxa"/>
          </w:tcPr>
          <w:p w14:paraId="1B270CED" w14:textId="77777777" w:rsidR="000E4FC3" w:rsidRDefault="00000000">
            <w:r>
              <w:t>ERK MAPK (137F5)</w:t>
            </w:r>
          </w:p>
        </w:tc>
        <w:tc>
          <w:tcPr>
            <w:tcW w:w="1415" w:type="dxa"/>
          </w:tcPr>
          <w:p w14:paraId="44278DA7" w14:textId="77777777" w:rsidR="000E4FC3" w:rsidRDefault="00000000">
            <w:r>
              <w:t>Rabbit</w:t>
            </w:r>
          </w:p>
        </w:tc>
        <w:tc>
          <w:tcPr>
            <w:tcW w:w="678" w:type="dxa"/>
          </w:tcPr>
          <w:p w14:paraId="3C722A4B" w14:textId="77777777" w:rsidR="000E4FC3" w:rsidRDefault="00000000">
            <w:r>
              <w:t>4695S</w:t>
            </w:r>
          </w:p>
        </w:tc>
        <w:tc>
          <w:tcPr>
            <w:tcW w:w="1386" w:type="dxa"/>
          </w:tcPr>
          <w:p w14:paraId="02CD44EF" w14:textId="77777777" w:rsidR="000E4FC3" w:rsidRDefault="00000000">
            <w:r>
              <w:t>Cell Signaling</w:t>
            </w:r>
          </w:p>
        </w:tc>
        <w:tc>
          <w:tcPr>
            <w:tcW w:w="878" w:type="dxa"/>
          </w:tcPr>
          <w:p w14:paraId="17DA3575" w14:textId="77777777" w:rsidR="000E4FC3" w:rsidRDefault="00000000">
            <w:r>
              <w:t>1:1,000</w:t>
            </w:r>
          </w:p>
        </w:tc>
        <w:tc>
          <w:tcPr>
            <w:tcW w:w="1031" w:type="dxa"/>
          </w:tcPr>
          <w:p w14:paraId="29417890" w14:textId="77777777" w:rsidR="000E4FC3" w:rsidRDefault="00000000">
            <w:r>
              <w:t>44 kDa</w:t>
            </w:r>
          </w:p>
        </w:tc>
        <w:tc>
          <w:tcPr>
            <w:tcW w:w="1940" w:type="dxa"/>
          </w:tcPr>
          <w:p w14:paraId="4FBAF97D" w14:textId="77777777" w:rsidR="000E4FC3" w:rsidRDefault="00000000">
            <w:r>
              <w:t>Western Blot</w:t>
            </w:r>
          </w:p>
        </w:tc>
      </w:tr>
      <w:tr w:rsidR="000E4FC3" w14:paraId="0BED6140" w14:textId="77777777" w:rsidTr="00706BF5">
        <w:tc>
          <w:tcPr>
            <w:tcW w:w="1528" w:type="dxa"/>
          </w:tcPr>
          <w:p w14:paraId="10D444FA" w14:textId="77777777" w:rsidR="000E4FC3" w:rsidRDefault="00000000">
            <w:r>
              <w:t>CD24 (ML5)</w:t>
            </w:r>
          </w:p>
        </w:tc>
        <w:tc>
          <w:tcPr>
            <w:tcW w:w="1415" w:type="dxa"/>
          </w:tcPr>
          <w:p w14:paraId="3A66E018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17AFD82E" w14:textId="77777777" w:rsidR="000E4FC3" w:rsidRDefault="00000000">
            <w:r>
              <w:t>311118</w:t>
            </w:r>
          </w:p>
        </w:tc>
        <w:tc>
          <w:tcPr>
            <w:tcW w:w="1386" w:type="dxa"/>
          </w:tcPr>
          <w:p w14:paraId="50051FEC" w14:textId="77777777" w:rsidR="000E4FC3" w:rsidRDefault="00000000">
            <w:r>
              <w:t>BioLegend</w:t>
            </w:r>
          </w:p>
        </w:tc>
        <w:tc>
          <w:tcPr>
            <w:tcW w:w="878" w:type="dxa"/>
          </w:tcPr>
          <w:p w14:paraId="6FA677F3" w14:textId="77777777" w:rsidR="000E4FC3" w:rsidRDefault="00000000">
            <w:r>
              <w:t>1:100</w:t>
            </w:r>
          </w:p>
        </w:tc>
        <w:tc>
          <w:tcPr>
            <w:tcW w:w="1031" w:type="dxa"/>
          </w:tcPr>
          <w:p w14:paraId="60548F99" w14:textId="77777777" w:rsidR="000E4FC3" w:rsidRDefault="00000000">
            <w:r>
              <w:t>nan</w:t>
            </w:r>
          </w:p>
        </w:tc>
        <w:tc>
          <w:tcPr>
            <w:tcW w:w="1940" w:type="dxa"/>
          </w:tcPr>
          <w:p w14:paraId="2715D732" w14:textId="77777777" w:rsidR="000E4FC3" w:rsidRDefault="00000000">
            <w:r>
              <w:t>Flow Cytometry (APC-conjugated)</w:t>
            </w:r>
          </w:p>
        </w:tc>
      </w:tr>
      <w:tr w:rsidR="000E4FC3" w14:paraId="53C131F8" w14:textId="77777777" w:rsidTr="00706BF5">
        <w:tc>
          <w:tcPr>
            <w:tcW w:w="1528" w:type="dxa"/>
          </w:tcPr>
          <w:p w14:paraId="2CB87DB0" w14:textId="77777777" w:rsidR="000E4FC3" w:rsidRDefault="00000000">
            <w:r>
              <w:t>CD44 (BJ18)</w:t>
            </w:r>
          </w:p>
        </w:tc>
        <w:tc>
          <w:tcPr>
            <w:tcW w:w="1415" w:type="dxa"/>
          </w:tcPr>
          <w:p w14:paraId="3CBA8D93" w14:textId="77777777" w:rsidR="000E4FC3" w:rsidRDefault="00000000">
            <w:r>
              <w:t>Mouse</w:t>
            </w:r>
          </w:p>
        </w:tc>
        <w:tc>
          <w:tcPr>
            <w:tcW w:w="678" w:type="dxa"/>
          </w:tcPr>
          <w:p w14:paraId="5BD60290" w14:textId="77777777" w:rsidR="000E4FC3" w:rsidRDefault="00000000">
            <w:r>
              <w:t>338804</w:t>
            </w:r>
          </w:p>
        </w:tc>
        <w:tc>
          <w:tcPr>
            <w:tcW w:w="1386" w:type="dxa"/>
          </w:tcPr>
          <w:p w14:paraId="3C2D3710" w14:textId="77777777" w:rsidR="000E4FC3" w:rsidRDefault="00000000">
            <w:r>
              <w:t>BioLegend</w:t>
            </w:r>
          </w:p>
        </w:tc>
        <w:tc>
          <w:tcPr>
            <w:tcW w:w="878" w:type="dxa"/>
          </w:tcPr>
          <w:p w14:paraId="2DA6381B" w14:textId="77777777" w:rsidR="000E4FC3" w:rsidRDefault="00000000">
            <w:r>
              <w:t>1:100</w:t>
            </w:r>
          </w:p>
        </w:tc>
        <w:tc>
          <w:tcPr>
            <w:tcW w:w="1031" w:type="dxa"/>
          </w:tcPr>
          <w:p w14:paraId="5CC32EBC" w14:textId="77777777" w:rsidR="000E4FC3" w:rsidRDefault="00000000">
            <w:r>
              <w:t>nan</w:t>
            </w:r>
          </w:p>
        </w:tc>
        <w:tc>
          <w:tcPr>
            <w:tcW w:w="1940" w:type="dxa"/>
          </w:tcPr>
          <w:p w14:paraId="46E4D4B6" w14:textId="77777777" w:rsidR="000E4FC3" w:rsidRDefault="00000000">
            <w:r>
              <w:t>Flow Cytometry (FITC-conjugated)</w:t>
            </w:r>
          </w:p>
        </w:tc>
      </w:tr>
    </w:tbl>
    <w:p w14:paraId="35A6C77E" w14:textId="77777777" w:rsidR="00FA6FD0" w:rsidRDefault="00FA6FD0"/>
    <w:sectPr w:rsidR="00FA6F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2394670">
    <w:abstractNumId w:val="8"/>
  </w:num>
  <w:num w:numId="2" w16cid:durableId="195701520">
    <w:abstractNumId w:val="6"/>
  </w:num>
  <w:num w:numId="3" w16cid:durableId="1169783446">
    <w:abstractNumId w:val="5"/>
  </w:num>
  <w:num w:numId="4" w16cid:durableId="698972263">
    <w:abstractNumId w:val="4"/>
  </w:num>
  <w:num w:numId="5" w16cid:durableId="1484392695">
    <w:abstractNumId w:val="7"/>
  </w:num>
  <w:num w:numId="6" w16cid:durableId="1058240495">
    <w:abstractNumId w:val="3"/>
  </w:num>
  <w:num w:numId="7" w16cid:durableId="324742214">
    <w:abstractNumId w:val="2"/>
  </w:num>
  <w:num w:numId="8" w16cid:durableId="317156997">
    <w:abstractNumId w:val="1"/>
  </w:num>
  <w:num w:numId="9" w16cid:durableId="209226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4FC3"/>
    <w:rsid w:val="0015074B"/>
    <w:rsid w:val="00214AAB"/>
    <w:rsid w:val="0029639D"/>
    <w:rsid w:val="00326F90"/>
    <w:rsid w:val="003F656F"/>
    <w:rsid w:val="00706BF5"/>
    <w:rsid w:val="00AA1D8D"/>
    <w:rsid w:val="00B47730"/>
    <w:rsid w:val="00CB0664"/>
    <w:rsid w:val="00FA6FD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178EB7"/>
  <w14:defaultImageDpi w14:val="300"/>
  <w15:docId w15:val="{8955257A-638F-4A52-AB46-DA70973E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1892</Characters>
  <Application>Microsoft Office Word</Application>
  <DocSecurity>0</DocSecurity>
  <Lines>315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Hong</cp:lastModifiedBy>
  <cp:revision>3</cp:revision>
  <dcterms:created xsi:type="dcterms:W3CDTF">2013-12-23T23:15:00Z</dcterms:created>
  <dcterms:modified xsi:type="dcterms:W3CDTF">2025-03-15T01:20:00Z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b5487a5b37a04544021ce42a47725a6084d79f71d024e39af3ac11d905f9ffef</vt:lpwstr>
  </property>
</Properties>
</file>