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7884" w:rsidRDefault="005D7CC3" w:rsidP="008F7860">
      <w:pPr>
        <w:spacing w:after="0" w:line="240" w:lineRule="auto"/>
      </w:pPr>
      <w:r>
        <w:t xml:space="preserve">Full and uncropped western blots of Figure </w:t>
      </w:r>
      <w:r w:rsidR="0008602B">
        <w:t>5A-1</w:t>
      </w:r>
    </w:p>
    <w:p w:rsidR="00377884" w:rsidRDefault="00000000" w:rsidP="008F7860">
      <w:pPr>
        <w:spacing w:after="0" w:line="240" w:lineRule="auto"/>
      </w:pPr>
      <w:r>
        <w:rPr>
          <w:noProof/>
        </w:rPr>
        <w:drawing>
          <wp:inline distT="0" distB="0" distL="0" distR="0">
            <wp:extent cx="3419856" cy="25496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═╝5A-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54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84" w:rsidRDefault="005D7CC3" w:rsidP="008F7860">
      <w:pPr>
        <w:spacing w:after="0" w:line="240" w:lineRule="auto"/>
      </w:pPr>
      <w:r>
        <w:t xml:space="preserve">Full and uncropped western blots of Figure </w:t>
      </w:r>
      <w:r w:rsidR="0008602B">
        <w:t>5A-2</w:t>
      </w:r>
    </w:p>
    <w:p w:rsidR="00377884" w:rsidRDefault="00000000" w:rsidP="008F7860">
      <w:pPr>
        <w:spacing w:after="0" w:line="240" w:lineRule="auto"/>
      </w:pPr>
      <w:r>
        <w:rPr>
          <w:noProof/>
        </w:rPr>
        <w:drawing>
          <wp:inline distT="0" distB="0" distL="0" distR="0">
            <wp:extent cx="3419856" cy="254965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═╝5A-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54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84" w:rsidRDefault="005D7CC3" w:rsidP="008F7860">
      <w:pPr>
        <w:spacing w:after="0" w:line="240" w:lineRule="auto"/>
      </w:pPr>
      <w:r>
        <w:t xml:space="preserve">Full and uncropped western blots of Figure </w:t>
      </w:r>
      <w:r w:rsidR="0008602B">
        <w:t>5B-1</w:t>
      </w:r>
    </w:p>
    <w:p w:rsidR="00377884" w:rsidRDefault="00000000" w:rsidP="008F7860">
      <w:pPr>
        <w:spacing w:after="0" w:line="240" w:lineRule="auto"/>
      </w:pPr>
      <w:r>
        <w:rPr>
          <w:noProof/>
        </w:rPr>
        <w:drawing>
          <wp:inline distT="0" distB="0" distL="0" distR="0">
            <wp:extent cx="3419856" cy="254965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═╝5B-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54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84" w:rsidRDefault="005D7CC3" w:rsidP="008F7860">
      <w:pPr>
        <w:spacing w:after="0" w:line="240" w:lineRule="auto"/>
      </w:pPr>
      <w:r>
        <w:lastRenderedPageBreak/>
        <w:t xml:space="preserve">Full and uncropped western blots of Figure </w:t>
      </w:r>
      <w:r w:rsidR="0008602B">
        <w:t>5B-2</w:t>
      </w:r>
    </w:p>
    <w:p w:rsidR="00377884" w:rsidRDefault="00000000" w:rsidP="008F7860">
      <w:pPr>
        <w:spacing w:after="0" w:line="240" w:lineRule="auto"/>
      </w:pPr>
      <w:r>
        <w:rPr>
          <w:noProof/>
        </w:rPr>
        <w:drawing>
          <wp:inline distT="0" distB="0" distL="0" distR="0">
            <wp:extent cx="3419856" cy="254965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═╝5B-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54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84" w:rsidRDefault="005D7CC3" w:rsidP="008F7860">
      <w:pPr>
        <w:spacing w:after="0" w:line="240" w:lineRule="auto"/>
      </w:pPr>
      <w:r>
        <w:t xml:space="preserve">Full and uncropped western blots of Figure </w:t>
      </w:r>
      <w:r w:rsidR="0008602B">
        <w:t>5C-1</w:t>
      </w:r>
    </w:p>
    <w:p w:rsidR="00377884" w:rsidRDefault="00000000" w:rsidP="008F7860">
      <w:pPr>
        <w:spacing w:after="0" w:line="240" w:lineRule="auto"/>
      </w:pPr>
      <w:r>
        <w:rPr>
          <w:noProof/>
        </w:rPr>
        <w:drawing>
          <wp:inline distT="0" distB="0" distL="0" distR="0">
            <wp:extent cx="3419856" cy="254965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═╝5C-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54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84" w:rsidRDefault="005D7CC3" w:rsidP="008F7860">
      <w:pPr>
        <w:spacing w:after="0" w:line="240" w:lineRule="auto"/>
      </w:pPr>
      <w:r>
        <w:t xml:space="preserve">Full and uncropped western blots of Figure </w:t>
      </w:r>
      <w:r w:rsidR="0008602B">
        <w:t>5C-2</w:t>
      </w:r>
    </w:p>
    <w:p w:rsidR="00377884" w:rsidRDefault="00000000" w:rsidP="008F7860">
      <w:pPr>
        <w:spacing w:after="0" w:line="240" w:lineRule="auto"/>
      </w:pPr>
      <w:r>
        <w:rPr>
          <w:noProof/>
        </w:rPr>
        <w:drawing>
          <wp:inline distT="0" distB="0" distL="0" distR="0">
            <wp:extent cx="3419856" cy="254965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═╝5C-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54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84" w:rsidRDefault="005D7CC3" w:rsidP="008F7860">
      <w:pPr>
        <w:spacing w:after="0" w:line="240" w:lineRule="auto"/>
      </w:pPr>
      <w:r>
        <w:lastRenderedPageBreak/>
        <w:t xml:space="preserve">Full and uncropped western blots of Figure </w:t>
      </w:r>
      <w:r w:rsidR="0008602B">
        <w:t>5C-3</w:t>
      </w:r>
    </w:p>
    <w:p w:rsidR="00377884" w:rsidRDefault="00000000" w:rsidP="008F7860">
      <w:pPr>
        <w:spacing w:after="0" w:line="240" w:lineRule="auto"/>
      </w:pPr>
      <w:r>
        <w:rPr>
          <w:noProof/>
        </w:rPr>
        <w:drawing>
          <wp:inline distT="0" distB="0" distL="0" distR="0">
            <wp:extent cx="3419856" cy="254965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═╝5C-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54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84" w:rsidRDefault="005D7CC3" w:rsidP="008F7860">
      <w:pPr>
        <w:spacing w:after="0" w:line="240" w:lineRule="auto"/>
      </w:pPr>
      <w:r>
        <w:t xml:space="preserve">Full and uncropped western blots of Figure </w:t>
      </w:r>
      <w:r w:rsidR="0008602B">
        <w:t>5C-4</w:t>
      </w:r>
    </w:p>
    <w:p w:rsidR="00377884" w:rsidRDefault="00000000" w:rsidP="008F7860">
      <w:pPr>
        <w:spacing w:after="0" w:line="240" w:lineRule="auto"/>
      </w:pPr>
      <w:r>
        <w:rPr>
          <w:noProof/>
        </w:rPr>
        <w:drawing>
          <wp:inline distT="0" distB="0" distL="0" distR="0">
            <wp:extent cx="3419856" cy="254965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═╝5C-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54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84" w:rsidRDefault="005D7CC3" w:rsidP="008F7860">
      <w:pPr>
        <w:spacing w:after="0" w:line="240" w:lineRule="auto"/>
      </w:pPr>
      <w:r>
        <w:t xml:space="preserve">Full and uncropped western blots of Figure </w:t>
      </w:r>
      <w:r w:rsidR="0008602B">
        <w:t>5E-1</w:t>
      </w:r>
    </w:p>
    <w:p w:rsidR="00377884" w:rsidRDefault="00000000" w:rsidP="008F7860">
      <w:pPr>
        <w:spacing w:after="0" w:line="240" w:lineRule="auto"/>
      </w:pPr>
      <w:r>
        <w:rPr>
          <w:noProof/>
        </w:rPr>
        <w:drawing>
          <wp:inline distT="0" distB="0" distL="0" distR="0">
            <wp:extent cx="3419856" cy="254965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═╝5E-1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54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84" w:rsidRDefault="005D7CC3" w:rsidP="008F7860">
      <w:pPr>
        <w:spacing w:after="0" w:line="240" w:lineRule="auto"/>
      </w:pPr>
      <w:r>
        <w:lastRenderedPageBreak/>
        <w:t xml:space="preserve">Full and uncropped western blots of Figure </w:t>
      </w:r>
      <w:r w:rsidR="0008602B">
        <w:t>5E-2</w:t>
      </w:r>
    </w:p>
    <w:p w:rsidR="00377884" w:rsidRDefault="00000000" w:rsidP="008F7860">
      <w:pPr>
        <w:spacing w:after="0" w:line="240" w:lineRule="auto"/>
      </w:pPr>
      <w:r>
        <w:rPr>
          <w:noProof/>
        </w:rPr>
        <w:drawing>
          <wp:inline distT="0" distB="0" distL="0" distR="0">
            <wp:extent cx="3419856" cy="254965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═╝5E-2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54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84" w:rsidRDefault="005D7CC3" w:rsidP="008F7860">
      <w:pPr>
        <w:spacing w:after="0" w:line="240" w:lineRule="auto"/>
      </w:pPr>
      <w:r>
        <w:t xml:space="preserve">Full and uncropped western blots of Figure </w:t>
      </w:r>
      <w:r w:rsidR="0008602B">
        <w:t>5E-3</w:t>
      </w:r>
    </w:p>
    <w:p w:rsidR="00377884" w:rsidRDefault="00000000" w:rsidP="008F7860">
      <w:pPr>
        <w:spacing w:after="0" w:line="240" w:lineRule="auto"/>
      </w:pPr>
      <w:r>
        <w:rPr>
          <w:noProof/>
        </w:rPr>
        <w:drawing>
          <wp:inline distT="0" distB="0" distL="0" distR="0">
            <wp:extent cx="3419856" cy="254965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═╝5E-3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54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84" w:rsidRDefault="005D7CC3" w:rsidP="008F7860">
      <w:pPr>
        <w:spacing w:after="0" w:line="240" w:lineRule="auto"/>
      </w:pPr>
      <w:r>
        <w:t xml:space="preserve">Full and uncropped western blots of Figure </w:t>
      </w:r>
      <w:r w:rsidR="0008602B">
        <w:t>5E-4</w:t>
      </w:r>
    </w:p>
    <w:p w:rsidR="00377884" w:rsidRDefault="00000000" w:rsidP="008F7860">
      <w:pPr>
        <w:spacing w:after="0" w:line="240" w:lineRule="auto"/>
      </w:pPr>
      <w:r>
        <w:rPr>
          <w:noProof/>
        </w:rPr>
        <w:drawing>
          <wp:inline distT="0" distB="0" distL="0" distR="0">
            <wp:extent cx="3419856" cy="254965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═╝5E-4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19856" cy="254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788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2E3E" w:rsidRDefault="00862E3E" w:rsidP="008F7860">
      <w:pPr>
        <w:spacing w:after="0" w:line="240" w:lineRule="auto"/>
      </w:pPr>
      <w:r>
        <w:separator/>
      </w:r>
    </w:p>
  </w:endnote>
  <w:endnote w:type="continuationSeparator" w:id="0">
    <w:p w:rsidR="00862E3E" w:rsidRDefault="00862E3E" w:rsidP="008F7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2E3E" w:rsidRDefault="00862E3E" w:rsidP="008F7860">
      <w:pPr>
        <w:spacing w:after="0" w:line="240" w:lineRule="auto"/>
      </w:pPr>
      <w:r>
        <w:separator/>
      </w:r>
    </w:p>
  </w:footnote>
  <w:footnote w:type="continuationSeparator" w:id="0">
    <w:p w:rsidR="00862E3E" w:rsidRDefault="00862E3E" w:rsidP="008F78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7656292">
    <w:abstractNumId w:val="8"/>
  </w:num>
  <w:num w:numId="2" w16cid:durableId="1534222197">
    <w:abstractNumId w:val="6"/>
  </w:num>
  <w:num w:numId="3" w16cid:durableId="1423181680">
    <w:abstractNumId w:val="5"/>
  </w:num>
  <w:num w:numId="4" w16cid:durableId="1134984205">
    <w:abstractNumId w:val="4"/>
  </w:num>
  <w:num w:numId="5" w16cid:durableId="1687904686">
    <w:abstractNumId w:val="7"/>
  </w:num>
  <w:num w:numId="6" w16cid:durableId="1165977302">
    <w:abstractNumId w:val="3"/>
  </w:num>
  <w:num w:numId="7" w16cid:durableId="474681804">
    <w:abstractNumId w:val="2"/>
  </w:num>
  <w:num w:numId="8" w16cid:durableId="974481272">
    <w:abstractNumId w:val="1"/>
  </w:num>
  <w:num w:numId="9" w16cid:durableId="114940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602B"/>
    <w:rsid w:val="0015074B"/>
    <w:rsid w:val="0020221F"/>
    <w:rsid w:val="0029639D"/>
    <w:rsid w:val="00326F90"/>
    <w:rsid w:val="00377884"/>
    <w:rsid w:val="005D7CC3"/>
    <w:rsid w:val="00862E3E"/>
    <w:rsid w:val="008F7860"/>
    <w:rsid w:val="009355FF"/>
    <w:rsid w:val="00A548B5"/>
    <w:rsid w:val="00AA1D8D"/>
    <w:rsid w:val="00B47730"/>
    <w:rsid w:val="00CB0664"/>
    <w:rsid w:val="00F86B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efaultImageDpi w14:val="300"/>
  <w15:docId w15:val="{69414288-FA5B-4373-9DE7-B5294066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75</Words>
  <Characters>525</Characters>
  <DocSecurity>0</DocSecurity>
  <Lines>75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2025-05-18T03:06:00Z</dcterms:modified>
  <cp:category/>
</cp:coreProperties>
</file>