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5BE68" w14:textId="77777777" w:rsidR="003D0526" w:rsidRDefault="00000000">
      <w:pPr>
        <w:pStyle w:val="Titolo1"/>
      </w:pPr>
      <w:r>
        <w:t>PRISMA 2020 Checklist</w:t>
      </w:r>
    </w:p>
    <w:p w14:paraId="31A68EF2" w14:textId="77777777" w:rsidR="003D0526" w:rsidRDefault="00000000">
      <w:r>
        <w:t>This checklist should be completed and submitted as supplementary information alongside the manuscript. Indicate the page number(s) in the manuscript where each item is addressed. If an item does not apply, please write 'N/A'.</w:t>
      </w:r>
    </w:p>
    <w:p w14:paraId="5DC6BACB" w14:textId="77777777" w:rsidR="003D0526" w:rsidRDefault="00000000">
      <w:pPr>
        <w:pStyle w:val="Titolo2"/>
      </w:pPr>
      <w:r>
        <w:t>TITLE</w:t>
      </w:r>
    </w:p>
    <w:tbl>
      <w:tblPr>
        <w:tblW w:w="0" w:type="auto"/>
        <w:tblLook w:val="04A0" w:firstRow="1" w:lastRow="0" w:firstColumn="1" w:lastColumn="0" w:noHBand="0" w:noVBand="1"/>
      </w:tblPr>
      <w:tblGrid>
        <w:gridCol w:w="2880"/>
        <w:gridCol w:w="2880"/>
        <w:gridCol w:w="2880"/>
      </w:tblGrid>
      <w:tr w:rsidR="003D0526" w14:paraId="018ECAF4" w14:textId="77777777">
        <w:tc>
          <w:tcPr>
            <w:tcW w:w="2880" w:type="dxa"/>
          </w:tcPr>
          <w:p w14:paraId="2BF8F8A1" w14:textId="77777777" w:rsidR="003D0526" w:rsidRDefault="00000000">
            <w:r>
              <w:t>Item</w:t>
            </w:r>
          </w:p>
        </w:tc>
        <w:tc>
          <w:tcPr>
            <w:tcW w:w="2880" w:type="dxa"/>
          </w:tcPr>
          <w:p w14:paraId="09670E23" w14:textId="77777777" w:rsidR="003D0526" w:rsidRDefault="00000000">
            <w:r>
              <w:t>Checklist item</w:t>
            </w:r>
          </w:p>
        </w:tc>
        <w:tc>
          <w:tcPr>
            <w:tcW w:w="2880" w:type="dxa"/>
          </w:tcPr>
          <w:p w14:paraId="5195F96E" w14:textId="77777777" w:rsidR="003D0526" w:rsidRDefault="00000000">
            <w:r>
              <w:t>Location in manuscript (page/section)</w:t>
            </w:r>
          </w:p>
        </w:tc>
      </w:tr>
      <w:tr w:rsidR="003D0526" w14:paraId="6099D603" w14:textId="77777777">
        <w:tc>
          <w:tcPr>
            <w:tcW w:w="2880" w:type="dxa"/>
          </w:tcPr>
          <w:p w14:paraId="5E0CABE2" w14:textId="77777777" w:rsidR="003D0526" w:rsidRDefault="00000000">
            <w:r>
              <w:t>1</w:t>
            </w:r>
          </w:p>
        </w:tc>
        <w:tc>
          <w:tcPr>
            <w:tcW w:w="2880" w:type="dxa"/>
          </w:tcPr>
          <w:p w14:paraId="272AF49D" w14:textId="77777777" w:rsidR="003D0526" w:rsidRDefault="00000000">
            <w:r>
              <w:t>1. Identify the report as a systematic review.</w:t>
            </w:r>
          </w:p>
        </w:tc>
        <w:tc>
          <w:tcPr>
            <w:tcW w:w="2880" w:type="dxa"/>
          </w:tcPr>
          <w:p w14:paraId="35F70579" w14:textId="3876177C" w:rsidR="003D0526" w:rsidRDefault="00752CD1">
            <w:r>
              <w:t>1</w:t>
            </w:r>
          </w:p>
        </w:tc>
      </w:tr>
    </w:tbl>
    <w:p w14:paraId="08B40FE1" w14:textId="77777777" w:rsidR="003D0526" w:rsidRDefault="00000000">
      <w:pPr>
        <w:pStyle w:val="Titolo2"/>
      </w:pPr>
      <w:r>
        <w:t>ABSTRACT</w:t>
      </w:r>
    </w:p>
    <w:tbl>
      <w:tblPr>
        <w:tblW w:w="0" w:type="auto"/>
        <w:tblLook w:val="04A0" w:firstRow="1" w:lastRow="0" w:firstColumn="1" w:lastColumn="0" w:noHBand="0" w:noVBand="1"/>
      </w:tblPr>
      <w:tblGrid>
        <w:gridCol w:w="2880"/>
        <w:gridCol w:w="2880"/>
        <w:gridCol w:w="2880"/>
      </w:tblGrid>
      <w:tr w:rsidR="003D0526" w14:paraId="05F1633B" w14:textId="77777777">
        <w:tc>
          <w:tcPr>
            <w:tcW w:w="2880" w:type="dxa"/>
          </w:tcPr>
          <w:p w14:paraId="7ED1D598" w14:textId="77777777" w:rsidR="003D0526" w:rsidRDefault="00000000">
            <w:r>
              <w:t>Item</w:t>
            </w:r>
          </w:p>
        </w:tc>
        <w:tc>
          <w:tcPr>
            <w:tcW w:w="2880" w:type="dxa"/>
          </w:tcPr>
          <w:p w14:paraId="52FC2486" w14:textId="77777777" w:rsidR="003D0526" w:rsidRDefault="00000000">
            <w:r>
              <w:t>Checklist item</w:t>
            </w:r>
          </w:p>
        </w:tc>
        <w:tc>
          <w:tcPr>
            <w:tcW w:w="2880" w:type="dxa"/>
          </w:tcPr>
          <w:p w14:paraId="2E120FB5" w14:textId="77777777" w:rsidR="003D0526" w:rsidRDefault="00000000">
            <w:r>
              <w:t>Location in manuscript (page/section)</w:t>
            </w:r>
          </w:p>
        </w:tc>
      </w:tr>
      <w:tr w:rsidR="003D0526" w14:paraId="7F95F5AA" w14:textId="77777777">
        <w:tc>
          <w:tcPr>
            <w:tcW w:w="2880" w:type="dxa"/>
          </w:tcPr>
          <w:p w14:paraId="1878850F" w14:textId="77777777" w:rsidR="003D0526" w:rsidRDefault="00000000">
            <w:r>
              <w:t>1</w:t>
            </w:r>
          </w:p>
        </w:tc>
        <w:tc>
          <w:tcPr>
            <w:tcW w:w="2880" w:type="dxa"/>
          </w:tcPr>
          <w:p w14:paraId="629553E2" w14:textId="77777777" w:rsidR="003D0526" w:rsidRDefault="00000000">
            <w:r>
              <w:t>2. See the PRISMA 2020 for Abstracts checklist.</w:t>
            </w:r>
          </w:p>
        </w:tc>
        <w:tc>
          <w:tcPr>
            <w:tcW w:w="2880" w:type="dxa"/>
          </w:tcPr>
          <w:p w14:paraId="15BFF13A" w14:textId="435FDA2B" w:rsidR="003D0526" w:rsidRDefault="00752CD1">
            <w:r>
              <w:t>1-2</w:t>
            </w:r>
          </w:p>
        </w:tc>
      </w:tr>
    </w:tbl>
    <w:p w14:paraId="36FE726B" w14:textId="77777777" w:rsidR="003D0526" w:rsidRDefault="00000000">
      <w:pPr>
        <w:pStyle w:val="Titolo2"/>
      </w:pPr>
      <w:r>
        <w:t>INTRODUCTION</w:t>
      </w:r>
    </w:p>
    <w:tbl>
      <w:tblPr>
        <w:tblW w:w="0" w:type="auto"/>
        <w:tblLook w:val="04A0" w:firstRow="1" w:lastRow="0" w:firstColumn="1" w:lastColumn="0" w:noHBand="0" w:noVBand="1"/>
      </w:tblPr>
      <w:tblGrid>
        <w:gridCol w:w="2880"/>
        <w:gridCol w:w="2880"/>
        <w:gridCol w:w="2880"/>
      </w:tblGrid>
      <w:tr w:rsidR="003D0526" w14:paraId="62FC13AB" w14:textId="77777777">
        <w:tc>
          <w:tcPr>
            <w:tcW w:w="2880" w:type="dxa"/>
          </w:tcPr>
          <w:p w14:paraId="5A784FDB" w14:textId="77777777" w:rsidR="003D0526" w:rsidRDefault="00000000">
            <w:r>
              <w:t>Item</w:t>
            </w:r>
          </w:p>
        </w:tc>
        <w:tc>
          <w:tcPr>
            <w:tcW w:w="2880" w:type="dxa"/>
          </w:tcPr>
          <w:p w14:paraId="549C6E5B" w14:textId="77777777" w:rsidR="003D0526" w:rsidRDefault="00000000">
            <w:r>
              <w:t>Checklist item</w:t>
            </w:r>
          </w:p>
        </w:tc>
        <w:tc>
          <w:tcPr>
            <w:tcW w:w="2880" w:type="dxa"/>
          </w:tcPr>
          <w:p w14:paraId="1042852F" w14:textId="77777777" w:rsidR="003D0526" w:rsidRDefault="00000000">
            <w:r>
              <w:t>Location in manuscript (page/section)</w:t>
            </w:r>
          </w:p>
        </w:tc>
      </w:tr>
      <w:tr w:rsidR="003D0526" w14:paraId="370D011B" w14:textId="77777777">
        <w:tc>
          <w:tcPr>
            <w:tcW w:w="2880" w:type="dxa"/>
          </w:tcPr>
          <w:p w14:paraId="7B8B7EC7" w14:textId="77777777" w:rsidR="003D0526" w:rsidRDefault="00000000">
            <w:r>
              <w:t>1</w:t>
            </w:r>
          </w:p>
        </w:tc>
        <w:tc>
          <w:tcPr>
            <w:tcW w:w="2880" w:type="dxa"/>
          </w:tcPr>
          <w:p w14:paraId="318B9B92" w14:textId="77777777" w:rsidR="003D0526" w:rsidRDefault="00000000">
            <w:r>
              <w:t>3. Rationale: Describe the rationale for the review.</w:t>
            </w:r>
          </w:p>
        </w:tc>
        <w:tc>
          <w:tcPr>
            <w:tcW w:w="2880" w:type="dxa"/>
          </w:tcPr>
          <w:p w14:paraId="53DBEC81" w14:textId="7C312209" w:rsidR="003D0526" w:rsidRDefault="00752CD1">
            <w:r>
              <w:t>3-4</w:t>
            </w:r>
          </w:p>
        </w:tc>
      </w:tr>
      <w:tr w:rsidR="003D0526" w14:paraId="12A9E2FC" w14:textId="77777777">
        <w:tc>
          <w:tcPr>
            <w:tcW w:w="2880" w:type="dxa"/>
          </w:tcPr>
          <w:p w14:paraId="08F04666" w14:textId="77777777" w:rsidR="003D0526" w:rsidRDefault="00000000">
            <w:r>
              <w:t>2</w:t>
            </w:r>
          </w:p>
        </w:tc>
        <w:tc>
          <w:tcPr>
            <w:tcW w:w="2880" w:type="dxa"/>
          </w:tcPr>
          <w:p w14:paraId="04C96584" w14:textId="77777777" w:rsidR="003D0526" w:rsidRDefault="00000000">
            <w:r>
              <w:t>4. Objectives: Provide an explicit statement of the objective(s) or question(s) being addressed.</w:t>
            </w:r>
          </w:p>
        </w:tc>
        <w:tc>
          <w:tcPr>
            <w:tcW w:w="2880" w:type="dxa"/>
          </w:tcPr>
          <w:p w14:paraId="3D481DBE" w14:textId="29B75A49" w:rsidR="003D0526" w:rsidRDefault="00752CD1">
            <w:r>
              <w:t>3-4</w:t>
            </w:r>
          </w:p>
        </w:tc>
      </w:tr>
    </w:tbl>
    <w:p w14:paraId="1A7592AC" w14:textId="77777777" w:rsidR="003D0526" w:rsidRDefault="00000000">
      <w:pPr>
        <w:pStyle w:val="Titolo2"/>
      </w:pPr>
      <w:r>
        <w:t>METHODS</w:t>
      </w:r>
    </w:p>
    <w:tbl>
      <w:tblPr>
        <w:tblW w:w="0" w:type="auto"/>
        <w:tblLook w:val="04A0" w:firstRow="1" w:lastRow="0" w:firstColumn="1" w:lastColumn="0" w:noHBand="0" w:noVBand="1"/>
      </w:tblPr>
      <w:tblGrid>
        <w:gridCol w:w="2880"/>
        <w:gridCol w:w="2880"/>
        <w:gridCol w:w="2880"/>
      </w:tblGrid>
      <w:tr w:rsidR="003D0526" w14:paraId="4D3BA0B7" w14:textId="77777777">
        <w:tc>
          <w:tcPr>
            <w:tcW w:w="2880" w:type="dxa"/>
          </w:tcPr>
          <w:p w14:paraId="2B88A202" w14:textId="77777777" w:rsidR="003D0526" w:rsidRDefault="00000000">
            <w:r>
              <w:t>Item</w:t>
            </w:r>
          </w:p>
        </w:tc>
        <w:tc>
          <w:tcPr>
            <w:tcW w:w="2880" w:type="dxa"/>
          </w:tcPr>
          <w:p w14:paraId="33BBF22E" w14:textId="77777777" w:rsidR="003D0526" w:rsidRDefault="00000000">
            <w:r>
              <w:t>Checklist item</w:t>
            </w:r>
          </w:p>
        </w:tc>
        <w:tc>
          <w:tcPr>
            <w:tcW w:w="2880" w:type="dxa"/>
          </w:tcPr>
          <w:p w14:paraId="4C46A52E" w14:textId="77777777" w:rsidR="003D0526" w:rsidRDefault="00000000">
            <w:r>
              <w:t>Location in manuscript (page/section)</w:t>
            </w:r>
          </w:p>
        </w:tc>
      </w:tr>
      <w:tr w:rsidR="003D0526" w14:paraId="0169C8E7" w14:textId="77777777">
        <w:tc>
          <w:tcPr>
            <w:tcW w:w="2880" w:type="dxa"/>
          </w:tcPr>
          <w:p w14:paraId="03915F81" w14:textId="77777777" w:rsidR="003D0526" w:rsidRDefault="00000000">
            <w:r>
              <w:t>1</w:t>
            </w:r>
          </w:p>
        </w:tc>
        <w:tc>
          <w:tcPr>
            <w:tcW w:w="2880" w:type="dxa"/>
          </w:tcPr>
          <w:p w14:paraId="7B09953A" w14:textId="77777777" w:rsidR="003D0526" w:rsidRDefault="00000000">
            <w:r>
              <w:t>5. Eligibility criteria: Specify inclusion and exclusion criteria and how studies were grouped.</w:t>
            </w:r>
          </w:p>
        </w:tc>
        <w:tc>
          <w:tcPr>
            <w:tcW w:w="2880" w:type="dxa"/>
          </w:tcPr>
          <w:p w14:paraId="39AEC935" w14:textId="372C5311" w:rsidR="003D0526" w:rsidRDefault="00752CD1">
            <w:r>
              <w:t>4-5</w:t>
            </w:r>
          </w:p>
        </w:tc>
      </w:tr>
      <w:tr w:rsidR="003D0526" w14:paraId="2ED7E328" w14:textId="77777777">
        <w:tc>
          <w:tcPr>
            <w:tcW w:w="2880" w:type="dxa"/>
          </w:tcPr>
          <w:p w14:paraId="524D06CE" w14:textId="77777777" w:rsidR="003D0526" w:rsidRDefault="00000000">
            <w:r>
              <w:t>2</w:t>
            </w:r>
          </w:p>
        </w:tc>
        <w:tc>
          <w:tcPr>
            <w:tcW w:w="2880" w:type="dxa"/>
          </w:tcPr>
          <w:p w14:paraId="700AF236" w14:textId="77777777" w:rsidR="003D0526" w:rsidRDefault="00000000">
            <w:r>
              <w:t xml:space="preserve">6. Information sources: Specify all databases, </w:t>
            </w:r>
            <w:r>
              <w:lastRenderedPageBreak/>
              <w:t>registers, websites, organisations, reference lists and other sources searched or consulted to identify studies. Specify the date when each source was last searched or consulted.</w:t>
            </w:r>
          </w:p>
        </w:tc>
        <w:tc>
          <w:tcPr>
            <w:tcW w:w="2880" w:type="dxa"/>
          </w:tcPr>
          <w:p w14:paraId="6EFB0411" w14:textId="7A0F58FD" w:rsidR="003D0526" w:rsidRDefault="00752CD1">
            <w:r>
              <w:lastRenderedPageBreak/>
              <w:t>5</w:t>
            </w:r>
          </w:p>
        </w:tc>
      </w:tr>
      <w:tr w:rsidR="003D0526" w14:paraId="05B7DB30" w14:textId="77777777">
        <w:tc>
          <w:tcPr>
            <w:tcW w:w="2880" w:type="dxa"/>
          </w:tcPr>
          <w:p w14:paraId="2B324D6C" w14:textId="77777777" w:rsidR="003D0526" w:rsidRDefault="00000000">
            <w:r>
              <w:t>3</w:t>
            </w:r>
          </w:p>
        </w:tc>
        <w:tc>
          <w:tcPr>
            <w:tcW w:w="2880" w:type="dxa"/>
          </w:tcPr>
          <w:p w14:paraId="43D1048C" w14:textId="77777777" w:rsidR="003D0526" w:rsidRDefault="00000000">
            <w:r>
              <w:t>7. Search strategy: Present the full search strategies for all databases, registers and websites, including any filters and limits used.</w:t>
            </w:r>
          </w:p>
        </w:tc>
        <w:tc>
          <w:tcPr>
            <w:tcW w:w="2880" w:type="dxa"/>
          </w:tcPr>
          <w:p w14:paraId="44A8404E" w14:textId="0CC86970" w:rsidR="003D0526" w:rsidRDefault="00752CD1">
            <w:r>
              <w:t>4-5</w:t>
            </w:r>
          </w:p>
        </w:tc>
      </w:tr>
      <w:tr w:rsidR="003D0526" w14:paraId="32777133" w14:textId="77777777">
        <w:tc>
          <w:tcPr>
            <w:tcW w:w="2880" w:type="dxa"/>
          </w:tcPr>
          <w:p w14:paraId="796074A9" w14:textId="77777777" w:rsidR="003D0526" w:rsidRDefault="00000000">
            <w:r>
              <w:t>4</w:t>
            </w:r>
          </w:p>
        </w:tc>
        <w:tc>
          <w:tcPr>
            <w:tcW w:w="2880" w:type="dxa"/>
          </w:tcPr>
          <w:p w14:paraId="04686864" w14:textId="77777777" w:rsidR="003D0526" w:rsidRDefault="00000000">
            <w:r>
              <w:t>8. Selection process: Specify methods used to decide whether a study met the eligibility criteria, including how many reviewers screened each record and each report, whether they worked independently, and if applicable, details of automation tools used.</w:t>
            </w:r>
          </w:p>
        </w:tc>
        <w:tc>
          <w:tcPr>
            <w:tcW w:w="2880" w:type="dxa"/>
          </w:tcPr>
          <w:p w14:paraId="34797482" w14:textId="0B57070E" w:rsidR="003D0526" w:rsidRDefault="00752CD1">
            <w:r>
              <w:t>5-6</w:t>
            </w:r>
          </w:p>
        </w:tc>
      </w:tr>
      <w:tr w:rsidR="003D0526" w14:paraId="703BA6D4" w14:textId="77777777">
        <w:tc>
          <w:tcPr>
            <w:tcW w:w="2880" w:type="dxa"/>
          </w:tcPr>
          <w:p w14:paraId="2B3E806E" w14:textId="77777777" w:rsidR="003D0526" w:rsidRDefault="00000000">
            <w:r>
              <w:t>5</w:t>
            </w:r>
          </w:p>
        </w:tc>
        <w:tc>
          <w:tcPr>
            <w:tcW w:w="2880" w:type="dxa"/>
          </w:tcPr>
          <w:p w14:paraId="17D1B9B4" w14:textId="77777777" w:rsidR="003D0526" w:rsidRDefault="00000000">
            <w:r>
              <w:t>9. Data collection process: Specify methods used to collect data from reports, including how many reviewers collected data from each report, whether they worked independently, any processes for obtaining or confirming data from study investigators, and if applicable, details of automation tools used.</w:t>
            </w:r>
          </w:p>
        </w:tc>
        <w:tc>
          <w:tcPr>
            <w:tcW w:w="2880" w:type="dxa"/>
          </w:tcPr>
          <w:p w14:paraId="63CDFBA4" w14:textId="24B65145" w:rsidR="003D0526" w:rsidRDefault="00752CD1">
            <w:r>
              <w:t>6</w:t>
            </w:r>
          </w:p>
        </w:tc>
      </w:tr>
      <w:tr w:rsidR="003D0526" w14:paraId="0F69693D" w14:textId="77777777">
        <w:tc>
          <w:tcPr>
            <w:tcW w:w="2880" w:type="dxa"/>
          </w:tcPr>
          <w:p w14:paraId="3B7C1491" w14:textId="77777777" w:rsidR="003D0526" w:rsidRDefault="00000000">
            <w:r>
              <w:t>6</w:t>
            </w:r>
          </w:p>
        </w:tc>
        <w:tc>
          <w:tcPr>
            <w:tcW w:w="2880" w:type="dxa"/>
          </w:tcPr>
          <w:p w14:paraId="222DDAC4" w14:textId="77777777" w:rsidR="003D0526" w:rsidRDefault="00000000">
            <w:r>
              <w:t xml:space="preserve">10. Data items: List and define all outcomes for which data were sought. Specify whether all results compatible with each outcome domain were </w:t>
            </w:r>
            <w:r>
              <w:lastRenderedPageBreak/>
              <w:t>sought, and if not, the methods used to decide which results to collect. List and define all other variables for which data were sought (e.g. participant and intervention characteristics, funding sources).</w:t>
            </w:r>
          </w:p>
        </w:tc>
        <w:tc>
          <w:tcPr>
            <w:tcW w:w="2880" w:type="dxa"/>
          </w:tcPr>
          <w:p w14:paraId="542E4DBF" w14:textId="01588BDA" w:rsidR="003D0526" w:rsidRDefault="00752CD1">
            <w:r>
              <w:lastRenderedPageBreak/>
              <w:t>6</w:t>
            </w:r>
          </w:p>
        </w:tc>
      </w:tr>
      <w:tr w:rsidR="003D0526" w14:paraId="5B3AF1C5" w14:textId="77777777">
        <w:tc>
          <w:tcPr>
            <w:tcW w:w="2880" w:type="dxa"/>
          </w:tcPr>
          <w:p w14:paraId="59F6FC43" w14:textId="77777777" w:rsidR="003D0526" w:rsidRDefault="00000000">
            <w:r>
              <w:t>7</w:t>
            </w:r>
          </w:p>
        </w:tc>
        <w:tc>
          <w:tcPr>
            <w:tcW w:w="2880" w:type="dxa"/>
          </w:tcPr>
          <w:p w14:paraId="73386B88" w14:textId="77777777" w:rsidR="003D0526" w:rsidRDefault="00000000">
            <w:r>
              <w:t>11. Study risk of bias assessment: Specify methods used to assess risk of bias in the included studies, including details of the tool(s) used, how many reviewers assessed each study and whether they worked independently, and if applicable, details of automation tools used.</w:t>
            </w:r>
          </w:p>
        </w:tc>
        <w:tc>
          <w:tcPr>
            <w:tcW w:w="2880" w:type="dxa"/>
          </w:tcPr>
          <w:p w14:paraId="56822E66" w14:textId="7183ED0F" w:rsidR="003D0526" w:rsidRDefault="00752CD1">
            <w:r>
              <w:t>6</w:t>
            </w:r>
          </w:p>
        </w:tc>
      </w:tr>
      <w:tr w:rsidR="003D0526" w14:paraId="685DB308" w14:textId="77777777">
        <w:tc>
          <w:tcPr>
            <w:tcW w:w="2880" w:type="dxa"/>
          </w:tcPr>
          <w:p w14:paraId="7F59EFEC" w14:textId="77777777" w:rsidR="003D0526" w:rsidRDefault="00000000">
            <w:r>
              <w:t>8</w:t>
            </w:r>
          </w:p>
        </w:tc>
        <w:tc>
          <w:tcPr>
            <w:tcW w:w="2880" w:type="dxa"/>
          </w:tcPr>
          <w:p w14:paraId="38563D60" w14:textId="77777777" w:rsidR="003D0526" w:rsidRDefault="00000000">
            <w:r>
              <w:t>12. Effect measures: Specify for each outcome the effect measure(s) used in the synthesis or presentation of results.</w:t>
            </w:r>
          </w:p>
        </w:tc>
        <w:tc>
          <w:tcPr>
            <w:tcW w:w="2880" w:type="dxa"/>
          </w:tcPr>
          <w:p w14:paraId="5F7D6377" w14:textId="03A61BBC" w:rsidR="003D0526" w:rsidRDefault="00752CD1">
            <w:r>
              <w:t>7</w:t>
            </w:r>
          </w:p>
        </w:tc>
      </w:tr>
      <w:tr w:rsidR="003D0526" w14:paraId="78916BF8" w14:textId="77777777">
        <w:tc>
          <w:tcPr>
            <w:tcW w:w="2880" w:type="dxa"/>
          </w:tcPr>
          <w:p w14:paraId="6DAA1BD6" w14:textId="77777777" w:rsidR="003D0526" w:rsidRDefault="00000000">
            <w:r>
              <w:t>9</w:t>
            </w:r>
          </w:p>
        </w:tc>
        <w:tc>
          <w:tcPr>
            <w:tcW w:w="2880" w:type="dxa"/>
          </w:tcPr>
          <w:p w14:paraId="31FACA18" w14:textId="77777777" w:rsidR="003D0526" w:rsidRDefault="00000000">
            <w:r>
              <w:t>13. Synthesis methods: Describe the processes used to decide which studies were eligible for each synthesis, methods required to prepare the data for presentation or synthesis, methods used to tabulate or visually display results, methods used to synthesize results, methods used to explore heterogeneity, and sensitivity analyses conducted.</w:t>
            </w:r>
          </w:p>
        </w:tc>
        <w:tc>
          <w:tcPr>
            <w:tcW w:w="2880" w:type="dxa"/>
          </w:tcPr>
          <w:p w14:paraId="7D27BD2D" w14:textId="5161FDB3" w:rsidR="003D0526" w:rsidRDefault="00752CD1">
            <w:r>
              <w:t>4-5</w:t>
            </w:r>
          </w:p>
        </w:tc>
      </w:tr>
      <w:tr w:rsidR="003D0526" w14:paraId="7BC720BF" w14:textId="77777777">
        <w:tc>
          <w:tcPr>
            <w:tcW w:w="2880" w:type="dxa"/>
          </w:tcPr>
          <w:p w14:paraId="7DE7F669" w14:textId="77777777" w:rsidR="003D0526" w:rsidRDefault="00000000">
            <w:r>
              <w:lastRenderedPageBreak/>
              <w:t>10</w:t>
            </w:r>
          </w:p>
        </w:tc>
        <w:tc>
          <w:tcPr>
            <w:tcW w:w="2880" w:type="dxa"/>
          </w:tcPr>
          <w:p w14:paraId="46E51AF2" w14:textId="77777777" w:rsidR="003D0526" w:rsidRDefault="00000000">
            <w:r>
              <w:t>14. Reporting bias assessment: Describe any methods used to assess risk of bias due to missing results in a synthesis (arising from reporting biases).</w:t>
            </w:r>
          </w:p>
        </w:tc>
        <w:tc>
          <w:tcPr>
            <w:tcW w:w="2880" w:type="dxa"/>
          </w:tcPr>
          <w:p w14:paraId="5E47990B" w14:textId="16A6D5C0" w:rsidR="003D0526" w:rsidRDefault="00752CD1">
            <w:r>
              <w:t>6</w:t>
            </w:r>
          </w:p>
        </w:tc>
      </w:tr>
      <w:tr w:rsidR="003D0526" w14:paraId="692A98F8" w14:textId="77777777">
        <w:tc>
          <w:tcPr>
            <w:tcW w:w="2880" w:type="dxa"/>
          </w:tcPr>
          <w:p w14:paraId="214032DA" w14:textId="77777777" w:rsidR="003D0526" w:rsidRDefault="00000000">
            <w:r>
              <w:t>11</w:t>
            </w:r>
          </w:p>
        </w:tc>
        <w:tc>
          <w:tcPr>
            <w:tcW w:w="2880" w:type="dxa"/>
          </w:tcPr>
          <w:p w14:paraId="36EBAB97" w14:textId="77777777" w:rsidR="003D0526" w:rsidRDefault="00000000">
            <w:r>
              <w:t>15. Certainty assessment: Describe any methods used to assess certainty (or confidence) in the body of evidence for an outcome.</w:t>
            </w:r>
          </w:p>
        </w:tc>
        <w:tc>
          <w:tcPr>
            <w:tcW w:w="2880" w:type="dxa"/>
          </w:tcPr>
          <w:p w14:paraId="0A2283E5" w14:textId="77777777" w:rsidR="003D0526" w:rsidRDefault="003D0526"/>
        </w:tc>
      </w:tr>
    </w:tbl>
    <w:p w14:paraId="223B4573" w14:textId="77777777" w:rsidR="003D0526" w:rsidRDefault="00000000">
      <w:pPr>
        <w:pStyle w:val="Titolo2"/>
      </w:pPr>
      <w:r>
        <w:t>RESULTS</w:t>
      </w:r>
    </w:p>
    <w:tbl>
      <w:tblPr>
        <w:tblW w:w="0" w:type="auto"/>
        <w:tblLook w:val="04A0" w:firstRow="1" w:lastRow="0" w:firstColumn="1" w:lastColumn="0" w:noHBand="0" w:noVBand="1"/>
      </w:tblPr>
      <w:tblGrid>
        <w:gridCol w:w="2880"/>
        <w:gridCol w:w="2880"/>
        <w:gridCol w:w="2880"/>
      </w:tblGrid>
      <w:tr w:rsidR="003D0526" w14:paraId="0EF83DAF" w14:textId="77777777">
        <w:tc>
          <w:tcPr>
            <w:tcW w:w="2880" w:type="dxa"/>
          </w:tcPr>
          <w:p w14:paraId="56E42112" w14:textId="77777777" w:rsidR="003D0526" w:rsidRDefault="00000000">
            <w:r>
              <w:t>Item</w:t>
            </w:r>
          </w:p>
        </w:tc>
        <w:tc>
          <w:tcPr>
            <w:tcW w:w="2880" w:type="dxa"/>
          </w:tcPr>
          <w:p w14:paraId="08D596A5" w14:textId="77777777" w:rsidR="003D0526" w:rsidRDefault="00000000">
            <w:r>
              <w:t>Checklist item</w:t>
            </w:r>
          </w:p>
        </w:tc>
        <w:tc>
          <w:tcPr>
            <w:tcW w:w="2880" w:type="dxa"/>
          </w:tcPr>
          <w:p w14:paraId="0500E906" w14:textId="77777777" w:rsidR="003D0526" w:rsidRDefault="00000000">
            <w:r>
              <w:t>Location in manuscript (page/section)</w:t>
            </w:r>
          </w:p>
        </w:tc>
      </w:tr>
      <w:tr w:rsidR="003D0526" w14:paraId="4D0A1E0F" w14:textId="77777777">
        <w:tc>
          <w:tcPr>
            <w:tcW w:w="2880" w:type="dxa"/>
          </w:tcPr>
          <w:p w14:paraId="64632662" w14:textId="77777777" w:rsidR="003D0526" w:rsidRDefault="00000000">
            <w:r>
              <w:t>1</w:t>
            </w:r>
          </w:p>
        </w:tc>
        <w:tc>
          <w:tcPr>
            <w:tcW w:w="2880" w:type="dxa"/>
          </w:tcPr>
          <w:p w14:paraId="4AC46633" w14:textId="77777777" w:rsidR="003D0526" w:rsidRDefault="00000000">
            <w:r>
              <w:t>16. Study selection: Describe the results of the search and selection process, ideally using a flow diagram.</w:t>
            </w:r>
          </w:p>
        </w:tc>
        <w:tc>
          <w:tcPr>
            <w:tcW w:w="2880" w:type="dxa"/>
          </w:tcPr>
          <w:p w14:paraId="6B91A23E" w14:textId="6D2A429F" w:rsidR="003D0526" w:rsidRDefault="00752CD1">
            <w:r>
              <w:t>7</w:t>
            </w:r>
          </w:p>
        </w:tc>
      </w:tr>
      <w:tr w:rsidR="003D0526" w14:paraId="3750E11E" w14:textId="77777777">
        <w:tc>
          <w:tcPr>
            <w:tcW w:w="2880" w:type="dxa"/>
          </w:tcPr>
          <w:p w14:paraId="182FF0E8" w14:textId="77777777" w:rsidR="003D0526" w:rsidRDefault="00000000">
            <w:r>
              <w:t>2</w:t>
            </w:r>
          </w:p>
        </w:tc>
        <w:tc>
          <w:tcPr>
            <w:tcW w:w="2880" w:type="dxa"/>
          </w:tcPr>
          <w:p w14:paraId="0239A464" w14:textId="77777777" w:rsidR="003D0526" w:rsidRDefault="00000000">
            <w:r>
              <w:t>17. Study characteristics: Cite each included study and present its characteristics.</w:t>
            </w:r>
          </w:p>
        </w:tc>
        <w:tc>
          <w:tcPr>
            <w:tcW w:w="2880" w:type="dxa"/>
          </w:tcPr>
          <w:p w14:paraId="786434F7" w14:textId="094ACD5E" w:rsidR="003D0526" w:rsidRDefault="00752CD1">
            <w:r>
              <w:t>7</w:t>
            </w:r>
          </w:p>
        </w:tc>
      </w:tr>
      <w:tr w:rsidR="003D0526" w14:paraId="50B6C1B1" w14:textId="77777777">
        <w:tc>
          <w:tcPr>
            <w:tcW w:w="2880" w:type="dxa"/>
          </w:tcPr>
          <w:p w14:paraId="34D91058" w14:textId="77777777" w:rsidR="003D0526" w:rsidRDefault="00000000">
            <w:r>
              <w:t>3</w:t>
            </w:r>
          </w:p>
        </w:tc>
        <w:tc>
          <w:tcPr>
            <w:tcW w:w="2880" w:type="dxa"/>
          </w:tcPr>
          <w:p w14:paraId="0654CEA6" w14:textId="77777777" w:rsidR="003D0526" w:rsidRDefault="00000000">
            <w:r>
              <w:t>18. Risk of bias in studies: Present assessments of risk of bias for each included study.</w:t>
            </w:r>
          </w:p>
        </w:tc>
        <w:tc>
          <w:tcPr>
            <w:tcW w:w="2880" w:type="dxa"/>
          </w:tcPr>
          <w:p w14:paraId="7E885F23" w14:textId="67B82F8D" w:rsidR="003D0526" w:rsidRDefault="00752CD1">
            <w:r>
              <w:t>10</w:t>
            </w:r>
          </w:p>
        </w:tc>
      </w:tr>
      <w:tr w:rsidR="003D0526" w14:paraId="348BA673" w14:textId="77777777">
        <w:tc>
          <w:tcPr>
            <w:tcW w:w="2880" w:type="dxa"/>
          </w:tcPr>
          <w:p w14:paraId="0E31866F" w14:textId="77777777" w:rsidR="003D0526" w:rsidRDefault="00000000">
            <w:r>
              <w:t>4</w:t>
            </w:r>
          </w:p>
        </w:tc>
        <w:tc>
          <w:tcPr>
            <w:tcW w:w="2880" w:type="dxa"/>
          </w:tcPr>
          <w:p w14:paraId="1CFF0FB7" w14:textId="77777777" w:rsidR="003D0526" w:rsidRDefault="00000000">
            <w:r>
              <w:t>19. Results of individual studies: For all outcomes, present summary statistics for each group and effect estimates with confidence intervals, ideally using structured tables or plots.</w:t>
            </w:r>
          </w:p>
        </w:tc>
        <w:tc>
          <w:tcPr>
            <w:tcW w:w="2880" w:type="dxa"/>
          </w:tcPr>
          <w:p w14:paraId="000AAC96" w14:textId="5FBC844E" w:rsidR="003D0526" w:rsidRDefault="00752CD1">
            <w:r>
              <w:t>7-8-9</w:t>
            </w:r>
          </w:p>
        </w:tc>
      </w:tr>
      <w:tr w:rsidR="003D0526" w14:paraId="614497EC" w14:textId="77777777">
        <w:tc>
          <w:tcPr>
            <w:tcW w:w="2880" w:type="dxa"/>
          </w:tcPr>
          <w:p w14:paraId="6C7D46D8" w14:textId="77777777" w:rsidR="003D0526" w:rsidRDefault="00000000">
            <w:r>
              <w:t>5</w:t>
            </w:r>
          </w:p>
        </w:tc>
        <w:tc>
          <w:tcPr>
            <w:tcW w:w="2880" w:type="dxa"/>
          </w:tcPr>
          <w:p w14:paraId="1D13B55F" w14:textId="77777777" w:rsidR="003D0526" w:rsidRDefault="00000000">
            <w:r>
              <w:t xml:space="preserve">20. Results of syntheses: Summarize the characteristics and risk of </w:t>
            </w:r>
            <w:r>
              <w:lastRenderedPageBreak/>
              <w:t>bias among contributing studies, present results of all statistical syntheses, and describe results of any investigations of heterogeneity or sensitivity analyses.</w:t>
            </w:r>
          </w:p>
        </w:tc>
        <w:tc>
          <w:tcPr>
            <w:tcW w:w="2880" w:type="dxa"/>
          </w:tcPr>
          <w:p w14:paraId="1821BC61" w14:textId="5FEB9830" w:rsidR="003D0526" w:rsidRDefault="00752CD1">
            <w:r>
              <w:lastRenderedPageBreak/>
              <w:t>Table 1, figure 4-5</w:t>
            </w:r>
          </w:p>
        </w:tc>
      </w:tr>
      <w:tr w:rsidR="003D0526" w14:paraId="78345501" w14:textId="77777777">
        <w:tc>
          <w:tcPr>
            <w:tcW w:w="2880" w:type="dxa"/>
          </w:tcPr>
          <w:p w14:paraId="1F852BE7" w14:textId="77777777" w:rsidR="003D0526" w:rsidRDefault="00000000">
            <w:r>
              <w:t>6</w:t>
            </w:r>
          </w:p>
        </w:tc>
        <w:tc>
          <w:tcPr>
            <w:tcW w:w="2880" w:type="dxa"/>
          </w:tcPr>
          <w:p w14:paraId="52F1F75C" w14:textId="77777777" w:rsidR="003D0526" w:rsidRDefault="00000000">
            <w:r>
              <w:t>21. Reporting biases: Present assessments of risk of bias due to missing results (arising from reporting biases) for each synthesis assessed.</w:t>
            </w:r>
          </w:p>
        </w:tc>
        <w:tc>
          <w:tcPr>
            <w:tcW w:w="2880" w:type="dxa"/>
          </w:tcPr>
          <w:p w14:paraId="27AB7856" w14:textId="2DBFF9D3" w:rsidR="003D0526" w:rsidRDefault="00752CD1">
            <w:r>
              <w:t>Figures 4-5</w:t>
            </w:r>
          </w:p>
        </w:tc>
      </w:tr>
      <w:tr w:rsidR="003D0526" w14:paraId="5E0ECA5D" w14:textId="77777777">
        <w:tc>
          <w:tcPr>
            <w:tcW w:w="2880" w:type="dxa"/>
          </w:tcPr>
          <w:p w14:paraId="0AADF86F" w14:textId="77777777" w:rsidR="003D0526" w:rsidRDefault="00000000">
            <w:r>
              <w:t>7</w:t>
            </w:r>
          </w:p>
        </w:tc>
        <w:tc>
          <w:tcPr>
            <w:tcW w:w="2880" w:type="dxa"/>
          </w:tcPr>
          <w:p w14:paraId="4F20718C" w14:textId="77777777" w:rsidR="003D0526" w:rsidRDefault="00000000">
            <w:r>
              <w:t>22. Certainty of evidence: Present assessments of certainty (or confidence) in the body of evidence for each outcome assessed.</w:t>
            </w:r>
          </w:p>
        </w:tc>
        <w:tc>
          <w:tcPr>
            <w:tcW w:w="2880" w:type="dxa"/>
          </w:tcPr>
          <w:p w14:paraId="2AB0DCAE" w14:textId="2F8F329F" w:rsidR="003D0526" w:rsidRDefault="00752CD1">
            <w:proofErr w:type="spellStart"/>
            <w:r>
              <w:t>n.a.</w:t>
            </w:r>
            <w:proofErr w:type="spellEnd"/>
          </w:p>
        </w:tc>
      </w:tr>
    </w:tbl>
    <w:p w14:paraId="787632BD" w14:textId="77777777" w:rsidR="003D0526" w:rsidRDefault="00000000">
      <w:pPr>
        <w:pStyle w:val="Titolo2"/>
      </w:pPr>
      <w:r>
        <w:t>DISCUSSION</w:t>
      </w:r>
    </w:p>
    <w:tbl>
      <w:tblPr>
        <w:tblW w:w="0" w:type="auto"/>
        <w:tblLook w:val="04A0" w:firstRow="1" w:lastRow="0" w:firstColumn="1" w:lastColumn="0" w:noHBand="0" w:noVBand="1"/>
      </w:tblPr>
      <w:tblGrid>
        <w:gridCol w:w="2880"/>
        <w:gridCol w:w="2880"/>
        <w:gridCol w:w="2880"/>
      </w:tblGrid>
      <w:tr w:rsidR="003D0526" w14:paraId="2C51A245" w14:textId="77777777">
        <w:tc>
          <w:tcPr>
            <w:tcW w:w="2880" w:type="dxa"/>
          </w:tcPr>
          <w:p w14:paraId="69857E82" w14:textId="77777777" w:rsidR="003D0526" w:rsidRDefault="00000000">
            <w:r>
              <w:t>Item</w:t>
            </w:r>
          </w:p>
        </w:tc>
        <w:tc>
          <w:tcPr>
            <w:tcW w:w="2880" w:type="dxa"/>
          </w:tcPr>
          <w:p w14:paraId="41533930" w14:textId="77777777" w:rsidR="003D0526" w:rsidRDefault="00000000">
            <w:r>
              <w:t>Checklist item</w:t>
            </w:r>
          </w:p>
        </w:tc>
        <w:tc>
          <w:tcPr>
            <w:tcW w:w="2880" w:type="dxa"/>
          </w:tcPr>
          <w:p w14:paraId="30C5B8DC" w14:textId="77777777" w:rsidR="003D0526" w:rsidRDefault="00000000">
            <w:r>
              <w:t>Location in manuscript (page/section)</w:t>
            </w:r>
          </w:p>
        </w:tc>
      </w:tr>
      <w:tr w:rsidR="003D0526" w14:paraId="75593AFF" w14:textId="77777777">
        <w:tc>
          <w:tcPr>
            <w:tcW w:w="2880" w:type="dxa"/>
          </w:tcPr>
          <w:p w14:paraId="52CAFC72" w14:textId="77777777" w:rsidR="003D0526" w:rsidRDefault="00000000">
            <w:r>
              <w:t>1</w:t>
            </w:r>
          </w:p>
        </w:tc>
        <w:tc>
          <w:tcPr>
            <w:tcW w:w="2880" w:type="dxa"/>
          </w:tcPr>
          <w:p w14:paraId="504370EA" w14:textId="77777777" w:rsidR="003D0526" w:rsidRDefault="00000000">
            <w:r>
              <w:t>23. Provide a general interpretation of the results in the context of other evidence.</w:t>
            </w:r>
          </w:p>
        </w:tc>
        <w:tc>
          <w:tcPr>
            <w:tcW w:w="2880" w:type="dxa"/>
          </w:tcPr>
          <w:p w14:paraId="464F9022" w14:textId="421ED2ED" w:rsidR="003D0526" w:rsidRDefault="00752CD1">
            <w:r>
              <w:t>11</w:t>
            </w:r>
          </w:p>
        </w:tc>
      </w:tr>
      <w:tr w:rsidR="003D0526" w14:paraId="2EB3FFEE" w14:textId="77777777">
        <w:tc>
          <w:tcPr>
            <w:tcW w:w="2880" w:type="dxa"/>
          </w:tcPr>
          <w:p w14:paraId="7B392FE2" w14:textId="77777777" w:rsidR="003D0526" w:rsidRDefault="00000000">
            <w:r>
              <w:t>2</w:t>
            </w:r>
          </w:p>
        </w:tc>
        <w:tc>
          <w:tcPr>
            <w:tcW w:w="2880" w:type="dxa"/>
          </w:tcPr>
          <w:p w14:paraId="5BEEFCFE" w14:textId="77777777" w:rsidR="003D0526" w:rsidRDefault="00000000">
            <w:r>
              <w:t>24. Discuss any limitations of the evidence included in the review.</w:t>
            </w:r>
          </w:p>
        </w:tc>
        <w:tc>
          <w:tcPr>
            <w:tcW w:w="2880" w:type="dxa"/>
          </w:tcPr>
          <w:p w14:paraId="7A6C7AE8" w14:textId="191C45B4" w:rsidR="003D0526" w:rsidRDefault="00752CD1">
            <w:r>
              <w:t>11-12</w:t>
            </w:r>
          </w:p>
        </w:tc>
      </w:tr>
      <w:tr w:rsidR="003D0526" w14:paraId="1F61F459" w14:textId="77777777">
        <w:tc>
          <w:tcPr>
            <w:tcW w:w="2880" w:type="dxa"/>
          </w:tcPr>
          <w:p w14:paraId="4A6E2BCC" w14:textId="77777777" w:rsidR="003D0526" w:rsidRDefault="00000000">
            <w:r>
              <w:t>3</w:t>
            </w:r>
          </w:p>
        </w:tc>
        <w:tc>
          <w:tcPr>
            <w:tcW w:w="2880" w:type="dxa"/>
          </w:tcPr>
          <w:p w14:paraId="7F92FEE2" w14:textId="77777777" w:rsidR="003D0526" w:rsidRDefault="00000000">
            <w:r>
              <w:t>25. Discuss any limitations of the review processes used.</w:t>
            </w:r>
          </w:p>
        </w:tc>
        <w:tc>
          <w:tcPr>
            <w:tcW w:w="2880" w:type="dxa"/>
          </w:tcPr>
          <w:p w14:paraId="454912C5" w14:textId="574137AA" w:rsidR="003D0526" w:rsidRDefault="00752CD1">
            <w:r>
              <w:t>11-12</w:t>
            </w:r>
          </w:p>
        </w:tc>
      </w:tr>
      <w:tr w:rsidR="003D0526" w14:paraId="0CE7887B" w14:textId="77777777">
        <w:tc>
          <w:tcPr>
            <w:tcW w:w="2880" w:type="dxa"/>
          </w:tcPr>
          <w:p w14:paraId="0BE7B993" w14:textId="77777777" w:rsidR="003D0526" w:rsidRDefault="00000000">
            <w:r>
              <w:t>4</w:t>
            </w:r>
          </w:p>
        </w:tc>
        <w:tc>
          <w:tcPr>
            <w:tcW w:w="2880" w:type="dxa"/>
          </w:tcPr>
          <w:p w14:paraId="53C6FB91" w14:textId="77777777" w:rsidR="003D0526" w:rsidRDefault="00000000">
            <w:r>
              <w:t>26. Discuss implications of the results for practice, policy, and future research.</w:t>
            </w:r>
          </w:p>
        </w:tc>
        <w:tc>
          <w:tcPr>
            <w:tcW w:w="2880" w:type="dxa"/>
          </w:tcPr>
          <w:p w14:paraId="13ADC83D" w14:textId="5C6CF002" w:rsidR="003D0526" w:rsidRDefault="00752CD1">
            <w:r>
              <w:t>12</w:t>
            </w:r>
          </w:p>
        </w:tc>
      </w:tr>
    </w:tbl>
    <w:p w14:paraId="296B92A1" w14:textId="77777777" w:rsidR="003D0526" w:rsidRDefault="00000000">
      <w:pPr>
        <w:pStyle w:val="Titolo2"/>
      </w:pPr>
      <w:r>
        <w:lastRenderedPageBreak/>
        <w:t>OTHER INFORMATION</w:t>
      </w:r>
    </w:p>
    <w:tbl>
      <w:tblPr>
        <w:tblW w:w="0" w:type="auto"/>
        <w:tblLook w:val="04A0" w:firstRow="1" w:lastRow="0" w:firstColumn="1" w:lastColumn="0" w:noHBand="0" w:noVBand="1"/>
      </w:tblPr>
      <w:tblGrid>
        <w:gridCol w:w="2880"/>
        <w:gridCol w:w="2880"/>
        <w:gridCol w:w="2880"/>
      </w:tblGrid>
      <w:tr w:rsidR="003D0526" w14:paraId="5455A9DE" w14:textId="77777777">
        <w:tc>
          <w:tcPr>
            <w:tcW w:w="2880" w:type="dxa"/>
          </w:tcPr>
          <w:p w14:paraId="1EE4E9F4" w14:textId="77777777" w:rsidR="003D0526" w:rsidRDefault="00000000">
            <w:r>
              <w:t>Item</w:t>
            </w:r>
          </w:p>
        </w:tc>
        <w:tc>
          <w:tcPr>
            <w:tcW w:w="2880" w:type="dxa"/>
          </w:tcPr>
          <w:p w14:paraId="4EF009B6" w14:textId="77777777" w:rsidR="003D0526" w:rsidRDefault="00000000">
            <w:r>
              <w:t>Checklist item</w:t>
            </w:r>
          </w:p>
        </w:tc>
        <w:tc>
          <w:tcPr>
            <w:tcW w:w="2880" w:type="dxa"/>
          </w:tcPr>
          <w:p w14:paraId="69B15D50" w14:textId="77777777" w:rsidR="003D0526" w:rsidRDefault="00000000">
            <w:r>
              <w:t>Location in manuscript (page/section)</w:t>
            </w:r>
          </w:p>
        </w:tc>
      </w:tr>
      <w:tr w:rsidR="003D0526" w14:paraId="77876F1A" w14:textId="77777777">
        <w:tc>
          <w:tcPr>
            <w:tcW w:w="2880" w:type="dxa"/>
          </w:tcPr>
          <w:p w14:paraId="75628163" w14:textId="77777777" w:rsidR="003D0526" w:rsidRDefault="00000000">
            <w:r>
              <w:t>1</w:t>
            </w:r>
          </w:p>
        </w:tc>
        <w:tc>
          <w:tcPr>
            <w:tcW w:w="2880" w:type="dxa"/>
          </w:tcPr>
          <w:p w14:paraId="5F0AA7B4" w14:textId="77777777" w:rsidR="003D0526" w:rsidRDefault="00000000">
            <w:r>
              <w:t>27. Registration and protocol: Provide registration information for the review, protocol access, and amendments if applicable.</w:t>
            </w:r>
          </w:p>
        </w:tc>
        <w:tc>
          <w:tcPr>
            <w:tcW w:w="2880" w:type="dxa"/>
          </w:tcPr>
          <w:p w14:paraId="36D07E3B" w14:textId="2D2426A9" w:rsidR="003D0526" w:rsidRDefault="00752CD1">
            <w:r>
              <w:t>2</w:t>
            </w:r>
          </w:p>
        </w:tc>
      </w:tr>
      <w:tr w:rsidR="003D0526" w14:paraId="6E748F84" w14:textId="77777777">
        <w:tc>
          <w:tcPr>
            <w:tcW w:w="2880" w:type="dxa"/>
          </w:tcPr>
          <w:p w14:paraId="21BE3833" w14:textId="77777777" w:rsidR="003D0526" w:rsidRDefault="00000000">
            <w:r>
              <w:t>2</w:t>
            </w:r>
          </w:p>
        </w:tc>
        <w:tc>
          <w:tcPr>
            <w:tcW w:w="2880" w:type="dxa"/>
          </w:tcPr>
          <w:p w14:paraId="197ECAD5" w14:textId="77777777" w:rsidR="003D0526" w:rsidRDefault="00000000">
            <w:r>
              <w:t>28. Support: Describe sources of financial or non-financial support for the review, and the role of the funders or sponsors.</w:t>
            </w:r>
          </w:p>
        </w:tc>
        <w:tc>
          <w:tcPr>
            <w:tcW w:w="2880" w:type="dxa"/>
          </w:tcPr>
          <w:p w14:paraId="3037F9BD" w14:textId="4157A0EF" w:rsidR="003D0526" w:rsidRDefault="00752CD1">
            <w:proofErr w:type="spellStart"/>
            <w:r>
              <w:t>n.a.</w:t>
            </w:r>
            <w:proofErr w:type="spellEnd"/>
          </w:p>
        </w:tc>
      </w:tr>
      <w:tr w:rsidR="003D0526" w14:paraId="5049936B" w14:textId="77777777">
        <w:tc>
          <w:tcPr>
            <w:tcW w:w="2880" w:type="dxa"/>
          </w:tcPr>
          <w:p w14:paraId="08B29C37" w14:textId="77777777" w:rsidR="003D0526" w:rsidRDefault="00000000">
            <w:r>
              <w:t>3</w:t>
            </w:r>
          </w:p>
        </w:tc>
        <w:tc>
          <w:tcPr>
            <w:tcW w:w="2880" w:type="dxa"/>
          </w:tcPr>
          <w:p w14:paraId="471F94C4" w14:textId="77777777" w:rsidR="003D0526" w:rsidRDefault="00000000">
            <w:r>
              <w:t>29. Competing interests: Declare any competing interests of review authors.</w:t>
            </w:r>
          </w:p>
        </w:tc>
        <w:tc>
          <w:tcPr>
            <w:tcW w:w="2880" w:type="dxa"/>
          </w:tcPr>
          <w:p w14:paraId="219AF22E" w14:textId="564B185A" w:rsidR="003D0526" w:rsidRDefault="00752CD1">
            <w:r>
              <w:t>17</w:t>
            </w:r>
          </w:p>
        </w:tc>
      </w:tr>
      <w:tr w:rsidR="003D0526" w14:paraId="123A66C2" w14:textId="77777777">
        <w:tc>
          <w:tcPr>
            <w:tcW w:w="2880" w:type="dxa"/>
          </w:tcPr>
          <w:p w14:paraId="31A95F5E" w14:textId="77777777" w:rsidR="003D0526" w:rsidRDefault="00000000">
            <w:r>
              <w:t>4</w:t>
            </w:r>
          </w:p>
        </w:tc>
        <w:tc>
          <w:tcPr>
            <w:tcW w:w="2880" w:type="dxa"/>
          </w:tcPr>
          <w:p w14:paraId="49BC576A" w14:textId="77777777" w:rsidR="003D0526" w:rsidRDefault="00000000">
            <w:r>
              <w:t>30. Availability of data, code and other materials: Report which of the following are publicly available and where they can be found: template data collection forms; extracted data; data used for analyses; analytic code; any other materials used in the review.</w:t>
            </w:r>
          </w:p>
        </w:tc>
        <w:tc>
          <w:tcPr>
            <w:tcW w:w="2880" w:type="dxa"/>
          </w:tcPr>
          <w:p w14:paraId="5972552C" w14:textId="77D95BC8" w:rsidR="003D0526" w:rsidRDefault="00752CD1">
            <w:r>
              <w:t>17</w:t>
            </w:r>
          </w:p>
        </w:tc>
      </w:tr>
    </w:tbl>
    <w:p w14:paraId="6584D7EC" w14:textId="77777777" w:rsidR="00EE7510" w:rsidRDefault="00EE7510"/>
    <w:sectPr w:rsidR="00EE751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104762186">
    <w:abstractNumId w:val="8"/>
  </w:num>
  <w:num w:numId="2" w16cid:durableId="1382972804">
    <w:abstractNumId w:val="6"/>
  </w:num>
  <w:num w:numId="3" w16cid:durableId="1677223892">
    <w:abstractNumId w:val="5"/>
  </w:num>
  <w:num w:numId="4" w16cid:durableId="382217989">
    <w:abstractNumId w:val="4"/>
  </w:num>
  <w:num w:numId="5" w16cid:durableId="771318118">
    <w:abstractNumId w:val="7"/>
  </w:num>
  <w:num w:numId="6" w16cid:durableId="294990075">
    <w:abstractNumId w:val="3"/>
  </w:num>
  <w:num w:numId="7" w16cid:durableId="1461608139">
    <w:abstractNumId w:val="2"/>
  </w:num>
  <w:num w:numId="8" w16cid:durableId="853348544">
    <w:abstractNumId w:val="1"/>
  </w:num>
  <w:num w:numId="9" w16cid:durableId="1964841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0526"/>
    <w:rsid w:val="00752CD1"/>
    <w:rsid w:val="00AA1D8D"/>
    <w:rsid w:val="00B47730"/>
    <w:rsid w:val="00CB0664"/>
    <w:rsid w:val="00DE2C1C"/>
    <w:rsid w:val="00EE75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D91B76"/>
  <w14:defaultImageDpi w14:val="300"/>
  <w15:docId w15:val="{D9F77607-5FAD-49B9-94BC-3776AA86A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Benedetta GHEZZI</cp:lastModifiedBy>
  <cp:revision>2</cp:revision>
  <dcterms:created xsi:type="dcterms:W3CDTF">2013-12-23T23:15:00Z</dcterms:created>
  <dcterms:modified xsi:type="dcterms:W3CDTF">2025-09-16T09:02:00Z</dcterms:modified>
  <cp:category/>
</cp:coreProperties>
</file>