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E8924" w14:textId="77777777" w:rsidR="009F5D84" w:rsidRDefault="00F171EF">
      <w:pPr>
        <w:pStyle w:val="Title"/>
      </w:pPr>
      <w:r>
        <w:t>Sexuality During Pregnancy – Questionnaire</w:t>
      </w:r>
    </w:p>
    <w:p w14:paraId="35E02483" w14:textId="6E8877AA" w:rsidR="009F5D84" w:rsidRDefault="00F171EF">
      <w:pPr>
        <w:pStyle w:val="ListNumber"/>
      </w:pPr>
      <w:r>
        <w:t>This questionnaire refers to your current pregnancy, which is number:</w:t>
      </w:r>
    </w:p>
    <w:p w14:paraId="72E587EF" w14:textId="77777777" w:rsidR="009F5D84" w:rsidRDefault="00F171EF">
      <w:pPr>
        <w:pStyle w:val="ListBullet"/>
      </w:pPr>
      <w:r>
        <w:t>1</w:t>
      </w:r>
    </w:p>
    <w:p w14:paraId="6A9CCD90" w14:textId="77777777" w:rsidR="009F5D84" w:rsidRDefault="00F171EF">
      <w:pPr>
        <w:pStyle w:val="ListBullet"/>
      </w:pPr>
      <w:r>
        <w:t>2</w:t>
      </w:r>
    </w:p>
    <w:p w14:paraId="1C870354" w14:textId="77777777" w:rsidR="009F5D84" w:rsidRDefault="00F171EF">
      <w:pPr>
        <w:pStyle w:val="ListBullet"/>
      </w:pPr>
      <w:r>
        <w:t>3</w:t>
      </w:r>
    </w:p>
    <w:p w14:paraId="02976438" w14:textId="77777777" w:rsidR="009F5D84" w:rsidRDefault="00F171EF">
      <w:pPr>
        <w:pStyle w:val="ListBullet"/>
      </w:pPr>
      <w:r>
        <w:t>4</w:t>
      </w:r>
    </w:p>
    <w:p w14:paraId="04EC5C63" w14:textId="77777777" w:rsidR="009F5D84" w:rsidRDefault="00F171EF">
      <w:pPr>
        <w:pStyle w:val="ListBullet"/>
      </w:pPr>
      <w:r>
        <w:t>Other: __________</w:t>
      </w:r>
    </w:p>
    <w:p w14:paraId="7AA1039A" w14:textId="1F3334EA" w:rsidR="009F5D84" w:rsidRDefault="00F171EF">
      <w:pPr>
        <w:pStyle w:val="ListNumber"/>
      </w:pPr>
      <w:r>
        <w:t>Education:</w:t>
      </w:r>
    </w:p>
    <w:p w14:paraId="0E142047" w14:textId="77777777" w:rsidR="009F5D84" w:rsidRDefault="00F171EF">
      <w:pPr>
        <w:pStyle w:val="ListBullet"/>
      </w:pPr>
      <w:r>
        <w:t>Up to 12 years of schooling</w:t>
      </w:r>
    </w:p>
    <w:p w14:paraId="3526F95E" w14:textId="77777777" w:rsidR="009F5D84" w:rsidRDefault="00F171EF">
      <w:pPr>
        <w:pStyle w:val="ListBullet"/>
      </w:pPr>
      <w:r>
        <w:t>More than 12 years of schooling</w:t>
      </w:r>
    </w:p>
    <w:p w14:paraId="3339601E" w14:textId="4EB17F78" w:rsidR="009F5D84" w:rsidRDefault="00F171EF">
      <w:pPr>
        <w:pStyle w:val="ListNumber"/>
      </w:pPr>
      <w:r>
        <w:t xml:space="preserve"> Religion:</w:t>
      </w:r>
    </w:p>
    <w:p w14:paraId="3B2937FD" w14:textId="77777777" w:rsidR="009F5D84" w:rsidRDefault="00F171EF">
      <w:pPr>
        <w:pStyle w:val="ListBullet"/>
      </w:pPr>
      <w:r>
        <w:t>Jewish</w:t>
      </w:r>
    </w:p>
    <w:p w14:paraId="3755BDA0" w14:textId="77777777" w:rsidR="009F5D84" w:rsidRDefault="00F171EF">
      <w:pPr>
        <w:pStyle w:val="ListBullet"/>
      </w:pPr>
      <w:r>
        <w:t>Muslim</w:t>
      </w:r>
    </w:p>
    <w:p w14:paraId="6F587F5C" w14:textId="77777777" w:rsidR="009F5D84" w:rsidRDefault="00F171EF">
      <w:pPr>
        <w:pStyle w:val="ListBullet"/>
      </w:pPr>
      <w:r>
        <w:t>Druze</w:t>
      </w:r>
    </w:p>
    <w:p w14:paraId="311ADD44" w14:textId="77777777" w:rsidR="009F5D84" w:rsidRDefault="00F171EF">
      <w:pPr>
        <w:pStyle w:val="ListBullet"/>
      </w:pPr>
      <w:r>
        <w:t>Christian</w:t>
      </w:r>
    </w:p>
    <w:p w14:paraId="6EA74275" w14:textId="77777777" w:rsidR="009F5D84" w:rsidRDefault="00F171EF">
      <w:pPr>
        <w:pStyle w:val="ListBullet"/>
      </w:pPr>
      <w:r>
        <w:t>Other</w:t>
      </w:r>
    </w:p>
    <w:p w14:paraId="21AD6AA8" w14:textId="3F7019D4" w:rsidR="009F5D84" w:rsidRDefault="00F171EF">
      <w:pPr>
        <w:pStyle w:val="ListNumber"/>
      </w:pPr>
      <w:r>
        <w:t xml:space="preserve"> Are you religious?</w:t>
      </w:r>
    </w:p>
    <w:p w14:paraId="14E17518" w14:textId="77777777" w:rsidR="009F5D84" w:rsidRDefault="00F171EF">
      <w:pPr>
        <w:pStyle w:val="ListBullet"/>
      </w:pPr>
      <w:r>
        <w:t>Yes</w:t>
      </w:r>
    </w:p>
    <w:p w14:paraId="2855C6D4" w14:textId="77777777" w:rsidR="009F5D84" w:rsidRDefault="00F171EF">
      <w:pPr>
        <w:pStyle w:val="ListBullet"/>
      </w:pPr>
      <w:r>
        <w:t>No</w:t>
      </w:r>
    </w:p>
    <w:p w14:paraId="7DB973D3" w14:textId="4A9BAC83" w:rsidR="009F5D84" w:rsidRDefault="00F171EF">
      <w:pPr>
        <w:pStyle w:val="ListNumber"/>
      </w:pPr>
      <w:r>
        <w:t>What is your current gestational week? _____</w:t>
      </w:r>
    </w:p>
    <w:p w14:paraId="4E9D6A6D" w14:textId="5135F6E7" w:rsidR="009F5D84" w:rsidRDefault="00F171EF">
      <w:pPr>
        <w:pStyle w:val="ListNumber"/>
      </w:pPr>
      <w:r>
        <w:t>How is your current pregnancy classified?</w:t>
      </w:r>
    </w:p>
    <w:p w14:paraId="0808AC58" w14:textId="77777777" w:rsidR="009F5D84" w:rsidRDefault="00F171EF">
      <w:pPr>
        <w:pStyle w:val="ListBullet"/>
      </w:pPr>
      <w:r>
        <w:t>Low-risk pregnancy</w:t>
      </w:r>
    </w:p>
    <w:p w14:paraId="4FC87027" w14:textId="77777777" w:rsidR="009F5D84" w:rsidRDefault="00F171EF">
      <w:pPr>
        <w:pStyle w:val="ListBullet"/>
      </w:pPr>
      <w:r>
        <w:t>High-risk pregnancy</w:t>
      </w:r>
    </w:p>
    <w:p w14:paraId="57836D3F" w14:textId="6F7C73BC" w:rsidR="009F5D84" w:rsidRDefault="00F171EF">
      <w:pPr>
        <w:pStyle w:val="ListNumber"/>
      </w:pPr>
      <w:r>
        <w:t xml:space="preserve">If </w:t>
      </w:r>
      <w:proofErr w:type="gramStart"/>
      <w:r>
        <w:t>high-risk</w:t>
      </w:r>
      <w:proofErr w:type="gramEnd"/>
      <w:r>
        <w:t>, due to:</w:t>
      </w:r>
    </w:p>
    <w:p w14:paraId="6802E4FF" w14:textId="77777777" w:rsidR="009F5D84" w:rsidRDefault="00F171EF">
      <w:pPr>
        <w:pStyle w:val="ListBullet"/>
      </w:pPr>
      <w:r>
        <w:t>Diabetes</w:t>
      </w:r>
    </w:p>
    <w:p w14:paraId="5218060B" w14:textId="77777777" w:rsidR="009F5D84" w:rsidRDefault="00F171EF">
      <w:pPr>
        <w:pStyle w:val="ListBullet"/>
      </w:pPr>
      <w:r>
        <w:t>High blood pressure</w:t>
      </w:r>
    </w:p>
    <w:p w14:paraId="7EACB40D" w14:textId="77777777" w:rsidR="009F5D84" w:rsidRDefault="00F171EF">
      <w:pPr>
        <w:pStyle w:val="ListBullet"/>
      </w:pPr>
      <w:r>
        <w:t>History of preterm births</w:t>
      </w:r>
    </w:p>
    <w:p w14:paraId="428451AE" w14:textId="77777777" w:rsidR="009F5D84" w:rsidRDefault="00F171EF">
      <w:pPr>
        <w:pStyle w:val="ListBullet"/>
      </w:pPr>
      <w:r>
        <w:t>Threatened preterm labor in this pregnancy</w:t>
      </w:r>
    </w:p>
    <w:p w14:paraId="693E5CE5" w14:textId="77777777" w:rsidR="009F5D84" w:rsidRDefault="00F171EF">
      <w:pPr>
        <w:pStyle w:val="ListBullet"/>
      </w:pPr>
      <w:r>
        <w:t>Placental complications (placenta previa/abruption)</w:t>
      </w:r>
    </w:p>
    <w:p w14:paraId="187EB17C" w14:textId="77777777" w:rsidR="009F5D84" w:rsidRDefault="00F171EF">
      <w:pPr>
        <w:pStyle w:val="ListBullet"/>
      </w:pPr>
      <w:r>
        <w:t>Multiple pregnancy</w:t>
      </w:r>
    </w:p>
    <w:p w14:paraId="4F6B91ED" w14:textId="77777777" w:rsidR="009F5D84" w:rsidRDefault="00F171EF">
      <w:pPr>
        <w:pStyle w:val="ListBullet"/>
      </w:pPr>
      <w:r>
        <w:lastRenderedPageBreak/>
        <w:t>Other: __________</w:t>
      </w:r>
    </w:p>
    <w:p w14:paraId="6CCA0D8F" w14:textId="77777777" w:rsidR="009F5D84" w:rsidRDefault="00F171EF">
      <w:pPr>
        <w:pStyle w:val="ListBullet"/>
      </w:pPr>
      <w:r>
        <w:t>Not high-risk</w:t>
      </w:r>
    </w:p>
    <w:p w14:paraId="1E770656" w14:textId="5342F564" w:rsidR="009F5D84" w:rsidRDefault="00F171EF">
      <w:pPr>
        <w:pStyle w:val="ListNumber"/>
      </w:pPr>
      <w:r>
        <w:t>If you have children, how many? ______</w:t>
      </w:r>
    </w:p>
    <w:p w14:paraId="573ACD8F" w14:textId="4957BCAA" w:rsidR="009F5D84" w:rsidRDefault="00F171EF">
      <w:pPr>
        <w:pStyle w:val="ListNumber"/>
      </w:pPr>
      <w:r>
        <w:t>Has your frequency of sexual intercourse changed during pregnancy compared to before?</w:t>
      </w:r>
    </w:p>
    <w:p w14:paraId="05ECC942" w14:textId="77777777" w:rsidR="009F5D84" w:rsidRDefault="00F171EF">
      <w:pPr>
        <w:pStyle w:val="ListBullet"/>
      </w:pPr>
      <w:r>
        <w:t>No change</w:t>
      </w:r>
    </w:p>
    <w:p w14:paraId="67F1A870" w14:textId="77777777" w:rsidR="009F5D84" w:rsidRDefault="00F171EF">
      <w:pPr>
        <w:pStyle w:val="ListBullet"/>
      </w:pPr>
      <w:r>
        <w:t>Yes – Frequency increased or decreased (circle one)</w:t>
      </w:r>
    </w:p>
    <w:p w14:paraId="3CD7CB1F" w14:textId="13136A75" w:rsidR="009F5D84" w:rsidRDefault="00F171EF">
      <w:pPr>
        <w:pStyle w:val="ListNumber"/>
      </w:pPr>
      <w:r>
        <w:t>Has your desire for intimacy and sexual intercourse changed during pregnancy?</w:t>
      </w:r>
    </w:p>
    <w:p w14:paraId="3D983675" w14:textId="77777777" w:rsidR="009F5D84" w:rsidRDefault="00F171EF">
      <w:pPr>
        <w:pStyle w:val="ListBullet"/>
      </w:pPr>
      <w:r>
        <w:t>No change</w:t>
      </w:r>
    </w:p>
    <w:p w14:paraId="136E0A50" w14:textId="77777777" w:rsidR="009F5D84" w:rsidRDefault="00F171EF">
      <w:pPr>
        <w:pStyle w:val="ListBullet"/>
      </w:pPr>
      <w:r>
        <w:t>Decreased due to concern for pregnancy safety</w:t>
      </w:r>
    </w:p>
    <w:p w14:paraId="7F8E5070" w14:textId="77777777" w:rsidR="009F5D84" w:rsidRDefault="00F171EF">
      <w:pPr>
        <w:pStyle w:val="ListBullet"/>
      </w:pPr>
      <w:r>
        <w:t>Decreased due to another reason</w:t>
      </w:r>
    </w:p>
    <w:p w14:paraId="11B0CD6E" w14:textId="77777777" w:rsidR="009F5D84" w:rsidRDefault="00F171EF">
      <w:pPr>
        <w:pStyle w:val="ListBullet"/>
      </w:pPr>
      <w:r>
        <w:t>Increased during pregnancy</w:t>
      </w:r>
    </w:p>
    <w:p w14:paraId="46C5A870" w14:textId="177523E2" w:rsidR="009F5D84" w:rsidRDefault="00F171EF">
      <w:pPr>
        <w:pStyle w:val="ListNumber"/>
      </w:pPr>
      <w:r>
        <w:t>Has your partner's desire for intimacy and sexual intercourse changed during pregnancy?</w:t>
      </w:r>
    </w:p>
    <w:p w14:paraId="27DBA25C" w14:textId="77777777" w:rsidR="009F5D84" w:rsidRDefault="00F171EF">
      <w:pPr>
        <w:pStyle w:val="ListBullet"/>
      </w:pPr>
      <w:r>
        <w:t>No change</w:t>
      </w:r>
    </w:p>
    <w:p w14:paraId="2FF07CD0" w14:textId="77777777" w:rsidR="009F5D84" w:rsidRDefault="00F171EF">
      <w:pPr>
        <w:pStyle w:val="ListBullet"/>
      </w:pPr>
      <w:r>
        <w:t>Decreased due to concern for pregnancy safety</w:t>
      </w:r>
    </w:p>
    <w:p w14:paraId="37F105CA" w14:textId="77777777" w:rsidR="009F5D84" w:rsidRDefault="00F171EF">
      <w:pPr>
        <w:pStyle w:val="ListBullet"/>
      </w:pPr>
      <w:r>
        <w:t>Decreased due to another reason</w:t>
      </w:r>
    </w:p>
    <w:p w14:paraId="3477E223" w14:textId="77777777" w:rsidR="009F5D84" w:rsidRDefault="00F171EF">
      <w:pPr>
        <w:pStyle w:val="ListBullet"/>
      </w:pPr>
      <w:r>
        <w:t>Increased during pregnancy</w:t>
      </w:r>
    </w:p>
    <w:p w14:paraId="762B24B0" w14:textId="684E27B5" w:rsidR="009F5D84" w:rsidRDefault="00F171EF">
      <w:pPr>
        <w:pStyle w:val="ListNumber"/>
      </w:pPr>
      <w:r>
        <w:t xml:space="preserve">If you wanted to ask a question about sexual activity during pregnancy, </w:t>
      </w:r>
      <w:proofErr w:type="gramStart"/>
      <w:r>
        <w:t>whom</w:t>
      </w:r>
      <w:proofErr w:type="gramEnd"/>
      <w:r>
        <w:t xml:space="preserve"> would you approach?</w:t>
      </w:r>
    </w:p>
    <w:p w14:paraId="702B7B2E" w14:textId="77777777" w:rsidR="009F5D84" w:rsidRDefault="00F171EF">
      <w:pPr>
        <w:pStyle w:val="ListBullet"/>
      </w:pPr>
      <w:r>
        <w:t>Friend</w:t>
      </w:r>
    </w:p>
    <w:p w14:paraId="4F218EAB" w14:textId="77777777" w:rsidR="009F5D84" w:rsidRDefault="00F171EF">
      <w:pPr>
        <w:pStyle w:val="ListBullet"/>
      </w:pPr>
      <w:r>
        <w:t>Relative</w:t>
      </w:r>
    </w:p>
    <w:p w14:paraId="556B12CE" w14:textId="77777777" w:rsidR="009F5D84" w:rsidRDefault="00F171EF">
      <w:pPr>
        <w:pStyle w:val="ListBullet"/>
      </w:pPr>
      <w:r>
        <w:t>Media (internet, pamphlets)</w:t>
      </w:r>
    </w:p>
    <w:p w14:paraId="07BD5D21" w14:textId="77777777" w:rsidR="009F5D84" w:rsidRDefault="00F171EF">
      <w:pPr>
        <w:pStyle w:val="ListBullet"/>
      </w:pPr>
      <w:r>
        <w:t>Treating gynecologist</w:t>
      </w:r>
    </w:p>
    <w:p w14:paraId="06AA6ADF" w14:textId="77777777" w:rsidR="009F5D84" w:rsidRDefault="00F171EF">
      <w:pPr>
        <w:pStyle w:val="ListBullet"/>
      </w:pPr>
      <w:r>
        <w:t>I would be too embarrassed to ask</w:t>
      </w:r>
    </w:p>
    <w:p w14:paraId="52D2A31C" w14:textId="7BD87B7D" w:rsidR="009F5D84" w:rsidRDefault="00F171EF">
      <w:pPr>
        <w:pStyle w:val="ListNumber"/>
      </w:pPr>
      <w:r>
        <w:t>Did your doctor explain anything about sexuality during pregnancy?</w:t>
      </w:r>
    </w:p>
    <w:p w14:paraId="75C8488D" w14:textId="77777777" w:rsidR="009F5D84" w:rsidRDefault="00F171EF">
      <w:pPr>
        <w:pStyle w:val="ListBullet"/>
      </w:pPr>
      <w:r>
        <w:t>Yes, voluntarily</w:t>
      </w:r>
    </w:p>
    <w:p w14:paraId="1F945232" w14:textId="77777777" w:rsidR="009F5D84" w:rsidRDefault="00F171EF">
      <w:pPr>
        <w:pStyle w:val="ListBullet"/>
      </w:pPr>
      <w:r>
        <w:t>Yes, when I asked</w:t>
      </w:r>
    </w:p>
    <w:p w14:paraId="1821FD24" w14:textId="77777777" w:rsidR="009F5D84" w:rsidRDefault="00F171EF">
      <w:pPr>
        <w:pStyle w:val="ListBullet"/>
      </w:pPr>
      <w:r>
        <w:t>No</w:t>
      </w:r>
    </w:p>
    <w:p w14:paraId="6AF911A9" w14:textId="7C443887" w:rsidR="009F5D84" w:rsidRDefault="00F171EF">
      <w:pPr>
        <w:pStyle w:val="ListNumber"/>
      </w:pPr>
      <w:r>
        <w:t>Would you like your gynecologist to explain about sexuality during pregnancy?</w:t>
      </w:r>
    </w:p>
    <w:p w14:paraId="70277A73" w14:textId="77777777" w:rsidR="009F5D84" w:rsidRDefault="00F171EF">
      <w:pPr>
        <w:pStyle w:val="ListBullet"/>
      </w:pPr>
      <w:r>
        <w:t>Yes</w:t>
      </w:r>
    </w:p>
    <w:p w14:paraId="359189EF" w14:textId="77777777" w:rsidR="009F5D84" w:rsidRDefault="00F171EF">
      <w:pPr>
        <w:pStyle w:val="ListBullet"/>
      </w:pPr>
      <w:r>
        <w:t>Yes, but they should initiate the explanation</w:t>
      </w:r>
    </w:p>
    <w:p w14:paraId="2B656EEA" w14:textId="77777777" w:rsidR="009F5D84" w:rsidRDefault="00F171EF">
      <w:pPr>
        <w:pStyle w:val="ListBullet"/>
      </w:pPr>
      <w:r>
        <w:t>No, I would be embarrassed</w:t>
      </w:r>
    </w:p>
    <w:p w14:paraId="6D5CDFB8" w14:textId="1D0A0845" w:rsidR="009F5D84" w:rsidRDefault="00F171EF">
      <w:pPr>
        <w:pStyle w:val="ListNumber"/>
      </w:pPr>
      <w:r>
        <w:t xml:space="preserve">If you’ve given birth before, is the frequency of sexual intercourse </w:t>
      </w:r>
      <w:proofErr w:type="gramStart"/>
      <w:r>
        <w:t>similar to</w:t>
      </w:r>
      <w:proofErr w:type="gramEnd"/>
      <w:r>
        <w:t xml:space="preserve"> your previous pregnancy?</w:t>
      </w:r>
    </w:p>
    <w:p w14:paraId="1EFF9872" w14:textId="77777777" w:rsidR="009F5D84" w:rsidRDefault="00F171EF">
      <w:pPr>
        <w:pStyle w:val="ListBullet"/>
      </w:pPr>
      <w:r>
        <w:t>Less than in previous pregnancy</w:t>
      </w:r>
    </w:p>
    <w:p w14:paraId="4E8817F8" w14:textId="77777777" w:rsidR="009F5D84" w:rsidRDefault="00F171EF">
      <w:pPr>
        <w:pStyle w:val="ListBullet"/>
      </w:pPr>
      <w:r>
        <w:t>About the same</w:t>
      </w:r>
    </w:p>
    <w:p w14:paraId="560C54AB" w14:textId="77777777" w:rsidR="009F5D84" w:rsidRDefault="00F171EF">
      <w:pPr>
        <w:pStyle w:val="ListBullet"/>
      </w:pPr>
      <w:r>
        <w:t xml:space="preserve">More than in </w:t>
      </w:r>
      <w:proofErr w:type="gramStart"/>
      <w:r>
        <w:t>previous</w:t>
      </w:r>
      <w:proofErr w:type="gramEnd"/>
      <w:r>
        <w:t xml:space="preserve"> pregnancy</w:t>
      </w:r>
    </w:p>
    <w:p w14:paraId="3218FA37" w14:textId="77777777" w:rsidR="009F5D84" w:rsidRDefault="00F171EF">
      <w:pPr>
        <w:pStyle w:val="ListBullet"/>
      </w:pPr>
      <w:r>
        <w:t>I haven’t given birth before</w:t>
      </w:r>
    </w:p>
    <w:p w14:paraId="0343DE82" w14:textId="1489B5F7" w:rsidR="009F5D84" w:rsidRDefault="00F171EF">
      <w:pPr>
        <w:pStyle w:val="ListNumber"/>
      </w:pPr>
      <w:r>
        <w:t>How satisfied are you with your sexual relationship with your partner during pregnancy?</w:t>
      </w:r>
    </w:p>
    <w:p w14:paraId="5DBBE27D" w14:textId="77777777" w:rsidR="009F5D84" w:rsidRDefault="00F171EF">
      <w:pPr>
        <w:pStyle w:val="ListBullet"/>
      </w:pPr>
      <w:r>
        <w:t>Very satisfied</w:t>
      </w:r>
    </w:p>
    <w:p w14:paraId="0BECB746" w14:textId="77777777" w:rsidR="009F5D84" w:rsidRDefault="00F171EF">
      <w:pPr>
        <w:pStyle w:val="ListBullet"/>
      </w:pPr>
      <w:r>
        <w:t>Moderately satisfied</w:t>
      </w:r>
    </w:p>
    <w:p w14:paraId="133FA517" w14:textId="77777777" w:rsidR="009F5D84" w:rsidRDefault="00F171EF">
      <w:pPr>
        <w:pStyle w:val="ListBullet"/>
      </w:pPr>
      <w:r>
        <w:t>Equally satisfied and dissatisfied</w:t>
      </w:r>
    </w:p>
    <w:p w14:paraId="0BAD20BA" w14:textId="77777777" w:rsidR="009F5D84" w:rsidRDefault="00F171EF">
      <w:pPr>
        <w:pStyle w:val="ListBullet"/>
      </w:pPr>
      <w:r>
        <w:t>Moderately dissatisfied</w:t>
      </w:r>
    </w:p>
    <w:p w14:paraId="0BCD29FC" w14:textId="77777777" w:rsidR="009F5D84" w:rsidRDefault="00F171EF">
      <w:pPr>
        <w:pStyle w:val="ListBullet"/>
      </w:pPr>
      <w:r>
        <w:t>Very dissatisfied</w:t>
      </w:r>
    </w:p>
    <w:p w14:paraId="58D054AE" w14:textId="52159130" w:rsidR="009F5D84" w:rsidRDefault="00F171EF">
      <w:pPr>
        <w:pStyle w:val="ListNumber"/>
      </w:pPr>
      <w:r>
        <w:t>How satisfied were you with your sexual relationship with your partner before the pregnancy?</w:t>
      </w:r>
    </w:p>
    <w:p w14:paraId="4B4D7086" w14:textId="77777777" w:rsidR="009F5D84" w:rsidRDefault="00F171EF">
      <w:pPr>
        <w:pStyle w:val="ListBullet"/>
      </w:pPr>
      <w:r>
        <w:t>Very satisfied</w:t>
      </w:r>
    </w:p>
    <w:p w14:paraId="74E2B24C" w14:textId="77777777" w:rsidR="009F5D84" w:rsidRDefault="00F171EF">
      <w:pPr>
        <w:pStyle w:val="ListBullet"/>
      </w:pPr>
      <w:r>
        <w:t>Moderately satisfied</w:t>
      </w:r>
    </w:p>
    <w:p w14:paraId="37DF03D9" w14:textId="77777777" w:rsidR="009F5D84" w:rsidRDefault="00F171EF">
      <w:pPr>
        <w:pStyle w:val="ListBullet"/>
      </w:pPr>
      <w:r>
        <w:t>Equally satisfied and dissatisfied</w:t>
      </w:r>
    </w:p>
    <w:p w14:paraId="01A36797" w14:textId="77777777" w:rsidR="009F5D84" w:rsidRDefault="00F171EF">
      <w:pPr>
        <w:pStyle w:val="ListBullet"/>
      </w:pPr>
      <w:r>
        <w:t>Moderately dissatisfied</w:t>
      </w:r>
    </w:p>
    <w:p w14:paraId="74C9B177" w14:textId="77777777" w:rsidR="009F5D84" w:rsidRDefault="00F171EF">
      <w:pPr>
        <w:pStyle w:val="ListBullet"/>
      </w:pPr>
      <w:r>
        <w:t>Very dissatisfied</w:t>
      </w:r>
    </w:p>
    <w:p w14:paraId="41987BB6" w14:textId="11CED4BB" w:rsidR="002B0722" w:rsidRDefault="002B0722">
      <w:r>
        <w:br w:type="page"/>
      </w:r>
    </w:p>
    <w:p w14:paraId="46C3B4B8" w14:textId="77777777" w:rsidR="002B0722" w:rsidRDefault="002B0722" w:rsidP="002B0722">
      <w:pPr>
        <w:pStyle w:val="ListBullet"/>
        <w:numPr>
          <w:ilvl w:val="0"/>
          <w:numId w:val="0"/>
        </w:numPr>
        <w:ind w:left="360"/>
      </w:pPr>
    </w:p>
    <w:p w14:paraId="78AA2979" w14:textId="50B0331B" w:rsidR="009F5D84" w:rsidRDefault="00F171EF">
      <w:pPr>
        <w:pStyle w:val="ListNumber"/>
      </w:pPr>
      <w:r>
        <w:t>Please indicate your level of agreement with the following statements:</w:t>
      </w:r>
    </w:p>
    <w:p w14:paraId="33060D74" w14:textId="77777777" w:rsidR="009F5D84" w:rsidRDefault="00F171EF">
      <w:r>
        <w:br/>
        <w:t>Please indicate your level of agreement with the following statements:</w:t>
      </w:r>
    </w:p>
    <w:tbl>
      <w:tblPr>
        <w:tblStyle w:val="GridTable1Light-Accent5"/>
        <w:tblW w:w="9141" w:type="dxa"/>
        <w:tblLook w:val="04A0" w:firstRow="1" w:lastRow="0" w:firstColumn="1" w:lastColumn="0" w:noHBand="0" w:noVBand="1"/>
      </w:tblPr>
      <w:tblGrid>
        <w:gridCol w:w="1581"/>
        <w:gridCol w:w="1512"/>
        <w:gridCol w:w="1512"/>
        <w:gridCol w:w="1512"/>
        <w:gridCol w:w="1512"/>
        <w:gridCol w:w="1512"/>
      </w:tblGrid>
      <w:tr w:rsidR="009F5D84" w14:paraId="275DE877" w14:textId="77777777" w:rsidTr="002B07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</w:tcPr>
          <w:p w14:paraId="0A3EF6C8" w14:textId="77777777" w:rsidR="009F5D84" w:rsidRDefault="00F171EF">
            <w:r>
              <w:t>Statement</w:t>
            </w:r>
          </w:p>
        </w:tc>
        <w:tc>
          <w:tcPr>
            <w:tcW w:w="1512" w:type="dxa"/>
          </w:tcPr>
          <w:p w14:paraId="2C8E0FC1" w14:textId="77777777" w:rsidR="009F5D84" w:rsidRDefault="00F171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Disagree (1)</w:t>
            </w:r>
          </w:p>
        </w:tc>
        <w:tc>
          <w:tcPr>
            <w:tcW w:w="1512" w:type="dxa"/>
          </w:tcPr>
          <w:p w14:paraId="60FF2253" w14:textId="77777777" w:rsidR="009F5D84" w:rsidRDefault="00F171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Disagree (2)</w:t>
            </w:r>
          </w:p>
        </w:tc>
        <w:tc>
          <w:tcPr>
            <w:tcW w:w="1512" w:type="dxa"/>
          </w:tcPr>
          <w:p w14:paraId="36D4A15F" w14:textId="77777777" w:rsidR="009F5D84" w:rsidRDefault="00F171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 Sure (3)</w:t>
            </w:r>
          </w:p>
        </w:tc>
        <w:tc>
          <w:tcPr>
            <w:tcW w:w="1512" w:type="dxa"/>
          </w:tcPr>
          <w:p w14:paraId="163F7D79" w14:textId="77777777" w:rsidR="009F5D84" w:rsidRDefault="00F171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Agree (4)</w:t>
            </w:r>
          </w:p>
        </w:tc>
        <w:tc>
          <w:tcPr>
            <w:tcW w:w="1512" w:type="dxa"/>
          </w:tcPr>
          <w:p w14:paraId="1CBD5B22" w14:textId="77777777" w:rsidR="009F5D84" w:rsidRDefault="00F171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Agree (5)</w:t>
            </w:r>
          </w:p>
        </w:tc>
      </w:tr>
      <w:tr w:rsidR="009F5D84" w14:paraId="21CA2511" w14:textId="77777777" w:rsidTr="002B0722">
        <w:trPr>
          <w:trHeight w:val="2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</w:tcPr>
          <w:p w14:paraId="49ED3CFB" w14:textId="77777777" w:rsidR="009F5D84" w:rsidRDefault="00F171EF">
            <w:r>
              <w:t>1. Sexual intercourse during pregnancy may cause miscarriage, preterm labor, or harm the fetus.</w:t>
            </w:r>
          </w:p>
        </w:tc>
        <w:tc>
          <w:tcPr>
            <w:tcW w:w="1512" w:type="dxa"/>
          </w:tcPr>
          <w:p w14:paraId="2D493E87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6DF0969C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41CEC925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he-IL"/>
              </w:rPr>
            </w:pPr>
          </w:p>
        </w:tc>
        <w:tc>
          <w:tcPr>
            <w:tcW w:w="1512" w:type="dxa"/>
          </w:tcPr>
          <w:p w14:paraId="35076EA1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792BD653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D84" w14:paraId="63D10D8F" w14:textId="77777777" w:rsidTr="002B0722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</w:tcPr>
          <w:p w14:paraId="62FCBAD7" w14:textId="77777777" w:rsidR="009F5D84" w:rsidRDefault="00F171EF">
            <w:r>
              <w:t>2. In low-risk pregnancies, there are no restrictions on the nature or frequency of sexual intercourse.</w:t>
            </w:r>
          </w:p>
        </w:tc>
        <w:tc>
          <w:tcPr>
            <w:tcW w:w="1512" w:type="dxa"/>
          </w:tcPr>
          <w:p w14:paraId="1498B6C1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41A7CC20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5D4EC270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31862239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01DBAEE4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D84" w14:paraId="26C6AB48" w14:textId="77777777" w:rsidTr="002B0722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</w:tcPr>
          <w:p w14:paraId="660211A6" w14:textId="77777777" w:rsidR="009F5D84" w:rsidRDefault="00F171EF">
            <w:r>
              <w:t>3. I feel a decrease in desire but feel obligated to fulfill my partner’s needs.</w:t>
            </w:r>
          </w:p>
        </w:tc>
        <w:tc>
          <w:tcPr>
            <w:tcW w:w="1512" w:type="dxa"/>
          </w:tcPr>
          <w:p w14:paraId="786BF0F5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6007D72C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27D689AE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6C6C91C1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1C208623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D84" w14:paraId="2DACE158" w14:textId="77777777" w:rsidTr="002B0722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</w:tcPr>
          <w:p w14:paraId="2EA5B655" w14:textId="77777777" w:rsidR="009F5D84" w:rsidRDefault="00F171EF">
            <w:r>
              <w:t>4. I would like to receive information from my doctor regarding sexual activity and intimacy during pregnancy.</w:t>
            </w:r>
          </w:p>
        </w:tc>
        <w:tc>
          <w:tcPr>
            <w:tcW w:w="1512" w:type="dxa"/>
          </w:tcPr>
          <w:p w14:paraId="2650B82B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01B60292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3E8D5050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4E4EEC86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44D4AAE5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D84" w14:paraId="04B7B710" w14:textId="77777777" w:rsidTr="002B0722">
        <w:trPr>
          <w:trHeight w:val="1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</w:tcPr>
          <w:p w14:paraId="5C4DB1C0" w14:textId="77777777" w:rsidR="009F5D84" w:rsidRDefault="00F171EF">
            <w:r>
              <w:t>5. Sexual intercourse should be avoided in high-risk pregnancies.</w:t>
            </w:r>
          </w:p>
        </w:tc>
        <w:tc>
          <w:tcPr>
            <w:tcW w:w="1512" w:type="dxa"/>
          </w:tcPr>
          <w:p w14:paraId="2BA90937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0ED33D21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58DCCCAA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29A48002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</w:tcPr>
          <w:p w14:paraId="26CF95EF" w14:textId="77777777" w:rsidR="009F5D84" w:rsidRDefault="009F5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6F68DFF" w14:textId="77777777" w:rsidR="00F171EF" w:rsidRDefault="00F171EF"/>
    <w:sectPr w:rsidR="00F171E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1852495">
    <w:abstractNumId w:val="8"/>
  </w:num>
  <w:num w:numId="2" w16cid:durableId="816535051">
    <w:abstractNumId w:val="6"/>
  </w:num>
  <w:num w:numId="3" w16cid:durableId="991375194">
    <w:abstractNumId w:val="5"/>
  </w:num>
  <w:num w:numId="4" w16cid:durableId="677119504">
    <w:abstractNumId w:val="4"/>
  </w:num>
  <w:num w:numId="5" w16cid:durableId="1674797239">
    <w:abstractNumId w:val="7"/>
  </w:num>
  <w:num w:numId="6" w16cid:durableId="590240037">
    <w:abstractNumId w:val="3"/>
  </w:num>
  <w:num w:numId="7" w16cid:durableId="52434309">
    <w:abstractNumId w:val="2"/>
  </w:num>
  <w:num w:numId="8" w16cid:durableId="1399477436">
    <w:abstractNumId w:val="1"/>
  </w:num>
  <w:num w:numId="9" w16cid:durableId="76553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350"/>
    <w:rsid w:val="0015074B"/>
    <w:rsid w:val="0029639D"/>
    <w:rsid w:val="002B0722"/>
    <w:rsid w:val="00326F90"/>
    <w:rsid w:val="004D5A7B"/>
    <w:rsid w:val="006536AC"/>
    <w:rsid w:val="0078505A"/>
    <w:rsid w:val="007E3917"/>
    <w:rsid w:val="0099340E"/>
    <w:rsid w:val="009F5D84"/>
    <w:rsid w:val="00AA1D8D"/>
    <w:rsid w:val="00B47730"/>
    <w:rsid w:val="00BE3D6E"/>
    <w:rsid w:val="00CB0664"/>
    <w:rsid w:val="00E7288C"/>
    <w:rsid w:val="00F171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CBA004"/>
  <w14:defaultImageDpi w14:val="300"/>
  <w15:docId w15:val="{F9272442-85C7-4504-9426-24B6F8C1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5">
    <w:name w:val="Plain Table 5"/>
    <w:basedOn w:val="TableNormal"/>
    <w:uiPriority w:val="99"/>
    <w:rsid w:val="002B07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4">
    <w:name w:val="Grid Table 1 Light Accent 4"/>
    <w:basedOn w:val="TableNormal"/>
    <w:uiPriority w:val="46"/>
    <w:rsid w:val="002B0722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B072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susana mustafa-mikhail</cp:lastModifiedBy>
  <cp:revision>2</cp:revision>
  <dcterms:created xsi:type="dcterms:W3CDTF">2025-07-22T06:19:00Z</dcterms:created>
  <dcterms:modified xsi:type="dcterms:W3CDTF">2025-07-22T06:19:00Z</dcterms:modified>
  <cp:category/>
</cp:coreProperties>
</file>