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B7B09" w14:textId="77777777" w:rsidR="0025397B" w:rsidRPr="0025397B" w:rsidRDefault="0025397B" w:rsidP="0025397B">
      <w:pPr>
        <w:widowControl/>
        <w:spacing w:line="360" w:lineRule="auto"/>
        <w:jc w:val="left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25397B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Supplementary Materials</w:t>
      </w:r>
    </w:p>
    <w:p w14:paraId="161BEE40" w14:textId="2575CB5D" w:rsidR="0025397B" w:rsidRPr="0025397B" w:rsidRDefault="0025397B" w:rsidP="0025397B">
      <w:pPr>
        <w:jc w:val="center"/>
        <w:rPr>
          <w:rFonts w:ascii="Arial" w:eastAsia="MS Mincho" w:hAnsi="Arial" w:cs="Arial"/>
          <w:b/>
          <w:bCs/>
          <w:kern w:val="0"/>
          <w:szCs w:val="21"/>
          <w:lang w:eastAsia="en-US"/>
        </w:rPr>
      </w:pP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t>Supplementary Tab.1</w:t>
      </w:r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 xml:space="preserve"> Results for the </w:t>
      </w: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t>i</w:t>
      </w:r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>ndicators according to AJCC staging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792"/>
        <w:gridCol w:w="2581"/>
        <w:gridCol w:w="2581"/>
        <w:gridCol w:w="2581"/>
        <w:gridCol w:w="2581"/>
      </w:tblGrid>
      <w:tr w:rsidR="0025397B" w:rsidRPr="0025397B" w14:paraId="27F07601" w14:textId="77777777" w:rsidTr="00E24CC5">
        <w:trPr>
          <w:trHeight w:val="99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8FC8E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Indicators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1AC32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Stage I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center"/>
          </w:tcPr>
          <w:p w14:paraId="50BD46F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Stage II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center"/>
          </w:tcPr>
          <w:p w14:paraId="0859755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Stage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 xml:space="preserve"> III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center"/>
          </w:tcPr>
          <w:p w14:paraId="6AF72FC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Stage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 xml:space="preserve"> IV</w:t>
            </w:r>
          </w:p>
        </w:tc>
      </w:tr>
      <w:tr w:rsidR="0025397B" w:rsidRPr="0025397B" w14:paraId="1B94FECD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EBCB5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TC (mmol/L)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E3E32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4.58±1.18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2F8E2B4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4.72±0.70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7C1E3F8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4.45±0.87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2F77A22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4.3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3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±0.56</w:t>
            </w:r>
          </w:p>
        </w:tc>
      </w:tr>
      <w:tr w:rsidR="0025397B" w:rsidRPr="0025397B" w14:paraId="744E4111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FFB44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TG (mmol/L)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5B3A4F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1.11 (0.92~1.71)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27CB7E4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1.54(0.90~1.95)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44B843A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1.30 (0.92~1.94)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6C076F8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1.40 (0.68~1.62)</w:t>
            </w:r>
          </w:p>
        </w:tc>
      </w:tr>
      <w:tr w:rsidR="0025397B" w:rsidRPr="0025397B" w14:paraId="12A367CA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231DD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HDL-C (mmol/L)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33C93E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1.26±0.34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5602D3D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1.25±0.30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4584DD0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1.17±0.37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1520492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1.19±0.31</w:t>
            </w:r>
          </w:p>
        </w:tc>
      </w:tr>
      <w:tr w:rsidR="0025397B" w:rsidRPr="0025397B" w14:paraId="328A1609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D1653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LDL-C (mmol/L)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247E4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2.78±1.01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080CD2A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2.81±0.63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6EF9B29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2.67±0.67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7C465DD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2.60±0.62</w:t>
            </w:r>
          </w:p>
        </w:tc>
      </w:tr>
      <w:tr w:rsidR="0025397B" w:rsidRPr="0025397B" w14:paraId="52FB5747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7C1B8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 (g/L)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38F61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</w:t>
            </w:r>
            <w:r w:rsidRPr="0025397B">
              <w:rPr>
                <w:rFonts w:ascii="Arial" w:eastAsia="宋体" w:hAnsi="Arial" w:cs="Arial" w:hint="eastAsia"/>
                <w:szCs w:val="21"/>
              </w:rPr>
              <w:t>19</w:t>
            </w:r>
            <w:r w:rsidRPr="0025397B">
              <w:rPr>
                <w:rFonts w:ascii="Arial" w:eastAsia="宋体" w:hAnsi="Arial" w:cs="Arial"/>
                <w:szCs w:val="21"/>
              </w:rPr>
              <w:t>±0.2</w:t>
            </w:r>
            <w:r w:rsidRPr="0025397B">
              <w:rPr>
                <w:rFonts w:ascii="Arial" w:eastAsia="宋体" w:hAnsi="Arial" w:cs="Arial" w:hint="eastAsia"/>
                <w:szCs w:val="21"/>
              </w:rPr>
              <w:t>7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2E45A78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</w:t>
            </w:r>
            <w:r w:rsidRPr="0025397B">
              <w:rPr>
                <w:rFonts w:ascii="Arial" w:eastAsia="宋体" w:hAnsi="Arial" w:cs="Arial" w:hint="eastAsia"/>
                <w:szCs w:val="21"/>
              </w:rPr>
              <w:t>6</w:t>
            </w:r>
            <w:r w:rsidRPr="0025397B">
              <w:rPr>
                <w:rFonts w:ascii="Arial" w:eastAsia="宋体" w:hAnsi="Arial" w:cs="Arial"/>
                <w:szCs w:val="21"/>
              </w:rPr>
              <w:t>±0.2</w:t>
            </w: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4137967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1.1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3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±0.2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6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0C95341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12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±0.31</w:t>
            </w:r>
          </w:p>
        </w:tc>
      </w:tr>
      <w:tr w:rsidR="0025397B" w:rsidRPr="0025397B" w14:paraId="2FED5DFA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50163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ApoA2 (mg/dL)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71D4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</w:t>
            </w:r>
            <w:r w:rsidRPr="0025397B">
              <w:rPr>
                <w:rFonts w:ascii="Arial" w:eastAsia="宋体" w:hAnsi="Arial" w:cs="Arial" w:hint="eastAsia"/>
                <w:szCs w:val="21"/>
              </w:rPr>
              <w:t>0</w:t>
            </w:r>
            <w:r w:rsidRPr="0025397B">
              <w:rPr>
                <w:rFonts w:ascii="Arial" w:eastAsia="宋体" w:hAnsi="Arial" w:cs="Arial"/>
                <w:szCs w:val="21"/>
              </w:rPr>
              <w:t>.</w:t>
            </w:r>
            <w:r w:rsidRPr="0025397B">
              <w:rPr>
                <w:rFonts w:ascii="Arial" w:eastAsia="宋体" w:hAnsi="Arial" w:cs="Arial" w:hint="eastAsia"/>
                <w:szCs w:val="21"/>
              </w:rPr>
              <w:t>71</w:t>
            </w:r>
            <w:r w:rsidRPr="0025397B">
              <w:rPr>
                <w:rFonts w:ascii="Arial" w:eastAsia="宋体" w:hAnsi="Arial" w:cs="Arial"/>
                <w:szCs w:val="21"/>
              </w:rPr>
              <w:t>±3.</w:t>
            </w:r>
            <w:r w:rsidRPr="0025397B">
              <w:rPr>
                <w:rFonts w:ascii="Arial" w:eastAsia="宋体" w:hAnsi="Arial" w:cs="Arial" w:hint="eastAsia"/>
                <w:szCs w:val="21"/>
              </w:rPr>
              <w:t>59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3FF8419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20.01</w:t>
            </w:r>
            <w:r w:rsidRPr="0025397B">
              <w:rPr>
                <w:rFonts w:ascii="Arial" w:eastAsia="宋体" w:hAnsi="Arial" w:cs="Arial"/>
                <w:szCs w:val="21"/>
              </w:rPr>
              <w:t>±4.</w:t>
            </w:r>
            <w:r w:rsidRPr="0025397B">
              <w:rPr>
                <w:rFonts w:ascii="Arial" w:eastAsia="宋体" w:hAnsi="Arial" w:cs="Arial" w:hint="eastAsia"/>
                <w:szCs w:val="21"/>
              </w:rPr>
              <w:t>78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31F8404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9.24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±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4.80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1BC6AD2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17.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72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±4.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30</w:t>
            </w:r>
          </w:p>
        </w:tc>
      </w:tr>
      <w:tr w:rsidR="0025397B" w:rsidRPr="0025397B" w14:paraId="374A1E9D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3B0B2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ApoB (g/L)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26932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0.89±0.18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46E838C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0.89±0.20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55D6FC9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0.81±0.20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33A40B1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0.82±0.19</w:t>
            </w:r>
          </w:p>
        </w:tc>
      </w:tr>
      <w:tr w:rsidR="0025397B" w:rsidRPr="0025397B" w14:paraId="46EC644D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853BC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ApoC2 (mg/dL)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53642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4.35 (2.99~5.51)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1D375AE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4.21 (2.98~6.32)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6FA83FF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3.79 (2.94~5.22)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24AAC8F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3.45 (2.59~4.32)</w:t>
            </w:r>
          </w:p>
        </w:tc>
      </w:tr>
      <w:tr w:rsidR="0025397B" w:rsidRPr="0025397B" w14:paraId="0D9BBF21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D0BD2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ApoC3 (mg/dL)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F48F0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8.28 (6.91~9.44)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3820CD8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9.23 (7.48~10.30)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5D7870E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7.38 (6.71~9.56)</w:t>
            </w:r>
          </w:p>
        </w:tc>
        <w:tc>
          <w:tcPr>
            <w:tcW w:w="2581" w:type="dxa"/>
            <w:tcBorders>
              <w:top w:val="nil"/>
              <w:bottom w:val="nil"/>
            </w:tcBorders>
            <w:vAlign w:val="center"/>
          </w:tcPr>
          <w:p w14:paraId="7091349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7.10 (6.36~7.87)</w:t>
            </w:r>
          </w:p>
        </w:tc>
      </w:tr>
      <w:tr w:rsidR="0025397B" w:rsidRPr="0025397B" w14:paraId="1D88744E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001E0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8D69A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46.29 (17.08~112.50)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21B2DD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49.32 (13.41~107.85)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7B9985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41.42 (22.93~230.36)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615631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15.17 (7.17~88.31)</w:t>
            </w:r>
          </w:p>
        </w:tc>
      </w:tr>
      <w:tr w:rsidR="0025397B" w:rsidRPr="0025397B" w14:paraId="77ABAD13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E2983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F68BE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104.45 (57.29~341.58)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662553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119.44 (37.90~341.61)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56CFF1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160.94 (54.12~511.04)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1821D5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104.27 (24.73~144.45)</w:t>
            </w:r>
          </w:p>
        </w:tc>
      </w:tr>
      <w:tr w:rsidR="0025397B" w:rsidRPr="0025397B" w14:paraId="32BCC3B9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1BAD6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D77B2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12.12 (6.09~38.39)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59CF00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10.29 (6.48~40.94)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0B1C48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18.20 (5.20~39.54)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ECCD2B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8.80 (6.80~15.89)</w:t>
            </w:r>
          </w:p>
        </w:tc>
      </w:tr>
      <w:tr w:rsidR="0025397B" w:rsidRPr="0025397B" w14:paraId="79B4AA35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AD52B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4C284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102.13 (36.15~365.73)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6B1084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268.65 (39.38~696.04)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0983EC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121.60 (22.41~914.53)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BAD12B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38.69 (9.73~175.23)</w:t>
            </w:r>
          </w:p>
        </w:tc>
      </w:tr>
      <w:tr w:rsidR="0025397B" w:rsidRPr="0025397B" w14:paraId="67377027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F2B36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D8817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670.75 (286.58~1060.65)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3EB2A9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770.20 (169.67~1497.02)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FCDA87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666.28 (245.78~1515.60)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FC4AD4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427.73 (89.56~744.24)</w:t>
            </w:r>
          </w:p>
        </w:tc>
      </w:tr>
      <w:tr w:rsidR="0025397B" w:rsidRPr="0025397B" w14:paraId="03F285DE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D6646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D6B44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63.33 (33.48~135.23)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ACE36F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77.88 (19.54~182.05)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41EBC2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75.04 (28.70~151.42)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A240C2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58.58 (17.81~179.18)</w:t>
            </w:r>
          </w:p>
        </w:tc>
      </w:tr>
      <w:tr w:rsidR="0025397B" w:rsidRPr="0025397B" w14:paraId="52B32DCB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063F6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BA731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65.64 (17.09~272.56)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7DED13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84.65 (3.89~327.32)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A0CEED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66.68 (8.66~277.45)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D3483D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51.79 (5.48~132.28)</w:t>
            </w:r>
          </w:p>
        </w:tc>
      </w:tr>
      <w:tr w:rsidR="0025397B" w:rsidRPr="0025397B" w14:paraId="74FAF9BA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F0984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0F3D0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104.21 (6.22~328.43)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6A50FD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47.39 (4.56~222.65)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55D338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85.44 (14.92~240.86)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38D762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56.31 (4.69~247.13)</w:t>
            </w:r>
          </w:p>
        </w:tc>
      </w:tr>
      <w:tr w:rsidR="0025397B" w:rsidRPr="0025397B" w14:paraId="0056A9C1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4B57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78BC3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10.29 (1.13~29.26)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6DA899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3.00 (1.16~23.81)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8DE25E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9.75 (1.13~27.07)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D5FD40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9.76 (1.12~58.45)</w:t>
            </w:r>
          </w:p>
        </w:tc>
      </w:tr>
      <w:tr w:rsidR="0025397B" w:rsidRPr="0025397B" w14:paraId="2ED6AD8B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BAF8F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EE5A9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7.86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szCs w:val="21"/>
              </w:rPr>
              <w:t>0.59</w:t>
            </w:r>
            <w:r w:rsidRPr="0025397B">
              <w:rPr>
                <w:rFonts w:ascii="Arial" w:eastAsia="宋体" w:hAnsi="Arial" w:cs="Arial"/>
                <w:szCs w:val="21"/>
              </w:rPr>
              <w:t>~16.</w:t>
            </w:r>
            <w:r w:rsidRPr="0025397B">
              <w:rPr>
                <w:rFonts w:ascii="Arial" w:eastAsia="宋体" w:hAnsi="Arial" w:cs="Arial" w:hint="eastAsia"/>
                <w:szCs w:val="21"/>
              </w:rPr>
              <w:t>14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51593C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3.31 (0.01~9.57)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7D1EA6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5.76 (0.60~12.88)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B1AD12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4.64 (0.79~8.42)</w:t>
            </w:r>
          </w:p>
        </w:tc>
      </w:tr>
      <w:tr w:rsidR="0025397B" w:rsidRPr="0025397B" w14:paraId="1D0A1D9C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CC884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961E3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0.46 (0.01~6.79)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312AE0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1.22 (0.01~4.73)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EAC02C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1.33 (0.01~3.07)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7F3BF9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2.40 (0.01~15.97)</w:t>
            </w:r>
          </w:p>
        </w:tc>
      </w:tr>
      <w:tr w:rsidR="0025397B" w:rsidRPr="0025397B" w14:paraId="27889262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1EB90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ACDC5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0.45 (0.25~0.87)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B8EDD0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0.39 (0.24~1.11)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2C288C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0.34 (0.23~1.06)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C05D9F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0.47 (0.09~3.95)</w:t>
            </w:r>
          </w:p>
        </w:tc>
      </w:tr>
      <w:tr w:rsidR="0025397B" w:rsidRPr="0025397B" w14:paraId="022225DF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647A6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B912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13.10 (2.91~126.64)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117961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37.70 (5.17~131.48)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0E6C11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7.62 (0.01~82.46)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F8A27B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12.78 (0.13~26.88)</w:t>
            </w:r>
          </w:p>
        </w:tc>
      </w:tr>
      <w:tr w:rsidR="0025397B" w:rsidRPr="0025397B" w14:paraId="660D5C2A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138AB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BC885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68.24 (17.78~161.82)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EC81D1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53.62 (15.62~265.97)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E10FC3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29.91 (10.12~182.96)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CA94D7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60.68 (3.44~145.41)</w:t>
            </w:r>
          </w:p>
        </w:tc>
      </w:tr>
      <w:tr w:rsidR="0025397B" w:rsidRPr="0025397B" w14:paraId="4A3B1F94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95AF3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6FC9C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1.71 (0.01~4.71)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19C368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0.61 (0.01~7.67)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0E58AA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0.01 (0.01~1.82)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3105E55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1.84 (0.01~5.86)</w:t>
            </w:r>
          </w:p>
        </w:tc>
      </w:tr>
      <w:tr w:rsidR="0025397B" w:rsidRPr="0025397B" w14:paraId="7EA2AE9C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93751B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CA125 (U/mL)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4701B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10.60</w:t>
            </w:r>
            <w:r w:rsidRPr="0025397B">
              <w:rPr>
                <w:rFonts w:ascii="Arial" w:eastAsia="宋体" w:hAnsi="Arial" w:cs="Arial"/>
                <w:szCs w:val="21"/>
              </w:rPr>
              <w:t>(</w:t>
            </w:r>
            <w:r w:rsidRPr="0025397B">
              <w:rPr>
                <w:rFonts w:ascii="Arial" w:eastAsia="宋体" w:hAnsi="Arial" w:cs="Arial" w:hint="eastAsia"/>
                <w:szCs w:val="21"/>
              </w:rPr>
              <w:t>7.43</w:t>
            </w:r>
            <w:r w:rsidRPr="0025397B">
              <w:rPr>
                <w:rFonts w:ascii="Arial" w:eastAsia="宋体" w:hAnsi="Arial" w:cs="Arial"/>
                <w:szCs w:val="21"/>
              </w:rPr>
              <w:t>~1</w:t>
            </w:r>
            <w:r w:rsidRPr="0025397B">
              <w:rPr>
                <w:rFonts w:ascii="Arial" w:eastAsia="宋体" w:hAnsi="Arial" w:cs="Arial" w:hint="eastAsia"/>
                <w:szCs w:val="21"/>
              </w:rPr>
              <w:t>4.90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118DB2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12.00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szCs w:val="21"/>
              </w:rPr>
              <w:t>8.39</w:t>
            </w:r>
            <w:r w:rsidRPr="0025397B">
              <w:rPr>
                <w:rFonts w:ascii="Arial" w:eastAsia="宋体" w:hAnsi="Arial" w:cs="Arial"/>
                <w:szCs w:val="21"/>
              </w:rPr>
              <w:t>~15.</w:t>
            </w:r>
            <w:r w:rsidRPr="0025397B">
              <w:rPr>
                <w:rFonts w:ascii="Arial" w:eastAsia="宋体" w:hAnsi="Arial" w:cs="Arial" w:hint="eastAsia"/>
                <w:szCs w:val="21"/>
              </w:rPr>
              <w:t>45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19D8BE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0.11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7.40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~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19.53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40C804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6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.40 (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15.40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~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27.40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)</w:t>
            </w:r>
          </w:p>
        </w:tc>
      </w:tr>
      <w:tr w:rsidR="0025397B" w:rsidRPr="0025397B" w14:paraId="225A39C4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211900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CA19-9 (U/mL)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D04CD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9.19 (5.69~12.80)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01FBEB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9.69 (5.98~15.00)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CE3AB8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17.15 (6.26~31.83)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5380D1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15.40 (5.78~173.00)</w:t>
            </w:r>
          </w:p>
        </w:tc>
      </w:tr>
      <w:tr w:rsidR="0025397B" w:rsidRPr="0025397B" w14:paraId="376FE742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66DFF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CA242 (U/mL)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AA85F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3.58 (2.79~4.60)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3E2CF3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5.62 (3.33~7.63)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F34536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8.29 (3.23~17.94)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571BD1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10.59 (2.83~200.00)</w:t>
            </w:r>
          </w:p>
        </w:tc>
      </w:tr>
      <w:tr w:rsidR="0025397B" w:rsidRPr="0025397B" w14:paraId="5AE3DD45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07A8E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CA50 (U/mL)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E70B7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4.84 (3.56~6.69)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DAFCFD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6.15 (3.99~9.57)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CC61FE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8.62 (4.18~16.51)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7C20FC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6.64 (2.76~215.10)</w:t>
            </w:r>
          </w:p>
        </w:tc>
      </w:tr>
      <w:tr w:rsidR="0025397B" w:rsidRPr="0025397B" w14:paraId="14688B35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AC7EB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CA72-4 (U/mL)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8582A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1.52 (1.50~3.46)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42F3052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1.61 (1.50~2.62)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001AA9D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1.91 (1.50~4.61)</w:t>
            </w: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19F2D88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3.95 (1.63~9.83)</w:t>
            </w:r>
          </w:p>
        </w:tc>
      </w:tr>
      <w:tr w:rsidR="0025397B" w:rsidRPr="0025397B" w14:paraId="606C4EEB" w14:textId="77777777" w:rsidTr="00E24CC5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9B136E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CEA (ng/mL)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E93B58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</w:t>
            </w:r>
            <w:r w:rsidRPr="0025397B">
              <w:rPr>
                <w:rFonts w:ascii="Arial" w:eastAsia="宋体" w:hAnsi="Arial" w:cs="Arial" w:hint="eastAsia"/>
                <w:szCs w:val="21"/>
              </w:rPr>
              <w:t>08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(1.</w:t>
            </w:r>
            <w:r w:rsidRPr="0025397B">
              <w:rPr>
                <w:rFonts w:ascii="Arial" w:eastAsia="宋体" w:hAnsi="Arial" w:cs="Arial" w:hint="eastAsia"/>
                <w:szCs w:val="21"/>
              </w:rPr>
              <w:t>73</w:t>
            </w:r>
            <w:r w:rsidRPr="0025397B">
              <w:rPr>
                <w:rFonts w:ascii="Arial" w:eastAsia="宋体" w:hAnsi="Arial" w:cs="Arial"/>
                <w:szCs w:val="21"/>
              </w:rPr>
              <w:t>~3.02)</w:t>
            </w:r>
          </w:p>
        </w:tc>
        <w:tc>
          <w:tcPr>
            <w:tcW w:w="2581" w:type="dxa"/>
            <w:tcBorders>
              <w:top w:val="nil"/>
              <w:bottom w:val="single" w:sz="4" w:space="0" w:color="auto"/>
            </w:tcBorders>
          </w:tcPr>
          <w:p w14:paraId="33A7F33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</w:t>
            </w:r>
            <w:r w:rsidRPr="0025397B">
              <w:rPr>
                <w:rFonts w:ascii="Arial" w:eastAsia="宋体" w:hAnsi="Arial" w:cs="Arial" w:hint="eastAsia"/>
                <w:szCs w:val="21"/>
              </w:rPr>
              <w:t>83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(2.</w:t>
            </w:r>
            <w:r w:rsidRPr="0025397B">
              <w:rPr>
                <w:rFonts w:ascii="Arial" w:eastAsia="宋体" w:hAnsi="Arial" w:cs="Arial" w:hint="eastAsia"/>
                <w:szCs w:val="21"/>
              </w:rPr>
              <w:t>07</w:t>
            </w:r>
            <w:r w:rsidRPr="0025397B">
              <w:rPr>
                <w:rFonts w:ascii="Arial" w:eastAsia="宋体" w:hAnsi="Arial" w:cs="Arial"/>
                <w:szCs w:val="21"/>
              </w:rPr>
              <w:t>~8.8</w:t>
            </w:r>
            <w:r w:rsidRPr="0025397B">
              <w:rPr>
                <w:rFonts w:ascii="Arial" w:eastAsia="宋体" w:hAnsi="Arial" w:cs="Arial" w:hint="eastAsia"/>
                <w:szCs w:val="21"/>
              </w:rPr>
              <w:t>5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2581" w:type="dxa"/>
            <w:tcBorders>
              <w:top w:val="nil"/>
              <w:bottom w:val="single" w:sz="4" w:space="0" w:color="auto"/>
            </w:tcBorders>
          </w:tcPr>
          <w:p w14:paraId="4D2B262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3.81 (1.7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8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~9.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17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581" w:type="dxa"/>
            <w:tcBorders>
              <w:top w:val="nil"/>
              <w:bottom w:val="single" w:sz="4" w:space="0" w:color="auto"/>
            </w:tcBorders>
          </w:tcPr>
          <w:p w14:paraId="0B6297F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5.80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2.57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~</w:t>
            </w:r>
            <w:r w:rsidRPr="0025397B">
              <w:rPr>
                <w:rFonts w:ascii="Arial" w:eastAsia="宋体" w:hAnsi="Arial" w:cs="Arial" w:hint="eastAsia"/>
                <w:iCs/>
                <w:kern w:val="0"/>
                <w:szCs w:val="21"/>
              </w:rPr>
              <w:t>293.00</w:t>
            </w:r>
            <w:r w:rsidRPr="0025397B">
              <w:rPr>
                <w:rFonts w:ascii="Arial" w:eastAsia="宋体" w:hAnsi="Arial" w:cs="Arial"/>
                <w:iCs/>
                <w:kern w:val="0"/>
                <w:szCs w:val="21"/>
                <w:lang w:eastAsia="en-US"/>
              </w:rPr>
              <w:t>)</w:t>
            </w:r>
          </w:p>
        </w:tc>
      </w:tr>
    </w:tbl>
    <w:p w14:paraId="361C8110" w14:textId="77777777" w:rsidR="0025397B" w:rsidRPr="0025397B" w:rsidRDefault="0025397B" w:rsidP="0025397B">
      <w:pPr>
        <w:spacing w:line="360" w:lineRule="auto"/>
        <w:jc w:val="center"/>
        <w:rPr>
          <w:rFonts w:ascii="Arial" w:eastAsia="宋体" w:hAnsi="Arial" w:cs="Arial"/>
          <w:kern w:val="0"/>
          <w:szCs w:val="21"/>
        </w:rPr>
      </w:pPr>
      <w:r w:rsidRPr="0025397B">
        <w:rPr>
          <w:rFonts w:ascii="Arial" w:eastAsia="宋体" w:hAnsi="Arial" w:cs="Arial"/>
          <w:kern w:val="0"/>
          <w:szCs w:val="21"/>
          <w:lang w:eastAsia="en-US"/>
        </w:rPr>
        <w:br w:type="page"/>
      </w:r>
    </w:p>
    <w:p w14:paraId="7E9007AB" w14:textId="77777777" w:rsidR="0025397B" w:rsidRPr="0025397B" w:rsidRDefault="0025397B" w:rsidP="0025397B">
      <w:pPr>
        <w:jc w:val="center"/>
        <w:rPr>
          <w:rFonts w:ascii="Arial" w:eastAsia="MS Mincho" w:hAnsi="Arial" w:cs="Arial"/>
          <w:b/>
          <w:bCs/>
          <w:kern w:val="0"/>
          <w:szCs w:val="21"/>
          <w:lang w:eastAsia="en-US"/>
        </w:rPr>
      </w:pP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lastRenderedPageBreak/>
        <w:t>Supplementary Tab.2</w:t>
      </w:r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 xml:space="preserve"> Results for the </w:t>
      </w: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t>i</w:t>
      </w:r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>ndicators according to tumor location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859"/>
        <w:gridCol w:w="4697"/>
        <w:gridCol w:w="4404"/>
      </w:tblGrid>
      <w:tr w:rsidR="0025397B" w:rsidRPr="0025397B" w14:paraId="1C870860" w14:textId="77777777" w:rsidTr="00E24CC5">
        <w:trPr>
          <w:trHeight w:val="274"/>
          <w:jc w:val="center"/>
        </w:trPr>
        <w:tc>
          <w:tcPr>
            <w:tcW w:w="1489" w:type="pct"/>
            <w:tcBorders>
              <w:bottom w:val="single" w:sz="4" w:space="0" w:color="auto"/>
            </w:tcBorders>
            <w:vAlign w:val="center"/>
          </w:tcPr>
          <w:p w14:paraId="7683288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Indicators</w:t>
            </w:r>
          </w:p>
        </w:tc>
        <w:tc>
          <w:tcPr>
            <w:tcW w:w="1812" w:type="pct"/>
            <w:tcBorders>
              <w:bottom w:val="single" w:sz="4" w:space="0" w:color="auto"/>
            </w:tcBorders>
            <w:vAlign w:val="center"/>
          </w:tcPr>
          <w:p w14:paraId="20B785C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Rectum</w:t>
            </w:r>
          </w:p>
        </w:tc>
        <w:tc>
          <w:tcPr>
            <w:tcW w:w="1699" w:type="pct"/>
            <w:tcBorders>
              <w:bottom w:val="single" w:sz="4" w:space="0" w:color="auto"/>
            </w:tcBorders>
            <w:vAlign w:val="center"/>
          </w:tcPr>
          <w:p w14:paraId="3B9349E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Colon</w:t>
            </w:r>
          </w:p>
        </w:tc>
      </w:tr>
      <w:tr w:rsidR="0025397B" w:rsidRPr="0025397B" w14:paraId="66DD1D46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0358FC1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TC (mmol/L)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07CC584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4.52±0.92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45624AD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4.62±0.79</w:t>
            </w:r>
          </w:p>
        </w:tc>
      </w:tr>
      <w:tr w:rsidR="0025397B" w:rsidRPr="0025397B" w14:paraId="61E48D18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4BB8EF1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TG (mmol/L)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10B9AF2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1.51 (0.92~1.91)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3E807A6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1.12 (0.76~1.75)</w:t>
            </w:r>
          </w:p>
        </w:tc>
      </w:tr>
      <w:tr w:rsidR="0025397B" w:rsidRPr="0025397B" w14:paraId="5AEF9CD7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805BD1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HDL-C (mmol/L)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2F34005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1.19±0.32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78FE9D9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1.28±0.37</w:t>
            </w:r>
          </w:p>
        </w:tc>
      </w:tr>
      <w:tr w:rsidR="0025397B" w:rsidRPr="0025397B" w14:paraId="63C5118C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3560C3F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LDL-C (mmol/L)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5C49B43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2.74±0.78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1294712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2.70±0.65</w:t>
            </w:r>
          </w:p>
        </w:tc>
      </w:tr>
      <w:tr w:rsidR="0025397B" w:rsidRPr="0025397B" w14:paraId="45637A2E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A3F0CC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 (g/L)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7FDA6E8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1.16±0.27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79D0413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1.11±0.23</w:t>
            </w:r>
          </w:p>
        </w:tc>
      </w:tr>
      <w:tr w:rsidR="0025397B" w:rsidRPr="0025397B" w14:paraId="661EAE47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453196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ApoA2 (mg/dL)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5301F3A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19.83±4.51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0CEC73A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19.06±4.43</w:t>
            </w:r>
          </w:p>
        </w:tc>
      </w:tr>
      <w:tr w:rsidR="0025397B" w:rsidRPr="0025397B" w14:paraId="1B95C0E7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4210D25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ApoB (g/L)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1A62AA8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0.84±0.20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5633C83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0.87±0.19</w:t>
            </w:r>
          </w:p>
        </w:tc>
      </w:tr>
      <w:tr w:rsidR="0025397B" w:rsidRPr="0025397B" w14:paraId="66D8DA3D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5B16113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ApoC2 (mg/dL)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78A0619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3.90 (3.05~5.27)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3BCDF26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3.59 (2.59~5.53)</w:t>
            </w:r>
          </w:p>
        </w:tc>
      </w:tr>
      <w:tr w:rsidR="0025397B" w:rsidRPr="0025397B" w14:paraId="721F4336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2839564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ApoC3 (mg/dL)</w:t>
            </w:r>
          </w:p>
        </w:tc>
        <w:tc>
          <w:tcPr>
            <w:tcW w:w="1812" w:type="pct"/>
            <w:tcBorders>
              <w:top w:val="nil"/>
              <w:bottom w:val="nil"/>
            </w:tcBorders>
            <w:vAlign w:val="center"/>
          </w:tcPr>
          <w:p w14:paraId="3AB01F9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7.66 (6.78~9.43)</w:t>
            </w:r>
          </w:p>
        </w:tc>
        <w:tc>
          <w:tcPr>
            <w:tcW w:w="1699" w:type="pct"/>
            <w:tcBorders>
              <w:top w:val="nil"/>
              <w:bottom w:val="nil"/>
            </w:tcBorders>
            <w:vAlign w:val="center"/>
          </w:tcPr>
          <w:p w14:paraId="11B89B0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8.28 (6.90~10.62)</w:t>
            </w:r>
          </w:p>
        </w:tc>
      </w:tr>
      <w:tr w:rsidR="0025397B" w:rsidRPr="0025397B" w14:paraId="7D481CE4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3462644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3DACF25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38.67 (16.39~117.22)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2EDA06E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56.38 (9.69~266.79)</w:t>
            </w:r>
          </w:p>
        </w:tc>
      </w:tr>
      <w:tr w:rsidR="0025397B" w:rsidRPr="0025397B" w14:paraId="2FBD54EF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5289478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77899A5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105.51 (43.16~429.48)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74F32AC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144.45 (42.08~310.36)</w:t>
            </w:r>
          </w:p>
        </w:tc>
      </w:tr>
      <w:tr w:rsidR="0025397B" w:rsidRPr="0025397B" w14:paraId="2BF0F4EC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0D702EA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23BB016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12.22 (5.68~37.84)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5832B25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15.89 (6.72~31.82)</w:t>
            </w:r>
          </w:p>
        </w:tc>
      </w:tr>
      <w:tr w:rsidR="0025397B" w:rsidRPr="0025397B" w14:paraId="218A775A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55F0CD7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1208006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113.37 (30.10~419.67)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5803B6D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175.23 (27.55~803.32)</w:t>
            </w:r>
          </w:p>
        </w:tc>
      </w:tr>
      <w:tr w:rsidR="0025397B" w:rsidRPr="0025397B" w14:paraId="6F718FEB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58118D5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34680DA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600.80 (270.61~1324.52)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16E1CC9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731.24 (136.02~1401.84)</w:t>
            </w:r>
          </w:p>
        </w:tc>
      </w:tr>
      <w:tr w:rsidR="0025397B" w:rsidRPr="0025397B" w14:paraId="37A5DAB6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72AB21E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TCDCA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2A3FAA2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63.25 (28.32~154.46)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676F65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78.63 (22.89~179.18)</w:t>
            </w:r>
          </w:p>
        </w:tc>
      </w:tr>
      <w:tr w:rsidR="0025397B" w:rsidRPr="0025397B" w14:paraId="28FEB072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70C458F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3797298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68.96 (10.21~228.67)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3D20A8F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64.68 (1.74~291.98)</w:t>
            </w:r>
          </w:p>
        </w:tc>
      </w:tr>
      <w:tr w:rsidR="0025397B" w:rsidRPr="0025397B" w14:paraId="76970059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4DC3DF6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6E5E520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74.97 (15.45~240.86)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337DA7B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60.41 (0.94~307.67)</w:t>
            </w:r>
          </w:p>
        </w:tc>
      </w:tr>
      <w:tr w:rsidR="0025397B" w:rsidRPr="0025397B" w14:paraId="2FB391E3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9F5486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71E6500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8.45 (1.36~25.87)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2B9935D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4.07 (0.69~28.66)</w:t>
            </w:r>
          </w:p>
        </w:tc>
      </w:tr>
      <w:tr w:rsidR="0025397B" w:rsidRPr="0025397B" w14:paraId="7F1D1239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6F072F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2176CB0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5.73 (0.86~13.01)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655814A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4.69 (0.01~14.44)</w:t>
            </w:r>
          </w:p>
        </w:tc>
      </w:tr>
      <w:tr w:rsidR="0025397B" w:rsidRPr="0025397B" w14:paraId="2D4EF894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951007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538B43C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1.43 (0.01~3.91)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20B3D06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0.01 (0.01~6.56)</w:t>
            </w:r>
          </w:p>
        </w:tc>
      </w:tr>
      <w:tr w:rsidR="0025397B" w:rsidRPr="0025397B" w14:paraId="22FCE3D3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49A3149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TLCA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1059C1F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0.43 (0.22~1.04)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5E73FEA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0.37 (0.30~1.34)</w:t>
            </w:r>
          </w:p>
        </w:tc>
      </w:tr>
      <w:tr w:rsidR="0025397B" w:rsidRPr="0025397B" w14:paraId="41924E6D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5ABCCDF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1837A04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12.94 (0.25~88.21)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290BB7A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23.53 (0.13~112.19)</w:t>
            </w:r>
          </w:p>
        </w:tc>
      </w:tr>
      <w:tr w:rsidR="0025397B" w:rsidRPr="0025397B" w14:paraId="75F8C443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24D778A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GUDCA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793B617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47.51 (15.38~190.66)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7617468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53.62 (9.31~222.27)</w:t>
            </w:r>
          </w:p>
        </w:tc>
      </w:tr>
      <w:tr w:rsidR="0025397B" w:rsidRPr="0025397B" w14:paraId="65279692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638E32D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TUDCA </w:t>
            </w:r>
            <w:r w:rsidRPr="0025397B">
              <w:rPr>
                <w:rFonts w:ascii="Arial" w:eastAsia="宋体" w:hAnsi="Arial" w:cs="Arial" w:hint="eastAsia"/>
                <w:szCs w:val="21"/>
              </w:rPr>
              <w:t>(</w:t>
            </w:r>
            <w:r w:rsidRPr="0025397B">
              <w:rPr>
                <w:rFonts w:ascii="Arial" w:eastAsia="宋体" w:hAnsi="Arial" w:cs="Arial"/>
                <w:szCs w:val="21"/>
              </w:rPr>
              <w:t>nmol/L</w:t>
            </w:r>
            <w:r w:rsidRPr="0025397B">
              <w:rPr>
                <w:rFonts w:ascii="Arial" w:eastAsia="宋体" w:hAnsi="Arial" w:cs="Arial" w:hint="eastAsia"/>
                <w:szCs w:val="21"/>
              </w:rPr>
              <w:t>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6141C06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</w:t>
            </w:r>
            <w:r w:rsidRPr="0025397B">
              <w:rPr>
                <w:rFonts w:ascii="Arial" w:eastAsia="宋体" w:hAnsi="Arial" w:cs="Arial" w:hint="eastAsia"/>
                <w:szCs w:val="21"/>
              </w:rPr>
              <w:t>15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(0.01~4.55)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327F9FF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0.01 (0.01~6.07)</w:t>
            </w:r>
          </w:p>
        </w:tc>
      </w:tr>
      <w:tr w:rsidR="0025397B" w:rsidRPr="0025397B" w14:paraId="2FEF93F6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3AC85DD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CA125 (U/mL)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33C401A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10.70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szCs w:val="21"/>
              </w:rPr>
              <w:t>7.57</w:t>
            </w:r>
            <w:r w:rsidRPr="0025397B">
              <w:rPr>
                <w:rFonts w:ascii="Arial" w:eastAsia="宋体" w:hAnsi="Arial" w:cs="Arial"/>
                <w:szCs w:val="21"/>
              </w:rPr>
              <w:t>~</w:t>
            </w:r>
            <w:r w:rsidRPr="0025397B">
              <w:rPr>
                <w:rFonts w:ascii="Arial" w:eastAsia="宋体" w:hAnsi="Arial" w:cs="Arial" w:hint="eastAsia"/>
                <w:szCs w:val="21"/>
              </w:rPr>
              <w:t>16.08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01803EA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14.30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(</w:t>
            </w:r>
            <w:r w:rsidRPr="0025397B">
              <w:rPr>
                <w:rFonts w:ascii="Arial" w:eastAsia="宋体" w:hAnsi="Arial" w:cs="Arial" w:hint="eastAsia"/>
                <w:szCs w:val="21"/>
              </w:rPr>
              <w:t>8.67</w:t>
            </w:r>
            <w:r w:rsidRPr="0025397B">
              <w:rPr>
                <w:rFonts w:ascii="Arial" w:eastAsia="宋体" w:hAnsi="Arial" w:cs="Arial"/>
                <w:szCs w:val="21"/>
              </w:rPr>
              <w:t>~</w:t>
            </w:r>
            <w:r w:rsidRPr="0025397B">
              <w:rPr>
                <w:rFonts w:ascii="Arial" w:eastAsia="宋体" w:hAnsi="Arial" w:cs="Arial" w:hint="eastAsia"/>
                <w:szCs w:val="21"/>
              </w:rPr>
              <w:t>17.10</w:t>
            </w:r>
            <w:r w:rsidRPr="0025397B">
              <w:rPr>
                <w:rFonts w:ascii="Arial" w:eastAsia="宋体" w:hAnsi="Arial" w:cs="Arial"/>
                <w:szCs w:val="21"/>
              </w:rPr>
              <w:t>)</w:t>
            </w:r>
          </w:p>
        </w:tc>
      </w:tr>
      <w:tr w:rsidR="0025397B" w:rsidRPr="0025397B" w14:paraId="1BD2C82C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50C064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CA19-9 (U/mL)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095ABDB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9.94 (6.17~17.18)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792BAE8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13.10 (5.68~20.40)</w:t>
            </w:r>
          </w:p>
        </w:tc>
      </w:tr>
      <w:tr w:rsidR="0025397B" w:rsidRPr="0025397B" w14:paraId="721C46C1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0056038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CA242 (U/mL)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7ED0EBD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4.87 (2.85~11.52)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2FF5572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7.76 (3.60~16.18)</w:t>
            </w:r>
          </w:p>
        </w:tc>
      </w:tr>
      <w:tr w:rsidR="0025397B" w:rsidRPr="0025397B" w14:paraId="23084FA1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41D35C0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CA50 (U/mL)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647EC44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5.75 (3.92~11.45)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6E3C86B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8.56 (4.86~16.62)</w:t>
            </w:r>
          </w:p>
        </w:tc>
      </w:tr>
      <w:tr w:rsidR="0025397B" w:rsidRPr="0025397B" w14:paraId="5283EECB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nil"/>
            </w:tcBorders>
            <w:vAlign w:val="center"/>
          </w:tcPr>
          <w:p w14:paraId="10E39BC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CA72-4 (U/mL)</w:t>
            </w:r>
          </w:p>
        </w:tc>
        <w:tc>
          <w:tcPr>
            <w:tcW w:w="1812" w:type="pct"/>
            <w:tcBorders>
              <w:top w:val="nil"/>
              <w:bottom w:val="nil"/>
            </w:tcBorders>
          </w:tcPr>
          <w:p w14:paraId="06DC9F7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1.66 (1.50~3.94)</w:t>
            </w:r>
          </w:p>
        </w:tc>
        <w:tc>
          <w:tcPr>
            <w:tcW w:w="1699" w:type="pct"/>
            <w:tcBorders>
              <w:top w:val="nil"/>
              <w:bottom w:val="nil"/>
            </w:tcBorders>
          </w:tcPr>
          <w:p w14:paraId="58DDDD6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1.78 (1.50~4.62)</w:t>
            </w:r>
          </w:p>
        </w:tc>
      </w:tr>
      <w:tr w:rsidR="0025397B" w:rsidRPr="0025397B" w14:paraId="00C6414B" w14:textId="77777777" w:rsidTr="00E24CC5">
        <w:trPr>
          <w:jc w:val="center"/>
        </w:trPr>
        <w:tc>
          <w:tcPr>
            <w:tcW w:w="1489" w:type="pct"/>
            <w:tcBorders>
              <w:top w:val="nil"/>
              <w:bottom w:val="single" w:sz="4" w:space="0" w:color="auto"/>
            </w:tcBorders>
            <w:vAlign w:val="center"/>
          </w:tcPr>
          <w:p w14:paraId="2A6CBFE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CEA (ng/mL)</w:t>
            </w:r>
          </w:p>
        </w:tc>
        <w:tc>
          <w:tcPr>
            <w:tcW w:w="1812" w:type="pct"/>
            <w:tcBorders>
              <w:top w:val="nil"/>
              <w:bottom w:val="single" w:sz="4" w:space="0" w:color="auto"/>
            </w:tcBorders>
          </w:tcPr>
          <w:p w14:paraId="290BF3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2.88 (1.81~6.95)</w:t>
            </w:r>
          </w:p>
        </w:tc>
        <w:tc>
          <w:tcPr>
            <w:tcW w:w="1699" w:type="pct"/>
            <w:tcBorders>
              <w:top w:val="nil"/>
              <w:bottom w:val="single" w:sz="4" w:space="0" w:color="auto"/>
            </w:tcBorders>
          </w:tcPr>
          <w:p w14:paraId="4A8F914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4.15 (2.23~9.27)</w:t>
            </w:r>
          </w:p>
        </w:tc>
      </w:tr>
    </w:tbl>
    <w:p w14:paraId="50C3998F" w14:textId="77777777" w:rsidR="0025397B" w:rsidRPr="0025397B" w:rsidRDefault="0025397B" w:rsidP="0025397B">
      <w:pPr>
        <w:widowControl/>
        <w:spacing w:line="360" w:lineRule="auto"/>
        <w:jc w:val="left"/>
        <w:rPr>
          <w:rFonts w:ascii="Arial" w:eastAsia="宋体" w:hAnsi="Arial" w:cs="Arial"/>
          <w:szCs w:val="21"/>
        </w:rPr>
      </w:pPr>
      <w:r w:rsidRPr="0025397B">
        <w:rPr>
          <w:rFonts w:ascii="Arial" w:eastAsia="宋体" w:hAnsi="Arial" w:cs="Arial"/>
          <w:szCs w:val="21"/>
        </w:rPr>
        <w:br w:type="page"/>
      </w:r>
    </w:p>
    <w:p w14:paraId="7AE6EF71" w14:textId="77777777" w:rsidR="0025397B" w:rsidRPr="0025397B" w:rsidRDefault="0025397B" w:rsidP="0025397B">
      <w:pPr>
        <w:jc w:val="center"/>
        <w:rPr>
          <w:rFonts w:ascii="Arial" w:eastAsia="MS Mincho" w:hAnsi="Arial" w:cs="Arial"/>
          <w:b/>
          <w:bCs/>
          <w:kern w:val="0"/>
          <w:szCs w:val="21"/>
          <w:lang w:eastAsia="en-US"/>
        </w:rPr>
      </w:pPr>
      <w:bookmarkStart w:id="0" w:name="_Hlk161437607"/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lastRenderedPageBreak/>
        <w:t xml:space="preserve">Supplementary Tab.3 </w:t>
      </w:r>
      <w:bookmarkStart w:id="1" w:name="_Hlk161404792"/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>Comparison of biomarker sensitivities at different specificities</w:t>
      </w:r>
      <w:bookmarkEnd w:id="1"/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998"/>
        <w:gridCol w:w="2299"/>
        <w:gridCol w:w="2299"/>
        <w:gridCol w:w="2299"/>
        <w:gridCol w:w="2294"/>
      </w:tblGrid>
      <w:tr w:rsidR="0025397B" w:rsidRPr="0025397B" w14:paraId="28FAA74F" w14:textId="77777777" w:rsidTr="00E24CC5">
        <w:trPr>
          <w:trHeight w:val="280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</w:tcPr>
          <w:p w14:paraId="087CCE5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Indicators</w:t>
            </w:r>
          </w:p>
        </w:tc>
        <w:tc>
          <w:tcPr>
            <w:tcW w:w="4317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03D47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bookmarkStart w:id="2" w:name="OLE_LINK14"/>
            <w:r w:rsidRPr="0025397B">
              <w:rPr>
                <w:rFonts w:ascii="Arial" w:eastAsia="宋体" w:hAnsi="Arial" w:cs="Arial"/>
                <w:szCs w:val="21"/>
              </w:rPr>
              <w:t>Biomarker Sensitivities at Different Specificities</w:t>
            </w:r>
            <w:bookmarkEnd w:id="2"/>
            <w:r w:rsidRPr="0025397B">
              <w:rPr>
                <w:rFonts w:ascii="Arial" w:eastAsia="宋体" w:hAnsi="Arial" w:cs="Arial"/>
                <w:szCs w:val="21"/>
              </w:rPr>
              <w:t xml:space="preserve"> </w:t>
            </w:r>
            <w:r w:rsidRPr="0025397B">
              <w:rPr>
                <w:rFonts w:ascii="Helvetica" w:eastAsia="等线" w:hAnsi="Helvetica" w:cs="Helvetica"/>
                <w:szCs w:val="21"/>
              </w:rPr>
              <w:t>(</w:t>
            </w:r>
            <w:r w:rsidRPr="0025397B">
              <w:rPr>
                <w:rFonts w:ascii="Helvetica" w:eastAsia="等线" w:hAnsi="Helvetica" w:cs="Helvetica" w:hint="eastAsia"/>
                <w:szCs w:val="21"/>
              </w:rPr>
              <w:t>%</w:t>
            </w:r>
            <w:r w:rsidRPr="0025397B">
              <w:rPr>
                <w:rFonts w:ascii="Helvetica" w:eastAsia="等线" w:hAnsi="Helvetica" w:cs="Helvetica"/>
                <w:szCs w:val="21"/>
              </w:rPr>
              <w:t>)</w:t>
            </w:r>
          </w:p>
        </w:tc>
      </w:tr>
      <w:tr w:rsidR="0025397B" w:rsidRPr="0025397B" w14:paraId="79786EE5" w14:textId="77777777" w:rsidTr="00E24CC5">
        <w:trPr>
          <w:trHeight w:val="280"/>
          <w:jc w:val="center"/>
        </w:trPr>
        <w:tc>
          <w:tcPr>
            <w:tcW w:w="683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3F8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7F2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90%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9B1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80%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A98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70%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CC3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60%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B6C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50%</w:t>
            </w:r>
          </w:p>
        </w:tc>
      </w:tr>
      <w:tr w:rsidR="0025397B" w:rsidRPr="0025397B" w14:paraId="5730E501" w14:textId="77777777" w:rsidTr="00E24CC5">
        <w:trPr>
          <w:trHeight w:val="280"/>
          <w:jc w:val="center"/>
        </w:trPr>
        <w:tc>
          <w:tcPr>
            <w:tcW w:w="68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C434FA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TC</w:t>
            </w:r>
          </w:p>
        </w:tc>
        <w:tc>
          <w:tcPr>
            <w:tcW w:w="77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52F13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31.87</w:t>
            </w:r>
          </w:p>
        </w:tc>
        <w:tc>
          <w:tcPr>
            <w:tcW w:w="887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FC8C0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53.85</w:t>
            </w:r>
          </w:p>
        </w:tc>
        <w:tc>
          <w:tcPr>
            <w:tcW w:w="887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09468C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59.34</w:t>
            </w:r>
          </w:p>
        </w:tc>
        <w:tc>
          <w:tcPr>
            <w:tcW w:w="887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88415F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69.23</w:t>
            </w:r>
          </w:p>
        </w:tc>
        <w:tc>
          <w:tcPr>
            <w:tcW w:w="88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E4AD09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</w:tr>
      <w:tr w:rsidR="0025397B" w:rsidRPr="0025397B" w14:paraId="027637B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CE416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TG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AF4DA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7.69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41EB1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24.18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E47D6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34.07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AC1DD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42.86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0225F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52.75</w:t>
            </w:r>
          </w:p>
        </w:tc>
      </w:tr>
      <w:tr w:rsidR="0025397B" w:rsidRPr="0025397B" w14:paraId="57E78230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432A1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HDL-C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B17A7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24.18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B3D8C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47.25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8F0AC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58.24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9E579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65.93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9395D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70.33</w:t>
            </w:r>
          </w:p>
        </w:tc>
      </w:tr>
      <w:tr w:rsidR="0025397B" w:rsidRPr="0025397B" w14:paraId="454293A8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7A50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LDL-C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7572C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17.58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C23C0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36.26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84ACC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53.85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E64EC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61.54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67F58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73.63</w:t>
            </w:r>
          </w:p>
        </w:tc>
      </w:tr>
      <w:tr w:rsidR="0025397B" w:rsidRPr="0025397B" w14:paraId="46C5BAAB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27718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APOA1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3BAF5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76.92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C2B89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82.42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30F2E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86.81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E2F3D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91.21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B13ED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92.31</w:t>
            </w:r>
          </w:p>
        </w:tc>
      </w:tr>
      <w:tr w:rsidR="0025397B" w:rsidRPr="0025397B" w14:paraId="33892FE6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96FAC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APOA2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206BA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86.81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CED60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92.31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F6E8F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95.60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54650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97.80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B4D62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100.00</w:t>
            </w:r>
          </w:p>
        </w:tc>
      </w:tr>
      <w:tr w:rsidR="0025397B" w:rsidRPr="0025397B" w14:paraId="6982E3A3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F633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APOB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8D4A6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17.58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6D52E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30.77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13165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51.65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4C724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58.24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C7E40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70.33</w:t>
            </w:r>
          </w:p>
        </w:tc>
      </w:tr>
      <w:tr w:rsidR="0025397B" w:rsidRPr="0025397B" w14:paraId="35C4C7D5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63C5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APOC2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ACC32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18.68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C88A6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29.67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71C72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43.96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F26FD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53.85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BAA12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59.34</w:t>
            </w:r>
          </w:p>
        </w:tc>
      </w:tr>
      <w:tr w:rsidR="0025397B" w:rsidRPr="0025397B" w14:paraId="267703C4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3303A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APOC3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1F1BB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47.25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78233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58.24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EBAAA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61.54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FDBE6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64.84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7F309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78.02</w:t>
            </w:r>
          </w:p>
        </w:tc>
      </w:tr>
      <w:tr w:rsidR="0025397B" w:rsidRPr="0025397B" w14:paraId="337B870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D84E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58699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29.67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D8502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46.15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87B0C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54.95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95762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64.84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E2379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67.03</w:t>
            </w:r>
          </w:p>
        </w:tc>
      </w:tr>
      <w:tr w:rsidR="0025397B" w:rsidRPr="0025397B" w14:paraId="4287CC3F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F7017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FFEC6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47.25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1BF6E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54.95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DC594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62.64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59022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73.63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B58A5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80.22</w:t>
            </w:r>
          </w:p>
        </w:tc>
      </w:tr>
      <w:tr w:rsidR="0025397B" w:rsidRPr="0025397B" w14:paraId="00D572C3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B354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C3FE6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56.04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03D75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68EC4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76.92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3E8C6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80.22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9C64D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86.81</w:t>
            </w:r>
          </w:p>
        </w:tc>
      </w:tr>
      <w:tr w:rsidR="0025397B" w:rsidRPr="0025397B" w14:paraId="5AA61202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A050A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GDCA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41BCE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43.96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F9BB4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56.04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92A00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58.24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123BC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67.03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8D3E9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70.33</w:t>
            </w:r>
          </w:p>
        </w:tc>
      </w:tr>
      <w:tr w:rsidR="0025397B" w:rsidRPr="0025397B" w14:paraId="0E7F0CEB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0DCA4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16DFF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52.75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9AC11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63.74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EEC90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67.03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A2EF6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75.82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C8194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79.12</w:t>
            </w:r>
          </w:p>
        </w:tc>
      </w:tr>
      <w:tr w:rsidR="0025397B" w:rsidRPr="0025397B" w14:paraId="4EC9DEF6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1F4F7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LCA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3855A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39F3A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78.02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462D2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90.11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3F345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92.31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C8D61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92.31</w:t>
            </w:r>
          </w:p>
        </w:tc>
      </w:tr>
      <w:tr w:rsidR="0025397B" w:rsidRPr="0025397B" w14:paraId="1653B0E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7B5C7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GLCA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96CD3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53.85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4BB99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68.13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1B539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75.82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63504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75.82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0B8E0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82.42</w:t>
            </w:r>
          </w:p>
        </w:tc>
      </w:tr>
      <w:tr w:rsidR="0025397B" w:rsidRPr="0025397B" w14:paraId="0865E09B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B56C8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TLCA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1120C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21.98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2352C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54.95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2C5A8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67.03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9954D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58A2A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76.92</w:t>
            </w:r>
          </w:p>
        </w:tc>
      </w:tr>
      <w:tr w:rsidR="0025397B" w:rsidRPr="0025397B" w14:paraId="0A17DB4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66434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UDCA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307BC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47.25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0A1C0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62.64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E0EC2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CFE72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74.73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E2FD2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78.02</w:t>
            </w:r>
          </w:p>
        </w:tc>
      </w:tr>
      <w:tr w:rsidR="0025397B" w:rsidRPr="0025397B" w14:paraId="265583EA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4304A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GUDCA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169C2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40.66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70D54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58.24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B2506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59.34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C3F3F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64.84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73DF9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69.23</w:t>
            </w:r>
          </w:p>
        </w:tc>
      </w:tr>
      <w:tr w:rsidR="0025397B" w:rsidRPr="0025397B" w14:paraId="11D27BA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B27C9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TUDCA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2FC8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53.85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7FC0E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60.44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185EA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67.03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F3BC0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70.33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813B7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73.63</w:t>
            </w:r>
          </w:p>
        </w:tc>
      </w:tr>
      <w:tr w:rsidR="0025397B" w:rsidRPr="0025397B" w14:paraId="2FE0619F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DD82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 xml:space="preserve">CA125 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6EA8FE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</w:t>
            </w:r>
            <w:r w:rsidRPr="0025397B">
              <w:rPr>
                <w:rFonts w:ascii="Arial" w:eastAsia="宋体" w:hAnsi="Arial" w:cs="Arial"/>
                <w:szCs w:val="21"/>
              </w:rPr>
              <w:t>4.29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FA0143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  <w:r w:rsidRPr="0025397B">
              <w:rPr>
                <w:rFonts w:ascii="Arial" w:eastAsia="宋体" w:hAnsi="Arial" w:cs="Arial"/>
                <w:szCs w:val="21"/>
              </w:rPr>
              <w:t>6.37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B35819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</w:t>
            </w:r>
            <w:r w:rsidRPr="0025397B">
              <w:rPr>
                <w:rFonts w:ascii="Arial" w:eastAsia="宋体" w:hAnsi="Arial" w:cs="Arial"/>
                <w:szCs w:val="21"/>
              </w:rPr>
              <w:t>7.36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EBA3DE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  <w:r w:rsidRPr="0025397B">
              <w:rPr>
                <w:rFonts w:ascii="Arial" w:eastAsia="宋体" w:hAnsi="Arial" w:cs="Arial"/>
                <w:szCs w:val="21"/>
              </w:rPr>
              <w:t>8.35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E48C1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</w:t>
            </w:r>
            <w:r w:rsidRPr="0025397B">
              <w:rPr>
                <w:rFonts w:ascii="Arial" w:eastAsia="宋体" w:hAnsi="Arial" w:cs="Arial"/>
                <w:szCs w:val="21"/>
              </w:rPr>
              <w:t>6.04</w:t>
            </w:r>
          </w:p>
        </w:tc>
      </w:tr>
      <w:tr w:rsidR="0025397B" w:rsidRPr="0025397B" w14:paraId="195544A2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0DDAD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 xml:space="preserve">CA19-9 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49242C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  <w:r w:rsidRPr="0025397B">
              <w:rPr>
                <w:rFonts w:ascii="Arial" w:eastAsia="宋体" w:hAnsi="Arial" w:cs="Arial"/>
                <w:szCs w:val="21"/>
              </w:rPr>
              <w:t>6.37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1894B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  <w:r w:rsidRPr="0025397B">
              <w:rPr>
                <w:rFonts w:ascii="Arial" w:eastAsia="宋体" w:hAnsi="Arial" w:cs="Arial"/>
                <w:szCs w:val="21"/>
              </w:rPr>
              <w:t>2.86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C0F560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</w:t>
            </w:r>
            <w:r w:rsidRPr="0025397B">
              <w:rPr>
                <w:rFonts w:ascii="Arial" w:eastAsia="宋体" w:hAnsi="Arial" w:cs="Arial"/>
                <w:szCs w:val="21"/>
              </w:rPr>
              <w:t>1.65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364211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</w:t>
            </w:r>
            <w:r w:rsidRPr="0025397B">
              <w:rPr>
                <w:rFonts w:ascii="Arial" w:eastAsia="宋体" w:hAnsi="Arial" w:cs="Arial"/>
                <w:szCs w:val="21"/>
              </w:rPr>
              <w:t>3.74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3561AF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</w:t>
            </w:r>
            <w:r w:rsidRPr="0025397B">
              <w:rPr>
                <w:rFonts w:ascii="Arial" w:eastAsia="宋体" w:hAnsi="Arial" w:cs="Arial"/>
                <w:szCs w:val="21"/>
              </w:rPr>
              <w:t>4.84</w:t>
            </w:r>
          </w:p>
        </w:tc>
      </w:tr>
      <w:tr w:rsidR="0025397B" w:rsidRPr="0025397B" w14:paraId="242DFAFB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36B89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CA242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9546C7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  <w:r w:rsidRPr="0025397B">
              <w:rPr>
                <w:rFonts w:ascii="Arial" w:eastAsia="宋体" w:hAnsi="Arial" w:cs="Arial"/>
                <w:szCs w:val="21"/>
              </w:rPr>
              <w:t>6.37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6D21BE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</w:t>
            </w:r>
            <w:r w:rsidRPr="0025397B">
              <w:rPr>
                <w:rFonts w:ascii="Arial" w:eastAsia="宋体" w:hAnsi="Arial" w:cs="Arial"/>
                <w:szCs w:val="21"/>
              </w:rPr>
              <w:t>2.97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860EE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  <w:r w:rsidRPr="0025397B">
              <w:rPr>
                <w:rFonts w:ascii="Arial" w:eastAsia="宋体" w:hAnsi="Arial" w:cs="Arial"/>
                <w:szCs w:val="21"/>
              </w:rPr>
              <w:t>0.66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2F618B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47.25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61F272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  <w:r w:rsidRPr="0025397B">
              <w:rPr>
                <w:rFonts w:ascii="Arial" w:eastAsia="宋体" w:hAnsi="Arial" w:cs="Arial"/>
                <w:szCs w:val="21"/>
              </w:rPr>
              <w:t>8.35</w:t>
            </w:r>
          </w:p>
        </w:tc>
      </w:tr>
      <w:tr w:rsidR="0025397B" w:rsidRPr="0025397B" w14:paraId="0F79DDF8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0233B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CA50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687E19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  <w:r w:rsidRPr="0025397B">
              <w:rPr>
                <w:rFonts w:ascii="Arial" w:eastAsia="宋体" w:hAnsi="Arial" w:cs="Arial"/>
                <w:szCs w:val="21"/>
              </w:rPr>
              <w:t>1.98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5E5D7A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  <w:r w:rsidRPr="0025397B">
              <w:rPr>
                <w:rFonts w:ascii="Arial" w:eastAsia="宋体" w:hAnsi="Arial" w:cs="Arial"/>
                <w:szCs w:val="21"/>
              </w:rPr>
              <w:t>9.67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D8E5F2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</w:t>
            </w:r>
            <w:r w:rsidRPr="0025397B">
              <w:rPr>
                <w:rFonts w:ascii="Arial" w:eastAsia="宋体" w:hAnsi="Arial" w:cs="Arial"/>
                <w:szCs w:val="21"/>
              </w:rPr>
              <w:t>8.46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9E469C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  <w:r w:rsidRPr="0025397B">
              <w:rPr>
                <w:rFonts w:ascii="Arial" w:eastAsia="宋体" w:hAnsi="Arial" w:cs="Arial"/>
                <w:szCs w:val="21"/>
              </w:rPr>
              <w:t>8.35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BBBE2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</w:t>
            </w:r>
            <w:r w:rsidRPr="0025397B">
              <w:rPr>
                <w:rFonts w:ascii="Arial" w:eastAsia="宋体" w:hAnsi="Arial" w:cs="Arial"/>
                <w:szCs w:val="21"/>
              </w:rPr>
              <w:t>7.14</w:t>
            </w:r>
          </w:p>
        </w:tc>
      </w:tr>
      <w:tr w:rsidR="0025397B" w:rsidRPr="0025397B" w14:paraId="0FB1DD7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452ED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CA19-9</w:t>
            </w:r>
          </w:p>
        </w:tc>
        <w:tc>
          <w:tcPr>
            <w:tcW w:w="7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21B27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26.37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C91F7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42.86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C982C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51.65</w:t>
            </w:r>
          </w:p>
        </w:tc>
        <w:tc>
          <w:tcPr>
            <w:tcW w:w="88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AA147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63.74</w:t>
            </w:r>
          </w:p>
        </w:tc>
        <w:tc>
          <w:tcPr>
            <w:tcW w:w="88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E0A1F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64.84</w:t>
            </w:r>
          </w:p>
        </w:tc>
      </w:tr>
      <w:tr w:rsidR="0025397B" w:rsidRPr="0025397B" w14:paraId="1E8905B1" w14:textId="77777777" w:rsidTr="00E24CC5">
        <w:trPr>
          <w:trHeight w:val="280"/>
          <w:jc w:val="center"/>
        </w:trPr>
        <w:tc>
          <w:tcPr>
            <w:tcW w:w="683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588FCB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CEA</w:t>
            </w:r>
          </w:p>
        </w:tc>
        <w:tc>
          <w:tcPr>
            <w:tcW w:w="771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52AE1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49.45</w:t>
            </w:r>
          </w:p>
        </w:tc>
        <w:tc>
          <w:tcPr>
            <w:tcW w:w="887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5EDDDD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64.84</w:t>
            </w:r>
          </w:p>
        </w:tc>
        <w:tc>
          <w:tcPr>
            <w:tcW w:w="887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1640BA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71.43</w:t>
            </w:r>
          </w:p>
        </w:tc>
        <w:tc>
          <w:tcPr>
            <w:tcW w:w="887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620907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80.22</w:t>
            </w:r>
          </w:p>
        </w:tc>
        <w:tc>
          <w:tcPr>
            <w:tcW w:w="885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A53DE6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83.52</w:t>
            </w:r>
          </w:p>
        </w:tc>
      </w:tr>
      <w:bookmarkEnd w:id="0"/>
    </w:tbl>
    <w:p w14:paraId="09AC2814" w14:textId="77777777" w:rsidR="0025397B" w:rsidRPr="0025397B" w:rsidRDefault="0025397B" w:rsidP="0025397B">
      <w:pPr>
        <w:jc w:val="left"/>
        <w:rPr>
          <w:rFonts w:ascii="Arial" w:eastAsia="宋体" w:hAnsi="Arial" w:cs="Arial"/>
          <w:b/>
          <w:bCs/>
          <w:szCs w:val="21"/>
        </w:rPr>
      </w:pPr>
      <w:r w:rsidRPr="0025397B">
        <w:rPr>
          <w:rFonts w:ascii="Arial" w:eastAsia="宋体" w:hAnsi="Arial" w:cs="Arial"/>
          <w:b/>
          <w:bCs/>
          <w:szCs w:val="21"/>
        </w:rPr>
        <w:br w:type="page"/>
      </w:r>
    </w:p>
    <w:p w14:paraId="2C8A3366" w14:textId="77777777" w:rsidR="0025397B" w:rsidRPr="0025397B" w:rsidRDefault="0025397B" w:rsidP="0025397B">
      <w:pPr>
        <w:jc w:val="center"/>
        <w:rPr>
          <w:rFonts w:ascii="Arial" w:eastAsia="MS Mincho" w:hAnsi="Arial" w:cs="Arial"/>
          <w:b/>
          <w:bCs/>
          <w:kern w:val="0"/>
          <w:szCs w:val="21"/>
          <w:lang w:eastAsia="en-US"/>
        </w:rPr>
      </w:pP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lastRenderedPageBreak/>
        <w:t>Supplementary Tab.4</w:t>
      </w:r>
      <w:r w:rsidRPr="0025397B">
        <w:rPr>
          <w:rFonts w:ascii="Arial" w:eastAsia="MS Mincho" w:hAnsi="Arial" w:cs="Arial"/>
          <w:b/>
          <w:bCs/>
          <w:kern w:val="0"/>
          <w:szCs w:val="21"/>
          <w:lang w:eastAsia="en-US"/>
        </w:rPr>
        <w:t xml:space="preserve"> Clinical characteristics of the training set and internal validation set</w:t>
      </w:r>
      <w:r w:rsidRPr="0025397B">
        <w:rPr>
          <w:rFonts w:ascii="Arial" w:eastAsia="MS Mincho" w:hAnsi="Arial" w:cs="Arial" w:hint="eastAsia"/>
          <w:b/>
          <w:bCs/>
          <w:kern w:val="0"/>
          <w:szCs w:val="21"/>
          <w:lang w:eastAsia="en-US"/>
        </w:rPr>
        <w:t xml:space="preserve"> </w:t>
      </w:r>
    </w:p>
    <w:tbl>
      <w:tblPr>
        <w:tblStyle w:val="114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2957"/>
        <w:gridCol w:w="2582"/>
        <w:gridCol w:w="2582"/>
        <w:gridCol w:w="2579"/>
      </w:tblGrid>
      <w:tr w:rsidR="0025397B" w:rsidRPr="0025397B" w14:paraId="42281D71" w14:textId="77777777" w:rsidTr="00E24CC5">
        <w:trPr>
          <w:jc w:val="center"/>
        </w:trPr>
        <w:tc>
          <w:tcPr>
            <w:tcW w:w="872" w:type="pct"/>
            <w:tcBorders>
              <w:bottom w:val="nil"/>
            </w:tcBorders>
          </w:tcPr>
          <w:p w14:paraId="4CE2A95E" w14:textId="77777777" w:rsidR="0025397B" w:rsidRPr="0025397B" w:rsidRDefault="0025397B" w:rsidP="0025397B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4128" w:type="pct"/>
            <w:gridSpan w:val="4"/>
          </w:tcPr>
          <w:p w14:paraId="2E8868C5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  <w:b/>
                <w:bCs/>
              </w:rPr>
            </w:pPr>
            <w:r w:rsidRPr="0025397B">
              <w:rPr>
                <w:rFonts w:ascii="Calibri" w:eastAsia="宋体" w:hAnsi="Calibri" w:cs="Times New Roman" w:hint="eastAsia"/>
                <w:b/>
                <w:bCs/>
              </w:rPr>
              <w:t>Study participants</w:t>
            </w:r>
          </w:p>
        </w:tc>
      </w:tr>
      <w:tr w:rsidR="0025397B" w:rsidRPr="0025397B" w14:paraId="3A676E87" w14:textId="77777777" w:rsidTr="00E24CC5">
        <w:trPr>
          <w:jc w:val="center"/>
        </w:trPr>
        <w:tc>
          <w:tcPr>
            <w:tcW w:w="872" w:type="pct"/>
            <w:tcBorders>
              <w:top w:val="nil"/>
            </w:tcBorders>
          </w:tcPr>
          <w:p w14:paraId="17FE43A8" w14:textId="77777777" w:rsidR="0025397B" w:rsidRPr="0025397B" w:rsidRDefault="0025397B" w:rsidP="0025397B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2137" w:type="pct"/>
            <w:gridSpan w:val="2"/>
          </w:tcPr>
          <w:p w14:paraId="10764213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  <w:b/>
                <w:bCs/>
              </w:rPr>
            </w:pPr>
            <w:r w:rsidRPr="0025397B">
              <w:rPr>
                <w:rFonts w:ascii="Helvetica" w:eastAsia="等线" w:hAnsi="Helvetica" w:cs="Helvetica"/>
                <w:b/>
                <w:szCs w:val="21"/>
              </w:rPr>
              <w:t>Training set</w:t>
            </w:r>
          </w:p>
        </w:tc>
        <w:tc>
          <w:tcPr>
            <w:tcW w:w="1991" w:type="pct"/>
            <w:gridSpan w:val="2"/>
          </w:tcPr>
          <w:p w14:paraId="23D195A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  <w:b/>
                <w:bCs/>
              </w:rPr>
            </w:pPr>
            <w:r w:rsidRPr="0025397B">
              <w:rPr>
                <w:rFonts w:ascii="Helvetica" w:eastAsia="等线" w:hAnsi="Helvetica" w:cs="Helvetica"/>
                <w:b/>
                <w:szCs w:val="21"/>
              </w:rPr>
              <w:t>Internal validation set</w:t>
            </w:r>
          </w:p>
        </w:tc>
      </w:tr>
      <w:tr w:rsidR="0025397B" w:rsidRPr="0025397B" w14:paraId="7C95EEAC" w14:textId="77777777" w:rsidTr="00E24CC5">
        <w:trPr>
          <w:jc w:val="center"/>
        </w:trPr>
        <w:tc>
          <w:tcPr>
            <w:tcW w:w="872" w:type="pct"/>
          </w:tcPr>
          <w:p w14:paraId="2D080DB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Group</w:t>
            </w:r>
          </w:p>
        </w:tc>
        <w:tc>
          <w:tcPr>
            <w:tcW w:w="1141" w:type="pct"/>
          </w:tcPr>
          <w:p w14:paraId="29038CDC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HC</w:t>
            </w:r>
          </w:p>
        </w:tc>
        <w:tc>
          <w:tcPr>
            <w:tcW w:w="996" w:type="pct"/>
          </w:tcPr>
          <w:p w14:paraId="083FAA2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CRC</w:t>
            </w:r>
          </w:p>
        </w:tc>
        <w:tc>
          <w:tcPr>
            <w:tcW w:w="996" w:type="pct"/>
          </w:tcPr>
          <w:p w14:paraId="0D6FE9B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HC</w:t>
            </w:r>
          </w:p>
        </w:tc>
        <w:tc>
          <w:tcPr>
            <w:tcW w:w="995" w:type="pct"/>
          </w:tcPr>
          <w:p w14:paraId="1966173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CRC</w:t>
            </w:r>
          </w:p>
        </w:tc>
      </w:tr>
      <w:tr w:rsidR="0025397B" w:rsidRPr="0025397B" w14:paraId="066D7572" w14:textId="77777777" w:rsidTr="00E24CC5">
        <w:trPr>
          <w:jc w:val="center"/>
        </w:trPr>
        <w:tc>
          <w:tcPr>
            <w:tcW w:w="872" w:type="pct"/>
          </w:tcPr>
          <w:p w14:paraId="1EF23E3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T</w:t>
            </w:r>
            <w:r w:rsidRPr="0025397B">
              <w:rPr>
                <w:rFonts w:ascii="Calibri" w:eastAsia="宋体" w:hAnsi="Calibri" w:cs="Times New Roman"/>
              </w:rPr>
              <w:t xml:space="preserve">otal </w:t>
            </w:r>
            <w:r w:rsidRPr="0025397B">
              <w:rPr>
                <w:rFonts w:ascii="Calibri" w:eastAsia="宋体" w:hAnsi="Calibri" w:cs="Times New Roman" w:hint="eastAsia"/>
              </w:rPr>
              <w:t>(%)</w:t>
            </w:r>
          </w:p>
        </w:tc>
        <w:tc>
          <w:tcPr>
            <w:tcW w:w="1141" w:type="pct"/>
          </w:tcPr>
          <w:p w14:paraId="4E487B1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96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100.00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</w:tcPr>
          <w:p w14:paraId="4DA748BF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72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100.00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</w:tcPr>
          <w:p w14:paraId="259E98FC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2</w:t>
            </w:r>
            <w:r w:rsidRPr="0025397B">
              <w:rPr>
                <w:rFonts w:ascii="Calibri" w:eastAsia="宋体" w:hAnsi="Calibri" w:cs="Times New Roman"/>
              </w:rPr>
              <w:t>4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100.00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5" w:type="pct"/>
          </w:tcPr>
          <w:p w14:paraId="505FCDF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19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100.00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04D7BA77" w14:textId="77777777" w:rsidTr="00E24CC5">
        <w:trPr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303F3B6E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A</w:t>
            </w:r>
            <w:r w:rsidRPr="0025397B">
              <w:rPr>
                <w:rFonts w:ascii="Calibri" w:eastAsia="宋体" w:hAnsi="Calibri" w:cs="Times New Roman"/>
              </w:rPr>
              <w:t>ge distribution</w:t>
            </w:r>
          </w:p>
        </w:tc>
      </w:tr>
      <w:tr w:rsidR="0025397B" w:rsidRPr="0025397B" w14:paraId="361D3AF3" w14:textId="77777777" w:rsidTr="00E24CC5">
        <w:trPr>
          <w:jc w:val="center"/>
        </w:trPr>
        <w:tc>
          <w:tcPr>
            <w:tcW w:w="872" w:type="pct"/>
            <w:tcBorders>
              <w:bottom w:val="nil"/>
            </w:tcBorders>
          </w:tcPr>
          <w:p w14:paraId="63190FF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&lt;</w:t>
            </w:r>
            <w:r w:rsidRPr="0025397B">
              <w:rPr>
                <w:rFonts w:ascii="Calibri" w:eastAsia="宋体" w:hAnsi="Calibri" w:cs="Times New Roman"/>
              </w:rPr>
              <w:t>50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bottom w:val="nil"/>
            </w:tcBorders>
          </w:tcPr>
          <w:p w14:paraId="538755E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7</w:t>
            </w:r>
            <w:r w:rsidRPr="0025397B">
              <w:rPr>
                <w:rFonts w:ascii="Calibri" w:eastAsia="宋体" w:hAnsi="Calibri" w:cs="Times New Roman" w:hint="eastAsia"/>
              </w:rPr>
              <w:t>(7.3)</w:t>
            </w:r>
          </w:p>
        </w:tc>
        <w:tc>
          <w:tcPr>
            <w:tcW w:w="996" w:type="pct"/>
            <w:tcBorders>
              <w:bottom w:val="nil"/>
            </w:tcBorders>
          </w:tcPr>
          <w:p w14:paraId="09F7FFA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(6.</w:t>
            </w:r>
            <w:r w:rsidRPr="0025397B">
              <w:rPr>
                <w:rFonts w:ascii="Calibri" w:eastAsia="宋体" w:hAnsi="Calibri" w:cs="Times New Roman"/>
              </w:rPr>
              <w:t>9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bottom w:val="nil"/>
            </w:tcBorders>
          </w:tcPr>
          <w:p w14:paraId="0A165C25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9.4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5" w:type="pct"/>
            <w:tcBorders>
              <w:bottom w:val="nil"/>
            </w:tcBorders>
          </w:tcPr>
          <w:p w14:paraId="16D9A1B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1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5.</w:t>
            </w:r>
            <w:r w:rsidRPr="0025397B">
              <w:rPr>
                <w:rFonts w:ascii="Calibri" w:eastAsia="宋体" w:hAnsi="Calibri" w:cs="Times New Roman" w:hint="eastAsia"/>
              </w:rPr>
              <w:t>3)</w:t>
            </w:r>
          </w:p>
        </w:tc>
      </w:tr>
      <w:tr w:rsidR="0025397B" w:rsidRPr="0025397B" w14:paraId="6D81A24A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1A6B5DD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5</w:t>
            </w:r>
            <w:r w:rsidRPr="0025397B">
              <w:rPr>
                <w:rFonts w:ascii="Calibri" w:eastAsia="宋体" w:hAnsi="Calibri" w:cs="Times New Roman"/>
              </w:rPr>
              <w:t>0-59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23FBA14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</w:t>
            </w:r>
            <w:r w:rsidRPr="0025397B">
              <w:rPr>
                <w:rFonts w:ascii="Calibri" w:eastAsia="宋体" w:hAnsi="Calibri" w:cs="Times New Roman" w:hint="eastAsia"/>
              </w:rPr>
              <w:t>8(</w:t>
            </w:r>
            <w:r w:rsidRPr="0025397B">
              <w:rPr>
                <w:rFonts w:ascii="Calibri" w:eastAsia="宋体" w:hAnsi="Calibri" w:cs="Times New Roman"/>
              </w:rPr>
              <w:t>29.</w:t>
            </w:r>
            <w:r w:rsidRPr="0025397B">
              <w:rPr>
                <w:rFonts w:ascii="Calibri" w:eastAsia="宋体" w:hAnsi="Calibri" w:cs="Times New Roman" w:hint="eastAsia"/>
              </w:rPr>
              <w:t>2)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0765EB2C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</w:t>
            </w:r>
            <w:r w:rsidRPr="0025397B">
              <w:rPr>
                <w:rFonts w:ascii="Calibri" w:eastAsia="宋体" w:hAnsi="Calibri" w:cs="Times New Roman"/>
              </w:rPr>
              <w:t>2</w:t>
            </w:r>
            <w:r w:rsidRPr="0025397B">
              <w:rPr>
                <w:rFonts w:ascii="Calibri" w:eastAsia="宋体" w:hAnsi="Calibri" w:cs="Times New Roman" w:hint="eastAsia"/>
              </w:rPr>
              <w:t>(1</w:t>
            </w:r>
            <w:r w:rsidRPr="0025397B">
              <w:rPr>
                <w:rFonts w:ascii="Calibri" w:eastAsia="宋体" w:hAnsi="Calibri" w:cs="Times New Roman"/>
              </w:rPr>
              <w:t>6.7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6BFB9F12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10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41.</w:t>
            </w:r>
            <w:r w:rsidRPr="0025397B">
              <w:rPr>
                <w:rFonts w:ascii="Calibri" w:eastAsia="宋体" w:hAnsi="Calibri" w:cs="Times New Roman" w:hint="eastAsia"/>
              </w:rPr>
              <w:t>7)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2F125633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4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21.</w:t>
            </w:r>
            <w:r w:rsidRPr="0025397B">
              <w:rPr>
                <w:rFonts w:ascii="Calibri" w:eastAsia="宋体" w:hAnsi="Calibri" w:cs="Times New Roman" w:hint="eastAsia"/>
              </w:rPr>
              <w:t>0)</w:t>
            </w:r>
          </w:p>
        </w:tc>
      </w:tr>
      <w:tr w:rsidR="0025397B" w:rsidRPr="0025397B" w14:paraId="486D5D6A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213BE0D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</w:t>
            </w:r>
            <w:r w:rsidRPr="0025397B">
              <w:rPr>
                <w:rFonts w:ascii="Calibri" w:eastAsia="宋体" w:hAnsi="Calibri" w:cs="Times New Roman"/>
              </w:rPr>
              <w:t>0-69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112CE6E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35</w:t>
            </w:r>
            <w:r w:rsidRPr="0025397B">
              <w:rPr>
                <w:rFonts w:ascii="Calibri" w:eastAsia="宋体" w:hAnsi="Calibri" w:cs="Times New Roman" w:hint="eastAsia"/>
              </w:rPr>
              <w:t>(3</w:t>
            </w:r>
            <w:r w:rsidRPr="0025397B">
              <w:rPr>
                <w:rFonts w:ascii="Calibri" w:eastAsia="宋体" w:hAnsi="Calibri" w:cs="Times New Roman"/>
              </w:rPr>
              <w:t>6.</w:t>
            </w:r>
            <w:r w:rsidRPr="0025397B">
              <w:rPr>
                <w:rFonts w:ascii="Calibri" w:eastAsia="宋体" w:hAnsi="Calibri" w:cs="Times New Roman" w:hint="eastAsia"/>
              </w:rPr>
              <w:t>4)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02A2129E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29</w:t>
            </w:r>
            <w:r w:rsidRPr="0025397B">
              <w:rPr>
                <w:rFonts w:ascii="Calibri" w:eastAsia="宋体" w:hAnsi="Calibri" w:cs="Times New Roman" w:hint="eastAsia"/>
              </w:rPr>
              <w:t>(4</w:t>
            </w:r>
            <w:r w:rsidRPr="0025397B">
              <w:rPr>
                <w:rFonts w:ascii="Calibri" w:eastAsia="宋体" w:hAnsi="Calibri" w:cs="Times New Roman"/>
              </w:rPr>
              <w:t>0.</w:t>
            </w:r>
            <w:r w:rsidRPr="0025397B">
              <w:rPr>
                <w:rFonts w:ascii="Calibri" w:eastAsia="宋体" w:hAnsi="Calibri" w:cs="Times New Roman" w:hint="eastAsia"/>
              </w:rPr>
              <w:t>3)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1EB0F8D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7</w:t>
            </w:r>
            <w:r w:rsidRPr="0025397B">
              <w:rPr>
                <w:rFonts w:ascii="Calibri" w:eastAsia="宋体" w:hAnsi="Calibri" w:cs="Times New Roman" w:hint="eastAsia"/>
              </w:rPr>
              <w:t>(2</w:t>
            </w:r>
            <w:r w:rsidRPr="0025397B">
              <w:rPr>
                <w:rFonts w:ascii="Calibri" w:eastAsia="宋体" w:hAnsi="Calibri" w:cs="Times New Roman"/>
              </w:rPr>
              <w:t>9.</w:t>
            </w:r>
            <w:r w:rsidRPr="0025397B">
              <w:rPr>
                <w:rFonts w:ascii="Calibri" w:eastAsia="宋体" w:hAnsi="Calibri" w:cs="Times New Roman" w:hint="eastAsia"/>
              </w:rPr>
              <w:t>1)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06460D0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9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47.</w:t>
            </w:r>
            <w:r w:rsidRPr="0025397B">
              <w:rPr>
                <w:rFonts w:ascii="Calibri" w:eastAsia="宋体" w:hAnsi="Calibri" w:cs="Times New Roman" w:hint="eastAsia"/>
              </w:rPr>
              <w:t>4)</w:t>
            </w:r>
          </w:p>
        </w:tc>
      </w:tr>
      <w:tr w:rsidR="0025397B" w:rsidRPr="0025397B" w14:paraId="16BCE11E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26A58FF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&gt;</w:t>
            </w:r>
            <w:r w:rsidRPr="0025397B">
              <w:rPr>
                <w:rFonts w:ascii="Calibri" w:eastAsia="宋体" w:hAnsi="Calibri" w:cs="Times New Roman"/>
              </w:rPr>
              <w:t>70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3891A6A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26</w:t>
            </w:r>
            <w:r w:rsidRPr="0025397B">
              <w:rPr>
                <w:rFonts w:ascii="Calibri" w:eastAsia="宋体" w:hAnsi="Calibri" w:cs="Times New Roman" w:hint="eastAsia"/>
              </w:rPr>
              <w:t>(2</w:t>
            </w:r>
            <w:r w:rsidRPr="0025397B">
              <w:rPr>
                <w:rFonts w:ascii="Calibri" w:eastAsia="宋体" w:hAnsi="Calibri" w:cs="Times New Roman"/>
              </w:rPr>
              <w:t>7.</w:t>
            </w:r>
            <w:r w:rsidRPr="0025397B">
              <w:rPr>
                <w:rFonts w:ascii="Calibri" w:eastAsia="宋体" w:hAnsi="Calibri" w:cs="Times New Roman" w:hint="eastAsia"/>
              </w:rPr>
              <w:t>1)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46B2B13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26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36.1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5045DB2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20.8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22F471C2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26.</w:t>
            </w:r>
            <w:r w:rsidRPr="0025397B">
              <w:rPr>
                <w:rFonts w:ascii="Calibri" w:eastAsia="宋体" w:hAnsi="Calibri" w:cs="Times New Roman" w:hint="eastAsia"/>
              </w:rPr>
              <w:t>3)</w:t>
            </w:r>
          </w:p>
        </w:tc>
      </w:tr>
      <w:tr w:rsidR="0025397B" w:rsidRPr="0025397B" w14:paraId="36BFBF44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6714F3DE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M</w:t>
            </w:r>
            <w:r w:rsidRPr="0025397B">
              <w:rPr>
                <w:rFonts w:ascii="Calibri" w:eastAsia="宋体" w:hAnsi="Calibri" w:cs="Times New Roman"/>
              </w:rPr>
              <w:t>edian</w:t>
            </w:r>
            <w:r w:rsidRPr="0025397B">
              <w:rPr>
                <w:rFonts w:ascii="Calibri" w:eastAsia="宋体" w:hAnsi="Calibri" w:cs="Times New Roman" w:hint="eastAsia"/>
              </w:rPr>
              <w:t>(years)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29DC7FC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</w:t>
            </w:r>
            <w:r w:rsidRPr="0025397B">
              <w:rPr>
                <w:rFonts w:ascii="Calibri" w:eastAsia="宋体" w:hAnsi="Calibri" w:cs="Times New Roman"/>
              </w:rPr>
              <w:t>6</w:t>
            </w:r>
            <w:r w:rsidRPr="0025397B">
              <w:rPr>
                <w:rFonts w:ascii="Calibri" w:eastAsia="宋体" w:hAnsi="Calibri" w:cs="Times New Roman" w:hint="eastAsia"/>
              </w:rPr>
              <w:t>.00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0B1F30B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</w:t>
            </w:r>
            <w:r w:rsidRPr="0025397B">
              <w:rPr>
                <w:rFonts w:ascii="Calibri" w:eastAsia="宋体" w:hAnsi="Calibri" w:cs="Times New Roman"/>
              </w:rPr>
              <w:t>7</w:t>
            </w:r>
            <w:r w:rsidRPr="0025397B">
              <w:rPr>
                <w:rFonts w:ascii="Calibri" w:eastAsia="宋体" w:hAnsi="Calibri" w:cs="Times New Roman" w:hint="eastAsia"/>
              </w:rPr>
              <w:t>.00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469BB4A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5</w:t>
            </w:r>
            <w:r w:rsidRPr="0025397B">
              <w:rPr>
                <w:rFonts w:ascii="Calibri" w:eastAsia="宋体" w:hAnsi="Calibri" w:cs="Times New Roman"/>
              </w:rPr>
              <w:t>9</w:t>
            </w:r>
            <w:r w:rsidRPr="0025397B">
              <w:rPr>
                <w:rFonts w:ascii="Calibri" w:eastAsia="宋体" w:hAnsi="Calibri" w:cs="Times New Roman" w:hint="eastAsia"/>
              </w:rPr>
              <w:t>.00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5E6DD63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63</w:t>
            </w:r>
            <w:r w:rsidRPr="0025397B">
              <w:rPr>
                <w:rFonts w:ascii="Calibri" w:eastAsia="宋体" w:hAnsi="Calibri" w:cs="Times New Roman" w:hint="eastAsia"/>
              </w:rPr>
              <w:t>.00</w:t>
            </w:r>
          </w:p>
        </w:tc>
      </w:tr>
      <w:tr w:rsidR="0025397B" w:rsidRPr="0025397B" w14:paraId="0746E507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751971E3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M</w:t>
            </w:r>
            <w:r w:rsidRPr="0025397B">
              <w:rPr>
                <w:rFonts w:ascii="Calibri" w:eastAsia="宋体" w:hAnsi="Calibri" w:cs="Times New Roman"/>
              </w:rPr>
              <w:t>ean</w:t>
            </w:r>
            <w:r w:rsidRPr="0025397B">
              <w:rPr>
                <w:rFonts w:ascii="Calibri" w:eastAsia="宋体" w:hAnsi="Calibri" w:cs="Times New Roman" w:hint="eastAsia"/>
              </w:rPr>
              <w:t>(years)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6C32F7A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63.</w:t>
            </w:r>
            <w:r w:rsidRPr="0025397B">
              <w:rPr>
                <w:rFonts w:ascii="Calibri" w:eastAsia="宋体" w:hAnsi="Calibri" w:cs="Times New Roman"/>
              </w:rPr>
              <w:t>81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7A542BA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65.</w:t>
            </w:r>
            <w:r w:rsidRPr="0025397B">
              <w:rPr>
                <w:rFonts w:ascii="Calibri" w:eastAsia="宋体" w:hAnsi="Calibri" w:cs="Times New Roman"/>
              </w:rPr>
              <w:t>49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0A1C2327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61.58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747D558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6</w:t>
            </w:r>
            <w:r w:rsidRPr="0025397B">
              <w:rPr>
                <w:rFonts w:ascii="Calibri" w:eastAsia="宋体" w:hAnsi="Calibri" w:cs="Times New Roman"/>
              </w:rPr>
              <w:t>3.37</w:t>
            </w:r>
          </w:p>
        </w:tc>
      </w:tr>
      <w:tr w:rsidR="0025397B" w:rsidRPr="0025397B" w14:paraId="43824E60" w14:textId="77777777" w:rsidTr="00E24CC5">
        <w:trPr>
          <w:jc w:val="center"/>
        </w:trPr>
        <w:tc>
          <w:tcPr>
            <w:tcW w:w="872" w:type="pct"/>
            <w:tcBorders>
              <w:top w:val="nil"/>
            </w:tcBorders>
          </w:tcPr>
          <w:p w14:paraId="45CCEE0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S</w:t>
            </w:r>
            <w:r w:rsidRPr="0025397B">
              <w:rPr>
                <w:rFonts w:ascii="Calibri" w:eastAsia="宋体" w:hAnsi="Calibri" w:cs="Times New Roman"/>
              </w:rPr>
              <w:t>D</w:t>
            </w:r>
          </w:p>
        </w:tc>
        <w:tc>
          <w:tcPr>
            <w:tcW w:w="1141" w:type="pct"/>
            <w:tcBorders>
              <w:top w:val="nil"/>
            </w:tcBorders>
          </w:tcPr>
          <w:p w14:paraId="61D423A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8.9</w:t>
            </w:r>
            <w:r w:rsidRPr="0025397B">
              <w:rPr>
                <w:rFonts w:ascii="Calibri" w:eastAsia="宋体" w:hAnsi="Calibri" w:cs="Times New Roman"/>
              </w:rPr>
              <w:t>1</w:t>
            </w:r>
          </w:p>
        </w:tc>
        <w:tc>
          <w:tcPr>
            <w:tcW w:w="996" w:type="pct"/>
            <w:tcBorders>
              <w:top w:val="nil"/>
            </w:tcBorders>
          </w:tcPr>
          <w:p w14:paraId="2268EF2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9.</w:t>
            </w:r>
            <w:r w:rsidRPr="0025397B">
              <w:rPr>
                <w:rFonts w:ascii="Calibri" w:eastAsia="宋体" w:hAnsi="Calibri" w:cs="Times New Roman"/>
              </w:rPr>
              <w:t>90</w:t>
            </w:r>
          </w:p>
        </w:tc>
        <w:tc>
          <w:tcPr>
            <w:tcW w:w="996" w:type="pct"/>
            <w:tcBorders>
              <w:top w:val="nil"/>
            </w:tcBorders>
          </w:tcPr>
          <w:p w14:paraId="2EAC5097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9.25</w:t>
            </w:r>
          </w:p>
        </w:tc>
        <w:tc>
          <w:tcPr>
            <w:tcW w:w="995" w:type="pct"/>
            <w:tcBorders>
              <w:top w:val="nil"/>
            </w:tcBorders>
          </w:tcPr>
          <w:p w14:paraId="239C700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9.79</w:t>
            </w:r>
          </w:p>
        </w:tc>
      </w:tr>
      <w:tr w:rsidR="0025397B" w:rsidRPr="0025397B" w14:paraId="672D78E4" w14:textId="77777777" w:rsidTr="00E24CC5">
        <w:trPr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79059B8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G</w:t>
            </w:r>
            <w:r w:rsidRPr="0025397B">
              <w:rPr>
                <w:rFonts w:ascii="Calibri" w:eastAsia="宋体" w:hAnsi="Calibri" w:cs="Times New Roman"/>
              </w:rPr>
              <w:t>ender distribution</w:t>
            </w:r>
          </w:p>
        </w:tc>
      </w:tr>
      <w:tr w:rsidR="0025397B" w:rsidRPr="0025397B" w14:paraId="43656458" w14:textId="77777777" w:rsidTr="00E24CC5">
        <w:trPr>
          <w:jc w:val="center"/>
        </w:trPr>
        <w:tc>
          <w:tcPr>
            <w:tcW w:w="872" w:type="pct"/>
            <w:tcBorders>
              <w:bottom w:val="nil"/>
            </w:tcBorders>
          </w:tcPr>
          <w:p w14:paraId="5683A8A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M</w:t>
            </w:r>
            <w:r w:rsidRPr="0025397B">
              <w:rPr>
                <w:rFonts w:ascii="Calibri" w:eastAsia="宋体" w:hAnsi="Calibri" w:cs="Times New Roman"/>
              </w:rPr>
              <w:t>ale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bottom w:val="nil"/>
            </w:tcBorders>
          </w:tcPr>
          <w:p w14:paraId="13EA091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62</w:t>
            </w:r>
            <w:r w:rsidRPr="0025397B">
              <w:rPr>
                <w:rFonts w:ascii="Calibri" w:eastAsia="宋体" w:hAnsi="Calibri" w:cs="Times New Roman" w:hint="eastAsia"/>
              </w:rPr>
              <w:t>(64.6)</w:t>
            </w:r>
          </w:p>
        </w:tc>
        <w:tc>
          <w:tcPr>
            <w:tcW w:w="996" w:type="pct"/>
            <w:tcBorders>
              <w:bottom w:val="nil"/>
            </w:tcBorders>
          </w:tcPr>
          <w:p w14:paraId="146BFCA5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44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61.1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bottom w:val="nil"/>
            </w:tcBorders>
          </w:tcPr>
          <w:p w14:paraId="0DC80363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</w:t>
            </w: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62.5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5" w:type="pct"/>
            <w:tcBorders>
              <w:bottom w:val="nil"/>
            </w:tcBorders>
          </w:tcPr>
          <w:p w14:paraId="4D369E5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</w:t>
            </w:r>
            <w:r w:rsidRPr="0025397B">
              <w:rPr>
                <w:rFonts w:ascii="Calibri" w:eastAsia="宋体" w:hAnsi="Calibri" w:cs="Times New Roman"/>
              </w:rPr>
              <w:t>4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73.</w:t>
            </w:r>
            <w:r w:rsidRPr="0025397B">
              <w:rPr>
                <w:rFonts w:ascii="Calibri" w:eastAsia="宋体" w:hAnsi="Calibri" w:cs="Times New Roman" w:hint="eastAsia"/>
              </w:rPr>
              <w:t>7)</w:t>
            </w:r>
          </w:p>
        </w:tc>
      </w:tr>
      <w:tr w:rsidR="0025397B" w:rsidRPr="0025397B" w14:paraId="26B74BD5" w14:textId="77777777" w:rsidTr="00E24CC5">
        <w:trPr>
          <w:jc w:val="center"/>
        </w:trPr>
        <w:tc>
          <w:tcPr>
            <w:tcW w:w="872" w:type="pct"/>
            <w:tcBorders>
              <w:top w:val="nil"/>
            </w:tcBorders>
          </w:tcPr>
          <w:p w14:paraId="23C75DA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F</w:t>
            </w:r>
            <w:r w:rsidRPr="0025397B">
              <w:rPr>
                <w:rFonts w:ascii="Calibri" w:eastAsia="宋体" w:hAnsi="Calibri" w:cs="Times New Roman"/>
              </w:rPr>
              <w:t>emale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</w:tcBorders>
          </w:tcPr>
          <w:p w14:paraId="3260E022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34</w:t>
            </w:r>
            <w:r w:rsidRPr="0025397B">
              <w:rPr>
                <w:rFonts w:ascii="Calibri" w:eastAsia="宋体" w:hAnsi="Calibri" w:cs="Times New Roman" w:hint="eastAsia"/>
              </w:rPr>
              <w:t>(35.</w:t>
            </w:r>
            <w:r w:rsidRPr="0025397B">
              <w:rPr>
                <w:rFonts w:ascii="Calibri" w:eastAsia="宋体" w:hAnsi="Calibri" w:cs="Times New Roman"/>
              </w:rPr>
              <w:t>4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</w:tcBorders>
          </w:tcPr>
          <w:p w14:paraId="4983339F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28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38.9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</w:tcBorders>
          </w:tcPr>
          <w:p w14:paraId="4960283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9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37.5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5" w:type="pct"/>
            <w:tcBorders>
              <w:top w:val="nil"/>
            </w:tcBorders>
          </w:tcPr>
          <w:p w14:paraId="08F47EF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26.3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479E668A" w14:textId="77777777" w:rsidTr="00E24CC5">
        <w:trPr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60E4E126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  <w:vertAlign w:val="superscript"/>
              </w:rPr>
            </w:pPr>
            <w:r w:rsidRPr="0025397B">
              <w:rPr>
                <w:rFonts w:ascii="Calibri" w:eastAsia="宋体" w:hAnsi="Calibri" w:cs="Times New Roman" w:hint="eastAsia"/>
              </w:rPr>
              <w:t>S</w:t>
            </w:r>
            <w:r w:rsidRPr="0025397B">
              <w:rPr>
                <w:rFonts w:ascii="Calibri" w:eastAsia="宋体" w:hAnsi="Calibri" w:cs="Times New Roman"/>
              </w:rPr>
              <w:t>tage distribution</w:t>
            </w:r>
            <w:r w:rsidRPr="0025397B">
              <w:rPr>
                <w:rFonts w:ascii="Calibri" w:eastAsia="宋体" w:hAnsi="Calibri" w:cs="Times New Roman" w:hint="eastAsia"/>
                <w:vertAlign w:val="superscript"/>
              </w:rPr>
              <w:t>#</w:t>
            </w:r>
          </w:p>
        </w:tc>
      </w:tr>
      <w:tr w:rsidR="0025397B" w:rsidRPr="0025397B" w14:paraId="545EAE10" w14:textId="77777777" w:rsidTr="00E24CC5">
        <w:trPr>
          <w:jc w:val="center"/>
        </w:trPr>
        <w:tc>
          <w:tcPr>
            <w:tcW w:w="872" w:type="pct"/>
            <w:tcBorders>
              <w:bottom w:val="nil"/>
            </w:tcBorders>
          </w:tcPr>
          <w:p w14:paraId="22D0A00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I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bottom w:val="nil"/>
            </w:tcBorders>
          </w:tcPr>
          <w:p w14:paraId="389771C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bottom w:val="nil"/>
            </w:tcBorders>
          </w:tcPr>
          <w:p w14:paraId="24F58FB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18</w:t>
            </w:r>
            <w:r w:rsidRPr="0025397B">
              <w:rPr>
                <w:rFonts w:ascii="Calibri" w:eastAsia="宋体" w:hAnsi="Calibri" w:cs="Times New Roman" w:hint="eastAsia"/>
              </w:rPr>
              <w:t>(25.</w:t>
            </w:r>
            <w:r w:rsidRPr="0025397B">
              <w:rPr>
                <w:rFonts w:ascii="Calibri" w:eastAsia="宋体" w:hAnsi="Calibri" w:cs="Times New Roman"/>
              </w:rPr>
              <w:t>0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bottom w:val="nil"/>
            </w:tcBorders>
          </w:tcPr>
          <w:p w14:paraId="7B97ACA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bottom w:val="nil"/>
            </w:tcBorders>
          </w:tcPr>
          <w:p w14:paraId="04C6A96F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26.3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0D933C03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4F48722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I</w:t>
            </w:r>
            <w:r w:rsidRPr="0025397B">
              <w:rPr>
                <w:rFonts w:ascii="Calibri" w:eastAsia="宋体" w:hAnsi="Calibri" w:cs="Times New Roman"/>
              </w:rPr>
              <w:t>I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294F3F6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6040C722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2</w:t>
            </w:r>
            <w:r w:rsidRPr="0025397B">
              <w:rPr>
                <w:rFonts w:ascii="Calibri" w:eastAsia="宋体" w:hAnsi="Calibri" w:cs="Times New Roman"/>
              </w:rPr>
              <w:t>0</w:t>
            </w:r>
            <w:r w:rsidRPr="0025397B">
              <w:rPr>
                <w:rFonts w:ascii="Calibri" w:eastAsia="宋体" w:hAnsi="Calibri" w:cs="Times New Roman" w:hint="eastAsia"/>
              </w:rPr>
              <w:t>(27.</w:t>
            </w:r>
            <w:r w:rsidRPr="0025397B">
              <w:rPr>
                <w:rFonts w:ascii="Calibri" w:eastAsia="宋体" w:hAnsi="Calibri" w:cs="Times New Roman"/>
              </w:rPr>
              <w:t>8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30244655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7AAB02B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5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26.3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659DA8C5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nil"/>
            </w:tcBorders>
          </w:tcPr>
          <w:p w14:paraId="6471EE5E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I</w:t>
            </w:r>
            <w:r w:rsidRPr="0025397B">
              <w:rPr>
                <w:rFonts w:ascii="Calibri" w:eastAsia="宋体" w:hAnsi="Calibri" w:cs="Times New Roman"/>
              </w:rPr>
              <w:t>II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01D27D9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0328E3D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24</w:t>
            </w:r>
            <w:r w:rsidRPr="0025397B">
              <w:rPr>
                <w:rFonts w:ascii="Calibri" w:eastAsia="宋体" w:hAnsi="Calibri" w:cs="Times New Roman" w:hint="eastAsia"/>
              </w:rPr>
              <w:t>(3</w:t>
            </w:r>
            <w:r w:rsidRPr="0025397B">
              <w:rPr>
                <w:rFonts w:ascii="Calibri" w:eastAsia="宋体" w:hAnsi="Calibri" w:cs="Times New Roman"/>
              </w:rPr>
              <w:t>3.3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  <w:bottom w:val="nil"/>
            </w:tcBorders>
          </w:tcPr>
          <w:p w14:paraId="52B9B514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top w:val="nil"/>
              <w:bottom w:val="nil"/>
            </w:tcBorders>
          </w:tcPr>
          <w:p w14:paraId="3964A86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8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42.1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4B789C4D" w14:textId="77777777" w:rsidTr="00E24CC5">
        <w:trPr>
          <w:jc w:val="center"/>
        </w:trPr>
        <w:tc>
          <w:tcPr>
            <w:tcW w:w="872" w:type="pct"/>
            <w:tcBorders>
              <w:top w:val="nil"/>
              <w:bottom w:val="single" w:sz="4" w:space="0" w:color="auto"/>
            </w:tcBorders>
          </w:tcPr>
          <w:p w14:paraId="6C608B9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I</w:t>
            </w:r>
            <w:r w:rsidRPr="0025397B">
              <w:rPr>
                <w:rFonts w:ascii="Calibri" w:eastAsia="宋体" w:hAnsi="Calibri" w:cs="Times New Roman"/>
              </w:rPr>
              <w:t>V</w:t>
            </w:r>
            <w:r w:rsidRPr="0025397B">
              <w:rPr>
                <w:rFonts w:ascii="Calibri" w:eastAsia="宋体" w:hAnsi="Calibri" w:cs="Times New Roman" w:hint="eastAsia"/>
              </w:rPr>
              <w:t xml:space="preserve"> (%)</w:t>
            </w:r>
          </w:p>
        </w:tc>
        <w:tc>
          <w:tcPr>
            <w:tcW w:w="1141" w:type="pct"/>
            <w:tcBorders>
              <w:top w:val="nil"/>
              <w:bottom w:val="single" w:sz="4" w:space="0" w:color="auto"/>
            </w:tcBorders>
          </w:tcPr>
          <w:p w14:paraId="4ED833F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top w:val="nil"/>
              <w:bottom w:val="single" w:sz="4" w:space="0" w:color="auto"/>
            </w:tcBorders>
          </w:tcPr>
          <w:p w14:paraId="574F4ECB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</w:t>
            </w:r>
            <w:r w:rsidRPr="0025397B">
              <w:rPr>
                <w:rFonts w:ascii="Calibri" w:eastAsia="宋体" w:hAnsi="Calibri" w:cs="Times New Roman"/>
              </w:rPr>
              <w:t>0</w:t>
            </w:r>
            <w:r w:rsidRPr="0025397B">
              <w:rPr>
                <w:rFonts w:ascii="Calibri" w:eastAsia="宋体" w:hAnsi="Calibri" w:cs="Times New Roman" w:hint="eastAsia"/>
              </w:rPr>
              <w:t>(1</w:t>
            </w:r>
            <w:r w:rsidRPr="0025397B">
              <w:rPr>
                <w:rFonts w:ascii="Calibri" w:eastAsia="宋体" w:hAnsi="Calibri" w:cs="Times New Roman"/>
              </w:rPr>
              <w:t>3.9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  <w:bottom w:val="single" w:sz="4" w:space="0" w:color="auto"/>
            </w:tcBorders>
          </w:tcPr>
          <w:p w14:paraId="188EB271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top w:val="nil"/>
              <w:bottom w:val="single" w:sz="4" w:space="0" w:color="auto"/>
            </w:tcBorders>
          </w:tcPr>
          <w:p w14:paraId="356053B8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1(</w:t>
            </w:r>
            <w:r w:rsidRPr="0025397B">
              <w:rPr>
                <w:rFonts w:ascii="Calibri" w:eastAsia="宋体" w:hAnsi="Calibri" w:cs="Times New Roman"/>
              </w:rPr>
              <w:t>5.</w:t>
            </w:r>
            <w:r w:rsidRPr="0025397B">
              <w:rPr>
                <w:rFonts w:ascii="Calibri" w:eastAsia="宋体" w:hAnsi="Calibri" w:cs="Times New Roman" w:hint="eastAsia"/>
              </w:rPr>
              <w:t>3)</w:t>
            </w:r>
          </w:p>
        </w:tc>
      </w:tr>
      <w:tr w:rsidR="0025397B" w:rsidRPr="0025397B" w14:paraId="40BB45B4" w14:textId="77777777" w:rsidTr="00E24CC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11035F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 xml:space="preserve">Tumor location </w:t>
            </w:r>
            <w:r w:rsidRPr="0025397B">
              <w:rPr>
                <w:rFonts w:ascii="Calibri" w:eastAsia="宋体" w:hAnsi="Calibri" w:cs="Times New Roman"/>
              </w:rPr>
              <w:t>distribution</w:t>
            </w:r>
          </w:p>
        </w:tc>
      </w:tr>
      <w:tr w:rsidR="0025397B" w:rsidRPr="0025397B" w14:paraId="10EC92AF" w14:textId="77777777" w:rsidTr="00E24CC5">
        <w:trPr>
          <w:jc w:val="center"/>
        </w:trPr>
        <w:tc>
          <w:tcPr>
            <w:tcW w:w="872" w:type="pct"/>
            <w:tcBorders>
              <w:top w:val="single" w:sz="4" w:space="0" w:color="auto"/>
              <w:bottom w:val="nil"/>
            </w:tcBorders>
          </w:tcPr>
          <w:p w14:paraId="6B6DDD55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Rectum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</w:t>
            </w:r>
            <w:r w:rsidRPr="0025397B">
              <w:rPr>
                <w:rFonts w:ascii="Calibri" w:eastAsia="宋体" w:hAnsi="Calibri" w:cs="Times New Roman" w:hint="eastAsia"/>
              </w:rPr>
              <w:t>(%)</w:t>
            </w:r>
          </w:p>
        </w:tc>
        <w:tc>
          <w:tcPr>
            <w:tcW w:w="1141" w:type="pct"/>
            <w:tcBorders>
              <w:top w:val="single" w:sz="4" w:space="0" w:color="auto"/>
              <w:bottom w:val="nil"/>
            </w:tcBorders>
          </w:tcPr>
          <w:p w14:paraId="70D1090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top w:val="single" w:sz="4" w:space="0" w:color="auto"/>
              <w:bottom w:val="nil"/>
            </w:tcBorders>
          </w:tcPr>
          <w:p w14:paraId="1E53406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3</w:t>
            </w:r>
            <w:r w:rsidRPr="0025397B">
              <w:rPr>
                <w:rFonts w:ascii="Calibri" w:eastAsia="宋体" w:hAnsi="Calibri" w:cs="Times New Roman"/>
              </w:rPr>
              <w:t>1</w:t>
            </w:r>
            <w:r w:rsidRPr="0025397B">
              <w:rPr>
                <w:rFonts w:ascii="Calibri" w:eastAsia="宋体" w:hAnsi="Calibri" w:cs="Times New Roman" w:hint="eastAsia"/>
              </w:rPr>
              <w:t>(4</w:t>
            </w:r>
            <w:r w:rsidRPr="0025397B">
              <w:rPr>
                <w:rFonts w:ascii="Calibri" w:eastAsia="宋体" w:hAnsi="Calibri" w:cs="Times New Roman"/>
              </w:rPr>
              <w:t>3.</w:t>
            </w:r>
            <w:r w:rsidRPr="0025397B">
              <w:rPr>
                <w:rFonts w:ascii="Calibri" w:eastAsia="宋体" w:hAnsi="Calibri" w:cs="Times New Roman" w:hint="eastAsia"/>
              </w:rPr>
              <w:t>1)</w:t>
            </w:r>
          </w:p>
        </w:tc>
        <w:tc>
          <w:tcPr>
            <w:tcW w:w="996" w:type="pct"/>
            <w:tcBorders>
              <w:top w:val="single" w:sz="4" w:space="0" w:color="auto"/>
              <w:bottom w:val="nil"/>
            </w:tcBorders>
          </w:tcPr>
          <w:p w14:paraId="7ADAB5E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top w:val="single" w:sz="4" w:space="0" w:color="auto"/>
              <w:bottom w:val="nil"/>
            </w:tcBorders>
          </w:tcPr>
          <w:p w14:paraId="3381AD92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8(</w:t>
            </w:r>
            <w:r w:rsidRPr="0025397B">
              <w:rPr>
                <w:rFonts w:ascii="Calibri" w:eastAsia="宋体" w:hAnsi="Calibri" w:cs="Times New Roman"/>
              </w:rPr>
              <w:t>42.1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  <w:tr w:rsidR="0025397B" w:rsidRPr="0025397B" w14:paraId="79AD46BE" w14:textId="77777777" w:rsidTr="00E24CC5">
        <w:trPr>
          <w:jc w:val="center"/>
        </w:trPr>
        <w:tc>
          <w:tcPr>
            <w:tcW w:w="872" w:type="pct"/>
            <w:tcBorders>
              <w:top w:val="nil"/>
            </w:tcBorders>
          </w:tcPr>
          <w:p w14:paraId="5EC3F27A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Colon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</w:t>
            </w:r>
            <w:r w:rsidRPr="0025397B">
              <w:rPr>
                <w:rFonts w:ascii="Calibri" w:eastAsia="宋体" w:hAnsi="Calibri" w:cs="Times New Roman" w:hint="eastAsia"/>
              </w:rPr>
              <w:t>(%)</w:t>
            </w:r>
          </w:p>
        </w:tc>
        <w:tc>
          <w:tcPr>
            <w:tcW w:w="1141" w:type="pct"/>
            <w:tcBorders>
              <w:top w:val="nil"/>
            </w:tcBorders>
          </w:tcPr>
          <w:p w14:paraId="1E3A2749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6" w:type="pct"/>
            <w:tcBorders>
              <w:top w:val="nil"/>
            </w:tcBorders>
          </w:tcPr>
          <w:p w14:paraId="3801E3C0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/>
              </w:rPr>
              <w:t>41</w:t>
            </w:r>
            <w:r w:rsidRPr="0025397B">
              <w:rPr>
                <w:rFonts w:ascii="Calibri" w:eastAsia="宋体" w:hAnsi="Calibri" w:cs="Times New Roman" w:hint="eastAsia"/>
              </w:rPr>
              <w:t>(5</w:t>
            </w:r>
            <w:r w:rsidRPr="0025397B">
              <w:rPr>
                <w:rFonts w:ascii="Calibri" w:eastAsia="宋体" w:hAnsi="Calibri" w:cs="Times New Roman"/>
              </w:rPr>
              <w:t>6.9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  <w:tc>
          <w:tcPr>
            <w:tcW w:w="996" w:type="pct"/>
            <w:tcBorders>
              <w:top w:val="nil"/>
            </w:tcBorders>
          </w:tcPr>
          <w:p w14:paraId="3B8B1A7C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—</w:t>
            </w:r>
          </w:p>
        </w:tc>
        <w:tc>
          <w:tcPr>
            <w:tcW w:w="995" w:type="pct"/>
            <w:tcBorders>
              <w:top w:val="nil"/>
            </w:tcBorders>
          </w:tcPr>
          <w:p w14:paraId="6283E9CD" w14:textId="77777777" w:rsidR="0025397B" w:rsidRPr="0025397B" w:rsidRDefault="0025397B" w:rsidP="0025397B">
            <w:pPr>
              <w:jc w:val="center"/>
              <w:rPr>
                <w:rFonts w:ascii="Calibri" w:eastAsia="宋体" w:hAnsi="Calibri" w:cs="Times New Roman"/>
              </w:rPr>
            </w:pPr>
            <w:r w:rsidRPr="0025397B">
              <w:rPr>
                <w:rFonts w:ascii="Calibri" w:eastAsia="宋体" w:hAnsi="Calibri" w:cs="Times New Roman" w:hint="eastAsia"/>
              </w:rPr>
              <w:t>1</w:t>
            </w:r>
            <w:r w:rsidRPr="0025397B">
              <w:rPr>
                <w:rFonts w:ascii="Calibri" w:eastAsia="宋体" w:hAnsi="Calibri" w:cs="Times New Roman"/>
              </w:rPr>
              <w:t>1</w:t>
            </w:r>
            <w:r w:rsidRPr="0025397B">
              <w:rPr>
                <w:rFonts w:ascii="Calibri" w:eastAsia="宋体" w:hAnsi="Calibri" w:cs="Times New Roman" w:hint="eastAsia"/>
              </w:rPr>
              <w:t>(</w:t>
            </w:r>
            <w:r w:rsidRPr="0025397B">
              <w:rPr>
                <w:rFonts w:ascii="Calibri" w:eastAsia="宋体" w:hAnsi="Calibri" w:cs="Times New Roman"/>
              </w:rPr>
              <w:t>57.9</w:t>
            </w:r>
            <w:r w:rsidRPr="0025397B">
              <w:rPr>
                <w:rFonts w:ascii="Calibri" w:eastAsia="宋体" w:hAnsi="Calibri" w:cs="Times New Roman" w:hint="eastAsia"/>
              </w:rPr>
              <w:t>)</w:t>
            </w:r>
          </w:p>
        </w:tc>
      </w:tr>
    </w:tbl>
    <w:p w14:paraId="077FEF19" w14:textId="77777777" w:rsidR="0025397B" w:rsidRPr="0025397B" w:rsidRDefault="0025397B" w:rsidP="0025397B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25397B">
        <w:rPr>
          <w:rFonts w:ascii="Arial" w:eastAsia="MS Mincho" w:hAnsi="Arial" w:cs="Arial"/>
          <w:kern w:val="0"/>
          <w:szCs w:val="21"/>
          <w:lang w:eastAsia="en-US"/>
        </w:rPr>
        <w:t>HC: Health</w:t>
      </w:r>
      <w:r w:rsidRPr="0025397B">
        <w:rPr>
          <w:rFonts w:ascii="Arial" w:eastAsia="MS Mincho" w:hAnsi="Arial" w:cs="Arial" w:hint="eastAsia"/>
          <w:kern w:val="0"/>
          <w:szCs w:val="21"/>
          <w:lang w:eastAsia="en-US"/>
        </w:rPr>
        <w:t>y</w:t>
      </w:r>
      <w:r w:rsidRPr="0025397B">
        <w:rPr>
          <w:rFonts w:ascii="Arial" w:eastAsia="MS Mincho" w:hAnsi="Arial" w:cs="Arial"/>
          <w:kern w:val="0"/>
          <w:szCs w:val="21"/>
          <w:lang w:eastAsia="en-US"/>
        </w:rPr>
        <w:t xml:space="preserve"> control; CRC: Colorectal cancer.</w:t>
      </w:r>
      <w:r w:rsidRPr="0025397B">
        <w:rPr>
          <w:rFonts w:ascii="Arial" w:eastAsia="宋体" w:hAnsi="Arial" w:cs="Arial" w:hint="eastAsia"/>
          <w:kern w:val="0"/>
          <w:szCs w:val="21"/>
        </w:rPr>
        <w:t xml:space="preserve"> # According to </w:t>
      </w:r>
      <w:r w:rsidRPr="0025397B">
        <w:rPr>
          <w:rFonts w:ascii="Arial" w:eastAsia="MS Mincho" w:hAnsi="Arial" w:cs="Arial"/>
          <w:kern w:val="0"/>
          <w:sz w:val="20"/>
          <w:szCs w:val="20"/>
          <w:shd w:val="clear" w:color="auto" w:fill="FFFFFF"/>
          <w:lang w:eastAsia="en-US"/>
        </w:rPr>
        <w:t>American Joint Committee on Cancer</w:t>
      </w:r>
      <w:r w:rsidRPr="0025397B">
        <w:rPr>
          <w:rFonts w:ascii="Arial" w:eastAsia="宋体" w:hAnsi="Arial" w:cs="Arial" w:hint="eastAsia"/>
          <w:kern w:val="0"/>
          <w:sz w:val="20"/>
          <w:szCs w:val="20"/>
          <w:shd w:val="clear" w:color="auto" w:fill="FFFFFF"/>
        </w:rPr>
        <w:t xml:space="preserve"> (</w:t>
      </w:r>
      <w:r w:rsidRPr="0025397B">
        <w:rPr>
          <w:rFonts w:ascii="Arial" w:eastAsia="宋体" w:hAnsi="Arial" w:cs="Arial"/>
          <w:kern w:val="0"/>
          <w:szCs w:val="21"/>
        </w:rPr>
        <w:t>AJCC</w:t>
      </w:r>
      <w:r w:rsidRPr="0025397B">
        <w:rPr>
          <w:rFonts w:ascii="Arial" w:eastAsia="宋体" w:hAnsi="Arial" w:cs="Arial" w:hint="eastAsia"/>
          <w:kern w:val="0"/>
          <w:szCs w:val="21"/>
        </w:rPr>
        <w:t>)</w:t>
      </w:r>
      <w:r w:rsidRPr="0025397B">
        <w:rPr>
          <w:rFonts w:ascii="Arial" w:eastAsia="宋体" w:hAnsi="Arial" w:cs="Arial"/>
          <w:kern w:val="0"/>
          <w:szCs w:val="21"/>
        </w:rPr>
        <w:t xml:space="preserve"> Cancer Staging Manual Eighth Edition</w:t>
      </w:r>
      <w:r w:rsidRPr="0025397B">
        <w:rPr>
          <w:rFonts w:ascii="Arial" w:eastAsia="宋体" w:hAnsi="Arial" w:cs="Arial"/>
          <w:kern w:val="0"/>
          <w:szCs w:val="21"/>
        </w:rPr>
        <w:br w:type="page"/>
      </w:r>
    </w:p>
    <w:p w14:paraId="5204402A" w14:textId="77777777" w:rsidR="0025397B" w:rsidRPr="0025397B" w:rsidRDefault="0025397B" w:rsidP="0025397B">
      <w:pPr>
        <w:widowControl/>
        <w:jc w:val="left"/>
        <w:rPr>
          <w:rFonts w:ascii="Arial" w:eastAsia="宋体" w:hAnsi="Arial" w:cs="Arial"/>
          <w:kern w:val="0"/>
          <w:szCs w:val="21"/>
        </w:rPr>
      </w:pPr>
    </w:p>
    <w:p w14:paraId="081E59F0" w14:textId="77777777" w:rsidR="0025397B" w:rsidRPr="0025397B" w:rsidRDefault="0025397B" w:rsidP="0025397B">
      <w:pPr>
        <w:jc w:val="center"/>
        <w:rPr>
          <w:rFonts w:ascii="Arial" w:eastAsia="宋体" w:hAnsi="Arial" w:cs="Arial"/>
          <w:b/>
          <w:bCs/>
          <w:szCs w:val="21"/>
        </w:rPr>
      </w:pPr>
      <w:r w:rsidRPr="0025397B">
        <w:rPr>
          <w:rFonts w:ascii="Helvetica" w:eastAsia="等线" w:hAnsi="Helvetica" w:cs="Helvetica" w:hint="eastAsia"/>
          <w:b/>
          <w:bCs/>
          <w:szCs w:val="21"/>
        </w:rPr>
        <w:t>Supplementary Tab.5</w:t>
      </w:r>
      <w:r w:rsidRPr="0025397B">
        <w:rPr>
          <w:rFonts w:ascii="Arial" w:eastAsia="宋体" w:hAnsi="Arial" w:cs="Arial"/>
          <w:b/>
          <w:bCs/>
          <w:szCs w:val="21"/>
        </w:rPr>
        <w:t xml:space="preserve"> Comparison of two models after removing the indicator with the lowest </w:t>
      </w:r>
      <w:r w:rsidRPr="0025397B">
        <w:rPr>
          <w:rFonts w:ascii="Arial" w:eastAsia="宋体" w:hAnsi="Arial" w:cs="Arial" w:hint="eastAsia"/>
          <w:b/>
          <w:bCs/>
          <w:szCs w:val="21"/>
        </w:rPr>
        <w:t>c</w:t>
      </w:r>
      <w:r w:rsidRPr="0025397B">
        <w:rPr>
          <w:rFonts w:ascii="Arial" w:eastAsia="宋体" w:hAnsi="Arial" w:cs="Arial"/>
          <w:b/>
          <w:bCs/>
          <w:szCs w:val="21"/>
        </w:rPr>
        <w:t>ontribution</w:t>
      </w:r>
    </w:p>
    <w:tbl>
      <w:tblPr>
        <w:tblW w:w="4977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7229"/>
        <w:gridCol w:w="1275"/>
        <w:gridCol w:w="1419"/>
        <w:gridCol w:w="2123"/>
      </w:tblGrid>
      <w:tr w:rsidR="0025397B" w:rsidRPr="0025397B" w14:paraId="2D14B159" w14:textId="77777777" w:rsidTr="00E24CC5">
        <w:trPr>
          <w:jc w:val="center"/>
        </w:trPr>
        <w:tc>
          <w:tcPr>
            <w:tcW w:w="331" w:type="pct"/>
            <w:tcBorders>
              <w:bottom w:val="single" w:sz="4" w:space="0" w:color="auto"/>
            </w:tcBorders>
          </w:tcPr>
          <w:p w14:paraId="0F6CF50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Model</w:t>
            </w:r>
          </w:p>
          <w:p w14:paraId="6200C0C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(Step)</w:t>
            </w:r>
          </w:p>
        </w:tc>
        <w:tc>
          <w:tcPr>
            <w:tcW w:w="2802" w:type="pct"/>
            <w:tcBorders>
              <w:bottom w:val="single" w:sz="4" w:space="0" w:color="auto"/>
            </w:tcBorders>
          </w:tcPr>
          <w:p w14:paraId="51F10EE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Indicators in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</w:t>
            </w:r>
            <w:r w:rsidRPr="0025397B">
              <w:rPr>
                <w:rFonts w:ascii="Arial" w:eastAsia="宋体" w:hAnsi="Arial" w:cs="Arial" w:hint="eastAsia"/>
                <w:szCs w:val="21"/>
              </w:rPr>
              <w:t>model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27D48D2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Removing indicator</w:t>
            </w:r>
          </w:p>
        </w:tc>
        <w:tc>
          <w:tcPr>
            <w:tcW w:w="550" w:type="pct"/>
            <w:tcBorders>
              <w:bottom w:val="single" w:sz="4" w:space="0" w:color="auto"/>
            </w:tcBorders>
          </w:tcPr>
          <w:p w14:paraId="2036F81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Helvetica" w:eastAsia="MS Mincho" w:hAnsi="Helvetica" w:cs="Helvetica"/>
                <w:kern w:val="0"/>
                <w:szCs w:val="21"/>
                <w:lang w:eastAsia="en-US"/>
              </w:rPr>
              <w:t>Contribution</w:t>
            </w:r>
            <w:r w:rsidRPr="0025397B">
              <w:rPr>
                <w:rFonts w:ascii="Helvetica" w:eastAsia="宋体" w:hAnsi="Helvetica" w:cs="Helvetica" w:hint="eastAsia"/>
                <w:kern w:val="0"/>
                <w:szCs w:val="21"/>
              </w:rPr>
              <w:t xml:space="preserve"> for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</w:t>
            </w:r>
            <w:r w:rsidRPr="0025397B">
              <w:rPr>
                <w:rFonts w:ascii="Arial" w:eastAsia="宋体" w:hAnsi="Arial" w:cs="Arial" w:hint="eastAsia"/>
                <w:szCs w:val="21"/>
              </w:rPr>
              <w:t>I</w:t>
            </w:r>
            <w:r w:rsidRPr="0025397B">
              <w:rPr>
                <w:rFonts w:ascii="Arial" w:eastAsia="宋体" w:hAnsi="Arial" w:cs="Arial"/>
                <w:szCs w:val="21"/>
              </w:rPr>
              <w:t>ndicator</w:t>
            </w:r>
          </w:p>
        </w:tc>
        <w:tc>
          <w:tcPr>
            <w:tcW w:w="823" w:type="pct"/>
            <w:tcBorders>
              <w:bottom w:val="single" w:sz="4" w:space="0" w:color="auto"/>
            </w:tcBorders>
          </w:tcPr>
          <w:p w14:paraId="77D860A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i/>
                <w:szCs w:val="21"/>
              </w:rPr>
              <w:t>P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vale</w:t>
            </w:r>
          </w:p>
          <w:p w14:paraId="430189EA" w14:textId="3B4272E4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 xml:space="preserve">(vs. </w:t>
            </w:r>
            <w:r w:rsidR="00A90132">
              <w:rPr>
                <w:rFonts w:ascii="Arial" w:eastAsia="宋体" w:hAnsi="Arial" w:cs="Arial" w:hint="eastAsia"/>
                <w:szCs w:val="21"/>
              </w:rPr>
              <w:t>next</w:t>
            </w:r>
            <w:r w:rsidRPr="0025397B">
              <w:rPr>
                <w:rFonts w:ascii="Arial" w:eastAsia="宋体" w:hAnsi="Arial" w:cs="Arial"/>
                <w:szCs w:val="21"/>
              </w:rPr>
              <w:t xml:space="preserve"> </w:t>
            </w:r>
            <w:r w:rsidRPr="0025397B">
              <w:rPr>
                <w:rFonts w:ascii="Arial" w:eastAsia="宋体" w:hAnsi="Arial" w:cs="Arial" w:hint="eastAsia"/>
                <w:szCs w:val="21"/>
              </w:rPr>
              <w:t>model)</w:t>
            </w:r>
          </w:p>
        </w:tc>
      </w:tr>
      <w:tr w:rsidR="0025397B" w:rsidRPr="0025397B" w14:paraId="47148787" w14:textId="77777777" w:rsidTr="00E24CC5">
        <w:trPr>
          <w:trHeight w:val="231"/>
          <w:jc w:val="center"/>
        </w:trPr>
        <w:tc>
          <w:tcPr>
            <w:tcW w:w="331" w:type="pct"/>
            <w:tcBorders>
              <w:top w:val="single" w:sz="4" w:space="0" w:color="auto"/>
              <w:bottom w:val="nil"/>
            </w:tcBorders>
          </w:tcPr>
          <w:p w14:paraId="0DE466E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</w:t>
            </w:r>
          </w:p>
        </w:tc>
        <w:tc>
          <w:tcPr>
            <w:tcW w:w="2802" w:type="pct"/>
            <w:tcBorders>
              <w:top w:val="single" w:sz="4" w:space="0" w:color="auto"/>
              <w:bottom w:val="nil"/>
            </w:tcBorders>
            <w:vAlign w:val="center"/>
          </w:tcPr>
          <w:p w14:paraId="0E4D191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>+CDCA+DCA+TDCA +LCA+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+UDCA+TUDCA+CEA</w:t>
            </w:r>
          </w:p>
        </w:tc>
        <w:tc>
          <w:tcPr>
            <w:tcW w:w="494" w:type="pct"/>
            <w:tcBorders>
              <w:top w:val="single" w:sz="4" w:space="0" w:color="auto"/>
              <w:bottom w:val="nil"/>
            </w:tcBorders>
          </w:tcPr>
          <w:p w14:paraId="3EC776E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DCA</w:t>
            </w:r>
          </w:p>
        </w:tc>
        <w:tc>
          <w:tcPr>
            <w:tcW w:w="550" w:type="pct"/>
            <w:tcBorders>
              <w:top w:val="single" w:sz="4" w:space="0" w:color="auto"/>
              <w:bottom w:val="nil"/>
            </w:tcBorders>
          </w:tcPr>
          <w:p w14:paraId="0529013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.006</w:t>
            </w:r>
          </w:p>
        </w:tc>
        <w:tc>
          <w:tcPr>
            <w:tcW w:w="823" w:type="pct"/>
            <w:tcBorders>
              <w:top w:val="single" w:sz="4" w:space="0" w:color="auto"/>
              <w:bottom w:val="nil"/>
            </w:tcBorders>
          </w:tcPr>
          <w:p w14:paraId="1121570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 xml:space="preserve">.938 </w:t>
            </w:r>
          </w:p>
        </w:tc>
      </w:tr>
      <w:tr w:rsidR="0025397B" w:rsidRPr="0025397B" w14:paraId="05CF27B0" w14:textId="77777777" w:rsidTr="00E24CC5">
        <w:trPr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79A013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0D1F67D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>+CDCA+TDCA +LCA+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+UDCA+TUDCA+CEA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08E0033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</w:t>
            </w:r>
            <w:r w:rsidRPr="0025397B">
              <w:rPr>
                <w:rFonts w:ascii="Arial" w:eastAsia="宋体" w:hAnsi="Arial" w:cs="Arial"/>
                <w:szCs w:val="21"/>
              </w:rPr>
              <w:t>UDCA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4E839D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.935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2BFF8CF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.333</w:t>
            </w:r>
          </w:p>
        </w:tc>
      </w:tr>
      <w:tr w:rsidR="0025397B" w:rsidRPr="0025397B" w14:paraId="3489BAEC" w14:textId="77777777" w:rsidTr="00E24CC5">
        <w:trPr>
          <w:trHeight w:val="165"/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7732438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3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5E54B16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>+CDCA+TDCA +LCA 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+UDCA+CEA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7225F0D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T</w:t>
            </w:r>
            <w:r w:rsidRPr="0025397B">
              <w:rPr>
                <w:rFonts w:ascii="Arial" w:eastAsia="宋体" w:hAnsi="Arial" w:cs="Arial"/>
                <w:szCs w:val="21"/>
              </w:rPr>
              <w:t>DCA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3494513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.886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38FBF24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.347</w:t>
            </w:r>
          </w:p>
        </w:tc>
      </w:tr>
      <w:tr w:rsidR="0025397B" w:rsidRPr="0025397B" w14:paraId="7ADEA31D" w14:textId="77777777" w:rsidTr="00E24CC5">
        <w:trPr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22D4CD9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4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58E1171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>+CDCA +LCA+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+UDCA+CEA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4E3FAE6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U</w:t>
            </w:r>
            <w:r w:rsidRPr="0025397B">
              <w:rPr>
                <w:rFonts w:ascii="Arial" w:eastAsia="宋体" w:hAnsi="Arial" w:cs="Arial"/>
                <w:szCs w:val="21"/>
              </w:rPr>
              <w:t>DCA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7C11EE6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1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.504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56F472A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.220</w:t>
            </w:r>
          </w:p>
        </w:tc>
      </w:tr>
      <w:tr w:rsidR="0025397B" w:rsidRPr="0025397B" w14:paraId="2F2CE9AB" w14:textId="77777777" w:rsidTr="00E24CC5">
        <w:trPr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4A248FD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5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77ADF73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>+CDCA +LCA+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67F15B2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</w:t>
            </w:r>
            <w:r w:rsidRPr="0025397B">
              <w:rPr>
                <w:rFonts w:ascii="Arial" w:eastAsia="宋体" w:hAnsi="Arial" w:cs="Arial"/>
                <w:szCs w:val="21"/>
              </w:rPr>
              <w:t>DCA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314302A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.716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72C94A1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.397</w:t>
            </w:r>
          </w:p>
        </w:tc>
      </w:tr>
      <w:tr w:rsidR="0025397B" w:rsidRPr="0025397B" w14:paraId="39DA707D" w14:textId="77777777" w:rsidTr="00E24CC5">
        <w:trPr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690D025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6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331F867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ApoA1+ApoA2+ApoC3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+LCA+</w:t>
            </w:r>
            <w:r w:rsidRPr="0025397B">
              <w:rPr>
                <w:rFonts w:ascii="Arial" w:eastAsia="宋体" w:hAnsi="Arial" w:cs="Arial"/>
                <w:szCs w:val="21"/>
              </w:rPr>
              <w:t>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5B7577C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</w:t>
            </w:r>
            <w:r w:rsidRPr="0025397B">
              <w:rPr>
                <w:rFonts w:ascii="Arial" w:eastAsia="宋体" w:hAnsi="Arial" w:cs="Arial"/>
                <w:szCs w:val="21"/>
              </w:rPr>
              <w:t>POC3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448158F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1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.379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313E309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.240</w:t>
            </w:r>
          </w:p>
        </w:tc>
      </w:tr>
      <w:tr w:rsidR="0025397B" w:rsidRPr="0025397B" w14:paraId="4E2A57B5" w14:textId="77777777" w:rsidTr="00E24CC5">
        <w:trPr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0C1A334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7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642D98F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ApoA1+ApoA2</w:t>
            </w:r>
            <w:r w:rsidRPr="0025397B">
              <w:rPr>
                <w:rFonts w:ascii="Arial" w:eastAsia="宋体" w:hAnsi="Arial" w:cs="Arial" w:hint="eastAsia"/>
                <w:szCs w:val="21"/>
              </w:rPr>
              <w:t>+LCA</w:t>
            </w:r>
            <w:r w:rsidRPr="0025397B">
              <w:rPr>
                <w:rFonts w:ascii="Arial" w:eastAsia="宋体" w:hAnsi="Arial" w:cs="Arial"/>
                <w:szCs w:val="21"/>
              </w:rPr>
              <w:t>+GLCA</w:t>
            </w:r>
            <w:r w:rsidRPr="0025397B">
              <w:rPr>
                <w:rFonts w:ascii="Arial" w:eastAsia="宋体" w:hAnsi="Arial" w:cs="Arial" w:hint="eastAsia"/>
                <w:szCs w:val="21"/>
              </w:rPr>
              <w:t xml:space="preserve"> 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4451E65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bCs/>
                <w:szCs w:val="21"/>
              </w:rPr>
              <w:t>G</w:t>
            </w:r>
            <w:r w:rsidRPr="0025397B">
              <w:rPr>
                <w:rFonts w:ascii="Arial" w:eastAsia="宋体" w:hAnsi="Arial" w:cs="Arial"/>
                <w:bCs/>
                <w:szCs w:val="21"/>
              </w:rPr>
              <w:t>LCA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4FF653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1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.699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24D9AF6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Cambria" w:eastAsia="MS Mincho" w:hAnsi="Cambria" w:cs="Times New Roman" w:hint="eastAsia"/>
                <w:kern w:val="0"/>
                <w:sz w:val="22"/>
              </w:rPr>
              <w:t>0</w:t>
            </w:r>
            <w:r w:rsidRPr="0025397B">
              <w:rPr>
                <w:rFonts w:ascii="Cambria" w:eastAsia="MS Mincho" w:hAnsi="Cambria" w:cs="Times New Roman"/>
                <w:kern w:val="0"/>
                <w:sz w:val="22"/>
              </w:rPr>
              <w:t>.192</w:t>
            </w:r>
          </w:p>
        </w:tc>
      </w:tr>
      <w:tr w:rsidR="0025397B" w:rsidRPr="0025397B" w14:paraId="1324C35A" w14:textId="77777777" w:rsidTr="00E24CC5">
        <w:trPr>
          <w:trHeight w:val="283"/>
          <w:jc w:val="center"/>
        </w:trPr>
        <w:tc>
          <w:tcPr>
            <w:tcW w:w="331" w:type="pct"/>
            <w:tcBorders>
              <w:top w:val="nil"/>
              <w:bottom w:val="nil"/>
            </w:tcBorders>
          </w:tcPr>
          <w:p w14:paraId="4973A66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25397B">
              <w:rPr>
                <w:rFonts w:ascii="Arial" w:eastAsia="宋体" w:hAnsi="Arial" w:cs="Arial" w:hint="eastAsia"/>
                <w:b/>
                <w:bCs/>
                <w:szCs w:val="21"/>
              </w:rPr>
              <w:t>8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74C47E1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25397B">
              <w:rPr>
                <w:rFonts w:ascii="Arial" w:eastAsia="宋体" w:hAnsi="Arial" w:cs="Arial" w:hint="eastAsia"/>
                <w:b/>
                <w:bCs/>
                <w:szCs w:val="21"/>
              </w:rPr>
              <w:t>ApoA1+ApoA2+LCA+CEA</w:t>
            </w:r>
          </w:p>
        </w:tc>
        <w:tc>
          <w:tcPr>
            <w:tcW w:w="494" w:type="pct"/>
            <w:tcBorders>
              <w:top w:val="nil"/>
              <w:bottom w:val="nil"/>
            </w:tcBorders>
          </w:tcPr>
          <w:p w14:paraId="3126E232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25397B">
              <w:rPr>
                <w:rFonts w:ascii="Arial" w:eastAsia="宋体" w:hAnsi="Arial" w:cs="Arial" w:hint="eastAsia"/>
                <w:b/>
                <w:bCs/>
                <w:szCs w:val="21"/>
              </w:rPr>
              <w:t>ApoA</w:t>
            </w:r>
            <w:r w:rsidRPr="0025397B">
              <w:rPr>
                <w:rFonts w:ascii="Arial" w:eastAsia="宋体" w:hAnsi="Arial" w:cs="Arial"/>
                <w:b/>
                <w:bCs/>
                <w:szCs w:val="21"/>
              </w:rPr>
              <w:t>1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3BC072E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25397B">
              <w:rPr>
                <w:rFonts w:ascii="Cambria" w:eastAsia="宋体" w:hAnsi="Cambria" w:cs="Times New Roman" w:hint="eastAsia"/>
                <w:b/>
                <w:kern w:val="0"/>
                <w:sz w:val="22"/>
              </w:rPr>
              <w:t>5</w:t>
            </w:r>
            <w:r w:rsidRPr="0025397B">
              <w:rPr>
                <w:rFonts w:ascii="Cambria" w:eastAsia="宋体" w:hAnsi="Cambria" w:cs="Times New Roman"/>
                <w:b/>
                <w:kern w:val="0"/>
                <w:sz w:val="22"/>
              </w:rPr>
              <w:t>.100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14:paraId="6104E07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25397B">
              <w:rPr>
                <w:rFonts w:ascii="Cambria" w:eastAsia="MS Mincho" w:hAnsi="Cambria" w:cs="Times New Roman"/>
                <w:b/>
                <w:kern w:val="0"/>
                <w:sz w:val="22"/>
              </w:rPr>
              <w:t>0.024</w:t>
            </w:r>
          </w:p>
        </w:tc>
      </w:tr>
      <w:tr w:rsidR="0025397B" w:rsidRPr="0025397B" w14:paraId="2483E869" w14:textId="77777777" w:rsidTr="00E24CC5">
        <w:trPr>
          <w:trHeight w:val="283"/>
          <w:jc w:val="center"/>
        </w:trPr>
        <w:tc>
          <w:tcPr>
            <w:tcW w:w="331" w:type="pct"/>
            <w:tcBorders>
              <w:top w:val="nil"/>
              <w:bottom w:val="nil"/>
            </w:tcBorders>
            <w:vAlign w:val="center"/>
          </w:tcPr>
          <w:p w14:paraId="0467000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9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7E79E0F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ApoA2+LCA+CEA</w:t>
            </w:r>
          </w:p>
        </w:tc>
        <w:tc>
          <w:tcPr>
            <w:tcW w:w="494" w:type="pct"/>
            <w:tcBorders>
              <w:top w:val="nil"/>
              <w:bottom w:val="nil"/>
            </w:tcBorders>
            <w:vAlign w:val="center"/>
          </w:tcPr>
          <w:p w14:paraId="24B75EC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LCA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29BCFC5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23.591</w:t>
            </w:r>
          </w:p>
        </w:tc>
        <w:tc>
          <w:tcPr>
            <w:tcW w:w="823" w:type="pct"/>
            <w:tcBorders>
              <w:top w:val="nil"/>
              <w:bottom w:val="nil"/>
            </w:tcBorders>
            <w:vAlign w:val="center"/>
          </w:tcPr>
          <w:p w14:paraId="5229B14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&lt;0.001</w:t>
            </w:r>
          </w:p>
        </w:tc>
      </w:tr>
      <w:tr w:rsidR="0025397B" w:rsidRPr="0025397B" w14:paraId="19DF4F1D" w14:textId="77777777" w:rsidTr="00E24CC5">
        <w:trPr>
          <w:trHeight w:val="283"/>
          <w:jc w:val="center"/>
        </w:trPr>
        <w:tc>
          <w:tcPr>
            <w:tcW w:w="331" w:type="pct"/>
            <w:tcBorders>
              <w:top w:val="nil"/>
              <w:bottom w:val="nil"/>
            </w:tcBorders>
            <w:vAlign w:val="center"/>
          </w:tcPr>
          <w:p w14:paraId="7377CD4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10</w:t>
            </w:r>
          </w:p>
        </w:tc>
        <w:tc>
          <w:tcPr>
            <w:tcW w:w="2802" w:type="pct"/>
            <w:tcBorders>
              <w:top w:val="nil"/>
              <w:bottom w:val="nil"/>
            </w:tcBorders>
            <w:vAlign w:val="center"/>
          </w:tcPr>
          <w:p w14:paraId="560ADB0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ApoA2+CEA</w:t>
            </w:r>
          </w:p>
        </w:tc>
        <w:tc>
          <w:tcPr>
            <w:tcW w:w="494" w:type="pct"/>
            <w:tcBorders>
              <w:top w:val="nil"/>
              <w:bottom w:val="nil"/>
            </w:tcBorders>
            <w:vAlign w:val="center"/>
          </w:tcPr>
          <w:p w14:paraId="7982A63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CEA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242E742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25.796</w:t>
            </w:r>
          </w:p>
        </w:tc>
        <w:tc>
          <w:tcPr>
            <w:tcW w:w="823" w:type="pct"/>
            <w:tcBorders>
              <w:top w:val="nil"/>
              <w:bottom w:val="nil"/>
            </w:tcBorders>
            <w:vAlign w:val="center"/>
          </w:tcPr>
          <w:p w14:paraId="252BBC3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&lt;0.001</w:t>
            </w:r>
          </w:p>
        </w:tc>
      </w:tr>
      <w:tr w:rsidR="0025397B" w:rsidRPr="0025397B" w14:paraId="2D996D6B" w14:textId="77777777" w:rsidTr="00E24CC5">
        <w:trPr>
          <w:trHeight w:val="283"/>
          <w:jc w:val="center"/>
        </w:trPr>
        <w:tc>
          <w:tcPr>
            <w:tcW w:w="331" w:type="pct"/>
            <w:tcBorders>
              <w:top w:val="nil"/>
              <w:bottom w:val="single" w:sz="4" w:space="0" w:color="auto"/>
            </w:tcBorders>
            <w:vAlign w:val="center"/>
          </w:tcPr>
          <w:p w14:paraId="26EABE9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11</w:t>
            </w:r>
          </w:p>
        </w:tc>
        <w:tc>
          <w:tcPr>
            <w:tcW w:w="2802" w:type="pct"/>
            <w:tcBorders>
              <w:top w:val="nil"/>
              <w:bottom w:val="single" w:sz="4" w:space="0" w:color="auto"/>
            </w:tcBorders>
            <w:vAlign w:val="center"/>
          </w:tcPr>
          <w:p w14:paraId="169D688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ApoA2</w:t>
            </w:r>
          </w:p>
        </w:tc>
        <w:tc>
          <w:tcPr>
            <w:tcW w:w="494" w:type="pct"/>
            <w:tcBorders>
              <w:top w:val="nil"/>
              <w:bottom w:val="single" w:sz="4" w:space="0" w:color="auto"/>
            </w:tcBorders>
            <w:vAlign w:val="center"/>
          </w:tcPr>
          <w:p w14:paraId="2FC041E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—</w:t>
            </w:r>
          </w:p>
        </w:tc>
        <w:tc>
          <w:tcPr>
            <w:tcW w:w="550" w:type="pct"/>
            <w:tcBorders>
              <w:top w:val="nil"/>
              <w:bottom w:val="single" w:sz="4" w:space="0" w:color="auto"/>
            </w:tcBorders>
            <w:vAlign w:val="center"/>
          </w:tcPr>
          <w:p w14:paraId="7DAC6D7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—</w:t>
            </w:r>
          </w:p>
        </w:tc>
        <w:tc>
          <w:tcPr>
            <w:tcW w:w="823" w:type="pct"/>
            <w:tcBorders>
              <w:top w:val="nil"/>
              <w:bottom w:val="single" w:sz="4" w:space="0" w:color="auto"/>
            </w:tcBorders>
            <w:vAlign w:val="center"/>
          </w:tcPr>
          <w:p w14:paraId="5AEF68EF" w14:textId="6FA0C797" w:rsidR="0025397B" w:rsidRPr="0025397B" w:rsidRDefault="00A90132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 w:hint="eastAsia"/>
                <w:szCs w:val="21"/>
              </w:rPr>
              <w:t>—</w:t>
            </w:r>
            <w:bookmarkStart w:id="3" w:name="_GoBack"/>
            <w:bookmarkEnd w:id="3"/>
          </w:p>
        </w:tc>
      </w:tr>
    </w:tbl>
    <w:p w14:paraId="72077E7B" w14:textId="77777777" w:rsidR="0025397B" w:rsidRPr="0025397B" w:rsidRDefault="0025397B" w:rsidP="0025397B">
      <w:pPr>
        <w:widowControl/>
        <w:spacing w:after="200" w:line="276" w:lineRule="auto"/>
        <w:jc w:val="left"/>
        <w:rPr>
          <w:rFonts w:ascii="Arial" w:eastAsia="宋体" w:hAnsi="Arial" w:cs="Arial"/>
          <w:kern w:val="0"/>
          <w:szCs w:val="21"/>
        </w:rPr>
      </w:pPr>
      <w:r w:rsidRPr="0025397B">
        <w:rPr>
          <w:rFonts w:ascii="Arial" w:eastAsia="宋体" w:hAnsi="Arial" w:cs="Arial"/>
          <w:szCs w:val="21"/>
        </w:rPr>
        <w:t xml:space="preserve">Removing indicator: The indicator would be removed in next step. </w:t>
      </w:r>
      <w:r w:rsidRPr="0025397B">
        <w:rPr>
          <w:rFonts w:ascii="Helvetica" w:eastAsia="MS Mincho" w:hAnsi="Helvetica" w:cs="Helvetica"/>
          <w:kern w:val="0"/>
          <w:szCs w:val="21"/>
          <w:lang w:eastAsia="en-US"/>
        </w:rPr>
        <w:t>Contribution</w:t>
      </w:r>
      <w:r w:rsidRPr="0025397B">
        <w:rPr>
          <w:rFonts w:ascii="Helvetica" w:eastAsia="宋体" w:hAnsi="Helvetica" w:cs="Helvetica" w:hint="eastAsia"/>
          <w:kern w:val="0"/>
          <w:szCs w:val="21"/>
        </w:rPr>
        <w:t xml:space="preserve"> for</w:t>
      </w:r>
      <w:r w:rsidRPr="0025397B">
        <w:rPr>
          <w:rFonts w:ascii="Arial" w:eastAsia="宋体" w:hAnsi="Arial" w:cs="Arial"/>
          <w:szCs w:val="21"/>
        </w:rPr>
        <w:t xml:space="preserve"> </w:t>
      </w:r>
      <w:r w:rsidRPr="0025397B">
        <w:rPr>
          <w:rFonts w:ascii="Arial" w:eastAsia="宋体" w:hAnsi="Arial" w:cs="Arial" w:hint="eastAsia"/>
          <w:szCs w:val="21"/>
        </w:rPr>
        <w:t>I</w:t>
      </w:r>
      <w:r w:rsidRPr="0025397B">
        <w:rPr>
          <w:rFonts w:ascii="Arial" w:eastAsia="宋体" w:hAnsi="Arial" w:cs="Arial"/>
          <w:szCs w:val="21"/>
        </w:rPr>
        <w:t>ndicator</w:t>
      </w:r>
      <w:r w:rsidRPr="0025397B">
        <w:rPr>
          <w:rFonts w:ascii="Arial" w:eastAsia="宋体" w:hAnsi="Arial" w:cs="Arial" w:hint="eastAsia"/>
          <w:kern w:val="0"/>
          <w:szCs w:val="21"/>
        </w:rPr>
        <w:t>: T</w:t>
      </w:r>
      <w:r w:rsidRPr="0025397B">
        <w:rPr>
          <w:rFonts w:ascii="Arial" w:eastAsia="宋体" w:hAnsi="Arial" w:cs="Arial"/>
          <w:kern w:val="0"/>
          <w:szCs w:val="21"/>
        </w:rPr>
        <w:t>he model’</w:t>
      </w:r>
      <w:r w:rsidRPr="0025397B">
        <w:rPr>
          <w:rFonts w:ascii="Arial" w:eastAsia="宋体" w:hAnsi="Arial" w:cs="Arial" w:hint="eastAsia"/>
          <w:kern w:val="0"/>
          <w:szCs w:val="21"/>
        </w:rPr>
        <w:t>s</w:t>
      </w:r>
      <w:r w:rsidRPr="0025397B">
        <w:rPr>
          <w:rFonts w:ascii="Arial" w:eastAsia="宋体" w:hAnsi="Arial" w:cs="Arial"/>
          <w:kern w:val="0"/>
          <w:szCs w:val="21"/>
        </w:rPr>
        <w:t xml:space="preserve"> change in </w:t>
      </w:r>
      <w:r w:rsidRPr="0025397B">
        <w:rPr>
          <w:rFonts w:ascii="Arial" w:eastAsia="宋体" w:hAnsi="Arial" w:cs="Arial" w:hint="eastAsia"/>
          <w:kern w:val="0"/>
          <w:szCs w:val="21"/>
        </w:rPr>
        <w:t>-Log</w:t>
      </w:r>
      <w:r w:rsidRPr="0025397B">
        <w:rPr>
          <w:rFonts w:ascii="Arial" w:eastAsia="宋体" w:hAnsi="Arial" w:cs="Arial" w:hint="eastAsia"/>
          <w:kern w:val="0"/>
          <w:szCs w:val="21"/>
          <w:vertAlign w:val="subscript"/>
        </w:rPr>
        <w:t xml:space="preserve">2 </w:t>
      </w:r>
      <w:r w:rsidRPr="0025397B">
        <w:rPr>
          <w:rFonts w:ascii="Arial" w:eastAsia="宋体" w:hAnsi="Arial" w:cs="Arial"/>
          <w:kern w:val="0"/>
          <w:szCs w:val="21"/>
        </w:rPr>
        <w:t>Likelihood</w:t>
      </w:r>
      <w:r w:rsidRPr="0025397B">
        <w:rPr>
          <w:rFonts w:ascii="Arial" w:eastAsia="宋体" w:hAnsi="Arial" w:cs="Arial" w:hint="eastAsia"/>
          <w:kern w:val="0"/>
          <w:szCs w:val="21"/>
        </w:rPr>
        <w:t xml:space="preserve"> a</w:t>
      </w:r>
      <w:r w:rsidRPr="0025397B">
        <w:rPr>
          <w:rFonts w:ascii="Arial" w:eastAsia="宋体" w:hAnsi="Arial" w:cs="Arial"/>
          <w:kern w:val="0"/>
          <w:szCs w:val="21"/>
        </w:rPr>
        <w:t>fter removing this indicator</w:t>
      </w:r>
      <w:r w:rsidRPr="0025397B">
        <w:rPr>
          <w:rFonts w:ascii="Arial" w:eastAsia="宋体" w:hAnsi="Arial" w:cs="Arial" w:hint="eastAsia"/>
          <w:kern w:val="0"/>
          <w:szCs w:val="21"/>
        </w:rPr>
        <w:t xml:space="preserve">; </w:t>
      </w:r>
      <w:r w:rsidRPr="0025397B">
        <w:rPr>
          <w:rFonts w:ascii="Arial" w:eastAsia="宋体" w:hAnsi="Arial" w:cs="Arial" w:hint="eastAsia"/>
          <w:i/>
          <w:iCs/>
          <w:kern w:val="0"/>
          <w:szCs w:val="21"/>
        </w:rPr>
        <w:t>P</w:t>
      </w:r>
      <w:r w:rsidRPr="0025397B">
        <w:rPr>
          <w:rFonts w:ascii="Arial" w:eastAsia="宋体" w:hAnsi="Arial" w:cs="Arial" w:hint="eastAsia"/>
          <w:kern w:val="0"/>
          <w:szCs w:val="21"/>
        </w:rPr>
        <w:t xml:space="preserve"> vale: According to Likelihood ratio test.</w:t>
      </w:r>
      <w:r w:rsidRPr="0025397B">
        <w:rPr>
          <w:rFonts w:ascii="Arial" w:eastAsia="宋体" w:hAnsi="Arial" w:cs="Arial"/>
          <w:kern w:val="0"/>
          <w:szCs w:val="21"/>
        </w:rPr>
        <w:br w:type="page"/>
      </w:r>
    </w:p>
    <w:p w14:paraId="248C2202" w14:textId="77777777" w:rsidR="0025397B" w:rsidRPr="0025397B" w:rsidRDefault="0025397B" w:rsidP="0025397B">
      <w:pPr>
        <w:widowControl/>
        <w:jc w:val="center"/>
        <w:rPr>
          <w:rFonts w:ascii="Arial" w:eastAsia="宋体" w:hAnsi="Arial" w:cs="Arial"/>
          <w:b/>
          <w:bCs/>
          <w:szCs w:val="21"/>
        </w:rPr>
      </w:pPr>
      <w:r w:rsidRPr="0025397B">
        <w:rPr>
          <w:rFonts w:ascii="Arial" w:eastAsia="宋体" w:hAnsi="Arial" w:cs="Arial"/>
          <w:b/>
          <w:bCs/>
          <w:szCs w:val="21"/>
        </w:rPr>
        <w:lastRenderedPageBreak/>
        <w:t xml:space="preserve">Supplementary Tab.6 </w:t>
      </w:r>
      <w:bookmarkStart w:id="4" w:name="_Hlk161771540"/>
      <w:r w:rsidRPr="0025397B">
        <w:rPr>
          <w:rFonts w:ascii="Arial" w:eastAsia="宋体" w:hAnsi="Arial" w:cs="Arial"/>
          <w:b/>
          <w:bCs/>
          <w:szCs w:val="21"/>
        </w:rPr>
        <w:t>Sensitivity and specificity corresponding to different cut-off value</w:t>
      </w:r>
      <w:bookmarkEnd w:id="4"/>
      <w:r w:rsidRPr="0025397B">
        <w:rPr>
          <w:rFonts w:ascii="Arial" w:eastAsia="宋体" w:hAnsi="Arial" w:cs="Arial"/>
          <w:b/>
          <w:bCs/>
          <w:szCs w:val="21"/>
        </w:rPr>
        <w:t xml:space="preserve"> in each </w:t>
      </w:r>
      <w:r w:rsidRPr="0025397B">
        <w:rPr>
          <w:rFonts w:ascii="Arial" w:eastAsia="宋体" w:hAnsi="Arial" w:cs="Arial" w:hint="eastAsia"/>
          <w:b/>
          <w:bCs/>
          <w:szCs w:val="21"/>
        </w:rPr>
        <w:t>set</w:t>
      </w:r>
    </w:p>
    <w:tbl>
      <w:tblPr>
        <w:tblStyle w:val="1f4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851"/>
        <w:gridCol w:w="1853"/>
        <w:gridCol w:w="1851"/>
        <w:gridCol w:w="1853"/>
        <w:gridCol w:w="1851"/>
        <w:gridCol w:w="1851"/>
      </w:tblGrid>
      <w:tr w:rsidR="0025397B" w:rsidRPr="0025397B" w14:paraId="01409A1C" w14:textId="77777777" w:rsidTr="00E24CC5">
        <w:trPr>
          <w:jc w:val="center"/>
        </w:trPr>
        <w:tc>
          <w:tcPr>
            <w:tcW w:w="7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15AC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Cut-off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054D8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Training Set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7C12D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Internal Validation Set</w:t>
            </w:r>
          </w:p>
        </w:tc>
        <w:tc>
          <w:tcPr>
            <w:tcW w:w="1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EB203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External Validation Set</w:t>
            </w:r>
          </w:p>
        </w:tc>
      </w:tr>
      <w:tr w:rsidR="0025397B" w:rsidRPr="0025397B" w14:paraId="6356C2C5" w14:textId="77777777" w:rsidTr="00E24CC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4C9E6" w14:textId="77777777" w:rsidR="0025397B" w:rsidRPr="0025397B" w:rsidRDefault="0025397B" w:rsidP="0025397B">
            <w:pPr>
              <w:widowControl/>
              <w:jc w:val="left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A254B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Sensitivity (%)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890C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Specificity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F6E0C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Sensitivity (%)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1A453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Specificity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DEA37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Sensitivity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325E4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Specificity (%)</w:t>
            </w:r>
          </w:p>
        </w:tc>
      </w:tr>
      <w:tr w:rsidR="0025397B" w:rsidRPr="0025397B" w14:paraId="58A8DFDE" w14:textId="77777777" w:rsidTr="00E24CC5">
        <w:trPr>
          <w:jc w:val="center"/>
        </w:trPr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7AF3C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0.8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E70EE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91.67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4A10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13020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89.47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40C67D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0B995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86.36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06F9C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</w:tr>
      <w:tr w:rsidR="0025397B" w:rsidRPr="0025397B" w14:paraId="1BBC3FCB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A137A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E163C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91.67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BE90A7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97.92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C0470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94.74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73016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0AEA3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90.91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C9548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</w:tr>
      <w:tr w:rsidR="0025397B" w:rsidRPr="0025397B" w14:paraId="7CF8CB44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E8218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5BA05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93.06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2246E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97.92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07C37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94.74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E2B67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91.67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7F2A2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90.91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818C8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</w:tr>
      <w:tr w:rsidR="0025397B" w:rsidRPr="0025397B" w14:paraId="3744F71A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9AE0B1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AAE33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94.44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DB3A4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97.92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5871D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94.74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14253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91.67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E570B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90.91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2241D9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90.91</w:t>
            </w:r>
          </w:p>
        </w:tc>
      </w:tr>
      <w:tr w:rsidR="0025397B" w:rsidRPr="0025397B" w14:paraId="696F69ED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C86F0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58E79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95.83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B9699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96.88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14A89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9551F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87.50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7592A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95.45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86B235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90.91</w:t>
            </w:r>
          </w:p>
        </w:tc>
      </w:tr>
      <w:tr w:rsidR="0025397B" w:rsidRPr="0025397B" w14:paraId="3735E8A4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3F9EA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B6930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98.61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296DC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96.88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D23550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540B2A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83.33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3D209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95.45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178AD6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86.36</w:t>
            </w:r>
          </w:p>
        </w:tc>
      </w:tr>
      <w:tr w:rsidR="0025397B" w:rsidRPr="0025397B" w14:paraId="21FE1D36" w14:textId="77777777" w:rsidTr="00E24CC5">
        <w:trPr>
          <w:jc w:val="center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2ABE8F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0.2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D4BC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98.61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B0738B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94.79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4D976E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B71B38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79.17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9C1F64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100.00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6D1653" w14:textId="77777777" w:rsidR="0025397B" w:rsidRPr="0025397B" w:rsidRDefault="0025397B" w:rsidP="0025397B">
            <w:pPr>
              <w:widowControl/>
              <w:jc w:val="center"/>
              <w:rPr>
                <w:rFonts w:ascii="Arial" w:eastAsia="宋体" w:hAnsi="Arial" w:cs="Arial"/>
                <w:szCs w:val="21"/>
              </w:rPr>
            </w:pPr>
            <w:r w:rsidRPr="0025397B">
              <w:rPr>
                <w:rFonts w:ascii="Arial" w:eastAsia="宋体" w:hAnsi="Arial" w:cs="Arial"/>
                <w:szCs w:val="21"/>
              </w:rPr>
              <w:t>77.27</w:t>
            </w:r>
          </w:p>
        </w:tc>
      </w:tr>
    </w:tbl>
    <w:p w14:paraId="0B24C0DA" w14:textId="515C4C87" w:rsidR="00C4620D" w:rsidRPr="0025397B" w:rsidRDefault="0025397B" w:rsidP="0025397B">
      <w:pPr>
        <w:widowControl/>
        <w:spacing w:after="200" w:line="276" w:lineRule="auto"/>
        <w:jc w:val="left"/>
        <w:rPr>
          <w:rFonts w:ascii="Arial" w:eastAsia="宋体" w:hAnsi="Arial" w:cs="Arial"/>
          <w:szCs w:val="21"/>
        </w:rPr>
      </w:pPr>
      <w:r w:rsidRPr="0025397B">
        <w:rPr>
          <w:rFonts w:ascii="Arial" w:eastAsia="宋体" w:hAnsi="Arial" w:cs="Arial"/>
          <w:szCs w:val="21"/>
        </w:rPr>
        <w:t xml:space="preserve">Cut-off: Probability of occurrence; </w:t>
      </w:r>
    </w:p>
    <w:sectPr w:rsidR="00C4620D" w:rsidRPr="0025397B" w:rsidSect="006454C7">
      <w:pgSz w:w="15840" w:h="12240" w:orient="landscape" w:code="1"/>
      <w:pgMar w:top="1797" w:right="1440" w:bottom="17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1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pStyle w:val="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1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4A6360"/>
    <w:multiLevelType w:val="hybridMultilevel"/>
    <w:tmpl w:val="2F507B5C"/>
    <w:lvl w:ilvl="0" w:tplc="A9DAAEDE">
      <w:start w:val="1"/>
      <w:numFmt w:val="decimal"/>
      <w:lvlText w:val="(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60" w:hanging="440"/>
      </w:pPr>
    </w:lvl>
    <w:lvl w:ilvl="2" w:tplc="0409001B" w:tentative="1">
      <w:start w:val="1"/>
      <w:numFmt w:val="lowerRoman"/>
      <w:lvlText w:val="%3."/>
      <w:lvlJc w:val="right"/>
      <w:pPr>
        <w:ind w:left="2100" w:hanging="440"/>
      </w:pPr>
    </w:lvl>
    <w:lvl w:ilvl="3" w:tplc="0409000F" w:tentative="1">
      <w:start w:val="1"/>
      <w:numFmt w:val="decimal"/>
      <w:lvlText w:val="%4."/>
      <w:lvlJc w:val="left"/>
      <w:pPr>
        <w:ind w:left="2540" w:hanging="440"/>
      </w:pPr>
    </w:lvl>
    <w:lvl w:ilvl="4" w:tplc="04090019" w:tentative="1">
      <w:start w:val="1"/>
      <w:numFmt w:val="lowerLetter"/>
      <w:lvlText w:val="%5)"/>
      <w:lvlJc w:val="left"/>
      <w:pPr>
        <w:ind w:left="2980" w:hanging="440"/>
      </w:pPr>
    </w:lvl>
    <w:lvl w:ilvl="5" w:tplc="0409001B" w:tentative="1">
      <w:start w:val="1"/>
      <w:numFmt w:val="lowerRoman"/>
      <w:lvlText w:val="%6."/>
      <w:lvlJc w:val="right"/>
      <w:pPr>
        <w:ind w:left="3420" w:hanging="440"/>
      </w:pPr>
    </w:lvl>
    <w:lvl w:ilvl="6" w:tplc="0409000F" w:tentative="1">
      <w:start w:val="1"/>
      <w:numFmt w:val="decimal"/>
      <w:lvlText w:val="%7."/>
      <w:lvlJc w:val="left"/>
      <w:pPr>
        <w:ind w:left="3860" w:hanging="440"/>
      </w:pPr>
    </w:lvl>
    <w:lvl w:ilvl="7" w:tplc="04090019" w:tentative="1">
      <w:start w:val="1"/>
      <w:numFmt w:val="lowerLetter"/>
      <w:lvlText w:val="%8)"/>
      <w:lvlJc w:val="left"/>
      <w:pPr>
        <w:ind w:left="4300" w:hanging="440"/>
      </w:pPr>
    </w:lvl>
    <w:lvl w:ilvl="8" w:tplc="0409001B" w:tentative="1">
      <w:start w:val="1"/>
      <w:numFmt w:val="lowerRoman"/>
      <w:lvlText w:val="%9."/>
      <w:lvlJc w:val="right"/>
      <w:pPr>
        <w:ind w:left="4740" w:hanging="440"/>
      </w:pPr>
    </w:lvl>
  </w:abstractNum>
  <w:abstractNum w:abstractNumId="10" w15:restartNumberingAfterBreak="0">
    <w:nsid w:val="3F4B5B2F"/>
    <w:multiLevelType w:val="hybridMultilevel"/>
    <w:tmpl w:val="391C5B22"/>
    <w:lvl w:ilvl="0" w:tplc="3E9C5BCC">
      <w:start w:val="1"/>
      <w:numFmt w:val="decimal"/>
      <w:lvlText w:val="(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20"/>
    <w:rsid w:val="00065B20"/>
    <w:rsid w:val="0025397B"/>
    <w:rsid w:val="003F02BA"/>
    <w:rsid w:val="006454C7"/>
    <w:rsid w:val="00A277F5"/>
    <w:rsid w:val="00A90132"/>
    <w:rsid w:val="00C4620D"/>
    <w:rsid w:val="00F40106"/>
    <w:rsid w:val="00FA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2AF4E"/>
  <w15:chartTrackingRefBased/>
  <w15:docId w15:val="{A9423FEA-4CE9-4508-AC44-1F767912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</w:style>
  <w:style w:type="paragraph" w:styleId="11">
    <w:name w:val="heading 1"/>
    <w:basedOn w:val="a0"/>
    <w:next w:val="a0"/>
    <w:link w:val="1Char"/>
    <w:uiPriority w:val="99"/>
    <w:qFormat/>
    <w:rsid w:val="0025397B"/>
    <w:pPr>
      <w:keepNext/>
      <w:keepLines/>
      <w:spacing w:before="340" w:after="330" w:line="578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rsid w:val="0025397B"/>
    <w:pPr>
      <w:keepNext/>
      <w:keepLines/>
      <w:spacing w:before="260" w:after="260" w:line="416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Char"/>
    <w:uiPriority w:val="99"/>
    <w:semiHidden/>
    <w:unhideWhenUsed/>
    <w:qFormat/>
    <w:rsid w:val="0025397B"/>
    <w:pPr>
      <w:keepNext/>
      <w:keepLines/>
      <w:spacing w:before="260" w:after="260" w:line="416" w:lineRule="auto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rsid w:val="0025397B"/>
    <w:pPr>
      <w:keepNext/>
      <w:keepLines/>
      <w:spacing w:before="280" w:after="290" w:line="376" w:lineRule="auto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rsid w:val="0025397B"/>
    <w:pPr>
      <w:keepNext/>
      <w:keepLines/>
      <w:spacing w:before="280" w:after="290" w:line="376" w:lineRule="auto"/>
      <w:outlineLvl w:val="4"/>
    </w:pPr>
    <w:rPr>
      <w:rFonts w:ascii="Calibri" w:eastAsia="MS Gothic" w:hAnsi="Calibri" w:cs="Times New Roman"/>
      <w:color w:val="243F60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rsid w:val="0025397B"/>
    <w:pPr>
      <w:keepNext/>
      <w:keepLines/>
      <w:spacing w:before="240" w:after="64" w:line="320" w:lineRule="auto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rsid w:val="0025397B"/>
    <w:pPr>
      <w:keepNext/>
      <w:keepLines/>
      <w:spacing w:before="240" w:after="64" w:line="320" w:lineRule="auto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rsid w:val="0025397B"/>
    <w:pPr>
      <w:keepNext/>
      <w:keepLines/>
      <w:spacing w:before="240" w:after="64" w:line="320" w:lineRule="auto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rsid w:val="0025397B"/>
    <w:pPr>
      <w:keepNext/>
      <w:keepLines/>
      <w:spacing w:before="240" w:after="64" w:line="320" w:lineRule="auto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0">
    <w:name w:val="标题 11"/>
    <w:basedOn w:val="a0"/>
    <w:next w:val="a0"/>
    <w:uiPriority w:val="99"/>
    <w:qFormat/>
    <w:rsid w:val="0025397B"/>
    <w:pPr>
      <w:keepNext/>
      <w:keepLines/>
      <w:widowControl/>
      <w:spacing w:before="480" w:line="276" w:lineRule="auto"/>
      <w:jc w:val="left"/>
      <w:outlineLvl w:val="0"/>
    </w:pPr>
    <w:rPr>
      <w:rFonts w:ascii="Calibri" w:eastAsia="MS Gothic" w:hAnsi="Calibri" w:cs="Times New Roman"/>
      <w:b/>
      <w:bCs/>
      <w:color w:val="365F91"/>
      <w:kern w:val="0"/>
      <w:sz w:val="28"/>
      <w:szCs w:val="28"/>
      <w:lang w:eastAsia="en-US"/>
    </w:rPr>
  </w:style>
  <w:style w:type="paragraph" w:customStyle="1" w:styleId="211">
    <w:name w:val="标题 21"/>
    <w:basedOn w:val="a0"/>
    <w:next w:val="a0"/>
    <w:uiPriority w:val="9"/>
    <w:unhideWhenUsed/>
    <w:qFormat/>
    <w:rsid w:val="0025397B"/>
    <w:pPr>
      <w:keepNext/>
      <w:keepLines/>
      <w:widowControl/>
      <w:spacing w:before="200" w:line="276" w:lineRule="auto"/>
      <w:jc w:val="left"/>
      <w:outlineLvl w:val="1"/>
    </w:pPr>
    <w:rPr>
      <w:rFonts w:ascii="Calibri" w:eastAsia="MS Gothic" w:hAnsi="Calibri" w:cs="Times New Roman"/>
      <w:b/>
      <w:bCs/>
      <w:color w:val="4F81BD"/>
      <w:kern w:val="0"/>
      <w:sz w:val="26"/>
      <w:szCs w:val="26"/>
      <w:lang w:eastAsia="en-US"/>
    </w:rPr>
  </w:style>
  <w:style w:type="paragraph" w:customStyle="1" w:styleId="311">
    <w:name w:val="标题 31"/>
    <w:basedOn w:val="a0"/>
    <w:next w:val="a0"/>
    <w:uiPriority w:val="99"/>
    <w:unhideWhenUsed/>
    <w:qFormat/>
    <w:rsid w:val="0025397B"/>
    <w:pPr>
      <w:keepNext/>
      <w:keepLines/>
      <w:widowControl/>
      <w:spacing w:before="200" w:line="276" w:lineRule="auto"/>
      <w:jc w:val="left"/>
      <w:outlineLvl w:val="2"/>
    </w:pPr>
    <w:rPr>
      <w:rFonts w:ascii="Calibri" w:eastAsia="MS Gothic" w:hAnsi="Calibri" w:cs="Times New Roman"/>
      <w:b/>
      <w:bCs/>
      <w:color w:val="4F81BD"/>
      <w:kern w:val="0"/>
      <w:sz w:val="22"/>
      <w:lang w:eastAsia="en-US"/>
    </w:rPr>
  </w:style>
  <w:style w:type="paragraph" w:customStyle="1" w:styleId="41">
    <w:name w:val="标题 41"/>
    <w:basedOn w:val="a0"/>
    <w:next w:val="a0"/>
    <w:uiPriority w:val="9"/>
    <w:unhideWhenUsed/>
    <w:qFormat/>
    <w:rsid w:val="0025397B"/>
    <w:pPr>
      <w:keepNext/>
      <w:keepLines/>
      <w:widowControl/>
      <w:spacing w:before="200" w:line="276" w:lineRule="auto"/>
      <w:jc w:val="left"/>
      <w:outlineLvl w:val="3"/>
    </w:pPr>
    <w:rPr>
      <w:rFonts w:ascii="Calibri" w:eastAsia="MS Gothic" w:hAnsi="Calibri" w:cs="Times New Roman"/>
      <w:b/>
      <w:bCs/>
      <w:i/>
      <w:iCs/>
      <w:color w:val="4F81BD"/>
      <w:kern w:val="0"/>
      <w:sz w:val="22"/>
      <w:lang w:eastAsia="en-US"/>
    </w:rPr>
  </w:style>
  <w:style w:type="paragraph" w:customStyle="1" w:styleId="51">
    <w:name w:val="标题 51"/>
    <w:basedOn w:val="a0"/>
    <w:next w:val="a0"/>
    <w:uiPriority w:val="9"/>
    <w:semiHidden/>
    <w:unhideWhenUsed/>
    <w:qFormat/>
    <w:rsid w:val="0025397B"/>
    <w:pPr>
      <w:keepNext/>
      <w:keepLines/>
      <w:widowControl/>
      <w:spacing w:before="200" w:line="276" w:lineRule="auto"/>
      <w:jc w:val="left"/>
      <w:outlineLvl w:val="4"/>
    </w:pPr>
    <w:rPr>
      <w:rFonts w:ascii="Calibri" w:eastAsia="MS Gothic" w:hAnsi="Calibri" w:cs="Times New Roman"/>
      <w:color w:val="243F60"/>
      <w:kern w:val="0"/>
      <w:sz w:val="22"/>
      <w:lang w:eastAsia="en-US"/>
    </w:rPr>
  </w:style>
  <w:style w:type="paragraph" w:customStyle="1" w:styleId="61">
    <w:name w:val="标题 61"/>
    <w:basedOn w:val="a0"/>
    <w:next w:val="a0"/>
    <w:uiPriority w:val="9"/>
    <w:semiHidden/>
    <w:unhideWhenUsed/>
    <w:qFormat/>
    <w:rsid w:val="0025397B"/>
    <w:pPr>
      <w:keepNext/>
      <w:keepLines/>
      <w:widowControl/>
      <w:spacing w:before="200" w:line="276" w:lineRule="auto"/>
      <w:jc w:val="left"/>
      <w:outlineLvl w:val="5"/>
    </w:pPr>
    <w:rPr>
      <w:rFonts w:ascii="Calibri" w:eastAsia="MS Gothic" w:hAnsi="Calibri" w:cs="Times New Roman"/>
      <w:i/>
      <w:iCs/>
      <w:color w:val="243F60"/>
      <w:kern w:val="0"/>
      <w:sz w:val="22"/>
      <w:lang w:eastAsia="en-US"/>
    </w:rPr>
  </w:style>
  <w:style w:type="paragraph" w:customStyle="1" w:styleId="71">
    <w:name w:val="标题 71"/>
    <w:basedOn w:val="a0"/>
    <w:next w:val="a0"/>
    <w:uiPriority w:val="9"/>
    <w:semiHidden/>
    <w:unhideWhenUsed/>
    <w:qFormat/>
    <w:rsid w:val="0025397B"/>
    <w:pPr>
      <w:keepNext/>
      <w:keepLines/>
      <w:widowControl/>
      <w:spacing w:before="200" w:line="276" w:lineRule="auto"/>
      <w:jc w:val="left"/>
      <w:outlineLvl w:val="6"/>
    </w:pPr>
    <w:rPr>
      <w:rFonts w:ascii="Calibri" w:eastAsia="MS Gothic" w:hAnsi="Calibri" w:cs="Times New Roman"/>
      <w:i/>
      <w:iCs/>
      <w:color w:val="404040"/>
      <w:kern w:val="0"/>
      <w:sz w:val="22"/>
      <w:lang w:eastAsia="en-US"/>
    </w:rPr>
  </w:style>
  <w:style w:type="paragraph" w:customStyle="1" w:styleId="81">
    <w:name w:val="标题 81"/>
    <w:basedOn w:val="a0"/>
    <w:next w:val="a0"/>
    <w:uiPriority w:val="9"/>
    <w:semiHidden/>
    <w:unhideWhenUsed/>
    <w:qFormat/>
    <w:rsid w:val="0025397B"/>
    <w:pPr>
      <w:keepNext/>
      <w:keepLines/>
      <w:widowControl/>
      <w:spacing w:before="200" w:line="276" w:lineRule="auto"/>
      <w:jc w:val="left"/>
      <w:outlineLvl w:val="7"/>
    </w:pPr>
    <w:rPr>
      <w:rFonts w:ascii="Calibri" w:eastAsia="MS Gothic" w:hAnsi="Calibri" w:cs="Times New Roman"/>
      <w:color w:val="4F81BD"/>
      <w:kern w:val="0"/>
      <w:sz w:val="20"/>
      <w:szCs w:val="20"/>
      <w:lang w:eastAsia="en-US"/>
    </w:rPr>
  </w:style>
  <w:style w:type="paragraph" w:customStyle="1" w:styleId="91">
    <w:name w:val="标题 91"/>
    <w:basedOn w:val="a0"/>
    <w:next w:val="a0"/>
    <w:uiPriority w:val="9"/>
    <w:semiHidden/>
    <w:unhideWhenUsed/>
    <w:qFormat/>
    <w:rsid w:val="0025397B"/>
    <w:pPr>
      <w:keepNext/>
      <w:keepLines/>
      <w:widowControl/>
      <w:spacing w:before="200" w:line="276" w:lineRule="auto"/>
      <w:jc w:val="left"/>
      <w:outlineLvl w:val="8"/>
    </w:pPr>
    <w:rPr>
      <w:rFonts w:ascii="Calibri" w:eastAsia="MS Gothic" w:hAnsi="Calibri" w:cs="Times New Roman"/>
      <w:i/>
      <w:iCs/>
      <w:color w:val="404040"/>
      <w:kern w:val="0"/>
      <w:sz w:val="20"/>
      <w:szCs w:val="20"/>
      <w:lang w:eastAsia="en-US"/>
    </w:rPr>
  </w:style>
  <w:style w:type="numbering" w:customStyle="1" w:styleId="12">
    <w:name w:val="无列表1"/>
    <w:next w:val="a3"/>
    <w:uiPriority w:val="99"/>
    <w:semiHidden/>
    <w:unhideWhenUsed/>
    <w:rsid w:val="0025397B"/>
  </w:style>
  <w:style w:type="character" w:customStyle="1" w:styleId="1Char">
    <w:name w:val="标题 1 Char"/>
    <w:basedOn w:val="a1"/>
    <w:link w:val="11"/>
    <w:uiPriority w:val="99"/>
    <w:rsid w:val="0025397B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Char">
    <w:name w:val="标题 2 Char"/>
    <w:basedOn w:val="a1"/>
    <w:link w:val="2"/>
    <w:uiPriority w:val="9"/>
    <w:rsid w:val="0025397B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Char">
    <w:name w:val="标题 3 Char"/>
    <w:basedOn w:val="a1"/>
    <w:link w:val="3"/>
    <w:uiPriority w:val="99"/>
    <w:rsid w:val="0025397B"/>
    <w:rPr>
      <w:rFonts w:ascii="Calibri" w:eastAsia="MS Gothic" w:hAnsi="Calibri" w:cs="Times New Roman"/>
      <w:b/>
      <w:bCs/>
      <w:color w:val="4F81BD"/>
    </w:rPr>
  </w:style>
  <w:style w:type="character" w:customStyle="1" w:styleId="4Char">
    <w:name w:val="标题 4 Char"/>
    <w:basedOn w:val="a1"/>
    <w:link w:val="4"/>
    <w:uiPriority w:val="9"/>
    <w:rsid w:val="0025397B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Char">
    <w:name w:val="标题 5 Char"/>
    <w:basedOn w:val="a1"/>
    <w:link w:val="5"/>
    <w:uiPriority w:val="9"/>
    <w:semiHidden/>
    <w:rsid w:val="0025397B"/>
    <w:rPr>
      <w:rFonts w:ascii="Calibri" w:eastAsia="MS Gothic" w:hAnsi="Calibri" w:cs="Times New Roman"/>
      <w:color w:val="243F60"/>
    </w:rPr>
  </w:style>
  <w:style w:type="character" w:customStyle="1" w:styleId="6Char">
    <w:name w:val="标题 6 Char"/>
    <w:basedOn w:val="a1"/>
    <w:link w:val="6"/>
    <w:uiPriority w:val="9"/>
    <w:semiHidden/>
    <w:rsid w:val="0025397B"/>
    <w:rPr>
      <w:rFonts w:ascii="Calibri" w:eastAsia="MS Gothic" w:hAnsi="Calibri" w:cs="Times New Roman"/>
      <w:i/>
      <w:iCs/>
      <w:color w:val="243F60"/>
    </w:rPr>
  </w:style>
  <w:style w:type="character" w:customStyle="1" w:styleId="7Char">
    <w:name w:val="标题 7 Char"/>
    <w:basedOn w:val="a1"/>
    <w:link w:val="7"/>
    <w:uiPriority w:val="9"/>
    <w:semiHidden/>
    <w:rsid w:val="0025397B"/>
    <w:rPr>
      <w:rFonts w:ascii="Calibri" w:eastAsia="MS Gothic" w:hAnsi="Calibri" w:cs="Times New Roman"/>
      <w:i/>
      <w:iCs/>
      <w:color w:val="404040"/>
    </w:rPr>
  </w:style>
  <w:style w:type="character" w:customStyle="1" w:styleId="8Char">
    <w:name w:val="标题 8 Char"/>
    <w:basedOn w:val="a1"/>
    <w:link w:val="8"/>
    <w:uiPriority w:val="9"/>
    <w:semiHidden/>
    <w:rsid w:val="0025397B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Char">
    <w:name w:val="标题 9 Char"/>
    <w:basedOn w:val="a1"/>
    <w:link w:val="9"/>
    <w:uiPriority w:val="9"/>
    <w:semiHidden/>
    <w:rsid w:val="0025397B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13">
    <w:name w:val="页眉1"/>
    <w:basedOn w:val="a0"/>
    <w:next w:val="a4"/>
    <w:link w:val="a5"/>
    <w:uiPriority w:val="99"/>
    <w:unhideWhenUsed/>
    <w:rsid w:val="0025397B"/>
    <w:pPr>
      <w:widowControl/>
      <w:tabs>
        <w:tab w:val="center" w:pos="4680"/>
        <w:tab w:val="right" w:pos="9360"/>
      </w:tabs>
      <w:jc w:val="left"/>
    </w:pPr>
  </w:style>
  <w:style w:type="character" w:customStyle="1" w:styleId="a5">
    <w:name w:val="页眉 字符"/>
    <w:basedOn w:val="a1"/>
    <w:link w:val="13"/>
    <w:uiPriority w:val="99"/>
    <w:rsid w:val="0025397B"/>
  </w:style>
  <w:style w:type="paragraph" w:customStyle="1" w:styleId="14">
    <w:name w:val="页脚1"/>
    <w:basedOn w:val="a0"/>
    <w:next w:val="a6"/>
    <w:link w:val="a7"/>
    <w:uiPriority w:val="99"/>
    <w:unhideWhenUsed/>
    <w:rsid w:val="0025397B"/>
    <w:pPr>
      <w:widowControl/>
      <w:tabs>
        <w:tab w:val="center" w:pos="4680"/>
        <w:tab w:val="right" w:pos="9360"/>
      </w:tabs>
      <w:jc w:val="left"/>
    </w:pPr>
  </w:style>
  <w:style w:type="character" w:customStyle="1" w:styleId="a7">
    <w:name w:val="页脚 字符"/>
    <w:basedOn w:val="a1"/>
    <w:link w:val="14"/>
    <w:uiPriority w:val="99"/>
    <w:rsid w:val="0025397B"/>
  </w:style>
  <w:style w:type="paragraph" w:customStyle="1" w:styleId="15">
    <w:name w:val="无间隔1"/>
    <w:next w:val="a8"/>
    <w:uiPriority w:val="1"/>
    <w:qFormat/>
    <w:rsid w:val="0025397B"/>
    <w:rPr>
      <w:kern w:val="0"/>
      <w:sz w:val="22"/>
      <w:lang w:eastAsia="en-US"/>
    </w:rPr>
  </w:style>
  <w:style w:type="paragraph" w:customStyle="1" w:styleId="16">
    <w:name w:val="标题1"/>
    <w:basedOn w:val="a0"/>
    <w:next w:val="a0"/>
    <w:uiPriority w:val="10"/>
    <w:qFormat/>
    <w:rsid w:val="0025397B"/>
    <w:pPr>
      <w:widowControl/>
      <w:pBdr>
        <w:bottom w:val="single" w:sz="8" w:space="4" w:color="4F81BD"/>
      </w:pBdr>
      <w:spacing w:after="300"/>
      <w:contextualSpacing/>
      <w:jc w:val="left"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Char">
    <w:name w:val="标题 Char"/>
    <w:basedOn w:val="a1"/>
    <w:link w:val="a9"/>
    <w:uiPriority w:val="10"/>
    <w:rsid w:val="0025397B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17">
    <w:name w:val="副标题1"/>
    <w:basedOn w:val="a0"/>
    <w:next w:val="a0"/>
    <w:uiPriority w:val="11"/>
    <w:qFormat/>
    <w:rsid w:val="0025397B"/>
    <w:pPr>
      <w:widowControl/>
      <w:numPr>
        <w:ilvl w:val="1"/>
      </w:numPr>
      <w:spacing w:after="200" w:line="276" w:lineRule="auto"/>
      <w:jc w:val="left"/>
    </w:pPr>
    <w:rPr>
      <w:rFonts w:ascii="Calibri" w:eastAsia="MS Gothic" w:hAnsi="Calibri" w:cs="Times New Roman"/>
      <w:i/>
      <w:iCs/>
      <w:color w:val="4F81BD"/>
      <w:spacing w:val="15"/>
      <w:kern w:val="0"/>
      <w:sz w:val="24"/>
      <w:szCs w:val="24"/>
      <w:lang w:eastAsia="en-US"/>
    </w:rPr>
  </w:style>
  <w:style w:type="character" w:customStyle="1" w:styleId="Char0">
    <w:name w:val="副标题 Char"/>
    <w:basedOn w:val="a1"/>
    <w:link w:val="aa"/>
    <w:uiPriority w:val="11"/>
    <w:rsid w:val="0025397B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customStyle="1" w:styleId="18">
    <w:name w:val="列表段落1"/>
    <w:basedOn w:val="a0"/>
    <w:next w:val="ab"/>
    <w:uiPriority w:val="34"/>
    <w:qFormat/>
    <w:rsid w:val="0025397B"/>
    <w:pPr>
      <w:widowControl/>
      <w:spacing w:after="200" w:line="276" w:lineRule="auto"/>
      <w:ind w:left="720"/>
      <w:contextualSpacing/>
      <w:jc w:val="left"/>
    </w:pPr>
    <w:rPr>
      <w:kern w:val="0"/>
      <w:sz w:val="22"/>
      <w:lang w:eastAsia="en-US"/>
    </w:rPr>
  </w:style>
  <w:style w:type="paragraph" w:customStyle="1" w:styleId="19">
    <w:name w:val="正文文本1"/>
    <w:basedOn w:val="a0"/>
    <w:next w:val="ac"/>
    <w:link w:val="ad"/>
    <w:uiPriority w:val="99"/>
    <w:unhideWhenUsed/>
    <w:rsid w:val="0025397B"/>
    <w:pPr>
      <w:widowControl/>
      <w:spacing w:after="120" w:line="276" w:lineRule="auto"/>
      <w:jc w:val="left"/>
    </w:pPr>
  </w:style>
  <w:style w:type="character" w:customStyle="1" w:styleId="ad">
    <w:name w:val="正文文本 字符"/>
    <w:basedOn w:val="a1"/>
    <w:link w:val="19"/>
    <w:uiPriority w:val="99"/>
    <w:rsid w:val="0025397B"/>
  </w:style>
  <w:style w:type="paragraph" w:customStyle="1" w:styleId="212">
    <w:name w:val="正文文本 21"/>
    <w:basedOn w:val="a0"/>
    <w:next w:val="20"/>
    <w:link w:val="22"/>
    <w:uiPriority w:val="99"/>
    <w:unhideWhenUsed/>
    <w:rsid w:val="0025397B"/>
    <w:pPr>
      <w:widowControl/>
      <w:spacing w:after="120" w:line="480" w:lineRule="auto"/>
      <w:jc w:val="left"/>
    </w:pPr>
  </w:style>
  <w:style w:type="character" w:customStyle="1" w:styleId="22">
    <w:name w:val="正文文本 2 字符"/>
    <w:basedOn w:val="a1"/>
    <w:link w:val="212"/>
    <w:uiPriority w:val="99"/>
    <w:rsid w:val="0025397B"/>
  </w:style>
  <w:style w:type="paragraph" w:customStyle="1" w:styleId="312">
    <w:name w:val="正文文本 31"/>
    <w:basedOn w:val="a0"/>
    <w:next w:val="30"/>
    <w:link w:val="32"/>
    <w:uiPriority w:val="99"/>
    <w:unhideWhenUsed/>
    <w:rsid w:val="0025397B"/>
    <w:pPr>
      <w:widowControl/>
      <w:spacing w:after="120" w:line="276" w:lineRule="auto"/>
      <w:jc w:val="left"/>
    </w:pPr>
    <w:rPr>
      <w:sz w:val="16"/>
      <w:szCs w:val="16"/>
    </w:rPr>
  </w:style>
  <w:style w:type="character" w:customStyle="1" w:styleId="32">
    <w:name w:val="正文文本 3 字符"/>
    <w:basedOn w:val="a1"/>
    <w:link w:val="312"/>
    <w:uiPriority w:val="99"/>
    <w:rsid w:val="0025397B"/>
    <w:rPr>
      <w:sz w:val="16"/>
      <w:szCs w:val="16"/>
    </w:rPr>
  </w:style>
  <w:style w:type="paragraph" w:customStyle="1" w:styleId="1a">
    <w:name w:val="列表1"/>
    <w:basedOn w:val="a0"/>
    <w:next w:val="ae"/>
    <w:uiPriority w:val="99"/>
    <w:unhideWhenUsed/>
    <w:rsid w:val="0025397B"/>
    <w:pPr>
      <w:widowControl/>
      <w:spacing w:after="200" w:line="276" w:lineRule="auto"/>
      <w:ind w:left="360" w:hanging="360"/>
      <w:contextualSpacing/>
      <w:jc w:val="left"/>
    </w:pPr>
    <w:rPr>
      <w:kern w:val="0"/>
      <w:sz w:val="22"/>
      <w:lang w:eastAsia="en-US"/>
    </w:rPr>
  </w:style>
  <w:style w:type="paragraph" w:customStyle="1" w:styleId="213">
    <w:name w:val="列表 21"/>
    <w:basedOn w:val="a0"/>
    <w:next w:val="23"/>
    <w:uiPriority w:val="99"/>
    <w:unhideWhenUsed/>
    <w:rsid w:val="0025397B"/>
    <w:pPr>
      <w:widowControl/>
      <w:spacing w:after="200" w:line="276" w:lineRule="auto"/>
      <w:ind w:left="720" w:hanging="360"/>
      <w:contextualSpacing/>
      <w:jc w:val="left"/>
    </w:pPr>
    <w:rPr>
      <w:kern w:val="0"/>
      <w:sz w:val="22"/>
      <w:lang w:eastAsia="en-US"/>
    </w:rPr>
  </w:style>
  <w:style w:type="paragraph" w:customStyle="1" w:styleId="313">
    <w:name w:val="列表 31"/>
    <w:basedOn w:val="a0"/>
    <w:next w:val="33"/>
    <w:uiPriority w:val="99"/>
    <w:unhideWhenUsed/>
    <w:rsid w:val="0025397B"/>
    <w:pPr>
      <w:widowControl/>
      <w:spacing w:after="200" w:line="276" w:lineRule="auto"/>
      <w:ind w:left="1080" w:hanging="360"/>
      <w:contextualSpacing/>
      <w:jc w:val="left"/>
    </w:pPr>
    <w:rPr>
      <w:kern w:val="0"/>
      <w:sz w:val="22"/>
      <w:lang w:eastAsia="en-US"/>
    </w:rPr>
  </w:style>
  <w:style w:type="paragraph" w:customStyle="1" w:styleId="10">
    <w:name w:val="列表项目符号1"/>
    <w:basedOn w:val="a0"/>
    <w:next w:val="af"/>
    <w:uiPriority w:val="99"/>
    <w:unhideWhenUsed/>
    <w:rsid w:val="0025397B"/>
    <w:pPr>
      <w:widowControl/>
      <w:numPr>
        <w:numId w:val="1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210">
    <w:name w:val="列表项目符号 21"/>
    <w:basedOn w:val="a0"/>
    <w:next w:val="24"/>
    <w:uiPriority w:val="99"/>
    <w:unhideWhenUsed/>
    <w:rsid w:val="0025397B"/>
    <w:pPr>
      <w:widowControl/>
      <w:numPr>
        <w:numId w:val="2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310">
    <w:name w:val="列表项目符号 31"/>
    <w:basedOn w:val="a0"/>
    <w:next w:val="34"/>
    <w:uiPriority w:val="99"/>
    <w:unhideWhenUsed/>
    <w:rsid w:val="0025397B"/>
    <w:pPr>
      <w:widowControl/>
      <w:numPr>
        <w:numId w:val="3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1">
    <w:name w:val="列表编号1"/>
    <w:basedOn w:val="a0"/>
    <w:next w:val="a"/>
    <w:uiPriority w:val="99"/>
    <w:unhideWhenUsed/>
    <w:rsid w:val="0025397B"/>
    <w:pPr>
      <w:widowControl/>
      <w:numPr>
        <w:numId w:val="5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21">
    <w:name w:val="列表编号 21"/>
    <w:basedOn w:val="a0"/>
    <w:next w:val="25"/>
    <w:uiPriority w:val="99"/>
    <w:unhideWhenUsed/>
    <w:rsid w:val="0025397B"/>
    <w:pPr>
      <w:widowControl/>
      <w:numPr>
        <w:numId w:val="6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31">
    <w:name w:val="列表编号 31"/>
    <w:basedOn w:val="a0"/>
    <w:next w:val="35"/>
    <w:uiPriority w:val="99"/>
    <w:unhideWhenUsed/>
    <w:rsid w:val="0025397B"/>
    <w:pPr>
      <w:widowControl/>
      <w:numPr>
        <w:numId w:val="7"/>
      </w:numPr>
      <w:spacing w:after="200" w:line="276" w:lineRule="auto"/>
      <w:contextualSpacing/>
      <w:jc w:val="left"/>
    </w:pPr>
    <w:rPr>
      <w:kern w:val="0"/>
      <w:sz w:val="22"/>
      <w:lang w:eastAsia="en-US"/>
    </w:rPr>
  </w:style>
  <w:style w:type="paragraph" w:customStyle="1" w:styleId="1b">
    <w:name w:val="列表接续1"/>
    <w:basedOn w:val="a0"/>
    <w:next w:val="af0"/>
    <w:uiPriority w:val="99"/>
    <w:unhideWhenUsed/>
    <w:rsid w:val="0025397B"/>
    <w:pPr>
      <w:widowControl/>
      <w:spacing w:after="120" w:line="276" w:lineRule="auto"/>
      <w:ind w:left="360"/>
      <w:contextualSpacing/>
      <w:jc w:val="left"/>
    </w:pPr>
    <w:rPr>
      <w:kern w:val="0"/>
      <w:sz w:val="22"/>
      <w:lang w:eastAsia="en-US"/>
    </w:rPr>
  </w:style>
  <w:style w:type="paragraph" w:customStyle="1" w:styleId="214">
    <w:name w:val="列表接续 21"/>
    <w:basedOn w:val="a0"/>
    <w:next w:val="26"/>
    <w:uiPriority w:val="99"/>
    <w:unhideWhenUsed/>
    <w:rsid w:val="0025397B"/>
    <w:pPr>
      <w:widowControl/>
      <w:spacing w:after="120" w:line="276" w:lineRule="auto"/>
      <w:ind w:left="720"/>
      <w:contextualSpacing/>
      <w:jc w:val="left"/>
    </w:pPr>
    <w:rPr>
      <w:kern w:val="0"/>
      <w:sz w:val="22"/>
      <w:lang w:eastAsia="en-US"/>
    </w:rPr>
  </w:style>
  <w:style w:type="paragraph" w:customStyle="1" w:styleId="314">
    <w:name w:val="列表接续 31"/>
    <w:basedOn w:val="a0"/>
    <w:next w:val="36"/>
    <w:uiPriority w:val="99"/>
    <w:unhideWhenUsed/>
    <w:rsid w:val="0025397B"/>
    <w:pPr>
      <w:widowControl/>
      <w:spacing w:after="120" w:line="276" w:lineRule="auto"/>
      <w:ind w:left="1080"/>
      <w:contextualSpacing/>
      <w:jc w:val="left"/>
    </w:pPr>
    <w:rPr>
      <w:kern w:val="0"/>
      <w:sz w:val="22"/>
      <w:lang w:eastAsia="en-US"/>
    </w:rPr>
  </w:style>
  <w:style w:type="paragraph" w:customStyle="1" w:styleId="1c">
    <w:name w:val="宏文本1"/>
    <w:next w:val="af1"/>
    <w:link w:val="af2"/>
    <w:uiPriority w:val="99"/>
    <w:unhideWhenUsed/>
    <w:rsid w:val="0025397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character" w:customStyle="1" w:styleId="af2">
    <w:name w:val="宏文本 字符"/>
    <w:basedOn w:val="a1"/>
    <w:link w:val="1c"/>
    <w:uiPriority w:val="99"/>
    <w:rsid w:val="0025397B"/>
    <w:rPr>
      <w:rFonts w:ascii="Courier" w:hAnsi="Courier"/>
      <w:sz w:val="20"/>
      <w:szCs w:val="20"/>
    </w:rPr>
  </w:style>
  <w:style w:type="paragraph" w:customStyle="1" w:styleId="1d">
    <w:name w:val="引用1"/>
    <w:basedOn w:val="a0"/>
    <w:next w:val="a0"/>
    <w:uiPriority w:val="29"/>
    <w:qFormat/>
    <w:rsid w:val="0025397B"/>
    <w:pPr>
      <w:widowControl/>
      <w:spacing w:after="200" w:line="276" w:lineRule="auto"/>
      <w:jc w:val="left"/>
    </w:pPr>
    <w:rPr>
      <w:i/>
      <w:iCs/>
      <w:color w:val="000000"/>
      <w:kern w:val="0"/>
      <w:sz w:val="22"/>
      <w:lang w:eastAsia="en-US"/>
    </w:rPr>
  </w:style>
  <w:style w:type="character" w:customStyle="1" w:styleId="Char1">
    <w:name w:val="引用 Char"/>
    <w:basedOn w:val="a1"/>
    <w:link w:val="af3"/>
    <w:uiPriority w:val="29"/>
    <w:rsid w:val="0025397B"/>
    <w:rPr>
      <w:i/>
      <w:iCs/>
      <w:color w:val="000000"/>
    </w:rPr>
  </w:style>
  <w:style w:type="paragraph" w:customStyle="1" w:styleId="1e">
    <w:name w:val="题注1"/>
    <w:basedOn w:val="a0"/>
    <w:next w:val="a0"/>
    <w:uiPriority w:val="35"/>
    <w:semiHidden/>
    <w:unhideWhenUsed/>
    <w:qFormat/>
    <w:rsid w:val="0025397B"/>
    <w:pPr>
      <w:widowControl/>
      <w:spacing w:after="200"/>
      <w:jc w:val="left"/>
    </w:pPr>
    <w:rPr>
      <w:b/>
      <w:bCs/>
      <w:color w:val="4F81BD"/>
      <w:kern w:val="0"/>
      <w:sz w:val="18"/>
      <w:szCs w:val="18"/>
      <w:lang w:eastAsia="en-US"/>
    </w:rPr>
  </w:style>
  <w:style w:type="character" w:styleId="af4">
    <w:name w:val="Strong"/>
    <w:basedOn w:val="a1"/>
    <w:uiPriority w:val="22"/>
    <w:qFormat/>
    <w:rsid w:val="0025397B"/>
    <w:rPr>
      <w:b/>
      <w:bCs/>
    </w:rPr>
  </w:style>
  <w:style w:type="character" w:styleId="af5">
    <w:name w:val="Emphasis"/>
    <w:basedOn w:val="a1"/>
    <w:uiPriority w:val="20"/>
    <w:qFormat/>
    <w:rsid w:val="0025397B"/>
    <w:rPr>
      <w:i/>
      <w:iCs/>
    </w:rPr>
  </w:style>
  <w:style w:type="paragraph" w:customStyle="1" w:styleId="1f">
    <w:name w:val="明显引用1"/>
    <w:basedOn w:val="a0"/>
    <w:next w:val="a0"/>
    <w:uiPriority w:val="30"/>
    <w:qFormat/>
    <w:rsid w:val="0025397B"/>
    <w:pPr>
      <w:widowControl/>
      <w:pBdr>
        <w:bottom w:val="single" w:sz="4" w:space="4" w:color="4F81BD"/>
      </w:pBdr>
      <w:spacing w:before="200" w:after="280" w:line="276" w:lineRule="auto"/>
      <w:ind w:left="936" w:right="936"/>
      <w:jc w:val="left"/>
    </w:pPr>
    <w:rPr>
      <w:b/>
      <w:bCs/>
      <w:i/>
      <w:iCs/>
      <w:color w:val="4F81BD"/>
      <w:kern w:val="0"/>
      <w:sz w:val="22"/>
      <w:lang w:eastAsia="en-US"/>
    </w:rPr>
  </w:style>
  <w:style w:type="character" w:customStyle="1" w:styleId="Char2">
    <w:name w:val="明显引用 Char"/>
    <w:basedOn w:val="a1"/>
    <w:link w:val="af6"/>
    <w:uiPriority w:val="30"/>
    <w:rsid w:val="0025397B"/>
    <w:rPr>
      <w:b/>
      <w:bCs/>
      <w:i/>
      <w:iCs/>
      <w:color w:val="4F81BD"/>
    </w:rPr>
  </w:style>
  <w:style w:type="character" w:customStyle="1" w:styleId="1f0">
    <w:name w:val="不明显强调1"/>
    <w:basedOn w:val="a1"/>
    <w:uiPriority w:val="19"/>
    <w:qFormat/>
    <w:rsid w:val="0025397B"/>
    <w:rPr>
      <w:i/>
      <w:iCs/>
      <w:color w:val="808080"/>
    </w:rPr>
  </w:style>
  <w:style w:type="character" w:customStyle="1" w:styleId="1f1">
    <w:name w:val="明显强调1"/>
    <w:basedOn w:val="a1"/>
    <w:uiPriority w:val="21"/>
    <w:qFormat/>
    <w:rsid w:val="0025397B"/>
    <w:rPr>
      <w:b/>
      <w:bCs/>
      <w:i/>
      <w:iCs/>
      <w:color w:val="4F81BD"/>
    </w:rPr>
  </w:style>
  <w:style w:type="character" w:customStyle="1" w:styleId="1f2">
    <w:name w:val="不明显参考1"/>
    <w:basedOn w:val="a1"/>
    <w:uiPriority w:val="31"/>
    <w:qFormat/>
    <w:rsid w:val="0025397B"/>
    <w:rPr>
      <w:smallCaps/>
      <w:color w:val="C0504D"/>
      <w:u w:val="single"/>
    </w:rPr>
  </w:style>
  <w:style w:type="character" w:customStyle="1" w:styleId="1f3">
    <w:name w:val="明显参考1"/>
    <w:basedOn w:val="a1"/>
    <w:uiPriority w:val="32"/>
    <w:qFormat/>
    <w:rsid w:val="0025397B"/>
    <w:rPr>
      <w:b/>
      <w:bCs/>
      <w:smallCaps/>
      <w:color w:val="C0504D"/>
      <w:spacing w:val="5"/>
      <w:u w:val="single"/>
    </w:rPr>
  </w:style>
  <w:style w:type="character" w:styleId="af7">
    <w:name w:val="Book Title"/>
    <w:basedOn w:val="a1"/>
    <w:uiPriority w:val="33"/>
    <w:qFormat/>
    <w:rsid w:val="0025397B"/>
    <w:rPr>
      <w:b/>
      <w:bCs/>
      <w:smallCaps/>
      <w:spacing w:val="5"/>
    </w:rPr>
  </w:style>
  <w:style w:type="paragraph" w:customStyle="1" w:styleId="TOC1">
    <w:name w:val="TOC 标题1"/>
    <w:basedOn w:val="11"/>
    <w:next w:val="a0"/>
    <w:uiPriority w:val="39"/>
    <w:semiHidden/>
    <w:unhideWhenUsed/>
    <w:qFormat/>
    <w:rsid w:val="0025397B"/>
  </w:style>
  <w:style w:type="table" w:customStyle="1" w:styleId="1f4">
    <w:name w:val="网格型1"/>
    <w:basedOn w:val="a2"/>
    <w:next w:val="af8"/>
    <w:uiPriority w:val="39"/>
    <w:rsid w:val="0025397B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浅色底纹1"/>
    <w:basedOn w:val="a2"/>
    <w:next w:val="af9"/>
    <w:uiPriority w:val="60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浅色底纹 - 着色 11"/>
    <w:basedOn w:val="a2"/>
    <w:next w:val="-1"/>
    <w:uiPriority w:val="60"/>
    <w:rsid w:val="0025397B"/>
    <w:rPr>
      <w:color w:val="365F91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浅色底纹 - 着色 21"/>
    <w:basedOn w:val="a2"/>
    <w:next w:val="-2"/>
    <w:uiPriority w:val="60"/>
    <w:rsid w:val="0025397B"/>
    <w:rPr>
      <w:color w:val="943634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浅色底纹 - 着色 31"/>
    <w:basedOn w:val="a2"/>
    <w:next w:val="-3"/>
    <w:uiPriority w:val="60"/>
    <w:rsid w:val="0025397B"/>
    <w:rPr>
      <w:color w:val="76923C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41">
    <w:name w:val="浅色底纹 - 着色 41"/>
    <w:basedOn w:val="a2"/>
    <w:next w:val="-4"/>
    <w:uiPriority w:val="60"/>
    <w:rsid w:val="0025397B"/>
    <w:rPr>
      <w:color w:val="5F497A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浅色底纹 - 着色 51"/>
    <w:basedOn w:val="a2"/>
    <w:next w:val="-5"/>
    <w:uiPriority w:val="60"/>
    <w:rsid w:val="0025397B"/>
    <w:rPr>
      <w:color w:val="31849B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61">
    <w:name w:val="浅色底纹 - 着色 61"/>
    <w:basedOn w:val="a2"/>
    <w:next w:val="-6"/>
    <w:uiPriority w:val="60"/>
    <w:rsid w:val="0025397B"/>
    <w:rPr>
      <w:color w:val="E36C0A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f6">
    <w:name w:val="浅色列表1"/>
    <w:basedOn w:val="a2"/>
    <w:next w:val="afa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浅色列表 - 着色 11"/>
    <w:basedOn w:val="a2"/>
    <w:next w:val="-1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210">
    <w:name w:val="浅色列表 - 着色 21"/>
    <w:basedOn w:val="a2"/>
    <w:next w:val="-2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0">
    <w:name w:val="浅色列表 - 着色 31"/>
    <w:basedOn w:val="a2"/>
    <w:next w:val="-3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0">
    <w:name w:val="浅色列表 - 着色 41"/>
    <w:basedOn w:val="a2"/>
    <w:next w:val="-4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0">
    <w:name w:val="浅色列表 - 着色 51"/>
    <w:basedOn w:val="a2"/>
    <w:next w:val="-5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0">
    <w:name w:val="浅色列表 - 着色 61"/>
    <w:basedOn w:val="a2"/>
    <w:next w:val="-60"/>
    <w:uiPriority w:val="61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1f7">
    <w:name w:val="浅色网格1"/>
    <w:basedOn w:val="a2"/>
    <w:next w:val="afb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浅色网格 - 着色 11"/>
    <w:basedOn w:val="a2"/>
    <w:next w:val="-1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211">
    <w:name w:val="浅色网格 - 着色 21"/>
    <w:basedOn w:val="a2"/>
    <w:next w:val="-2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311">
    <w:name w:val="浅色网格 - 着色 31"/>
    <w:basedOn w:val="a2"/>
    <w:next w:val="-3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1">
    <w:name w:val="浅色网格 - 着色 41"/>
    <w:basedOn w:val="a2"/>
    <w:next w:val="-4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-511">
    <w:name w:val="浅色网格 - 着色 51"/>
    <w:basedOn w:val="a2"/>
    <w:next w:val="-5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611">
    <w:name w:val="浅色网格 - 着色 61"/>
    <w:basedOn w:val="a2"/>
    <w:next w:val="-62"/>
    <w:uiPriority w:val="62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111">
    <w:name w:val="中等深浅底纹 11"/>
    <w:basedOn w:val="a2"/>
    <w:next w:val="1f8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中等深浅底纹 1 - 着色 11"/>
    <w:basedOn w:val="a2"/>
    <w:next w:val="1-1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中等深浅底纹 1 - 着色 21"/>
    <w:basedOn w:val="a2"/>
    <w:next w:val="1-2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中等深浅底纹 1 - 着色 31"/>
    <w:basedOn w:val="a2"/>
    <w:next w:val="1-3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中等深浅底纹 1 - 着色 41"/>
    <w:basedOn w:val="a2"/>
    <w:next w:val="1-4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中等深浅底纹 1 - 着色 51"/>
    <w:basedOn w:val="a2"/>
    <w:next w:val="1-5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中等深浅底纹 1 - 着色 61"/>
    <w:basedOn w:val="a2"/>
    <w:next w:val="1-6"/>
    <w:uiPriority w:val="63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5">
    <w:name w:val="中等深浅底纹 21"/>
    <w:basedOn w:val="a2"/>
    <w:next w:val="27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中等深浅底纹 2 - 着色 11"/>
    <w:basedOn w:val="a2"/>
    <w:next w:val="2-1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中等深浅底纹 2 - 着色 21"/>
    <w:basedOn w:val="a2"/>
    <w:next w:val="2-2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中等深浅底纹 2 - 着色 31"/>
    <w:basedOn w:val="a2"/>
    <w:next w:val="2-3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中等深浅底纹 2 - 着色 41"/>
    <w:basedOn w:val="a2"/>
    <w:next w:val="2-4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中等深浅底纹 2 - 着色 51"/>
    <w:basedOn w:val="a2"/>
    <w:next w:val="2-5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中等深浅底纹 2 - 着色 61"/>
    <w:basedOn w:val="a2"/>
    <w:next w:val="2-6"/>
    <w:uiPriority w:val="64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2">
    <w:name w:val="中等深浅列表 11"/>
    <w:basedOn w:val="a2"/>
    <w:next w:val="1f9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中等深浅列表 1 - 着色 11"/>
    <w:basedOn w:val="a2"/>
    <w:next w:val="1-1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210">
    <w:name w:val="中等深浅列表 1 - 着色 21"/>
    <w:basedOn w:val="a2"/>
    <w:next w:val="1-2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1-310">
    <w:name w:val="中等深浅列表 1 - 着色 31"/>
    <w:basedOn w:val="a2"/>
    <w:next w:val="1-3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1-410">
    <w:name w:val="中等深浅列表 1 - 着色 41"/>
    <w:basedOn w:val="a2"/>
    <w:next w:val="1-4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1-510">
    <w:name w:val="中等深浅列表 1 - 着色 51"/>
    <w:basedOn w:val="a2"/>
    <w:next w:val="1-5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610">
    <w:name w:val="中等深浅列表 1 - 着色 61"/>
    <w:basedOn w:val="a2"/>
    <w:next w:val="1-60"/>
    <w:uiPriority w:val="65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16">
    <w:name w:val="中等深浅列表 21"/>
    <w:basedOn w:val="a2"/>
    <w:next w:val="28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中等深浅列表 2 - 着色 11"/>
    <w:basedOn w:val="a2"/>
    <w:next w:val="2-1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中等深浅列表 2 - 着色 21"/>
    <w:basedOn w:val="a2"/>
    <w:next w:val="2-2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中等深浅列表 2 - 着色 31"/>
    <w:basedOn w:val="a2"/>
    <w:next w:val="2-3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中等深浅列表 2 - 着色 41"/>
    <w:basedOn w:val="a2"/>
    <w:next w:val="2-4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中等深浅列表 2 - 着色 51"/>
    <w:basedOn w:val="a2"/>
    <w:next w:val="2-5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中等深浅列表 2 - 着色 61"/>
    <w:basedOn w:val="a2"/>
    <w:next w:val="2-60"/>
    <w:uiPriority w:val="66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3">
    <w:name w:val="中等深浅网格 11"/>
    <w:basedOn w:val="a2"/>
    <w:next w:val="1fa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中等深浅网格 1 - 着色 11"/>
    <w:basedOn w:val="a2"/>
    <w:next w:val="1-1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211">
    <w:name w:val="中等深浅网格 1 - 着色 21"/>
    <w:basedOn w:val="a2"/>
    <w:next w:val="1-2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1-311">
    <w:name w:val="中等深浅网格 1 - 着色 31"/>
    <w:basedOn w:val="a2"/>
    <w:next w:val="1-3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411">
    <w:name w:val="中等深浅网格 1 - 着色 41"/>
    <w:basedOn w:val="a2"/>
    <w:next w:val="1-4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1-511">
    <w:name w:val="中等深浅网格 1 - 着色 51"/>
    <w:basedOn w:val="a2"/>
    <w:next w:val="1-5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1">
    <w:name w:val="中等深浅网格 1 - 着色 61"/>
    <w:basedOn w:val="a2"/>
    <w:next w:val="1-62"/>
    <w:uiPriority w:val="67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17">
    <w:name w:val="中等深浅网格 21"/>
    <w:basedOn w:val="a2"/>
    <w:next w:val="29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中等深浅网格 2 - 着色 11"/>
    <w:basedOn w:val="a2"/>
    <w:next w:val="2-1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中等深浅网格 2 - 着色 21"/>
    <w:basedOn w:val="a2"/>
    <w:next w:val="2-2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中等深浅网格 2 - 着色 31"/>
    <w:basedOn w:val="a2"/>
    <w:next w:val="2-3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中等深浅网格 2 - 着色 41"/>
    <w:basedOn w:val="a2"/>
    <w:next w:val="2-4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中等深浅网格 2 - 着色 51"/>
    <w:basedOn w:val="a2"/>
    <w:next w:val="2-5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中等深浅网格 2 - 着色 61"/>
    <w:basedOn w:val="a2"/>
    <w:next w:val="2-62"/>
    <w:uiPriority w:val="68"/>
    <w:rsid w:val="0025397B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15">
    <w:name w:val="中等深浅网格 31"/>
    <w:basedOn w:val="a2"/>
    <w:next w:val="37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3-11">
    <w:name w:val="中等深浅网格 3 - 着色 11"/>
    <w:basedOn w:val="a2"/>
    <w:next w:val="3-1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3-21">
    <w:name w:val="中等深浅网格 3 - 着色 21"/>
    <w:basedOn w:val="a2"/>
    <w:next w:val="3-2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3-31">
    <w:name w:val="中等深浅网格 3 - 着色 31"/>
    <w:basedOn w:val="a2"/>
    <w:next w:val="3-3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3-41">
    <w:name w:val="中等深浅网格 3 - 着色 41"/>
    <w:basedOn w:val="a2"/>
    <w:next w:val="3-4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3-51">
    <w:name w:val="中等深浅网格 3 - 着色 51"/>
    <w:basedOn w:val="a2"/>
    <w:next w:val="3-5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-61">
    <w:name w:val="中等深浅网格 3 - 着色 61"/>
    <w:basedOn w:val="a2"/>
    <w:next w:val="3-6"/>
    <w:uiPriority w:val="69"/>
    <w:rsid w:val="0025397B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1fb">
    <w:name w:val="深色列表1"/>
    <w:basedOn w:val="a2"/>
    <w:next w:val="afc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深色列表 - 着色 11"/>
    <w:basedOn w:val="a2"/>
    <w:next w:val="-1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-212">
    <w:name w:val="深色列表 - 着色 21"/>
    <w:basedOn w:val="a2"/>
    <w:next w:val="-2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-312">
    <w:name w:val="深色列表 - 着色 31"/>
    <w:basedOn w:val="a2"/>
    <w:next w:val="-3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-412">
    <w:name w:val="深色列表 - 着色 41"/>
    <w:basedOn w:val="a2"/>
    <w:next w:val="-4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-512">
    <w:name w:val="深色列表 - 着色 51"/>
    <w:basedOn w:val="a2"/>
    <w:next w:val="-5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-612">
    <w:name w:val="深色列表 - 着色 61"/>
    <w:basedOn w:val="a2"/>
    <w:next w:val="-63"/>
    <w:uiPriority w:val="70"/>
    <w:rsid w:val="0025397B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1fc">
    <w:name w:val="彩色底纹1"/>
    <w:basedOn w:val="a2"/>
    <w:next w:val="afd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彩色底纹 - 着色 11"/>
    <w:basedOn w:val="a2"/>
    <w:next w:val="-1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彩色底纹 - 着色 21"/>
    <w:basedOn w:val="a2"/>
    <w:next w:val="-2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彩色底纹 - 着色 31"/>
    <w:basedOn w:val="a2"/>
    <w:next w:val="-3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3">
    <w:name w:val="彩色底纹 - 着色 41"/>
    <w:basedOn w:val="a2"/>
    <w:next w:val="-4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彩色底纹 - 着色 51"/>
    <w:basedOn w:val="a2"/>
    <w:next w:val="-5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彩色底纹 - 着色 61"/>
    <w:basedOn w:val="a2"/>
    <w:next w:val="-64"/>
    <w:uiPriority w:val="71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d">
    <w:name w:val="彩色列表1"/>
    <w:basedOn w:val="a2"/>
    <w:next w:val="afe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彩色列表 - 着色 11"/>
    <w:basedOn w:val="a2"/>
    <w:next w:val="-1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214">
    <w:name w:val="彩色列表 - 着色 21"/>
    <w:basedOn w:val="a2"/>
    <w:next w:val="-2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-314">
    <w:name w:val="彩色列表 - 着色 31"/>
    <w:basedOn w:val="a2"/>
    <w:next w:val="-3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-414">
    <w:name w:val="彩色列表 - 着色 41"/>
    <w:basedOn w:val="a2"/>
    <w:next w:val="-4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-514">
    <w:name w:val="彩色列表 - 着色 51"/>
    <w:basedOn w:val="a2"/>
    <w:next w:val="-5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4">
    <w:name w:val="彩色列表 - 着色 61"/>
    <w:basedOn w:val="a2"/>
    <w:next w:val="-65"/>
    <w:uiPriority w:val="72"/>
    <w:rsid w:val="0025397B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1fe">
    <w:name w:val="彩色网格1"/>
    <w:basedOn w:val="a2"/>
    <w:next w:val="aff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彩色网格 - 着色 11"/>
    <w:basedOn w:val="a2"/>
    <w:next w:val="-1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215">
    <w:name w:val="彩色网格 - 着色 21"/>
    <w:basedOn w:val="a2"/>
    <w:next w:val="-2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-315">
    <w:name w:val="彩色网格 - 着色 31"/>
    <w:basedOn w:val="a2"/>
    <w:next w:val="-3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5">
    <w:name w:val="彩色网格 - 着色 41"/>
    <w:basedOn w:val="a2"/>
    <w:next w:val="-4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5">
    <w:name w:val="彩色网格 - 着色 51"/>
    <w:basedOn w:val="a2"/>
    <w:next w:val="-5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615">
    <w:name w:val="彩色网格 - 着色 61"/>
    <w:basedOn w:val="a2"/>
    <w:next w:val="-66"/>
    <w:uiPriority w:val="73"/>
    <w:rsid w:val="0025397B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1ff">
    <w:name w:val="超链接1"/>
    <w:basedOn w:val="a1"/>
    <w:uiPriority w:val="99"/>
    <w:unhideWhenUsed/>
    <w:rsid w:val="0025397B"/>
    <w:rPr>
      <w:color w:val="0000FF"/>
      <w:u w:val="single"/>
    </w:rPr>
  </w:style>
  <w:style w:type="character" w:customStyle="1" w:styleId="1ff0">
    <w:name w:val="未处理的提及1"/>
    <w:basedOn w:val="a1"/>
    <w:uiPriority w:val="99"/>
    <w:semiHidden/>
    <w:unhideWhenUsed/>
    <w:rsid w:val="0025397B"/>
    <w:rPr>
      <w:color w:val="605E5C"/>
      <w:shd w:val="clear" w:color="auto" w:fill="E1DFDD"/>
    </w:rPr>
  </w:style>
  <w:style w:type="paragraph" w:customStyle="1" w:styleId="1ff1">
    <w:name w:val="书目1"/>
    <w:basedOn w:val="a0"/>
    <w:next w:val="a0"/>
    <w:uiPriority w:val="37"/>
    <w:unhideWhenUsed/>
    <w:rsid w:val="0025397B"/>
    <w:pPr>
      <w:widowControl/>
      <w:tabs>
        <w:tab w:val="left" w:pos="384"/>
      </w:tabs>
      <w:spacing w:line="480" w:lineRule="auto"/>
      <w:ind w:left="384" w:hanging="384"/>
      <w:jc w:val="left"/>
    </w:pPr>
    <w:rPr>
      <w:kern w:val="0"/>
      <w:sz w:val="22"/>
      <w:lang w:eastAsia="en-US"/>
    </w:rPr>
  </w:style>
  <w:style w:type="character" w:styleId="aff0">
    <w:name w:val="line number"/>
    <w:basedOn w:val="a1"/>
    <w:uiPriority w:val="99"/>
    <w:semiHidden/>
    <w:unhideWhenUsed/>
    <w:rsid w:val="0025397B"/>
  </w:style>
  <w:style w:type="table" w:customStyle="1" w:styleId="114">
    <w:name w:val="网格型11"/>
    <w:basedOn w:val="a2"/>
    <w:next w:val="af8"/>
    <w:uiPriority w:val="39"/>
    <w:rsid w:val="00253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f2">
    <w:name w:val="批注框文本1"/>
    <w:basedOn w:val="a0"/>
    <w:next w:val="aff1"/>
    <w:link w:val="aff2"/>
    <w:uiPriority w:val="99"/>
    <w:semiHidden/>
    <w:unhideWhenUsed/>
    <w:rsid w:val="0025397B"/>
    <w:pPr>
      <w:widowControl/>
      <w:jc w:val="left"/>
    </w:pPr>
    <w:rPr>
      <w:kern w:val="0"/>
      <w:sz w:val="18"/>
      <w:szCs w:val="18"/>
      <w:lang w:eastAsia="en-US"/>
    </w:rPr>
  </w:style>
  <w:style w:type="character" w:customStyle="1" w:styleId="aff2">
    <w:name w:val="批注框文本 字符"/>
    <w:basedOn w:val="a1"/>
    <w:link w:val="1ff2"/>
    <w:uiPriority w:val="99"/>
    <w:semiHidden/>
    <w:rsid w:val="0025397B"/>
    <w:rPr>
      <w:kern w:val="0"/>
      <w:sz w:val="18"/>
      <w:szCs w:val="18"/>
      <w:lang w:eastAsia="en-US"/>
    </w:rPr>
  </w:style>
  <w:style w:type="paragraph" w:customStyle="1" w:styleId="2a">
    <w:name w:val="批注框文本2"/>
    <w:basedOn w:val="a0"/>
    <w:next w:val="aff1"/>
    <w:link w:val="1ff3"/>
    <w:uiPriority w:val="99"/>
    <w:semiHidden/>
    <w:unhideWhenUsed/>
    <w:rsid w:val="0025397B"/>
    <w:pPr>
      <w:widowControl/>
      <w:jc w:val="left"/>
    </w:pPr>
    <w:rPr>
      <w:sz w:val="18"/>
      <w:szCs w:val="18"/>
    </w:rPr>
  </w:style>
  <w:style w:type="character" w:customStyle="1" w:styleId="1ff3">
    <w:name w:val="批注框文本 字符1"/>
    <w:basedOn w:val="a1"/>
    <w:link w:val="2a"/>
    <w:uiPriority w:val="99"/>
    <w:semiHidden/>
    <w:rsid w:val="0025397B"/>
    <w:rPr>
      <w:sz w:val="18"/>
      <w:szCs w:val="18"/>
    </w:rPr>
  </w:style>
  <w:style w:type="paragraph" w:customStyle="1" w:styleId="HTML1">
    <w:name w:val="HTML 预设格式1"/>
    <w:basedOn w:val="a0"/>
    <w:next w:val="HTML"/>
    <w:link w:val="HTML0"/>
    <w:uiPriority w:val="99"/>
    <w:semiHidden/>
    <w:unhideWhenUsed/>
    <w:rsid w:val="0025397B"/>
    <w:pPr>
      <w:widowControl/>
      <w:spacing w:after="200" w:line="276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1"/>
    <w:link w:val="HTML1"/>
    <w:uiPriority w:val="99"/>
    <w:semiHidden/>
    <w:rsid w:val="0025397B"/>
    <w:rPr>
      <w:rFonts w:ascii="Courier New" w:hAnsi="Courier New" w:cs="Courier New"/>
      <w:sz w:val="20"/>
      <w:szCs w:val="20"/>
    </w:rPr>
  </w:style>
  <w:style w:type="character" w:customStyle="1" w:styleId="2b">
    <w:name w:val="未处理的提及2"/>
    <w:basedOn w:val="a1"/>
    <w:uiPriority w:val="99"/>
    <w:semiHidden/>
    <w:unhideWhenUsed/>
    <w:rsid w:val="0025397B"/>
    <w:rPr>
      <w:color w:val="605E5C"/>
      <w:shd w:val="clear" w:color="auto" w:fill="E1DFDD"/>
    </w:rPr>
  </w:style>
  <w:style w:type="character" w:customStyle="1" w:styleId="1ff4">
    <w:name w:val="访问过的超链接1"/>
    <w:basedOn w:val="a1"/>
    <w:uiPriority w:val="99"/>
    <w:semiHidden/>
    <w:unhideWhenUsed/>
    <w:rsid w:val="0025397B"/>
    <w:rPr>
      <w:color w:val="800080"/>
      <w:u w:val="single"/>
    </w:rPr>
  </w:style>
  <w:style w:type="character" w:customStyle="1" w:styleId="115">
    <w:name w:val="标题 1 字符1"/>
    <w:basedOn w:val="a1"/>
    <w:uiPriority w:val="9"/>
    <w:rsid w:val="0025397B"/>
    <w:rPr>
      <w:b/>
      <w:bCs/>
      <w:kern w:val="44"/>
      <w:sz w:val="44"/>
      <w:szCs w:val="44"/>
    </w:rPr>
  </w:style>
  <w:style w:type="character" w:customStyle="1" w:styleId="218">
    <w:name w:val="标题 2 字符1"/>
    <w:basedOn w:val="a1"/>
    <w:uiPriority w:val="9"/>
    <w:semiHidden/>
    <w:rsid w:val="0025397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16">
    <w:name w:val="标题 3 字符1"/>
    <w:basedOn w:val="a1"/>
    <w:uiPriority w:val="9"/>
    <w:semiHidden/>
    <w:rsid w:val="0025397B"/>
    <w:rPr>
      <w:b/>
      <w:bCs/>
      <w:sz w:val="32"/>
      <w:szCs w:val="32"/>
    </w:rPr>
  </w:style>
  <w:style w:type="character" w:customStyle="1" w:styleId="410">
    <w:name w:val="标题 4 字符1"/>
    <w:basedOn w:val="a1"/>
    <w:uiPriority w:val="9"/>
    <w:semiHidden/>
    <w:rsid w:val="002539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10">
    <w:name w:val="标题 5 字符1"/>
    <w:basedOn w:val="a1"/>
    <w:uiPriority w:val="9"/>
    <w:semiHidden/>
    <w:rsid w:val="0025397B"/>
    <w:rPr>
      <w:b/>
      <w:bCs/>
      <w:sz w:val="28"/>
      <w:szCs w:val="28"/>
    </w:rPr>
  </w:style>
  <w:style w:type="character" w:customStyle="1" w:styleId="610">
    <w:name w:val="标题 6 字符1"/>
    <w:basedOn w:val="a1"/>
    <w:uiPriority w:val="9"/>
    <w:semiHidden/>
    <w:rsid w:val="0025397B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10">
    <w:name w:val="标题 7 字符1"/>
    <w:basedOn w:val="a1"/>
    <w:uiPriority w:val="9"/>
    <w:semiHidden/>
    <w:rsid w:val="0025397B"/>
    <w:rPr>
      <w:b/>
      <w:bCs/>
      <w:sz w:val="24"/>
      <w:szCs w:val="24"/>
    </w:rPr>
  </w:style>
  <w:style w:type="character" w:customStyle="1" w:styleId="810">
    <w:name w:val="标题 8 字符1"/>
    <w:basedOn w:val="a1"/>
    <w:uiPriority w:val="9"/>
    <w:semiHidden/>
    <w:rsid w:val="0025397B"/>
    <w:rPr>
      <w:rFonts w:asciiTheme="majorHAnsi" w:eastAsiaTheme="majorEastAsia" w:hAnsiTheme="majorHAnsi" w:cstheme="majorBidi"/>
      <w:sz w:val="24"/>
      <w:szCs w:val="24"/>
    </w:rPr>
  </w:style>
  <w:style w:type="character" w:customStyle="1" w:styleId="910">
    <w:name w:val="标题 9 字符1"/>
    <w:basedOn w:val="a1"/>
    <w:uiPriority w:val="9"/>
    <w:semiHidden/>
    <w:rsid w:val="0025397B"/>
    <w:rPr>
      <w:rFonts w:asciiTheme="majorHAnsi" w:eastAsiaTheme="majorEastAsia" w:hAnsiTheme="majorHAnsi" w:cstheme="majorBidi"/>
      <w:szCs w:val="21"/>
    </w:rPr>
  </w:style>
  <w:style w:type="paragraph" w:styleId="a4">
    <w:name w:val="header"/>
    <w:basedOn w:val="a0"/>
    <w:link w:val="Char3"/>
    <w:uiPriority w:val="99"/>
    <w:semiHidden/>
    <w:unhideWhenUsed/>
    <w:rsid w:val="002539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1"/>
    <w:link w:val="a4"/>
    <w:uiPriority w:val="99"/>
    <w:semiHidden/>
    <w:rsid w:val="0025397B"/>
    <w:rPr>
      <w:sz w:val="18"/>
      <w:szCs w:val="18"/>
    </w:rPr>
  </w:style>
  <w:style w:type="paragraph" w:styleId="a6">
    <w:name w:val="footer"/>
    <w:basedOn w:val="a0"/>
    <w:link w:val="Char4"/>
    <w:uiPriority w:val="99"/>
    <w:semiHidden/>
    <w:unhideWhenUsed/>
    <w:rsid w:val="00253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1"/>
    <w:link w:val="a6"/>
    <w:uiPriority w:val="99"/>
    <w:semiHidden/>
    <w:rsid w:val="0025397B"/>
    <w:rPr>
      <w:sz w:val="18"/>
      <w:szCs w:val="18"/>
    </w:rPr>
  </w:style>
  <w:style w:type="paragraph" w:styleId="a8">
    <w:name w:val="No Spacing"/>
    <w:uiPriority w:val="1"/>
    <w:qFormat/>
    <w:rsid w:val="0025397B"/>
    <w:pPr>
      <w:widowControl w:val="0"/>
      <w:jc w:val="both"/>
    </w:pPr>
  </w:style>
  <w:style w:type="paragraph" w:styleId="a9">
    <w:name w:val="Title"/>
    <w:basedOn w:val="a0"/>
    <w:next w:val="a0"/>
    <w:link w:val="Char"/>
    <w:uiPriority w:val="10"/>
    <w:qFormat/>
    <w:rsid w:val="0025397B"/>
    <w:pPr>
      <w:spacing w:before="240" w:after="60"/>
      <w:jc w:val="center"/>
      <w:outlineLvl w:val="0"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1ff5">
    <w:name w:val="标题 字符1"/>
    <w:basedOn w:val="a1"/>
    <w:uiPriority w:val="10"/>
    <w:rsid w:val="002539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a">
    <w:name w:val="Subtitle"/>
    <w:basedOn w:val="a0"/>
    <w:next w:val="a0"/>
    <w:link w:val="Char0"/>
    <w:uiPriority w:val="11"/>
    <w:qFormat/>
    <w:rsid w:val="0025397B"/>
    <w:pPr>
      <w:spacing w:before="240" w:after="60" w:line="312" w:lineRule="auto"/>
      <w:jc w:val="center"/>
      <w:outlineLvl w:val="1"/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1ff6">
    <w:name w:val="副标题 字符1"/>
    <w:basedOn w:val="a1"/>
    <w:uiPriority w:val="11"/>
    <w:rsid w:val="0025397B"/>
    <w:rPr>
      <w:b/>
      <w:bCs/>
      <w:kern w:val="28"/>
      <w:sz w:val="32"/>
      <w:szCs w:val="32"/>
    </w:rPr>
  </w:style>
  <w:style w:type="paragraph" w:styleId="ab">
    <w:name w:val="List Paragraph"/>
    <w:basedOn w:val="a0"/>
    <w:uiPriority w:val="34"/>
    <w:qFormat/>
    <w:rsid w:val="0025397B"/>
    <w:pPr>
      <w:ind w:firstLineChars="200" w:firstLine="420"/>
    </w:pPr>
  </w:style>
  <w:style w:type="paragraph" w:styleId="ac">
    <w:name w:val="Body Text"/>
    <w:basedOn w:val="a0"/>
    <w:link w:val="Char5"/>
    <w:uiPriority w:val="99"/>
    <w:semiHidden/>
    <w:unhideWhenUsed/>
    <w:rsid w:val="0025397B"/>
    <w:pPr>
      <w:spacing w:after="120"/>
    </w:pPr>
  </w:style>
  <w:style w:type="character" w:customStyle="1" w:styleId="Char5">
    <w:name w:val="正文文本 Char"/>
    <w:basedOn w:val="a1"/>
    <w:link w:val="ac"/>
    <w:uiPriority w:val="99"/>
    <w:semiHidden/>
    <w:rsid w:val="0025397B"/>
  </w:style>
  <w:style w:type="paragraph" w:styleId="20">
    <w:name w:val="Body Text 2"/>
    <w:basedOn w:val="a0"/>
    <w:link w:val="2Char0"/>
    <w:uiPriority w:val="99"/>
    <w:semiHidden/>
    <w:unhideWhenUsed/>
    <w:rsid w:val="0025397B"/>
    <w:pPr>
      <w:spacing w:after="120" w:line="480" w:lineRule="auto"/>
    </w:pPr>
  </w:style>
  <w:style w:type="character" w:customStyle="1" w:styleId="2Char0">
    <w:name w:val="正文文本 2 Char"/>
    <w:basedOn w:val="a1"/>
    <w:link w:val="20"/>
    <w:uiPriority w:val="99"/>
    <w:semiHidden/>
    <w:rsid w:val="0025397B"/>
  </w:style>
  <w:style w:type="paragraph" w:styleId="30">
    <w:name w:val="Body Text 3"/>
    <w:basedOn w:val="a0"/>
    <w:link w:val="3Char0"/>
    <w:uiPriority w:val="99"/>
    <w:semiHidden/>
    <w:unhideWhenUsed/>
    <w:rsid w:val="0025397B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1"/>
    <w:link w:val="30"/>
    <w:uiPriority w:val="99"/>
    <w:semiHidden/>
    <w:rsid w:val="0025397B"/>
    <w:rPr>
      <w:sz w:val="16"/>
      <w:szCs w:val="16"/>
    </w:rPr>
  </w:style>
  <w:style w:type="paragraph" w:styleId="ae">
    <w:name w:val="List"/>
    <w:basedOn w:val="a0"/>
    <w:uiPriority w:val="99"/>
    <w:semiHidden/>
    <w:unhideWhenUsed/>
    <w:rsid w:val="0025397B"/>
    <w:pPr>
      <w:ind w:left="200" w:hangingChars="200" w:hanging="200"/>
      <w:contextualSpacing/>
    </w:pPr>
  </w:style>
  <w:style w:type="paragraph" w:styleId="23">
    <w:name w:val="List 2"/>
    <w:basedOn w:val="a0"/>
    <w:uiPriority w:val="99"/>
    <w:semiHidden/>
    <w:unhideWhenUsed/>
    <w:rsid w:val="0025397B"/>
    <w:pPr>
      <w:ind w:leftChars="200" w:left="100" w:hangingChars="200" w:hanging="200"/>
      <w:contextualSpacing/>
    </w:pPr>
  </w:style>
  <w:style w:type="paragraph" w:styleId="33">
    <w:name w:val="List 3"/>
    <w:basedOn w:val="a0"/>
    <w:uiPriority w:val="99"/>
    <w:semiHidden/>
    <w:unhideWhenUsed/>
    <w:rsid w:val="0025397B"/>
    <w:pPr>
      <w:ind w:leftChars="400" w:left="100" w:hangingChars="200" w:hanging="200"/>
      <w:contextualSpacing/>
    </w:pPr>
  </w:style>
  <w:style w:type="paragraph" w:styleId="af">
    <w:name w:val="List Bullet"/>
    <w:basedOn w:val="a0"/>
    <w:uiPriority w:val="99"/>
    <w:semiHidden/>
    <w:unhideWhenUsed/>
    <w:rsid w:val="0025397B"/>
    <w:pPr>
      <w:tabs>
        <w:tab w:val="num" w:pos="360"/>
      </w:tabs>
      <w:ind w:left="360" w:hanging="360"/>
      <w:contextualSpacing/>
    </w:pPr>
  </w:style>
  <w:style w:type="paragraph" w:styleId="24">
    <w:name w:val="List Bullet 2"/>
    <w:basedOn w:val="a0"/>
    <w:uiPriority w:val="99"/>
    <w:semiHidden/>
    <w:unhideWhenUsed/>
    <w:rsid w:val="0025397B"/>
    <w:pPr>
      <w:tabs>
        <w:tab w:val="num" w:pos="720"/>
      </w:tabs>
      <w:ind w:left="720" w:hanging="360"/>
      <w:contextualSpacing/>
    </w:pPr>
  </w:style>
  <w:style w:type="paragraph" w:styleId="34">
    <w:name w:val="List Bullet 3"/>
    <w:basedOn w:val="a0"/>
    <w:uiPriority w:val="99"/>
    <w:semiHidden/>
    <w:unhideWhenUsed/>
    <w:rsid w:val="0025397B"/>
    <w:pPr>
      <w:tabs>
        <w:tab w:val="num" w:pos="1080"/>
      </w:tabs>
      <w:ind w:left="1080" w:hanging="360"/>
      <w:contextualSpacing/>
    </w:pPr>
  </w:style>
  <w:style w:type="paragraph" w:styleId="a">
    <w:name w:val="List Number"/>
    <w:basedOn w:val="a0"/>
    <w:uiPriority w:val="99"/>
    <w:semiHidden/>
    <w:unhideWhenUsed/>
    <w:rsid w:val="0025397B"/>
    <w:pPr>
      <w:numPr>
        <w:numId w:val="4"/>
      </w:numPr>
      <w:contextualSpacing/>
    </w:pPr>
  </w:style>
  <w:style w:type="paragraph" w:styleId="25">
    <w:name w:val="List Number 2"/>
    <w:basedOn w:val="a0"/>
    <w:uiPriority w:val="99"/>
    <w:semiHidden/>
    <w:unhideWhenUsed/>
    <w:rsid w:val="0025397B"/>
    <w:pPr>
      <w:tabs>
        <w:tab w:val="num" w:pos="360"/>
      </w:tabs>
      <w:ind w:left="360" w:hanging="360"/>
      <w:contextualSpacing/>
    </w:pPr>
  </w:style>
  <w:style w:type="paragraph" w:styleId="35">
    <w:name w:val="List Number 3"/>
    <w:basedOn w:val="a0"/>
    <w:uiPriority w:val="99"/>
    <w:semiHidden/>
    <w:unhideWhenUsed/>
    <w:rsid w:val="0025397B"/>
    <w:pPr>
      <w:tabs>
        <w:tab w:val="num" w:pos="720"/>
      </w:tabs>
      <w:ind w:left="720" w:hanging="360"/>
      <w:contextualSpacing/>
    </w:pPr>
  </w:style>
  <w:style w:type="paragraph" w:styleId="af0">
    <w:name w:val="List Continue"/>
    <w:basedOn w:val="a0"/>
    <w:uiPriority w:val="99"/>
    <w:semiHidden/>
    <w:unhideWhenUsed/>
    <w:rsid w:val="0025397B"/>
    <w:pPr>
      <w:spacing w:after="120"/>
      <w:ind w:leftChars="200" w:left="420"/>
      <w:contextualSpacing/>
    </w:pPr>
  </w:style>
  <w:style w:type="paragraph" w:styleId="26">
    <w:name w:val="List Continue 2"/>
    <w:basedOn w:val="a0"/>
    <w:uiPriority w:val="99"/>
    <w:semiHidden/>
    <w:unhideWhenUsed/>
    <w:rsid w:val="0025397B"/>
    <w:pPr>
      <w:spacing w:after="120"/>
      <w:ind w:leftChars="400" w:left="840"/>
      <w:contextualSpacing/>
    </w:pPr>
  </w:style>
  <w:style w:type="paragraph" w:styleId="36">
    <w:name w:val="List Continue 3"/>
    <w:basedOn w:val="a0"/>
    <w:uiPriority w:val="99"/>
    <w:semiHidden/>
    <w:unhideWhenUsed/>
    <w:rsid w:val="0025397B"/>
    <w:pPr>
      <w:spacing w:after="120"/>
      <w:ind w:leftChars="600" w:left="1260"/>
      <w:contextualSpacing/>
    </w:pPr>
  </w:style>
  <w:style w:type="paragraph" w:styleId="af1">
    <w:name w:val="macro"/>
    <w:link w:val="Char6"/>
    <w:uiPriority w:val="99"/>
    <w:semiHidden/>
    <w:unhideWhenUsed/>
    <w:rsid w:val="0025397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宋体" w:hAnsi="Courier New" w:cs="Courier New"/>
      <w:sz w:val="24"/>
      <w:szCs w:val="24"/>
    </w:rPr>
  </w:style>
  <w:style w:type="character" w:customStyle="1" w:styleId="Char6">
    <w:name w:val="宏文本 Char"/>
    <w:basedOn w:val="a1"/>
    <w:link w:val="af1"/>
    <w:uiPriority w:val="99"/>
    <w:semiHidden/>
    <w:rsid w:val="0025397B"/>
    <w:rPr>
      <w:rFonts w:ascii="Courier New" w:eastAsia="宋体" w:hAnsi="Courier New" w:cs="Courier New"/>
      <w:sz w:val="24"/>
      <w:szCs w:val="24"/>
    </w:rPr>
  </w:style>
  <w:style w:type="paragraph" w:styleId="af3">
    <w:name w:val="Quote"/>
    <w:basedOn w:val="a0"/>
    <w:next w:val="a0"/>
    <w:link w:val="Char1"/>
    <w:uiPriority w:val="29"/>
    <w:qFormat/>
    <w:rsid w:val="0025397B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1ff7">
    <w:name w:val="引用 字符1"/>
    <w:basedOn w:val="a1"/>
    <w:uiPriority w:val="29"/>
    <w:rsid w:val="0025397B"/>
    <w:rPr>
      <w:i/>
      <w:iCs/>
      <w:color w:val="404040" w:themeColor="text1" w:themeTint="BF"/>
    </w:rPr>
  </w:style>
  <w:style w:type="paragraph" w:styleId="af6">
    <w:name w:val="Intense Quote"/>
    <w:basedOn w:val="a0"/>
    <w:next w:val="a0"/>
    <w:link w:val="Char2"/>
    <w:uiPriority w:val="30"/>
    <w:qFormat/>
    <w:rsid w:val="0025397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character" w:customStyle="1" w:styleId="1ff8">
    <w:name w:val="明显引用 字符1"/>
    <w:basedOn w:val="a1"/>
    <w:uiPriority w:val="30"/>
    <w:rsid w:val="0025397B"/>
    <w:rPr>
      <w:i/>
      <w:iCs/>
      <w:color w:val="4472C4" w:themeColor="accent1"/>
    </w:rPr>
  </w:style>
  <w:style w:type="character" w:styleId="aff3">
    <w:name w:val="Subtle Emphasis"/>
    <w:basedOn w:val="a1"/>
    <w:uiPriority w:val="19"/>
    <w:qFormat/>
    <w:rsid w:val="0025397B"/>
    <w:rPr>
      <w:i/>
      <w:iCs/>
      <w:color w:val="404040" w:themeColor="text1" w:themeTint="BF"/>
    </w:rPr>
  </w:style>
  <w:style w:type="character" w:styleId="aff4">
    <w:name w:val="Intense Emphasis"/>
    <w:basedOn w:val="a1"/>
    <w:uiPriority w:val="21"/>
    <w:qFormat/>
    <w:rsid w:val="0025397B"/>
    <w:rPr>
      <w:i/>
      <w:iCs/>
      <w:color w:val="4472C4" w:themeColor="accent1"/>
    </w:rPr>
  </w:style>
  <w:style w:type="character" w:styleId="aff5">
    <w:name w:val="Subtle Reference"/>
    <w:basedOn w:val="a1"/>
    <w:uiPriority w:val="31"/>
    <w:qFormat/>
    <w:rsid w:val="0025397B"/>
    <w:rPr>
      <w:smallCaps/>
      <w:color w:val="5A5A5A" w:themeColor="text1" w:themeTint="A5"/>
    </w:rPr>
  </w:style>
  <w:style w:type="character" w:styleId="aff6">
    <w:name w:val="Intense Reference"/>
    <w:basedOn w:val="a1"/>
    <w:uiPriority w:val="32"/>
    <w:qFormat/>
    <w:rsid w:val="0025397B"/>
    <w:rPr>
      <w:b/>
      <w:bCs/>
      <w:smallCaps/>
      <w:color w:val="4472C4" w:themeColor="accent1"/>
      <w:spacing w:val="5"/>
    </w:rPr>
  </w:style>
  <w:style w:type="table" w:styleId="af8">
    <w:name w:val="Table Grid"/>
    <w:basedOn w:val="a2"/>
    <w:uiPriority w:val="39"/>
    <w:rsid w:val="00253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Light Shading"/>
    <w:basedOn w:val="a2"/>
    <w:uiPriority w:val="60"/>
    <w:semiHidden/>
    <w:unhideWhenUsed/>
    <w:rsid w:val="0025397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semiHidden/>
    <w:unhideWhenUsed/>
    <w:rsid w:val="0025397B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2"/>
    <w:uiPriority w:val="60"/>
    <w:semiHidden/>
    <w:unhideWhenUsed/>
    <w:rsid w:val="0025397B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2"/>
    <w:uiPriority w:val="60"/>
    <w:semiHidden/>
    <w:unhideWhenUsed/>
    <w:rsid w:val="0025397B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2"/>
    <w:uiPriority w:val="60"/>
    <w:semiHidden/>
    <w:unhideWhenUsed/>
    <w:rsid w:val="0025397B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2"/>
    <w:uiPriority w:val="60"/>
    <w:semiHidden/>
    <w:unhideWhenUsed/>
    <w:rsid w:val="0025397B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2"/>
    <w:uiPriority w:val="60"/>
    <w:semiHidden/>
    <w:unhideWhenUsed/>
    <w:rsid w:val="0025397B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a">
    <w:name w:val="Light List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2"/>
    <w:uiPriority w:val="61"/>
    <w:semiHidden/>
    <w:unhideWhenUsed/>
    <w:rsid w:val="0025397B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b">
    <w:name w:val="Light Grid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2">
    <w:name w:val="Light Grid Accent 1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2">
    <w:name w:val="Light Grid Accent 2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2">
    <w:name w:val="Light Grid Accent 3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2">
    <w:name w:val="Light Grid Accent 4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2">
    <w:name w:val="Light Grid Accent 5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2">
    <w:name w:val="Light Grid Accent 6"/>
    <w:basedOn w:val="a2"/>
    <w:uiPriority w:val="62"/>
    <w:semiHidden/>
    <w:unhideWhenUsed/>
    <w:rsid w:val="0025397B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f8">
    <w:name w:val="Medium Shading 1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semiHidden/>
    <w:unhideWhenUsed/>
    <w:rsid w:val="0025397B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semiHidden/>
    <w:unhideWhenUsed/>
    <w:rsid w:val="0025397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9">
    <w:name w:val="Medium List 1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2"/>
    <w:uiPriority w:val="65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8">
    <w:name w:val="Medium List 2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a">
    <w:name w:val="Medium Grid 1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2">
    <w:name w:val="Medium Grid 1 Accent 1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2">
    <w:name w:val="Medium Grid 1 Accent 2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2">
    <w:name w:val="Medium Grid 1 Accent 3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2">
    <w:name w:val="Medium Grid 1 Accent 4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2">
    <w:name w:val="Medium Grid 1 Accent 5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2">
    <w:name w:val="Medium Grid 1 Accent 6"/>
    <w:basedOn w:val="a2"/>
    <w:uiPriority w:val="67"/>
    <w:semiHidden/>
    <w:unhideWhenUsed/>
    <w:rsid w:val="0025397B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2">
    <w:name w:val="Medium Grid 2 Accent 1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2">
    <w:name w:val="Medium Grid 2 Accent 2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2">
    <w:name w:val="Medium Grid 2 Accent 3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2">
    <w:name w:val="Medium Grid 2 Accent 4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2">
    <w:name w:val="Medium Grid 2 Accent 5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2">
    <w:name w:val="Medium Grid 2 Accent 6"/>
    <w:basedOn w:val="a2"/>
    <w:uiPriority w:val="68"/>
    <w:semiHidden/>
    <w:unhideWhenUsed/>
    <w:rsid w:val="002539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2"/>
    <w:uiPriority w:val="69"/>
    <w:semiHidden/>
    <w:unhideWhenUsed/>
    <w:rsid w:val="0025397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c">
    <w:name w:val="Dark List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3">
    <w:name w:val="Dark List Accent 2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3">
    <w:name w:val="Dark List Accent 3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3">
    <w:name w:val="Dark List Accent 4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3">
    <w:name w:val="Dark List Accent 5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3">
    <w:name w:val="Dark List Accent 6"/>
    <w:basedOn w:val="a2"/>
    <w:uiPriority w:val="70"/>
    <w:semiHidden/>
    <w:unhideWhenUsed/>
    <w:rsid w:val="0025397B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d">
    <w:name w:val="Colorful Shading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4">
    <w:name w:val="Colorful Shading Accent 4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2"/>
    <w:uiPriority w:val="71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e">
    <w:name w:val="Colorful List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5">
    <w:name w:val="Colorful List Accent 2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5">
    <w:name w:val="Colorful List Accent 3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5">
    <w:name w:val="Colorful List Accent 4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5">
    <w:name w:val="Colorful List Accent 5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5">
    <w:name w:val="Colorful List Accent 6"/>
    <w:basedOn w:val="a2"/>
    <w:uiPriority w:val="72"/>
    <w:semiHidden/>
    <w:unhideWhenUsed/>
    <w:rsid w:val="0025397B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">
    <w:name w:val="Colorful Grid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6">
    <w:name w:val="Colorful Grid Accent 2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6">
    <w:name w:val="Colorful Grid Accent 3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6">
    <w:name w:val="Colorful Grid Accent 4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6">
    <w:name w:val="Colorful Grid Accent 5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6">
    <w:name w:val="Colorful Grid Accent 6"/>
    <w:basedOn w:val="a2"/>
    <w:uiPriority w:val="73"/>
    <w:semiHidden/>
    <w:unhideWhenUsed/>
    <w:rsid w:val="0025397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7">
    <w:name w:val="Hyperlink"/>
    <w:basedOn w:val="a1"/>
    <w:uiPriority w:val="99"/>
    <w:semiHidden/>
    <w:unhideWhenUsed/>
    <w:rsid w:val="0025397B"/>
    <w:rPr>
      <w:color w:val="0563C1" w:themeColor="hyperlink"/>
      <w:u w:val="single"/>
    </w:rPr>
  </w:style>
  <w:style w:type="paragraph" w:styleId="aff1">
    <w:name w:val="Balloon Text"/>
    <w:basedOn w:val="a0"/>
    <w:link w:val="Char7"/>
    <w:uiPriority w:val="99"/>
    <w:semiHidden/>
    <w:unhideWhenUsed/>
    <w:rsid w:val="0025397B"/>
    <w:rPr>
      <w:sz w:val="18"/>
      <w:szCs w:val="18"/>
    </w:rPr>
  </w:style>
  <w:style w:type="character" w:customStyle="1" w:styleId="Char7">
    <w:name w:val="批注框文本 Char"/>
    <w:basedOn w:val="a1"/>
    <w:link w:val="aff1"/>
    <w:uiPriority w:val="99"/>
    <w:semiHidden/>
    <w:rsid w:val="0025397B"/>
    <w:rPr>
      <w:sz w:val="18"/>
      <w:szCs w:val="18"/>
    </w:rPr>
  </w:style>
  <w:style w:type="paragraph" w:styleId="HTML">
    <w:name w:val="HTML Preformatted"/>
    <w:basedOn w:val="a0"/>
    <w:link w:val="HTMLChar"/>
    <w:uiPriority w:val="99"/>
    <w:semiHidden/>
    <w:unhideWhenUsed/>
    <w:rsid w:val="0025397B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1"/>
    <w:link w:val="HTML"/>
    <w:uiPriority w:val="99"/>
    <w:semiHidden/>
    <w:rsid w:val="0025397B"/>
    <w:rPr>
      <w:rFonts w:ascii="Courier New" w:hAnsi="Courier New" w:cs="Courier New"/>
      <w:sz w:val="20"/>
      <w:szCs w:val="20"/>
    </w:rPr>
  </w:style>
  <w:style w:type="character" w:styleId="aff8">
    <w:name w:val="FollowedHyperlink"/>
    <w:basedOn w:val="a1"/>
    <w:uiPriority w:val="99"/>
    <w:semiHidden/>
    <w:unhideWhenUsed/>
    <w:rsid w:val="002539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FC047-5F86-424B-B7BF-F75728F4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1182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Runhao Xu</dc:creator>
  <cp:keywords/>
  <dc:description/>
  <cp:lastModifiedBy>user</cp:lastModifiedBy>
  <cp:revision>4</cp:revision>
  <dcterms:created xsi:type="dcterms:W3CDTF">2024-03-21T16:11:00Z</dcterms:created>
  <dcterms:modified xsi:type="dcterms:W3CDTF">2024-04-11T00:53:00Z</dcterms:modified>
</cp:coreProperties>
</file>