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5A74E" w14:textId="77777777" w:rsidR="00D2061D" w:rsidRPr="00F546E0" w:rsidRDefault="00CB6215" w:rsidP="00F546E0">
      <w:pPr>
        <w:jc w:val="center"/>
        <w:rPr>
          <w:rFonts w:ascii="Times New Roman" w:hAnsi="Times New Roman" w:cs="Times New Roman"/>
        </w:rPr>
      </w:pPr>
      <w:r w:rsidRPr="00F546E0">
        <w:rPr>
          <w:rFonts w:ascii="Times New Roman" w:hAnsi="Times New Roman" w:cs="Times New Roman"/>
        </w:rPr>
        <w:t>Supplemental Table 2. Search Strategies for Each Database</w:t>
      </w:r>
    </w:p>
    <w:tbl>
      <w:tblPr>
        <w:tblW w:w="9000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CB6215" w14:paraId="7B19067E" w14:textId="77777777" w:rsidTr="00CB6215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9000" w:type="dxa"/>
          </w:tcPr>
          <w:p w14:paraId="15A28BB2" w14:textId="77777777" w:rsidR="00CB6215" w:rsidRPr="00F546E0" w:rsidRDefault="00CB6215" w:rsidP="00CB6215">
            <w:pPr>
              <w:ind w:left="45"/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1. PubMed</w:t>
            </w:r>
          </w:p>
          <w:p w14:paraId="4B63A2BB" w14:textId="77777777" w:rsidR="00CB6215" w:rsidRDefault="00CB6215" w:rsidP="00CB6215">
            <w:pPr>
              <w:ind w:left="45"/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Date of search: January 4, 2025</w:t>
            </w:r>
          </w:p>
          <w:p w14:paraId="0FB786D0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 xml:space="preserve">Search field: Title/Abstract and </w:t>
            </w:r>
            <w:proofErr w:type="spellStart"/>
            <w:r w:rsidRPr="00F546E0">
              <w:rPr>
                <w:rFonts w:ascii="Times New Roman" w:hAnsi="Times New Roman" w:cs="Times New Roman"/>
              </w:rPr>
              <w:t>MeSH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terms</w:t>
            </w:r>
          </w:p>
          <w:p w14:paraId="42100192" w14:textId="4BD98D68" w:rsidR="00CB6215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 xml:space="preserve">(("internet-based education"[Title/Abstract] OR "online education"[Title/Abstract]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"e-health education"[Title/Abstract] OR "mobile health"[Title/Abstract] </w:t>
            </w:r>
            <w:r w:rsidRPr="00F546E0">
              <w:rPr>
                <w:rFonts w:ascii="Times New Roman" w:hAnsi="Times New Roman" w:cs="Times New Roman"/>
              </w:rPr>
              <w:br/>
              <w:t>OR "</w:t>
            </w:r>
            <w:proofErr w:type="spellStart"/>
            <w:r w:rsidRPr="00F546E0">
              <w:rPr>
                <w:rFonts w:ascii="Times New Roman" w:hAnsi="Times New Roman" w:cs="Times New Roman"/>
              </w:rPr>
              <w:t>mhealth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"[Title/Abstract] OR "remote education"[Title/Abstract]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"WeChat"[Title/Abstract])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 xml:space="preserve">("postoperative recovery"[Title/Abstract] OR "postoperative rehabilitation"[Title/Abstract]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"perioperative rehabilitation"[Title/Abstract] OR "perioperative recovery"[Title/Abstract]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"quality of life"[Title/Abstract] OR "QOL"[Title/Abstract] OR "complications"[Title/Abstract] </w:t>
            </w:r>
            <w:r w:rsidRPr="00F546E0">
              <w:rPr>
                <w:rFonts w:ascii="Times New Roman" w:hAnsi="Times New Roman" w:cs="Times New Roman"/>
              </w:rPr>
              <w:br/>
              <w:t>OR "self-care"[Title/Abstract] OR "</w:t>
            </w:r>
            <w:proofErr w:type="spellStart"/>
            <w:r w:rsidRPr="00F546E0">
              <w:rPr>
                <w:rFonts w:ascii="Times New Roman" w:hAnsi="Times New Roman" w:cs="Times New Roman"/>
              </w:rPr>
              <w:t>self management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education"[Title/Abstract]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"anxiety"[Title/Abstract] OR "depression"[Title/Abstract] </w:t>
            </w:r>
            <w:r w:rsidRPr="00F546E0">
              <w:rPr>
                <w:rFonts w:ascii="Times New Roman" w:hAnsi="Times New Roman" w:cs="Times New Roman"/>
              </w:rPr>
              <w:br/>
              <w:t>OR "Self-Rating Anxiety Scale"[</w:t>
            </w:r>
            <w:proofErr w:type="spellStart"/>
            <w:r w:rsidRPr="00F546E0">
              <w:rPr>
                <w:rFonts w:ascii="Times New Roman" w:hAnsi="Times New Roman" w:cs="Times New Roman"/>
              </w:rPr>
              <w:t>MeSH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Terms] OR "Self-Rating Depression Scale"[</w:t>
            </w:r>
            <w:proofErr w:type="spellStart"/>
            <w:r w:rsidRPr="00F546E0">
              <w:rPr>
                <w:rFonts w:ascii="Times New Roman" w:hAnsi="Times New Roman" w:cs="Times New Roman"/>
              </w:rPr>
              <w:t>MeSH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Terms])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>("colorectal cancer"[</w:t>
            </w:r>
            <w:proofErr w:type="spellStart"/>
            <w:r w:rsidRPr="00F546E0">
              <w:rPr>
                <w:rFonts w:ascii="Times New Roman" w:hAnsi="Times New Roman" w:cs="Times New Roman"/>
              </w:rPr>
              <w:t>MeSH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Terms] OR "rectal cancer"[Title/Abstract]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"colon cancer"[Title/Abstract] OR "colorectal carcinoma"[Title/Abstract] </w:t>
            </w:r>
            <w:r w:rsidRPr="00F546E0">
              <w:rPr>
                <w:rFonts w:ascii="Times New Roman" w:hAnsi="Times New Roman" w:cs="Times New Roman"/>
              </w:rPr>
              <w:br/>
              <w:t xml:space="preserve">OR "rectal carcinoma"[Title/Abstract] OR "colon carcinoma"[Title/Abstract])) </w:t>
            </w:r>
            <w:r w:rsidRPr="00F546E0">
              <w:rPr>
                <w:rFonts w:ascii="Times New Roman" w:hAnsi="Times New Roman" w:cs="Times New Roman"/>
              </w:rPr>
              <w:br/>
              <w:t xml:space="preserve">Filters applied: Humans, English/Chinese, </w:t>
            </w:r>
            <w:r>
              <w:rPr>
                <w:rFonts w:ascii="Times New Roman" w:hAnsi="Times New Roman" w:cs="Times New Roman"/>
              </w:rPr>
              <w:t>1990</w:t>
            </w:r>
            <w:r w:rsidRPr="00F546E0">
              <w:rPr>
                <w:rFonts w:ascii="Times New Roman" w:hAnsi="Times New Roman" w:cs="Times New Roman"/>
              </w:rPr>
              <w:t>–202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B6215" w14:paraId="05609F13" w14:textId="77777777" w:rsidTr="00CB6215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9000" w:type="dxa"/>
          </w:tcPr>
          <w:p w14:paraId="2B6BB442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2. Embase</w:t>
            </w:r>
          </w:p>
          <w:p w14:paraId="5DEF14B4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Date of search: January 4, 2025</w:t>
            </w:r>
            <w:r w:rsidRPr="00F546E0">
              <w:rPr>
                <w:rFonts w:ascii="Times New Roman" w:hAnsi="Times New Roman" w:cs="Times New Roman"/>
              </w:rPr>
              <w:br/>
              <w:t>Search field: Title/Abstract/Keywords</w:t>
            </w:r>
          </w:p>
          <w:p w14:paraId="32FBEA84" w14:textId="105A041C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 xml:space="preserve">('internet-based education' OR 'online education' OR 'e-health education' </w:t>
            </w:r>
            <w:r w:rsidRPr="00F546E0">
              <w:rPr>
                <w:rFonts w:ascii="Times New Roman" w:hAnsi="Times New Roman" w:cs="Times New Roman"/>
              </w:rPr>
              <w:br/>
              <w:t>OR 'mobile health'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mhealth</w:t>
            </w:r>
            <w:proofErr w:type="spellEnd"/>
            <w:r w:rsidRPr="00F546E0">
              <w:rPr>
                <w:rFonts w:ascii="Times New Roman" w:hAnsi="Times New Roman" w:cs="Times New Roman"/>
              </w:rPr>
              <w:t>' OR 'remote education'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wechat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')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 xml:space="preserve">('postoperative recovery' OR 'postoperative rehabilitation' </w:t>
            </w:r>
            <w:r w:rsidRPr="00F546E0">
              <w:rPr>
                <w:rFonts w:ascii="Times New Roman" w:hAnsi="Times New Roman" w:cs="Times New Roman"/>
              </w:rPr>
              <w:br/>
              <w:t xml:space="preserve">OR 'perioperative rehabilitation' OR 'perioperative recovery' </w:t>
            </w:r>
            <w:r w:rsidRPr="00F546E0">
              <w:rPr>
                <w:rFonts w:ascii="Times New Roman" w:hAnsi="Times New Roman" w:cs="Times New Roman"/>
              </w:rPr>
              <w:br/>
              <w:t>OR 'quality of life'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qol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' OR 'complications' </w:t>
            </w:r>
            <w:r w:rsidRPr="00F546E0">
              <w:rPr>
                <w:rFonts w:ascii="Times New Roman" w:hAnsi="Times New Roman" w:cs="Times New Roman"/>
              </w:rPr>
              <w:br/>
              <w:t>OR 'self-care'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self management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education' </w:t>
            </w:r>
            <w:r w:rsidRPr="00F546E0">
              <w:rPr>
                <w:rFonts w:ascii="Times New Roman" w:hAnsi="Times New Roman" w:cs="Times New Roman"/>
              </w:rPr>
              <w:br/>
              <w:t>OR 'anxiety' OR 'depression'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sas</w:t>
            </w:r>
            <w:proofErr w:type="spellEnd"/>
            <w:r w:rsidRPr="00F546E0">
              <w:rPr>
                <w:rFonts w:ascii="Times New Roman" w:hAnsi="Times New Roman" w:cs="Times New Roman"/>
              </w:rPr>
              <w:t>' OR '</w:t>
            </w:r>
            <w:proofErr w:type="spellStart"/>
            <w:r w:rsidRPr="00F546E0">
              <w:rPr>
                <w:rFonts w:ascii="Times New Roman" w:hAnsi="Times New Roman" w:cs="Times New Roman"/>
              </w:rPr>
              <w:t>sds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')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 xml:space="preserve">('colorectal cancer' OR 'rectal cancer' OR 'colon cancer' </w:t>
            </w:r>
            <w:r w:rsidRPr="00F546E0">
              <w:rPr>
                <w:rFonts w:ascii="Times New Roman" w:hAnsi="Times New Roman" w:cs="Times New Roman"/>
              </w:rPr>
              <w:br/>
              <w:t>OR 'colorectal carcinoma' OR 'rectal carcinoma' OR 'colon carcinoma')</w:t>
            </w:r>
            <w:r w:rsidRPr="00F546E0">
              <w:rPr>
                <w:rFonts w:ascii="Times New Roman" w:hAnsi="Times New Roman" w:cs="Times New Roman"/>
              </w:rPr>
              <w:br/>
              <w:t xml:space="preserve">Filters applied: Human studies, English/Chinese, publication years </w:t>
            </w:r>
            <w:r>
              <w:rPr>
                <w:rFonts w:ascii="Times New Roman" w:hAnsi="Times New Roman" w:cs="Times New Roman"/>
              </w:rPr>
              <w:t>1990</w:t>
            </w:r>
            <w:r w:rsidRPr="00F546E0">
              <w:rPr>
                <w:rFonts w:ascii="Times New Roman" w:hAnsi="Times New Roman" w:cs="Times New Roman"/>
              </w:rPr>
              <w:t>–202</w:t>
            </w:r>
            <w:r>
              <w:rPr>
                <w:rFonts w:ascii="Times New Roman" w:hAnsi="Times New Roman" w:cs="Times New Roman"/>
              </w:rPr>
              <w:t>4</w:t>
            </w:r>
            <w:r w:rsidRPr="00F546E0">
              <w:rPr>
                <w:rFonts w:ascii="Times New Roman" w:hAnsi="Times New Roman" w:cs="Times New Roman"/>
              </w:rPr>
              <w:t>.</w:t>
            </w:r>
          </w:p>
        </w:tc>
      </w:tr>
      <w:tr w:rsidR="00CB6215" w14:paraId="145D4902" w14:textId="77777777" w:rsidTr="00CB6215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9000" w:type="dxa"/>
          </w:tcPr>
          <w:p w14:paraId="1E0CCAA1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lastRenderedPageBreak/>
              <w:t>3. Cochrane Library</w:t>
            </w:r>
          </w:p>
          <w:p w14:paraId="6BC63D28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Date of search: January 4, 2025</w:t>
            </w:r>
            <w:r w:rsidRPr="00F546E0">
              <w:rPr>
                <w:rFonts w:ascii="Times New Roman" w:hAnsi="Times New Roman" w:cs="Times New Roman"/>
              </w:rPr>
              <w:br/>
              <w:t>Database: Cochrane Central Register of Controlled Trials (CENTRAL)</w:t>
            </w:r>
          </w:p>
          <w:p w14:paraId="0E1D47EF" w14:textId="3AFCFC76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#1 "internet-based education" OR "online education" OR "e-health education" OR "mobile health" OR "</w:t>
            </w:r>
            <w:proofErr w:type="spellStart"/>
            <w:r w:rsidRPr="00F546E0">
              <w:rPr>
                <w:rFonts w:ascii="Times New Roman" w:hAnsi="Times New Roman" w:cs="Times New Roman"/>
              </w:rPr>
              <w:t>mhealth</w:t>
            </w:r>
            <w:proofErr w:type="spellEnd"/>
            <w:r w:rsidRPr="00F546E0">
              <w:rPr>
                <w:rFonts w:ascii="Times New Roman" w:hAnsi="Times New Roman" w:cs="Times New Roman"/>
              </w:rPr>
              <w:t>" OR "remote education" OR "WeChat"</w:t>
            </w:r>
            <w:r w:rsidRPr="00F546E0">
              <w:rPr>
                <w:rFonts w:ascii="Times New Roman" w:hAnsi="Times New Roman" w:cs="Times New Roman"/>
              </w:rPr>
              <w:br/>
              <w:t>#2 "postoperative recovery" OR "perioperative rehabilitation" OR "quality of life" OR "QOL" OR "self-care" OR "anxiety" OR "depression"</w:t>
            </w:r>
            <w:r w:rsidRPr="00F546E0">
              <w:rPr>
                <w:rFonts w:ascii="Times New Roman" w:hAnsi="Times New Roman" w:cs="Times New Roman"/>
              </w:rPr>
              <w:br/>
              <w:t>#3 "colorectal cancer" OR "rectal cancer" OR "colon cancer"</w:t>
            </w:r>
            <w:r w:rsidRPr="00F546E0">
              <w:rPr>
                <w:rFonts w:ascii="Times New Roman" w:hAnsi="Times New Roman" w:cs="Times New Roman"/>
              </w:rPr>
              <w:br/>
              <w:t>#4 #1 AND #2 AND #3</w:t>
            </w:r>
            <w:r w:rsidRPr="00F546E0">
              <w:rPr>
                <w:rFonts w:ascii="Times New Roman" w:hAnsi="Times New Roman" w:cs="Times New Roman"/>
              </w:rPr>
              <w:br/>
              <w:t xml:space="preserve">Limits: Trials only; Humans; </w:t>
            </w:r>
            <w:r>
              <w:rPr>
                <w:rFonts w:ascii="Times New Roman" w:hAnsi="Times New Roman" w:cs="Times New Roman"/>
              </w:rPr>
              <w:t>1990</w:t>
            </w:r>
            <w:r w:rsidRPr="00F546E0">
              <w:rPr>
                <w:rFonts w:ascii="Times New Roman" w:hAnsi="Times New Roman" w:cs="Times New Roman"/>
              </w:rPr>
              <w:t>–202</w:t>
            </w:r>
            <w:r>
              <w:rPr>
                <w:rFonts w:ascii="Times New Roman" w:hAnsi="Times New Roman" w:cs="Times New Roman"/>
              </w:rPr>
              <w:t>4</w:t>
            </w:r>
            <w:r w:rsidRPr="00F546E0">
              <w:rPr>
                <w:rFonts w:ascii="Times New Roman" w:hAnsi="Times New Roman" w:cs="Times New Roman"/>
              </w:rPr>
              <w:t>.</w:t>
            </w:r>
          </w:p>
        </w:tc>
      </w:tr>
      <w:tr w:rsidR="00CB6215" w14:paraId="74C0D136" w14:textId="77777777" w:rsidTr="00CB621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9000" w:type="dxa"/>
          </w:tcPr>
          <w:p w14:paraId="3819C9AA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F546E0">
              <w:rPr>
                <w:rFonts w:ascii="Times New Roman" w:hAnsi="Times New Roman" w:cs="Times New Roman"/>
              </w:rPr>
              <w:t>Wanfang</w:t>
            </w:r>
            <w:proofErr w:type="spellEnd"/>
            <w:r w:rsidRPr="00F546E0">
              <w:rPr>
                <w:rFonts w:ascii="Times New Roman" w:hAnsi="Times New Roman" w:cs="Times New Roman"/>
              </w:rPr>
              <w:t xml:space="preserve"> Database</w:t>
            </w:r>
          </w:p>
          <w:p w14:paraId="505A5DC4" w14:textId="77777777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>Date of search: January 4, 2025</w:t>
            </w:r>
            <w:r w:rsidRPr="00F546E0">
              <w:rPr>
                <w:rFonts w:ascii="Times New Roman" w:hAnsi="Times New Roman" w:cs="Times New Roman"/>
              </w:rPr>
              <w:br/>
              <w:t>Search field: Title/Abstract/Keywords (translated from Chinese equivalent terms)</w:t>
            </w:r>
          </w:p>
          <w:p w14:paraId="5A61CB4B" w14:textId="704E9C75" w:rsidR="00CB6215" w:rsidRPr="00F546E0" w:rsidRDefault="00CB6215" w:rsidP="00CB6215">
            <w:pPr>
              <w:rPr>
                <w:rFonts w:ascii="Times New Roman" w:hAnsi="Times New Roman" w:cs="Times New Roman"/>
              </w:rPr>
            </w:pPr>
            <w:r w:rsidRPr="00F546E0">
              <w:rPr>
                <w:rFonts w:ascii="Times New Roman" w:hAnsi="Times New Roman" w:cs="Times New Roman"/>
              </w:rPr>
              <w:t xml:space="preserve">("internet health education" OR "online health education" OR "mobile health" OR "remote health education" OR "WeChat")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 xml:space="preserve">("colorectal cancer" OR "rectal cancer" OR "colon cancer") </w:t>
            </w:r>
            <w:r w:rsidRPr="00F546E0">
              <w:rPr>
                <w:rFonts w:ascii="Times New Roman" w:hAnsi="Times New Roman" w:cs="Times New Roman"/>
              </w:rPr>
              <w:br/>
              <w:t xml:space="preserve">AND </w:t>
            </w:r>
            <w:r w:rsidRPr="00F546E0">
              <w:rPr>
                <w:rFonts w:ascii="Times New Roman" w:hAnsi="Times New Roman" w:cs="Times New Roman"/>
              </w:rPr>
              <w:br/>
              <w:t xml:space="preserve">("perioperative rehabilitation" OR "perioperative recovery" OR "postoperative recovery" OR "quality of life" </w:t>
            </w:r>
            <w:r w:rsidRPr="00F546E0">
              <w:rPr>
                <w:rFonts w:ascii="Times New Roman" w:hAnsi="Times New Roman" w:cs="Times New Roman"/>
              </w:rPr>
              <w:br/>
              <w:t>OR "anxiety" OR "depression" OR "self-management" OR "self-care")</w:t>
            </w:r>
            <w:r w:rsidRPr="00F546E0">
              <w:rPr>
                <w:rFonts w:ascii="Times New Roman" w:hAnsi="Times New Roman" w:cs="Times New Roman"/>
              </w:rPr>
              <w:br/>
              <w:t xml:space="preserve">Filters applied: Clinical studies, randomized controlled trials, Human studies, </w:t>
            </w:r>
            <w:r>
              <w:rPr>
                <w:rFonts w:ascii="Times New Roman" w:hAnsi="Times New Roman" w:cs="Times New Roman"/>
              </w:rPr>
              <w:t>1990</w:t>
            </w:r>
            <w:r w:rsidRPr="00F546E0">
              <w:rPr>
                <w:rFonts w:ascii="Times New Roman" w:hAnsi="Times New Roman" w:cs="Times New Roman"/>
              </w:rPr>
              <w:t>–202</w:t>
            </w:r>
            <w:r>
              <w:rPr>
                <w:rFonts w:ascii="Times New Roman" w:hAnsi="Times New Roman" w:cs="Times New Roman"/>
              </w:rPr>
              <w:t>4</w:t>
            </w:r>
            <w:r w:rsidRPr="00F546E0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16F34E" w14:textId="1D07321A" w:rsidR="00D2061D" w:rsidRPr="00F546E0" w:rsidRDefault="00D2061D" w:rsidP="00CB6215">
      <w:pPr>
        <w:rPr>
          <w:rFonts w:ascii="Times New Roman" w:hAnsi="Times New Roman" w:cs="Times New Roman"/>
        </w:rPr>
      </w:pPr>
    </w:p>
    <w:sectPr w:rsidR="00D2061D" w:rsidRPr="00F546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06E68" w14:textId="77777777" w:rsidR="00F546E0" w:rsidRDefault="00F546E0" w:rsidP="00F546E0">
      <w:pPr>
        <w:spacing w:after="0" w:line="240" w:lineRule="auto"/>
      </w:pPr>
      <w:r>
        <w:separator/>
      </w:r>
    </w:p>
  </w:endnote>
  <w:endnote w:type="continuationSeparator" w:id="0">
    <w:p w14:paraId="3920A1F6" w14:textId="77777777" w:rsidR="00F546E0" w:rsidRDefault="00F546E0" w:rsidP="00F5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F40E0" w14:textId="77777777" w:rsidR="00F546E0" w:rsidRDefault="00F546E0" w:rsidP="00F546E0">
      <w:pPr>
        <w:spacing w:after="0" w:line="240" w:lineRule="auto"/>
      </w:pPr>
      <w:r>
        <w:separator/>
      </w:r>
    </w:p>
  </w:footnote>
  <w:footnote w:type="continuationSeparator" w:id="0">
    <w:p w14:paraId="5BD2EA24" w14:textId="77777777" w:rsidR="00F546E0" w:rsidRDefault="00F546E0" w:rsidP="00F5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B6215"/>
    <w:rsid w:val="00D2061D"/>
    <w:rsid w:val="00F546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0C2BEB"/>
  <w14:defaultImageDpi w14:val="300"/>
  <w15:docId w15:val="{DD6FC8ED-3B7A-4FE0-923B-2048A29B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dcterms:created xsi:type="dcterms:W3CDTF">2013-12-23T23:15:00Z</dcterms:created>
  <dcterms:modified xsi:type="dcterms:W3CDTF">2025-11-02T13:28:00Z</dcterms:modified>
  <cp:category/>
</cp:coreProperties>
</file>