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385B" w14:textId="77777777" w:rsidR="004F6A62" w:rsidRDefault="00000000">
      <w:r>
        <w:rPr>
          <w:b/>
          <w:sz w:val="24"/>
        </w:rPr>
        <w:t>Supplementary Table S1</w:t>
      </w:r>
      <w:r>
        <w:rPr>
          <w:b/>
          <w:sz w:val="24"/>
        </w:rPr>
        <w:br/>
      </w:r>
    </w:p>
    <w:p w14:paraId="50C5B5E0" w14:textId="455AE9B3" w:rsidR="004F6A62" w:rsidRDefault="004F6A62"/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104"/>
        <w:gridCol w:w="1104"/>
        <w:gridCol w:w="1104"/>
        <w:gridCol w:w="1103"/>
        <w:gridCol w:w="1103"/>
        <w:gridCol w:w="1103"/>
        <w:gridCol w:w="1103"/>
        <w:gridCol w:w="1132"/>
      </w:tblGrid>
      <w:tr w:rsidR="004F6A62" w14:paraId="0E539634" w14:textId="77777777" w:rsidTr="00397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BDF42C4" w14:textId="77777777" w:rsidR="004F6A62" w:rsidRDefault="00000000" w:rsidP="003975E2">
            <w:pPr>
              <w:jc w:val="center"/>
            </w:pPr>
            <w:r>
              <w:t>Isolate ID</w:t>
            </w:r>
          </w:p>
        </w:tc>
        <w:tc>
          <w:tcPr>
            <w:tcW w:w="1104" w:type="dxa"/>
            <w:vAlign w:val="center"/>
          </w:tcPr>
          <w:p w14:paraId="4F1144BA" w14:textId="77777777" w:rsidR="004F6A62" w:rsidRDefault="00000000" w:rsidP="00397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Group</w:t>
            </w:r>
          </w:p>
        </w:tc>
        <w:tc>
          <w:tcPr>
            <w:tcW w:w="1104" w:type="dxa"/>
            <w:vAlign w:val="center"/>
          </w:tcPr>
          <w:p w14:paraId="64866025" w14:textId="77777777" w:rsidR="004F6A62" w:rsidRDefault="00000000" w:rsidP="00397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Target Gene</w:t>
            </w:r>
          </w:p>
        </w:tc>
        <w:tc>
          <w:tcPr>
            <w:tcW w:w="1103" w:type="dxa"/>
            <w:vAlign w:val="center"/>
          </w:tcPr>
          <w:p w14:paraId="12235DB6" w14:textId="77777777" w:rsidR="004F6A62" w:rsidRDefault="00000000" w:rsidP="00397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Ct (16S rRNA)</w:t>
            </w:r>
          </w:p>
        </w:tc>
        <w:tc>
          <w:tcPr>
            <w:tcW w:w="1103" w:type="dxa"/>
            <w:vAlign w:val="center"/>
          </w:tcPr>
          <w:p w14:paraId="71CEC2AA" w14:textId="77777777" w:rsidR="004F6A62" w:rsidRDefault="00000000" w:rsidP="00397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Ct (Target)</w:t>
            </w:r>
          </w:p>
        </w:tc>
        <w:tc>
          <w:tcPr>
            <w:tcW w:w="1103" w:type="dxa"/>
            <w:vAlign w:val="center"/>
          </w:tcPr>
          <w:p w14:paraId="240EF2C3" w14:textId="77777777" w:rsidR="004F6A62" w:rsidRDefault="00000000" w:rsidP="00397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ΔCt</w:t>
            </w:r>
          </w:p>
        </w:tc>
        <w:tc>
          <w:tcPr>
            <w:tcW w:w="1103" w:type="dxa"/>
            <w:vAlign w:val="center"/>
          </w:tcPr>
          <w:p w14:paraId="6C83F82E" w14:textId="77777777" w:rsidR="004F6A62" w:rsidRDefault="00000000" w:rsidP="00397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ΔΔCt</w:t>
            </w:r>
          </w:p>
        </w:tc>
        <w:tc>
          <w:tcPr>
            <w:tcW w:w="1132" w:type="dxa"/>
            <w:vAlign w:val="center"/>
          </w:tcPr>
          <w:p w14:paraId="1DD4F8A5" w14:textId="77777777" w:rsidR="004F6A62" w:rsidRDefault="00000000" w:rsidP="00397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Fold Change (2⁻ΔΔCt)</w:t>
            </w:r>
          </w:p>
        </w:tc>
      </w:tr>
      <w:tr w:rsidR="004F6A62" w14:paraId="4349EC6A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7B60E93" w14:textId="77777777" w:rsidR="004F6A62" w:rsidRDefault="00000000" w:rsidP="003975E2">
            <w:pPr>
              <w:jc w:val="center"/>
            </w:pPr>
            <w:r>
              <w:t>MDR_01</w:t>
            </w:r>
          </w:p>
        </w:tc>
        <w:tc>
          <w:tcPr>
            <w:tcW w:w="1104" w:type="dxa"/>
            <w:vAlign w:val="center"/>
          </w:tcPr>
          <w:p w14:paraId="5E59F46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C019C1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24CEBAB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17.14</w:t>
            </w:r>
          </w:p>
        </w:tc>
        <w:tc>
          <w:tcPr>
            <w:tcW w:w="1103" w:type="dxa"/>
            <w:vAlign w:val="center"/>
          </w:tcPr>
          <w:p w14:paraId="29DD981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15.02</w:t>
            </w:r>
          </w:p>
        </w:tc>
        <w:tc>
          <w:tcPr>
            <w:tcW w:w="1103" w:type="dxa"/>
            <w:vAlign w:val="center"/>
          </w:tcPr>
          <w:p w14:paraId="3521224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532D72F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11A0076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04517E56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5FF761A" w14:textId="77777777" w:rsidR="004F6A62" w:rsidRDefault="00000000" w:rsidP="003975E2">
            <w:pPr>
              <w:jc w:val="center"/>
            </w:pPr>
            <w:r>
              <w:t>MDR_01</w:t>
            </w:r>
          </w:p>
        </w:tc>
        <w:tc>
          <w:tcPr>
            <w:tcW w:w="1104" w:type="dxa"/>
            <w:vAlign w:val="center"/>
          </w:tcPr>
          <w:p w14:paraId="346283E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26A570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0499B74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17.14</w:t>
            </w:r>
          </w:p>
        </w:tc>
        <w:tc>
          <w:tcPr>
            <w:tcW w:w="1103" w:type="dxa"/>
            <w:vAlign w:val="center"/>
          </w:tcPr>
          <w:p w14:paraId="1818214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15.54</w:t>
            </w:r>
          </w:p>
        </w:tc>
        <w:tc>
          <w:tcPr>
            <w:tcW w:w="1103" w:type="dxa"/>
            <w:vAlign w:val="center"/>
          </w:tcPr>
          <w:p w14:paraId="70C1E43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-1.6</w:t>
            </w:r>
          </w:p>
        </w:tc>
        <w:tc>
          <w:tcPr>
            <w:tcW w:w="1103" w:type="dxa"/>
            <w:vAlign w:val="center"/>
          </w:tcPr>
          <w:p w14:paraId="595C944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-1.98</w:t>
            </w:r>
          </w:p>
        </w:tc>
        <w:tc>
          <w:tcPr>
            <w:tcW w:w="1132" w:type="dxa"/>
            <w:vAlign w:val="center"/>
          </w:tcPr>
          <w:p w14:paraId="4FB2401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3.94</w:t>
            </w:r>
          </w:p>
        </w:tc>
      </w:tr>
      <w:tr w:rsidR="004F6A62" w14:paraId="1C490558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56863C3" w14:textId="77777777" w:rsidR="004F6A62" w:rsidRDefault="00000000" w:rsidP="003975E2">
            <w:pPr>
              <w:jc w:val="center"/>
            </w:pPr>
            <w:r>
              <w:t>MDR_01</w:t>
            </w:r>
          </w:p>
        </w:tc>
        <w:tc>
          <w:tcPr>
            <w:tcW w:w="1104" w:type="dxa"/>
            <w:vAlign w:val="center"/>
          </w:tcPr>
          <w:p w14:paraId="50C8045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45C131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7B543E4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17.14</w:t>
            </w:r>
          </w:p>
        </w:tc>
        <w:tc>
          <w:tcPr>
            <w:tcW w:w="1103" w:type="dxa"/>
            <w:vAlign w:val="center"/>
          </w:tcPr>
          <w:p w14:paraId="69E51D9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14.99</w:t>
            </w:r>
          </w:p>
        </w:tc>
        <w:tc>
          <w:tcPr>
            <w:tcW w:w="1103" w:type="dxa"/>
            <w:vAlign w:val="center"/>
          </w:tcPr>
          <w:p w14:paraId="15AD7CA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-2.15</w:t>
            </w:r>
          </w:p>
        </w:tc>
        <w:tc>
          <w:tcPr>
            <w:tcW w:w="1103" w:type="dxa"/>
            <w:vAlign w:val="center"/>
          </w:tcPr>
          <w:p w14:paraId="3B93049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-2.53</w:t>
            </w:r>
          </w:p>
        </w:tc>
        <w:tc>
          <w:tcPr>
            <w:tcW w:w="1132" w:type="dxa"/>
            <w:vAlign w:val="center"/>
          </w:tcPr>
          <w:p w14:paraId="1224792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5.78</w:t>
            </w:r>
          </w:p>
        </w:tc>
      </w:tr>
      <w:tr w:rsidR="004F6A62" w14:paraId="5B4DAB31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85EC694" w14:textId="77777777" w:rsidR="004F6A62" w:rsidRDefault="00000000" w:rsidP="003975E2">
            <w:pPr>
              <w:jc w:val="center"/>
            </w:pPr>
            <w:r>
              <w:t>MDR_01</w:t>
            </w:r>
          </w:p>
        </w:tc>
        <w:tc>
          <w:tcPr>
            <w:tcW w:w="1104" w:type="dxa"/>
            <w:vAlign w:val="center"/>
          </w:tcPr>
          <w:p w14:paraId="26F4EBC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D067DE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1D19A2E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17.14</w:t>
            </w:r>
          </w:p>
        </w:tc>
        <w:tc>
          <w:tcPr>
            <w:tcW w:w="1103" w:type="dxa"/>
            <w:vAlign w:val="center"/>
          </w:tcPr>
          <w:p w14:paraId="7B8B151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15.34</w:t>
            </w:r>
          </w:p>
        </w:tc>
        <w:tc>
          <w:tcPr>
            <w:tcW w:w="1103" w:type="dxa"/>
            <w:vAlign w:val="center"/>
          </w:tcPr>
          <w:p w14:paraId="21B3F9E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</w:t>
            </w:r>
          </w:p>
        </w:tc>
        <w:tc>
          <w:tcPr>
            <w:tcW w:w="1103" w:type="dxa"/>
            <w:vAlign w:val="center"/>
          </w:tcPr>
          <w:p w14:paraId="1086ECC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-2.18</w:t>
            </w:r>
          </w:p>
        </w:tc>
        <w:tc>
          <w:tcPr>
            <w:tcW w:w="1132" w:type="dxa"/>
            <w:vAlign w:val="center"/>
          </w:tcPr>
          <w:p w14:paraId="2335A02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4.53</w:t>
            </w:r>
          </w:p>
        </w:tc>
      </w:tr>
      <w:tr w:rsidR="004F6A62" w14:paraId="27BCE4EF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DAD6B64" w14:textId="77777777" w:rsidR="004F6A62" w:rsidRDefault="00000000" w:rsidP="003975E2">
            <w:pPr>
              <w:jc w:val="center"/>
            </w:pPr>
            <w:r>
              <w:t>MDR_01</w:t>
            </w:r>
          </w:p>
        </w:tc>
        <w:tc>
          <w:tcPr>
            <w:tcW w:w="1104" w:type="dxa"/>
            <w:vAlign w:val="center"/>
          </w:tcPr>
          <w:p w14:paraId="10FDA71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DFF9C9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0227C73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17.14</w:t>
            </w:r>
          </w:p>
        </w:tc>
        <w:tc>
          <w:tcPr>
            <w:tcW w:w="1103" w:type="dxa"/>
            <w:vAlign w:val="center"/>
          </w:tcPr>
          <w:p w14:paraId="4B11776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16.65</w:t>
            </w:r>
          </w:p>
        </w:tc>
        <w:tc>
          <w:tcPr>
            <w:tcW w:w="1103" w:type="dxa"/>
            <w:vAlign w:val="center"/>
          </w:tcPr>
          <w:p w14:paraId="781E3A4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1103" w:type="dxa"/>
            <w:vAlign w:val="center"/>
          </w:tcPr>
          <w:p w14:paraId="3AAFA04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-0.87</w:t>
            </w:r>
          </w:p>
        </w:tc>
        <w:tc>
          <w:tcPr>
            <w:tcW w:w="1132" w:type="dxa"/>
            <w:vAlign w:val="center"/>
          </w:tcPr>
          <w:p w14:paraId="7EA5550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1.83</w:t>
            </w:r>
          </w:p>
        </w:tc>
      </w:tr>
      <w:tr w:rsidR="004F6A62" w14:paraId="4A1BE5D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4A77F91" w14:textId="77777777" w:rsidR="004F6A62" w:rsidRDefault="00000000" w:rsidP="003975E2">
            <w:pPr>
              <w:jc w:val="center"/>
            </w:pPr>
            <w:r>
              <w:t>MDR_02</w:t>
            </w:r>
          </w:p>
        </w:tc>
        <w:tc>
          <w:tcPr>
            <w:tcW w:w="1104" w:type="dxa"/>
            <w:vAlign w:val="center"/>
          </w:tcPr>
          <w:p w14:paraId="78D58FE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3FD790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1E19476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17.05</w:t>
            </w:r>
          </w:p>
        </w:tc>
        <w:tc>
          <w:tcPr>
            <w:tcW w:w="1103" w:type="dxa"/>
            <w:vAlign w:val="center"/>
          </w:tcPr>
          <w:p w14:paraId="4AD615C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14.91</w:t>
            </w:r>
          </w:p>
        </w:tc>
        <w:tc>
          <w:tcPr>
            <w:tcW w:w="1103" w:type="dxa"/>
            <w:vAlign w:val="center"/>
          </w:tcPr>
          <w:p w14:paraId="120E9D2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-2.14</w:t>
            </w:r>
          </w:p>
        </w:tc>
        <w:tc>
          <w:tcPr>
            <w:tcW w:w="1103" w:type="dxa"/>
            <w:vAlign w:val="center"/>
          </w:tcPr>
          <w:p w14:paraId="55AFD8E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-2.52</w:t>
            </w:r>
          </w:p>
        </w:tc>
        <w:tc>
          <w:tcPr>
            <w:tcW w:w="1132" w:type="dxa"/>
            <w:vAlign w:val="center"/>
          </w:tcPr>
          <w:p w14:paraId="5620F9C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5.74</w:t>
            </w:r>
          </w:p>
        </w:tc>
      </w:tr>
      <w:tr w:rsidR="004F6A62" w14:paraId="5E583229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B4C738B" w14:textId="77777777" w:rsidR="004F6A62" w:rsidRDefault="00000000" w:rsidP="003975E2">
            <w:pPr>
              <w:jc w:val="center"/>
            </w:pPr>
            <w:r>
              <w:t>MDR_02</w:t>
            </w:r>
          </w:p>
        </w:tc>
        <w:tc>
          <w:tcPr>
            <w:tcW w:w="1104" w:type="dxa"/>
            <w:vAlign w:val="center"/>
          </w:tcPr>
          <w:p w14:paraId="2EF9759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31FD58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674F691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17.05</w:t>
            </w:r>
          </w:p>
        </w:tc>
        <w:tc>
          <w:tcPr>
            <w:tcW w:w="1103" w:type="dxa"/>
            <w:vAlign w:val="center"/>
          </w:tcPr>
          <w:p w14:paraId="6C7EA6E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15.42</w:t>
            </w:r>
          </w:p>
        </w:tc>
        <w:tc>
          <w:tcPr>
            <w:tcW w:w="1103" w:type="dxa"/>
            <w:vAlign w:val="center"/>
          </w:tcPr>
          <w:p w14:paraId="51D53A0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-1.63</w:t>
            </w:r>
          </w:p>
        </w:tc>
        <w:tc>
          <w:tcPr>
            <w:tcW w:w="1103" w:type="dxa"/>
            <w:vAlign w:val="center"/>
          </w:tcPr>
          <w:p w14:paraId="7C1F867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-2.01</w:t>
            </w:r>
          </w:p>
        </w:tc>
        <w:tc>
          <w:tcPr>
            <w:tcW w:w="1132" w:type="dxa"/>
            <w:vAlign w:val="center"/>
          </w:tcPr>
          <w:p w14:paraId="60775DD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4.03</w:t>
            </w:r>
          </w:p>
        </w:tc>
      </w:tr>
      <w:tr w:rsidR="004F6A62" w14:paraId="6F647D5F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889310C" w14:textId="77777777" w:rsidR="004F6A62" w:rsidRDefault="00000000" w:rsidP="003975E2">
            <w:pPr>
              <w:jc w:val="center"/>
            </w:pPr>
            <w:r>
              <w:t>MDR_02</w:t>
            </w:r>
          </w:p>
        </w:tc>
        <w:tc>
          <w:tcPr>
            <w:tcW w:w="1104" w:type="dxa"/>
            <w:vAlign w:val="center"/>
          </w:tcPr>
          <w:p w14:paraId="422B979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D643E6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29BB8DA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17.05</w:t>
            </w:r>
          </w:p>
        </w:tc>
        <w:tc>
          <w:tcPr>
            <w:tcW w:w="1103" w:type="dxa"/>
            <w:vAlign w:val="center"/>
          </w:tcPr>
          <w:p w14:paraId="1B36000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14.88</w:t>
            </w:r>
          </w:p>
        </w:tc>
        <w:tc>
          <w:tcPr>
            <w:tcW w:w="1103" w:type="dxa"/>
            <w:vAlign w:val="center"/>
          </w:tcPr>
          <w:p w14:paraId="01AC0DE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-2.17</w:t>
            </w:r>
          </w:p>
        </w:tc>
        <w:tc>
          <w:tcPr>
            <w:tcW w:w="1103" w:type="dxa"/>
            <w:vAlign w:val="center"/>
          </w:tcPr>
          <w:p w14:paraId="409CEB1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-2.55</w:t>
            </w:r>
          </w:p>
        </w:tc>
        <w:tc>
          <w:tcPr>
            <w:tcW w:w="1132" w:type="dxa"/>
            <w:vAlign w:val="center"/>
          </w:tcPr>
          <w:p w14:paraId="5EF4C63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5.86</w:t>
            </w:r>
          </w:p>
        </w:tc>
      </w:tr>
      <w:tr w:rsidR="004F6A62" w14:paraId="2113CB92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D2AA676" w14:textId="77777777" w:rsidR="004F6A62" w:rsidRDefault="00000000" w:rsidP="003975E2">
            <w:pPr>
              <w:jc w:val="center"/>
            </w:pPr>
            <w:r>
              <w:t>MDR_02</w:t>
            </w:r>
          </w:p>
        </w:tc>
        <w:tc>
          <w:tcPr>
            <w:tcW w:w="1104" w:type="dxa"/>
            <w:vAlign w:val="center"/>
          </w:tcPr>
          <w:p w14:paraId="6840EDE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DF4C76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5292DBF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17.05</w:t>
            </w:r>
          </w:p>
        </w:tc>
        <w:tc>
          <w:tcPr>
            <w:tcW w:w="1103" w:type="dxa"/>
            <w:vAlign w:val="center"/>
          </w:tcPr>
          <w:p w14:paraId="670D5DE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15.22</w:t>
            </w:r>
          </w:p>
        </w:tc>
        <w:tc>
          <w:tcPr>
            <w:tcW w:w="1103" w:type="dxa"/>
            <w:vAlign w:val="center"/>
          </w:tcPr>
          <w:p w14:paraId="06D7881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03" w:type="dxa"/>
            <w:vAlign w:val="center"/>
          </w:tcPr>
          <w:p w14:paraId="158B82F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-2.21</w:t>
            </w:r>
          </w:p>
        </w:tc>
        <w:tc>
          <w:tcPr>
            <w:tcW w:w="1132" w:type="dxa"/>
            <w:vAlign w:val="center"/>
          </w:tcPr>
          <w:p w14:paraId="242B02B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4.63</w:t>
            </w:r>
          </w:p>
        </w:tc>
      </w:tr>
      <w:tr w:rsidR="004F6A62" w14:paraId="1BA6DE07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F757682" w14:textId="77777777" w:rsidR="004F6A62" w:rsidRDefault="00000000" w:rsidP="003975E2">
            <w:pPr>
              <w:jc w:val="center"/>
            </w:pPr>
            <w:r>
              <w:t>MDR_02</w:t>
            </w:r>
          </w:p>
        </w:tc>
        <w:tc>
          <w:tcPr>
            <w:tcW w:w="1104" w:type="dxa"/>
            <w:vAlign w:val="center"/>
          </w:tcPr>
          <w:p w14:paraId="2850243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58ABE7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56B94BD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17.05</w:t>
            </w:r>
          </w:p>
        </w:tc>
        <w:tc>
          <w:tcPr>
            <w:tcW w:w="1103" w:type="dxa"/>
            <w:vAlign w:val="center"/>
          </w:tcPr>
          <w:p w14:paraId="1DA07AC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16.55</w:t>
            </w:r>
          </w:p>
        </w:tc>
        <w:tc>
          <w:tcPr>
            <w:tcW w:w="1103" w:type="dxa"/>
            <w:vAlign w:val="center"/>
          </w:tcPr>
          <w:p w14:paraId="3093438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-0.5</w:t>
            </w:r>
          </w:p>
        </w:tc>
        <w:tc>
          <w:tcPr>
            <w:tcW w:w="1103" w:type="dxa"/>
            <w:vAlign w:val="center"/>
          </w:tcPr>
          <w:p w14:paraId="1C91F84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-0.88</w:t>
            </w:r>
          </w:p>
        </w:tc>
        <w:tc>
          <w:tcPr>
            <w:tcW w:w="1132" w:type="dxa"/>
            <w:vAlign w:val="center"/>
          </w:tcPr>
          <w:p w14:paraId="26EE365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1.84</w:t>
            </w:r>
          </w:p>
        </w:tc>
      </w:tr>
      <w:tr w:rsidR="004F6A62" w14:paraId="2B981058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BA07E25" w14:textId="77777777" w:rsidR="004F6A62" w:rsidRDefault="00000000" w:rsidP="003975E2">
            <w:pPr>
              <w:jc w:val="center"/>
            </w:pPr>
            <w:r>
              <w:t>MDR_03</w:t>
            </w:r>
          </w:p>
        </w:tc>
        <w:tc>
          <w:tcPr>
            <w:tcW w:w="1104" w:type="dxa"/>
            <w:vAlign w:val="center"/>
          </w:tcPr>
          <w:p w14:paraId="071435D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D62889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381F02F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17.22</w:t>
            </w:r>
          </w:p>
        </w:tc>
        <w:tc>
          <w:tcPr>
            <w:tcW w:w="1103" w:type="dxa"/>
            <w:vAlign w:val="center"/>
          </w:tcPr>
          <w:p w14:paraId="18C2809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15.08</w:t>
            </w:r>
          </w:p>
        </w:tc>
        <w:tc>
          <w:tcPr>
            <w:tcW w:w="1103" w:type="dxa"/>
            <w:vAlign w:val="center"/>
          </w:tcPr>
          <w:p w14:paraId="78CC3B8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-2.14</w:t>
            </w:r>
          </w:p>
        </w:tc>
        <w:tc>
          <w:tcPr>
            <w:tcW w:w="1103" w:type="dxa"/>
            <w:vAlign w:val="center"/>
          </w:tcPr>
          <w:p w14:paraId="4E13C07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-2.52</w:t>
            </w:r>
          </w:p>
        </w:tc>
        <w:tc>
          <w:tcPr>
            <w:tcW w:w="1132" w:type="dxa"/>
            <w:vAlign w:val="center"/>
          </w:tcPr>
          <w:p w14:paraId="66CB982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5.74</w:t>
            </w:r>
          </w:p>
        </w:tc>
      </w:tr>
      <w:tr w:rsidR="004F6A62" w14:paraId="5E68C6C9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3B7B818" w14:textId="77777777" w:rsidR="004F6A62" w:rsidRDefault="00000000" w:rsidP="003975E2">
            <w:pPr>
              <w:jc w:val="center"/>
            </w:pPr>
            <w:r>
              <w:t>MDR_03</w:t>
            </w:r>
          </w:p>
        </w:tc>
        <w:tc>
          <w:tcPr>
            <w:tcW w:w="1104" w:type="dxa"/>
            <w:vAlign w:val="center"/>
          </w:tcPr>
          <w:p w14:paraId="3A1E261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1A7409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7866396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17.22</w:t>
            </w:r>
          </w:p>
        </w:tc>
        <w:tc>
          <w:tcPr>
            <w:tcW w:w="1103" w:type="dxa"/>
            <w:vAlign w:val="center"/>
          </w:tcPr>
          <w:p w14:paraId="04B4D5A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15.65</w:t>
            </w:r>
          </w:p>
        </w:tc>
        <w:tc>
          <w:tcPr>
            <w:tcW w:w="1103" w:type="dxa"/>
            <w:vAlign w:val="center"/>
          </w:tcPr>
          <w:p w14:paraId="287501D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-1.57</w:t>
            </w:r>
          </w:p>
        </w:tc>
        <w:tc>
          <w:tcPr>
            <w:tcW w:w="1103" w:type="dxa"/>
            <w:vAlign w:val="center"/>
          </w:tcPr>
          <w:p w14:paraId="2BD397D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-1.95</w:t>
            </w:r>
          </w:p>
        </w:tc>
        <w:tc>
          <w:tcPr>
            <w:tcW w:w="1132" w:type="dxa"/>
            <w:vAlign w:val="center"/>
          </w:tcPr>
          <w:p w14:paraId="6F745EE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3.86</w:t>
            </w:r>
          </w:p>
        </w:tc>
      </w:tr>
      <w:tr w:rsidR="004F6A62" w14:paraId="10CD284E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49F0055" w14:textId="77777777" w:rsidR="004F6A62" w:rsidRDefault="00000000" w:rsidP="003975E2">
            <w:pPr>
              <w:jc w:val="center"/>
            </w:pPr>
            <w:r>
              <w:t>MDR_03</w:t>
            </w:r>
          </w:p>
        </w:tc>
        <w:tc>
          <w:tcPr>
            <w:tcW w:w="1104" w:type="dxa"/>
            <w:vAlign w:val="center"/>
          </w:tcPr>
          <w:p w14:paraId="12DCABA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6B0DE9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3A57E29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17.22</w:t>
            </w:r>
          </w:p>
        </w:tc>
        <w:tc>
          <w:tcPr>
            <w:tcW w:w="1103" w:type="dxa"/>
            <w:vAlign w:val="center"/>
          </w:tcPr>
          <w:p w14:paraId="589C298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15.01</w:t>
            </w:r>
          </w:p>
        </w:tc>
        <w:tc>
          <w:tcPr>
            <w:tcW w:w="1103" w:type="dxa"/>
            <w:vAlign w:val="center"/>
          </w:tcPr>
          <w:p w14:paraId="79F2BB4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-2.21</w:t>
            </w:r>
          </w:p>
        </w:tc>
        <w:tc>
          <w:tcPr>
            <w:tcW w:w="1103" w:type="dxa"/>
            <w:vAlign w:val="center"/>
          </w:tcPr>
          <w:p w14:paraId="700736F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-2.59</w:t>
            </w:r>
          </w:p>
        </w:tc>
        <w:tc>
          <w:tcPr>
            <w:tcW w:w="1132" w:type="dxa"/>
            <w:vAlign w:val="center"/>
          </w:tcPr>
          <w:p w14:paraId="5FD5313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6.02</w:t>
            </w:r>
          </w:p>
        </w:tc>
      </w:tr>
      <w:tr w:rsidR="004F6A62" w14:paraId="591A8CF9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98FE359" w14:textId="77777777" w:rsidR="004F6A62" w:rsidRDefault="00000000" w:rsidP="003975E2">
            <w:pPr>
              <w:jc w:val="center"/>
            </w:pPr>
            <w:r>
              <w:t>MDR_03</w:t>
            </w:r>
          </w:p>
        </w:tc>
        <w:tc>
          <w:tcPr>
            <w:tcW w:w="1104" w:type="dxa"/>
            <w:vAlign w:val="center"/>
          </w:tcPr>
          <w:p w14:paraId="10118AD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C08858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3DF7EFC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17.22</w:t>
            </w:r>
          </w:p>
        </w:tc>
        <w:tc>
          <w:tcPr>
            <w:tcW w:w="1103" w:type="dxa"/>
            <w:vAlign w:val="center"/>
          </w:tcPr>
          <w:p w14:paraId="6BB572D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15.44</w:t>
            </w:r>
          </w:p>
        </w:tc>
        <w:tc>
          <w:tcPr>
            <w:tcW w:w="1103" w:type="dxa"/>
            <w:vAlign w:val="center"/>
          </w:tcPr>
          <w:p w14:paraId="2B027C2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-1.78</w:t>
            </w:r>
          </w:p>
        </w:tc>
        <w:tc>
          <w:tcPr>
            <w:tcW w:w="1103" w:type="dxa"/>
            <w:vAlign w:val="center"/>
          </w:tcPr>
          <w:p w14:paraId="19613E2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-2.16</w:t>
            </w:r>
          </w:p>
        </w:tc>
        <w:tc>
          <w:tcPr>
            <w:tcW w:w="1132" w:type="dxa"/>
            <w:vAlign w:val="center"/>
          </w:tcPr>
          <w:p w14:paraId="429B410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4.47</w:t>
            </w:r>
          </w:p>
        </w:tc>
      </w:tr>
      <w:tr w:rsidR="004F6A62" w14:paraId="5CAEE861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A9F07B8" w14:textId="77777777" w:rsidR="004F6A62" w:rsidRDefault="00000000" w:rsidP="003975E2">
            <w:pPr>
              <w:jc w:val="center"/>
            </w:pPr>
            <w:r>
              <w:t>MDR_03</w:t>
            </w:r>
          </w:p>
        </w:tc>
        <w:tc>
          <w:tcPr>
            <w:tcW w:w="1104" w:type="dxa"/>
            <w:vAlign w:val="center"/>
          </w:tcPr>
          <w:p w14:paraId="71F800D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244767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2781AEF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17.22</w:t>
            </w:r>
          </w:p>
        </w:tc>
        <w:tc>
          <w:tcPr>
            <w:tcW w:w="1103" w:type="dxa"/>
            <w:vAlign w:val="center"/>
          </w:tcPr>
          <w:p w14:paraId="352102C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16.73</w:t>
            </w:r>
          </w:p>
        </w:tc>
        <w:tc>
          <w:tcPr>
            <w:tcW w:w="1103" w:type="dxa"/>
            <w:vAlign w:val="center"/>
          </w:tcPr>
          <w:p w14:paraId="4E73909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1103" w:type="dxa"/>
            <w:vAlign w:val="center"/>
          </w:tcPr>
          <w:p w14:paraId="427EA89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-0.87</w:t>
            </w:r>
          </w:p>
        </w:tc>
        <w:tc>
          <w:tcPr>
            <w:tcW w:w="1132" w:type="dxa"/>
            <w:vAlign w:val="center"/>
          </w:tcPr>
          <w:p w14:paraId="1016FB2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1.83</w:t>
            </w:r>
          </w:p>
        </w:tc>
      </w:tr>
      <w:tr w:rsidR="004F6A62" w14:paraId="6627CD97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D15B4D2" w14:textId="77777777" w:rsidR="004F6A62" w:rsidRDefault="00000000" w:rsidP="003975E2">
            <w:pPr>
              <w:jc w:val="center"/>
            </w:pPr>
            <w:r>
              <w:t>MDR_04</w:t>
            </w:r>
          </w:p>
        </w:tc>
        <w:tc>
          <w:tcPr>
            <w:tcW w:w="1104" w:type="dxa"/>
            <w:vAlign w:val="center"/>
          </w:tcPr>
          <w:p w14:paraId="04C69F2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2D3695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137DED5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610763F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14.95</w:t>
            </w:r>
          </w:p>
        </w:tc>
        <w:tc>
          <w:tcPr>
            <w:tcW w:w="1103" w:type="dxa"/>
            <w:vAlign w:val="center"/>
          </w:tcPr>
          <w:p w14:paraId="7394005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-2.15</w:t>
            </w:r>
          </w:p>
        </w:tc>
        <w:tc>
          <w:tcPr>
            <w:tcW w:w="1103" w:type="dxa"/>
            <w:vAlign w:val="center"/>
          </w:tcPr>
          <w:p w14:paraId="0FDE914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-2.53</w:t>
            </w:r>
          </w:p>
        </w:tc>
        <w:tc>
          <w:tcPr>
            <w:tcW w:w="1132" w:type="dxa"/>
            <w:vAlign w:val="center"/>
          </w:tcPr>
          <w:p w14:paraId="6878321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5.78</w:t>
            </w:r>
          </w:p>
        </w:tc>
      </w:tr>
      <w:tr w:rsidR="004F6A62" w14:paraId="34A3520C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006FD23" w14:textId="77777777" w:rsidR="004F6A62" w:rsidRDefault="00000000" w:rsidP="003975E2">
            <w:pPr>
              <w:jc w:val="center"/>
            </w:pPr>
            <w:r>
              <w:t>MDR_04</w:t>
            </w:r>
          </w:p>
        </w:tc>
        <w:tc>
          <w:tcPr>
            <w:tcW w:w="1104" w:type="dxa"/>
            <w:vAlign w:val="center"/>
          </w:tcPr>
          <w:p w14:paraId="4729F50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FAA6BD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37F887A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5477E18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15.5</w:t>
            </w:r>
          </w:p>
        </w:tc>
        <w:tc>
          <w:tcPr>
            <w:tcW w:w="1103" w:type="dxa"/>
            <w:vAlign w:val="center"/>
          </w:tcPr>
          <w:p w14:paraId="1613370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-1.6</w:t>
            </w:r>
          </w:p>
        </w:tc>
        <w:tc>
          <w:tcPr>
            <w:tcW w:w="1103" w:type="dxa"/>
            <w:vAlign w:val="center"/>
          </w:tcPr>
          <w:p w14:paraId="7A32081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-1.98</w:t>
            </w:r>
          </w:p>
        </w:tc>
        <w:tc>
          <w:tcPr>
            <w:tcW w:w="1132" w:type="dxa"/>
            <w:vAlign w:val="center"/>
          </w:tcPr>
          <w:p w14:paraId="6C6D355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3.94</w:t>
            </w:r>
          </w:p>
        </w:tc>
      </w:tr>
      <w:tr w:rsidR="004F6A62" w14:paraId="5F35AFB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88F664E" w14:textId="77777777" w:rsidR="004F6A62" w:rsidRDefault="00000000" w:rsidP="003975E2">
            <w:pPr>
              <w:jc w:val="center"/>
            </w:pPr>
            <w:r>
              <w:t>MDR_04</w:t>
            </w:r>
          </w:p>
        </w:tc>
        <w:tc>
          <w:tcPr>
            <w:tcW w:w="1104" w:type="dxa"/>
            <w:vAlign w:val="center"/>
          </w:tcPr>
          <w:p w14:paraId="3054B74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D07B28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6B57A99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1D11346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14.95</w:t>
            </w:r>
          </w:p>
        </w:tc>
        <w:tc>
          <w:tcPr>
            <w:tcW w:w="1103" w:type="dxa"/>
            <w:vAlign w:val="center"/>
          </w:tcPr>
          <w:p w14:paraId="3814690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-2.15</w:t>
            </w:r>
          </w:p>
        </w:tc>
        <w:tc>
          <w:tcPr>
            <w:tcW w:w="1103" w:type="dxa"/>
            <w:vAlign w:val="center"/>
          </w:tcPr>
          <w:p w14:paraId="020EE77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-2.53</w:t>
            </w:r>
          </w:p>
        </w:tc>
        <w:tc>
          <w:tcPr>
            <w:tcW w:w="1132" w:type="dxa"/>
            <w:vAlign w:val="center"/>
          </w:tcPr>
          <w:p w14:paraId="10D1E47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5.78</w:t>
            </w:r>
          </w:p>
        </w:tc>
      </w:tr>
      <w:tr w:rsidR="004F6A62" w14:paraId="0D285F45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9A23F0B" w14:textId="77777777" w:rsidR="004F6A62" w:rsidRDefault="00000000" w:rsidP="003975E2">
            <w:pPr>
              <w:jc w:val="center"/>
            </w:pPr>
            <w:r>
              <w:t>MDR_04</w:t>
            </w:r>
          </w:p>
        </w:tc>
        <w:tc>
          <w:tcPr>
            <w:tcW w:w="1104" w:type="dxa"/>
            <w:vAlign w:val="center"/>
          </w:tcPr>
          <w:p w14:paraId="50595AB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EFB0B6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4FF078B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575383E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15.28</w:t>
            </w:r>
          </w:p>
        </w:tc>
        <w:tc>
          <w:tcPr>
            <w:tcW w:w="1103" w:type="dxa"/>
            <w:vAlign w:val="center"/>
          </w:tcPr>
          <w:p w14:paraId="39F73D8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-1.82</w:t>
            </w:r>
          </w:p>
        </w:tc>
        <w:tc>
          <w:tcPr>
            <w:tcW w:w="1103" w:type="dxa"/>
            <w:vAlign w:val="center"/>
          </w:tcPr>
          <w:p w14:paraId="5D01633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</w:t>
            </w:r>
          </w:p>
        </w:tc>
        <w:tc>
          <w:tcPr>
            <w:tcW w:w="1132" w:type="dxa"/>
            <w:vAlign w:val="center"/>
          </w:tcPr>
          <w:p w14:paraId="19487E7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4.59</w:t>
            </w:r>
          </w:p>
        </w:tc>
      </w:tr>
      <w:tr w:rsidR="004F6A62" w14:paraId="381B1054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0DB8AD8" w14:textId="77777777" w:rsidR="004F6A62" w:rsidRDefault="00000000" w:rsidP="003975E2">
            <w:pPr>
              <w:jc w:val="center"/>
            </w:pPr>
            <w:r>
              <w:t>MDR_04</w:t>
            </w:r>
          </w:p>
        </w:tc>
        <w:tc>
          <w:tcPr>
            <w:tcW w:w="1104" w:type="dxa"/>
            <w:vAlign w:val="center"/>
          </w:tcPr>
          <w:p w14:paraId="616A63D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98469F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77E1500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19C780E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16.61</w:t>
            </w:r>
          </w:p>
        </w:tc>
        <w:tc>
          <w:tcPr>
            <w:tcW w:w="1103" w:type="dxa"/>
            <w:vAlign w:val="center"/>
          </w:tcPr>
          <w:p w14:paraId="15A8AA2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1103" w:type="dxa"/>
            <w:vAlign w:val="center"/>
          </w:tcPr>
          <w:p w14:paraId="0293A52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-0.87</w:t>
            </w:r>
          </w:p>
        </w:tc>
        <w:tc>
          <w:tcPr>
            <w:tcW w:w="1132" w:type="dxa"/>
            <w:vAlign w:val="center"/>
          </w:tcPr>
          <w:p w14:paraId="7532C77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1.83</w:t>
            </w:r>
          </w:p>
        </w:tc>
      </w:tr>
      <w:tr w:rsidR="004F6A62" w14:paraId="3FBDAC6B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14E26E2" w14:textId="77777777" w:rsidR="004F6A62" w:rsidRDefault="00000000" w:rsidP="003975E2">
            <w:pPr>
              <w:jc w:val="center"/>
            </w:pPr>
            <w:r>
              <w:t>MDR_05</w:t>
            </w:r>
          </w:p>
        </w:tc>
        <w:tc>
          <w:tcPr>
            <w:tcW w:w="1104" w:type="dxa"/>
            <w:vAlign w:val="center"/>
          </w:tcPr>
          <w:p w14:paraId="2E3660B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728A07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6CA21BF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17.18</w:t>
            </w:r>
          </w:p>
        </w:tc>
        <w:tc>
          <w:tcPr>
            <w:tcW w:w="1103" w:type="dxa"/>
            <w:vAlign w:val="center"/>
          </w:tcPr>
          <w:p w14:paraId="2216A8B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15.01</w:t>
            </w:r>
          </w:p>
        </w:tc>
        <w:tc>
          <w:tcPr>
            <w:tcW w:w="1103" w:type="dxa"/>
            <w:vAlign w:val="center"/>
          </w:tcPr>
          <w:p w14:paraId="5A536F4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-2.17</w:t>
            </w:r>
          </w:p>
        </w:tc>
        <w:tc>
          <w:tcPr>
            <w:tcW w:w="1103" w:type="dxa"/>
            <w:vAlign w:val="center"/>
          </w:tcPr>
          <w:p w14:paraId="4DE1388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-2.55</w:t>
            </w:r>
          </w:p>
        </w:tc>
        <w:tc>
          <w:tcPr>
            <w:tcW w:w="1132" w:type="dxa"/>
            <w:vAlign w:val="center"/>
          </w:tcPr>
          <w:p w14:paraId="5443952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5.86</w:t>
            </w:r>
          </w:p>
        </w:tc>
      </w:tr>
      <w:tr w:rsidR="004F6A62" w14:paraId="248133D1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A8C6800" w14:textId="77777777" w:rsidR="004F6A62" w:rsidRDefault="00000000" w:rsidP="003975E2">
            <w:pPr>
              <w:jc w:val="center"/>
            </w:pPr>
            <w:r>
              <w:t>MDR_05</w:t>
            </w:r>
          </w:p>
        </w:tc>
        <w:tc>
          <w:tcPr>
            <w:tcW w:w="1104" w:type="dxa"/>
            <w:vAlign w:val="center"/>
          </w:tcPr>
          <w:p w14:paraId="277EADC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1DC923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45E21E4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17.18</w:t>
            </w:r>
          </w:p>
        </w:tc>
        <w:tc>
          <w:tcPr>
            <w:tcW w:w="1103" w:type="dxa"/>
            <w:vAlign w:val="center"/>
          </w:tcPr>
          <w:p w14:paraId="0EB12D0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15.58</w:t>
            </w:r>
          </w:p>
        </w:tc>
        <w:tc>
          <w:tcPr>
            <w:tcW w:w="1103" w:type="dxa"/>
            <w:vAlign w:val="center"/>
          </w:tcPr>
          <w:p w14:paraId="3E19B3E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-1.6</w:t>
            </w:r>
          </w:p>
        </w:tc>
        <w:tc>
          <w:tcPr>
            <w:tcW w:w="1103" w:type="dxa"/>
            <w:vAlign w:val="center"/>
          </w:tcPr>
          <w:p w14:paraId="7B173B2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-1.98</w:t>
            </w:r>
          </w:p>
        </w:tc>
        <w:tc>
          <w:tcPr>
            <w:tcW w:w="1132" w:type="dxa"/>
            <w:vAlign w:val="center"/>
          </w:tcPr>
          <w:p w14:paraId="4545DEC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3.94</w:t>
            </w:r>
          </w:p>
        </w:tc>
      </w:tr>
      <w:tr w:rsidR="004F6A62" w14:paraId="4A926737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BADAE7F" w14:textId="77777777" w:rsidR="004F6A62" w:rsidRDefault="00000000" w:rsidP="003975E2">
            <w:pPr>
              <w:jc w:val="center"/>
            </w:pPr>
            <w:r>
              <w:t>MDR_05</w:t>
            </w:r>
          </w:p>
        </w:tc>
        <w:tc>
          <w:tcPr>
            <w:tcW w:w="1104" w:type="dxa"/>
            <w:vAlign w:val="center"/>
          </w:tcPr>
          <w:p w14:paraId="210C024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4BF08F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0FC8FDE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17.18</w:t>
            </w:r>
          </w:p>
        </w:tc>
        <w:tc>
          <w:tcPr>
            <w:tcW w:w="1103" w:type="dxa"/>
            <w:vAlign w:val="center"/>
          </w:tcPr>
          <w:p w14:paraId="2CC028A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15.08</w:t>
            </w:r>
          </w:p>
        </w:tc>
        <w:tc>
          <w:tcPr>
            <w:tcW w:w="1103" w:type="dxa"/>
            <w:vAlign w:val="center"/>
          </w:tcPr>
          <w:p w14:paraId="62E57EC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</w:t>
            </w:r>
          </w:p>
        </w:tc>
        <w:tc>
          <w:tcPr>
            <w:tcW w:w="1103" w:type="dxa"/>
            <w:vAlign w:val="center"/>
          </w:tcPr>
          <w:p w14:paraId="193DF49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-2.48</w:t>
            </w:r>
          </w:p>
        </w:tc>
        <w:tc>
          <w:tcPr>
            <w:tcW w:w="1132" w:type="dxa"/>
            <w:vAlign w:val="center"/>
          </w:tcPr>
          <w:p w14:paraId="78DCD2D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5.58</w:t>
            </w:r>
          </w:p>
        </w:tc>
      </w:tr>
      <w:tr w:rsidR="004F6A62" w14:paraId="7B0F49AE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D8E776E" w14:textId="77777777" w:rsidR="004F6A62" w:rsidRDefault="00000000" w:rsidP="003975E2">
            <w:pPr>
              <w:jc w:val="center"/>
            </w:pPr>
            <w:r>
              <w:t>MDR_05</w:t>
            </w:r>
          </w:p>
        </w:tc>
        <w:tc>
          <w:tcPr>
            <w:tcW w:w="1104" w:type="dxa"/>
            <w:vAlign w:val="center"/>
          </w:tcPr>
          <w:p w14:paraId="0D88979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C2D6E8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05F5FAA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17.18</w:t>
            </w:r>
          </w:p>
        </w:tc>
        <w:tc>
          <w:tcPr>
            <w:tcW w:w="1103" w:type="dxa"/>
            <w:vAlign w:val="center"/>
          </w:tcPr>
          <w:p w14:paraId="489C8DD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15.41</w:t>
            </w:r>
          </w:p>
        </w:tc>
        <w:tc>
          <w:tcPr>
            <w:tcW w:w="1103" w:type="dxa"/>
            <w:vAlign w:val="center"/>
          </w:tcPr>
          <w:p w14:paraId="38FA300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-1.77</w:t>
            </w:r>
          </w:p>
        </w:tc>
        <w:tc>
          <w:tcPr>
            <w:tcW w:w="1103" w:type="dxa"/>
            <w:vAlign w:val="center"/>
          </w:tcPr>
          <w:p w14:paraId="7112060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-2.15</w:t>
            </w:r>
          </w:p>
        </w:tc>
        <w:tc>
          <w:tcPr>
            <w:tcW w:w="1132" w:type="dxa"/>
            <w:vAlign w:val="center"/>
          </w:tcPr>
          <w:p w14:paraId="5B7D902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4.44</w:t>
            </w:r>
          </w:p>
        </w:tc>
      </w:tr>
      <w:tr w:rsidR="004F6A62" w14:paraId="51B4F81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48A968B" w14:textId="77777777" w:rsidR="004F6A62" w:rsidRDefault="00000000" w:rsidP="003975E2">
            <w:pPr>
              <w:jc w:val="center"/>
            </w:pPr>
            <w:r>
              <w:t>MDR_05</w:t>
            </w:r>
          </w:p>
        </w:tc>
        <w:tc>
          <w:tcPr>
            <w:tcW w:w="1104" w:type="dxa"/>
            <w:vAlign w:val="center"/>
          </w:tcPr>
          <w:p w14:paraId="23BE0F9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D67E29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256C046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17.18</w:t>
            </w:r>
          </w:p>
        </w:tc>
        <w:tc>
          <w:tcPr>
            <w:tcW w:w="1103" w:type="dxa"/>
            <w:vAlign w:val="center"/>
          </w:tcPr>
          <w:p w14:paraId="3BF0FB6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16.69</w:t>
            </w:r>
          </w:p>
        </w:tc>
        <w:tc>
          <w:tcPr>
            <w:tcW w:w="1103" w:type="dxa"/>
            <w:vAlign w:val="center"/>
          </w:tcPr>
          <w:p w14:paraId="26EA0D3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1103" w:type="dxa"/>
            <w:vAlign w:val="center"/>
          </w:tcPr>
          <w:p w14:paraId="7C09CC8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-0.87</w:t>
            </w:r>
          </w:p>
        </w:tc>
        <w:tc>
          <w:tcPr>
            <w:tcW w:w="1132" w:type="dxa"/>
            <w:vAlign w:val="center"/>
          </w:tcPr>
          <w:p w14:paraId="1EF9015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1.83</w:t>
            </w:r>
          </w:p>
        </w:tc>
      </w:tr>
      <w:tr w:rsidR="004F6A62" w14:paraId="6FAF6EE7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69D6404" w14:textId="77777777" w:rsidR="004F6A62" w:rsidRDefault="00000000" w:rsidP="003975E2">
            <w:pPr>
              <w:jc w:val="center"/>
            </w:pPr>
            <w:r>
              <w:t>MDR_06</w:t>
            </w:r>
          </w:p>
        </w:tc>
        <w:tc>
          <w:tcPr>
            <w:tcW w:w="1104" w:type="dxa"/>
            <w:vAlign w:val="center"/>
          </w:tcPr>
          <w:p w14:paraId="7F12BDF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D0FE9F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368F1B7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2B1D9EA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15.11</w:t>
            </w:r>
          </w:p>
        </w:tc>
        <w:tc>
          <w:tcPr>
            <w:tcW w:w="1103" w:type="dxa"/>
            <w:vAlign w:val="center"/>
          </w:tcPr>
          <w:p w14:paraId="2A5CB1F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-2.14</w:t>
            </w:r>
          </w:p>
        </w:tc>
        <w:tc>
          <w:tcPr>
            <w:tcW w:w="1103" w:type="dxa"/>
            <w:vAlign w:val="center"/>
          </w:tcPr>
          <w:p w14:paraId="4123C17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-2.52</w:t>
            </w:r>
          </w:p>
        </w:tc>
        <w:tc>
          <w:tcPr>
            <w:tcW w:w="1132" w:type="dxa"/>
            <w:vAlign w:val="center"/>
          </w:tcPr>
          <w:p w14:paraId="13C10A2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5.74</w:t>
            </w:r>
          </w:p>
        </w:tc>
      </w:tr>
      <w:tr w:rsidR="004F6A62" w14:paraId="7B1DCC9D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83E93F9" w14:textId="77777777" w:rsidR="004F6A62" w:rsidRDefault="00000000" w:rsidP="003975E2">
            <w:pPr>
              <w:jc w:val="center"/>
            </w:pPr>
            <w:r>
              <w:t>MDR_06</w:t>
            </w:r>
          </w:p>
        </w:tc>
        <w:tc>
          <w:tcPr>
            <w:tcW w:w="1104" w:type="dxa"/>
            <w:vAlign w:val="center"/>
          </w:tcPr>
          <w:p w14:paraId="53BF7B4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3E8C84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445921B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2A6E568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15.61</w:t>
            </w:r>
          </w:p>
        </w:tc>
        <w:tc>
          <w:tcPr>
            <w:tcW w:w="1103" w:type="dxa"/>
            <w:vAlign w:val="center"/>
          </w:tcPr>
          <w:p w14:paraId="65FB0B2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-1.64</w:t>
            </w:r>
          </w:p>
        </w:tc>
        <w:tc>
          <w:tcPr>
            <w:tcW w:w="1103" w:type="dxa"/>
            <w:vAlign w:val="center"/>
          </w:tcPr>
          <w:p w14:paraId="6AE6DBC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-2.02</w:t>
            </w:r>
          </w:p>
        </w:tc>
        <w:tc>
          <w:tcPr>
            <w:tcW w:w="1132" w:type="dxa"/>
            <w:vAlign w:val="center"/>
          </w:tcPr>
          <w:p w14:paraId="35899B7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4.06</w:t>
            </w:r>
          </w:p>
        </w:tc>
      </w:tr>
      <w:tr w:rsidR="004F6A62" w14:paraId="308BD501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13F9F91" w14:textId="77777777" w:rsidR="004F6A62" w:rsidRDefault="00000000" w:rsidP="003975E2">
            <w:pPr>
              <w:jc w:val="center"/>
            </w:pPr>
            <w:r>
              <w:t>MDR_06</w:t>
            </w:r>
          </w:p>
        </w:tc>
        <w:tc>
          <w:tcPr>
            <w:tcW w:w="1104" w:type="dxa"/>
            <w:vAlign w:val="center"/>
          </w:tcPr>
          <w:p w14:paraId="40D9535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C5E3BD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762B8DA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7FE585E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15.12</w:t>
            </w:r>
          </w:p>
        </w:tc>
        <w:tc>
          <w:tcPr>
            <w:tcW w:w="1103" w:type="dxa"/>
            <w:vAlign w:val="center"/>
          </w:tcPr>
          <w:p w14:paraId="234EA0B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-2.13</w:t>
            </w:r>
          </w:p>
        </w:tc>
        <w:tc>
          <w:tcPr>
            <w:tcW w:w="1103" w:type="dxa"/>
            <w:vAlign w:val="center"/>
          </w:tcPr>
          <w:p w14:paraId="1A79914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-2.51</w:t>
            </w:r>
          </w:p>
        </w:tc>
        <w:tc>
          <w:tcPr>
            <w:tcW w:w="1132" w:type="dxa"/>
            <w:vAlign w:val="center"/>
          </w:tcPr>
          <w:p w14:paraId="44C7657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</w:t>
            </w:r>
          </w:p>
        </w:tc>
      </w:tr>
      <w:tr w:rsidR="004F6A62" w14:paraId="6D843B41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F77543C" w14:textId="77777777" w:rsidR="004F6A62" w:rsidRDefault="00000000" w:rsidP="003975E2">
            <w:pPr>
              <w:jc w:val="center"/>
            </w:pPr>
            <w:r>
              <w:t>MDR_06</w:t>
            </w:r>
          </w:p>
        </w:tc>
        <w:tc>
          <w:tcPr>
            <w:tcW w:w="1104" w:type="dxa"/>
            <w:vAlign w:val="center"/>
          </w:tcPr>
          <w:p w14:paraId="1FE78FF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189B3B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6ABF6E6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4CFB753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15.48</w:t>
            </w:r>
          </w:p>
        </w:tc>
        <w:tc>
          <w:tcPr>
            <w:tcW w:w="1103" w:type="dxa"/>
            <w:vAlign w:val="center"/>
          </w:tcPr>
          <w:p w14:paraId="65CC3B8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-1.77</w:t>
            </w:r>
          </w:p>
        </w:tc>
        <w:tc>
          <w:tcPr>
            <w:tcW w:w="1103" w:type="dxa"/>
            <w:vAlign w:val="center"/>
          </w:tcPr>
          <w:p w14:paraId="6714C2F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-2.15</w:t>
            </w:r>
          </w:p>
        </w:tc>
        <w:tc>
          <w:tcPr>
            <w:tcW w:w="1132" w:type="dxa"/>
            <w:vAlign w:val="center"/>
          </w:tcPr>
          <w:p w14:paraId="228899E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4.44</w:t>
            </w:r>
          </w:p>
        </w:tc>
      </w:tr>
      <w:tr w:rsidR="004F6A62" w14:paraId="6E518C10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4E229BF" w14:textId="77777777" w:rsidR="004F6A62" w:rsidRDefault="00000000" w:rsidP="003975E2">
            <w:pPr>
              <w:jc w:val="center"/>
            </w:pPr>
            <w:r>
              <w:t>MDR_06</w:t>
            </w:r>
          </w:p>
        </w:tc>
        <w:tc>
          <w:tcPr>
            <w:tcW w:w="1104" w:type="dxa"/>
            <w:vAlign w:val="center"/>
          </w:tcPr>
          <w:p w14:paraId="7368450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22DD43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33325F4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2E7EDE5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16.76</w:t>
            </w:r>
          </w:p>
        </w:tc>
        <w:tc>
          <w:tcPr>
            <w:tcW w:w="1103" w:type="dxa"/>
            <w:vAlign w:val="center"/>
          </w:tcPr>
          <w:p w14:paraId="5424D0D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1103" w:type="dxa"/>
            <w:vAlign w:val="center"/>
          </w:tcPr>
          <w:p w14:paraId="236D10D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-0.87</w:t>
            </w:r>
          </w:p>
        </w:tc>
        <w:tc>
          <w:tcPr>
            <w:tcW w:w="1132" w:type="dxa"/>
            <w:vAlign w:val="center"/>
          </w:tcPr>
          <w:p w14:paraId="2A2BD32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1.83</w:t>
            </w:r>
          </w:p>
        </w:tc>
      </w:tr>
      <w:tr w:rsidR="004F6A62" w14:paraId="50F3BEFE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977216C" w14:textId="77777777" w:rsidR="004F6A62" w:rsidRDefault="00000000" w:rsidP="003975E2">
            <w:pPr>
              <w:jc w:val="center"/>
            </w:pPr>
            <w:r>
              <w:t>MDR_07</w:t>
            </w:r>
          </w:p>
        </w:tc>
        <w:tc>
          <w:tcPr>
            <w:tcW w:w="1104" w:type="dxa"/>
            <w:vAlign w:val="center"/>
          </w:tcPr>
          <w:p w14:paraId="7A49FD6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38A679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6FB45D9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75789A3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14.96</w:t>
            </w:r>
          </w:p>
        </w:tc>
        <w:tc>
          <w:tcPr>
            <w:tcW w:w="1103" w:type="dxa"/>
            <w:vAlign w:val="center"/>
          </w:tcPr>
          <w:p w14:paraId="2EC0265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-2.16</w:t>
            </w:r>
          </w:p>
        </w:tc>
        <w:tc>
          <w:tcPr>
            <w:tcW w:w="1103" w:type="dxa"/>
            <w:vAlign w:val="center"/>
          </w:tcPr>
          <w:p w14:paraId="1C8B97A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-2.54</w:t>
            </w:r>
          </w:p>
        </w:tc>
        <w:tc>
          <w:tcPr>
            <w:tcW w:w="1132" w:type="dxa"/>
            <w:vAlign w:val="center"/>
          </w:tcPr>
          <w:p w14:paraId="3246609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5.82</w:t>
            </w:r>
          </w:p>
        </w:tc>
      </w:tr>
      <w:tr w:rsidR="004F6A62" w14:paraId="348EFF1E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1F2FD14" w14:textId="77777777" w:rsidR="004F6A62" w:rsidRDefault="00000000" w:rsidP="003975E2">
            <w:pPr>
              <w:jc w:val="center"/>
            </w:pPr>
            <w:r>
              <w:t>MDR_07</w:t>
            </w:r>
          </w:p>
        </w:tc>
        <w:tc>
          <w:tcPr>
            <w:tcW w:w="1104" w:type="dxa"/>
            <w:vAlign w:val="center"/>
          </w:tcPr>
          <w:p w14:paraId="51E3A3D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5110BB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19FBC73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6B178C3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15.51</w:t>
            </w:r>
          </w:p>
        </w:tc>
        <w:tc>
          <w:tcPr>
            <w:tcW w:w="1103" w:type="dxa"/>
            <w:vAlign w:val="center"/>
          </w:tcPr>
          <w:p w14:paraId="016AC2A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-1.61</w:t>
            </w:r>
          </w:p>
        </w:tc>
        <w:tc>
          <w:tcPr>
            <w:tcW w:w="1103" w:type="dxa"/>
            <w:vAlign w:val="center"/>
          </w:tcPr>
          <w:p w14:paraId="77BAE5D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-1.99</w:t>
            </w:r>
          </w:p>
        </w:tc>
        <w:tc>
          <w:tcPr>
            <w:tcW w:w="1132" w:type="dxa"/>
            <w:vAlign w:val="center"/>
          </w:tcPr>
          <w:p w14:paraId="58118E5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3.97</w:t>
            </w:r>
          </w:p>
        </w:tc>
      </w:tr>
      <w:tr w:rsidR="004F6A62" w14:paraId="7DFF01A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CDDF55E" w14:textId="77777777" w:rsidR="004F6A62" w:rsidRDefault="00000000" w:rsidP="003975E2">
            <w:pPr>
              <w:jc w:val="center"/>
            </w:pPr>
            <w:r>
              <w:t>MDR_07</w:t>
            </w:r>
          </w:p>
        </w:tc>
        <w:tc>
          <w:tcPr>
            <w:tcW w:w="1104" w:type="dxa"/>
            <w:vAlign w:val="center"/>
          </w:tcPr>
          <w:p w14:paraId="1A1AFE5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89B94A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23A20CE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1AD6C68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15.01</w:t>
            </w:r>
          </w:p>
        </w:tc>
        <w:tc>
          <w:tcPr>
            <w:tcW w:w="1103" w:type="dxa"/>
            <w:vAlign w:val="center"/>
          </w:tcPr>
          <w:p w14:paraId="3C8AE82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-2.11</w:t>
            </w:r>
          </w:p>
        </w:tc>
        <w:tc>
          <w:tcPr>
            <w:tcW w:w="1103" w:type="dxa"/>
            <w:vAlign w:val="center"/>
          </w:tcPr>
          <w:p w14:paraId="37F837F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-2.49</w:t>
            </w:r>
          </w:p>
        </w:tc>
        <w:tc>
          <w:tcPr>
            <w:tcW w:w="1132" w:type="dxa"/>
            <w:vAlign w:val="center"/>
          </w:tcPr>
          <w:p w14:paraId="4886FF5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5.62</w:t>
            </w:r>
          </w:p>
        </w:tc>
      </w:tr>
      <w:tr w:rsidR="004F6A62" w14:paraId="35E7D900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AEE407A" w14:textId="77777777" w:rsidR="004F6A62" w:rsidRDefault="00000000" w:rsidP="003975E2">
            <w:pPr>
              <w:jc w:val="center"/>
            </w:pPr>
            <w:r>
              <w:t>MDR_07</w:t>
            </w:r>
          </w:p>
        </w:tc>
        <w:tc>
          <w:tcPr>
            <w:tcW w:w="1104" w:type="dxa"/>
            <w:vAlign w:val="center"/>
          </w:tcPr>
          <w:p w14:paraId="612C4AC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B3DB8E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09EBD62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37846F3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15.31</w:t>
            </w:r>
          </w:p>
        </w:tc>
        <w:tc>
          <w:tcPr>
            <w:tcW w:w="1103" w:type="dxa"/>
            <w:vAlign w:val="center"/>
          </w:tcPr>
          <w:p w14:paraId="6EAB55E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-1.81</w:t>
            </w:r>
          </w:p>
        </w:tc>
        <w:tc>
          <w:tcPr>
            <w:tcW w:w="1103" w:type="dxa"/>
            <w:vAlign w:val="center"/>
          </w:tcPr>
          <w:p w14:paraId="3E0BD00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-2.19</w:t>
            </w:r>
          </w:p>
        </w:tc>
        <w:tc>
          <w:tcPr>
            <w:tcW w:w="1132" w:type="dxa"/>
            <w:vAlign w:val="center"/>
          </w:tcPr>
          <w:p w14:paraId="66390E5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4.56</w:t>
            </w:r>
          </w:p>
        </w:tc>
      </w:tr>
      <w:tr w:rsidR="004F6A62" w14:paraId="5261A639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A7CB416" w14:textId="77777777" w:rsidR="004F6A62" w:rsidRDefault="00000000" w:rsidP="003975E2">
            <w:pPr>
              <w:jc w:val="center"/>
            </w:pPr>
            <w:r>
              <w:t>MDR_07</w:t>
            </w:r>
          </w:p>
        </w:tc>
        <w:tc>
          <w:tcPr>
            <w:tcW w:w="1104" w:type="dxa"/>
            <w:vAlign w:val="center"/>
          </w:tcPr>
          <w:p w14:paraId="3D1576B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B78830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59478BF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28D2713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16.63</w:t>
            </w:r>
          </w:p>
        </w:tc>
        <w:tc>
          <w:tcPr>
            <w:tcW w:w="1103" w:type="dxa"/>
            <w:vAlign w:val="center"/>
          </w:tcPr>
          <w:p w14:paraId="2C4DC13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1103" w:type="dxa"/>
            <w:vAlign w:val="center"/>
          </w:tcPr>
          <w:p w14:paraId="3DFB29D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-0.87</w:t>
            </w:r>
          </w:p>
        </w:tc>
        <w:tc>
          <w:tcPr>
            <w:tcW w:w="1132" w:type="dxa"/>
            <w:vAlign w:val="center"/>
          </w:tcPr>
          <w:p w14:paraId="6780C71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1.83</w:t>
            </w:r>
          </w:p>
        </w:tc>
      </w:tr>
      <w:tr w:rsidR="004F6A62" w14:paraId="77A8C7A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732CAC0" w14:textId="77777777" w:rsidR="004F6A62" w:rsidRDefault="00000000" w:rsidP="003975E2">
            <w:pPr>
              <w:jc w:val="center"/>
            </w:pPr>
            <w:r>
              <w:t>MDR_08</w:t>
            </w:r>
          </w:p>
        </w:tc>
        <w:tc>
          <w:tcPr>
            <w:tcW w:w="1104" w:type="dxa"/>
            <w:vAlign w:val="center"/>
          </w:tcPr>
          <w:p w14:paraId="4298ECC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FBFB37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785549D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17.08</w:t>
            </w:r>
          </w:p>
        </w:tc>
        <w:tc>
          <w:tcPr>
            <w:tcW w:w="1103" w:type="dxa"/>
            <w:vAlign w:val="center"/>
          </w:tcPr>
          <w:p w14:paraId="7AFE234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14.93</w:t>
            </w:r>
          </w:p>
        </w:tc>
        <w:tc>
          <w:tcPr>
            <w:tcW w:w="1103" w:type="dxa"/>
            <w:vAlign w:val="center"/>
          </w:tcPr>
          <w:p w14:paraId="029B5B5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-2.15</w:t>
            </w:r>
          </w:p>
        </w:tc>
        <w:tc>
          <w:tcPr>
            <w:tcW w:w="1103" w:type="dxa"/>
            <w:vAlign w:val="center"/>
          </w:tcPr>
          <w:p w14:paraId="1D0BF3A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-2.53</w:t>
            </w:r>
          </w:p>
        </w:tc>
        <w:tc>
          <w:tcPr>
            <w:tcW w:w="1132" w:type="dxa"/>
            <w:vAlign w:val="center"/>
          </w:tcPr>
          <w:p w14:paraId="6E8ECF0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5.78</w:t>
            </w:r>
          </w:p>
        </w:tc>
      </w:tr>
      <w:tr w:rsidR="004F6A62" w14:paraId="5D1595AB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0FF835F" w14:textId="77777777" w:rsidR="004F6A62" w:rsidRDefault="00000000" w:rsidP="003975E2">
            <w:pPr>
              <w:jc w:val="center"/>
            </w:pPr>
            <w:r>
              <w:t>MDR_08</w:t>
            </w:r>
          </w:p>
        </w:tc>
        <w:tc>
          <w:tcPr>
            <w:tcW w:w="1104" w:type="dxa"/>
            <w:vAlign w:val="center"/>
          </w:tcPr>
          <w:p w14:paraId="055F8E2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DDE5D2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16A9080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17.08</w:t>
            </w:r>
          </w:p>
        </w:tc>
        <w:tc>
          <w:tcPr>
            <w:tcW w:w="1103" w:type="dxa"/>
            <w:vAlign w:val="center"/>
          </w:tcPr>
          <w:p w14:paraId="6DA59A0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15.45</w:t>
            </w:r>
          </w:p>
        </w:tc>
        <w:tc>
          <w:tcPr>
            <w:tcW w:w="1103" w:type="dxa"/>
            <w:vAlign w:val="center"/>
          </w:tcPr>
          <w:p w14:paraId="051211A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-1.63</w:t>
            </w:r>
          </w:p>
        </w:tc>
        <w:tc>
          <w:tcPr>
            <w:tcW w:w="1103" w:type="dxa"/>
            <w:vAlign w:val="center"/>
          </w:tcPr>
          <w:p w14:paraId="213CD05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-2.01</w:t>
            </w:r>
          </w:p>
        </w:tc>
        <w:tc>
          <w:tcPr>
            <w:tcW w:w="1132" w:type="dxa"/>
            <w:vAlign w:val="center"/>
          </w:tcPr>
          <w:p w14:paraId="3510B5A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4.03</w:t>
            </w:r>
          </w:p>
        </w:tc>
      </w:tr>
      <w:tr w:rsidR="004F6A62" w14:paraId="5C012E09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01B9E56" w14:textId="77777777" w:rsidR="004F6A62" w:rsidRDefault="00000000" w:rsidP="003975E2">
            <w:pPr>
              <w:jc w:val="center"/>
            </w:pPr>
            <w:r>
              <w:t>MDR_08</w:t>
            </w:r>
          </w:p>
        </w:tc>
        <w:tc>
          <w:tcPr>
            <w:tcW w:w="1104" w:type="dxa"/>
            <w:vAlign w:val="center"/>
          </w:tcPr>
          <w:p w14:paraId="5E95FB3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AD3731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5CF38B8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17.08</w:t>
            </w:r>
          </w:p>
        </w:tc>
        <w:tc>
          <w:tcPr>
            <w:tcW w:w="1103" w:type="dxa"/>
            <w:vAlign w:val="center"/>
          </w:tcPr>
          <w:p w14:paraId="063CA72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14.92</w:t>
            </w:r>
          </w:p>
        </w:tc>
        <w:tc>
          <w:tcPr>
            <w:tcW w:w="1103" w:type="dxa"/>
            <w:vAlign w:val="center"/>
          </w:tcPr>
          <w:p w14:paraId="5FE4D58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-2.16</w:t>
            </w:r>
          </w:p>
        </w:tc>
        <w:tc>
          <w:tcPr>
            <w:tcW w:w="1103" w:type="dxa"/>
            <w:vAlign w:val="center"/>
          </w:tcPr>
          <w:p w14:paraId="68E0D13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-2.54</w:t>
            </w:r>
          </w:p>
        </w:tc>
        <w:tc>
          <w:tcPr>
            <w:tcW w:w="1132" w:type="dxa"/>
            <w:vAlign w:val="center"/>
          </w:tcPr>
          <w:p w14:paraId="13C7332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5.82</w:t>
            </w:r>
          </w:p>
        </w:tc>
      </w:tr>
      <w:tr w:rsidR="004F6A62" w14:paraId="47E2BBAC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4500030" w14:textId="77777777" w:rsidR="004F6A62" w:rsidRDefault="00000000" w:rsidP="003975E2">
            <w:pPr>
              <w:jc w:val="center"/>
            </w:pPr>
            <w:r>
              <w:t>MDR_08</w:t>
            </w:r>
          </w:p>
        </w:tc>
        <w:tc>
          <w:tcPr>
            <w:tcW w:w="1104" w:type="dxa"/>
            <w:vAlign w:val="center"/>
          </w:tcPr>
          <w:p w14:paraId="7C24010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C47A63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33BF27A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17.08</w:t>
            </w:r>
          </w:p>
        </w:tc>
        <w:tc>
          <w:tcPr>
            <w:tcW w:w="1103" w:type="dxa"/>
            <w:vAlign w:val="center"/>
          </w:tcPr>
          <w:p w14:paraId="4761E01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15.28</w:t>
            </w:r>
          </w:p>
        </w:tc>
        <w:tc>
          <w:tcPr>
            <w:tcW w:w="1103" w:type="dxa"/>
            <w:vAlign w:val="center"/>
          </w:tcPr>
          <w:p w14:paraId="10DE3D0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</w:t>
            </w:r>
          </w:p>
        </w:tc>
        <w:tc>
          <w:tcPr>
            <w:tcW w:w="1103" w:type="dxa"/>
            <w:vAlign w:val="center"/>
          </w:tcPr>
          <w:p w14:paraId="38D70BC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-2.18</w:t>
            </w:r>
          </w:p>
        </w:tc>
        <w:tc>
          <w:tcPr>
            <w:tcW w:w="1132" w:type="dxa"/>
            <w:vAlign w:val="center"/>
          </w:tcPr>
          <w:p w14:paraId="2CEAD46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4.53</w:t>
            </w:r>
          </w:p>
        </w:tc>
      </w:tr>
      <w:tr w:rsidR="004F6A62" w14:paraId="0D655E21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04689ED" w14:textId="77777777" w:rsidR="004F6A62" w:rsidRDefault="00000000" w:rsidP="003975E2">
            <w:pPr>
              <w:jc w:val="center"/>
            </w:pPr>
            <w:r>
              <w:t>MDR_08</w:t>
            </w:r>
          </w:p>
        </w:tc>
        <w:tc>
          <w:tcPr>
            <w:tcW w:w="1104" w:type="dxa"/>
            <w:vAlign w:val="center"/>
          </w:tcPr>
          <w:p w14:paraId="0D263E2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F2A93E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6F79519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17.08</w:t>
            </w:r>
          </w:p>
        </w:tc>
        <w:tc>
          <w:tcPr>
            <w:tcW w:w="1103" w:type="dxa"/>
            <w:vAlign w:val="center"/>
          </w:tcPr>
          <w:p w14:paraId="1C3D23E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16.59</w:t>
            </w:r>
          </w:p>
        </w:tc>
        <w:tc>
          <w:tcPr>
            <w:tcW w:w="1103" w:type="dxa"/>
            <w:vAlign w:val="center"/>
          </w:tcPr>
          <w:p w14:paraId="7096C7A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1103" w:type="dxa"/>
            <w:vAlign w:val="center"/>
          </w:tcPr>
          <w:p w14:paraId="63764C1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-0.87</w:t>
            </w:r>
          </w:p>
        </w:tc>
        <w:tc>
          <w:tcPr>
            <w:tcW w:w="1132" w:type="dxa"/>
            <w:vAlign w:val="center"/>
          </w:tcPr>
          <w:p w14:paraId="4C5253C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1.83</w:t>
            </w:r>
          </w:p>
        </w:tc>
      </w:tr>
      <w:tr w:rsidR="004F6A62" w14:paraId="695A425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4D8C121" w14:textId="77777777" w:rsidR="004F6A62" w:rsidRDefault="00000000" w:rsidP="003975E2">
            <w:pPr>
              <w:jc w:val="center"/>
            </w:pPr>
            <w:r>
              <w:lastRenderedPageBreak/>
              <w:t>MDR_09</w:t>
            </w:r>
          </w:p>
        </w:tc>
        <w:tc>
          <w:tcPr>
            <w:tcW w:w="1104" w:type="dxa"/>
            <w:vAlign w:val="center"/>
          </w:tcPr>
          <w:p w14:paraId="0A75B7C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117136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4D4FF0F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0EDB32E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15.15</w:t>
            </w:r>
          </w:p>
        </w:tc>
        <w:tc>
          <w:tcPr>
            <w:tcW w:w="1103" w:type="dxa"/>
            <w:vAlign w:val="center"/>
          </w:tcPr>
          <w:p w14:paraId="0A3DA51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-2.15</w:t>
            </w:r>
          </w:p>
        </w:tc>
        <w:tc>
          <w:tcPr>
            <w:tcW w:w="1103" w:type="dxa"/>
            <w:vAlign w:val="center"/>
          </w:tcPr>
          <w:p w14:paraId="79F3018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-2.53</w:t>
            </w:r>
          </w:p>
        </w:tc>
        <w:tc>
          <w:tcPr>
            <w:tcW w:w="1132" w:type="dxa"/>
            <w:vAlign w:val="center"/>
          </w:tcPr>
          <w:p w14:paraId="7A8F5FC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5.78</w:t>
            </w:r>
          </w:p>
        </w:tc>
      </w:tr>
      <w:tr w:rsidR="004F6A62" w14:paraId="1142E7C9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6AEDBFE" w14:textId="77777777" w:rsidR="004F6A62" w:rsidRDefault="00000000" w:rsidP="003975E2">
            <w:pPr>
              <w:jc w:val="center"/>
            </w:pPr>
            <w:r>
              <w:t>MDR_09</w:t>
            </w:r>
          </w:p>
        </w:tc>
        <w:tc>
          <w:tcPr>
            <w:tcW w:w="1104" w:type="dxa"/>
            <w:vAlign w:val="center"/>
          </w:tcPr>
          <w:p w14:paraId="3D3A6C7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55F551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354F261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38764EE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15.65</w:t>
            </w:r>
          </w:p>
        </w:tc>
        <w:tc>
          <w:tcPr>
            <w:tcW w:w="1103" w:type="dxa"/>
            <w:vAlign w:val="center"/>
          </w:tcPr>
          <w:p w14:paraId="2DBDAD0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-1.65</w:t>
            </w:r>
          </w:p>
        </w:tc>
        <w:tc>
          <w:tcPr>
            <w:tcW w:w="1103" w:type="dxa"/>
            <w:vAlign w:val="center"/>
          </w:tcPr>
          <w:p w14:paraId="60A335A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-2.03</w:t>
            </w:r>
          </w:p>
        </w:tc>
        <w:tc>
          <w:tcPr>
            <w:tcW w:w="1132" w:type="dxa"/>
            <w:vAlign w:val="center"/>
          </w:tcPr>
          <w:p w14:paraId="704E91F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4.08</w:t>
            </w:r>
          </w:p>
        </w:tc>
      </w:tr>
      <w:tr w:rsidR="004F6A62" w14:paraId="42307C72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EC2B3E7" w14:textId="77777777" w:rsidR="004F6A62" w:rsidRDefault="00000000" w:rsidP="003975E2">
            <w:pPr>
              <w:jc w:val="center"/>
            </w:pPr>
            <w:r>
              <w:t>MDR_09</w:t>
            </w:r>
          </w:p>
        </w:tc>
        <w:tc>
          <w:tcPr>
            <w:tcW w:w="1104" w:type="dxa"/>
            <w:vAlign w:val="center"/>
          </w:tcPr>
          <w:p w14:paraId="1E7C935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C2E269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018B0D2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4E836D2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15.18</w:t>
            </w:r>
          </w:p>
        </w:tc>
        <w:tc>
          <w:tcPr>
            <w:tcW w:w="1103" w:type="dxa"/>
            <w:vAlign w:val="center"/>
          </w:tcPr>
          <w:p w14:paraId="22FF338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3369B15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78C53FE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5F84DEBB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922F5DB" w14:textId="77777777" w:rsidR="004F6A62" w:rsidRDefault="00000000" w:rsidP="003975E2">
            <w:pPr>
              <w:jc w:val="center"/>
            </w:pPr>
            <w:r>
              <w:t>MDR_09</w:t>
            </w:r>
          </w:p>
        </w:tc>
        <w:tc>
          <w:tcPr>
            <w:tcW w:w="1104" w:type="dxa"/>
            <w:vAlign w:val="center"/>
          </w:tcPr>
          <w:p w14:paraId="2D3EC79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C7C07C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1D435D4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3C5E033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15.51</w:t>
            </w:r>
          </w:p>
        </w:tc>
        <w:tc>
          <w:tcPr>
            <w:tcW w:w="1103" w:type="dxa"/>
            <w:vAlign w:val="center"/>
          </w:tcPr>
          <w:p w14:paraId="7DAD7AE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-1.79</w:t>
            </w:r>
          </w:p>
        </w:tc>
        <w:tc>
          <w:tcPr>
            <w:tcW w:w="1103" w:type="dxa"/>
            <w:vAlign w:val="center"/>
          </w:tcPr>
          <w:p w14:paraId="0351567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-2.17</w:t>
            </w:r>
          </w:p>
        </w:tc>
        <w:tc>
          <w:tcPr>
            <w:tcW w:w="1132" w:type="dxa"/>
            <w:vAlign w:val="center"/>
          </w:tcPr>
          <w:p w14:paraId="626F365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</w:t>
            </w:r>
          </w:p>
        </w:tc>
      </w:tr>
      <w:tr w:rsidR="004F6A62" w14:paraId="216C3929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7619A15" w14:textId="77777777" w:rsidR="004F6A62" w:rsidRDefault="00000000" w:rsidP="003975E2">
            <w:pPr>
              <w:jc w:val="center"/>
            </w:pPr>
            <w:r>
              <w:t>MDR_09</w:t>
            </w:r>
          </w:p>
        </w:tc>
        <w:tc>
          <w:tcPr>
            <w:tcW w:w="1104" w:type="dxa"/>
            <w:vAlign w:val="center"/>
          </w:tcPr>
          <w:p w14:paraId="4660CB8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A6DDBB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33926F6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13C92C5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16.81</w:t>
            </w:r>
          </w:p>
        </w:tc>
        <w:tc>
          <w:tcPr>
            <w:tcW w:w="1103" w:type="dxa"/>
            <w:vAlign w:val="center"/>
          </w:tcPr>
          <w:p w14:paraId="27B708F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1103" w:type="dxa"/>
            <w:vAlign w:val="center"/>
          </w:tcPr>
          <w:p w14:paraId="33DF627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-0.87</w:t>
            </w:r>
          </w:p>
        </w:tc>
        <w:tc>
          <w:tcPr>
            <w:tcW w:w="1132" w:type="dxa"/>
            <w:vAlign w:val="center"/>
          </w:tcPr>
          <w:p w14:paraId="1BD04ED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1.83</w:t>
            </w:r>
          </w:p>
        </w:tc>
      </w:tr>
      <w:tr w:rsidR="004F6A62" w14:paraId="0EEC8330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FD9AB31" w14:textId="77777777" w:rsidR="004F6A62" w:rsidRDefault="00000000" w:rsidP="003975E2">
            <w:pPr>
              <w:jc w:val="center"/>
            </w:pPr>
            <w:r>
              <w:t>MDR_10</w:t>
            </w:r>
          </w:p>
        </w:tc>
        <w:tc>
          <w:tcPr>
            <w:tcW w:w="1104" w:type="dxa"/>
            <w:vAlign w:val="center"/>
          </w:tcPr>
          <w:p w14:paraId="6C8953B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B5D4FF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75D0E73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6A43A70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15.02</w:t>
            </w:r>
          </w:p>
        </w:tc>
        <w:tc>
          <w:tcPr>
            <w:tcW w:w="1103" w:type="dxa"/>
            <w:vAlign w:val="center"/>
          </w:tcPr>
          <w:p w14:paraId="406CE88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-2.13</w:t>
            </w:r>
          </w:p>
        </w:tc>
        <w:tc>
          <w:tcPr>
            <w:tcW w:w="1103" w:type="dxa"/>
            <w:vAlign w:val="center"/>
          </w:tcPr>
          <w:p w14:paraId="2D225DF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-2.51</w:t>
            </w:r>
          </w:p>
        </w:tc>
        <w:tc>
          <w:tcPr>
            <w:tcW w:w="1132" w:type="dxa"/>
            <w:vAlign w:val="center"/>
          </w:tcPr>
          <w:p w14:paraId="1A7B800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</w:t>
            </w:r>
          </w:p>
        </w:tc>
      </w:tr>
      <w:tr w:rsidR="004F6A62" w14:paraId="771597D6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27183B5" w14:textId="77777777" w:rsidR="004F6A62" w:rsidRDefault="00000000" w:rsidP="003975E2">
            <w:pPr>
              <w:jc w:val="center"/>
            </w:pPr>
            <w:r>
              <w:t>MDR_10</w:t>
            </w:r>
          </w:p>
        </w:tc>
        <w:tc>
          <w:tcPr>
            <w:tcW w:w="1104" w:type="dxa"/>
            <w:vAlign w:val="center"/>
          </w:tcPr>
          <w:p w14:paraId="77D6843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B9B9E3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1C120C5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7B6FFD0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15.55</w:t>
            </w:r>
          </w:p>
        </w:tc>
        <w:tc>
          <w:tcPr>
            <w:tcW w:w="1103" w:type="dxa"/>
            <w:vAlign w:val="center"/>
          </w:tcPr>
          <w:p w14:paraId="124BFCA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-1.6</w:t>
            </w:r>
          </w:p>
        </w:tc>
        <w:tc>
          <w:tcPr>
            <w:tcW w:w="1103" w:type="dxa"/>
            <w:vAlign w:val="center"/>
          </w:tcPr>
          <w:p w14:paraId="08290C4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-1.98</w:t>
            </w:r>
          </w:p>
        </w:tc>
        <w:tc>
          <w:tcPr>
            <w:tcW w:w="1132" w:type="dxa"/>
            <w:vAlign w:val="center"/>
          </w:tcPr>
          <w:p w14:paraId="29C7F52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3.94</w:t>
            </w:r>
          </w:p>
        </w:tc>
      </w:tr>
      <w:tr w:rsidR="004F6A62" w14:paraId="4A3A408E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26EDA71" w14:textId="77777777" w:rsidR="004F6A62" w:rsidRDefault="00000000" w:rsidP="003975E2">
            <w:pPr>
              <w:jc w:val="center"/>
            </w:pPr>
            <w:r>
              <w:t>MDR_10</w:t>
            </w:r>
          </w:p>
        </w:tc>
        <w:tc>
          <w:tcPr>
            <w:tcW w:w="1104" w:type="dxa"/>
            <w:vAlign w:val="center"/>
          </w:tcPr>
          <w:p w14:paraId="41BED18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07915E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50498A3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3049522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15.02</w:t>
            </w:r>
          </w:p>
        </w:tc>
        <w:tc>
          <w:tcPr>
            <w:tcW w:w="1103" w:type="dxa"/>
            <w:vAlign w:val="center"/>
          </w:tcPr>
          <w:p w14:paraId="07E07B2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-2.13</w:t>
            </w:r>
          </w:p>
        </w:tc>
        <w:tc>
          <w:tcPr>
            <w:tcW w:w="1103" w:type="dxa"/>
            <w:vAlign w:val="center"/>
          </w:tcPr>
          <w:p w14:paraId="49E165B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-2.51</w:t>
            </w:r>
          </w:p>
        </w:tc>
        <w:tc>
          <w:tcPr>
            <w:tcW w:w="1132" w:type="dxa"/>
            <w:vAlign w:val="center"/>
          </w:tcPr>
          <w:p w14:paraId="6708734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</w:t>
            </w:r>
          </w:p>
        </w:tc>
      </w:tr>
      <w:tr w:rsidR="004F6A62" w14:paraId="6B1BA1A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7CB6D6A" w14:textId="77777777" w:rsidR="004F6A62" w:rsidRDefault="00000000" w:rsidP="003975E2">
            <w:pPr>
              <w:jc w:val="center"/>
            </w:pPr>
            <w:r>
              <w:t>MDR_10</w:t>
            </w:r>
          </w:p>
        </w:tc>
        <w:tc>
          <w:tcPr>
            <w:tcW w:w="1104" w:type="dxa"/>
            <w:vAlign w:val="center"/>
          </w:tcPr>
          <w:p w14:paraId="12314F9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8C6B2F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49CC6B2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42384EB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15.38</w:t>
            </w:r>
          </w:p>
        </w:tc>
        <w:tc>
          <w:tcPr>
            <w:tcW w:w="1103" w:type="dxa"/>
            <w:vAlign w:val="center"/>
          </w:tcPr>
          <w:p w14:paraId="053103F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-1.77</w:t>
            </w:r>
          </w:p>
        </w:tc>
        <w:tc>
          <w:tcPr>
            <w:tcW w:w="1103" w:type="dxa"/>
            <w:vAlign w:val="center"/>
          </w:tcPr>
          <w:p w14:paraId="4471349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-2.15</w:t>
            </w:r>
          </w:p>
        </w:tc>
        <w:tc>
          <w:tcPr>
            <w:tcW w:w="1132" w:type="dxa"/>
            <w:vAlign w:val="center"/>
          </w:tcPr>
          <w:p w14:paraId="45FBE20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4.44</w:t>
            </w:r>
          </w:p>
        </w:tc>
      </w:tr>
      <w:tr w:rsidR="004F6A62" w14:paraId="280BED75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E146AF7" w14:textId="77777777" w:rsidR="004F6A62" w:rsidRDefault="00000000" w:rsidP="003975E2">
            <w:pPr>
              <w:jc w:val="center"/>
            </w:pPr>
            <w:r>
              <w:t>MDR_10</w:t>
            </w:r>
          </w:p>
        </w:tc>
        <w:tc>
          <w:tcPr>
            <w:tcW w:w="1104" w:type="dxa"/>
            <w:vAlign w:val="center"/>
          </w:tcPr>
          <w:p w14:paraId="105858A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84EC19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7066529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207A56C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16.66</w:t>
            </w:r>
          </w:p>
        </w:tc>
        <w:tc>
          <w:tcPr>
            <w:tcW w:w="1103" w:type="dxa"/>
            <w:vAlign w:val="center"/>
          </w:tcPr>
          <w:p w14:paraId="1060ACF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1103" w:type="dxa"/>
            <w:vAlign w:val="center"/>
          </w:tcPr>
          <w:p w14:paraId="67D79BC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-0.87</w:t>
            </w:r>
          </w:p>
        </w:tc>
        <w:tc>
          <w:tcPr>
            <w:tcW w:w="1132" w:type="dxa"/>
            <w:vAlign w:val="center"/>
          </w:tcPr>
          <w:p w14:paraId="557FEF4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1.83</w:t>
            </w:r>
          </w:p>
        </w:tc>
      </w:tr>
      <w:tr w:rsidR="004F6A62" w14:paraId="01F9A5CB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CA179D8" w14:textId="77777777" w:rsidR="004F6A62" w:rsidRDefault="00000000" w:rsidP="003975E2">
            <w:pPr>
              <w:jc w:val="center"/>
            </w:pPr>
            <w:r>
              <w:t>MDR_11</w:t>
            </w:r>
          </w:p>
        </w:tc>
        <w:tc>
          <w:tcPr>
            <w:tcW w:w="1104" w:type="dxa"/>
            <w:vAlign w:val="center"/>
          </w:tcPr>
          <w:p w14:paraId="09CC333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9D6174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2548E00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77C66A1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15.35</w:t>
            </w:r>
          </w:p>
        </w:tc>
        <w:tc>
          <w:tcPr>
            <w:tcW w:w="1103" w:type="dxa"/>
            <w:vAlign w:val="center"/>
          </w:tcPr>
          <w:p w14:paraId="11E0EB7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7CB7136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1670D72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4C3B5D3B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15A14F1" w14:textId="77777777" w:rsidR="004F6A62" w:rsidRDefault="00000000" w:rsidP="003975E2">
            <w:pPr>
              <w:jc w:val="center"/>
            </w:pPr>
            <w:r>
              <w:t>MDR_11</w:t>
            </w:r>
          </w:p>
        </w:tc>
        <w:tc>
          <w:tcPr>
            <w:tcW w:w="1104" w:type="dxa"/>
            <w:vAlign w:val="center"/>
          </w:tcPr>
          <w:p w14:paraId="57E2443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E6084B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77D149C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330878E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15.65</w:t>
            </w:r>
          </w:p>
        </w:tc>
        <w:tc>
          <w:tcPr>
            <w:tcW w:w="1103" w:type="dxa"/>
            <w:vAlign w:val="center"/>
          </w:tcPr>
          <w:p w14:paraId="67137B3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-1.55</w:t>
            </w:r>
          </w:p>
        </w:tc>
        <w:tc>
          <w:tcPr>
            <w:tcW w:w="1103" w:type="dxa"/>
            <w:vAlign w:val="center"/>
          </w:tcPr>
          <w:p w14:paraId="716A5DB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-1.93</w:t>
            </w:r>
          </w:p>
        </w:tc>
        <w:tc>
          <w:tcPr>
            <w:tcW w:w="1132" w:type="dxa"/>
            <w:vAlign w:val="center"/>
          </w:tcPr>
          <w:p w14:paraId="18994D6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3.81</w:t>
            </w:r>
          </w:p>
        </w:tc>
      </w:tr>
      <w:tr w:rsidR="004F6A62" w14:paraId="4673416B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C748118" w14:textId="77777777" w:rsidR="004F6A62" w:rsidRDefault="00000000" w:rsidP="003975E2">
            <w:pPr>
              <w:jc w:val="center"/>
            </w:pPr>
            <w:r>
              <w:t>MDR_11</w:t>
            </w:r>
          </w:p>
        </w:tc>
        <w:tc>
          <w:tcPr>
            <w:tcW w:w="1104" w:type="dxa"/>
            <w:vAlign w:val="center"/>
          </w:tcPr>
          <w:p w14:paraId="3C89355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6CFDFE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1FCCD16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0F8ADA8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14.82</w:t>
            </w:r>
          </w:p>
        </w:tc>
        <w:tc>
          <w:tcPr>
            <w:tcW w:w="1103" w:type="dxa"/>
            <w:vAlign w:val="center"/>
          </w:tcPr>
          <w:p w14:paraId="5CED382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-2.38</w:t>
            </w:r>
          </w:p>
        </w:tc>
        <w:tc>
          <w:tcPr>
            <w:tcW w:w="1103" w:type="dxa"/>
            <w:vAlign w:val="center"/>
          </w:tcPr>
          <w:p w14:paraId="1390910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-2.76</w:t>
            </w:r>
          </w:p>
        </w:tc>
        <w:tc>
          <w:tcPr>
            <w:tcW w:w="1132" w:type="dxa"/>
            <w:vAlign w:val="center"/>
          </w:tcPr>
          <w:p w14:paraId="2C18975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6.77</w:t>
            </w:r>
          </w:p>
        </w:tc>
      </w:tr>
      <w:tr w:rsidR="004F6A62" w14:paraId="746F315B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EA18B06" w14:textId="77777777" w:rsidR="004F6A62" w:rsidRDefault="00000000" w:rsidP="003975E2">
            <w:pPr>
              <w:jc w:val="center"/>
            </w:pPr>
            <w:r>
              <w:t>MDR_11</w:t>
            </w:r>
          </w:p>
        </w:tc>
        <w:tc>
          <w:tcPr>
            <w:tcW w:w="1104" w:type="dxa"/>
            <w:vAlign w:val="center"/>
          </w:tcPr>
          <w:p w14:paraId="265F474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03DA64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482038C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172ED50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17.41</w:t>
            </w:r>
          </w:p>
        </w:tc>
        <w:tc>
          <w:tcPr>
            <w:tcW w:w="1103" w:type="dxa"/>
            <w:vAlign w:val="center"/>
          </w:tcPr>
          <w:p w14:paraId="7AAE4F5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0.21</w:t>
            </w:r>
          </w:p>
        </w:tc>
        <w:tc>
          <w:tcPr>
            <w:tcW w:w="1103" w:type="dxa"/>
            <w:vAlign w:val="center"/>
          </w:tcPr>
          <w:p w14:paraId="0C27B85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-0.17</w:t>
            </w:r>
          </w:p>
        </w:tc>
        <w:tc>
          <w:tcPr>
            <w:tcW w:w="1132" w:type="dxa"/>
            <w:vAlign w:val="center"/>
          </w:tcPr>
          <w:p w14:paraId="6AD7D0B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1.13</w:t>
            </w:r>
          </w:p>
        </w:tc>
      </w:tr>
      <w:tr w:rsidR="004F6A62" w14:paraId="49491EAC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8C55C7A" w14:textId="77777777" w:rsidR="004F6A62" w:rsidRDefault="00000000" w:rsidP="003975E2">
            <w:pPr>
              <w:jc w:val="center"/>
            </w:pPr>
            <w:r>
              <w:t>MDR_11</w:t>
            </w:r>
          </w:p>
        </w:tc>
        <w:tc>
          <w:tcPr>
            <w:tcW w:w="1104" w:type="dxa"/>
            <w:vAlign w:val="center"/>
          </w:tcPr>
          <w:p w14:paraId="7679AE3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51DD53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5489796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3903E0E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14.84</w:t>
            </w:r>
          </w:p>
        </w:tc>
        <w:tc>
          <w:tcPr>
            <w:tcW w:w="1103" w:type="dxa"/>
            <w:vAlign w:val="center"/>
          </w:tcPr>
          <w:p w14:paraId="64D8C2E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-2.36</w:t>
            </w:r>
          </w:p>
        </w:tc>
        <w:tc>
          <w:tcPr>
            <w:tcW w:w="1103" w:type="dxa"/>
            <w:vAlign w:val="center"/>
          </w:tcPr>
          <w:p w14:paraId="6AB9295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-2.74</w:t>
            </w:r>
          </w:p>
        </w:tc>
        <w:tc>
          <w:tcPr>
            <w:tcW w:w="1132" w:type="dxa"/>
            <w:vAlign w:val="center"/>
          </w:tcPr>
          <w:p w14:paraId="5C732B1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6.68</w:t>
            </w:r>
          </w:p>
        </w:tc>
      </w:tr>
      <w:tr w:rsidR="004F6A62" w14:paraId="1FDE96B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52A75FE" w14:textId="77777777" w:rsidR="004F6A62" w:rsidRDefault="00000000" w:rsidP="003975E2">
            <w:pPr>
              <w:jc w:val="center"/>
            </w:pPr>
            <w:r>
              <w:t>MDR_12</w:t>
            </w:r>
          </w:p>
        </w:tc>
        <w:tc>
          <w:tcPr>
            <w:tcW w:w="1104" w:type="dxa"/>
            <w:vAlign w:val="center"/>
          </w:tcPr>
          <w:p w14:paraId="18FD4C0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85A1EE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445F670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1AFFF70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15.6</w:t>
            </w:r>
          </w:p>
        </w:tc>
        <w:tc>
          <w:tcPr>
            <w:tcW w:w="1103" w:type="dxa"/>
            <w:vAlign w:val="center"/>
          </w:tcPr>
          <w:p w14:paraId="68B44A3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</w:t>
            </w:r>
          </w:p>
        </w:tc>
        <w:tc>
          <w:tcPr>
            <w:tcW w:w="1103" w:type="dxa"/>
            <w:vAlign w:val="center"/>
          </w:tcPr>
          <w:p w14:paraId="6790F4A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-2.18</w:t>
            </w:r>
          </w:p>
        </w:tc>
        <w:tc>
          <w:tcPr>
            <w:tcW w:w="1132" w:type="dxa"/>
            <w:vAlign w:val="center"/>
          </w:tcPr>
          <w:p w14:paraId="3F078DF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4.53</w:t>
            </w:r>
          </w:p>
        </w:tc>
      </w:tr>
      <w:tr w:rsidR="004F6A62" w14:paraId="0F8F963C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9481390" w14:textId="77777777" w:rsidR="004F6A62" w:rsidRDefault="00000000" w:rsidP="003975E2">
            <w:pPr>
              <w:jc w:val="center"/>
            </w:pPr>
            <w:r>
              <w:t>MDR_12</w:t>
            </w:r>
          </w:p>
        </w:tc>
        <w:tc>
          <w:tcPr>
            <w:tcW w:w="1104" w:type="dxa"/>
            <w:vAlign w:val="center"/>
          </w:tcPr>
          <w:p w14:paraId="1D23608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13B772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115812E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7AD8FC4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15.9</w:t>
            </w:r>
          </w:p>
        </w:tc>
        <w:tc>
          <w:tcPr>
            <w:tcW w:w="1103" w:type="dxa"/>
            <w:vAlign w:val="center"/>
          </w:tcPr>
          <w:p w14:paraId="7152447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-1.5</w:t>
            </w:r>
          </w:p>
        </w:tc>
        <w:tc>
          <w:tcPr>
            <w:tcW w:w="1103" w:type="dxa"/>
            <w:vAlign w:val="center"/>
          </w:tcPr>
          <w:p w14:paraId="7C1A91C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-1.88</w:t>
            </w:r>
          </w:p>
        </w:tc>
        <w:tc>
          <w:tcPr>
            <w:tcW w:w="1132" w:type="dxa"/>
            <w:vAlign w:val="center"/>
          </w:tcPr>
          <w:p w14:paraId="225770D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3.68</w:t>
            </w:r>
          </w:p>
        </w:tc>
      </w:tr>
      <w:tr w:rsidR="004F6A62" w14:paraId="1D7FCA3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28337E4" w14:textId="77777777" w:rsidR="004F6A62" w:rsidRDefault="00000000" w:rsidP="003975E2">
            <w:pPr>
              <w:jc w:val="center"/>
            </w:pPr>
            <w:r>
              <w:t>MDR_12</w:t>
            </w:r>
          </w:p>
        </w:tc>
        <w:tc>
          <w:tcPr>
            <w:tcW w:w="1104" w:type="dxa"/>
            <w:vAlign w:val="center"/>
          </w:tcPr>
          <w:p w14:paraId="4F03F33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596EA4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69A5DF4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1B73D04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14.65</w:t>
            </w:r>
          </w:p>
        </w:tc>
        <w:tc>
          <w:tcPr>
            <w:tcW w:w="1103" w:type="dxa"/>
            <w:vAlign w:val="center"/>
          </w:tcPr>
          <w:p w14:paraId="450A2F0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-2.75</w:t>
            </w:r>
          </w:p>
        </w:tc>
        <w:tc>
          <w:tcPr>
            <w:tcW w:w="1103" w:type="dxa"/>
            <w:vAlign w:val="center"/>
          </w:tcPr>
          <w:p w14:paraId="32BBD7D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-3.13</w:t>
            </w:r>
          </w:p>
        </w:tc>
        <w:tc>
          <w:tcPr>
            <w:tcW w:w="1132" w:type="dxa"/>
            <w:vAlign w:val="center"/>
          </w:tcPr>
          <w:p w14:paraId="6B54564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8.75</w:t>
            </w:r>
          </w:p>
        </w:tc>
      </w:tr>
      <w:tr w:rsidR="004F6A62" w14:paraId="2DF52715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A7CD4AD" w14:textId="77777777" w:rsidR="004F6A62" w:rsidRDefault="00000000" w:rsidP="003975E2">
            <w:pPr>
              <w:jc w:val="center"/>
            </w:pPr>
            <w:r>
              <w:t>MDR_12</w:t>
            </w:r>
          </w:p>
        </w:tc>
        <w:tc>
          <w:tcPr>
            <w:tcW w:w="1104" w:type="dxa"/>
            <w:vAlign w:val="center"/>
          </w:tcPr>
          <w:p w14:paraId="31F7DBF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CBF95B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2CE02DC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2F4A0FE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17.62</w:t>
            </w:r>
          </w:p>
        </w:tc>
        <w:tc>
          <w:tcPr>
            <w:tcW w:w="1103" w:type="dxa"/>
            <w:vAlign w:val="center"/>
          </w:tcPr>
          <w:p w14:paraId="474FEEA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0.22</w:t>
            </w:r>
          </w:p>
        </w:tc>
        <w:tc>
          <w:tcPr>
            <w:tcW w:w="1103" w:type="dxa"/>
            <w:vAlign w:val="center"/>
          </w:tcPr>
          <w:p w14:paraId="6082395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-0.16</w:t>
            </w:r>
          </w:p>
        </w:tc>
        <w:tc>
          <w:tcPr>
            <w:tcW w:w="1132" w:type="dxa"/>
            <w:vAlign w:val="center"/>
          </w:tcPr>
          <w:p w14:paraId="7EDE371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1.12</w:t>
            </w:r>
          </w:p>
        </w:tc>
      </w:tr>
      <w:tr w:rsidR="004F6A62" w14:paraId="17D0F737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0E9187D" w14:textId="77777777" w:rsidR="004F6A62" w:rsidRDefault="00000000" w:rsidP="003975E2">
            <w:pPr>
              <w:jc w:val="center"/>
            </w:pPr>
            <w:r>
              <w:t>MDR_12</w:t>
            </w:r>
          </w:p>
        </w:tc>
        <w:tc>
          <w:tcPr>
            <w:tcW w:w="1104" w:type="dxa"/>
            <w:vAlign w:val="center"/>
          </w:tcPr>
          <w:p w14:paraId="795D2E4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6C6375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7D459F5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72FF39F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14.78</w:t>
            </w:r>
          </w:p>
        </w:tc>
        <w:tc>
          <w:tcPr>
            <w:tcW w:w="1103" w:type="dxa"/>
            <w:vAlign w:val="center"/>
          </w:tcPr>
          <w:p w14:paraId="4460167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-2.62</w:t>
            </w:r>
          </w:p>
        </w:tc>
        <w:tc>
          <w:tcPr>
            <w:tcW w:w="1103" w:type="dxa"/>
            <w:vAlign w:val="center"/>
          </w:tcPr>
          <w:p w14:paraId="3549D92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-3.0</w:t>
            </w:r>
          </w:p>
        </w:tc>
        <w:tc>
          <w:tcPr>
            <w:tcW w:w="1132" w:type="dxa"/>
            <w:vAlign w:val="center"/>
          </w:tcPr>
          <w:p w14:paraId="6D1D4AF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8.0</w:t>
            </w:r>
          </w:p>
        </w:tc>
      </w:tr>
      <w:tr w:rsidR="004F6A62" w14:paraId="4E8F8563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6A8AF9A" w14:textId="77777777" w:rsidR="004F6A62" w:rsidRDefault="00000000" w:rsidP="003975E2">
            <w:pPr>
              <w:jc w:val="center"/>
            </w:pPr>
            <w:r>
              <w:t>MDR_13</w:t>
            </w:r>
          </w:p>
        </w:tc>
        <w:tc>
          <w:tcPr>
            <w:tcW w:w="1104" w:type="dxa"/>
            <w:vAlign w:val="center"/>
          </w:tcPr>
          <w:p w14:paraId="506590B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36EB52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29282A6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04EF82B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</w:t>
            </w:r>
          </w:p>
        </w:tc>
        <w:tc>
          <w:tcPr>
            <w:tcW w:w="1103" w:type="dxa"/>
            <w:vAlign w:val="center"/>
          </w:tcPr>
          <w:p w14:paraId="7376836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-2.15</w:t>
            </w:r>
          </w:p>
        </w:tc>
        <w:tc>
          <w:tcPr>
            <w:tcW w:w="1103" w:type="dxa"/>
            <w:vAlign w:val="center"/>
          </w:tcPr>
          <w:p w14:paraId="249B762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-2.53</w:t>
            </w:r>
          </w:p>
        </w:tc>
        <w:tc>
          <w:tcPr>
            <w:tcW w:w="1132" w:type="dxa"/>
            <w:vAlign w:val="center"/>
          </w:tcPr>
          <w:p w14:paraId="7B10CCD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5.78</w:t>
            </w:r>
          </w:p>
        </w:tc>
      </w:tr>
      <w:tr w:rsidR="004F6A62" w14:paraId="44782174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2FCF7CF" w14:textId="77777777" w:rsidR="004F6A62" w:rsidRDefault="00000000" w:rsidP="003975E2">
            <w:pPr>
              <w:jc w:val="center"/>
            </w:pPr>
            <w:r>
              <w:t>MDR_13</w:t>
            </w:r>
          </w:p>
        </w:tc>
        <w:tc>
          <w:tcPr>
            <w:tcW w:w="1104" w:type="dxa"/>
            <w:vAlign w:val="center"/>
          </w:tcPr>
          <w:p w14:paraId="6DBBC00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6C2A1E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03C9571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5E1F984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15.35</w:t>
            </w:r>
          </w:p>
        </w:tc>
        <w:tc>
          <w:tcPr>
            <w:tcW w:w="1103" w:type="dxa"/>
            <w:vAlign w:val="center"/>
          </w:tcPr>
          <w:p w14:paraId="7D20A93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</w:t>
            </w:r>
          </w:p>
        </w:tc>
        <w:tc>
          <w:tcPr>
            <w:tcW w:w="1103" w:type="dxa"/>
            <w:vAlign w:val="center"/>
          </w:tcPr>
          <w:p w14:paraId="690968C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-2.18</w:t>
            </w:r>
          </w:p>
        </w:tc>
        <w:tc>
          <w:tcPr>
            <w:tcW w:w="1132" w:type="dxa"/>
            <w:vAlign w:val="center"/>
          </w:tcPr>
          <w:p w14:paraId="29051EB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4.53</w:t>
            </w:r>
          </w:p>
        </w:tc>
      </w:tr>
      <w:tr w:rsidR="004F6A62" w14:paraId="3B5B3E1B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FA84A36" w14:textId="77777777" w:rsidR="004F6A62" w:rsidRDefault="00000000" w:rsidP="003975E2">
            <w:pPr>
              <w:jc w:val="center"/>
            </w:pPr>
            <w:r>
              <w:t>MDR_13</w:t>
            </w:r>
          </w:p>
        </w:tc>
        <w:tc>
          <w:tcPr>
            <w:tcW w:w="1104" w:type="dxa"/>
            <w:vAlign w:val="center"/>
          </w:tcPr>
          <w:p w14:paraId="0633E91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082BBC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026B7F2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70F94F7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14.22</w:t>
            </w:r>
          </w:p>
        </w:tc>
        <w:tc>
          <w:tcPr>
            <w:tcW w:w="1103" w:type="dxa"/>
            <w:vAlign w:val="center"/>
          </w:tcPr>
          <w:p w14:paraId="276B25D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-2.93</w:t>
            </w:r>
          </w:p>
        </w:tc>
        <w:tc>
          <w:tcPr>
            <w:tcW w:w="1103" w:type="dxa"/>
            <w:vAlign w:val="center"/>
          </w:tcPr>
          <w:p w14:paraId="5498435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-3.31</w:t>
            </w:r>
          </w:p>
        </w:tc>
        <w:tc>
          <w:tcPr>
            <w:tcW w:w="1132" w:type="dxa"/>
            <w:vAlign w:val="center"/>
          </w:tcPr>
          <w:p w14:paraId="705D037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9.92</w:t>
            </w:r>
          </w:p>
        </w:tc>
      </w:tr>
      <w:tr w:rsidR="004F6A62" w14:paraId="1F2712BE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66A631B" w14:textId="77777777" w:rsidR="004F6A62" w:rsidRDefault="00000000" w:rsidP="003975E2">
            <w:pPr>
              <w:jc w:val="center"/>
            </w:pPr>
            <w:r>
              <w:t>MDR_13</w:t>
            </w:r>
          </w:p>
        </w:tc>
        <w:tc>
          <w:tcPr>
            <w:tcW w:w="1104" w:type="dxa"/>
            <w:vAlign w:val="center"/>
          </w:tcPr>
          <w:p w14:paraId="2A68DFB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45B78A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14314EB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42A6132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17.34</w:t>
            </w:r>
          </w:p>
        </w:tc>
        <w:tc>
          <w:tcPr>
            <w:tcW w:w="1103" w:type="dxa"/>
            <w:vAlign w:val="center"/>
          </w:tcPr>
          <w:p w14:paraId="7839BA5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0.19</w:t>
            </w:r>
          </w:p>
        </w:tc>
        <w:tc>
          <w:tcPr>
            <w:tcW w:w="1103" w:type="dxa"/>
            <w:vAlign w:val="center"/>
          </w:tcPr>
          <w:p w14:paraId="59AED9D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-0.19</w:t>
            </w:r>
          </w:p>
        </w:tc>
        <w:tc>
          <w:tcPr>
            <w:tcW w:w="1132" w:type="dxa"/>
            <w:vAlign w:val="center"/>
          </w:tcPr>
          <w:p w14:paraId="23E83AD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1.14</w:t>
            </w:r>
          </w:p>
        </w:tc>
      </w:tr>
      <w:tr w:rsidR="004F6A62" w14:paraId="555100D8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906D06D" w14:textId="77777777" w:rsidR="004F6A62" w:rsidRDefault="00000000" w:rsidP="003975E2">
            <w:pPr>
              <w:jc w:val="center"/>
            </w:pPr>
            <w:r>
              <w:t>MDR_13</w:t>
            </w:r>
          </w:p>
        </w:tc>
        <w:tc>
          <w:tcPr>
            <w:tcW w:w="1104" w:type="dxa"/>
            <w:vAlign w:val="center"/>
          </w:tcPr>
          <w:p w14:paraId="5576B16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581758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1287324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679FE2D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14.52</w:t>
            </w:r>
          </w:p>
        </w:tc>
        <w:tc>
          <w:tcPr>
            <w:tcW w:w="1103" w:type="dxa"/>
            <w:vAlign w:val="center"/>
          </w:tcPr>
          <w:p w14:paraId="7BCF572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-2.63</w:t>
            </w:r>
          </w:p>
        </w:tc>
        <w:tc>
          <w:tcPr>
            <w:tcW w:w="1103" w:type="dxa"/>
            <w:vAlign w:val="center"/>
          </w:tcPr>
          <w:p w14:paraId="5C4E903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-3.01</w:t>
            </w:r>
          </w:p>
        </w:tc>
        <w:tc>
          <w:tcPr>
            <w:tcW w:w="1132" w:type="dxa"/>
            <w:vAlign w:val="center"/>
          </w:tcPr>
          <w:p w14:paraId="4CFE5D6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8.06</w:t>
            </w:r>
          </w:p>
        </w:tc>
      </w:tr>
      <w:tr w:rsidR="004F6A62" w14:paraId="6D5FBF84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F9A3790" w14:textId="77777777" w:rsidR="004F6A62" w:rsidRDefault="00000000" w:rsidP="003975E2">
            <w:pPr>
              <w:jc w:val="center"/>
            </w:pPr>
            <w:r>
              <w:t>MDR_14</w:t>
            </w:r>
          </w:p>
        </w:tc>
        <w:tc>
          <w:tcPr>
            <w:tcW w:w="1104" w:type="dxa"/>
            <w:vAlign w:val="center"/>
          </w:tcPr>
          <w:p w14:paraId="7A5241A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0ADF2F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6C4FEB3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50FE866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15.55</w:t>
            </w:r>
          </w:p>
        </w:tc>
        <w:tc>
          <w:tcPr>
            <w:tcW w:w="1103" w:type="dxa"/>
            <w:vAlign w:val="center"/>
          </w:tcPr>
          <w:p w14:paraId="4F75E71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-1.75</w:t>
            </w:r>
          </w:p>
        </w:tc>
        <w:tc>
          <w:tcPr>
            <w:tcW w:w="1103" w:type="dxa"/>
            <w:vAlign w:val="center"/>
          </w:tcPr>
          <w:p w14:paraId="7930465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-2.13</w:t>
            </w:r>
          </w:p>
        </w:tc>
        <w:tc>
          <w:tcPr>
            <w:tcW w:w="1132" w:type="dxa"/>
            <w:vAlign w:val="center"/>
          </w:tcPr>
          <w:p w14:paraId="4C0816C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4.38</w:t>
            </w:r>
          </w:p>
        </w:tc>
      </w:tr>
      <w:tr w:rsidR="004F6A62" w14:paraId="587156C4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D430D43" w14:textId="77777777" w:rsidR="004F6A62" w:rsidRDefault="00000000" w:rsidP="003975E2">
            <w:pPr>
              <w:jc w:val="center"/>
            </w:pPr>
            <w:r>
              <w:t>MDR_14</w:t>
            </w:r>
          </w:p>
        </w:tc>
        <w:tc>
          <w:tcPr>
            <w:tcW w:w="1104" w:type="dxa"/>
            <w:vAlign w:val="center"/>
          </w:tcPr>
          <w:p w14:paraId="606082C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186ECE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603B527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5ED7F63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15.75</w:t>
            </w:r>
          </w:p>
        </w:tc>
        <w:tc>
          <w:tcPr>
            <w:tcW w:w="1103" w:type="dxa"/>
            <w:vAlign w:val="center"/>
          </w:tcPr>
          <w:p w14:paraId="1E0CE13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-1.55</w:t>
            </w:r>
          </w:p>
        </w:tc>
        <w:tc>
          <w:tcPr>
            <w:tcW w:w="1103" w:type="dxa"/>
            <w:vAlign w:val="center"/>
          </w:tcPr>
          <w:p w14:paraId="6F29AB6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-1.93</w:t>
            </w:r>
          </w:p>
        </w:tc>
        <w:tc>
          <w:tcPr>
            <w:tcW w:w="1132" w:type="dxa"/>
            <w:vAlign w:val="center"/>
          </w:tcPr>
          <w:p w14:paraId="2CA1DB9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3.81</w:t>
            </w:r>
          </w:p>
        </w:tc>
      </w:tr>
      <w:tr w:rsidR="004F6A62" w14:paraId="55ABCB3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F1A782B" w14:textId="77777777" w:rsidR="004F6A62" w:rsidRDefault="00000000" w:rsidP="003975E2">
            <w:pPr>
              <w:jc w:val="center"/>
            </w:pPr>
            <w:r>
              <w:t>MDR_14</w:t>
            </w:r>
          </w:p>
        </w:tc>
        <w:tc>
          <w:tcPr>
            <w:tcW w:w="1104" w:type="dxa"/>
            <w:vAlign w:val="center"/>
          </w:tcPr>
          <w:p w14:paraId="0580D0B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9D457D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223BD9D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6D218A3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14.72</w:t>
            </w:r>
          </w:p>
        </w:tc>
        <w:tc>
          <w:tcPr>
            <w:tcW w:w="1103" w:type="dxa"/>
            <w:vAlign w:val="center"/>
          </w:tcPr>
          <w:p w14:paraId="3AC029C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-2.58</w:t>
            </w:r>
          </w:p>
        </w:tc>
        <w:tc>
          <w:tcPr>
            <w:tcW w:w="1103" w:type="dxa"/>
            <w:vAlign w:val="center"/>
          </w:tcPr>
          <w:p w14:paraId="790FDAB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-2.96</w:t>
            </w:r>
          </w:p>
        </w:tc>
        <w:tc>
          <w:tcPr>
            <w:tcW w:w="1132" w:type="dxa"/>
            <w:vAlign w:val="center"/>
          </w:tcPr>
          <w:p w14:paraId="7046580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7.78</w:t>
            </w:r>
          </w:p>
        </w:tc>
      </w:tr>
      <w:tr w:rsidR="004F6A62" w14:paraId="755A9D9F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A9F4875" w14:textId="77777777" w:rsidR="004F6A62" w:rsidRDefault="00000000" w:rsidP="003975E2">
            <w:pPr>
              <w:jc w:val="center"/>
            </w:pPr>
            <w:r>
              <w:t>MDR_14</w:t>
            </w:r>
          </w:p>
        </w:tc>
        <w:tc>
          <w:tcPr>
            <w:tcW w:w="1104" w:type="dxa"/>
            <w:vAlign w:val="center"/>
          </w:tcPr>
          <w:p w14:paraId="0BAB7DA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D01597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47D33C7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0DC2BD0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17.56</w:t>
            </w:r>
          </w:p>
        </w:tc>
        <w:tc>
          <w:tcPr>
            <w:tcW w:w="1103" w:type="dxa"/>
            <w:vAlign w:val="center"/>
          </w:tcPr>
          <w:p w14:paraId="02DB7B2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0.26</w:t>
            </w:r>
          </w:p>
        </w:tc>
        <w:tc>
          <w:tcPr>
            <w:tcW w:w="1103" w:type="dxa"/>
            <w:vAlign w:val="center"/>
          </w:tcPr>
          <w:p w14:paraId="39117D4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-0.12</w:t>
            </w:r>
          </w:p>
        </w:tc>
        <w:tc>
          <w:tcPr>
            <w:tcW w:w="1132" w:type="dxa"/>
            <w:vAlign w:val="center"/>
          </w:tcPr>
          <w:p w14:paraId="6F0030B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1.09</w:t>
            </w:r>
          </w:p>
        </w:tc>
      </w:tr>
      <w:tr w:rsidR="004F6A62" w14:paraId="7E140A31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05DCA62" w14:textId="77777777" w:rsidR="004F6A62" w:rsidRDefault="00000000" w:rsidP="003975E2">
            <w:pPr>
              <w:jc w:val="center"/>
            </w:pPr>
            <w:r>
              <w:t>MDR_14</w:t>
            </w:r>
          </w:p>
        </w:tc>
        <w:tc>
          <w:tcPr>
            <w:tcW w:w="1104" w:type="dxa"/>
            <w:vAlign w:val="center"/>
          </w:tcPr>
          <w:p w14:paraId="1929E18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6BEB0C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0C913C0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3AB8C21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15.02</w:t>
            </w:r>
          </w:p>
        </w:tc>
        <w:tc>
          <w:tcPr>
            <w:tcW w:w="1103" w:type="dxa"/>
            <w:vAlign w:val="center"/>
          </w:tcPr>
          <w:p w14:paraId="5CFBD01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-2.28</w:t>
            </w:r>
          </w:p>
        </w:tc>
        <w:tc>
          <w:tcPr>
            <w:tcW w:w="1103" w:type="dxa"/>
            <w:vAlign w:val="center"/>
          </w:tcPr>
          <w:p w14:paraId="436BD2D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-2.66</w:t>
            </w:r>
          </w:p>
        </w:tc>
        <w:tc>
          <w:tcPr>
            <w:tcW w:w="1132" w:type="dxa"/>
            <w:vAlign w:val="center"/>
          </w:tcPr>
          <w:p w14:paraId="1A85121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6.32</w:t>
            </w:r>
          </w:p>
        </w:tc>
      </w:tr>
      <w:tr w:rsidR="004F6A62" w14:paraId="367DED07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1D7F415" w14:textId="77777777" w:rsidR="004F6A62" w:rsidRDefault="00000000" w:rsidP="003975E2">
            <w:pPr>
              <w:jc w:val="center"/>
            </w:pPr>
            <w:r>
              <w:t>MDR_15</w:t>
            </w:r>
          </w:p>
        </w:tc>
        <w:tc>
          <w:tcPr>
            <w:tcW w:w="1104" w:type="dxa"/>
            <w:vAlign w:val="center"/>
          </w:tcPr>
          <w:p w14:paraId="34BBB44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FFEE74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10FC259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343B5A5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14.85</w:t>
            </w:r>
          </w:p>
        </w:tc>
        <w:tc>
          <w:tcPr>
            <w:tcW w:w="1103" w:type="dxa"/>
            <w:vAlign w:val="center"/>
          </w:tcPr>
          <w:p w14:paraId="64067E5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-2.25</w:t>
            </w:r>
          </w:p>
        </w:tc>
        <w:tc>
          <w:tcPr>
            <w:tcW w:w="1103" w:type="dxa"/>
            <w:vAlign w:val="center"/>
          </w:tcPr>
          <w:p w14:paraId="6828F62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-2.63</w:t>
            </w:r>
          </w:p>
        </w:tc>
        <w:tc>
          <w:tcPr>
            <w:tcW w:w="1132" w:type="dxa"/>
            <w:vAlign w:val="center"/>
          </w:tcPr>
          <w:p w14:paraId="0677A19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6.19</w:t>
            </w:r>
          </w:p>
        </w:tc>
      </w:tr>
      <w:tr w:rsidR="004F6A62" w14:paraId="349D469B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7FAE59C" w14:textId="77777777" w:rsidR="004F6A62" w:rsidRDefault="00000000" w:rsidP="003975E2">
            <w:pPr>
              <w:jc w:val="center"/>
            </w:pPr>
            <w:r>
              <w:t>MDR_15</w:t>
            </w:r>
          </w:p>
        </w:tc>
        <w:tc>
          <w:tcPr>
            <w:tcW w:w="1104" w:type="dxa"/>
            <w:vAlign w:val="center"/>
          </w:tcPr>
          <w:p w14:paraId="0F4750C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DF2206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0CD302C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161DD4C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15.45</w:t>
            </w:r>
          </w:p>
        </w:tc>
        <w:tc>
          <w:tcPr>
            <w:tcW w:w="1103" w:type="dxa"/>
            <w:vAlign w:val="center"/>
          </w:tcPr>
          <w:p w14:paraId="117872E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-1.65</w:t>
            </w:r>
          </w:p>
        </w:tc>
        <w:tc>
          <w:tcPr>
            <w:tcW w:w="1103" w:type="dxa"/>
            <w:vAlign w:val="center"/>
          </w:tcPr>
          <w:p w14:paraId="54DD63A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-2.03</w:t>
            </w:r>
          </w:p>
        </w:tc>
        <w:tc>
          <w:tcPr>
            <w:tcW w:w="1132" w:type="dxa"/>
            <w:vAlign w:val="center"/>
          </w:tcPr>
          <w:p w14:paraId="4C4600E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4.08</w:t>
            </w:r>
          </w:p>
        </w:tc>
      </w:tr>
      <w:tr w:rsidR="004F6A62" w14:paraId="2A4FA6F1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0AA73FD" w14:textId="77777777" w:rsidR="004F6A62" w:rsidRDefault="00000000" w:rsidP="003975E2">
            <w:pPr>
              <w:jc w:val="center"/>
            </w:pPr>
            <w:r>
              <w:t>MDR_15</w:t>
            </w:r>
          </w:p>
        </w:tc>
        <w:tc>
          <w:tcPr>
            <w:tcW w:w="1104" w:type="dxa"/>
            <w:vAlign w:val="center"/>
          </w:tcPr>
          <w:p w14:paraId="763075E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C289D6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7D2A400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58E6D8F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14.25</w:t>
            </w:r>
          </w:p>
        </w:tc>
        <w:tc>
          <w:tcPr>
            <w:tcW w:w="1103" w:type="dxa"/>
            <w:vAlign w:val="center"/>
          </w:tcPr>
          <w:p w14:paraId="2B1EF50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-2.85</w:t>
            </w:r>
          </w:p>
        </w:tc>
        <w:tc>
          <w:tcPr>
            <w:tcW w:w="1103" w:type="dxa"/>
            <w:vAlign w:val="center"/>
          </w:tcPr>
          <w:p w14:paraId="5DAA808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-3.23</w:t>
            </w:r>
          </w:p>
        </w:tc>
        <w:tc>
          <w:tcPr>
            <w:tcW w:w="1132" w:type="dxa"/>
            <w:vAlign w:val="center"/>
          </w:tcPr>
          <w:p w14:paraId="7110BDD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9.38</w:t>
            </w:r>
          </w:p>
        </w:tc>
      </w:tr>
      <w:tr w:rsidR="004F6A62" w14:paraId="67B409E7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CC42A1E" w14:textId="77777777" w:rsidR="004F6A62" w:rsidRDefault="00000000" w:rsidP="003975E2">
            <w:pPr>
              <w:jc w:val="center"/>
            </w:pPr>
            <w:r>
              <w:t>MDR_15</w:t>
            </w:r>
          </w:p>
        </w:tc>
        <w:tc>
          <w:tcPr>
            <w:tcW w:w="1104" w:type="dxa"/>
            <w:vAlign w:val="center"/>
          </w:tcPr>
          <w:p w14:paraId="1C908E1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0A74C2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5D22ACB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1649F70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17.28</w:t>
            </w:r>
          </w:p>
        </w:tc>
        <w:tc>
          <w:tcPr>
            <w:tcW w:w="1103" w:type="dxa"/>
            <w:vAlign w:val="center"/>
          </w:tcPr>
          <w:p w14:paraId="2E9680A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</w:t>
            </w:r>
          </w:p>
        </w:tc>
        <w:tc>
          <w:tcPr>
            <w:tcW w:w="1103" w:type="dxa"/>
            <w:vAlign w:val="center"/>
          </w:tcPr>
          <w:p w14:paraId="5ED1D6C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-0.2</w:t>
            </w:r>
          </w:p>
        </w:tc>
        <w:tc>
          <w:tcPr>
            <w:tcW w:w="1132" w:type="dxa"/>
            <w:vAlign w:val="center"/>
          </w:tcPr>
          <w:p w14:paraId="3329DA9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1.15</w:t>
            </w:r>
          </w:p>
        </w:tc>
      </w:tr>
      <w:tr w:rsidR="004F6A62" w14:paraId="45E15831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0ECD975" w14:textId="77777777" w:rsidR="004F6A62" w:rsidRDefault="00000000" w:rsidP="003975E2">
            <w:pPr>
              <w:jc w:val="center"/>
            </w:pPr>
            <w:r>
              <w:t>MDR_15</w:t>
            </w:r>
          </w:p>
        </w:tc>
        <w:tc>
          <w:tcPr>
            <w:tcW w:w="1104" w:type="dxa"/>
            <w:vAlign w:val="center"/>
          </w:tcPr>
          <w:p w14:paraId="195F1E9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126675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6956848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3727E9A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14.45</w:t>
            </w:r>
          </w:p>
        </w:tc>
        <w:tc>
          <w:tcPr>
            <w:tcW w:w="1103" w:type="dxa"/>
            <w:vAlign w:val="center"/>
          </w:tcPr>
          <w:p w14:paraId="113C13C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-2.65</w:t>
            </w:r>
          </w:p>
        </w:tc>
        <w:tc>
          <w:tcPr>
            <w:tcW w:w="1103" w:type="dxa"/>
            <w:vAlign w:val="center"/>
          </w:tcPr>
          <w:p w14:paraId="48D0484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-3.03</w:t>
            </w:r>
          </w:p>
        </w:tc>
        <w:tc>
          <w:tcPr>
            <w:tcW w:w="1132" w:type="dxa"/>
            <w:vAlign w:val="center"/>
          </w:tcPr>
          <w:p w14:paraId="7972D84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8.17</w:t>
            </w:r>
          </w:p>
        </w:tc>
      </w:tr>
      <w:tr w:rsidR="004F6A62" w14:paraId="012574AE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10135A0" w14:textId="77777777" w:rsidR="004F6A62" w:rsidRDefault="00000000" w:rsidP="003975E2">
            <w:pPr>
              <w:jc w:val="center"/>
            </w:pPr>
            <w:r>
              <w:t>MDR_16</w:t>
            </w:r>
          </w:p>
        </w:tc>
        <w:tc>
          <w:tcPr>
            <w:tcW w:w="1104" w:type="dxa"/>
            <w:vAlign w:val="center"/>
          </w:tcPr>
          <w:p w14:paraId="5673358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CDA814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059F0BF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419BB86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15.15</w:t>
            </w:r>
          </w:p>
        </w:tc>
        <w:tc>
          <w:tcPr>
            <w:tcW w:w="1103" w:type="dxa"/>
            <w:vAlign w:val="center"/>
          </w:tcPr>
          <w:p w14:paraId="0DFE634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</w:t>
            </w:r>
          </w:p>
        </w:tc>
        <w:tc>
          <w:tcPr>
            <w:tcW w:w="1103" w:type="dxa"/>
            <w:vAlign w:val="center"/>
          </w:tcPr>
          <w:p w14:paraId="733320B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-2.48</w:t>
            </w:r>
          </w:p>
        </w:tc>
        <w:tc>
          <w:tcPr>
            <w:tcW w:w="1132" w:type="dxa"/>
            <w:vAlign w:val="center"/>
          </w:tcPr>
          <w:p w14:paraId="0B7ACD5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5.58</w:t>
            </w:r>
          </w:p>
        </w:tc>
      </w:tr>
      <w:tr w:rsidR="004F6A62" w14:paraId="1C947F93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4F9EF69" w14:textId="77777777" w:rsidR="004F6A62" w:rsidRDefault="00000000" w:rsidP="003975E2">
            <w:pPr>
              <w:jc w:val="center"/>
            </w:pPr>
            <w:r>
              <w:t>MDR_16</w:t>
            </w:r>
          </w:p>
        </w:tc>
        <w:tc>
          <w:tcPr>
            <w:tcW w:w="1104" w:type="dxa"/>
            <w:vAlign w:val="center"/>
          </w:tcPr>
          <w:p w14:paraId="53624B7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CF5DBA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7EF949E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3C95C71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15.65</w:t>
            </w:r>
          </w:p>
        </w:tc>
        <w:tc>
          <w:tcPr>
            <w:tcW w:w="1103" w:type="dxa"/>
            <w:vAlign w:val="center"/>
          </w:tcPr>
          <w:p w14:paraId="5902930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-1.6</w:t>
            </w:r>
          </w:p>
        </w:tc>
        <w:tc>
          <w:tcPr>
            <w:tcW w:w="1103" w:type="dxa"/>
            <w:vAlign w:val="center"/>
          </w:tcPr>
          <w:p w14:paraId="52CFEBD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-1.98</w:t>
            </w:r>
          </w:p>
        </w:tc>
        <w:tc>
          <w:tcPr>
            <w:tcW w:w="1132" w:type="dxa"/>
            <w:vAlign w:val="center"/>
          </w:tcPr>
          <w:p w14:paraId="0D9808C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3.94</w:t>
            </w:r>
          </w:p>
        </w:tc>
      </w:tr>
      <w:tr w:rsidR="004F6A62" w14:paraId="426AFD7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7EEEB5E" w14:textId="77777777" w:rsidR="004F6A62" w:rsidRDefault="00000000" w:rsidP="003975E2">
            <w:pPr>
              <w:jc w:val="center"/>
            </w:pPr>
            <w:r>
              <w:t>MDR_16</w:t>
            </w:r>
          </w:p>
        </w:tc>
        <w:tc>
          <w:tcPr>
            <w:tcW w:w="1104" w:type="dxa"/>
            <w:vAlign w:val="center"/>
          </w:tcPr>
          <w:p w14:paraId="73C83B2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39153D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594ABD9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235748A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14.63</w:t>
            </w:r>
          </w:p>
        </w:tc>
        <w:tc>
          <w:tcPr>
            <w:tcW w:w="1103" w:type="dxa"/>
            <w:vAlign w:val="center"/>
          </w:tcPr>
          <w:p w14:paraId="668C0F5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-2.62</w:t>
            </w:r>
          </w:p>
        </w:tc>
        <w:tc>
          <w:tcPr>
            <w:tcW w:w="1103" w:type="dxa"/>
            <w:vAlign w:val="center"/>
          </w:tcPr>
          <w:p w14:paraId="2635EF3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-3.0</w:t>
            </w:r>
          </w:p>
        </w:tc>
        <w:tc>
          <w:tcPr>
            <w:tcW w:w="1132" w:type="dxa"/>
            <w:vAlign w:val="center"/>
          </w:tcPr>
          <w:p w14:paraId="7E273D6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8.0</w:t>
            </w:r>
          </w:p>
        </w:tc>
      </w:tr>
      <w:tr w:rsidR="004F6A62" w14:paraId="553815BD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D89C945" w14:textId="77777777" w:rsidR="004F6A62" w:rsidRDefault="00000000" w:rsidP="003975E2">
            <w:pPr>
              <w:jc w:val="center"/>
            </w:pPr>
            <w:r>
              <w:t>MDR_16</w:t>
            </w:r>
          </w:p>
        </w:tc>
        <w:tc>
          <w:tcPr>
            <w:tcW w:w="1104" w:type="dxa"/>
            <w:vAlign w:val="center"/>
          </w:tcPr>
          <w:p w14:paraId="49FB212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2339AC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50C5945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46D7C0F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17.48</w:t>
            </w:r>
          </w:p>
        </w:tc>
        <w:tc>
          <w:tcPr>
            <w:tcW w:w="1103" w:type="dxa"/>
            <w:vAlign w:val="center"/>
          </w:tcPr>
          <w:p w14:paraId="5E129FE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0.23</w:t>
            </w:r>
          </w:p>
        </w:tc>
        <w:tc>
          <w:tcPr>
            <w:tcW w:w="1103" w:type="dxa"/>
            <w:vAlign w:val="center"/>
          </w:tcPr>
          <w:p w14:paraId="0B8CD7B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-0.15</w:t>
            </w:r>
          </w:p>
        </w:tc>
        <w:tc>
          <w:tcPr>
            <w:tcW w:w="1132" w:type="dxa"/>
            <w:vAlign w:val="center"/>
          </w:tcPr>
          <w:p w14:paraId="353BE11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1.11</w:t>
            </w:r>
          </w:p>
        </w:tc>
      </w:tr>
      <w:tr w:rsidR="004F6A62" w14:paraId="694829F5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3A6C555" w14:textId="77777777" w:rsidR="004F6A62" w:rsidRDefault="00000000" w:rsidP="003975E2">
            <w:pPr>
              <w:jc w:val="center"/>
            </w:pPr>
            <w:r>
              <w:t>MDR_16</w:t>
            </w:r>
          </w:p>
        </w:tc>
        <w:tc>
          <w:tcPr>
            <w:tcW w:w="1104" w:type="dxa"/>
            <w:vAlign w:val="center"/>
          </w:tcPr>
          <w:p w14:paraId="0FED274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808504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11FD190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17.25</w:t>
            </w:r>
          </w:p>
        </w:tc>
        <w:tc>
          <w:tcPr>
            <w:tcW w:w="1103" w:type="dxa"/>
            <w:vAlign w:val="center"/>
          </w:tcPr>
          <w:p w14:paraId="35B4E0F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14.9</w:t>
            </w:r>
          </w:p>
        </w:tc>
        <w:tc>
          <w:tcPr>
            <w:tcW w:w="1103" w:type="dxa"/>
            <w:vAlign w:val="center"/>
          </w:tcPr>
          <w:p w14:paraId="7727B7B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-2.35</w:t>
            </w:r>
          </w:p>
        </w:tc>
        <w:tc>
          <w:tcPr>
            <w:tcW w:w="1103" w:type="dxa"/>
            <w:vAlign w:val="center"/>
          </w:tcPr>
          <w:p w14:paraId="49BF48E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-2.73</w:t>
            </w:r>
          </w:p>
        </w:tc>
        <w:tc>
          <w:tcPr>
            <w:tcW w:w="1132" w:type="dxa"/>
            <w:vAlign w:val="center"/>
          </w:tcPr>
          <w:p w14:paraId="4A5CE84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6.63</w:t>
            </w:r>
          </w:p>
        </w:tc>
      </w:tr>
      <w:tr w:rsidR="004F6A62" w14:paraId="0B9E855B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07E9C5C" w14:textId="77777777" w:rsidR="004F6A62" w:rsidRDefault="00000000" w:rsidP="003975E2">
            <w:pPr>
              <w:jc w:val="center"/>
            </w:pPr>
            <w:r>
              <w:t>MDR_17</w:t>
            </w:r>
          </w:p>
        </w:tc>
        <w:tc>
          <w:tcPr>
            <w:tcW w:w="1104" w:type="dxa"/>
            <w:vAlign w:val="center"/>
          </w:tcPr>
          <w:p w14:paraId="64412EA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3A8274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54F7510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2EECD7B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15.35</w:t>
            </w:r>
          </w:p>
        </w:tc>
        <w:tc>
          <w:tcPr>
            <w:tcW w:w="1103" w:type="dxa"/>
            <w:vAlign w:val="center"/>
          </w:tcPr>
          <w:p w14:paraId="4F1C03E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-1.95</w:t>
            </w:r>
          </w:p>
        </w:tc>
        <w:tc>
          <w:tcPr>
            <w:tcW w:w="1103" w:type="dxa"/>
            <w:vAlign w:val="center"/>
          </w:tcPr>
          <w:p w14:paraId="00CDD9B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-2.33</w:t>
            </w:r>
          </w:p>
        </w:tc>
        <w:tc>
          <w:tcPr>
            <w:tcW w:w="1132" w:type="dxa"/>
            <w:vAlign w:val="center"/>
          </w:tcPr>
          <w:p w14:paraId="7426B29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5.03</w:t>
            </w:r>
          </w:p>
        </w:tc>
      </w:tr>
      <w:tr w:rsidR="004F6A62" w14:paraId="6D196F88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B6EB71E" w14:textId="77777777" w:rsidR="004F6A62" w:rsidRDefault="00000000" w:rsidP="003975E2">
            <w:pPr>
              <w:jc w:val="center"/>
            </w:pPr>
            <w:r>
              <w:t>MDR_17</w:t>
            </w:r>
          </w:p>
        </w:tc>
        <w:tc>
          <w:tcPr>
            <w:tcW w:w="1104" w:type="dxa"/>
            <w:vAlign w:val="center"/>
          </w:tcPr>
          <w:p w14:paraId="4173E98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6D345B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4225B37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3B62314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15.7</w:t>
            </w:r>
          </w:p>
        </w:tc>
        <w:tc>
          <w:tcPr>
            <w:tcW w:w="1103" w:type="dxa"/>
            <w:vAlign w:val="center"/>
          </w:tcPr>
          <w:p w14:paraId="410A076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-1.6</w:t>
            </w:r>
          </w:p>
        </w:tc>
        <w:tc>
          <w:tcPr>
            <w:tcW w:w="1103" w:type="dxa"/>
            <w:vAlign w:val="center"/>
          </w:tcPr>
          <w:p w14:paraId="38C9D4C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-1.98</w:t>
            </w:r>
          </w:p>
        </w:tc>
        <w:tc>
          <w:tcPr>
            <w:tcW w:w="1132" w:type="dxa"/>
            <w:vAlign w:val="center"/>
          </w:tcPr>
          <w:p w14:paraId="31F3B2A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3.94</w:t>
            </w:r>
          </w:p>
        </w:tc>
      </w:tr>
      <w:tr w:rsidR="004F6A62" w14:paraId="7C385EBD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3D89D76" w14:textId="77777777" w:rsidR="004F6A62" w:rsidRDefault="00000000" w:rsidP="003975E2">
            <w:pPr>
              <w:jc w:val="center"/>
            </w:pPr>
            <w:r>
              <w:t>MDR_17</w:t>
            </w:r>
          </w:p>
        </w:tc>
        <w:tc>
          <w:tcPr>
            <w:tcW w:w="1104" w:type="dxa"/>
            <w:vAlign w:val="center"/>
          </w:tcPr>
          <w:p w14:paraId="281D5E7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9BD76E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4486A7C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7CDF317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14.68</w:t>
            </w:r>
          </w:p>
        </w:tc>
        <w:tc>
          <w:tcPr>
            <w:tcW w:w="1103" w:type="dxa"/>
            <w:vAlign w:val="center"/>
          </w:tcPr>
          <w:p w14:paraId="1978A61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-2.62</w:t>
            </w:r>
          </w:p>
        </w:tc>
        <w:tc>
          <w:tcPr>
            <w:tcW w:w="1103" w:type="dxa"/>
            <w:vAlign w:val="center"/>
          </w:tcPr>
          <w:p w14:paraId="448801A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-3.0</w:t>
            </w:r>
          </w:p>
        </w:tc>
        <w:tc>
          <w:tcPr>
            <w:tcW w:w="1132" w:type="dxa"/>
            <w:vAlign w:val="center"/>
          </w:tcPr>
          <w:p w14:paraId="30B3C92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8.0</w:t>
            </w:r>
          </w:p>
        </w:tc>
      </w:tr>
      <w:tr w:rsidR="004F6A62" w14:paraId="11A3F8B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99771BF" w14:textId="77777777" w:rsidR="004F6A62" w:rsidRDefault="00000000" w:rsidP="003975E2">
            <w:pPr>
              <w:jc w:val="center"/>
            </w:pPr>
            <w:r>
              <w:t>MDR_17</w:t>
            </w:r>
          </w:p>
        </w:tc>
        <w:tc>
          <w:tcPr>
            <w:tcW w:w="1104" w:type="dxa"/>
            <w:vAlign w:val="center"/>
          </w:tcPr>
          <w:p w14:paraId="61F3743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3BF4FC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6D647CA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430EFA1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17.51</w:t>
            </w:r>
          </w:p>
        </w:tc>
        <w:tc>
          <w:tcPr>
            <w:tcW w:w="1103" w:type="dxa"/>
            <w:vAlign w:val="center"/>
          </w:tcPr>
          <w:p w14:paraId="309C517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0.21</w:t>
            </w:r>
          </w:p>
        </w:tc>
        <w:tc>
          <w:tcPr>
            <w:tcW w:w="1103" w:type="dxa"/>
            <w:vAlign w:val="center"/>
          </w:tcPr>
          <w:p w14:paraId="77EF172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-0.17</w:t>
            </w:r>
          </w:p>
        </w:tc>
        <w:tc>
          <w:tcPr>
            <w:tcW w:w="1132" w:type="dxa"/>
            <w:vAlign w:val="center"/>
          </w:tcPr>
          <w:p w14:paraId="2A581ED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1.13</w:t>
            </w:r>
          </w:p>
        </w:tc>
      </w:tr>
      <w:tr w:rsidR="004F6A62" w14:paraId="0BE21299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A888F4B" w14:textId="77777777" w:rsidR="004F6A62" w:rsidRDefault="00000000" w:rsidP="003975E2">
            <w:pPr>
              <w:jc w:val="center"/>
            </w:pPr>
            <w:r>
              <w:t>MDR_17</w:t>
            </w:r>
          </w:p>
        </w:tc>
        <w:tc>
          <w:tcPr>
            <w:tcW w:w="1104" w:type="dxa"/>
            <w:vAlign w:val="center"/>
          </w:tcPr>
          <w:p w14:paraId="43EE06C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D87455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697C82F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1103" w:type="dxa"/>
            <w:vAlign w:val="center"/>
          </w:tcPr>
          <w:p w14:paraId="68B8D51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14.95</w:t>
            </w:r>
          </w:p>
        </w:tc>
        <w:tc>
          <w:tcPr>
            <w:tcW w:w="1103" w:type="dxa"/>
            <w:vAlign w:val="center"/>
          </w:tcPr>
          <w:p w14:paraId="15D4606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-2.35</w:t>
            </w:r>
          </w:p>
        </w:tc>
        <w:tc>
          <w:tcPr>
            <w:tcW w:w="1103" w:type="dxa"/>
            <w:vAlign w:val="center"/>
          </w:tcPr>
          <w:p w14:paraId="0F83F37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-2.73</w:t>
            </w:r>
          </w:p>
        </w:tc>
        <w:tc>
          <w:tcPr>
            <w:tcW w:w="1132" w:type="dxa"/>
            <w:vAlign w:val="center"/>
          </w:tcPr>
          <w:p w14:paraId="5420DD9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6.63</w:t>
            </w:r>
          </w:p>
        </w:tc>
      </w:tr>
      <w:tr w:rsidR="004F6A62" w14:paraId="1BF3125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AF02D27" w14:textId="77777777" w:rsidR="004F6A62" w:rsidRDefault="00000000" w:rsidP="003975E2">
            <w:pPr>
              <w:jc w:val="center"/>
            </w:pPr>
            <w:r>
              <w:t>MDR_18</w:t>
            </w:r>
          </w:p>
        </w:tc>
        <w:tc>
          <w:tcPr>
            <w:tcW w:w="1104" w:type="dxa"/>
            <w:vAlign w:val="center"/>
          </w:tcPr>
          <w:p w14:paraId="6B012C7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71503B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6C3D506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0741C0E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15.35</w:t>
            </w:r>
          </w:p>
        </w:tc>
        <w:tc>
          <w:tcPr>
            <w:tcW w:w="1103" w:type="dxa"/>
            <w:vAlign w:val="center"/>
          </w:tcPr>
          <w:p w14:paraId="009331B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</w:t>
            </w:r>
          </w:p>
        </w:tc>
        <w:tc>
          <w:tcPr>
            <w:tcW w:w="1103" w:type="dxa"/>
            <w:vAlign w:val="center"/>
          </w:tcPr>
          <w:p w14:paraId="29E72FB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-2.18</w:t>
            </w:r>
          </w:p>
        </w:tc>
        <w:tc>
          <w:tcPr>
            <w:tcW w:w="1132" w:type="dxa"/>
            <w:vAlign w:val="center"/>
          </w:tcPr>
          <w:p w14:paraId="251E717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4.53</w:t>
            </w:r>
          </w:p>
        </w:tc>
      </w:tr>
      <w:tr w:rsidR="004F6A62" w14:paraId="530629CD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712A533" w14:textId="77777777" w:rsidR="004F6A62" w:rsidRDefault="00000000" w:rsidP="003975E2">
            <w:pPr>
              <w:jc w:val="center"/>
            </w:pPr>
            <w:r>
              <w:t>MDR_18</w:t>
            </w:r>
          </w:p>
        </w:tc>
        <w:tc>
          <w:tcPr>
            <w:tcW w:w="1104" w:type="dxa"/>
            <w:vAlign w:val="center"/>
          </w:tcPr>
          <w:p w14:paraId="015869B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7DC348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15D8B90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363E07A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15.55</w:t>
            </w:r>
          </w:p>
        </w:tc>
        <w:tc>
          <w:tcPr>
            <w:tcW w:w="1103" w:type="dxa"/>
            <w:vAlign w:val="center"/>
          </w:tcPr>
          <w:p w14:paraId="04B82C3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-1.6</w:t>
            </w:r>
          </w:p>
        </w:tc>
        <w:tc>
          <w:tcPr>
            <w:tcW w:w="1103" w:type="dxa"/>
            <w:vAlign w:val="center"/>
          </w:tcPr>
          <w:p w14:paraId="2884392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-1.98</w:t>
            </w:r>
          </w:p>
        </w:tc>
        <w:tc>
          <w:tcPr>
            <w:tcW w:w="1132" w:type="dxa"/>
            <w:vAlign w:val="center"/>
          </w:tcPr>
          <w:p w14:paraId="73926A5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3.94</w:t>
            </w:r>
          </w:p>
        </w:tc>
      </w:tr>
      <w:tr w:rsidR="004F6A62" w14:paraId="7418F8E9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E7E7F1B" w14:textId="77777777" w:rsidR="004F6A62" w:rsidRDefault="00000000" w:rsidP="003975E2">
            <w:pPr>
              <w:jc w:val="center"/>
            </w:pPr>
            <w:r>
              <w:t>MDR_18</w:t>
            </w:r>
          </w:p>
        </w:tc>
        <w:tc>
          <w:tcPr>
            <w:tcW w:w="1104" w:type="dxa"/>
            <w:vAlign w:val="center"/>
          </w:tcPr>
          <w:p w14:paraId="45DEFC4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6814F5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79CCA53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3AEC656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</w:t>
            </w:r>
          </w:p>
        </w:tc>
        <w:tc>
          <w:tcPr>
            <w:tcW w:w="1103" w:type="dxa"/>
            <w:vAlign w:val="center"/>
          </w:tcPr>
          <w:p w14:paraId="19FA586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-2.65</w:t>
            </w:r>
          </w:p>
        </w:tc>
        <w:tc>
          <w:tcPr>
            <w:tcW w:w="1103" w:type="dxa"/>
            <w:vAlign w:val="center"/>
          </w:tcPr>
          <w:p w14:paraId="341E9EF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-3.03</w:t>
            </w:r>
          </w:p>
        </w:tc>
        <w:tc>
          <w:tcPr>
            <w:tcW w:w="1132" w:type="dxa"/>
            <w:vAlign w:val="center"/>
          </w:tcPr>
          <w:p w14:paraId="15C650D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8.17</w:t>
            </w:r>
          </w:p>
        </w:tc>
      </w:tr>
      <w:tr w:rsidR="004F6A62" w14:paraId="2363ABE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D11FF8C" w14:textId="77777777" w:rsidR="004F6A62" w:rsidRDefault="00000000" w:rsidP="003975E2">
            <w:pPr>
              <w:jc w:val="center"/>
            </w:pPr>
            <w:r>
              <w:lastRenderedPageBreak/>
              <w:t>MDR_18</w:t>
            </w:r>
          </w:p>
        </w:tc>
        <w:tc>
          <w:tcPr>
            <w:tcW w:w="1104" w:type="dxa"/>
            <w:vAlign w:val="center"/>
          </w:tcPr>
          <w:p w14:paraId="3685964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DE2AB0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3BC752A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68BBA6B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17.38</w:t>
            </w:r>
          </w:p>
        </w:tc>
        <w:tc>
          <w:tcPr>
            <w:tcW w:w="1103" w:type="dxa"/>
            <w:vAlign w:val="center"/>
          </w:tcPr>
          <w:p w14:paraId="01F79B9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0.23</w:t>
            </w:r>
          </w:p>
        </w:tc>
        <w:tc>
          <w:tcPr>
            <w:tcW w:w="1103" w:type="dxa"/>
            <w:vAlign w:val="center"/>
          </w:tcPr>
          <w:p w14:paraId="1318B2E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-0.15</w:t>
            </w:r>
          </w:p>
        </w:tc>
        <w:tc>
          <w:tcPr>
            <w:tcW w:w="1132" w:type="dxa"/>
            <w:vAlign w:val="center"/>
          </w:tcPr>
          <w:p w14:paraId="3594AAA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1.11</w:t>
            </w:r>
          </w:p>
        </w:tc>
      </w:tr>
      <w:tr w:rsidR="004F6A62" w14:paraId="6FAAB59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1C576BC" w14:textId="77777777" w:rsidR="004F6A62" w:rsidRDefault="00000000" w:rsidP="003975E2">
            <w:pPr>
              <w:jc w:val="center"/>
            </w:pPr>
            <w:r>
              <w:t>MDR_18</w:t>
            </w:r>
          </w:p>
        </w:tc>
        <w:tc>
          <w:tcPr>
            <w:tcW w:w="1104" w:type="dxa"/>
            <w:vAlign w:val="center"/>
          </w:tcPr>
          <w:p w14:paraId="4F68D34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37E217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18D771F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1C3B8AA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14.85</w:t>
            </w:r>
          </w:p>
        </w:tc>
        <w:tc>
          <w:tcPr>
            <w:tcW w:w="1103" w:type="dxa"/>
            <w:vAlign w:val="center"/>
          </w:tcPr>
          <w:p w14:paraId="33435A4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-2.3</w:t>
            </w:r>
          </w:p>
        </w:tc>
        <w:tc>
          <w:tcPr>
            <w:tcW w:w="1103" w:type="dxa"/>
            <w:vAlign w:val="center"/>
          </w:tcPr>
          <w:p w14:paraId="39EA0F7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-2.68</w:t>
            </w:r>
          </w:p>
        </w:tc>
        <w:tc>
          <w:tcPr>
            <w:tcW w:w="1132" w:type="dxa"/>
            <w:vAlign w:val="center"/>
          </w:tcPr>
          <w:p w14:paraId="635FDCE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6.41</w:t>
            </w:r>
          </w:p>
        </w:tc>
      </w:tr>
      <w:tr w:rsidR="004F6A62" w14:paraId="0AB807AD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304CDEE" w14:textId="77777777" w:rsidR="004F6A62" w:rsidRDefault="00000000" w:rsidP="003975E2">
            <w:pPr>
              <w:jc w:val="center"/>
            </w:pPr>
            <w:r>
              <w:t>MDR_19</w:t>
            </w:r>
          </w:p>
        </w:tc>
        <w:tc>
          <w:tcPr>
            <w:tcW w:w="1104" w:type="dxa"/>
            <w:vAlign w:val="center"/>
          </w:tcPr>
          <w:p w14:paraId="6A5CCAF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4E29B8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047667D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4D79462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15.4</w:t>
            </w:r>
          </w:p>
        </w:tc>
        <w:tc>
          <w:tcPr>
            <w:tcW w:w="1103" w:type="dxa"/>
            <w:vAlign w:val="center"/>
          </w:tcPr>
          <w:p w14:paraId="4084BA0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-2.0</w:t>
            </w:r>
          </w:p>
        </w:tc>
        <w:tc>
          <w:tcPr>
            <w:tcW w:w="1103" w:type="dxa"/>
            <w:vAlign w:val="center"/>
          </w:tcPr>
          <w:p w14:paraId="3EE18E6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-2.38</w:t>
            </w:r>
          </w:p>
        </w:tc>
        <w:tc>
          <w:tcPr>
            <w:tcW w:w="1132" w:type="dxa"/>
            <w:vAlign w:val="center"/>
          </w:tcPr>
          <w:p w14:paraId="6E21334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5.21</w:t>
            </w:r>
          </w:p>
        </w:tc>
      </w:tr>
      <w:tr w:rsidR="004F6A62" w14:paraId="77E12505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10B4134" w14:textId="77777777" w:rsidR="004F6A62" w:rsidRDefault="00000000" w:rsidP="003975E2">
            <w:pPr>
              <w:jc w:val="center"/>
            </w:pPr>
            <w:r>
              <w:t>MDR_19</w:t>
            </w:r>
          </w:p>
        </w:tc>
        <w:tc>
          <w:tcPr>
            <w:tcW w:w="1104" w:type="dxa"/>
            <w:vAlign w:val="center"/>
          </w:tcPr>
          <w:p w14:paraId="37D13B1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0D3A01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01B2676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3436BA3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15.75</w:t>
            </w:r>
          </w:p>
        </w:tc>
        <w:tc>
          <w:tcPr>
            <w:tcW w:w="1103" w:type="dxa"/>
            <w:vAlign w:val="center"/>
          </w:tcPr>
          <w:p w14:paraId="3292558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-1.65</w:t>
            </w:r>
          </w:p>
        </w:tc>
        <w:tc>
          <w:tcPr>
            <w:tcW w:w="1103" w:type="dxa"/>
            <w:vAlign w:val="center"/>
          </w:tcPr>
          <w:p w14:paraId="32E7F77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-2.03</w:t>
            </w:r>
          </w:p>
        </w:tc>
        <w:tc>
          <w:tcPr>
            <w:tcW w:w="1132" w:type="dxa"/>
            <w:vAlign w:val="center"/>
          </w:tcPr>
          <w:p w14:paraId="080D0E1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4.08</w:t>
            </w:r>
          </w:p>
        </w:tc>
      </w:tr>
      <w:tr w:rsidR="004F6A62" w14:paraId="05DC3C03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3562D46" w14:textId="77777777" w:rsidR="004F6A62" w:rsidRDefault="00000000" w:rsidP="003975E2">
            <w:pPr>
              <w:jc w:val="center"/>
            </w:pPr>
            <w:r>
              <w:t>MDR_19</w:t>
            </w:r>
          </w:p>
        </w:tc>
        <w:tc>
          <w:tcPr>
            <w:tcW w:w="1104" w:type="dxa"/>
            <w:vAlign w:val="center"/>
          </w:tcPr>
          <w:p w14:paraId="6C13A50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8AEEC2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79A5D87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6A6D968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14.55</w:t>
            </w:r>
          </w:p>
        </w:tc>
        <w:tc>
          <w:tcPr>
            <w:tcW w:w="1103" w:type="dxa"/>
            <w:vAlign w:val="center"/>
          </w:tcPr>
          <w:p w14:paraId="0934C8D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-2.85</w:t>
            </w:r>
          </w:p>
        </w:tc>
        <w:tc>
          <w:tcPr>
            <w:tcW w:w="1103" w:type="dxa"/>
            <w:vAlign w:val="center"/>
          </w:tcPr>
          <w:p w14:paraId="49095CA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-3.23</w:t>
            </w:r>
          </w:p>
        </w:tc>
        <w:tc>
          <w:tcPr>
            <w:tcW w:w="1132" w:type="dxa"/>
            <w:vAlign w:val="center"/>
          </w:tcPr>
          <w:p w14:paraId="07348B9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9.38</w:t>
            </w:r>
          </w:p>
        </w:tc>
      </w:tr>
      <w:tr w:rsidR="004F6A62" w14:paraId="35F251A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CF6E0E1" w14:textId="77777777" w:rsidR="004F6A62" w:rsidRDefault="00000000" w:rsidP="003975E2">
            <w:pPr>
              <w:jc w:val="center"/>
            </w:pPr>
            <w:r>
              <w:t>MDR_19</w:t>
            </w:r>
          </w:p>
        </w:tc>
        <w:tc>
          <w:tcPr>
            <w:tcW w:w="1104" w:type="dxa"/>
            <w:vAlign w:val="center"/>
          </w:tcPr>
          <w:p w14:paraId="561E14D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B136FA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13B0105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646EF6C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17.65</w:t>
            </w:r>
          </w:p>
        </w:tc>
        <w:tc>
          <w:tcPr>
            <w:tcW w:w="1103" w:type="dxa"/>
            <w:vAlign w:val="center"/>
          </w:tcPr>
          <w:p w14:paraId="0FFDF3B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0.25</w:t>
            </w:r>
          </w:p>
        </w:tc>
        <w:tc>
          <w:tcPr>
            <w:tcW w:w="1103" w:type="dxa"/>
            <w:vAlign w:val="center"/>
          </w:tcPr>
          <w:p w14:paraId="1C7C12B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-0.13</w:t>
            </w:r>
          </w:p>
        </w:tc>
        <w:tc>
          <w:tcPr>
            <w:tcW w:w="1132" w:type="dxa"/>
            <w:vAlign w:val="center"/>
          </w:tcPr>
          <w:p w14:paraId="5EE5EE4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1.09</w:t>
            </w:r>
          </w:p>
        </w:tc>
      </w:tr>
      <w:tr w:rsidR="004F6A62" w14:paraId="33989EF1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C32B721" w14:textId="77777777" w:rsidR="004F6A62" w:rsidRDefault="00000000" w:rsidP="003975E2">
            <w:pPr>
              <w:jc w:val="center"/>
            </w:pPr>
            <w:r>
              <w:t>MDR_19</w:t>
            </w:r>
          </w:p>
        </w:tc>
        <w:tc>
          <w:tcPr>
            <w:tcW w:w="1104" w:type="dxa"/>
            <w:vAlign w:val="center"/>
          </w:tcPr>
          <w:p w14:paraId="30A8297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E4B376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6698882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04AD6E4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14.95</w:t>
            </w:r>
          </w:p>
        </w:tc>
        <w:tc>
          <w:tcPr>
            <w:tcW w:w="1103" w:type="dxa"/>
            <w:vAlign w:val="center"/>
          </w:tcPr>
          <w:p w14:paraId="0C6BA52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-2.45</w:t>
            </w:r>
          </w:p>
        </w:tc>
        <w:tc>
          <w:tcPr>
            <w:tcW w:w="1103" w:type="dxa"/>
            <w:vAlign w:val="center"/>
          </w:tcPr>
          <w:p w14:paraId="18AAC3F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-2.83</w:t>
            </w:r>
          </w:p>
        </w:tc>
        <w:tc>
          <w:tcPr>
            <w:tcW w:w="1132" w:type="dxa"/>
            <w:vAlign w:val="center"/>
          </w:tcPr>
          <w:p w14:paraId="6A2BF66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7.11</w:t>
            </w:r>
          </w:p>
        </w:tc>
      </w:tr>
      <w:tr w:rsidR="004F6A62" w14:paraId="0F1D83D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1164F02" w14:textId="77777777" w:rsidR="004F6A62" w:rsidRDefault="00000000" w:rsidP="003975E2">
            <w:pPr>
              <w:jc w:val="center"/>
            </w:pPr>
            <w:r>
              <w:t>MDR_20</w:t>
            </w:r>
          </w:p>
        </w:tc>
        <w:tc>
          <w:tcPr>
            <w:tcW w:w="1104" w:type="dxa"/>
            <w:vAlign w:val="center"/>
          </w:tcPr>
          <w:p w14:paraId="4FE1AFD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023496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04C3131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4AC00EB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</w:t>
            </w:r>
          </w:p>
        </w:tc>
        <w:tc>
          <w:tcPr>
            <w:tcW w:w="1103" w:type="dxa"/>
            <w:vAlign w:val="center"/>
          </w:tcPr>
          <w:p w14:paraId="4500F5D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-1.9</w:t>
            </w:r>
          </w:p>
        </w:tc>
        <w:tc>
          <w:tcPr>
            <w:tcW w:w="1103" w:type="dxa"/>
            <w:vAlign w:val="center"/>
          </w:tcPr>
          <w:p w14:paraId="50E3386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-2.28</w:t>
            </w:r>
          </w:p>
        </w:tc>
        <w:tc>
          <w:tcPr>
            <w:tcW w:w="1132" w:type="dxa"/>
            <w:vAlign w:val="center"/>
          </w:tcPr>
          <w:p w14:paraId="37F6B8D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4.86</w:t>
            </w:r>
          </w:p>
        </w:tc>
      </w:tr>
      <w:tr w:rsidR="004F6A62" w14:paraId="0AD55726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A56CADB" w14:textId="77777777" w:rsidR="004F6A62" w:rsidRDefault="00000000" w:rsidP="003975E2">
            <w:pPr>
              <w:jc w:val="center"/>
            </w:pPr>
            <w:r>
              <w:t>MDR_20</w:t>
            </w:r>
          </w:p>
        </w:tc>
        <w:tc>
          <w:tcPr>
            <w:tcW w:w="1104" w:type="dxa"/>
            <w:vAlign w:val="center"/>
          </w:tcPr>
          <w:p w14:paraId="6EB11CE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BAED91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1DCBBF2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2C70BC3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15.65</w:t>
            </w:r>
          </w:p>
        </w:tc>
        <w:tc>
          <w:tcPr>
            <w:tcW w:w="1103" w:type="dxa"/>
            <w:vAlign w:val="center"/>
          </w:tcPr>
          <w:p w14:paraId="7BF178A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-1.55</w:t>
            </w:r>
          </w:p>
        </w:tc>
        <w:tc>
          <w:tcPr>
            <w:tcW w:w="1103" w:type="dxa"/>
            <w:vAlign w:val="center"/>
          </w:tcPr>
          <w:p w14:paraId="79AE5D0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-1.93</w:t>
            </w:r>
          </w:p>
        </w:tc>
        <w:tc>
          <w:tcPr>
            <w:tcW w:w="1132" w:type="dxa"/>
            <w:vAlign w:val="center"/>
          </w:tcPr>
          <w:p w14:paraId="3132F45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3.81</w:t>
            </w:r>
          </w:p>
        </w:tc>
      </w:tr>
      <w:tr w:rsidR="004F6A62" w14:paraId="27FEA71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57D0B98" w14:textId="77777777" w:rsidR="004F6A62" w:rsidRDefault="00000000" w:rsidP="003975E2">
            <w:pPr>
              <w:jc w:val="center"/>
            </w:pPr>
            <w:r>
              <w:t>MDR_20</w:t>
            </w:r>
          </w:p>
        </w:tc>
        <w:tc>
          <w:tcPr>
            <w:tcW w:w="1104" w:type="dxa"/>
            <w:vAlign w:val="center"/>
          </w:tcPr>
          <w:p w14:paraId="1932A84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76F62E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1731CBA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6C5D8A3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14.58</w:t>
            </w:r>
          </w:p>
        </w:tc>
        <w:tc>
          <w:tcPr>
            <w:tcW w:w="1103" w:type="dxa"/>
            <w:vAlign w:val="center"/>
          </w:tcPr>
          <w:p w14:paraId="5B8B8E8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-2.62</w:t>
            </w:r>
          </w:p>
        </w:tc>
        <w:tc>
          <w:tcPr>
            <w:tcW w:w="1103" w:type="dxa"/>
            <w:vAlign w:val="center"/>
          </w:tcPr>
          <w:p w14:paraId="13E7E6A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-3.0</w:t>
            </w:r>
          </w:p>
        </w:tc>
        <w:tc>
          <w:tcPr>
            <w:tcW w:w="1132" w:type="dxa"/>
            <w:vAlign w:val="center"/>
          </w:tcPr>
          <w:p w14:paraId="42894A9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8.0</w:t>
            </w:r>
          </w:p>
        </w:tc>
      </w:tr>
      <w:tr w:rsidR="004F6A62" w14:paraId="69DAE759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F5C23D2" w14:textId="77777777" w:rsidR="004F6A62" w:rsidRDefault="00000000" w:rsidP="003975E2">
            <w:pPr>
              <w:jc w:val="center"/>
            </w:pPr>
            <w:r>
              <w:t>MDR_20</w:t>
            </w:r>
          </w:p>
        </w:tc>
        <w:tc>
          <w:tcPr>
            <w:tcW w:w="1104" w:type="dxa"/>
            <w:vAlign w:val="center"/>
          </w:tcPr>
          <w:p w14:paraId="3CD717A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2B3AFA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6266337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05D0627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17.44</w:t>
            </w:r>
          </w:p>
        </w:tc>
        <w:tc>
          <w:tcPr>
            <w:tcW w:w="1103" w:type="dxa"/>
            <w:vAlign w:val="center"/>
          </w:tcPr>
          <w:p w14:paraId="265E8F6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0.24</w:t>
            </w:r>
          </w:p>
        </w:tc>
        <w:tc>
          <w:tcPr>
            <w:tcW w:w="1103" w:type="dxa"/>
            <w:vAlign w:val="center"/>
          </w:tcPr>
          <w:p w14:paraId="14B12FC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-0.14</w:t>
            </w:r>
          </w:p>
        </w:tc>
        <w:tc>
          <w:tcPr>
            <w:tcW w:w="1132" w:type="dxa"/>
            <w:vAlign w:val="center"/>
          </w:tcPr>
          <w:p w14:paraId="6C829D5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</w:t>
            </w:r>
          </w:p>
        </w:tc>
      </w:tr>
      <w:tr w:rsidR="004F6A62" w14:paraId="152E50B8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DEA2BF5" w14:textId="77777777" w:rsidR="004F6A62" w:rsidRDefault="00000000" w:rsidP="003975E2">
            <w:pPr>
              <w:jc w:val="center"/>
            </w:pPr>
            <w:r>
              <w:t>MDR_20</w:t>
            </w:r>
          </w:p>
        </w:tc>
        <w:tc>
          <w:tcPr>
            <w:tcW w:w="1104" w:type="dxa"/>
            <w:vAlign w:val="center"/>
          </w:tcPr>
          <w:p w14:paraId="6BA51BA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82405E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590450F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15A2842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14.88</w:t>
            </w:r>
          </w:p>
        </w:tc>
        <w:tc>
          <w:tcPr>
            <w:tcW w:w="1103" w:type="dxa"/>
            <w:vAlign w:val="center"/>
          </w:tcPr>
          <w:p w14:paraId="16B461A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-2.32</w:t>
            </w:r>
          </w:p>
        </w:tc>
        <w:tc>
          <w:tcPr>
            <w:tcW w:w="1103" w:type="dxa"/>
            <w:vAlign w:val="center"/>
          </w:tcPr>
          <w:p w14:paraId="2113E25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-2.7</w:t>
            </w:r>
          </w:p>
        </w:tc>
        <w:tc>
          <w:tcPr>
            <w:tcW w:w="1132" w:type="dxa"/>
            <w:vAlign w:val="center"/>
          </w:tcPr>
          <w:p w14:paraId="12DF222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6.5</w:t>
            </w:r>
          </w:p>
        </w:tc>
      </w:tr>
      <w:tr w:rsidR="004F6A62" w14:paraId="0F0B1484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CDB63CF" w14:textId="77777777" w:rsidR="004F6A62" w:rsidRDefault="00000000" w:rsidP="003975E2">
            <w:pPr>
              <w:jc w:val="center"/>
            </w:pPr>
            <w:r>
              <w:t>MDR_21</w:t>
            </w:r>
          </w:p>
        </w:tc>
        <w:tc>
          <w:tcPr>
            <w:tcW w:w="1104" w:type="dxa"/>
            <w:vAlign w:val="center"/>
          </w:tcPr>
          <w:p w14:paraId="7790C22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776519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61245FC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4B7B13E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15.08</w:t>
            </w:r>
          </w:p>
        </w:tc>
        <w:tc>
          <w:tcPr>
            <w:tcW w:w="1103" w:type="dxa"/>
            <w:vAlign w:val="center"/>
          </w:tcPr>
          <w:p w14:paraId="4BB88BF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01DE824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5037FDA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17F804F9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71EC772" w14:textId="77777777" w:rsidR="004F6A62" w:rsidRDefault="00000000" w:rsidP="003975E2">
            <w:pPr>
              <w:jc w:val="center"/>
            </w:pPr>
            <w:r>
              <w:t>MDR_21</w:t>
            </w:r>
          </w:p>
        </w:tc>
        <w:tc>
          <w:tcPr>
            <w:tcW w:w="1104" w:type="dxa"/>
            <w:vAlign w:val="center"/>
          </w:tcPr>
          <w:p w14:paraId="32D642C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0CD528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3FE46E7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396DDDF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15.75</w:t>
            </w:r>
          </w:p>
        </w:tc>
        <w:tc>
          <w:tcPr>
            <w:tcW w:w="1103" w:type="dxa"/>
            <w:vAlign w:val="center"/>
          </w:tcPr>
          <w:p w14:paraId="46E9ECD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172F6A8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11161A3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2690092F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0E39442" w14:textId="77777777" w:rsidR="004F6A62" w:rsidRDefault="00000000" w:rsidP="003975E2">
            <w:pPr>
              <w:jc w:val="center"/>
            </w:pPr>
            <w:r>
              <w:t>MDR_21</w:t>
            </w:r>
          </w:p>
        </w:tc>
        <w:tc>
          <w:tcPr>
            <w:tcW w:w="1104" w:type="dxa"/>
            <w:vAlign w:val="center"/>
          </w:tcPr>
          <w:p w14:paraId="55BB6C9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242853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1CFCB7E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2628634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15.35</w:t>
            </w:r>
          </w:p>
        </w:tc>
        <w:tc>
          <w:tcPr>
            <w:tcW w:w="1103" w:type="dxa"/>
            <w:vAlign w:val="center"/>
          </w:tcPr>
          <w:p w14:paraId="76764BE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334AA8F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52411A0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10426A06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EBD21F8" w14:textId="77777777" w:rsidR="004F6A62" w:rsidRDefault="00000000" w:rsidP="003975E2">
            <w:pPr>
              <w:jc w:val="center"/>
            </w:pPr>
            <w:r>
              <w:t>MDR_21</w:t>
            </w:r>
          </w:p>
        </w:tc>
        <w:tc>
          <w:tcPr>
            <w:tcW w:w="1104" w:type="dxa"/>
            <w:vAlign w:val="center"/>
          </w:tcPr>
          <w:p w14:paraId="38CD156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EBA5F3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3EE2A7A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18477FA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15.75</w:t>
            </w:r>
          </w:p>
        </w:tc>
        <w:tc>
          <w:tcPr>
            <w:tcW w:w="1103" w:type="dxa"/>
            <w:vAlign w:val="center"/>
          </w:tcPr>
          <w:p w14:paraId="09F7E68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0654AFB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79E639C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5B63A052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EEA119D" w14:textId="77777777" w:rsidR="004F6A62" w:rsidRDefault="00000000" w:rsidP="003975E2">
            <w:pPr>
              <w:jc w:val="center"/>
            </w:pPr>
            <w:r>
              <w:t>MDR_21</w:t>
            </w:r>
          </w:p>
        </w:tc>
        <w:tc>
          <w:tcPr>
            <w:tcW w:w="1104" w:type="dxa"/>
            <w:vAlign w:val="center"/>
          </w:tcPr>
          <w:p w14:paraId="54B29F0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38BDE6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07E10AB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5F64BF6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16.55</w:t>
            </w:r>
          </w:p>
        </w:tc>
        <w:tc>
          <w:tcPr>
            <w:tcW w:w="1103" w:type="dxa"/>
            <w:vAlign w:val="center"/>
          </w:tcPr>
          <w:p w14:paraId="370FEA1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7893A6F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5378C67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1085536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80A4DBF" w14:textId="77777777" w:rsidR="004F6A62" w:rsidRDefault="00000000" w:rsidP="003975E2">
            <w:pPr>
              <w:jc w:val="center"/>
            </w:pPr>
            <w:r>
              <w:t>MDR_22</w:t>
            </w:r>
          </w:p>
        </w:tc>
        <w:tc>
          <w:tcPr>
            <w:tcW w:w="1104" w:type="dxa"/>
            <w:vAlign w:val="center"/>
          </w:tcPr>
          <w:p w14:paraId="5E5557B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B125A8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5A27A11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17.16</w:t>
            </w:r>
          </w:p>
        </w:tc>
        <w:tc>
          <w:tcPr>
            <w:tcW w:w="1103" w:type="dxa"/>
            <w:vAlign w:val="center"/>
          </w:tcPr>
          <w:p w14:paraId="3D5CDEF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15.04</w:t>
            </w:r>
          </w:p>
        </w:tc>
        <w:tc>
          <w:tcPr>
            <w:tcW w:w="1103" w:type="dxa"/>
            <w:vAlign w:val="center"/>
          </w:tcPr>
          <w:p w14:paraId="2EE2156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325CC7D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2C6A993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33B0DC0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5DCC678" w14:textId="77777777" w:rsidR="004F6A62" w:rsidRDefault="00000000" w:rsidP="003975E2">
            <w:pPr>
              <w:jc w:val="center"/>
            </w:pPr>
            <w:r>
              <w:t>MDR_22</w:t>
            </w:r>
          </w:p>
        </w:tc>
        <w:tc>
          <w:tcPr>
            <w:tcW w:w="1104" w:type="dxa"/>
            <w:vAlign w:val="center"/>
          </w:tcPr>
          <w:p w14:paraId="61B6CAB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C8B1E7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401C116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17.16</w:t>
            </w:r>
          </w:p>
        </w:tc>
        <w:tc>
          <w:tcPr>
            <w:tcW w:w="1103" w:type="dxa"/>
            <w:vAlign w:val="center"/>
          </w:tcPr>
          <w:p w14:paraId="0FD5287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15.71</w:t>
            </w:r>
          </w:p>
        </w:tc>
        <w:tc>
          <w:tcPr>
            <w:tcW w:w="1103" w:type="dxa"/>
            <w:vAlign w:val="center"/>
          </w:tcPr>
          <w:p w14:paraId="7F7D201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7E45C0B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54FE1D2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469689D5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2F4B163" w14:textId="77777777" w:rsidR="004F6A62" w:rsidRDefault="00000000" w:rsidP="003975E2">
            <w:pPr>
              <w:jc w:val="center"/>
            </w:pPr>
            <w:r>
              <w:t>MDR_22</w:t>
            </w:r>
          </w:p>
        </w:tc>
        <w:tc>
          <w:tcPr>
            <w:tcW w:w="1104" w:type="dxa"/>
            <w:vAlign w:val="center"/>
          </w:tcPr>
          <w:p w14:paraId="2045DE1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365B18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5F58897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17.16</w:t>
            </w:r>
          </w:p>
        </w:tc>
        <w:tc>
          <w:tcPr>
            <w:tcW w:w="1103" w:type="dxa"/>
            <w:vAlign w:val="center"/>
          </w:tcPr>
          <w:p w14:paraId="629DA87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15.31</w:t>
            </w:r>
          </w:p>
        </w:tc>
        <w:tc>
          <w:tcPr>
            <w:tcW w:w="1103" w:type="dxa"/>
            <w:vAlign w:val="center"/>
          </w:tcPr>
          <w:p w14:paraId="5555A79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520B201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0FDA590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6965A927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83288DF" w14:textId="77777777" w:rsidR="004F6A62" w:rsidRDefault="00000000" w:rsidP="003975E2">
            <w:pPr>
              <w:jc w:val="center"/>
            </w:pPr>
            <w:r>
              <w:t>MDR_22</w:t>
            </w:r>
          </w:p>
        </w:tc>
        <w:tc>
          <w:tcPr>
            <w:tcW w:w="1104" w:type="dxa"/>
            <w:vAlign w:val="center"/>
          </w:tcPr>
          <w:p w14:paraId="65B99A5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C62F8D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1BF00B0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17.16</w:t>
            </w:r>
          </w:p>
        </w:tc>
        <w:tc>
          <w:tcPr>
            <w:tcW w:w="1103" w:type="dxa"/>
            <w:vAlign w:val="center"/>
          </w:tcPr>
          <w:p w14:paraId="62E489C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15.71</w:t>
            </w:r>
          </w:p>
        </w:tc>
        <w:tc>
          <w:tcPr>
            <w:tcW w:w="1103" w:type="dxa"/>
            <w:vAlign w:val="center"/>
          </w:tcPr>
          <w:p w14:paraId="7486568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60B284E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3BA2A37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2AB2AA6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C171B59" w14:textId="77777777" w:rsidR="004F6A62" w:rsidRDefault="00000000" w:rsidP="003975E2">
            <w:pPr>
              <w:jc w:val="center"/>
            </w:pPr>
            <w:r>
              <w:t>MDR_22</w:t>
            </w:r>
          </w:p>
        </w:tc>
        <w:tc>
          <w:tcPr>
            <w:tcW w:w="1104" w:type="dxa"/>
            <w:vAlign w:val="center"/>
          </w:tcPr>
          <w:p w14:paraId="1D8131E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064151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1A8A6A6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17.16</w:t>
            </w:r>
          </w:p>
        </w:tc>
        <w:tc>
          <w:tcPr>
            <w:tcW w:w="1103" w:type="dxa"/>
            <w:vAlign w:val="center"/>
          </w:tcPr>
          <w:p w14:paraId="4B20B0B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16.51</w:t>
            </w:r>
          </w:p>
        </w:tc>
        <w:tc>
          <w:tcPr>
            <w:tcW w:w="1103" w:type="dxa"/>
            <w:vAlign w:val="center"/>
          </w:tcPr>
          <w:p w14:paraId="4028F0C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7DAA9F9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15BA649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5431D37E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33F5928" w14:textId="77777777" w:rsidR="004F6A62" w:rsidRDefault="00000000" w:rsidP="003975E2">
            <w:pPr>
              <w:jc w:val="center"/>
            </w:pPr>
            <w:r>
              <w:t>MDR_23</w:t>
            </w:r>
          </w:p>
        </w:tc>
        <w:tc>
          <w:tcPr>
            <w:tcW w:w="1104" w:type="dxa"/>
            <w:vAlign w:val="center"/>
          </w:tcPr>
          <w:p w14:paraId="504C080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FDDE79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4F0A51E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59F5517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14.98</w:t>
            </w:r>
          </w:p>
        </w:tc>
        <w:tc>
          <w:tcPr>
            <w:tcW w:w="1103" w:type="dxa"/>
            <w:vAlign w:val="center"/>
          </w:tcPr>
          <w:p w14:paraId="33439C7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43D7928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401DD99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115229BF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68B6DDB" w14:textId="77777777" w:rsidR="004F6A62" w:rsidRDefault="00000000" w:rsidP="003975E2">
            <w:pPr>
              <w:jc w:val="center"/>
            </w:pPr>
            <w:r>
              <w:t>MDR_23</w:t>
            </w:r>
          </w:p>
        </w:tc>
        <w:tc>
          <w:tcPr>
            <w:tcW w:w="1104" w:type="dxa"/>
            <w:vAlign w:val="center"/>
          </w:tcPr>
          <w:p w14:paraId="7E021F4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277EEB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3E0ECF2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592E0D1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15.65</w:t>
            </w:r>
          </w:p>
        </w:tc>
        <w:tc>
          <w:tcPr>
            <w:tcW w:w="1103" w:type="dxa"/>
            <w:vAlign w:val="center"/>
          </w:tcPr>
          <w:p w14:paraId="56B92A3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189520F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2C1DE11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1F0FAC3D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81842CE" w14:textId="77777777" w:rsidR="004F6A62" w:rsidRDefault="00000000" w:rsidP="003975E2">
            <w:pPr>
              <w:jc w:val="center"/>
            </w:pPr>
            <w:r>
              <w:t>MDR_23</w:t>
            </w:r>
          </w:p>
        </w:tc>
        <w:tc>
          <w:tcPr>
            <w:tcW w:w="1104" w:type="dxa"/>
            <w:vAlign w:val="center"/>
          </w:tcPr>
          <w:p w14:paraId="75C7981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521F66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02F7B89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747188D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15.25</w:t>
            </w:r>
          </w:p>
        </w:tc>
        <w:tc>
          <w:tcPr>
            <w:tcW w:w="1103" w:type="dxa"/>
            <w:vAlign w:val="center"/>
          </w:tcPr>
          <w:p w14:paraId="429C8AD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0A870A9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79ADE3F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369D1D8A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74F5F7A" w14:textId="77777777" w:rsidR="004F6A62" w:rsidRDefault="00000000" w:rsidP="003975E2">
            <w:pPr>
              <w:jc w:val="center"/>
            </w:pPr>
            <w:r>
              <w:t>MDR_23</w:t>
            </w:r>
          </w:p>
        </w:tc>
        <w:tc>
          <w:tcPr>
            <w:tcW w:w="1104" w:type="dxa"/>
            <w:vAlign w:val="center"/>
          </w:tcPr>
          <w:p w14:paraId="7B0E917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8EEE99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0083B5E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57E5F80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15.65</w:t>
            </w:r>
          </w:p>
        </w:tc>
        <w:tc>
          <w:tcPr>
            <w:tcW w:w="1103" w:type="dxa"/>
            <w:vAlign w:val="center"/>
          </w:tcPr>
          <w:p w14:paraId="2C68ABE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4697012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2A13046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7BAC6714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4831877" w14:textId="77777777" w:rsidR="004F6A62" w:rsidRDefault="00000000" w:rsidP="003975E2">
            <w:pPr>
              <w:jc w:val="center"/>
            </w:pPr>
            <w:r>
              <w:t>MDR_23</w:t>
            </w:r>
          </w:p>
        </w:tc>
        <w:tc>
          <w:tcPr>
            <w:tcW w:w="1104" w:type="dxa"/>
            <w:vAlign w:val="center"/>
          </w:tcPr>
          <w:p w14:paraId="744E653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E8D127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05096CD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55A059D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16.45</w:t>
            </w:r>
          </w:p>
        </w:tc>
        <w:tc>
          <w:tcPr>
            <w:tcW w:w="1103" w:type="dxa"/>
            <w:vAlign w:val="center"/>
          </w:tcPr>
          <w:p w14:paraId="03A2F3E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1D74CA1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247A1CB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5B74C725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FFB58DD" w14:textId="77777777" w:rsidR="004F6A62" w:rsidRDefault="00000000" w:rsidP="003975E2">
            <w:pPr>
              <w:jc w:val="center"/>
            </w:pPr>
            <w:r>
              <w:t>MDR_24</w:t>
            </w:r>
          </w:p>
        </w:tc>
        <w:tc>
          <w:tcPr>
            <w:tcW w:w="1104" w:type="dxa"/>
            <w:vAlign w:val="center"/>
          </w:tcPr>
          <w:p w14:paraId="088CCDA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CBA88C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3B1E704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17.28</w:t>
            </w:r>
          </w:p>
        </w:tc>
        <w:tc>
          <w:tcPr>
            <w:tcW w:w="1103" w:type="dxa"/>
            <w:vAlign w:val="center"/>
          </w:tcPr>
          <w:p w14:paraId="19C6CEF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15.16</w:t>
            </w:r>
          </w:p>
        </w:tc>
        <w:tc>
          <w:tcPr>
            <w:tcW w:w="1103" w:type="dxa"/>
            <w:vAlign w:val="center"/>
          </w:tcPr>
          <w:p w14:paraId="7AFE3B1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062D89A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1C07347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085AF2E1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A08B155" w14:textId="77777777" w:rsidR="004F6A62" w:rsidRDefault="00000000" w:rsidP="003975E2">
            <w:pPr>
              <w:jc w:val="center"/>
            </w:pPr>
            <w:r>
              <w:t>MDR_24</w:t>
            </w:r>
          </w:p>
        </w:tc>
        <w:tc>
          <w:tcPr>
            <w:tcW w:w="1104" w:type="dxa"/>
            <w:vAlign w:val="center"/>
          </w:tcPr>
          <w:p w14:paraId="2A87CA0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65DE7E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4B954FD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17.28</w:t>
            </w:r>
          </w:p>
        </w:tc>
        <w:tc>
          <w:tcPr>
            <w:tcW w:w="1103" w:type="dxa"/>
            <w:vAlign w:val="center"/>
          </w:tcPr>
          <w:p w14:paraId="3A24F8A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15.83</w:t>
            </w:r>
          </w:p>
        </w:tc>
        <w:tc>
          <w:tcPr>
            <w:tcW w:w="1103" w:type="dxa"/>
            <w:vAlign w:val="center"/>
          </w:tcPr>
          <w:p w14:paraId="3763B05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0671417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41E8503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2FE58508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424567D" w14:textId="77777777" w:rsidR="004F6A62" w:rsidRDefault="00000000" w:rsidP="003975E2">
            <w:pPr>
              <w:jc w:val="center"/>
            </w:pPr>
            <w:r>
              <w:t>MDR_24</w:t>
            </w:r>
          </w:p>
        </w:tc>
        <w:tc>
          <w:tcPr>
            <w:tcW w:w="1104" w:type="dxa"/>
            <w:vAlign w:val="center"/>
          </w:tcPr>
          <w:p w14:paraId="2116CE7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2FB183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75DC311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17.28</w:t>
            </w:r>
          </w:p>
        </w:tc>
        <w:tc>
          <w:tcPr>
            <w:tcW w:w="1103" w:type="dxa"/>
            <w:vAlign w:val="center"/>
          </w:tcPr>
          <w:p w14:paraId="1B554EE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15.43</w:t>
            </w:r>
          </w:p>
        </w:tc>
        <w:tc>
          <w:tcPr>
            <w:tcW w:w="1103" w:type="dxa"/>
            <w:vAlign w:val="center"/>
          </w:tcPr>
          <w:p w14:paraId="32BFC56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0205256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1A7905F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7CBF723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32D6145" w14:textId="77777777" w:rsidR="004F6A62" w:rsidRDefault="00000000" w:rsidP="003975E2">
            <w:pPr>
              <w:jc w:val="center"/>
            </w:pPr>
            <w:r>
              <w:t>MDR_24</w:t>
            </w:r>
          </w:p>
        </w:tc>
        <w:tc>
          <w:tcPr>
            <w:tcW w:w="1104" w:type="dxa"/>
            <w:vAlign w:val="center"/>
          </w:tcPr>
          <w:p w14:paraId="4EF953F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E179BB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7ABD01D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17.28</w:t>
            </w:r>
          </w:p>
        </w:tc>
        <w:tc>
          <w:tcPr>
            <w:tcW w:w="1103" w:type="dxa"/>
            <w:vAlign w:val="center"/>
          </w:tcPr>
          <w:p w14:paraId="3FFD3AF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15.83</w:t>
            </w:r>
          </w:p>
        </w:tc>
        <w:tc>
          <w:tcPr>
            <w:tcW w:w="1103" w:type="dxa"/>
            <w:vAlign w:val="center"/>
          </w:tcPr>
          <w:p w14:paraId="70CC4B9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687C66E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0784626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5A88DF6E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78C8FCD" w14:textId="77777777" w:rsidR="004F6A62" w:rsidRDefault="00000000" w:rsidP="003975E2">
            <w:pPr>
              <w:jc w:val="center"/>
            </w:pPr>
            <w:r>
              <w:t>MDR_24</w:t>
            </w:r>
          </w:p>
        </w:tc>
        <w:tc>
          <w:tcPr>
            <w:tcW w:w="1104" w:type="dxa"/>
            <w:vAlign w:val="center"/>
          </w:tcPr>
          <w:p w14:paraId="467588C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60C59C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42DD4FA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17.28</w:t>
            </w:r>
          </w:p>
        </w:tc>
        <w:tc>
          <w:tcPr>
            <w:tcW w:w="1103" w:type="dxa"/>
            <w:vAlign w:val="center"/>
          </w:tcPr>
          <w:p w14:paraId="3F45BF7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16.63</w:t>
            </w:r>
          </w:p>
        </w:tc>
        <w:tc>
          <w:tcPr>
            <w:tcW w:w="1103" w:type="dxa"/>
            <w:vAlign w:val="center"/>
          </w:tcPr>
          <w:p w14:paraId="71D007F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54CF25C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29E8942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036FF48F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FF06670" w14:textId="77777777" w:rsidR="004F6A62" w:rsidRDefault="00000000" w:rsidP="003975E2">
            <w:pPr>
              <w:jc w:val="center"/>
            </w:pPr>
            <w:r>
              <w:t>MDR_25</w:t>
            </w:r>
          </w:p>
        </w:tc>
        <w:tc>
          <w:tcPr>
            <w:tcW w:w="1104" w:type="dxa"/>
            <w:vAlign w:val="center"/>
          </w:tcPr>
          <w:p w14:paraId="5496AA9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31BE6E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5077248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05C0663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</w:t>
            </w:r>
          </w:p>
        </w:tc>
        <w:tc>
          <w:tcPr>
            <w:tcW w:w="1103" w:type="dxa"/>
            <w:vAlign w:val="center"/>
          </w:tcPr>
          <w:p w14:paraId="411E47C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41B3E06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2CB3A93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51F8C3DF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905C74C" w14:textId="77777777" w:rsidR="004F6A62" w:rsidRDefault="00000000" w:rsidP="003975E2">
            <w:pPr>
              <w:jc w:val="center"/>
            </w:pPr>
            <w:r>
              <w:t>MDR_25</w:t>
            </w:r>
          </w:p>
        </w:tc>
        <w:tc>
          <w:tcPr>
            <w:tcW w:w="1104" w:type="dxa"/>
            <w:vAlign w:val="center"/>
          </w:tcPr>
          <w:p w14:paraId="6DBB950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0515FC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5CD4F3B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7097A9A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15.67</w:t>
            </w:r>
          </w:p>
        </w:tc>
        <w:tc>
          <w:tcPr>
            <w:tcW w:w="1103" w:type="dxa"/>
            <w:vAlign w:val="center"/>
          </w:tcPr>
          <w:p w14:paraId="055509A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2A60CB6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5E67DF9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4B0429FA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F7F2810" w14:textId="77777777" w:rsidR="004F6A62" w:rsidRDefault="00000000" w:rsidP="003975E2">
            <w:pPr>
              <w:jc w:val="center"/>
            </w:pPr>
            <w:r>
              <w:t>MDR_25</w:t>
            </w:r>
          </w:p>
        </w:tc>
        <w:tc>
          <w:tcPr>
            <w:tcW w:w="1104" w:type="dxa"/>
            <w:vAlign w:val="center"/>
          </w:tcPr>
          <w:p w14:paraId="5C30D6C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8ACC93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77B027E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3BF7E2D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15.27</w:t>
            </w:r>
          </w:p>
        </w:tc>
        <w:tc>
          <w:tcPr>
            <w:tcW w:w="1103" w:type="dxa"/>
            <w:vAlign w:val="center"/>
          </w:tcPr>
          <w:p w14:paraId="2FC56FB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445BF97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177DAA8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1B20BC9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9CB3E59" w14:textId="77777777" w:rsidR="004F6A62" w:rsidRDefault="00000000" w:rsidP="003975E2">
            <w:pPr>
              <w:jc w:val="center"/>
            </w:pPr>
            <w:r>
              <w:t>MDR_25</w:t>
            </w:r>
          </w:p>
        </w:tc>
        <w:tc>
          <w:tcPr>
            <w:tcW w:w="1104" w:type="dxa"/>
            <w:vAlign w:val="center"/>
          </w:tcPr>
          <w:p w14:paraId="0523D71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AFE6F0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1DF6672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10E0874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15.67</w:t>
            </w:r>
          </w:p>
        </w:tc>
        <w:tc>
          <w:tcPr>
            <w:tcW w:w="1103" w:type="dxa"/>
            <w:vAlign w:val="center"/>
          </w:tcPr>
          <w:p w14:paraId="10B1B00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0BBA566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06919C2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6E7E42FD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1EEE130" w14:textId="77777777" w:rsidR="004F6A62" w:rsidRDefault="00000000" w:rsidP="003975E2">
            <w:pPr>
              <w:jc w:val="center"/>
            </w:pPr>
            <w:r>
              <w:t>MDR_25</w:t>
            </w:r>
          </w:p>
        </w:tc>
        <w:tc>
          <w:tcPr>
            <w:tcW w:w="1104" w:type="dxa"/>
            <w:vAlign w:val="center"/>
          </w:tcPr>
          <w:p w14:paraId="5441D87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D1A018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69B9900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0ED648D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16.47</w:t>
            </w:r>
          </w:p>
        </w:tc>
        <w:tc>
          <w:tcPr>
            <w:tcW w:w="1103" w:type="dxa"/>
            <w:vAlign w:val="center"/>
          </w:tcPr>
          <w:p w14:paraId="4DB5F93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5927606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56AAB8B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5643BC06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CDCC850" w14:textId="77777777" w:rsidR="004F6A62" w:rsidRDefault="00000000" w:rsidP="003975E2">
            <w:pPr>
              <w:jc w:val="center"/>
            </w:pPr>
            <w:r>
              <w:t>MDR_26</w:t>
            </w:r>
          </w:p>
        </w:tc>
        <w:tc>
          <w:tcPr>
            <w:tcW w:w="1104" w:type="dxa"/>
            <w:vAlign w:val="center"/>
          </w:tcPr>
          <w:p w14:paraId="3CFD8E3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6449B4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7105FCC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17.17</w:t>
            </w:r>
          </w:p>
        </w:tc>
        <w:tc>
          <w:tcPr>
            <w:tcW w:w="1103" w:type="dxa"/>
            <w:vAlign w:val="center"/>
          </w:tcPr>
          <w:p w14:paraId="0DC0815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15.05</w:t>
            </w:r>
          </w:p>
        </w:tc>
        <w:tc>
          <w:tcPr>
            <w:tcW w:w="1103" w:type="dxa"/>
            <w:vAlign w:val="center"/>
          </w:tcPr>
          <w:p w14:paraId="2D2FC9D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1D5F1D0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64E8E91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24B43485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F911EBF" w14:textId="77777777" w:rsidR="004F6A62" w:rsidRDefault="00000000" w:rsidP="003975E2">
            <w:pPr>
              <w:jc w:val="center"/>
            </w:pPr>
            <w:r>
              <w:t>MDR_26</w:t>
            </w:r>
          </w:p>
        </w:tc>
        <w:tc>
          <w:tcPr>
            <w:tcW w:w="1104" w:type="dxa"/>
            <w:vAlign w:val="center"/>
          </w:tcPr>
          <w:p w14:paraId="7D558D2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615167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020BB27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17.17</w:t>
            </w:r>
          </w:p>
        </w:tc>
        <w:tc>
          <w:tcPr>
            <w:tcW w:w="1103" w:type="dxa"/>
            <w:vAlign w:val="center"/>
          </w:tcPr>
          <w:p w14:paraId="15CA53E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15.72</w:t>
            </w:r>
          </w:p>
        </w:tc>
        <w:tc>
          <w:tcPr>
            <w:tcW w:w="1103" w:type="dxa"/>
            <w:vAlign w:val="center"/>
          </w:tcPr>
          <w:p w14:paraId="0E01822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6AEA528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3A6DE34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74C404D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04F881E" w14:textId="77777777" w:rsidR="004F6A62" w:rsidRDefault="00000000" w:rsidP="003975E2">
            <w:pPr>
              <w:jc w:val="center"/>
            </w:pPr>
            <w:r>
              <w:t>MDR_26</w:t>
            </w:r>
          </w:p>
        </w:tc>
        <w:tc>
          <w:tcPr>
            <w:tcW w:w="1104" w:type="dxa"/>
            <w:vAlign w:val="center"/>
          </w:tcPr>
          <w:p w14:paraId="7625AA6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E074AE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18D026D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17.17</w:t>
            </w:r>
          </w:p>
        </w:tc>
        <w:tc>
          <w:tcPr>
            <w:tcW w:w="1103" w:type="dxa"/>
            <w:vAlign w:val="center"/>
          </w:tcPr>
          <w:p w14:paraId="046F4AD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15.32</w:t>
            </w:r>
          </w:p>
        </w:tc>
        <w:tc>
          <w:tcPr>
            <w:tcW w:w="1103" w:type="dxa"/>
            <w:vAlign w:val="center"/>
          </w:tcPr>
          <w:p w14:paraId="3C98000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2E464DD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5A25BCA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7FBCDD96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EF9F389" w14:textId="77777777" w:rsidR="004F6A62" w:rsidRDefault="00000000" w:rsidP="003975E2">
            <w:pPr>
              <w:jc w:val="center"/>
            </w:pPr>
            <w:r>
              <w:t>MDR_26</w:t>
            </w:r>
          </w:p>
        </w:tc>
        <w:tc>
          <w:tcPr>
            <w:tcW w:w="1104" w:type="dxa"/>
            <w:vAlign w:val="center"/>
          </w:tcPr>
          <w:p w14:paraId="7600A35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188036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29F7270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17.17</w:t>
            </w:r>
          </w:p>
        </w:tc>
        <w:tc>
          <w:tcPr>
            <w:tcW w:w="1103" w:type="dxa"/>
            <w:vAlign w:val="center"/>
          </w:tcPr>
          <w:p w14:paraId="09A0787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15.72</w:t>
            </w:r>
          </w:p>
        </w:tc>
        <w:tc>
          <w:tcPr>
            <w:tcW w:w="1103" w:type="dxa"/>
            <w:vAlign w:val="center"/>
          </w:tcPr>
          <w:p w14:paraId="6C39D63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01DC51F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7C41B4A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6AA915A4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B8DAFC4" w14:textId="77777777" w:rsidR="004F6A62" w:rsidRDefault="00000000" w:rsidP="003975E2">
            <w:pPr>
              <w:jc w:val="center"/>
            </w:pPr>
            <w:r>
              <w:t>MDR_26</w:t>
            </w:r>
          </w:p>
        </w:tc>
        <w:tc>
          <w:tcPr>
            <w:tcW w:w="1104" w:type="dxa"/>
            <w:vAlign w:val="center"/>
          </w:tcPr>
          <w:p w14:paraId="559CB7C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844769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7586320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17.17</w:t>
            </w:r>
          </w:p>
        </w:tc>
        <w:tc>
          <w:tcPr>
            <w:tcW w:w="1103" w:type="dxa"/>
            <w:vAlign w:val="center"/>
          </w:tcPr>
          <w:p w14:paraId="383A392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16.52</w:t>
            </w:r>
          </w:p>
        </w:tc>
        <w:tc>
          <w:tcPr>
            <w:tcW w:w="1103" w:type="dxa"/>
            <w:vAlign w:val="center"/>
          </w:tcPr>
          <w:p w14:paraId="2CAF0AF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5245A83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5552F5B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2D0FC8D4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3B01C33" w14:textId="77777777" w:rsidR="004F6A62" w:rsidRDefault="00000000" w:rsidP="003975E2">
            <w:pPr>
              <w:jc w:val="center"/>
            </w:pPr>
            <w:r>
              <w:t>MDR_27</w:t>
            </w:r>
          </w:p>
        </w:tc>
        <w:tc>
          <w:tcPr>
            <w:tcW w:w="1104" w:type="dxa"/>
            <w:vAlign w:val="center"/>
          </w:tcPr>
          <w:p w14:paraId="4636D8B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125F9E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68F180B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13E4C0B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15.03</w:t>
            </w:r>
          </w:p>
        </w:tc>
        <w:tc>
          <w:tcPr>
            <w:tcW w:w="1103" w:type="dxa"/>
            <w:vAlign w:val="center"/>
          </w:tcPr>
          <w:p w14:paraId="49C2994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497E2BD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086530D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5998E8F2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198383E" w14:textId="77777777" w:rsidR="004F6A62" w:rsidRDefault="00000000" w:rsidP="003975E2">
            <w:pPr>
              <w:jc w:val="center"/>
            </w:pPr>
            <w:r>
              <w:t>MDR_27</w:t>
            </w:r>
          </w:p>
        </w:tc>
        <w:tc>
          <w:tcPr>
            <w:tcW w:w="1104" w:type="dxa"/>
            <w:vAlign w:val="center"/>
          </w:tcPr>
          <w:p w14:paraId="57B28A7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776352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0CE19E5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4684379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15.7</w:t>
            </w:r>
          </w:p>
        </w:tc>
        <w:tc>
          <w:tcPr>
            <w:tcW w:w="1103" w:type="dxa"/>
            <w:vAlign w:val="center"/>
          </w:tcPr>
          <w:p w14:paraId="59564AD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5E82EF6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60272A9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0F4670FA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A2D77CF" w14:textId="77777777" w:rsidR="004F6A62" w:rsidRDefault="00000000" w:rsidP="003975E2">
            <w:pPr>
              <w:jc w:val="center"/>
            </w:pPr>
            <w:r>
              <w:t>MDR_27</w:t>
            </w:r>
          </w:p>
        </w:tc>
        <w:tc>
          <w:tcPr>
            <w:tcW w:w="1104" w:type="dxa"/>
            <w:vAlign w:val="center"/>
          </w:tcPr>
          <w:p w14:paraId="1D5A2F9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7E19E1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1579813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715FC83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15.3</w:t>
            </w:r>
          </w:p>
        </w:tc>
        <w:tc>
          <w:tcPr>
            <w:tcW w:w="1103" w:type="dxa"/>
            <w:vAlign w:val="center"/>
          </w:tcPr>
          <w:p w14:paraId="028FE12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64BCAD6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3554BF9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2F1691AD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C68E2FD" w14:textId="77777777" w:rsidR="004F6A62" w:rsidRDefault="00000000" w:rsidP="003975E2">
            <w:pPr>
              <w:jc w:val="center"/>
            </w:pPr>
            <w:r>
              <w:t>MDR_27</w:t>
            </w:r>
          </w:p>
        </w:tc>
        <w:tc>
          <w:tcPr>
            <w:tcW w:w="1104" w:type="dxa"/>
            <w:vAlign w:val="center"/>
          </w:tcPr>
          <w:p w14:paraId="7ED8D84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FEE09D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49FD36A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1227916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15.7</w:t>
            </w:r>
          </w:p>
        </w:tc>
        <w:tc>
          <w:tcPr>
            <w:tcW w:w="1103" w:type="dxa"/>
            <w:vAlign w:val="center"/>
          </w:tcPr>
          <w:p w14:paraId="1302986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659D7BC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65A2BC1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3877D7BB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FDF7317" w14:textId="77777777" w:rsidR="004F6A62" w:rsidRDefault="00000000" w:rsidP="003975E2">
            <w:pPr>
              <w:jc w:val="center"/>
            </w:pPr>
            <w:r>
              <w:t>MDR_27</w:t>
            </w:r>
          </w:p>
        </w:tc>
        <w:tc>
          <w:tcPr>
            <w:tcW w:w="1104" w:type="dxa"/>
            <w:vAlign w:val="center"/>
          </w:tcPr>
          <w:p w14:paraId="0A4EF9A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2CC02F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37997C6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1646D67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16.5</w:t>
            </w:r>
          </w:p>
        </w:tc>
        <w:tc>
          <w:tcPr>
            <w:tcW w:w="1103" w:type="dxa"/>
            <w:vAlign w:val="center"/>
          </w:tcPr>
          <w:p w14:paraId="369D37B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486E533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4B7A937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0C61E056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89BEDCF" w14:textId="77777777" w:rsidR="004F6A62" w:rsidRDefault="00000000" w:rsidP="003975E2">
            <w:pPr>
              <w:jc w:val="center"/>
            </w:pPr>
            <w:r>
              <w:t>MDR_28</w:t>
            </w:r>
          </w:p>
        </w:tc>
        <w:tc>
          <w:tcPr>
            <w:tcW w:w="1104" w:type="dxa"/>
            <w:vAlign w:val="center"/>
          </w:tcPr>
          <w:p w14:paraId="40FF05F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295114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7BC39E6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1AA0298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15.28</w:t>
            </w:r>
          </w:p>
        </w:tc>
        <w:tc>
          <w:tcPr>
            <w:tcW w:w="1103" w:type="dxa"/>
            <w:vAlign w:val="center"/>
          </w:tcPr>
          <w:p w14:paraId="0D654FA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02AD4A9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4D13D1B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08F5ED6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1E7EEDA" w14:textId="77777777" w:rsidR="004F6A62" w:rsidRDefault="00000000" w:rsidP="003975E2">
            <w:pPr>
              <w:jc w:val="center"/>
            </w:pPr>
            <w:r>
              <w:lastRenderedPageBreak/>
              <w:t>MDR_28</w:t>
            </w:r>
          </w:p>
        </w:tc>
        <w:tc>
          <w:tcPr>
            <w:tcW w:w="1104" w:type="dxa"/>
            <w:vAlign w:val="center"/>
          </w:tcPr>
          <w:p w14:paraId="59C2F01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681ACD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57CFE7E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5E006D2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15.95</w:t>
            </w:r>
          </w:p>
        </w:tc>
        <w:tc>
          <w:tcPr>
            <w:tcW w:w="1103" w:type="dxa"/>
            <w:vAlign w:val="center"/>
          </w:tcPr>
          <w:p w14:paraId="51690C2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4604CFF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41AC459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63B1D25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DA02E9A" w14:textId="77777777" w:rsidR="004F6A62" w:rsidRDefault="00000000" w:rsidP="003975E2">
            <w:pPr>
              <w:jc w:val="center"/>
            </w:pPr>
            <w:r>
              <w:t>MDR_28</w:t>
            </w:r>
          </w:p>
        </w:tc>
        <w:tc>
          <w:tcPr>
            <w:tcW w:w="1104" w:type="dxa"/>
            <w:vAlign w:val="center"/>
          </w:tcPr>
          <w:p w14:paraId="6528A2A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2F509A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6D7F565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491FC37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15.55</w:t>
            </w:r>
          </w:p>
        </w:tc>
        <w:tc>
          <w:tcPr>
            <w:tcW w:w="1103" w:type="dxa"/>
            <w:vAlign w:val="center"/>
          </w:tcPr>
          <w:p w14:paraId="629B465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79E6265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0D5A7E7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72C7F647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7DE9E1C" w14:textId="77777777" w:rsidR="004F6A62" w:rsidRDefault="00000000" w:rsidP="003975E2">
            <w:pPr>
              <w:jc w:val="center"/>
            </w:pPr>
            <w:r>
              <w:t>MDR_28</w:t>
            </w:r>
          </w:p>
        </w:tc>
        <w:tc>
          <w:tcPr>
            <w:tcW w:w="1104" w:type="dxa"/>
            <w:vAlign w:val="center"/>
          </w:tcPr>
          <w:p w14:paraId="7264577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E7D1C8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70BCDAE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1827E5E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15.95</w:t>
            </w:r>
          </w:p>
        </w:tc>
        <w:tc>
          <w:tcPr>
            <w:tcW w:w="1103" w:type="dxa"/>
            <w:vAlign w:val="center"/>
          </w:tcPr>
          <w:p w14:paraId="4DAAC7A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2BBAF0A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3DAEB7A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3B8E89F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C3FEA9D" w14:textId="77777777" w:rsidR="004F6A62" w:rsidRDefault="00000000" w:rsidP="003975E2">
            <w:pPr>
              <w:jc w:val="center"/>
            </w:pPr>
            <w:r>
              <w:t>MDR_28</w:t>
            </w:r>
          </w:p>
        </w:tc>
        <w:tc>
          <w:tcPr>
            <w:tcW w:w="1104" w:type="dxa"/>
            <w:vAlign w:val="center"/>
          </w:tcPr>
          <w:p w14:paraId="3B188DB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802332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4771081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564FC7D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16.75</w:t>
            </w:r>
          </w:p>
        </w:tc>
        <w:tc>
          <w:tcPr>
            <w:tcW w:w="1103" w:type="dxa"/>
            <w:vAlign w:val="center"/>
          </w:tcPr>
          <w:p w14:paraId="4DB2AED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5AEA543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6AAE4B6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36D927BC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64F1494" w14:textId="77777777" w:rsidR="004F6A62" w:rsidRDefault="00000000" w:rsidP="003975E2">
            <w:pPr>
              <w:jc w:val="center"/>
            </w:pPr>
            <w:r>
              <w:t>MDR_29</w:t>
            </w:r>
          </w:p>
        </w:tc>
        <w:tc>
          <w:tcPr>
            <w:tcW w:w="1104" w:type="dxa"/>
            <w:vAlign w:val="center"/>
          </w:tcPr>
          <w:p w14:paraId="02D561C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F1524B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792DC83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17.19</w:t>
            </w:r>
          </w:p>
        </w:tc>
        <w:tc>
          <w:tcPr>
            <w:tcW w:w="1103" w:type="dxa"/>
            <w:vAlign w:val="center"/>
          </w:tcPr>
          <w:p w14:paraId="6C66A0A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15.07</w:t>
            </w:r>
          </w:p>
        </w:tc>
        <w:tc>
          <w:tcPr>
            <w:tcW w:w="1103" w:type="dxa"/>
            <w:vAlign w:val="center"/>
          </w:tcPr>
          <w:p w14:paraId="382DE2D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5364002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3E68001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5A49820B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3D630E9" w14:textId="77777777" w:rsidR="004F6A62" w:rsidRDefault="00000000" w:rsidP="003975E2">
            <w:pPr>
              <w:jc w:val="center"/>
            </w:pPr>
            <w:r>
              <w:t>MDR_29</w:t>
            </w:r>
          </w:p>
        </w:tc>
        <w:tc>
          <w:tcPr>
            <w:tcW w:w="1104" w:type="dxa"/>
            <w:vAlign w:val="center"/>
          </w:tcPr>
          <w:p w14:paraId="0B1F3DC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891BAA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19B398A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17.19</w:t>
            </w:r>
          </w:p>
        </w:tc>
        <w:tc>
          <w:tcPr>
            <w:tcW w:w="1103" w:type="dxa"/>
            <w:vAlign w:val="center"/>
          </w:tcPr>
          <w:p w14:paraId="19F4FB2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15.74</w:t>
            </w:r>
          </w:p>
        </w:tc>
        <w:tc>
          <w:tcPr>
            <w:tcW w:w="1103" w:type="dxa"/>
            <w:vAlign w:val="center"/>
          </w:tcPr>
          <w:p w14:paraId="66545DB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4D9B043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4EFCFB8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24BA5824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10EB557" w14:textId="77777777" w:rsidR="004F6A62" w:rsidRDefault="00000000" w:rsidP="003975E2">
            <w:pPr>
              <w:jc w:val="center"/>
            </w:pPr>
            <w:r>
              <w:t>MDR_29</w:t>
            </w:r>
          </w:p>
        </w:tc>
        <w:tc>
          <w:tcPr>
            <w:tcW w:w="1104" w:type="dxa"/>
            <w:vAlign w:val="center"/>
          </w:tcPr>
          <w:p w14:paraId="3C4FA02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5C0A27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5A25409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17.19</w:t>
            </w:r>
          </w:p>
        </w:tc>
        <w:tc>
          <w:tcPr>
            <w:tcW w:w="1103" w:type="dxa"/>
            <w:vAlign w:val="center"/>
          </w:tcPr>
          <w:p w14:paraId="622CA64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15.34</w:t>
            </w:r>
          </w:p>
        </w:tc>
        <w:tc>
          <w:tcPr>
            <w:tcW w:w="1103" w:type="dxa"/>
            <w:vAlign w:val="center"/>
          </w:tcPr>
          <w:p w14:paraId="65F379B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489204E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24D1EE9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6B5F53BA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BD435A5" w14:textId="77777777" w:rsidR="004F6A62" w:rsidRDefault="00000000" w:rsidP="003975E2">
            <w:pPr>
              <w:jc w:val="center"/>
            </w:pPr>
            <w:r>
              <w:t>MDR_29</w:t>
            </w:r>
          </w:p>
        </w:tc>
        <w:tc>
          <w:tcPr>
            <w:tcW w:w="1104" w:type="dxa"/>
            <w:vAlign w:val="center"/>
          </w:tcPr>
          <w:p w14:paraId="371AC93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9A7223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3BD992B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17.19</w:t>
            </w:r>
          </w:p>
        </w:tc>
        <w:tc>
          <w:tcPr>
            <w:tcW w:w="1103" w:type="dxa"/>
            <w:vAlign w:val="center"/>
          </w:tcPr>
          <w:p w14:paraId="24DF644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15.74</w:t>
            </w:r>
          </w:p>
        </w:tc>
        <w:tc>
          <w:tcPr>
            <w:tcW w:w="1103" w:type="dxa"/>
            <w:vAlign w:val="center"/>
          </w:tcPr>
          <w:p w14:paraId="2916EF2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6FE1929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3BC0B7F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79A8F762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31BF936" w14:textId="77777777" w:rsidR="004F6A62" w:rsidRDefault="00000000" w:rsidP="003975E2">
            <w:pPr>
              <w:jc w:val="center"/>
            </w:pPr>
            <w:r>
              <w:t>MDR_29</w:t>
            </w:r>
          </w:p>
        </w:tc>
        <w:tc>
          <w:tcPr>
            <w:tcW w:w="1104" w:type="dxa"/>
            <w:vAlign w:val="center"/>
          </w:tcPr>
          <w:p w14:paraId="2334632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BCCEDD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6FCE2C8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17.19</w:t>
            </w:r>
          </w:p>
        </w:tc>
        <w:tc>
          <w:tcPr>
            <w:tcW w:w="1103" w:type="dxa"/>
            <w:vAlign w:val="center"/>
          </w:tcPr>
          <w:p w14:paraId="538FDAF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16.54</w:t>
            </w:r>
          </w:p>
        </w:tc>
        <w:tc>
          <w:tcPr>
            <w:tcW w:w="1103" w:type="dxa"/>
            <w:vAlign w:val="center"/>
          </w:tcPr>
          <w:p w14:paraId="50D002F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570F3B7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7E6812D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620FF921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2276CE6" w14:textId="77777777" w:rsidR="004F6A62" w:rsidRDefault="00000000" w:rsidP="003975E2">
            <w:pPr>
              <w:jc w:val="center"/>
            </w:pPr>
            <w:r>
              <w:t>MDR_30</w:t>
            </w:r>
          </w:p>
        </w:tc>
        <w:tc>
          <w:tcPr>
            <w:tcW w:w="1104" w:type="dxa"/>
            <w:vAlign w:val="center"/>
          </w:tcPr>
          <w:p w14:paraId="1D89AEF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609F36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acrA</w:t>
            </w:r>
          </w:p>
        </w:tc>
        <w:tc>
          <w:tcPr>
            <w:tcW w:w="1103" w:type="dxa"/>
            <w:vAlign w:val="center"/>
          </w:tcPr>
          <w:p w14:paraId="06CC713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17.23</w:t>
            </w:r>
          </w:p>
        </w:tc>
        <w:tc>
          <w:tcPr>
            <w:tcW w:w="1103" w:type="dxa"/>
            <w:vAlign w:val="center"/>
          </w:tcPr>
          <w:p w14:paraId="6C1F416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15.11</w:t>
            </w:r>
          </w:p>
        </w:tc>
        <w:tc>
          <w:tcPr>
            <w:tcW w:w="1103" w:type="dxa"/>
            <w:vAlign w:val="center"/>
          </w:tcPr>
          <w:p w14:paraId="061D467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-2.12</w:t>
            </w:r>
          </w:p>
        </w:tc>
        <w:tc>
          <w:tcPr>
            <w:tcW w:w="1103" w:type="dxa"/>
            <w:vAlign w:val="center"/>
          </w:tcPr>
          <w:p w14:paraId="2C251DA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-2.5</w:t>
            </w:r>
          </w:p>
        </w:tc>
        <w:tc>
          <w:tcPr>
            <w:tcW w:w="1132" w:type="dxa"/>
            <w:vAlign w:val="center"/>
          </w:tcPr>
          <w:p w14:paraId="26F00C2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5.66</w:t>
            </w:r>
          </w:p>
        </w:tc>
      </w:tr>
      <w:tr w:rsidR="004F6A62" w14:paraId="199FC791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9D55E94" w14:textId="77777777" w:rsidR="004F6A62" w:rsidRDefault="00000000" w:rsidP="003975E2">
            <w:pPr>
              <w:jc w:val="center"/>
            </w:pPr>
            <w:r>
              <w:t>MDR_30</w:t>
            </w:r>
          </w:p>
        </w:tc>
        <w:tc>
          <w:tcPr>
            <w:tcW w:w="1104" w:type="dxa"/>
            <w:vAlign w:val="center"/>
          </w:tcPr>
          <w:p w14:paraId="299A035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47F2DE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tolC</w:t>
            </w:r>
          </w:p>
        </w:tc>
        <w:tc>
          <w:tcPr>
            <w:tcW w:w="1103" w:type="dxa"/>
            <w:vAlign w:val="center"/>
          </w:tcPr>
          <w:p w14:paraId="6E11803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17.23</w:t>
            </w:r>
          </w:p>
        </w:tc>
        <w:tc>
          <w:tcPr>
            <w:tcW w:w="1103" w:type="dxa"/>
            <w:vAlign w:val="center"/>
          </w:tcPr>
          <w:p w14:paraId="3071854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15.78</w:t>
            </w:r>
          </w:p>
        </w:tc>
        <w:tc>
          <w:tcPr>
            <w:tcW w:w="1103" w:type="dxa"/>
            <w:vAlign w:val="center"/>
          </w:tcPr>
          <w:p w14:paraId="0E126B2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73A49A4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0CBF154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5DFE959C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1B7D4CD" w14:textId="77777777" w:rsidR="004F6A62" w:rsidRDefault="00000000" w:rsidP="003975E2">
            <w:pPr>
              <w:jc w:val="center"/>
            </w:pPr>
            <w:r>
              <w:t>MDR_30</w:t>
            </w:r>
          </w:p>
        </w:tc>
        <w:tc>
          <w:tcPr>
            <w:tcW w:w="1104" w:type="dxa"/>
            <w:vAlign w:val="center"/>
          </w:tcPr>
          <w:p w14:paraId="246B8F1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D5E592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</w:t>
            </w:r>
          </w:p>
        </w:tc>
        <w:tc>
          <w:tcPr>
            <w:tcW w:w="1103" w:type="dxa"/>
            <w:vAlign w:val="center"/>
          </w:tcPr>
          <w:p w14:paraId="378EEC2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17.23</w:t>
            </w:r>
          </w:p>
        </w:tc>
        <w:tc>
          <w:tcPr>
            <w:tcW w:w="1103" w:type="dxa"/>
            <w:vAlign w:val="center"/>
          </w:tcPr>
          <w:p w14:paraId="010797B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15.38</w:t>
            </w:r>
          </w:p>
        </w:tc>
        <w:tc>
          <w:tcPr>
            <w:tcW w:w="1103" w:type="dxa"/>
            <w:vAlign w:val="center"/>
          </w:tcPr>
          <w:p w14:paraId="1B53729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-1.85</w:t>
            </w:r>
          </w:p>
        </w:tc>
        <w:tc>
          <w:tcPr>
            <w:tcW w:w="1103" w:type="dxa"/>
            <w:vAlign w:val="center"/>
          </w:tcPr>
          <w:p w14:paraId="6B5FC60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-2.23</w:t>
            </w:r>
          </w:p>
        </w:tc>
        <w:tc>
          <w:tcPr>
            <w:tcW w:w="1132" w:type="dxa"/>
            <w:vAlign w:val="center"/>
          </w:tcPr>
          <w:p w14:paraId="543DB2B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4.69</w:t>
            </w:r>
          </w:p>
        </w:tc>
      </w:tr>
      <w:tr w:rsidR="004F6A62" w14:paraId="2CE51D37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ABE6E2C" w14:textId="77777777" w:rsidR="004F6A62" w:rsidRDefault="00000000" w:rsidP="003975E2">
            <w:pPr>
              <w:jc w:val="center"/>
            </w:pPr>
            <w:r>
              <w:t>MDR_30</w:t>
            </w:r>
          </w:p>
        </w:tc>
        <w:tc>
          <w:tcPr>
            <w:tcW w:w="1104" w:type="dxa"/>
            <w:vAlign w:val="center"/>
          </w:tcPr>
          <w:p w14:paraId="4695420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7141C8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soxS</w:t>
            </w:r>
          </w:p>
        </w:tc>
        <w:tc>
          <w:tcPr>
            <w:tcW w:w="1103" w:type="dxa"/>
            <w:vAlign w:val="center"/>
          </w:tcPr>
          <w:p w14:paraId="09965FA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17.23</w:t>
            </w:r>
          </w:p>
        </w:tc>
        <w:tc>
          <w:tcPr>
            <w:tcW w:w="1103" w:type="dxa"/>
            <w:vAlign w:val="center"/>
          </w:tcPr>
          <w:p w14:paraId="68E0348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15.78</w:t>
            </w:r>
          </w:p>
        </w:tc>
        <w:tc>
          <w:tcPr>
            <w:tcW w:w="1103" w:type="dxa"/>
            <w:vAlign w:val="center"/>
          </w:tcPr>
          <w:p w14:paraId="7C4BF4F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-1.45</w:t>
            </w:r>
          </w:p>
        </w:tc>
        <w:tc>
          <w:tcPr>
            <w:tcW w:w="1103" w:type="dxa"/>
            <w:vAlign w:val="center"/>
          </w:tcPr>
          <w:p w14:paraId="09024E8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-1.83</w:t>
            </w:r>
          </w:p>
        </w:tc>
        <w:tc>
          <w:tcPr>
            <w:tcW w:w="1132" w:type="dxa"/>
            <w:vAlign w:val="center"/>
          </w:tcPr>
          <w:p w14:paraId="388A4E2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3.56</w:t>
            </w:r>
          </w:p>
        </w:tc>
      </w:tr>
      <w:tr w:rsidR="004F6A62" w14:paraId="16D936E1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C9E81CC" w14:textId="77777777" w:rsidR="004F6A62" w:rsidRDefault="00000000" w:rsidP="003975E2">
            <w:pPr>
              <w:jc w:val="center"/>
            </w:pPr>
            <w:r>
              <w:t>MDR_30</w:t>
            </w:r>
          </w:p>
        </w:tc>
        <w:tc>
          <w:tcPr>
            <w:tcW w:w="1104" w:type="dxa"/>
            <w:vAlign w:val="center"/>
          </w:tcPr>
          <w:p w14:paraId="17E65F8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BEA9D0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</w:t>
            </w:r>
          </w:p>
        </w:tc>
        <w:tc>
          <w:tcPr>
            <w:tcW w:w="1103" w:type="dxa"/>
            <w:vAlign w:val="center"/>
          </w:tcPr>
          <w:p w14:paraId="7296BBC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17.23</w:t>
            </w:r>
          </w:p>
        </w:tc>
        <w:tc>
          <w:tcPr>
            <w:tcW w:w="1103" w:type="dxa"/>
            <w:vAlign w:val="center"/>
          </w:tcPr>
          <w:p w14:paraId="1BADCD8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16.58</w:t>
            </w:r>
          </w:p>
        </w:tc>
        <w:tc>
          <w:tcPr>
            <w:tcW w:w="1103" w:type="dxa"/>
            <w:vAlign w:val="center"/>
          </w:tcPr>
          <w:p w14:paraId="75B29BF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-0.65</w:t>
            </w:r>
          </w:p>
        </w:tc>
        <w:tc>
          <w:tcPr>
            <w:tcW w:w="1103" w:type="dxa"/>
            <w:vAlign w:val="center"/>
          </w:tcPr>
          <w:p w14:paraId="6016507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-1.03</w:t>
            </w:r>
          </w:p>
        </w:tc>
        <w:tc>
          <w:tcPr>
            <w:tcW w:w="1132" w:type="dxa"/>
            <w:vAlign w:val="center"/>
          </w:tcPr>
          <w:p w14:paraId="531990E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2.04</w:t>
            </w:r>
          </w:p>
        </w:tc>
      </w:tr>
      <w:tr w:rsidR="004F6A62" w14:paraId="3205FDEA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61B0F5C" w14:textId="77777777" w:rsidR="004F6A62" w:rsidRDefault="00000000" w:rsidP="003975E2">
            <w:pPr>
              <w:jc w:val="center"/>
            </w:pPr>
            <w:r>
              <w:t>MDR_01</w:t>
            </w:r>
          </w:p>
        </w:tc>
        <w:tc>
          <w:tcPr>
            <w:tcW w:w="1104" w:type="dxa"/>
            <w:vAlign w:val="center"/>
          </w:tcPr>
          <w:p w14:paraId="77290A0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C734F1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6EAE126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17.14</w:t>
            </w:r>
          </w:p>
        </w:tc>
        <w:tc>
          <w:tcPr>
            <w:tcW w:w="1103" w:type="dxa"/>
            <w:vAlign w:val="center"/>
          </w:tcPr>
          <w:p w14:paraId="2703D1C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14.54</w:t>
            </w:r>
          </w:p>
        </w:tc>
        <w:tc>
          <w:tcPr>
            <w:tcW w:w="1103" w:type="dxa"/>
            <w:vAlign w:val="center"/>
          </w:tcPr>
          <w:p w14:paraId="5894991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57C1C53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3FB8DD1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26133A3D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AEAD5F2" w14:textId="77777777" w:rsidR="004F6A62" w:rsidRDefault="00000000" w:rsidP="003975E2">
            <w:pPr>
              <w:jc w:val="center"/>
            </w:pPr>
            <w:r>
              <w:t>MDR_02</w:t>
            </w:r>
          </w:p>
        </w:tc>
        <w:tc>
          <w:tcPr>
            <w:tcW w:w="1104" w:type="dxa"/>
            <w:vAlign w:val="center"/>
          </w:tcPr>
          <w:p w14:paraId="0E1E79E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236AC3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4678AC8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17.02</w:t>
            </w:r>
          </w:p>
        </w:tc>
        <w:tc>
          <w:tcPr>
            <w:tcW w:w="1103" w:type="dxa"/>
            <w:vAlign w:val="center"/>
          </w:tcPr>
          <w:p w14:paraId="1E7F203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14.42</w:t>
            </w:r>
          </w:p>
        </w:tc>
        <w:tc>
          <w:tcPr>
            <w:tcW w:w="1103" w:type="dxa"/>
            <w:vAlign w:val="center"/>
          </w:tcPr>
          <w:p w14:paraId="0E02C24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1AE40CC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39CA6F0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150A973D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AADFAF2" w14:textId="77777777" w:rsidR="004F6A62" w:rsidRDefault="00000000" w:rsidP="003975E2">
            <w:pPr>
              <w:jc w:val="center"/>
            </w:pPr>
            <w:r>
              <w:t>MDR_03</w:t>
            </w:r>
          </w:p>
        </w:tc>
        <w:tc>
          <w:tcPr>
            <w:tcW w:w="1104" w:type="dxa"/>
            <w:vAlign w:val="center"/>
          </w:tcPr>
          <w:p w14:paraId="0F80E60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F04E19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594F829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5A52F80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</w:t>
            </w:r>
          </w:p>
        </w:tc>
        <w:tc>
          <w:tcPr>
            <w:tcW w:w="1103" w:type="dxa"/>
            <w:vAlign w:val="center"/>
          </w:tcPr>
          <w:p w14:paraId="3C01544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1A0BACD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4CF2AE0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786507B8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258B316" w14:textId="77777777" w:rsidR="004F6A62" w:rsidRDefault="00000000" w:rsidP="003975E2">
            <w:pPr>
              <w:jc w:val="center"/>
            </w:pPr>
            <w:r>
              <w:t>MDR_04</w:t>
            </w:r>
          </w:p>
        </w:tc>
        <w:tc>
          <w:tcPr>
            <w:tcW w:w="1104" w:type="dxa"/>
            <w:vAlign w:val="center"/>
          </w:tcPr>
          <w:p w14:paraId="2FDB281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59EA13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319AF20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2042C6F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14.4</w:t>
            </w:r>
          </w:p>
        </w:tc>
        <w:tc>
          <w:tcPr>
            <w:tcW w:w="1103" w:type="dxa"/>
            <w:vAlign w:val="center"/>
          </w:tcPr>
          <w:p w14:paraId="3CD89B5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-2.7</w:t>
            </w:r>
          </w:p>
        </w:tc>
        <w:tc>
          <w:tcPr>
            <w:tcW w:w="1103" w:type="dxa"/>
            <w:vAlign w:val="center"/>
          </w:tcPr>
          <w:p w14:paraId="5CCC6B1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-3.08</w:t>
            </w:r>
          </w:p>
        </w:tc>
        <w:tc>
          <w:tcPr>
            <w:tcW w:w="1132" w:type="dxa"/>
            <w:vAlign w:val="center"/>
          </w:tcPr>
          <w:p w14:paraId="29352F5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8.46</w:t>
            </w:r>
          </w:p>
        </w:tc>
      </w:tr>
      <w:tr w:rsidR="004F6A62" w14:paraId="0B2A97B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6E6211E" w14:textId="77777777" w:rsidR="004F6A62" w:rsidRDefault="00000000" w:rsidP="003975E2">
            <w:pPr>
              <w:jc w:val="center"/>
            </w:pPr>
            <w:r>
              <w:t>MDR_05</w:t>
            </w:r>
          </w:p>
        </w:tc>
        <w:tc>
          <w:tcPr>
            <w:tcW w:w="1104" w:type="dxa"/>
            <w:vAlign w:val="center"/>
          </w:tcPr>
          <w:p w14:paraId="55915EB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4EBF5D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2B420A2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17.11</w:t>
            </w:r>
          </w:p>
        </w:tc>
        <w:tc>
          <w:tcPr>
            <w:tcW w:w="1103" w:type="dxa"/>
            <w:vAlign w:val="center"/>
          </w:tcPr>
          <w:p w14:paraId="1F8C28A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14.41</w:t>
            </w:r>
          </w:p>
        </w:tc>
        <w:tc>
          <w:tcPr>
            <w:tcW w:w="1103" w:type="dxa"/>
            <w:vAlign w:val="center"/>
          </w:tcPr>
          <w:p w14:paraId="5EFF4D4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-2.7</w:t>
            </w:r>
          </w:p>
        </w:tc>
        <w:tc>
          <w:tcPr>
            <w:tcW w:w="1103" w:type="dxa"/>
            <w:vAlign w:val="center"/>
          </w:tcPr>
          <w:p w14:paraId="03447DC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-3.08</w:t>
            </w:r>
          </w:p>
        </w:tc>
        <w:tc>
          <w:tcPr>
            <w:tcW w:w="1132" w:type="dxa"/>
            <w:vAlign w:val="center"/>
          </w:tcPr>
          <w:p w14:paraId="75990A3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8.46</w:t>
            </w:r>
          </w:p>
        </w:tc>
      </w:tr>
      <w:tr w:rsidR="004F6A62" w14:paraId="1B1CC4E4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C09F71A" w14:textId="77777777" w:rsidR="004F6A62" w:rsidRDefault="00000000" w:rsidP="003975E2">
            <w:pPr>
              <w:jc w:val="center"/>
            </w:pPr>
            <w:r>
              <w:t>MDR_06</w:t>
            </w:r>
          </w:p>
        </w:tc>
        <w:tc>
          <w:tcPr>
            <w:tcW w:w="1104" w:type="dxa"/>
            <w:vAlign w:val="center"/>
          </w:tcPr>
          <w:p w14:paraId="25599B2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9A2FB9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7C99CAE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17.04</w:t>
            </w:r>
          </w:p>
        </w:tc>
        <w:tc>
          <w:tcPr>
            <w:tcW w:w="1103" w:type="dxa"/>
            <w:vAlign w:val="center"/>
          </w:tcPr>
          <w:p w14:paraId="330B03F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14.06</w:t>
            </w:r>
          </w:p>
        </w:tc>
        <w:tc>
          <w:tcPr>
            <w:tcW w:w="1103" w:type="dxa"/>
            <w:vAlign w:val="center"/>
          </w:tcPr>
          <w:p w14:paraId="48A4368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03" w:type="dxa"/>
            <w:vAlign w:val="center"/>
          </w:tcPr>
          <w:p w14:paraId="5ECBE4E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-3.36</w:t>
            </w:r>
          </w:p>
        </w:tc>
        <w:tc>
          <w:tcPr>
            <w:tcW w:w="1132" w:type="dxa"/>
            <w:vAlign w:val="center"/>
          </w:tcPr>
          <w:p w14:paraId="4F195D4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10.27</w:t>
            </w:r>
          </w:p>
        </w:tc>
      </w:tr>
      <w:tr w:rsidR="004F6A62" w14:paraId="4F0BDED8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9BA0C9C" w14:textId="77777777" w:rsidR="004F6A62" w:rsidRDefault="00000000" w:rsidP="003975E2">
            <w:pPr>
              <w:jc w:val="center"/>
            </w:pPr>
            <w:r>
              <w:t>MDR_07</w:t>
            </w:r>
          </w:p>
        </w:tc>
        <w:tc>
          <w:tcPr>
            <w:tcW w:w="1104" w:type="dxa"/>
            <w:vAlign w:val="center"/>
          </w:tcPr>
          <w:p w14:paraId="318295D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79BB126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18BEB7B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17.06</w:t>
            </w:r>
          </w:p>
        </w:tc>
        <w:tc>
          <w:tcPr>
            <w:tcW w:w="1103" w:type="dxa"/>
            <w:vAlign w:val="center"/>
          </w:tcPr>
          <w:p w14:paraId="679AB25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14.46</w:t>
            </w:r>
          </w:p>
        </w:tc>
        <w:tc>
          <w:tcPr>
            <w:tcW w:w="1103" w:type="dxa"/>
            <w:vAlign w:val="center"/>
          </w:tcPr>
          <w:p w14:paraId="34B8525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1E3B262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5E3269A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73500FD6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570E0A2" w14:textId="77777777" w:rsidR="004F6A62" w:rsidRDefault="00000000" w:rsidP="003975E2">
            <w:pPr>
              <w:jc w:val="center"/>
            </w:pPr>
            <w:r>
              <w:t>MDR_08</w:t>
            </w:r>
          </w:p>
        </w:tc>
        <w:tc>
          <w:tcPr>
            <w:tcW w:w="1104" w:type="dxa"/>
            <w:vAlign w:val="center"/>
          </w:tcPr>
          <w:p w14:paraId="26666A5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20B3E8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446A016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17.08</w:t>
            </w:r>
          </w:p>
        </w:tc>
        <w:tc>
          <w:tcPr>
            <w:tcW w:w="1103" w:type="dxa"/>
            <w:vAlign w:val="center"/>
          </w:tcPr>
          <w:p w14:paraId="31C5AAA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14.48</w:t>
            </w:r>
          </w:p>
        </w:tc>
        <w:tc>
          <w:tcPr>
            <w:tcW w:w="1103" w:type="dxa"/>
            <w:vAlign w:val="center"/>
          </w:tcPr>
          <w:p w14:paraId="072FE23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530732B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5632BB8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03B9C4C5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17C8BFC" w14:textId="77777777" w:rsidR="004F6A62" w:rsidRDefault="00000000" w:rsidP="003975E2">
            <w:pPr>
              <w:jc w:val="center"/>
            </w:pPr>
            <w:r>
              <w:t>MDR_09</w:t>
            </w:r>
          </w:p>
        </w:tc>
        <w:tc>
          <w:tcPr>
            <w:tcW w:w="1104" w:type="dxa"/>
            <w:vAlign w:val="center"/>
          </w:tcPr>
          <w:p w14:paraId="02133D8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72B5A7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153AC14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17.14</w:t>
            </w:r>
          </w:p>
        </w:tc>
        <w:tc>
          <w:tcPr>
            <w:tcW w:w="1103" w:type="dxa"/>
            <w:vAlign w:val="center"/>
          </w:tcPr>
          <w:p w14:paraId="0A15B22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14.54</w:t>
            </w:r>
          </w:p>
        </w:tc>
        <w:tc>
          <w:tcPr>
            <w:tcW w:w="1103" w:type="dxa"/>
            <w:vAlign w:val="center"/>
          </w:tcPr>
          <w:p w14:paraId="7D60A1E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7F3071B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0088308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39702AE4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8BE6F5F" w14:textId="77777777" w:rsidR="004F6A62" w:rsidRDefault="00000000" w:rsidP="003975E2">
            <w:pPr>
              <w:jc w:val="center"/>
            </w:pPr>
            <w:r>
              <w:t>MDR_10</w:t>
            </w:r>
          </w:p>
        </w:tc>
        <w:tc>
          <w:tcPr>
            <w:tcW w:w="1104" w:type="dxa"/>
            <w:vAlign w:val="center"/>
          </w:tcPr>
          <w:p w14:paraId="0CC3382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84E2A4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29B8F0B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36F68ED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14.55</w:t>
            </w:r>
          </w:p>
        </w:tc>
        <w:tc>
          <w:tcPr>
            <w:tcW w:w="1103" w:type="dxa"/>
            <w:vAlign w:val="center"/>
          </w:tcPr>
          <w:p w14:paraId="2BD3A8F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720544F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4F34D8D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18A20D06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F2A44CC" w14:textId="77777777" w:rsidR="004F6A62" w:rsidRDefault="00000000" w:rsidP="003975E2">
            <w:pPr>
              <w:jc w:val="center"/>
            </w:pPr>
            <w:r>
              <w:t>MDR_11</w:t>
            </w:r>
          </w:p>
        </w:tc>
        <w:tc>
          <w:tcPr>
            <w:tcW w:w="1104" w:type="dxa"/>
            <w:vAlign w:val="center"/>
          </w:tcPr>
          <w:p w14:paraId="339E030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FE6F0D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69B35FD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2171C51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14.55</w:t>
            </w:r>
          </w:p>
        </w:tc>
        <w:tc>
          <w:tcPr>
            <w:tcW w:w="1103" w:type="dxa"/>
            <w:vAlign w:val="center"/>
          </w:tcPr>
          <w:p w14:paraId="24A26CA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062F1B1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582EDB5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2B91AF1D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1BDA664A" w14:textId="77777777" w:rsidR="004F6A62" w:rsidRDefault="00000000" w:rsidP="003975E2">
            <w:pPr>
              <w:jc w:val="center"/>
            </w:pPr>
            <w:r>
              <w:t>MDR_12</w:t>
            </w:r>
          </w:p>
        </w:tc>
        <w:tc>
          <w:tcPr>
            <w:tcW w:w="1104" w:type="dxa"/>
            <w:vAlign w:val="center"/>
          </w:tcPr>
          <w:p w14:paraId="2492E6D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2ADDA2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52962E0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666FCC8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</w:t>
            </w:r>
          </w:p>
        </w:tc>
        <w:tc>
          <w:tcPr>
            <w:tcW w:w="1103" w:type="dxa"/>
            <w:vAlign w:val="center"/>
          </w:tcPr>
          <w:p w14:paraId="6A06540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0FD2431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1065C70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2EC1E744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EF7B545" w14:textId="77777777" w:rsidR="004F6A62" w:rsidRDefault="00000000" w:rsidP="003975E2">
            <w:pPr>
              <w:jc w:val="center"/>
            </w:pPr>
            <w:r>
              <w:t>MDR_13</w:t>
            </w:r>
          </w:p>
        </w:tc>
        <w:tc>
          <w:tcPr>
            <w:tcW w:w="1104" w:type="dxa"/>
            <w:vAlign w:val="center"/>
          </w:tcPr>
          <w:p w14:paraId="4FF1C15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89376C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1C3FBAE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53F131B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14.6</w:t>
            </w:r>
          </w:p>
        </w:tc>
        <w:tc>
          <w:tcPr>
            <w:tcW w:w="1103" w:type="dxa"/>
            <w:vAlign w:val="center"/>
          </w:tcPr>
          <w:p w14:paraId="670DFDF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1ED5ED6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1001C3D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1362A600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FD1FA56" w14:textId="77777777" w:rsidR="004F6A62" w:rsidRDefault="00000000" w:rsidP="003975E2">
            <w:pPr>
              <w:jc w:val="center"/>
            </w:pPr>
            <w:r>
              <w:t>MDR_14</w:t>
            </w:r>
          </w:p>
        </w:tc>
        <w:tc>
          <w:tcPr>
            <w:tcW w:w="1104" w:type="dxa"/>
            <w:vAlign w:val="center"/>
          </w:tcPr>
          <w:p w14:paraId="157D9EE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F456F0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75C0AC4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17.18</w:t>
            </w:r>
          </w:p>
        </w:tc>
        <w:tc>
          <w:tcPr>
            <w:tcW w:w="1103" w:type="dxa"/>
            <w:vAlign w:val="center"/>
          </w:tcPr>
          <w:p w14:paraId="7B9E89C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14.58</w:t>
            </w:r>
          </w:p>
        </w:tc>
        <w:tc>
          <w:tcPr>
            <w:tcW w:w="1103" w:type="dxa"/>
            <w:vAlign w:val="center"/>
          </w:tcPr>
          <w:p w14:paraId="0C1914C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393EDCA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3BA3BBA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350057C7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A87078B" w14:textId="77777777" w:rsidR="004F6A62" w:rsidRDefault="00000000" w:rsidP="003975E2">
            <w:pPr>
              <w:jc w:val="center"/>
            </w:pPr>
            <w:r>
              <w:t>MDR_15</w:t>
            </w:r>
          </w:p>
        </w:tc>
        <w:tc>
          <w:tcPr>
            <w:tcW w:w="1104" w:type="dxa"/>
            <w:vAlign w:val="center"/>
          </w:tcPr>
          <w:p w14:paraId="39394C8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63948C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3EAAF36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3F48BE3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14.52</w:t>
            </w:r>
          </w:p>
        </w:tc>
        <w:tc>
          <w:tcPr>
            <w:tcW w:w="1103" w:type="dxa"/>
            <w:vAlign w:val="center"/>
          </w:tcPr>
          <w:p w14:paraId="64B5165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122819A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276DA93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5ED67029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9342FC1" w14:textId="77777777" w:rsidR="004F6A62" w:rsidRDefault="00000000" w:rsidP="003975E2">
            <w:pPr>
              <w:jc w:val="center"/>
            </w:pPr>
            <w:r>
              <w:t>MDR_16</w:t>
            </w:r>
          </w:p>
        </w:tc>
        <w:tc>
          <w:tcPr>
            <w:tcW w:w="1104" w:type="dxa"/>
            <w:vAlign w:val="center"/>
          </w:tcPr>
          <w:p w14:paraId="1218DD6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EF172A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6FC9700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17.05</w:t>
            </w:r>
          </w:p>
        </w:tc>
        <w:tc>
          <w:tcPr>
            <w:tcW w:w="1103" w:type="dxa"/>
            <w:vAlign w:val="center"/>
          </w:tcPr>
          <w:p w14:paraId="1DDA945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14.45</w:t>
            </w:r>
          </w:p>
        </w:tc>
        <w:tc>
          <w:tcPr>
            <w:tcW w:w="1103" w:type="dxa"/>
            <w:vAlign w:val="center"/>
          </w:tcPr>
          <w:p w14:paraId="65793CB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771C4A3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13592B1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3B8D5777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6399C330" w14:textId="77777777" w:rsidR="004F6A62" w:rsidRDefault="00000000" w:rsidP="003975E2">
            <w:pPr>
              <w:jc w:val="center"/>
            </w:pPr>
            <w:r>
              <w:t>MDR_17</w:t>
            </w:r>
          </w:p>
        </w:tc>
        <w:tc>
          <w:tcPr>
            <w:tcW w:w="1104" w:type="dxa"/>
            <w:vAlign w:val="center"/>
          </w:tcPr>
          <w:p w14:paraId="1CE1F0A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2DA76A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32060CA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17.14</w:t>
            </w:r>
          </w:p>
        </w:tc>
        <w:tc>
          <w:tcPr>
            <w:tcW w:w="1103" w:type="dxa"/>
            <w:vAlign w:val="center"/>
          </w:tcPr>
          <w:p w14:paraId="2D1F45E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14.54</w:t>
            </w:r>
          </w:p>
        </w:tc>
        <w:tc>
          <w:tcPr>
            <w:tcW w:w="1103" w:type="dxa"/>
            <w:vAlign w:val="center"/>
          </w:tcPr>
          <w:p w14:paraId="23CA228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1C9AC2C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782EEED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59559E40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8615443" w14:textId="77777777" w:rsidR="004F6A62" w:rsidRDefault="00000000" w:rsidP="003975E2">
            <w:pPr>
              <w:jc w:val="center"/>
            </w:pPr>
            <w:r>
              <w:t>MDR_18</w:t>
            </w:r>
          </w:p>
        </w:tc>
        <w:tc>
          <w:tcPr>
            <w:tcW w:w="1104" w:type="dxa"/>
            <w:vAlign w:val="center"/>
          </w:tcPr>
          <w:p w14:paraId="08EA54A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0BD402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1752598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17.11</w:t>
            </w:r>
          </w:p>
        </w:tc>
        <w:tc>
          <w:tcPr>
            <w:tcW w:w="1103" w:type="dxa"/>
            <w:vAlign w:val="center"/>
          </w:tcPr>
          <w:p w14:paraId="4D416F9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14.51</w:t>
            </w:r>
          </w:p>
        </w:tc>
        <w:tc>
          <w:tcPr>
            <w:tcW w:w="1103" w:type="dxa"/>
            <w:vAlign w:val="center"/>
          </w:tcPr>
          <w:p w14:paraId="62624AF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6FE1F90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4B1AAC6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58533CF9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4A4D01F" w14:textId="77777777" w:rsidR="004F6A62" w:rsidRDefault="00000000" w:rsidP="003975E2">
            <w:pPr>
              <w:jc w:val="center"/>
            </w:pPr>
            <w:r>
              <w:t>MDR_19</w:t>
            </w:r>
          </w:p>
        </w:tc>
        <w:tc>
          <w:tcPr>
            <w:tcW w:w="1104" w:type="dxa"/>
            <w:vAlign w:val="center"/>
          </w:tcPr>
          <w:p w14:paraId="01D10B0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4BA1F11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1EAB443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17.09</w:t>
            </w:r>
          </w:p>
        </w:tc>
        <w:tc>
          <w:tcPr>
            <w:tcW w:w="1103" w:type="dxa"/>
            <w:vAlign w:val="center"/>
          </w:tcPr>
          <w:p w14:paraId="2B64032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14.49</w:t>
            </w:r>
          </w:p>
        </w:tc>
        <w:tc>
          <w:tcPr>
            <w:tcW w:w="1103" w:type="dxa"/>
            <w:vAlign w:val="center"/>
          </w:tcPr>
          <w:p w14:paraId="36DA234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6988E78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442847B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3F4ECE1B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C56F6F9" w14:textId="77777777" w:rsidR="004F6A62" w:rsidRDefault="00000000" w:rsidP="003975E2">
            <w:pPr>
              <w:jc w:val="center"/>
            </w:pPr>
            <w:r>
              <w:t>MDR_20</w:t>
            </w:r>
          </w:p>
        </w:tc>
        <w:tc>
          <w:tcPr>
            <w:tcW w:w="1104" w:type="dxa"/>
            <w:vAlign w:val="center"/>
          </w:tcPr>
          <w:p w14:paraId="7F4D721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91FC38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329E3D0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17.16</w:t>
            </w:r>
          </w:p>
        </w:tc>
        <w:tc>
          <w:tcPr>
            <w:tcW w:w="1103" w:type="dxa"/>
            <w:vAlign w:val="center"/>
          </w:tcPr>
          <w:p w14:paraId="7B9948C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14.56</w:t>
            </w:r>
          </w:p>
        </w:tc>
        <w:tc>
          <w:tcPr>
            <w:tcW w:w="1103" w:type="dxa"/>
            <w:vAlign w:val="center"/>
          </w:tcPr>
          <w:p w14:paraId="428AF74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683E378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35E5788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4D0F0A30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D45B893" w14:textId="77777777" w:rsidR="004F6A62" w:rsidRDefault="00000000" w:rsidP="003975E2">
            <w:pPr>
              <w:jc w:val="center"/>
            </w:pPr>
            <w:r>
              <w:t>MDR_21</w:t>
            </w:r>
          </w:p>
        </w:tc>
        <w:tc>
          <w:tcPr>
            <w:tcW w:w="1104" w:type="dxa"/>
            <w:vAlign w:val="center"/>
          </w:tcPr>
          <w:p w14:paraId="06C6C64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2B17AB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3DBCBD8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17.2</w:t>
            </w:r>
          </w:p>
        </w:tc>
        <w:tc>
          <w:tcPr>
            <w:tcW w:w="1103" w:type="dxa"/>
            <w:vAlign w:val="center"/>
          </w:tcPr>
          <w:p w14:paraId="0CBFCD1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14.6</w:t>
            </w:r>
          </w:p>
        </w:tc>
        <w:tc>
          <w:tcPr>
            <w:tcW w:w="1103" w:type="dxa"/>
            <w:vAlign w:val="center"/>
          </w:tcPr>
          <w:p w14:paraId="352BDE8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6F04751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190E1A2E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07312E44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5506A51C" w14:textId="77777777" w:rsidR="004F6A62" w:rsidRDefault="00000000" w:rsidP="003975E2">
            <w:pPr>
              <w:jc w:val="center"/>
            </w:pPr>
            <w:r>
              <w:t>MDR_22</w:t>
            </w:r>
          </w:p>
        </w:tc>
        <w:tc>
          <w:tcPr>
            <w:tcW w:w="1104" w:type="dxa"/>
            <w:vAlign w:val="center"/>
          </w:tcPr>
          <w:p w14:paraId="7AF8FC8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CFDEE8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74B4EFE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17.15</w:t>
            </w:r>
          </w:p>
        </w:tc>
        <w:tc>
          <w:tcPr>
            <w:tcW w:w="1103" w:type="dxa"/>
            <w:vAlign w:val="center"/>
          </w:tcPr>
          <w:p w14:paraId="5C63A37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14.55</w:t>
            </w:r>
          </w:p>
        </w:tc>
        <w:tc>
          <w:tcPr>
            <w:tcW w:w="1103" w:type="dxa"/>
            <w:vAlign w:val="center"/>
          </w:tcPr>
          <w:p w14:paraId="7582071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1856931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4C55808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24FE1811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4C88B0C" w14:textId="77777777" w:rsidR="004F6A62" w:rsidRDefault="00000000" w:rsidP="003975E2">
            <w:pPr>
              <w:jc w:val="center"/>
            </w:pPr>
            <w:r>
              <w:t>MDR_23</w:t>
            </w:r>
          </w:p>
        </w:tc>
        <w:tc>
          <w:tcPr>
            <w:tcW w:w="1104" w:type="dxa"/>
            <w:vAlign w:val="center"/>
          </w:tcPr>
          <w:p w14:paraId="1C8B028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BEC031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483EE58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17.11</w:t>
            </w:r>
          </w:p>
        </w:tc>
        <w:tc>
          <w:tcPr>
            <w:tcW w:w="1103" w:type="dxa"/>
            <w:vAlign w:val="center"/>
          </w:tcPr>
          <w:p w14:paraId="2FF8BFB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14.51</w:t>
            </w:r>
          </w:p>
        </w:tc>
        <w:tc>
          <w:tcPr>
            <w:tcW w:w="1103" w:type="dxa"/>
            <w:vAlign w:val="center"/>
          </w:tcPr>
          <w:p w14:paraId="74DFAE7D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4435D78A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609A92C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744764A3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2EDFEFF" w14:textId="77777777" w:rsidR="004F6A62" w:rsidRDefault="00000000" w:rsidP="003975E2">
            <w:pPr>
              <w:jc w:val="center"/>
            </w:pPr>
            <w:r>
              <w:t>MDR_24</w:t>
            </w:r>
          </w:p>
        </w:tc>
        <w:tc>
          <w:tcPr>
            <w:tcW w:w="1104" w:type="dxa"/>
            <w:vAlign w:val="center"/>
          </w:tcPr>
          <w:p w14:paraId="3F5C46A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520FD347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44293DB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17.18</w:t>
            </w:r>
          </w:p>
        </w:tc>
        <w:tc>
          <w:tcPr>
            <w:tcW w:w="1103" w:type="dxa"/>
            <w:vAlign w:val="center"/>
          </w:tcPr>
          <w:p w14:paraId="7D32213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14.58</w:t>
            </w:r>
          </w:p>
        </w:tc>
        <w:tc>
          <w:tcPr>
            <w:tcW w:w="1103" w:type="dxa"/>
            <w:vAlign w:val="center"/>
          </w:tcPr>
          <w:p w14:paraId="07307B7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69FC76B0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15623992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2B6FCEA9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1ECAFCE" w14:textId="77777777" w:rsidR="004F6A62" w:rsidRDefault="00000000" w:rsidP="003975E2">
            <w:pPr>
              <w:jc w:val="center"/>
            </w:pPr>
            <w:r>
              <w:t>MDR_25</w:t>
            </w:r>
          </w:p>
        </w:tc>
        <w:tc>
          <w:tcPr>
            <w:tcW w:w="1104" w:type="dxa"/>
            <w:vAlign w:val="center"/>
          </w:tcPr>
          <w:p w14:paraId="202175F0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EB634A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6F0EDAE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17.09</w:t>
            </w:r>
          </w:p>
        </w:tc>
        <w:tc>
          <w:tcPr>
            <w:tcW w:w="1103" w:type="dxa"/>
            <w:vAlign w:val="center"/>
          </w:tcPr>
          <w:p w14:paraId="27F0FA3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14.49</w:t>
            </w:r>
          </w:p>
        </w:tc>
        <w:tc>
          <w:tcPr>
            <w:tcW w:w="1103" w:type="dxa"/>
            <w:vAlign w:val="center"/>
          </w:tcPr>
          <w:p w14:paraId="62BC7E53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74472EA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69D5000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3AE0175D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B57FE5C" w14:textId="77777777" w:rsidR="004F6A62" w:rsidRDefault="00000000" w:rsidP="003975E2">
            <w:pPr>
              <w:jc w:val="center"/>
            </w:pPr>
            <w:r>
              <w:t>MDR_26</w:t>
            </w:r>
          </w:p>
        </w:tc>
        <w:tc>
          <w:tcPr>
            <w:tcW w:w="1104" w:type="dxa"/>
            <w:vAlign w:val="center"/>
          </w:tcPr>
          <w:p w14:paraId="79C60ED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3E35802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2582AE8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17.14</w:t>
            </w:r>
          </w:p>
        </w:tc>
        <w:tc>
          <w:tcPr>
            <w:tcW w:w="1103" w:type="dxa"/>
            <w:vAlign w:val="center"/>
          </w:tcPr>
          <w:p w14:paraId="216EB176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14.54</w:t>
            </w:r>
          </w:p>
        </w:tc>
        <w:tc>
          <w:tcPr>
            <w:tcW w:w="1103" w:type="dxa"/>
            <w:vAlign w:val="center"/>
          </w:tcPr>
          <w:p w14:paraId="2E9AC0B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01E076A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1B34279B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72BC2DCB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41ED2227" w14:textId="77777777" w:rsidR="004F6A62" w:rsidRDefault="00000000" w:rsidP="003975E2">
            <w:pPr>
              <w:jc w:val="center"/>
            </w:pPr>
            <w:r>
              <w:t>MDR_27</w:t>
            </w:r>
          </w:p>
        </w:tc>
        <w:tc>
          <w:tcPr>
            <w:tcW w:w="1104" w:type="dxa"/>
            <w:vAlign w:val="center"/>
          </w:tcPr>
          <w:p w14:paraId="41440411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695CC81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27759C09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17.12</w:t>
            </w:r>
          </w:p>
        </w:tc>
        <w:tc>
          <w:tcPr>
            <w:tcW w:w="1103" w:type="dxa"/>
            <w:vAlign w:val="center"/>
          </w:tcPr>
          <w:p w14:paraId="65EFD22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14.52</w:t>
            </w:r>
          </w:p>
        </w:tc>
        <w:tc>
          <w:tcPr>
            <w:tcW w:w="1103" w:type="dxa"/>
            <w:vAlign w:val="center"/>
          </w:tcPr>
          <w:p w14:paraId="3C5DBD38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7330D6C5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33AC4412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512C050A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3835BAFC" w14:textId="77777777" w:rsidR="004F6A62" w:rsidRDefault="00000000" w:rsidP="003975E2">
            <w:pPr>
              <w:jc w:val="center"/>
            </w:pPr>
            <w:r>
              <w:t>MDR_28</w:t>
            </w:r>
          </w:p>
        </w:tc>
        <w:tc>
          <w:tcPr>
            <w:tcW w:w="1104" w:type="dxa"/>
            <w:vAlign w:val="center"/>
          </w:tcPr>
          <w:p w14:paraId="0053214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103152F4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4F48152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1103" w:type="dxa"/>
            <w:vAlign w:val="center"/>
          </w:tcPr>
          <w:p w14:paraId="1B60A8C9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14.8</w:t>
            </w:r>
          </w:p>
        </w:tc>
        <w:tc>
          <w:tcPr>
            <w:tcW w:w="1103" w:type="dxa"/>
            <w:vAlign w:val="center"/>
          </w:tcPr>
          <w:p w14:paraId="6637D95F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079AEDC1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5D9FA93A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05E70F84" w14:textId="77777777" w:rsidTr="0039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20CA2AD9" w14:textId="77777777" w:rsidR="004F6A62" w:rsidRDefault="00000000" w:rsidP="003975E2">
            <w:pPr>
              <w:jc w:val="center"/>
            </w:pPr>
            <w:r>
              <w:t>MDR_29</w:t>
            </w:r>
          </w:p>
        </w:tc>
        <w:tc>
          <w:tcPr>
            <w:tcW w:w="1104" w:type="dxa"/>
            <w:vAlign w:val="center"/>
          </w:tcPr>
          <w:p w14:paraId="06DA94FC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0A924C56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298728FB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17.1</w:t>
            </w:r>
          </w:p>
        </w:tc>
        <w:tc>
          <w:tcPr>
            <w:tcW w:w="1103" w:type="dxa"/>
            <w:vAlign w:val="center"/>
          </w:tcPr>
          <w:p w14:paraId="413BDF5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</w:t>
            </w:r>
          </w:p>
        </w:tc>
        <w:tc>
          <w:tcPr>
            <w:tcW w:w="1103" w:type="dxa"/>
            <w:vAlign w:val="center"/>
          </w:tcPr>
          <w:p w14:paraId="30F3718F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06583ED7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026F60F4" w14:textId="77777777" w:rsidR="004F6A62" w:rsidRDefault="00000000" w:rsidP="0039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7.89</w:t>
            </w:r>
          </w:p>
        </w:tc>
      </w:tr>
      <w:tr w:rsidR="004F6A62" w14:paraId="4D9152BA" w14:textId="77777777" w:rsidTr="0039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0C4AE824" w14:textId="77777777" w:rsidR="004F6A62" w:rsidRDefault="00000000" w:rsidP="003975E2">
            <w:pPr>
              <w:jc w:val="center"/>
            </w:pPr>
            <w:r>
              <w:t>MDR_30</w:t>
            </w:r>
          </w:p>
        </w:tc>
        <w:tc>
          <w:tcPr>
            <w:tcW w:w="1104" w:type="dxa"/>
            <w:vAlign w:val="center"/>
          </w:tcPr>
          <w:p w14:paraId="30B8657E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MDR</w:t>
            </w:r>
          </w:p>
        </w:tc>
        <w:tc>
          <w:tcPr>
            <w:tcW w:w="1104" w:type="dxa"/>
            <w:vAlign w:val="center"/>
          </w:tcPr>
          <w:p w14:paraId="2D1A54BD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acrB</w:t>
            </w:r>
          </w:p>
        </w:tc>
        <w:tc>
          <w:tcPr>
            <w:tcW w:w="1103" w:type="dxa"/>
            <w:vAlign w:val="center"/>
          </w:tcPr>
          <w:p w14:paraId="6631B1E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17.16</w:t>
            </w:r>
          </w:p>
        </w:tc>
        <w:tc>
          <w:tcPr>
            <w:tcW w:w="1103" w:type="dxa"/>
            <w:vAlign w:val="center"/>
          </w:tcPr>
          <w:p w14:paraId="1B838DB8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14.56</w:t>
            </w:r>
          </w:p>
        </w:tc>
        <w:tc>
          <w:tcPr>
            <w:tcW w:w="1103" w:type="dxa"/>
            <w:vAlign w:val="center"/>
          </w:tcPr>
          <w:p w14:paraId="20E07D4C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-2.6</w:t>
            </w:r>
          </w:p>
        </w:tc>
        <w:tc>
          <w:tcPr>
            <w:tcW w:w="1103" w:type="dxa"/>
            <w:vAlign w:val="center"/>
          </w:tcPr>
          <w:p w14:paraId="5F33A1F3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-2.98</w:t>
            </w:r>
          </w:p>
        </w:tc>
        <w:tc>
          <w:tcPr>
            <w:tcW w:w="1132" w:type="dxa"/>
            <w:vAlign w:val="center"/>
          </w:tcPr>
          <w:p w14:paraId="5AD8E335" w14:textId="77777777" w:rsidR="004F6A62" w:rsidRDefault="00000000" w:rsidP="00397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7.89</w:t>
            </w:r>
          </w:p>
        </w:tc>
      </w:tr>
    </w:tbl>
    <w:p w14:paraId="5B1F87AE" w14:textId="4E79CDB8" w:rsidR="00DC17D0" w:rsidRDefault="00000000" w:rsidP="00DC17D0">
      <w:r>
        <w:br/>
      </w:r>
    </w:p>
    <w:p w14:paraId="772C9EE0" w14:textId="3D36613E" w:rsidR="004F6A62" w:rsidRDefault="004F6A62" w:rsidP="003F6313">
      <w:pPr>
        <w:pStyle w:val="ListBullet"/>
        <w:numPr>
          <w:ilvl w:val="0"/>
          <w:numId w:val="0"/>
        </w:numPr>
        <w:ind w:left="360"/>
      </w:pPr>
    </w:p>
    <w:sectPr w:rsidR="004F6A6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3701178">
    <w:abstractNumId w:val="8"/>
  </w:num>
  <w:num w:numId="2" w16cid:durableId="838471564">
    <w:abstractNumId w:val="6"/>
  </w:num>
  <w:num w:numId="3" w16cid:durableId="808518250">
    <w:abstractNumId w:val="5"/>
  </w:num>
  <w:num w:numId="4" w16cid:durableId="529300273">
    <w:abstractNumId w:val="4"/>
  </w:num>
  <w:num w:numId="5" w16cid:durableId="1840929068">
    <w:abstractNumId w:val="7"/>
  </w:num>
  <w:num w:numId="6" w16cid:durableId="1816296935">
    <w:abstractNumId w:val="3"/>
  </w:num>
  <w:num w:numId="7" w16cid:durableId="134110127">
    <w:abstractNumId w:val="2"/>
  </w:num>
  <w:num w:numId="8" w16cid:durableId="373236553">
    <w:abstractNumId w:val="1"/>
  </w:num>
  <w:num w:numId="9" w16cid:durableId="245306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75E2"/>
    <w:rsid w:val="003F6313"/>
    <w:rsid w:val="004D2929"/>
    <w:rsid w:val="004F6A62"/>
    <w:rsid w:val="00A41FC3"/>
    <w:rsid w:val="00AA1D8D"/>
    <w:rsid w:val="00B47730"/>
    <w:rsid w:val="00CB0664"/>
    <w:rsid w:val="00DC17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4831D3"/>
  <w14:defaultImageDpi w14:val="300"/>
  <w15:docId w15:val="{138BA360-0E83-4871-BD42-B125D4F5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2">
    <w:name w:val="Plain Table 2"/>
    <w:basedOn w:val="TableNormal"/>
    <w:uiPriority w:val="99"/>
    <w:rsid w:val="003975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alnaseem</cp:lastModifiedBy>
  <cp:revision>4</cp:revision>
  <dcterms:created xsi:type="dcterms:W3CDTF">2013-12-23T23:15:00Z</dcterms:created>
  <dcterms:modified xsi:type="dcterms:W3CDTF">2025-12-30T19:51:00Z</dcterms:modified>
  <cp:category/>
</cp:coreProperties>
</file>