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68478A6" w14:textId="77777777" w:rsidR="00CF06F8" w:rsidRPr="00375A01" w:rsidRDefault="00000000">
      <w:pPr>
        <w:pStyle w:val="Heading1"/>
        <w:rPr>
          <w:color w:val="auto"/>
        </w:rPr>
      </w:pPr>
      <w:r w:rsidRPr="00375A01">
        <w:rPr>
          <w:color w:val="auto"/>
        </w:rPr>
        <w:t>Supplementary Table 1</w:t>
      </w:r>
    </w:p>
    <w:p w14:paraId="63154FD2" w14:textId="77777777" w:rsidR="00CF06F8" w:rsidRDefault="00000000">
      <w:r>
        <w:t>Point-of-breakage analysis showing the percentage of suture failures occurring away from the knot across groups, media, and time intervals.</w:t>
      </w:r>
    </w:p>
    <w:tbl>
      <w:tblPr>
        <w:tblW w:w="0" w:type="auto"/>
        <w:jc w:val="center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440"/>
        <w:gridCol w:w="1667"/>
        <w:gridCol w:w="1440"/>
        <w:gridCol w:w="1909"/>
        <w:gridCol w:w="1440"/>
        <w:gridCol w:w="1440"/>
      </w:tblGrid>
      <w:tr w:rsidR="00CF06F8" w14:paraId="77A364D2" w14:textId="77777777" w:rsidTr="00375A01">
        <w:trPr>
          <w:jc w:val="center"/>
        </w:trPr>
        <w:tc>
          <w:tcPr>
            <w:tcW w:w="1440" w:type="dxa"/>
          </w:tcPr>
          <w:p w14:paraId="43A40B1F" w14:textId="77777777" w:rsidR="00CF06F8" w:rsidRDefault="00000000">
            <w:r>
              <w:t>Group</w:t>
            </w:r>
          </w:p>
        </w:tc>
        <w:tc>
          <w:tcPr>
            <w:tcW w:w="1440" w:type="dxa"/>
          </w:tcPr>
          <w:p w14:paraId="074B8A51" w14:textId="77777777" w:rsidR="00CF06F8" w:rsidRDefault="00000000">
            <w:r>
              <w:t>Medium</w:t>
            </w:r>
          </w:p>
        </w:tc>
        <w:tc>
          <w:tcPr>
            <w:tcW w:w="1440" w:type="dxa"/>
          </w:tcPr>
          <w:p w14:paraId="78060809" w14:textId="77777777" w:rsidR="00CF06F8" w:rsidRDefault="00000000">
            <w:r>
              <w:t>Day 1</w:t>
            </w:r>
          </w:p>
        </w:tc>
        <w:tc>
          <w:tcPr>
            <w:tcW w:w="1440" w:type="dxa"/>
          </w:tcPr>
          <w:p w14:paraId="1A6F2D78" w14:textId="77777777" w:rsidR="00CF06F8" w:rsidRDefault="00000000">
            <w:r>
              <w:t>Day 3</w:t>
            </w:r>
          </w:p>
        </w:tc>
        <w:tc>
          <w:tcPr>
            <w:tcW w:w="1440" w:type="dxa"/>
          </w:tcPr>
          <w:p w14:paraId="36301329" w14:textId="77777777" w:rsidR="00CF06F8" w:rsidRDefault="00000000">
            <w:r>
              <w:t>Day 7</w:t>
            </w:r>
          </w:p>
        </w:tc>
        <w:tc>
          <w:tcPr>
            <w:tcW w:w="1440" w:type="dxa"/>
          </w:tcPr>
          <w:p w14:paraId="6D5BD911" w14:textId="77777777" w:rsidR="00CF06F8" w:rsidRDefault="00000000">
            <w:r>
              <w:t>Day 14</w:t>
            </w:r>
          </w:p>
        </w:tc>
      </w:tr>
      <w:tr w:rsidR="00CF06F8" w14:paraId="0F302EF7" w14:textId="77777777" w:rsidTr="00375A01">
        <w:trPr>
          <w:jc w:val="center"/>
        </w:trPr>
        <w:tc>
          <w:tcPr>
            <w:tcW w:w="1440" w:type="dxa"/>
          </w:tcPr>
          <w:p w14:paraId="525FD209" w14:textId="77777777" w:rsidR="00CF06F8" w:rsidRDefault="00000000">
            <w:r>
              <w:t>A (PGA 3-0)</w:t>
            </w:r>
          </w:p>
        </w:tc>
        <w:tc>
          <w:tcPr>
            <w:tcW w:w="1440" w:type="dxa"/>
          </w:tcPr>
          <w:p w14:paraId="410985F3" w14:textId="77777777" w:rsidR="00CF06F8" w:rsidRDefault="00000000">
            <w:r>
              <w:t>Dipotassium Glycyrrhizinate</w:t>
            </w:r>
          </w:p>
        </w:tc>
        <w:tc>
          <w:tcPr>
            <w:tcW w:w="1440" w:type="dxa"/>
          </w:tcPr>
          <w:p w14:paraId="25649D96" w14:textId="77777777" w:rsidR="00CF06F8" w:rsidRDefault="00000000">
            <w:r>
              <w:t>40% away</w:t>
            </w:r>
          </w:p>
        </w:tc>
        <w:tc>
          <w:tcPr>
            <w:tcW w:w="1440" w:type="dxa"/>
          </w:tcPr>
          <w:p w14:paraId="1FFE42F5" w14:textId="77777777" w:rsidR="00CF06F8" w:rsidRDefault="00000000">
            <w:r>
              <w:t>100% knot</w:t>
            </w:r>
          </w:p>
        </w:tc>
        <w:tc>
          <w:tcPr>
            <w:tcW w:w="1440" w:type="dxa"/>
          </w:tcPr>
          <w:p w14:paraId="785B8512" w14:textId="77777777" w:rsidR="00CF06F8" w:rsidRDefault="00000000">
            <w:r>
              <w:t>20% away</w:t>
            </w:r>
          </w:p>
        </w:tc>
        <w:tc>
          <w:tcPr>
            <w:tcW w:w="1440" w:type="dxa"/>
          </w:tcPr>
          <w:p w14:paraId="6A0CFC19" w14:textId="77777777" w:rsidR="00CF06F8" w:rsidRDefault="00000000">
            <w:r>
              <w:t>100% knot</w:t>
            </w:r>
          </w:p>
        </w:tc>
      </w:tr>
      <w:tr w:rsidR="00CF06F8" w14:paraId="6EC2F659" w14:textId="77777777" w:rsidTr="00375A01">
        <w:trPr>
          <w:jc w:val="center"/>
        </w:trPr>
        <w:tc>
          <w:tcPr>
            <w:tcW w:w="1440" w:type="dxa"/>
          </w:tcPr>
          <w:p w14:paraId="46867214" w14:textId="77777777" w:rsidR="00CF06F8" w:rsidRDefault="00000000">
            <w:r>
              <w:t>A (PGA 3-0)</w:t>
            </w:r>
          </w:p>
        </w:tc>
        <w:tc>
          <w:tcPr>
            <w:tcW w:w="1440" w:type="dxa"/>
          </w:tcPr>
          <w:p w14:paraId="2ED33385" w14:textId="77777777" w:rsidR="00CF06F8" w:rsidRDefault="00000000">
            <w:r>
              <w:t>Propolis</w:t>
            </w:r>
          </w:p>
        </w:tc>
        <w:tc>
          <w:tcPr>
            <w:tcW w:w="1440" w:type="dxa"/>
          </w:tcPr>
          <w:p w14:paraId="776C4F61" w14:textId="77777777" w:rsidR="00CF06F8" w:rsidRDefault="00000000">
            <w:r>
              <w:t>100% knot</w:t>
            </w:r>
          </w:p>
        </w:tc>
        <w:tc>
          <w:tcPr>
            <w:tcW w:w="1440" w:type="dxa"/>
          </w:tcPr>
          <w:p w14:paraId="112E22D1" w14:textId="77777777" w:rsidR="00CF06F8" w:rsidRDefault="00000000">
            <w:r>
              <w:t>20% slippage</w:t>
            </w:r>
          </w:p>
        </w:tc>
        <w:tc>
          <w:tcPr>
            <w:tcW w:w="1440" w:type="dxa"/>
          </w:tcPr>
          <w:p w14:paraId="31FA7907" w14:textId="77777777" w:rsidR="00CF06F8" w:rsidRDefault="00000000">
            <w:r>
              <w:t>100% knot</w:t>
            </w:r>
          </w:p>
        </w:tc>
        <w:tc>
          <w:tcPr>
            <w:tcW w:w="1440" w:type="dxa"/>
          </w:tcPr>
          <w:p w14:paraId="7101D7DC" w14:textId="77777777" w:rsidR="00CF06F8" w:rsidRDefault="00000000">
            <w:r>
              <w:t>100% knot</w:t>
            </w:r>
          </w:p>
        </w:tc>
      </w:tr>
      <w:tr w:rsidR="00CF06F8" w14:paraId="7ECF3F9E" w14:textId="77777777" w:rsidTr="00375A01">
        <w:trPr>
          <w:jc w:val="center"/>
        </w:trPr>
        <w:tc>
          <w:tcPr>
            <w:tcW w:w="1440" w:type="dxa"/>
          </w:tcPr>
          <w:p w14:paraId="4871B608" w14:textId="77777777" w:rsidR="00CF06F8" w:rsidRDefault="00000000">
            <w:r>
              <w:t>A (PGA 3-0)</w:t>
            </w:r>
          </w:p>
        </w:tc>
        <w:tc>
          <w:tcPr>
            <w:tcW w:w="1440" w:type="dxa"/>
          </w:tcPr>
          <w:p w14:paraId="4D613AEE" w14:textId="77777777" w:rsidR="00CF06F8" w:rsidRDefault="00000000">
            <w:r>
              <w:t>Artificial Saliva</w:t>
            </w:r>
          </w:p>
        </w:tc>
        <w:tc>
          <w:tcPr>
            <w:tcW w:w="1440" w:type="dxa"/>
          </w:tcPr>
          <w:p w14:paraId="261E9720" w14:textId="77777777" w:rsidR="00CF06F8" w:rsidRDefault="00000000">
            <w:r>
              <w:t>20% away</w:t>
            </w:r>
          </w:p>
        </w:tc>
        <w:tc>
          <w:tcPr>
            <w:tcW w:w="1440" w:type="dxa"/>
          </w:tcPr>
          <w:p w14:paraId="7E987838" w14:textId="77777777" w:rsidR="00CF06F8" w:rsidRDefault="00000000">
            <w:r>
              <w:t>100% knot</w:t>
            </w:r>
          </w:p>
        </w:tc>
        <w:tc>
          <w:tcPr>
            <w:tcW w:w="1440" w:type="dxa"/>
          </w:tcPr>
          <w:p w14:paraId="3A48F521" w14:textId="77777777" w:rsidR="00CF06F8" w:rsidRDefault="00000000">
            <w:r>
              <w:t>100% knot</w:t>
            </w:r>
          </w:p>
        </w:tc>
        <w:tc>
          <w:tcPr>
            <w:tcW w:w="1440" w:type="dxa"/>
          </w:tcPr>
          <w:p w14:paraId="1BF0C556" w14:textId="77777777" w:rsidR="00CF06F8" w:rsidRDefault="00000000">
            <w:r>
              <w:t>100% knot</w:t>
            </w:r>
          </w:p>
        </w:tc>
      </w:tr>
      <w:tr w:rsidR="00CF06F8" w14:paraId="5D0C1C72" w14:textId="77777777" w:rsidTr="00375A01">
        <w:trPr>
          <w:jc w:val="center"/>
        </w:trPr>
        <w:tc>
          <w:tcPr>
            <w:tcW w:w="1440" w:type="dxa"/>
          </w:tcPr>
          <w:p w14:paraId="6FC88642" w14:textId="77777777" w:rsidR="00CF06F8" w:rsidRDefault="00000000">
            <w:r>
              <w:t>B (PGA 4-0)</w:t>
            </w:r>
          </w:p>
        </w:tc>
        <w:tc>
          <w:tcPr>
            <w:tcW w:w="1440" w:type="dxa"/>
          </w:tcPr>
          <w:p w14:paraId="7AD38789" w14:textId="77777777" w:rsidR="00CF06F8" w:rsidRDefault="00000000">
            <w:r>
              <w:t>Dipotassium Glycyrrhizinate</w:t>
            </w:r>
          </w:p>
        </w:tc>
        <w:tc>
          <w:tcPr>
            <w:tcW w:w="1440" w:type="dxa"/>
          </w:tcPr>
          <w:p w14:paraId="200392D3" w14:textId="77777777" w:rsidR="00CF06F8" w:rsidRDefault="00000000">
            <w:r>
              <w:t>20% away</w:t>
            </w:r>
          </w:p>
        </w:tc>
        <w:tc>
          <w:tcPr>
            <w:tcW w:w="1440" w:type="dxa"/>
          </w:tcPr>
          <w:p w14:paraId="44246C76" w14:textId="77777777" w:rsidR="00CF06F8" w:rsidRDefault="00000000">
            <w:r>
              <w:t>100% knot</w:t>
            </w:r>
          </w:p>
        </w:tc>
        <w:tc>
          <w:tcPr>
            <w:tcW w:w="1440" w:type="dxa"/>
          </w:tcPr>
          <w:p w14:paraId="4461D378" w14:textId="77777777" w:rsidR="00CF06F8" w:rsidRDefault="00000000">
            <w:r>
              <w:t>100% knot</w:t>
            </w:r>
          </w:p>
        </w:tc>
        <w:tc>
          <w:tcPr>
            <w:tcW w:w="1440" w:type="dxa"/>
          </w:tcPr>
          <w:p w14:paraId="77FA6BF2" w14:textId="77777777" w:rsidR="00CF06F8" w:rsidRDefault="00000000">
            <w:r>
              <w:t>100% knot</w:t>
            </w:r>
          </w:p>
        </w:tc>
      </w:tr>
      <w:tr w:rsidR="00CF06F8" w14:paraId="757E92E3" w14:textId="77777777" w:rsidTr="00375A01">
        <w:trPr>
          <w:jc w:val="center"/>
        </w:trPr>
        <w:tc>
          <w:tcPr>
            <w:tcW w:w="1440" w:type="dxa"/>
          </w:tcPr>
          <w:p w14:paraId="34AC333B" w14:textId="77777777" w:rsidR="00CF06F8" w:rsidRDefault="00000000">
            <w:r>
              <w:t>B (PGA 4-0)</w:t>
            </w:r>
          </w:p>
        </w:tc>
        <w:tc>
          <w:tcPr>
            <w:tcW w:w="1440" w:type="dxa"/>
          </w:tcPr>
          <w:p w14:paraId="4D3634E6" w14:textId="77777777" w:rsidR="00CF06F8" w:rsidRDefault="00000000">
            <w:r>
              <w:t>Propolis</w:t>
            </w:r>
          </w:p>
        </w:tc>
        <w:tc>
          <w:tcPr>
            <w:tcW w:w="1440" w:type="dxa"/>
          </w:tcPr>
          <w:p w14:paraId="33984CEC" w14:textId="77777777" w:rsidR="00CF06F8" w:rsidRDefault="00000000">
            <w:r>
              <w:t>100% knot</w:t>
            </w:r>
          </w:p>
        </w:tc>
        <w:tc>
          <w:tcPr>
            <w:tcW w:w="1440" w:type="dxa"/>
          </w:tcPr>
          <w:p w14:paraId="74CBCCC1" w14:textId="77777777" w:rsidR="00CF06F8" w:rsidRDefault="00000000">
            <w:r>
              <w:t>20% slippage</w:t>
            </w:r>
          </w:p>
        </w:tc>
        <w:tc>
          <w:tcPr>
            <w:tcW w:w="1440" w:type="dxa"/>
          </w:tcPr>
          <w:p w14:paraId="497AEBD8" w14:textId="77777777" w:rsidR="00CF06F8" w:rsidRDefault="00000000">
            <w:r>
              <w:t>100% knot</w:t>
            </w:r>
          </w:p>
        </w:tc>
        <w:tc>
          <w:tcPr>
            <w:tcW w:w="1440" w:type="dxa"/>
          </w:tcPr>
          <w:p w14:paraId="0BB68E52" w14:textId="77777777" w:rsidR="00CF06F8" w:rsidRDefault="00000000">
            <w:r>
              <w:t>40% slippage</w:t>
            </w:r>
          </w:p>
        </w:tc>
      </w:tr>
      <w:tr w:rsidR="00CF06F8" w14:paraId="63DC2046" w14:textId="77777777" w:rsidTr="00375A01">
        <w:trPr>
          <w:jc w:val="center"/>
        </w:trPr>
        <w:tc>
          <w:tcPr>
            <w:tcW w:w="1440" w:type="dxa"/>
          </w:tcPr>
          <w:p w14:paraId="13D60A06" w14:textId="77777777" w:rsidR="00CF06F8" w:rsidRDefault="00000000">
            <w:r>
              <w:t>B (PGA 4-0)</w:t>
            </w:r>
          </w:p>
        </w:tc>
        <w:tc>
          <w:tcPr>
            <w:tcW w:w="1440" w:type="dxa"/>
          </w:tcPr>
          <w:p w14:paraId="154B4FE4" w14:textId="77777777" w:rsidR="00CF06F8" w:rsidRDefault="00000000">
            <w:r>
              <w:t>1:1 Mixture</w:t>
            </w:r>
          </w:p>
        </w:tc>
        <w:tc>
          <w:tcPr>
            <w:tcW w:w="1440" w:type="dxa"/>
          </w:tcPr>
          <w:p w14:paraId="05448ACA" w14:textId="77777777" w:rsidR="00CF06F8" w:rsidRDefault="00000000">
            <w:r>
              <w:t>100% knot</w:t>
            </w:r>
          </w:p>
        </w:tc>
        <w:tc>
          <w:tcPr>
            <w:tcW w:w="1440" w:type="dxa"/>
          </w:tcPr>
          <w:p w14:paraId="318D1A43" w14:textId="77777777" w:rsidR="00CF06F8" w:rsidRDefault="00000000">
            <w:r>
              <w:t>100% knot</w:t>
            </w:r>
          </w:p>
        </w:tc>
        <w:tc>
          <w:tcPr>
            <w:tcW w:w="1440" w:type="dxa"/>
          </w:tcPr>
          <w:p w14:paraId="0D353CA2" w14:textId="77777777" w:rsidR="00CF06F8" w:rsidRDefault="00000000">
            <w:r>
              <w:t>100% knot</w:t>
            </w:r>
          </w:p>
        </w:tc>
        <w:tc>
          <w:tcPr>
            <w:tcW w:w="1440" w:type="dxa"/>
          </w:tcPr>
          <w:p w14:paraId="4E63C07B" w14:textId="77777777" w:rsidR="00CF06F8" w:rsidRDefault="00000000">
            <w:r>
              <w:t>40% away</w:t>
            </w:r>
          </w:p>
        </w:tc>
      </w:tr>
      <w:tr w:rsidR="00CF06F8" w14:paraId="1D075B06" w14:textId="77777777" w:rsidTr="00375A01">
        <w:trPr>
          <w:jc w:val="center"/>
        </w:trPr>
        <w:tc>
          <w:tcPr>
            <w:tcW w:w="1440" w:type="dxa"/>
          </w:tcPr>
          <w:p w14:paraId="0ECF055C" w14:textId="77777777" w:rsidR="00CF06F8" w:rsidRDefault="00000000">
            <w:r>
              <w:t>B (PGA 4-0)</w:t>
            </w:r>
          </w:p>
        </w:tc>
        <w:tc>
          <w:tcPr>
            <w:tcW w:w="1440" w:type="dxa"/>
          </w:tcPr>
          <w:p w14:paraId="370D4B6D" w14:textId="77777777" w:rsidR="00CF06F8" w:rsidRDefault="00000000">
            <w:r>
              <w:t>Artificial Saliva</w:t>
            </w:r>
          </w:p>
        </w:tc>
        <w:tc>
          <w:tcPr>
            <w:tcW w:w="1440" w:type="dxa"/>
          </w:tcPr>
          <w:p w14:paraId="1413667F" w14:textId="77777777" w:rsidR="00CF06F8" w:rsidRDefault="00000000">
            <w:r>
              <w:t>100% knot</w:t>
            </w:r>
          </w:p>
        </w:tc>
        <w:tc>
          <w:tcPr>
            <w:tcW w:w="1440" w:type="dxa"/>
          </w:tcPr>
          <w:p w14:paraId="474FDE11" w14:textId="77777777" w:rsidR="00CF06F8" w:rsidRDefault="00000000">
            <w:r>
              <w:t>100% knot</w:t>
            </w:r>
          </w:p>
        </w:tc>
        <w:tc>
          <w:tcPr>
            <w:tcW w:w="1440" w:type="dxa"/>
          </w:tcPr>
          <w:p w14:paraId="5E071A66" w14:textId="77777777" w:rsidR="00CF06F8" w:rsidRDefault="00000000">
            <w:r>
              <w:t>100% knot</w:t>
            </w:r>
          </w:p>
        </w:tc>
        <w:tc>
          <w:tcPr>
            <w:tcW w:w="1440" w:type="dxa"/>
          </w:tcPr>
          <w:p w14:paraId="518CAE4B" w14:textId="77777777" w:rsidR="00CF06F8" w:rsidRDefault="00000000">
            <w:r>
              <w:t>20% near knot</w:t>
            </w:r>
          </w:p>
        </w:tc>
      </w:tr>
      <w:tr w:rsidR="00CF06F8" w14:paraId="16B6EDE9" w14:textId="77777777" w:rsidTr="00375A01">
        <w:trPr>
          <w:jc w:val="center"/>
        </w:trPr>
        <w:tc>
          <w:tcPr>
            <w:tcW w:w="1440" w:type="dxa"/>
          </w:tcPr>
          <w:p w14:paraId="3E3BBE9C" w14:textId="77777777" w:rsidR="00CF06F8" w:rsidRDefault="00000000">
            <w:r>
              <w:t>B (PGA 4-0)</w:t>
            </w:r>
          </w:p>
        </w:tc>
        <w:tc>
          <w:tcPr>
            <w:tcW w:w="1440" w:type="dxa"/>
          </w:tcPr>
          <w:p w14:paraId="150C40D0" w14:textId="77777777" w:rsidR="00CF06F8" w:rsidRDefault="00000000">
            <w:r>
              <w:t>Chlorhexidine</w:t>
            </w:r>
          </w:p>
        </w:tc>
        <w:tc>
          <w:tcPr>
            <w:tcW w:w="1440" w:type="dxa"/>
          </w:tcPr>
          <w:p w14:paraId="121F32BF" w14:textId="77777777" w:rsidR="00CF06F8" w:rsidRDefault="00000000">
            <w:r>
              <w:t>20% near/far</w:t>
            </w:r>
          </w:p>
        </w:tc>
        <w:tc>
          <w:tcPr>
            <w:tcW w:w="1440" w:type="dxa"/>
          </w:tcPr>
          <w:p w14:paraId="51EA924B" w14:textId="77777777" w:rsidR="00CF06F8" w:rsidRDefault="00000000">
            <w:r>
              <w:t>100% knot</w:t>
            </w:r>
          </w:p>
        </w:tc>
        <w:tc>
          <w:tcPr>
            <w:tcW w:w="1440" w:type="dxa"/>
          </w:tcPr>
          <w:p w14:paraId="2EFB16F9" w14:textId="77777777" w:rsidR="00CF06F8" w:rsidRDefault="00000000">
            <w:r>
              <w:t>100% knot</w:t>
            </w:r>
          </w:p>
        </w:tc>
        <w:tc>
          <w:tcPr>
            <w:tcW w:w="1440" w:type="dxa"/>
          </w:tcPr>
          <w:p w14:paraId="71AD0C1F" w14:textId="77777777" w:rsidR="00CF06F8" w:rsidRDefault="00000000">
            <w:r>
              <w:t>100% knot</w:t>
            </w:r>
          </w:p>
        </w:tc>
      </w:tr>
      <w:tr w:rsidR="00CF06F8" w14:paraId="5E9966CB" w14:textId="77777777" w:rsidTr="00375A01">
        <w:trPr>
          <w:jc w:val="center"/>
        </w:trPr>
        <w:tc>
          <w:tcPr>
            <w:tcW w:w="1440" w:type="dxa"/>
          </w:tcPr>
          <w:p w14:paraId="02D1C5CF" w14:textId="77777777" w:rsidR="00CF06F8" w:rsidRDefault="00000000">
            <w:r>
              <w:t>C (PGCL 3-0)</w:t>
            </w:r>
          </w:p>
        </w:tc>
        <w:tc>
          <w:tcPr>
            <w:tcW w:w="1440" w:type="dxa"/>
          </w:tcPr>
          <w:p w14:paraId="449E5896" w14:textId="77777777" w:rsidR="00CF06F8" w:rsidRDefault="00000000">
            <w:r>
              <w:t>Dipotassium Glycyrrhizinate</w:t>
            </w:r>
          </w:p>
        </w:tc>
        <w:tc>
          <w:tcPr>
            <w:tcW w:w="1440" w:type="dxa"/>
          </w:tcPr>
          <w:p w14:paraId="09B949CA" w14:textId="77777777" w:rsidR="00CF06F8" w:rsidRDefault="00000000">
            <w:r>
              <w:t>20% near / 40% far</w:t>
            </w:r>
          </w:p>
        </w:tc>
        <w:tc>
          <w:tcPr>
            <w:tcW w:w="1440" w:type="dxa"/>
          </w:tcPr>
          <w:p w14:paraId="245085F4" w14:textId="77777777" w:rsidR="00CF06F8" w:rsidRDefault="00000000">
            <w:r>
              <w:t>80% slippage</w:t>
            </w:r>
          </w:p>
        </w:tc>
        <w:tc>
          <w:tcPr>
            <w:tcW w:w="1440" w:type="dxa"/>
          </w:tcPr>
          <w:p w14:paraId="402FA4A0" w14:textId="77777777" w:rsidR="00CF06F8" w:rsidRDefault="00000000">
            <w:r>
              <w:t>60% far</w:t>
            </w:r>
          </w:p>
        </w:tc>
        <w:tc>
          <w:tcPr>
            <w:tcW w:w="1440" w:type="dxa"/>
          </w:tcPr>
          <w:p w14:paraId="7ECB76CC" w14:textId="77777777" w:rsidR="00CF06F8" w:rsidRDefault="00000000">
            <w:r>
              <w:t>20% slippage</w:t>
            </w:r>
          </w:p>
        </w:tc>
      </w:tr>
      <w:tr w:rsidR="00CF06F8" w14:paraId="316B2A9B" w14:textId="77777777" w:rsidTr="00375A01">
        <w:trPr>
          <w:jc w:val="center"/>
        </w:trPr>
        <w:tc>
          <w:tcPr>
            <w:tcW w:w="1440" w:type="dxa"/>
          </w:tcPr>
          <w:p w14:paraId="3E096F29" w14:textId="77777777" w:rsidR="00CF06F8" w:rsidRDefault="00000000">
            <w:r>
              <w:lastRenderedPageBreak/>
              <w:t>C (PGCL 3-0)</w:t>
            </w:r>
          </w:p>
        </w:tc>
        <w:tc>
          <w:tcPr>
            <w:tcW w:w="1440" w:type="dxa"/>
          </w:tcPr>
          <w:p w14:paraId="0AFA4393" w14:textId="77777777" w:rsidR="00CF06F8" w:rsidRDefault="00000000">
            <w:r>
              <w:t>Propolis</w:t>
            </w:r>
          </w:p>
        </w:tc>
        <w:tc>
          <w:tcPr>
            <w:tcW w:w="1440" w:type="dxa"/>
          </w:tcPr>
          <w:p w14:paraId="3DFF2369" w14:textId="77777777" w:rsidR="00CF06F8" w:rsidRDefault="00000000">
            <w:r>
              <w:t>20% far</w:t>
            </w:r>
          </w:p>
        </w:tc>
        <w:tc>
          <w:tcPr>
            <w:tcW w:w="1440" w:type="dxa"/>
          </w:tcPr>
          <w:p w14:paraId="7FFE5825" w14:textId="77777777" w:rsidR="00CF06F8" w:rsidRDefault="00000000">
            <w:r>
              <w:t>60% slippage + 20% far</w:t>
            </w:r>
          </w:p>
        </w:tc>
        <w:tc>
          <w:tcPr>
            <w:tcW w:w="1440" w:type="dxa"/>
          </w:tcPr>
          <w:p w14:paraId="5B887DF3" w14:textId="77777777" w:rsidR="00CF06F8" w:rsidRDefault="00000000">
            <w:r>
              <w:t>40% far</w:t>
            </w:r>
          </w:p>
        </w:tc>
        <w:tc>
          <w:tcPr>
            <w:tcW w:w="1440" w:type="dxa"/>
          </w:tcPr>
          <w:p w14:paraId="1E54AC85" w14:textId="77777777" w:rsidR="00CF06F8" w:rsidRDefault="00000000">
            <w:r>
              <w:t>20% slippage</w:t>
            </w:r>
          </w:p>
        </w:tc>
      </w:tr>
      <w:tr w:rsidR="00CF06F8" w14:paraId="01E3C5EA" w14:textId="77777777" w:rsidTr="00375A01">
        <w:trPr>
          <w:jc w:val="center"/>
        </w:trPr>
        <w:tc>
          <w:tcPr>
            <w:tcW w:w="1440" w:type="dxa"/>
          </w:tcPr>
          <w:p w14:paraId="774E504D" w14:textId="77777777" w:rsidR="00CF06F8" w:rsidRDefault="00000000">
            <w:r>
              <w:t>C (PGCL 3-0)</w:t>
            </w:r>
          </w:p>
        </w:tc>
        <w:tc>
          <w:tcPr>
            <w:tcW w:w="1440" w:type="dxa"/>
          </w:tcPr>
          <w:p w14:paraId="126B8B91" w14:textId="77777777" w:rsidR="00CF06F8" w:rsidRDefault="00000000">
            <w:r>
              <w:t>1:1 Mixture</w:t>
            </w:r>
          </w:p>
        </w:tc>
        <w:tc>
          <w:tcPr>
            <w:tcW w:w="1440" w:type="dxa"/>
          </w:tcPr>
          <w:p w14:paraId="42D5FB3D" w14:textId="77777777" w:rsidR="00CF06F8" w:rsidRDefault="00000000">
            <w:r>
              <w:t>20% far</w:t>
            </w:r>
          </w:p>
        </w:tc>
        <w:tc>
          <w:tcPr>
            <w:tcW w:w="1440" w:type="dxa"/>
          </w:tcPr>
          <w:p w14:paraId="26142A87" w14:textId="77777777" w:rsidR="00CF06F8" w:rsidRDefault="00000000">
            <w:r>
              <w:t>40% far</w:t>
            </w:r>
          </w:p>
        </w:tc>
        <w:tc>
          <w:tcPr>
            <w:tcW w:w="1440" w:type="dxa"/>
          </w:tcPr>
          <w:p w14:paraId="6EB04EF0" w14:textId="77777777" w:rsidR="00CF06F8" w:rsidRDefault="00000000">
            <w:r>
              <w:t>20% near + 20% far</w:t>
            </w:r>
          </w:p>
        </w:tc>
        <w:tc>
          <w:tcPr>
            <w:tcW w:w="1440" w:type="dxa"/>
          </w:tcPr>
          <w:p w14:paraId="7CD13B7B" w14:textId="77777777" w:rsidR="00CF06F8" w:rsidRDefault="00000000">
            <w:r>
              <w:t>20% near + 40% far</w:t>
            </w:r>
          </w:p>
        </w:tc>
      </w:tr>
      <w:tr w:rsidR="00CF06F8" w14:paraId="39F94D12" w14:textId="77777777" w:rsidTr="00375A01">
        <w:trPr>
          <w:jc w:val="center"/>
        </w:trPr>
        <w:tc>
          <w:tcPr>
            <w:tcW w:w="1440" w:type="dxa"/>
          </w:tcPr>
          <w:p w14:paraId="1A2C4899" w14:textId="77777777" w:rsidR="00CF06F8" w:rsidRDefault="00000000">
            <w:r>
              <w:t>C (PGCL 3-0)</w:t>
            </w:r>
          </w:p>
        </w:tc>
        <w:tc>
          <w:tcPr>
            <w:tcW w:w="1440" w:type="dxa"/>
          </w:tcPr>
          <w:p w14:paraId="2FE9DDF7" w14:textId="77777777" w:rsidR="00CF06F8" w:rsidRDefault="00000000">
            <w:r>
              <w:t>Artificial Saliva</w:t>
            </w:r>
          </w:p>
        </w:tc>
        <w:tc>
          <w:tcPr>
            <w:tcW w:w="1440" w:type="dxa"/>
          </w:tcPr>
          <w:p w14:paraId="39F5290B" w14:textId="77777777" w:rsidR="00CF06F8" w:rsidRDefault="00000000">
            <w:r>
              <w:t>100% knot</w:t>
            </w:r>
          </w:p>
        </w:tc>
        <w:tc>
          <w:tcPr>
            <w:tcW w:w="1440" w:type="dxa"/>
          </w:tcPr>
          <w:p w14:paraId="0D345C72" w14:textId="77777777" w:rsidR="00CF06F8" w:rsidRDefault="00000000">
            <w:r>
              <w:t>100% knot</w:t>
            </w:r>
          </w:p>
        </w:tc>
        <w:tc>
          <w:tcPr>
            <w:tcW w:w="1440" w:type="dxa"/>
          </w:tcPr>
          <w:p w14:paraId="2CCB45E6" w14:textId="77777777" w:rsidR="00CF06F8" w:rsidRDefault="00000000">
            <w:r>
              <w:t>20% slippage + 40% far</w:t>
            </w:r>
          </w:p>
        </w:tc>
        <w:tc>
          <w:tcPr>
            <w:tcW w:w="1440" w:type="dxa"/>
          </w:tcPr>
          <w:p w14:paraId="0D456325" w14:textId="77777777" w:rsidR="00CF06F8" w:rsidRDefault="00000000">
            <w:r>
              <w:t>20% slippage + 60% far</w:t>
            </w:r>
          </w:p>
        </w:tc>
      </w:tr>
      <w:tr w:rsidR="00CF06F8" w14:paraId="3573B7CB" w14:textId="77777777" w:rsidTr="00375A01">
        <w:trPr>
          <w:jc w:val="center"/>
        </w:trPr>
        <w:tc>
          <w:tcPr>
            <w:tcW w:w="1440" w:type="dxa"/>
          </w:tcPr>
          <w:p w14:paraId="2C0E8215" w14:textId="77777777" w:rsidR="00CF06F8" w:rsidRDefault="00000000">
            <w:r>
              <w:t>C (PGCL 3-0)</w:t>
            </w:r>
          </w:p>
        </w:tc>
        <w:tc>
          <w:tcPr>
            <w:tcW w:w="1440" w:type="dxa"/>
          </w:tcPr>
          <w:p w14:paraId="43A1319A" w14:textId="77777777" w:rsidR="00CF06F8" w:rsidRDefault="00000000">
            <w:r>
              <w:t>Chlorhexidine</w:t>
            </w:r>
          </w:p>
        </w:tc>
        <w:tc>
          <w:tcPr>
            <w:tcW w:w="1440" w:type="dxa"/>
          </w:tcPr>
          <w:p w14:paraId="19F8AFD9" w14:textId="77777777" w:rsidR="00CF06F8" w:rsidRDefault="00000000">
            <w:r>
              <w:t>40% near</w:t>
            </w:r>
          </w:p>
        </w:tc>
        <w:tc>
          <w:tcPr>
            <w:tcW w:w="1440" w:type="dxa"/>
          </w:tcPr>
          <w:p w14:paraId="747ED592" w14:textId="77777777" w:rsidR="00CF06F8" w:rsidRDefault="00000000">
            <w:r>
              <w:t>20% near/far/slippage</w:t>
            </w:r>
          </w:p>
        </w:tc>
        <w:tc>
          <w:tcPr>
            <w:tcW w:w="1440" w:type="dxa"/>
          </w:tcPr>
          <w:p w14:paraId="40D435A7" w14:textId="77777777" w:rsidR="00CF06F8" w:rsidRDefault="00000000">
            <w:r>
              <w:t>100% knot</w:t>
            </w:r>
          </w:p>
        </w:tc>
        <w:tc>
          <w:tcPr>
            <w:tcW w:w="1440" w:type="dxa"/>
          </w:tcPr>
          <w:p w14:paraId="281B2C00" w14:textId="77777777" w:rsidR="00CF06F8" w:rsidRDefault="00000000">
            <w:r>
              <w:t>100% knot</w:t>
            </w:r>
          </w:p>
        </w:tc>
      </w:tr>
      <w:tr w:rsidR="00CF06F8" w14:paraId="426032E1" w14:textId="77777777" w:rsidTr="00375A01">
        <w:trPr>
          <w:jc w:val="center"/>
        </w:trPr>
        <w:tc>
          <w:tcPr>
            <w:tcW w:w="1440" w:type="dxa"/>
          </w:tcPr>
          <w:p w14:paraId="335EBEA3" w14:textId="77777777" w:rsidR="00CF06F8" w:rsidRDefault="00000000">
            <w:r>
              <w:t>D (PGCL 4-0)</w:t>
            </w:r>
          </w:p>
        </w:tc>
        <w:tc>
          <w:tcPr>
            <w:tcW w:w="1440" w:type="dxa"/>
          </w:tcPr>
          <w:p w14:paraId="54C44F87" w14:textId="77777777" w:rsidR="00CF06F8" w:rsidRDefault="00000000">
            <w:r>
              <w:t>Dipotassium Glycyrrhizinate</w:t>
            </w:r>
          </w:p>
        </w:tc>
        <w:tc>
          <w:tcPr>
            <w:tcW w:w="1440" w:type="dxa"/>
          </w:tcPr>
          <w:p w14:paraId="0A2BBF7E" w14:textId="77777777" w:rsidR="00CF06F8" w:rsidRDefault="00000000">
            <w:r>
              <w:t>20% far</w:t>
            </w:r>
          </w:p>
        </w:tc>
        <w:tc>
          <w:tcPr>
            <w:tcW w:w="1440" w:type="dxa"/>
          </w:tcPr>
          <w:p w14:paraId="4B5E0942" w14:textId="77777777" w:rsidR="00CF06F8" w:rsidRDefault="00000000">
            <w:r>
              <w:t>20% slippage</w:t>
            </w:r>
          </w:p>
        </w:tc>
        <w:tc>
          <w:tcPr>
            <w:tcW w:w="1440" w:type="dxa"/>
          </w:tcPr>
          <w:p w14:paraId="71960390" w14:textId="77777777" w:rsidR="00CF06F8" w:rsidRDefault="00000000">
            <w:r>
              <w:t>20% far</w:t>
            </w:r>
          </w:p>
        </w:tc>
        <w:tc>
          <w:tcPr>
            <w:tcW w:w="1440" w:type="dxa"/>
          </w:tcPr>
          <w:p w14:paraId="23139C4E" w14:textId="77777777" w:rsidR="00CF06F8" w:rsidRDefault="00000000">
            <w:r>
              <w:t>100% knot</w:t>
            </w:r>
          </w:p>
        </w:tc>
      </w:tr>
      <w:tr w:rsidR="00CF06F8" w14:paraId="67FE80B8" w14:textId="77777777" w:rsidTr="00375A01">
        <w:trPr>
          <w:jc w:val="center"/>
        </w:trPr>
        <w:tc>
          <w:tcPr>
            <w:tcW w:w="1440" w:type="dxa"/>
          </w:tcPr>
          <w:p w14:paraId="7F8CB3B5" w14:textId="77777777" w:rsidR="00CF06F8" w:rsidRDefault="00000000">
            <w:r>
              <w:t>D (PGCL 4-0)</w:t>
            </w:r>
          </w:p>
        </w:tc>
        <w:tc>
          <w:tcPr>
            <w:tcW w:w="1440" w:type="dxa"/>
          </w:tcPr>
          <w:p w14:paraId="53D71C04" w14:textId="77777777" w:rsidR="00CF06F8" w:rsidRDefault="00000000">
            <w:r>
              <w:t>Propolis</w:t>
            </w:r>
          </w:p>
        </w:tc>
        <w:tc>
          <w:tcPr>
            <w:tcW w:w="1440" w:type="dxa"/>
          </w:tcPr>
          <w:p w14:paraId="7E5AA9A1" w14:textId="77777777" w:rsidR="00CF06F8" w:rsidRDefault="00000000">
            <w:r>
              <w:t>20% far</w:t>
            </w:r>
          </w:p>
        </w:tc>
        <w:tc>
          <w:tcPr>
            <w:tcW w:w="1440" w:type="dxa"/>
          </w:tcPr>
          <w:p w14:paraId="772A8011" w14:textId="77777777" w:rsidR="00CF06F8" w:rsidRDefault="00000000">
            <w:r>
              <w:t>20% slippage</w:t>
            </w:r>
          </w:p>
        </w:tc>
        <w:tc>
          <w:tcPr>
            <w:tcW w:w="1440" w:type="dxa"/>
          </w:tcPr>
          <w:p w14:paraId="348012AC" w14:textId="77777777" w:rsidR="00CF06F8" w:rsidRDefault="00000000">
            <w:r>
              <w:t>40% near</w:t>
            </w:r>
          </w:p>
        </w:tc>
        <w:tc>
          <w:tcPr>
            <w:tcW w:w="1440" w:type="dxa"/>
          </w:tcPr>
          <w:p w14:paraId="30592C1F" w14:textId="77777777" w:rsidR="00CF06F8" w:rsidRDefault="00000000">
            <w:r>
              <w:t>100% knot</w:t>
            </w:r>
          </w:p>
        </w:tc>
      </w:tr>
      <w:tr w:rsidR="00CF06F8" w14:paraId="1E64F5C7" w14:textId="77777777" w:rsidTr="00375A01">
        <w:trPr>
          <w:jc w:val="center"/>
        </w:trPr>
        <w:tc>
          <w:tcPr>
            <w:tcW w:w="1440" w:type="dxa"/>
          </w:tcPr>
          <w:p w14:paraId="299CFC6B" w14:textId="77777777" w:rsidR="00CF06F8" w:rsidRDefault="00000000">
            <w:r>
              <w:t>D (PGCL 4-0)</w:t>
            </w:r>
          </w:p>
        </w:tc>
        <w:tc>
          <w:tcPr>
            <w:tcW w:w="1440" w:type="dxa"/>
          </w:tcPr>
          <w:p w14:paraId="068C6C17" w14:textId="77777777" w:rsidR="00CF06F8" w:rsidRDefault="00000000">
            <w:r>
              <w:t>1:1 Mixture</w:t>
            </w:r>
          </w:p>
        </w:tc>
        <w:tc>
          <w:tcPr>
            <w:tcW w:w="1440" w:type="dxa"/>
          </w:tcPr>
          <w:p w14:paraId="541B7251" w14:textId="77777777" w:rsidR="00CF06F8" w:rsidRDefault="00000000">
            <w:r>
              <w:t>20% far</w:t>
            </w:r>
          </w:p>
        </w:tc>
        <w:tc>
          <w:tcPr>
            <w:tcW w:w="1440" w:type="dxa"/>
          </w:tcPr>
          <w:p w14:paraId="3BFD5D9A" w14:textId="77777777" w:rsidR="00CF06F8" w:rsidRDefault="00000000">
            <w:r>
              <w:t>100% knot</w:t>
            </w:r>
          </w:p>
        </w:tc>
        <w:tc>
          <w:tcPr>
            <w:tcW w:w="1440" w:type="dxa"/>
          </w:tcPr>
          <w:p w14:paraId="01FC9E10" w14:textId="77777777" w:rsidR="00CF06F8" w:rsidRDefault="00000000">
            <w:r>
              <w:t>20% near</w:t>
            </w:r>
          </w:p>
        </w:tc>
        <w:tc>
          <w:tcPr>
            <w:tcW w:w="1440" w:type="dxa"/>
          </w:tcPr>
          <w:p w14:paraId="5348795E" w14:textId="77777777" w:rsidR="00CF06F8" w:rsidRDefault="00000000">
            <w:r>
              <w:t>100% knot</w:t>
            </w:r>
          </w:p>
        </w:tc>
      </w:tr>
      <w:tr w:rsidR="00CF06F8" w14:paraId="378D8173" w14:textId="77777777" w:rsidTr="00375A01">
        <w:trPr>
          <w:jc w:val="center"/>
        </w:trPr>
        <w:tc>
          <w:tcPr>
            <w:tcW w:w="1440" w:type="dxa"/>
          </w:tcPr>
          <w:p w14:paraId="2235899E" w14:textId="77777777" w:rsidR="00CF06F8" w:rsidRDefault="00000000">
            <w:r>
              <w:t>D (PGCL 4-0)</w:t>
            </w:r>
          </w:p>
        </w:tc>
        <w:tc>
          <w:tcPr>
            <w:tcW w:w="1440" w:type="dxa"/>
          </w:tcPr>
          <w:p w14:paraId="7AED4052" w14:textId="77777777" w:rsidR="00CF06F8" w:rsidRDefault="00000000">
            <w:r>
              <w:t>Artificial Saliva</w:t>
            </w:r>
          </w:p>
        </w:tc>
        <w:tc>
          <w:tcPr>
            <w:tcW w:w="1440" w:type="dxa"/>
          </w:tcPr>
          <w:p w14:paraId="7AC98664" w14:textId="77777777" w:rsidR="00CF06F8" w:rsidRDefault="00000000">
            <w:r>
              <w:t>20% far</w:t>
            </w:r>
          </w:p>
        </w:tc>
        <w:tc>
          <w:tcPr>
            <w:tcW w:w="1440" w:type="dxa"/>
          </w:tcPr>
          <w:p w14:paraId="2035AD3B" w14:textId="77777777" w:rsidR="00CF06F8" w:rsidRDefault="00000000">
            <w:r>
              <w:t>20% far</w:t>
            </w:r>
          </w:p>
        </w:tc>
        <w:tc>
          <w:tcPr>
            <w:tcW w:w="1440" w:type="dxa"/>
          </w:tcPr>
          <w:p w14:paraId="4643707F" w14:textId="77777777" w:rsidR="00CF06F8" w:rsidRDefault="00000000">
            <w:r>
              <w:t>40% far</w:t>
            </w:r>
          </w:p>
        </w:tc>
        <w:tc>
          <w:tcPr>
            <w:tcW w:w="1440" w:type="dxa"/>
          </w:tcPr>
          <w:p w14:paraId="243F9D97" w14:textId="77777777" w:rsidR="00CF06F8" w:rsidRDefault="00000000">
            <w:r>
              <w:t>100% knot</w:t>
            </w:r>
          </w:p>
        </w:tc>
      </w:tr>
    </w:tbl>
    <w:p w14:paraId="4AABD937" w14:textId="77777777" w:rsidR="003A45B9" w:rsidRDefault="003A45B9"/>
    <w:sectPr w:rsidR="003A45B9" w:rsidSect="00375A01">
      <w:pgSz w:w="15840" w:h="12240" w:orient="landscape"/>
      <w:pgMar w:top="1800" w:right="1440" w:bottom="180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0000000000000000000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82841373">
    <w:abstractNumId w:val="8"/>
  </w:num>
  <w:num w:numId="2" w16cid:durableId="2062903347">
    <w:abstractNumId w:val="6"/>
  </w:num>
  <w:num w:numId="3" w16cid:durableId="436101473">
    <w:abstractNumId w:val="5"/>
  </w:num>
  <w:num w:numId="4" w16cid:durableId="9259445">
    <w:abstractNumId w:val="4"/>
  </w:num>
  <w:num w:numId="5" w16cid:durableId="474228234">
    <w:abstractNumId w:val="7"/>
  </w:num>
  <w:num w:numId="6" w16cid:durableId="986128259">
    <w:abstractNumId w:val="3"/>
  </w:num>
  <w:num w:numId="7" w16cid:durableId="100414414">
    <w:abstractNumId w:val="2"/>
  </w:num>
  <w:num w:numId="8" w16cid:durableId="1125154355">
    <w:abstractNumId w:val="1"/>
  </w:num>
  <w:num w:numId="9" w16cid:durableId="86432123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15074B"/>
    <w:rsid w:val="0029639D"/>
    <w:rsid w:val="00326F90"/>
    <w:rsid w:val="00375A01"/>
    <w:rsid w:val="003A45B9"/>
    <w:rsid w:val="008A2820"/>
    <w:rsid w:val="00AA1D8D"/>
    <w:rsid w:val="00B47730"/>
    <w:rsid w:val="00CB0664"/>
    <w:rsid w:val="00CF06F8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234033F3"/>
  <w14:defaultImageDpi w14:val="300"/>
  <w15:docId w15:val="{D9C37B38-D2D6-064E-B3E2-3872224721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219</Words>
  <Characters>1254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1471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Dr. Razan Alaqeely</cp:lastModifiedBy>
  <cp:revision>2</cp:revision>
  <dcterms:created xsi:type="dcterms:W3CDTF">2025-09-10T06:20:00Z</dcterms:created>
  <dcterms:modified xsi:type="dcterms:W3CDTF">2025-09-10T06:20:00Z</dcterms:modified>
  <cp:category/>
</cp:coreProperties>
</file>