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5797A6" w14:textId="77777777" w:rsidR="00F65847" w:rsidRDefault="00F65847"/>
    <w:p w14:paraId="27619CCA" w14:textId="23B18997" w:rsidR="00F65847" w:rsidRDefault="00F65847"/>
    <w:tbl>
      <w:tblPr>
        <w:tblStyle w:val="Tabellenraster"/>
        <w:tblW w:w="0" w:type="auto"/>
        <w:jc w:val="center"/>
        <w:tblLook w:val="04A0" w:firstRow="1" w:lastRow="0" w:firstColumn="1" w:lastColumn="0" w:noHBand="0" w:noVBand="1"/>
      </w:tblPr>
      <w:tblGrid>
        <w:gridCol w:w="1303"/>
        <w:gridCol w:w="1242"/>
        <w:gridCol w:w="1261"/>
        <w:gridCol w:w="1261"/>
        <w:gridCol w:w="1248"/>
        <w:gridCol w:w="981"/>
        <w:gridCol w:w="1791"/>
        <w:gridCol w:w="2036"/>
        <w:gridCol w:w="1035"/>
        <w:gridCol w:w="1239"/>
      </w:tblGrid>
      <w:tr w:rsidR="00983E2B" w14:paraId="64B99F3A" w14:textId="77777777" w:rsidTr="00B436E5">
        <w:trPr>
          <w:jc w:val="center"/>
        </w:trPr>
        <w:tc>
          <w:tcPr>
            <w:tcW w:w="1303" w:type="dxa"/>
            <w:shd w:val="clear" w:color="auto" w:fill="D9D9D9"/>
          </w:tcPr>
          <w:p w14:paraId="66C8B0EC" w14:textId="77777777" w:rsidR="00983E2B" w:rsidRDefault="00983E2B">
            <w:r>
              <w:rPr>
                <w:b/>
                <w:sz w:val="18"/>
              </w:rPr>
              <w:t>Examination</w:t>
            </w:r>
          </w:p>
        </w:tc>
        <w:tc>
          <w:tcPr>
            <w:tcW w:w="1242" w:type="dxa"/>
            <w:shd w:val="clear" w:color="auto" w:fill="D9D9D9"/>
          </w:tcPr>
          <w:p w14:paraId="3C3828C6" w14:textId="77777777" w:rsidR="00983E2B" w:rsidRDefault="00983E2B">
            <w:r>
              <w:rPr>
                <w:b/>
                <w:sz w:val="18"/>
              </w:rPr>
              <w:t>Center</w:t>
            </w:r>
          </w:p>
        </w:tc>
        <w:tc>
          <w:tcPr>
            <w:tcW w:w="1261" w:type="dxa"/>
            <w:shd w:val="clear" w:color="auto" w:fill="D9D9D9"/>
          </w:tcPr>
          <w:p w14:paraId="51810201" w14:textId="3E614BBF" w:rsidR="00983E2B" w:rsidRDefault="005D764E">
            <w:r>
              <w:rPr>
                <w:b/>
                <w:sz w:val="18"/>
              </w:rPr>
              <w:t xml:space="preserve">Subject </w:t>
            </w:r>
            <w:r w:rsidR="00983E2B">
              <w:rPr>
                <w:b/>
                <w:sz w:val="18"/>
              </w:rPr>
              <w:t>1</w:t>
            </w:r>
          </w:p>
        </w:tc>
        <w:tc>
          <w:tcPr>
            <w:tcW w:w="1261" w:type="dxa"/>
            <w:shd w:val="clear" w:color="auto" w:fill="D9D9D9"/>
          </w:tcPr>
          <w:p w14:paraId="5D36C48A" w14:textId="4AE7A2D6" w:rsidR="00983E2B" w:rsidRDefault="005D764E">
            <w:r>
              <w:rPr>
                <w:b/>
                <w:sz w:val="18"/>
              </w:rPr>
              <w:t xml:space="preserve">Subject </w:t>
            </w:r>
            <w:r w:rsidR="00983E2B">
              <w:rPr>
                <w:b/>
                <w:sz w:val="18"/>
              </w:rPr>
              <w:t>2</w:t>
            </w:r>
          </w:p>
        </w:tc>
        <w:tc>
          <w:tcPr>
            <w:tcW w:w="1248" w:type="dxa"/>
            <w:shd w:val="clear" w:color="auto" w:fill="D9D9D9"/>
          </w:tcPr>
          <w:p w14:paraId="191EDCB8" w14:textId="682EC33D" w:rsidR="00983E2B" w:rsidRDefault="00B436E5">
            <w:r>
              <w:rPr>
                <w:b/>
                <w:sz w:val="18"/>
              </w:rPr>
              <w:t xml:space="preserve">N </w:t>
            </w:r>
            <w:r w:rsidR="00983E2B">
              <w:rPr>
                <w:b/>
                <w:sz w:val="18"/>
              </w:rPr>
              <w:t>pairs</w:t>
            </w:r>
          </w:p>
        </w:tc>
        <w:tc>
          <w:tcPr>
            <w:tcW w:w="981" w:type="dxa"/>
            <w:shd w:val="clear" w:color="auto" w:fill="D9D9D9"/>
          </w:tcPr>
          <w:p w14:paraId="5006389D" w14:textId="0974243F" w:rsidR="00983E2B" w:rsidRDefault="00B436E5">
            <w:r>
              <w:rPr>
                <w:b/>
                <w:sz w:val="18"/>
              </w:rPr>
              <w:t xml:space="preserve">SD </w:t>
            </w:r>
            <w:r w:rsidR="00983E2B">
              <w:rPr>
                <w:b/>
                <w:sz w:val="18"/>
              </w:rPr>
              <w:t>diff</w:t>
            </w:r>
            <w:r>
              <w:rPr>
                <w:b/>
                <w:sz w:val="18"/>
              </w:rPr>
              <w:t>.</w:t>
            </w:r>
          </w:p>
        </w:tc>
        <w:tc>
          <w:tcPr>
            <w:tcW w:w="1791" w:type="dxa"/>
            <w:shd w:val="clear" w:color="auto" w:fill="D9D9D9"/>
          </w:tcPr>
          <w:p w14:paraId="19B6BA9A" w14:textId="4E5451D0" w:rsidR="00983E2B" w:rsidRDefault="00983E2B">
            <w:r>
              <w:rPr>
                <w:b/>
                <w:sz w:val="18"/>
              </w:rPr>
              <w:t>MDE</w:t>
            </w:r>
            <w:r w:rsidR="00B436E5">
              <w:rPr>
                <w:b/>
                <w:sz w:val="18"/>
              </w:rPr>
              <w:t xml:space="preserve"> (C</w:t>
            </w:r>
            <w:r>
              <w:rPr>
                <w:b/>
                <w:sz w:val="18"/>
              </w:rPr>
              <w:t>ohen</w:t>
            </w:r>
            <w:r w:rsidR="00B436E5">
              <w:rPr>
                <w:b/>
                <w:sz w:val="18"/>
              </w:rPr>
              <w:t>`</w:t>
            </w:r>
            <w:r>
              <w:rPr>
                <w:b/>
                <w:sz w:val="18"/>
              </w:rPr>
              <w:t>s</w:t>
            </w:r>
            <w:r w:rsidR="00B436E5"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d</w:t>
            </w:r>
            <w:r w:rsidR="00A26D1B">
              <w:rPr>
                <w:b/>
                <w:sz w:val="18"/>
                <w:vertAlign w:val="subscript"/>
              </w:rPr>
              <w:t>z</w:t>
            </w:r>
            <w:proofErr w:type="spellEnd"/>
            <w:r w:rsidR="00B436E5">
              <w:rPr>
                <w:b/>
                <w:sz w:val="18"/>
              </w:rPr>
              <w:t>)</w:t>
            </w:r>
          </w:p>
        </w:tc>
        <w:tc>
          <w:tcPr>
            <w:tcW w:w="2036" w:type="dxa"/>
            <w:shd w:val="clear" w:color="auto" w:fill="D9D9D9"/>
          </w:tcPr>
          <w:p w14:paraId="12215813" w14:textId="67B5DCF0" w:rsidR="00983E2B" w:rsidRDefault="00983E2B">
            <w:r>
              <w:rPr>
                <w:b/>
                <w:sz w:val="18"/>
              </w:rPr>
              <w:t>MDE</w:t>
            </w:r>
            <w:r w:rsidR="00B436E5">
              <w:rPr>
                <w:b/>
                <w:sz w:val="18"/>
              </w:rPr>
              <w:t xml:space="preserve"> (quality </w:t>
            </w:r>
            <w:r>
              <w:rPr>
                <w:b/>
                <w:sz w:val="18"/>
              </w:rPr>
              <w:t>points</w:t>
            </w:r>
            <w:r w:rsidR="00B436E5">
              <w:rPr>
                <w:b/>
                <w:sz w:val="18"/>
              </w:rPr>
              <w:t>)</w:t>
            </w:r>
          </w:p>
        </w:tc>
        <w:tc>
          <w:tcPr>
            <w:tcW w:w="1035" w:type="dxa"/>
            <w:shd w:val="clear" w:color="auto" w:fill="D9D9D9"/>
          </w:tcPr>
          <w:p w14:paraId="243C983C" w14:textId="77777777" w:rsidR="00983E2B" w:rsidRDefault="00983E2B">
            <w:r>
              <w:rPr>
                <w:b/>
                <w:sz w:val="18"/>
              </w:rPr>
              <w:t>alpha</w:t>
            </w:r>
          </w:p>
        </w:tc>
        <w:tc>
          <w:tcPr>
            <w:tcW w:w="1239" w:type="dxa"/>
            <w:shd w:val="clear" w:color="auto" w:fill="D9D9D9"/>
          </w:tcPr>
          <w:p w14:paraId="43A90CA4" w14:textId="77777777" w:rsidR="00983E2B" w:rsidRDefault="00983E2B">
            <w:r>
              <w:rPr>
                <w:b/>
                <w:sz w:val="18"/>
              </w:rPr>
              <w:t>power</w:t>
            </w:r>
          </w:p>
        </w:tc>
      </w:tr>
      <w:tr w:rsidR="00983E2B" w14:paraId="21EB9E94" w14:textId="77777777" w:rsidTr="00B436E5">
        <w:trPr>
          <w:jc w:val="center"/>
        </w:trPr>
        <w:tc>
          <w:tcPr>
            <w:tcW w:w="1303" w:type="dxa"/>
          </w:tcPr>
          <w:p w14:paraId="401E59AC" w14:textId="77777777" w:rsidR="00983E2B" w:rsidRDefault="00983E2B">
            <w:r>
              <w:rPr>
                <w:sz w:val="18"/>
              </w:rPr>
              <w:t>Head/Neck</w:t>
            </w:r>
          </w:p>
        </w:tc>
        <w:tc>
          <w:tcPr>
            <w:tcW w:w="1242" w:type="dxa"/>
          </w:tcPr>
          <w:p w14:paraId="67630103" w14:textId="77777777" w:rsidR="00983E2B" w:rsidRDefault="00983E2B">
            <w:r>
              <w:rPr>
                <w:sz w:val="18"/>
              </w:rPr>
              <w:t>Center 1</w:t>
            </w:r>
          </w:p>
        </w:tc>
        <w:tc>
          <w:tcPr>
            <w:tcW w:w="1261" w:type="dxa"/>
          </w:tcPr>
          <w:p w14:paraId="5C2AAEA6" w14:textId="77777777" w:rsidR="00983E2B" w:rsidRDefault="00983E2B">
            <w:r>
              <w:rPr>
                <w:sz w:val="18"/>
              </w:rPr>
              <w:t>GPT-4o</w:t>
            </w:r>
          </w:p>
        </w:tc>
        <w:tc>
          <w:tcPr>
            <w:tcW w:w="1261" w:type="dxa"/>
          </w:tcPr>
          <w:p w14:paraId="6C7AF8FC" w14:textId="77777777" w:rsidR="00983E2B" w:rsidRDefault="00983E2B">
            <w:r>
              <w:rPr>
                <w:sz w:val="18"/>
              </w:rPr>
              <w:t>Reader 1</w:t>
            </w:r>
          </w:p>
        </w:tc>
        <w:tc>
          <w:tcPr>
            <w:tcW w:w="1248" w:type="dxa"/>
          </w:tcPr>
          <w:p w14:paraId="44AEBDDA" w14:textId="77777777" w:rsidR="00983E2B" w:rsidRDefault="00983E2B">
            <w:r>
              <w:rPr>
                <w:sz w:val="18"/>
              </w:rPr>
              <w:t>15</w:t>
            </w:r>
          </w:p>
        </w:tc>
        <w:tc>
          <w:tcPr>
            <w:tcW w:w="981" w:type="dxa"/>
          </w:tcPr>
          <w:p w14:paraId="7EB63A05" w14:textId="77777777" w:rsidR="00983E2B" w:rsidRDefault="00983E2B">
            <w:r>
              <w:rPr>
                <w:sz w:val="18"/>
              </w:rPr>
              <w:t>0.9759</w:t>
            </w:r>
          </w:p>
        </w:tc>
        <w:tc>
          <w:tcPr>
            <w:tcW w:w="1791" w:type="dxa"/>
          </w:tcPr>
          <w:p w14:paraId="2FDCCC40" w14:textId="77777777" w:rsidR="00983E2B" w:rsidRDefault="00983E2B">
            <w:r>
              <w:rPr>
                <w:sz w:val="18"/>
              </w:rPr>
              <w:t>0.778029</w:t>
            </w:r>
          </w:p>
        </w:tc>
        <w:tc>
          <w:tcPr>
            <w:tcW w:w="2036" w:type="dxa"/>
          </w:tcPr>
          <w:p w14:paraId="44948599" w14:textId="77777777" w:rsidR="00983E2B" w:rsidRDefault="00983E2B">
            <w:r>
              <w:rPr>
                <w:sz w:val="18"/>
              </w:rPr>
              <w:t>0.759279</w:t>
            </w:r>
          </w:p>
        </w:tc>
        <w:tc>
          <w:tcPr>
            <w:tcW w:w="1035" w:type="dxa"/>
          </w:tcPr>
          <w:p w14:paraId="10D609F7" w14:textId="77777777" w:rsidR="00983E2B" w:rsidRDefault="00983E2B">
            <w:r>
              <w:rPr>
                <w:sz w:val="18"/>
              </w:rPr>
              <w:t>0.05</w:t>
            </w:r>
          </w:p>
        </w:tc>
        <w:tc>
          <w:tcPr>
            <w:tcW w:w="1239" w:type="dxa"/>
          </w:tcPr>
          <w:p w14:paraId="7E48F1DD" w14:textId="77777777" w:rsidR="00983E2B" w:rsidRDefault="00983E2B">
            <w:r>
              <w:rPr>
                <w:sz w:val="18"/>
              </w:rPr>
              <w:t>0.8</w:t>
            </w:r>
          </w:p>
        </w:tc>
      </w:tr>
      <w:tr w:rsidR="00983E2B" w14:paraId="7FBB48E2" w14:textId="77777777" w:rsidTr="00B436E5">
        <w:trPr>
          <w:jc w:val="center"/>
        </w:trPr>
        <w:tc>
          <w:tcPr>
            <w:tcW w:w="1303" w:type="dxa"/>
          </w:tcPr>
          <w:p w14:paraId="672F54A7" w14:textId="77777777" w:rsidR="00983E2B" w:rsidRDefault="00983E2B">
            <w:r>
              <w:rPr>
                <w:sz w:val="18"/>
              </w:rPr>
              <w:t>Head/Neck</w:t>
            </w:r>
          </w:p>
        </w:tc>
        <w:tc>
          <w:tcPr>
            <w:tcW w:w="1242" w:type="dxa"/>
          </w:tcPr>
          <w:p w14:paraId="1DCF700C" w14:textId="77777777" w:rsidR="00983E2B" w:rsidRDefault="00983E2B">
            <w:r>
              <w:rPr>
                <w:sz w:val="18"/>
              </w:rPr>
              <w:t>Center 1</w:t>
            </w:r>
          </w:p>
        </w:tc>
        <w:tc>
          <w:tcPr>
            <w:tcW w:w="1261" w:type="dxa"/>
          </w:tcPr>
          <w:p w14:paraId="3A0A4CFC" w14:textId="77777777" w:rsidR="00983E2B" w:rsidRDefault="00983E2B">
            <w:r>
              <w:rPr>
                <w:sz w:val="18"/>
              </w:rPr>
              <w:t>GPT-4o</w:t>
            </w:r>
          </w:p>
        </w:tc>
        <w:tc>
          <w:tcPr>
            <w:tcW w:w="1261" w:type="dxa"/>
          </w:tcPr>
          <w:p w14:paraId="3838241B" w14:textId="77777777" w:rsidR="00983E2B" w:rsidRDefault="00983E2B">
            <w:r>
              <w:rPr>
                <w:sz w:val="18"/>
              </w:rPr>
              <w:t>Reader 2</w:t>
            </w:r>
          </w:p>
        </w:tc>
        <w:tc>
          <w:tcPr>
            <w:tcW w:w="1248" w:type="dxa"/>
          </w:tcPr>
          <w:p w14:paraId="5CCE015D" w14:textId="77777777" w:rsidR="00983E2B" w:rsidRDefault="00983E2B">
            <w:r>
              <w:rPr>
                <w:sz w:val="18"/>
              </w:rPr>
              <w:t>15</w:t>
            </w:r>
          </w:p>
        </w:tc>
        <w:tc>
          <w:tcPr>
            <w:tcW w:w="981" w:type="dxa"/>
          </w:tcPr>
          <w:p w14:paraId="661739A7" w14:textId="77777777" w:rsidR="00983E2B" w:rsidRDefault="00983E2B">
            <w:r>
              <w:rPr>
                <w:sz w:val="18"/>
              </w:rPr>
              <w:t>1.046536</w:t>
            </w:r>
          </w:p>
        </w:tc>
        <w:tc>
          <w:tcPr>
            <w:tcW w:w="1791" w:type="dxa"/>
          </w:tcPr>
          <w:p w14:paraId="240BB8F3" w14:textId="77777777" w:rsidR="00983E2B" w:rsidRDefault="00983E2B">
            <w:r>
              <w:rPr>
                <w:sz w:val="18"/>
              </w:rPr>
              <w:t>0.778029</w:t>
            </w:r>
          </w:p>
        </w:tc>
        <w:tc>
          <w:tcPr>
            <w:tcW w:w="2036" w:type="dxa"/>
          </w:tcPr>
          <w:p w14:paraId="70C310BA" w14:textId="77777777" w:rsidR="00983E2B" w:rsidRDefault="00983E2B">
            <w:r>
              <w:rPr>
                <w:sz w:val="18"/>
              </w:rPr>
              <w:t>0.814236</w:t>
            </w:r>
          </w:p>
        </w:tc>
        <w:tc>
          <w:tcPr>
            <w:tcW w:w="1035" w:type="dxa"/>
          </w:tcPr>
          <w:p w14:paraId="0665903B" w14:textId="77777777" w:rsidR="00983E2B" w:rsidRDefault="00983E2B">
            <w:r>
              <w:rPr>
                <w:sz w:val="18"/>
              </w:rPr>
              <w:t>0.05</w:t>
            </w:r>
          </w:p>
        </w:tc>
        <w:tc>
          <w:tcPr>
            <w:tcW w:w="1239" w:type="dxa"/>
          </w:tcPr>
          <w:p w14:paraId="015AE734" w14:textId="77777777" w:rsidR="00983E2B" w:rsidRDefault="00983E2B">
            <w:r>
              <w:rPr>
                <w:sz w:val="18"/>
              </w:rPr>
              <w:t>0.8</w:t>
            </w:r>
          </w:p>
        </w:tc>
      </w:tr>
      <w:tr w:rsidR="00983E2B" w14:paraId="5D102C6D" w14:textId="77777777" w:rsidTr="00B436E5">
        <w:trPr>
          <w:jc w:val="center"/>
        </w:trPr>
        <w:tc>
          <w:tcPr>
            <w:tcW w:w="1303" w:type="dxa"/>
          </w:tcPr>
          <w:p w14:paraId="4EE7F6E8" w14:textId="77777777" w:rsidR="00983E2B" w:rsidRDefault="00983E2B">
            <w:r>
              <w:rPr>
                <w:sz w:val="18"/>
              </w:rPr>
              <w:t>Head/Neck</w:t>
            </w:r>
          </w:p>
        </w:tc>
        <w:tc>
          <w:tcPr>
            <w:tcW w:w="1242" w:type="dxa"/>
          </w:tcPr>
          <w:p w14:paraId="33F7FA9F" w14:textId="77777777" w:rsidR="00983E2B" w:rsidRDefault="00983E2B">
            <w:r>
              <w:rPr>
                <w:sz w:val="18"/>
              </w:rPr>
              <w:t>Center 1</w:t>
            </w:r>
          </w:p>
        </w:tc>
        <w:tc>
          <w:tcPr>
            <w:tcW w:w="1261" w:type="dxa"/>
          </w:tcPr>
          <w:p w14:paraId="4B568585" w14:textId="77777777" w:rsidR="00983E2B" w:rsidRDefault="00983E2B">
            <w:r>
              <w:rPr>
                <w:sz w:val="18"/>
              </w:rPr>
              <w:t>Reader 1</w:t>
            </w:r>
          </w:p>
        </w:tc>
        <w:tc>
          <w:tcPr>
            <w:tcW w:w="1261" w:type="dxa"/>
          </w:tcPr>
          <w:p w14:paraId="514D1E66" w14:textId="77777777" w:rsidR="00983E2B" w:rsidRDefault="00983E2B">
            <w:r>
              <w:rPr>
                <w:sz w:val="18"/>
              </w:rPr>
              <w:t>Reader 2</w:t>
            </w:r>
          </w:p>
        </w:tc>
        <w:tc>
          <w:tcPr>
            <w:tcW w:w="1248" w:type="dxa"/>
          </w:tcPr>
          <w:p w14:paraId="16941C27" w14:textId="77777777" w:rsidR="00983E2B" w:rsidRDefault="00983E2B">
            <w:r>
              <w:rPr>
                <w:sz w:val="18"/>
              </w:rPr>
              <w:t>15</w:t>
            </w:r>
          </w:p>
        </w:tc>
        <w:tc>
          <w:tcPr>
            <w:tcW w:w="981" w:type="dxa"/>
          </w:tcPr>
          <w:p w14:paraId="4B08C9A0" w14:textId="77777777" w:rsidR="00983E2B" w:rsidRDefault="00983E2B">
            <w:r>
              <w:rPr>
                <w:sz w:val="18"/>
              </w:rPr>
              <w:t>1.046536</w:t>
            </w:r>
          </w:p>
        </w:tc>
        <w:tc>
          <w:tcPr>
            <w:tcW w:w="1791" w:type="dxa"/>
          </w:tcPr>
          <w:p w14:paraId="2B2BE794" w14:textId="77777777" w:rsidR="00983E2B" w:rsidRDefault="00983E2B">
            <w:r>
              <w:rPr>
                <w:sz w:val="18"/>
              </w:rPr>
              <w:t>0.778029</w:t>
            </w:r>
          </w:p>
        </w:tc>
        <w:tc>
          <w:tcPr>
            <w:tcW w:w="2036" w:type="dxa"/>
          </w:tcPr>
          <w:p w14:paraId="4E5FD42F" w14:textId="77777777" w:rsidR="00983E2B" w:rsidRDefault="00983E2B">
            <w:r>
              <w:rPr>
                <w:sz w:val="18"/>
              </w:rPr>
              <w:t>0.814236</w:t>
            </w:r>
          </w:p>
        </w:tc>
        <w:tc>
          <w:tcPr>
            <w:tcW w:w="1035" w:type="dxa"/>
          </w:tcPr>
          <w:p w14:paraId="4D5BEA7C" w14:textId="77777777" w:rsidR="00983E2B" w:rsidRDefault="00983E2B">
            <w:r>
              <w:rPr>
                <w:sz w:val="18"/>
              </w:rPr>
              <w:t>0.05</w:t>
            </w:r>
          </w:p>
        </w:tc>
        <w:tc>
          <w:tcPr>
            <w:tcW w:w="1239" w:type="dxa"/>
          </w:tcPr>
          <w:p w14:paraId="5A3F87F6" w14:textId="77777777" w:rsidR="00983E2B" w:rsidRDefault="00983E2B">
            <w:r>
              <w:rPr>
                <w:sz w:val="18"/>
              </w:rPr>
              <w:t>0.8</w:t>
            </w:r>
          </w:p>
        </w:tc>
      </w:tr>
      <w:tr w:rsidR="00983E2B" w14:paraId="459E02FF" w14:textId="77777777" w:rsidTr="00B436E5">
        <w:trPr>
          <w:jc w:val="center"/>
        </w:trPr>
        <w:tc>
          <w:tcPr>
            <w:tcW w:w="1303" w:type="dxa"/>
          </w:tcPr>
          <w:p w14:paraId="5085467C" w14:textId="77777777" w:rsidR="00983E2B" w:rsidRDefault="00983E2B">
            <w:r>
              <w:rPr>
                <w:sz w:val="18"/>
              </w:rPr>
              <w:t>Head/Neck</w:t>
            </w:r>
          </w:p>
        </w:tc>
        <w:tc>
          <w:tcPr>
            <w:tcW w:w="1242" w:type="dxa"/>
          </w:tcPr>
          <w:p w14:paraId="23EDEAAD" w14:textId="77777777" w:rsidR="00983E2B" w:rsidRDefault="00983E2B">
            <w:r>
              <w:rPr>
                <w:sz w:val="18"/>
              </w:rPr>
              <w:t>Center 2</w:t>
            </w:r>
          </w:p>
        </w:tc>
        <w:tc>
          <w:tcPr>
            <w:tcW w:w="1261" w:type="dxa"/>
          </w:tcPr>
          <w:p w14:paraId="7950AA56" w14:textId="77777777" w:rsidR="00983E2B" w:rsidRDefault="00983E2B">
            <w:r>
              <w:rPr>
                <w:sz w:val="18"/>
              </w:rPr>
              <w:t>GPT-4o</w:t>
            </w:r>
          </w:p>
        </w:tc>
        <w:tc>
          <w:tcPr>
            <w:tcW w:w="1261" w:type="dxa"/>
          </w:tcPr>
          <w:p w14:paraId="26A3ADFD" w14:textId="77777777" w:rsidR="00983E2B" w:rsidRDefault="00983E2B">
            <w:r>
              <w:rPr>
                <w:sz w:val="18"/>
              </w:rPr>
              <w:t>Reader 1</w:t>
            </w:r>
          </w:p>
        </w:tc>
        <w:tc>
          <w:tcPr>
            <w:tcW w:w="1248" w:type="dxa"/>
          </w:tcPr>
          <w:p w14:paraId="7056896A" w14:textId="77777777" w:rsidR="00983E2B" w:rsidRDefault="00983E2B">
            <w:r>
              <w:rPr>
                <w:sz w:val="18"/>
              </w:rPr>
              <w:t>10</w:t>
            </w:r>
          </w:p>
        </w:tc>
        <w:tc>
          <w:tcPr>
            <w:tcW w:w="981" w:type="dxa"/>
          </w:tcPr>
          <w:p w14:paraId="42E2A4CA" w14:textId="77777777" w:rsidR="00983E2B" w:rsidRDefault="00983E2B">
            <w:r>
              <w:rPr>
                <w:sz w:val="18"/>
              </w:rPr>
              <w:t>0.971825</w:t>
            </w:r>
          </w:p>
        </w:tc>
        <w:tc>
          <w:tcPr>
            <w:tcW w:w="1791" w:type="dxa"/>
          </w:tcPr>
          <w:p w14:paraId="0BD8A7D6" w14:textId="77777777" w:rsidR="00983E2B" w:rsidRDefault="00983E2B">
            <w:r>
              <w:rPr>
                <w:sz w:val="18"/>
              </w:rPr>
              <w:t>0.996004</w:t>
            </w:r>
          </w:p>
        </w:tc>
        <w:tc>
          <w:tcPr>
            <w:tcW w:w="2036" w:type="dxa"/>
          </w:tcPr>
          <w:p w14:paraId="11AB770A" w14:textId="77777777" w:rsidR="00983E2B" w:rsidRDefault="00983E2B">
            <w:r>
              <w:rPr>
                <w:sz w:val="18"/>
              </w:rPr>
              <w:t>0.967942</w:t>
            </w:r>
          </w:p>
        </w:tc>
        <w:tc>
          <w:tcPr>
            <w:tcW w:w="1035" w:type="dxa"/>
          </w:tcPr>
          <w:p w14:paraId="7A027A3E" w14:textId="77777777" w:rsidR="00983E2B" w:rsidRDefault="00983E2B">
            <w:r>
              <w:rPr>
                <w:sz w:val="18"/>
              </w:rPr>
              <w:t>0.05</w:t>
            </w:r>
          </w:p>
        </w:tc>
        <w:tc>
          <w:tcPr>
            <w:tcW w:w="1239" w:type="dxa"/>
          </w:tcPr>
          <w:p w14:paraId="4C18A4E4" w14:textId="77777777" w:rsidR="00983E2B" w:rsidRDefault="00983E2B">
            <w:r>
              <w:rPr>
                <w:sz w:val="18"/>
              </w:rPr>
              <w:t>0.8</w:t>
            </w:r>
          </w:p>
        </w:tc>
      </w:tr>
      <w:tr w:rsidR="00983E2B" w14:paraId="6F10555C" w14:textId="77777777" w:rsidTr="00B436E5">
        <w:trPr>
          <w:jc w:val="center"/>
        </w:trPr>
        <w:tc>
          <w:tcPr>
            <w:tcW w:w="1303" w:type="dxa"/>
          </w:tcPr>
          <w:p w14:paraId="59E5C155" w14:textId="77777777" w:rsidR="00983E2B" w:rsidRDefault="00983E2B">
            <w:r>
              <w:rPr>
                <w:sz w:val="18"/>
              </w:rPr>
              <w:t>Head/Neck</w:t>
            </w:r>
          </w:p>
        </w:tc>
        <w:tc>
          <w:tcPr>
            <w:tcW w:w="1242" w:type="dxa"/>
          </w:tcPr>
          <w:p w14:paraId="5E36CBC5" w14:textId="77777777" w:rsidR="00983E2B" w:rsidRDefault="00983E2B">
            <w:r>
              <w:rPr>
                <w:sz w:val="18"/>
              </w:rPr>
              <w:t>Center 2</w:t>
            </w:r>
          </w:p>
        </w:tc>
        <w:tc>
          <w:tcPr>
            <w:tcW w:w="1261" w:type="dxa"/>
          </w:tcPr>
          <w:p w14:paraId="77342200" w14:textId="77777777" w:rsidR="00983E2B" w:rsidRDefault="00983E2B">
            <w:r>
              <w:rPr>
                <w:sz w:val="18"/>
              </w:rPr>
              <w:t>GPT-4o</w:t>
            </w:r>
          </w:p>
        </w:tc>
        <w:tc>
          <w:tcPr>
            <w:tcW w:w="1261" w:type="dxa"/>
          </w:tcPr>
          <w:p w14:paraId="2609473F" w14:textId="77777777" w:rsidR="00983E2B" w:rsidRDefault="00983E2B">
            <w:r>
              <w:rPr>
                <w:sz w:val="18"/>
              </w:rPr>
              <w:t>Reader 2</w:t>
            </w:r>
          </w:p>
        </w:tc>
        <w:tc>
          <w:tcPr>
            <w:tcW w:w="1248" w:type="dxa"/>
          </w:tcPr>
          <w:p w14:paraId="4CFF0F6E" w14:textId="77777777" w:rsidR="00983E2B" w:rsidRDefault="00983E2B">
            <w:r>
              <w:rPr>
                <w:sz w:val="18"/>
              </w:rPr>
              <w:t>10</w:t>
            </w:r>
          </w:p>
        </w:tc>
        <w:tc>
          <w:tcPr>
            <w:tcW w:w="981" w:type="dxa"/>
          </w:tcPr>
          <w:p w14:paraId="6FFFDD1A" w14:textId="77777777" w:rsidR="00983E2B" w:rsidRDefault="00983E2B">
            <w:r>
              <w:rPr>
                <w:sz w:val="18"/>
              </w:rPr>
              <w:t>1.595131</w:t>
            </w:r>
          </w:p>
        </w:tc>
        <w:tc>
          <w:tcPr>
            <w:tcW w:w="1791" w:type="dxa"/>
          </w:tcPr>
          <w:p w14:paraId="45D22F19" w14:textId="77777777" w:rsidR="00983E2B" w:rsidRDefault="00983E2B">
            <w:r>
              <w:rPr>
                <w:sz w:val="18"/>
              </w:rPr>
              <w:t>0.996004</w:t>
            </w:r>
          </w:p>
        </w:tc>
        <w:tc>
          <w:tcPr>
            <w:tcW w:w="2036" w:type="dxa"/>
          </w:tcPr>
          <w:p w14:paraId="2B65A747" w14:textId="77777777" w:rsidR="00983E2B" w:rsidRDefault="00983E2B">
            <w:r>
              <w:rPr>
                <w:sz w:val="18"/>
              </w:rPr>
              <w:t>1.588758</w:t>
            </w:r>
          </w:p>
        </w:tc>
        <w:tc>
          <w:tcPr>
            <w:tcW w:w="1035" w:type="dxa"/>
          </w:tcPr>
          <w:p w14:paraId="75CF166C" w14:textId="77777777" w:rsidR="00983E2B" w:rsidRDefault="00983E2B">
            <w:r>
              <w:rPr>
                <w:sz w:val="18"/>
              </w:rPr>
              <w:t>0.05</w:t>
            </w:r>
          </w:p>
        </w:tc>
        <w:tc>
          <w:tcPr>
            <w:tcW w:w="1239" w:type="dxa"/>
          </w:tcPr>
          <w:p w14:paraId="249C1FF4" w14:textId="77777777" w:rsidR="00983E2B" w:rsidRDefault="00983E2B">
            <w:r>
              <w:rPr>
                <w:sz w:val="18"/>
              </w:rPr>
              <w:t>0.8</w:t>
            </w:r>
          </w:p>
        </w:tc>
      </w:tr>
      <w:tr w:rsidR="00983E2B" w14:paraId="0F26E6D9" w14:textId="77777777" w:rsidTr="00B436E5">
        <w:trPr>
          <w:jc w:val="center"/>
        </w:trPr>
        <w:tc>
          <w:tcPr>
            <w:tcW w:w="1303" w:type="dxa"/>
          </w:tcPr>
          <w:p w14:paraId="60A7A42E" w14:textId="77777777" w:rsidR="00983E2B" w:rsidRDefault="00983E2B">
            <w:r>
              <w:rPr>
                <w:sz w:val="18"/>
              </w:rPr>
              <w:t>Head/Neck</w:t>
            </w:r>
          </w:p>
        </w:tc>
        <w:tc>
          <w:tcPr>
            <w:tcW w:w="1242" w:type="dxa"/>
          </w:tcPr>
          <w:p w14:paraId="1A5258FF" w14:textId="77777777" w:rsidR="00983E2B" w:rsidRDefault="00983E2B">
            <w:r>
              <w:rPr>
                <w:sz w:val="18"/>
              </w:rPr>
              <w:t>Center 2</w:t>
            </w:r>
          </w:p>
        </w:tc>
        <w:tc>
          <w:tcPr>
            <w:tcW w:w="1261" w:type="dxa"/>
          </w:tcPr>
          <w:p w14:paraId="642CF1C5" w14:textId="77777777" w:rsidR="00983E2B" w:rsidRDefault="00983E2B">
            <w:r>
              <w:rPr>
                <w:sz w:val="18"/>
              </w:rPr>
              <w:t>Reader 1</w:t>
            </w:r>
          </w:p>
        </w:tc>
        <w:tc>
          <w:tcPr>
            <w:tcW w:w="1261" w:type="dxa"/>
          </w:tcPr>
          <w:p w14:paraId="2B44092E" w14:textId="77777777" w:rsidR="00983E2B" w:rsidRDefault="00983E2B">
            <w:r>
              <w:rPr>
                <w:sz w:val="18"/>
              </w:rPr>
              <w:t>Reader 2</w:t>
            </w:r>
          </w:p>
        </w:tc>
        <w:tc>
          <w:tcPr>
            <w:tcW w:w="1248" w:type="dxa"/>
          </w:tcPr>
          <w:p w14:paraId="6C20F1CA" w14:textId="77777777" w:rsidR="00983E2B" w:rsidRDefault="00983E2B">
            <w:r>
              <w:rPr>
                <w:sz w:val="18"/>
              </w:rPr>
              <w:t>10</w:t>
            </w:r>
          </w:p>
        </w:tc>
        <w:tc>
          <w:tcPr>
            <w:tcW w:w="981" w:type="dxa"/>
          </w:tcPr>
          <w:p w14:paraId="46E8C88B" w14:textId="77777777" w:rsidR="00983E2B" w:rsidRDefault="00983E2B">
            <w:r>
              <w:rPr>
                <w:sz w:val="18"/>
              </w:rPr>
              <w:t>1.776388</w:t>
            </w:r>
          </w:p>
        </w:tc>
        <w:tc>
          <w:tcPr>
            <w:tcW w:w="1791" w:type="dxa"/>
          </w:tcPr>
          <w:p w14:paraId="6B626791" w14:textId="77777777" w:rsidR="00983E2B" w:rsidRDefault="00983E2B">
            <w:r>
              <w:rPr>
                <w:sz w:val="18"/>
              </w:rPr>
              <w:t>0.996004</w:t>
            </w:r>
          </w:p>
        </w:tc>
        <w:tc>
          <w:tcPr>
            <w:tcW w:w="2036" w:type="dxa"/>
          </w:tcPr>
          <w:p w14:paraId="392C152B" w14:textId="77777777" w:rsidR="00983E2B" w:rsidRDefault="00983E2B">
            <w:r>
              <w:rPr>
                <w:sz w:val="18"/>
              </w:rPr>
              <w:t>1.769291</w:t>
            </w:r>
          </w:p>
        </w:tc>
        <w:tc>
          <w:tcPr>
            <w:tcW w:w="1035" w:type="dxa"/>
          </w:tcPr>
          <w:p w14:paraId="6B34F73F" w14:textId="77777777" w:rsidR="00983E2B" w:rsidRDefault="00983E2B">
            <w:r>
              <w:rPr>
                <w:sz w:val="18"/>
              </w:rPr>
              <w:t>0.05</w:t>
            </w:r>
          </w:p>
        </w:tc>
        <w:tc>
          <w:tcPr>
            <w:tcW w:w="1239" w:type="dxa"/>
          </w:tcPr>
          <w:p w14:paraId="69FE29EA" w14:textId="77777777" w:rsidR="00983E2B" w:rsidRDefault="00983E2B">
            <w:r>
              <w:rPr>
                <w:sz w:val="18"/>
              </w:rPr>
              <w:t>0.8</w:t>
            </w:r>
          </w:p>
        </w:tc>
      </w:tr>
      <w:tr w:rsidR="00983E2B" w14:paraId="763B277F" w14:textId="77777777" w:rsidTr="00B436E5">
        <w:trPr>
          <w:jc w:val="center"/>
        </w:trPr>
        <w:tc>
          <w:tcPr>
            <w:tcW w:w="1303" w:type="dxa"/>
          </w:tcPr>
          <w:p w14:paraId="6272CDF3" w14:textId="77777777" w:rsidR="00983E2B" w:rsidRDefault="00983E2B">
            <w:r>
              <w:rPr>
                <w:sz w:val="18"/>
              </w:rPr>
              <w:t>Liver</w:t>
            </w:r>
          </w:p>
        </w:tc>
        <w:tc>
          <w:tcPr>
            <w:tcW w:w="1242" w:type="dxa"/>
          </w:tcPr>
          <w:p w14:paraId="6953C92D" w14:textId="77777777" w:rsidR="00983E2B" w:rsidRDefault="00983E2B">
            <w:r>
              <w:rPr>
                <w:sz w:val="18"/>
              </w:rPr>
              <w:t>Center 1</w:t>
            </w:r>
          </w:p>
        </w:tc>
        <w:tc>
          <w:tcPr>
            <w:tcW w:w="1261" w:type="dxa"/>
          </w:tcPr>
          <w:p w14:paraId="4E59C4C0" w14:textId="77777777" w:rsidR="00983E2B" w:rsidRDefault="00983E2B">
            <w:r>
              <w:rPr>
                <w:sz w:val="18"/>
              </w:rPr>
              <w:t>GPT-4o</w:t>
            </w:r>
          </w:p>
        </w:tc>
        <w:tc>
          <w:tcPr>
            <w:tcW w:w="1261" w:type="dxa"/>
          </w:tcPr>
          <w:p w14:paraId="64DDC7D3" w14:textId="77777777" w:rsidR="00983E2B" w:rsidRDefault="00983E2B">
            <w:r>
              <w:rPr>
                <w:sz w:val="18"/>
              </w:rPr>
              <w:t>Reader 1</w:t>
            </w:r>
          </w:p>
        </w:tc>
        <w:tc>
          <w:tcPr>
            <w:tcW w:w="1248" w:type="dxa"/>
          </w:tcPr>
          <w:p w14:paraId="2B47CDD5" w14:textId="77777777" w:rsidR="00983E2B" w:rsidRDefault="00983E2B">
            <w:r>
              <w:rPr>
                <w:sz w:val="18"/>
              </w:rPr>
              <w:t>15</w:t>
            </w:r>
          </w:p>
        </w:tc>
        <w:tc>
          <w:tcPr>
            <w:tcW w:w="981" w:type="dxa"/>
          </w:tcPr>
          <w:p w14:paraId="7CB03898" w14:textId="77777777" w:rsidR="00983E2B" w:rsidRDefault="00983E2B">
            <w:r>
              <w:rPr>
                <w:sz w:val="18"/>
              </w:rPr>
              <w:t>1.812654</w:t>
            </w:r>
          </w:p>
        </w:tc>
        <w:tc>
          <w:tcPr>
            <w:tcW w:w="1791" w:type="dxa"/>
          </w:tcPr>
          <w:p w14:paraId="0F7825B8" w14:textId="77777777" w:rsidR="00983E2B" w:rsidRDefault="00983E2B">
            <w:r>
              <w:rPr>
                <w:sz w:val="18"/>
              </w:rPr>
              <w:t>0.778029</w:t>
            </w:r>
          </w:p>
        </w:tc>
        <w:tc>
          <w:tcPr>
            <w:tcW w:w="2036" w:type="dxa"/>
          </w:tcPr>
          <w:p w14:paraId="0F4BB91F" w14:textId="77777777" w:rsidR="00983E2B" w:rsidRDefault="00983E2B">
            <w:r>
              <w:rPr>
                <w:sz w:val="18"/>
              </w:rPr>
              <w:t>1.410297</w:t>
            </w:r>
          </w:p>
        </w:tc>
        <w:tc>
          <w:tcPr>
            <w:tcW w:w="1035" w:type="dxa"/>
          </w:tcPr>
          <w:p w14:paraId="6709935B" w14:textId="77777777" w:rsidR="00983E2B" w:rsidRDefault="00983E2B">
            <w:r>
              <w:rPr>
                <w:sz w:val="18"/>
              </w:rPr>
              <w:t>0.05</w:t>
            </w:r>
          </w:p>
        </w:tc>
        <w:tc>
          <w:tcPr>
            <w:tcW w:w="1239" w:type="dxa"/>
          </w:tcPr>
          <w:p w14:paraId="7566F3A1" w14:textId="77777777" w:rsidR="00983E2B" w:rsidRDefault="00983E2B">
            <w:r>
              <w:rPr>
                <w:sz w:val="18"/>
              </w:rPr>
              <w:t>0.8</w:t>
            </w:r>
          </w:p>
        </w:tc>
      </w:tr>
      <w:tr w:rsidR="00983E2B" w14:paraId="30763A31" w14:textId="77777777" w:rsidTr="00B436E5">
        <w:trPr>
          <w:jc w:val="center"/>
        </w:trPr>
        <w:tc>
          <w:tcPr>
            <w:tcW w:w="1303" w:type="dxa"/>
          </w:tcPr>
          <w:p w14:paraId="566729AC" w14:textId="77777777" w:rsidR="00983E2B" w:rsidRDefault="00983E2B">
            <w:r>
              <w:rPr>
                <w:sz w:val="18"/>
              </w:rPr>
              <w:t>Liver</w:t>
            </w:r>
          </w:p>
        </w:tc>
        <w:tc>
          <w:tcPr>
            <w:tcW w:w="1242" w:type="dxa"/>
          </w:tcPr>
          <w:p w14:paraId="4EB6931C" w14:textId="77777777" w:rsidR="00983E2B" w:rsidRDefault="00983E2B">
            <w:r>
              <w:rPr>
                <w:sz w:val="18"/>
              </w:rPr>
              <w:t>Center 1</w:t>
            </w:r>
          </w:p>
        </w:tc>
        <w:tc>
          <w:tcPr>
            <w:tcW w:w="1261" w:type="dxa"/>
          </w:tcPr>
          <w:p w14:paraId="4D367B07" w14:textId="77777777" w:rsidR="00983E2B" w:rsidRDefault="00983E2B">
            <w:r>
              <w:rPr>
                <w:sz w:val="18"/>
              </w:rPr>
              <w:t>GPT-4o</w:t>
            </w:r>
          </w:p>
        </w:tc>
        <w:tc>
          <w:tcPr>
            <w:tcW w:w="1261" w:type="dxa"/>
          </w:tcPr>
          <w:p w14:paraId="3E1A9DED" w14:textId="77777777" w:rsidR="00983E2B" w:rsidRDefault="00983E2B">
            <w:r>
              <w:rPr>
                <w:sz w:val="18"/>
              </w:rPr>
              <w:t>Reader 2</w:t>
            </w:r>
          </w:p>
        </w:tc>
        <w:tc>
          <w:tcPr>
            <w:tcW w:w="1248" w:type="dxa"/>
          </w:tcPr>
          <w:p w14:paraId="1E295388" w14:textId="77777777" w:rsidR="00983E2B" w:rsidRDefault="00983E2B">
            <w:r>
              <w:rPr>
                <w:sz w:val="18"/>
              </w:rPr>
              <w:t>15</w:t>
            </w:r>
          </w:p>
        </w:tc>
        <w:tc>
          <w:tcPr>
            <w:tcW w:w="981" w:type="dxa"/>
          </w:tcPr>
          <w:p w14:paraId="3276585B" w14:textId="77777777" w:rsidR="00983E2B" w:rsidRDefault="00983E2B">
            <w:r>
              <w:rPr>
                <w:sz w:val="18"/>
              </w:rPr>
              <w:t>1.579632</w:t>
            </w:r>
          </w:p>
        </w:tc>
        <w:tc>
          <w:tcPr>
            <w:tcW w:w="1791" w:type="dxa"/>
          </w:tcPr>
          <w:p w14:paraId="01286DA2" w14:textId="77777777" w:rsidR="00983E2B" w:rsidRDefault="00983E2B">
            <w:r>
              <w:rPr>
                <w:sz w:val="18"/>
              </w:rPr>
              <w:t>0.778029</w:t>
            </w:r>
          </w:p>
        </w:tc>
        <w:tc>
          <w:tcPr>
            <w:tcW w:w="2036" w:type="dxa"/>
          </w:tcPr>
          <w:p w14:paraId="070299C6" w14:textId="77777777" w:rsidR="00983E2B" w:rsidRDefault="00983E2B">
            <w:r>
              <w:rPr>
                <w:sz w:val="18"/>
              </w:rPr>
              <w:t>1.229</w:t>
            </w:r>
          </w:p>
        </w:tc>
        <w:tc>
          <w:tcPr>
            <w:tcW w:w="1035" w:type="dxa"/>
          </w:tcPr>
          <w:p w14:paraId="09D20412" w14:textId="77777777" w:rsidR="00983E2B" w:rsidRDefault="00983E2B">
            <w:r>
              <w:rPr>
                <w:sz w:val="18"/>
              </w:rPr>
              <w:t>0.05</w:t>
            </w:r>
          </w:p>
        </w:tc>
        <w:tc>
          <w:tcPr>
            <w:tcW w:w="1239" w:type="dxa"/>
          </w:tcPr>
          <w:p w14:paraId="58F2DBED" w14:textId="77777777" w:rsidR="00983E2B" w:rsidRDefault="00983E2B">
            <w:r>
              <w:rPr>
                <w:sz w:val="18"/>
              </w:rPr>
              <w:t>0.8</w:t>
            </w:r>
          </w:p>
        </w:tc>
      </w:tr>
      <w:tr w:rsidR="00983E2B" w14:paraId="6F0455FD" w14:textId="77777777" w:rsidTr="00B436E5">
        <w:trPr>
          <w:jc w:val="center"/>
        </w:trPr>
        <w:tc>
          <w:tcPr>
            <w:tcW w:w="1303" w:type="dxa"/>
          </w:tcPr>
          <w:p w14:paraId="42A32B10" w14:textId="77777777" w:rsidR="00983E2B" w:rsidRDefault="00983E2B">
            <w:r>
              <w:rPr>
                <w:sz w:val="18"/>
              </w:rPr>
              <w:t>Liver</w:t>
            </w:r>
          </w:p>
        </w:tc>
        <w:tc>
          <w:tcPr>
            <w:tcW w:w="1242" w:type="dxa"/>
          </w:tcPr>
          <w:p w14:paraId="08B7E6AC" w14:textId="77777777" w:rsidR="00983E2B" w:rsidRDefault="00983E2B">
            <w:r>
              <w:rPr>
                <w:sz w:val="18"/>
              </w:rPr>
              <w:t>Center 1</w:t>
            </w:r>
          </w:p>
        </w:tc>
        <w:tc>
          <w:tcPr>
            <w:tcW w:w="1261" w:type="dxa"/>
          </w:tcPr>
          <w:p w14:paraId="12191081" w14:textId="77777777" w:rsidR="00983E2B" w:rsidRDefault="00983E2B">
            <w:r>
              <w:rPr>
                <w:sz w:val="18"/>
              </w:rPr>
              <w:t>Reader 1</w:t>
            </w:r>
          </w:p>
        </w:tc>
        <w:tc>
          <w:tcPr>
            <w:tcW w:w="1261" w:type="dxa"/>
          </w:tcPr>
          <w:p w14:paraId="669AEB4B" w14:textId="77777777" w:rsidR="00983E2B" w:rsidRDefault="00983E2B">
            <w:r>
              <w:rPr>
                <w:sz w:val="18"/>
              </w:rPr>
              <w:t>Reader 2</w:t>
            </w:r>
          </w:p>
        </w:tc>
        <w:tc>
          <w:tcPr>
            <w:tcW w:w="1248" w:type="dxa"/>
          </w:tcPr>
          <w:p w14:paraId="6041928E" w14:textId="77777777" w:rsidR="00983E2B" w:rsidRDefault="00983E2B">
            <w:r>
              <w:rPr>
                <w:sz w:val="18"/>
              </w:rPr>
              <w:t>15</w:t>
            </w:r>
          </w:p>
        </w:tc>
        <w:tc>
          <w:tcPr>
            <w:tcW w:w="981" w:type="dxa"/>
          </w:tcPr>
          <w:p w14:paraId="4EA04A85" w14:textId="77777777" w:rsidR="00983E2B" w:rsidRDefault="00983E2B">
            <w:r>
              <w:rPr>
                <w:sz w:val="18"/>
              </w:rPr>
              <w:t>1.869556</w:t>
            </w:r>
          </w:p>
        </w:tc>
        <w:tc>
          <w:tcPr>
            <w:tcW w:w="1791" w:type="dxa"/>
          </w:tcPr>
          <w:p w14:paraId="7657B099" w14:textId="77777777" w:rsidR="00983E2B" w:rsidRDefault="00983E2B">
            <w:r>
              <w:rPr>
                <w:sz w:val="18"/>
              </w:rPr>
              <w:t>0.778029</w:t>
            </w:r>
          </w:p>
        </w:tc>
        <w:tc>
          <w:tcPr>
            <w:tcW w:w="2036" w:type="dxa"/>
          </w:tcPr>
          <w:p w14:paraId="1D1EC715" w14:textId="77777777" w:rsidR="00983E2B" w:rsidRDefault="00983E2B">
            <w:r>
              <w:rPr>
                <w:sz w:val="18"/>
              </w:rPr>
              <w:t>1.454568</w:t>
            </w:r>
          </w:p>
        </w:tc>
        <w:tc>
          <w:tcPr>
            <w:tcW w:w="1035" w:type="dxa"/>
          </w:tcPr>
          <w:p w14:paraId="40C840E1" w14:textId="77777777" w:rsidR="00983E2B" w:rsidRDefault="00983E2B">
            <w:r>
              <w:rPr>
                <w:sz w:val="18"/>
              </w:rPr>
              <w:t>0.05</w:t>
            </w:r>
          </w:p>
        </w:tc>
        <w:tc>
          <w:tcPr>
            <w:tcW w:w="1239" w:type="dxa"/>
          </w:tcPr>
          <w:p w14:paraId="5D6DBFD1" w14:textId="77777777" w:rsidR="00983E2B" w:rsidRDefault="00983E2B">
            <w:r>
              <w:rPr>
                <w:sz w:val="18"/>
              </w:rPr>
              <w:t>0.8</w:t>
            </w:r>
          </w:p>
        </w:tc>
      </w:tr>
      <w:tr w:rsidR="00983E2B" w14:paraId="15D57387" w14:textId="77777777" w:rsidTr="00B436E5">
        <w:trPr>
          <w:jc w:val="center"/>
        </w:trPr>
        <w:tc>
          <w:tcPr>
            <w:tcW w:w="1303" w:type="dxa"/>
          </w:tcPr>
          <w:p w14:paraId="1463B370" w14:textId="77777777" w:rsidR="00983E2B" w:rsidRDefault="00983E2B">
            <w:r>
              <w:rPr>
                <w:sz w:val="18"/>
              </w:rPr>
              <w:t>Liver</w:t>
            </w:r>
          </w:p>
        </w:tc>
        <w:tc>
          <w:tcPr>
            <w:tcW w:w="1242" w:type="dxa"/>
          </w:tcPr>
          <w:p w14:paraId="4FE79226" w14:textId="77777777" w:rsidR="00983E2B" w:rsidRDefault="00983E2B">
            <w:r>
              <w:rPr>
                <w:sz w:val="18"/>
              </w:rPr>
              <w:t>Center 2</w:t>
            </w:r>
          </w:p>
        </w:tc>
        <w:tc>
          <w:tcPr>
            <w:tcW w:w="1261" w:type="dxa"/>
          </w:tcPr>
          <w:p w14:paraId="01DE9A12" w14:textId="77777777" w:rsidR="00983E2B" w:rsidRDefault="00983E2B">
            <w:r>
              <w:rPr>
                <w:sz w:val="18"/>
              </w:rPr>
              <w:t>GPT-4o</w:t>
            </w:r>
          </w:p>
        </w:tc>
        <w:tc>
          <w:tcPr>
            <w:tcW w:w="1261" w:type="dxa"/>
          </w:tcPr>
          <w:p w14:paraId="53C944FB" w14:textId="77777777" w:rsidR="00983E2B" w:rsidRDefault="00983E2B">
            <w:r>
              <w:rPr>
                <w:sz w:val="18"/>
              </w:rPr>
              <w:t>Reader 1</w:t>
            </w:r>
          </w:p>
        </w:tc>
        <w:tc>
          <w:tcPr>
            <w:tcW w:w="1248" w:type="dxa"/>
          </w:tcPr>
          <w:p w14:paraId="6B6843F9" w14:textId="77777777" w:rsidR="00983E2B" w:rsidRDefault="00983E2B">
            <w:r>
              <w:rPr>
                <w:sz w:val="18"/>
              </w:rPr>
              <w:t>10</w:t>
            </w:r>
          </w:p>
        </w:tc>
        <w:tc>
          <w:tcPr>
            <w:tcW w:w="981" w:type="dxa"/>
          </w:tcPr>
          <w:p w14:paraId="1A04A2CB" w14:textId="77777777" w:rsidR="00983E2B" w:rsidRDefault="00983E2B">
            <w:r>
              <w:rPr>
                <w:sz w:val="18"/>
              </w:rPr>
              <w:t>1.449138</w:t>
            </w:r>
          </w:p>
        </w:tc>
        <w:tc>
          <w:tcPr>
            <w:tcW w:w="1791" w:type="dxa"/>
          </w:tcPr>
          <w:p w14:paraId="3EE5F89F" w14:textId="77777777" w:rsidR="00983E2B" w:rsidRDefault="00983E2B">
            <w:r>
              <w:rPr>
                <w:sz w:val="18"/>
              </w:rPr>
              <w:t>0.996004</w:t>
            </w:r>
          </w:p>
        </w:tc>
        <w:tc>
          <w:tcPr>
            <w:tcW w:w="2036" w:type="dxa"/>
          </w:tcPr>
          <w:p w14:paraId="177FD26B" w14:textId="77777777" w:rsidR="00983E2B" w:rsidRDefault="00983E2B">
            <w:r>
              <w:rPr>
                <w:sz w:val="18"/>
              </w:rPr>
              <w:t>1.443347</w:t>
            </w:r>
          </w:p>
        </w:tc>
        <w:tc>
          <w:tcPr>
            <w:tcW w:w="1035" w:type="dxa"/>
          </w:tcPr>
          <w:p w14:paraId="1DB80081" w14:textId="77777777" w:rsidR="00983E2B" w:rsidRDefault="00983E2B">
            <w:r>
              <w:rPr>
                <w:sz w:val="18"/>
              </w:rPr>
              <w:t>0.05</w:t>
            </w:r>
          </w:p>
        </w:tc>
        <w:tc>
          <w:tcPr>
            <w:tcW w:w="1239" w:type="dxa"/>
          </w:tcPr>
          <w:p w14:paraId="36F82018" w14:textId="77777777" w:rsidR="00983E2B" w:rsidRDefault="00983E2B">
            <w:r>
              <w:rPr>
                <w:sz w:val="18"/>
              </w:rPr>
              <w:t>0.8</w:t>
            </w:r>
          </w:p>
        </w:tc>
      </w:tr>
      <w:tr w:rsidR="00983E2B" w14:paraId="2CC272F2" w14:textId="77777777" w:rsidTr="00B436E5">
        <w:trPr>
          <w:jc w:val="center"/>
        </w:trPr>
        <w:tc>
          <w:tcPr>
            <w:tcW w:w="1303" w:type="dxa"/>
          </w:tcPr>
          <w:p w14:paraId="38BDAD94" w14:textId="77777777" w:rsidR="00983E2B" w:rsidRDefault="00983E2B">
            <w:r>
              <w:rPr>
                <w:sz w:val="18"/>
              </w:rPr>
              <w:t>Liver</w:t>
            </w:r>
          </w:p>
        </w:tc>
        <w:tc>
          <w:tcPr>
            <w:tcW w:w="1242" w:type="dxa"/>
          </w:tcPr>
          <w:p w14:paraId="5FB8CEB2" w14:textId="77777777" w:rsidR="00983E2B" w:rsidRDefault="00983E2B">
            <w:r>
              <w:rPr>
                <w:sz w:val="18"/>
              </w:rPr>
              <w:t>Center 2</w:t>
            </w:r>
          </w:p>
        </w:tc>
        <w:tc>
          <w:tcPr>
            <w:tcW w:w="1261" w:type="dxa"/>
          </w:tcPr>
          <w:p w14:paraId="4FDE6AE4" w14:textId="77777777" w:rsidR="00983E2B" w:rsidRDefault="00983E2B">
            <w:r>
              <w:rPr>
                <w:sz w:val="18"/>
              </w:rPr>
              <w:t>GPT-4o</w:t>
            </w:r>
          </w:p>
        </w:tc>
        <w:tc>
          <w:tcPr>
            <w:tcW w:w="1261" w:type="dxa"/>
          </w:tcPr>
          <w:p w14:paraId="22B779B5" w14:textId="77777777" w:rsidR="00983E2B" w:rsidRDefault="00983E2B">
            <w:r>
              <w:rPr>
                <w:sz w:val="18"/>
              </w:rPr>
              <w:t>Reader 2</w:t>
            </w:r>
          </w:p>
        </w:tc>
        <w:tc>
          <w:tcPr>
            <w:tcW w:w="1248" w:type="dxa"/>
          </w:tcPr>
          <w:p w14:paraId="73C4D62A" w14:textId="77777777" w:rsidR="00983E2B" w:rsidRDefault="00983E2B">
            <w:r>
              <w:rPr>
                <w:sz w:val="18"/>
              </w:rPr>
              <w:t>10</w:t>
            </w:r>
          </w:p>
        </w:tc>
        <w:tc>
          <w:tcPr>
            <w:tcW w:w="981" w:type="dxa"/>
          </w:tcPr>
          <w:p w14:paraId="6158F90D" w14:textId="77777777" w:rsidR="00983E2B" w:rsidRDefault="00983E2B">
            <w:r>
              <w:rPr>
                <w:sz w:val="18"/>
              </w:rPr>
              <w:t>1.264911</w:t>
            </w:r>
          </w:p>
        </w:tc>
        <w:tc>
          <w:tcPr>
            <w:tcW w:w="1791" w:type="dxa"/>
          </w:tcPr>
          <w:p w14:paraId="2D5741DD" w14:textId="77777777" w:rsidR="00983E2B" w:rsidRDefault="00983E2B">
            <w:r>
              <w:rPr>
                <w:sz w:val="18"/>
              </w:rPr>
              <w:t>0.996004</w:t>
            </w:r>
          </w:p>
        </w:tc>
        <w:tc>
          <w:tcPr>
            <w:tcW w:w="2036" w:type="dxa"/>
          </w:tcPr>
          <w:p w14:paraId="07868279" w14:textId="77777777" w:rsidR="00983E2B" w:rsidRDefault="00983E2B">
            <w:r>
              <w:rPr>
                <w:sz w:val="18"/>
              </w:rPr>
              <w:t>1.259857</w:t>
            </w:r>
          </w:p>
        </w:tc>
        <w:tc>
          <w:tcPr>
            <w:tcW w:w="1035" w:type="dxa"/>
          </w:tcPr>
          <w:p w14:paraId="4E47FE80" w14:textId="77777777" w:rsidR="00983E2B" w:rsidRDefault="00983E2B">
            <w:r>
              <w:rPr>
                <w:sz w:val="18"/>
              </w:rPr>
              <w:t>0.05</w:t>
            </w:r>
          </w:p>
        </w:tc>
        <w:tc>
          <w:tcPr>
            <w:tcW w:w="1239" w:type="dxa"/>
          </w:tcPr>
          <w:p w14:paraId="3AFB4439" w14:textId="77777777" w:rsidR="00983E2B" w:rsidRDefault="00983E2B">
            <w:r>
              <w:rPr>
                <w:sz w:val="18"/>
              </w:rPr>
              <w:t>0.8</w:t>
            </w:r>
          </w:p>
        </w:tc>
      </w:tr>
      <w:tr w:rsidR="00983E2B" w14:paraId="347E09B9" w14:textId="77777777" w:rsidTr="00B436E5">
        <w:trPr>
          <w:jc w:val="center"/>
        </w:trPr>
        <w:tc>
          <w:tcPr>
            <w:tcW w:w="1303" w:type="dxa"/>
          </w:tcPr>
          <w:p w14:paraId="3AC06FED" w14:textId="77777777" w:rsidR="00983E2B" w:rsidRDefault="00983E2B">
            <w:r>
              <w:rPr>
                <w:sz w:val="18"/>
              </w:rPr>
              <w:t>Liver</w:t>
            </w:r>
          </w:p>
        </w:tc>
        <w:tc>
          <w:tcPr>
            <w:tcW w:w="1242" w:type="dxa"/>
          </w:tcPr>
          <w:p w14:paraId="0392B1EA" w14:textId="77777777" w:rsidR="00983E2B" w:rsidRDefault="00983E2B">
            <w:r>
              <w:rPr>
                <w:sz w:val="18"/>
              </w:rPr>
              <w:t>Center 2</w:t>
            </w:r>
          </w:p>
        </w:tc>
        <w:tc>
          <w:tcPr>
            <w:tcW w:w="1261" w:type="dxa"/>
          </w:tcPr>
          <w:p w14:paraId="2DC0172E" w14:textId="77777777" w:rsidR="00983E2B" w:rsidRDefault="00983E2B">
            <w:r>
              <w:rPr>
                <w:sz w:val="18"/>
              </w:rPr>
              <w:t>Reader 1</w:t>
            </w:r>
          </w:p>
        </w:tc>
        <w:tc>
          <w:tcPr>
            <w:tcW w:w="1261" w:type="dxa"/>
          </w:tcPr>
          <w:p w14:paraId="3D4609E4" w14:textId="77777777" w:rsidR="00983E2B" w:rsidRDefault="00983E2B">
            <w:r>
              <w:rPr>
                <w:sz w:val="18"/>
              </w:rPr>
              <w:t>Reader 2</w:t>
            </w:r>
          </w:p>
        </w:tc>
        <w:tc>
          <w:tcPr>
            <w:tcW w:w="1248" w:type="dxa"/>
          </w:tcPr>
          <w:p w14:paraId="42F642EC" w14:textId="77777777" w:rsidR="00983E2B" w:rsidRDefault="00983E2B">
            <w:r>
              <w:rPr>
                <w:sz w:val="18"/>
              </w:rPr>
              <w:t>10</w:t>
            </w:r>
          </w:p>
        </w:tc>
        <w:tc>
          <w:tcPr>
            <w:tcW w:w="981" w:type="dxa"/>
          </w:tcPr>
          <w:p w14:paraId="7C72426E" w14:textId="77777777" w:rsidR="00983E2B" w:rsidRDefault="00983E2B">
            <w:r>
              <w:rPr>
                <w:sz w:val="18"/>
              </w:rPr>
              <w:t>1.581139</w:t>
            </w:r>
          </w:p>
        </w:tc>
        <w:tc>
          <w:tcPr>
            <w:tcW w:w="1791" w:type="dxa"/>
          </w:tcPr>
          <w:p w14:paraId="466B68FA" w14:textId="77777777" w:rsidR="00983E2B" w:rsidRDefault="00983E2B">
            <w:r>
              <w:rPr>
                <w:sz w:val="18"/>
              </w:rPr>
              <w:t>0.996004</w:t>
            </w:r>
          </w:p>
        </w:tc>
        <w:tc>
          <w:tcPr>
            <w:tcW w:w="2036" w:type="dxa"/>
          </w:tcPr>
          <w:p w14:paraId="21A711C5" w14:textId="77777777" w:rsidR="00983E2B" w:rsidRDefault="00983E2B">
            <w:r>
              <w:rPr>
                <w:sz w:val="18"/>
              </w:rPr>
              <w:t>1.574821</w:t>
            </w:r>
          </w:p>
        </w:tc>
        <w:tc>
          <w:tcPr>
            <w:tcW w:w="1035" w:type="dxa"/>
          </w:tcPr>
          <w:p w14:paraId="216168F7" w14:textId="77777777" w:rsidR="00983E2B" w:rsidRDefault="00983E2B">
            <w:r>
              <w:rPr>
                <w:sz w:val="18"/>
              </w:rPr>
              <w:t>0.05</w:t>
            </w:r>
          </w:p>
        </w:tc>
        <w:tc>
          <w:tcPr>
            <w:tcW w:w="1239" w:type="dxa"/>
          </w:tcPr>
          <w:p w14:paraId="3104A0A0" w14:textId="77777777" w:rsidR="00983E2B" w:rsidRDefault="00983E2B">
            <w:r>
              <w:rPr>
                <w:sz w:val="18"/>
              </w:rPr>
              <w:t>0.8</w:t>
            </w:r>
          </w:p>
        </w:tc>
      </w:tr>
      <w:tr w:rsidR="00983E2B" w14:paraId="48B11E9D" w14:textId="77777777" w:rsidTr="00B436E5">
        <w:trPr>
          <w:jc w:val="center"/>
        </w:trPr>
        <w:tc>
          <w:tcPr>
            <w:tcW w:w="1303" w:type="dxa"/>
          </w:tcPr>
          <w:p w14:paraId="6247DA11" w14:textId="77777777" w:rsidR="00983E2B" w:rsidRDefault="00983E2B">
            <w:r>
              <w:rPr>
                <w:sz w:val="18"/>
              </w:rPr>
              <w:t>Lung</w:t>
            </w:r>
          </w:p>
        </w:tc>
        <w:tc>
          <w:tcPr>
            <w:tcW w:w="1242" w:type="dxa"/>
          </w:tcPr>
          <w:p w14:paraId="7985B289" w14:textId="77777777" w:rsidR="00983E2B" w:rsidRDefault="00983E2B">
            <w:r>
              <w:rPr>
                <w:sz w:val="18"/>
              </w:rPr>
              <w:t>Center 1</w:t>
            </w:r>
          </w:p>
        </w:tc>
        <w:tc>
          <w:tcPr>
            <w:tcW w:w="1261" w:type="dxa"/>
          </w:tcPr>
          <w:p w14:paraId="191F3559" w14:textId="77777777" w:rsidR="00983E2B" w:rsidRDefault="00983E2B">
            <w:r>
              <w:rPr>
                <w:sz w:val="18"/>
              </w:rPr>
              <w:t>GPT-4o</w:t>
            </w:r>
          </w:p>
        </w:tc>
        <w:tc>
          <w:tcPr>
            <w:tcW w:w="1261" w:type="dxa"/>
          </w:tcPr>
          <w:p w14:paraId="5D4E494F" w14:textId="77777777" w:rsidR="00983E2B" w:rsidRDefault="00983E2B">
            <w:r>
              <w:rPr>
                <w:sz w:val="18"/>
              </w:rPr>
              <w:t>Reader 1</w:t>
            </w:r>
          </w:p>
        </w:tc>
        <w:tc>
          <w:tcPr>
            <w:tcW w:w="1248" w:type="dxa"/>
          </w:tcPr>
          <w:p w14:paraId="1F5F3B76" w14:textId="77777777" w:rsidR="00983E2B" w:rsidRDefault="00983E2B">
            <w:r>
              <w:rPr>
                <w:sz w:val="18"/>
              </w:rPr>
              <w:t>15</w:t>
            </w:r>
          </w:p>
        </w:tc>
        <w:tc>
          <w:tcPr>
            <w:tcW w:w="981" w:type="dxa"/>
          </w:tcPr>
          <w:p w14:paraId="2378D697" w14:textId="77777777" w:rsidR="00983E2B" w:rsidRDefault="00983E2B">
            <w:r>
              <w:rPr>
                <w:sz w:val="18"/>
              </w:rPr>
              <w:t>1.121224</w:t>
            </w:r>
          </w:p>
        </w:tc>
        <w:tc>
          <w:tcPr>
            <w:tcW w:w="1791" w:type="dxa"/>
          </w:tcPr>
          <w:p w14:paraId="6DCD2596" w14:textId="77777777" w:rsidR="00983E2B" w:rsidRDefault="00983E2B">
            <w:r>
              <w:rPr>
                <w:sz w:val="18"/>
              </w:rPr>
              <w:t>0.778029</w:t>
            </w:r>
          </w:p>
        </w:tc>
        <w:tc>
          <w:tcPr>
            <w:tcW w:w="2036" w:type="dxa"/>
          </w:tcPr>
          <w:p w14:paraId="7227D750" w14:textId="77777777" w:rsidR="00983E2B" w:rsidRDefault="00983E2B">
            <w:r>
              <w:rPr>
                <w:sz w:val="18"/>
              </w:rPr>
              <w:t>0.872345</w:t>
            </w:r>
          </w:p>
        </w:tc>
        <w:tc>
          <w:tcPr>
            <w:tcW w:w="1035" w:type="dxa"/>
          </w:tcPr>
          <w:p w14:paraId="7D7C0096" w14:textId="77777777" w:rsidR="00983E2B" w:rsidRDefault="00983E2B">
            <w:r>
              <w:rPr>
                <w:sz w:val="18"/>
              </w:rPr>
              <w:t>0.05</w:t>
            </w:r>
          </w:p>
        </w:tc>
        <w:tc>
          <w:tcPr>
            <w:tcW w:w="1239" w:type="dxa"/>
          </w:tcPr>
          <w:p w14:paraId="192F6352" w14:textId="77777777" w:rsidR="00983E2B" w:rsidRDefault="00983E2B">
            <w:r>
              <w:rPr>
                <w:sz w:val="18"/>
              </w:rPr>
              <w:t>0.8</w:t>
            </w:r>
          </w:p>
        </w:tc>
      </w:tr>
      <w:tr w:rsidR="00983E2B" w14:paraId="1B515F97" w14:textId="77777777" w:rsidTr="00B436E5">
        <w:trPr>
          <w:jc w:val="center"/>
        </w:trPr>
        <w:tc>
          <w:tcPr>
            <w:tcW w:w="1303" w:type="dxa"/>
          </w:tcPr>
          <w:p w14:paraId="4DF05BB4" w14:textId="77777777" w:rsidR="00983E2B" w:rsidRDefault="00983E2B">
            <w:r>
              <w:rPr>
                <w:sz w:val="18"/>
              </w:rPr>
              <w:t>Lung</w:t>
            </w:r>
          </w:p>
        </w:tc>
        <w:tc>
          <w:tcPr>
            <w:tcW w:w="1242" w:type="dxa"/>
          </w:tcPr>
          <w:p w14:paraId="18FAED19" w14:textId="77777777" w:rsidR="00983E2B" w:rsidRDefault="00983E2B">
            <w:r>
              <w:rPr>
                <w:sz w:val="18"/>
              </w:rPr>
              <w:t>Center 1</w:t>
            </w:r>
          </w:p>
        </w:tc>
        <w:tc>
          <w:tcPr>
            <w:tcW w:w="1261" w:type="dxa"/>
          </w:tcPr>
          <w:p w14:paraId="6D66905A" w14:textId="77777777" w:rsidR="00983E2B" w:rsidRDefault="00983E2B">
            <w:r>
              <w:rPr>
                <w:sz w:val="18"/>
              </w:rPr>
              <w:t>GPT-4o</w:t>
            </w:r>
          </w:p>
        </w:tc>
        <w:tc>
          <w:tcPr>
            <w:tcW w:w="1261" w:type="dxa"/>
          </w:tcPr>
          <w:p w14:paraId="12BCB659" w14:textId="77777777" w:rsidR="00983E2B" w:rsidRDefault="00983E2B">
            <w:r>
              <w:rPr>
                <w:sz w:val="18"/>
              </w:rPr>
              <w:t>Reader 2</w:t>
            </w:r>
          </w:p>
        </w:tc>
        <w:tc>
          <w:tcPr>
            <w:tcW w:w="1248" w:type="dxa"/>
          </w:tcPr>
          <w:p w14:paraId="6CAC2C4D" w14:textId="77777777" w:rsidR="00983E2B" w:rsidRDefault="00983E2B">
            <w:r>
              <w:rPr>
                <w:sz w:val="18"/>
              </w:rPr>
              <w:t>15</w:t>
            </w:r>
          </w:p>
        </w:tc>
        <w:tc>
          <w:tcPr>
            <w:tcW w:w="981" w:type="dxa"/>
          </w:tcPr>
          <w:p w14:paraId="242C7A1D" w14:textId="77777777" w:rsidR="00983E2B" w:rsidRDefault="00983E2B">
            <w:r>
              <w:rPr>
                <w:sz w:val="18"/>
              </w:rPr>
              <w:t>1.486447</w:t>
            </w:r>
          </w:p>
        </w:tc>
        <w:tc>
          <w:tcPr>
            <w:tcW w:w="1791" w:type="dxa"/>
          </w:tcPr>
          <w:p w14:paraId="595572FD" w14:textId="77777777" w:rsidR="00983E2B" w:rsidRDefault="00983E2B">
            <w:r>
              <w:rPr>
                <w:sz w:val="18"/>
              </w:rPr>
              <w:t>0.778029</w:t>
            </w:r>
          </w:p>
        </w:tc>
        <w:tc>
          <w:tcPr>
            <w:tcW w:w="2036" w:type="dxa"/>
          </w:tcPr>
          <w:p w14:paraId="3E29468D" w14:textId="77777777" w:rsidR="00983E2B" w:rsidRDefault="00983E2B">
            <w:r>
              <w:rPr>
                <w:sz w:val="18"/>
              </w:rPr>
              <w:t>1.156499</w:t>
            </w:r>
          </w:p>
        </w:tc>
        <w:tc>
          <w:tcPr>
            <w:tcW w:w="1035" w:type="dxa"/>
          </w:tcPr>
          <w:p w14:paraId="5084659D" w14:textId="77777777" w:rsidR="00983E2B" w:rsidRDefault="00983E2B">
            <w:r>
              <w:rPr>
                <w:sz w:val="18"/>
              </w:rPr>
              <w:t>0.05</w:t>
            </w:r>
          </w:p>
        </w:tc>
        <w:tc>
          <w:tcPr>
            <w:tcW w:w="1239" w:type="dxa"/>
          </w:tcPr>
          <w:p w14:paraId="023B2270" w14:textId="77777777" w:rsidR="00983E2B" w:rsidRDefault="00983E2B">
            <w:r>
              <w:rPr>
                <w:sz w:val="18"/>
              </w:rPr>
              <w:t>0.8</w:t>
            </w:r>
          </w:p>
        </w:tc>
      </w:tr>
      <w:tr w:rsidR="00983E2B" w14:paraId="78F1EEA6" w14:textId="77777777" w:rsidTr="00B436E5">
        <w:trPr>
          <w:jc w:val="center"/>
        </w:trPr>
        <w:tc>
          <w:tcPr>
            <w:tcW w:w="1303" w:type="dxa"/>
          </w:tcPr>
          <w:p w14:paraId="1BCCE8CB" w14:textId="77777777" w:rsidR="00983E2B" w:rsidRDefault="00983E2B">
            <w:r>
              <w:rPr>
                <w:sz w:val="18"/>
              </w:rPr>
              <w:t>Lung</w:t>
            </w:r>
          </w:p>
        </w:tc>
        <w:tc>
          <w:tcPr>
            <w:tcW w:w="1242" w:type="dxa"/>
          </w:tcPr>
          <w:p w14:paraId="1F0B6B6C" w14:textId="77777777" w:rsidR="00983E2B" w:rsidRDefault="00983E2B">
            <w:r>
              <w:rPr>
                <w:sz w:val="18"/>
              </w:rPr>
              <w:t>Center 1</w:t>
            </w:r>
          </w:p>
        </w:tc>
        <w:tc>
          <w:tcPr>
            <w:tcW w:w="1261" w:type="dxa"/>
          </w:tcPr>
          <w:p w14:paraId="1424C024" w14:textId="77777777" w:rsidR="00983E2B" w:rsidRDefault="00983E2B">
            <w:r>
              <w:rPr>
                <w:sz w:val="18"/>
              </w:rPr>
              <w:t>Reader 1</w:t>
            </w:r>
          </w:p>
        </w:tc>
        <w:tc>
          <w:tcPr>
            <w:tcW w:w="1261" w:type="dxa"/>
          </w:tcPr>
          <w:p w14:paraId="60EBD781" w14:textId="77777777" w:rsidR="00983E2B" w:rsidRDefault="00983E2B">
            <w:r>
              <w:rPr>
                <w:sz w:val="18"/>
              </w:rPr>
              <w:t>Reader 2</w:t>
            </w:r>
          </w:p>
        </w:tc>
        <w:tc>
          <w:tcPr>
            <w:tcW w:w="1248" w:type="dxa"/>
          </w:tcPr>
          <w:p w14:paraId="52B75311" w14:textId="77777777" w:rsidR="00983E2B" w:rsidRDefault="00983E2B">
            <w:r>
              <w:rPr>
                <w:sz w:val="18"/>
              </w:rPr>
              <w:t>15</w:t>
            </w:r>
          </w:p>
        </w:tc>
        <w:tc>
          <w:tcPr>
            <w:tcW w:w="981" w:type="dxa"/>
          </w:tcPr>
          <w:p w14:paraId="5DFA9FE5" w14:textId="77777777" w:rsidR="00983E2B" w:rsidRDefault="00983E2B">
            <w:r>
              <w:rPr>
                <w:sz w:val="18"/>
              </w:rPr>
              <w:t>1.447494</w:t>
            </w:r>
          </w:p>
        </w:tc>
        <w:tc>
          <w:tcPr>
            <w:tcW w:w="1791" w:type="dxa"/>
          </w:tcPr>
          <w:p w14:paraId="72D50388" w14:textId="77777777" w:rsidR="00983E2B" w:rsidRDefault="00983E2B">
            <w:r>
              <w:rPr>
                <w:sz w:val="18"/>
              </w:rPr>
              <w:t>0.778029</w:t>
            </w:r>
          </w:p>
        </w:tc>
        <w:tc>
          <w:tcPr>
            <w:tcW w:w="2036" w:type="dxa"/>
          </w:tcPr>
          <w:p w14:paraId="70F57575" w14:textId="77777777" w:rsidR="00983E2B" w:rsidRDefault="00983E2B">
            <w:r>
              <w:rPr>
                <w:sz w:val="18"/>
              </w:rPr>
              <w:t>1.126192</w:t>
            </w:r>
          </w:p>
        </w:tc>
        <w:tc>
          <w:tcPr>
            <w:tcW w:w="1035" w:type="dxa"/>
          </w:tcPr>
          <w:p w14:paraId="13A80FDA" w14:textId="77777777" w:rsidR="00983E2B" w:rsidRDefault="00983E2B">
            <w:r>
              <w:rPr>
                <w:sz w:val="18"/>
              </w:rPr>
              <w:t>0.05</w:t>
            </w:r>
          </w:p>
        </w:tc>
        <w:tc>
          <w:tcPr>
            <w:tcW w:w="1239" w:type="dxa"/>
          </w:tcPr>
          <w:p w14:paraId="3174EBE6" w14:textId="77777777" w:rsidR="00983E2B" w:rsidRDefault="00983E2B">
            <w:r>
              <w:rPr>
                <w:sz w:val="18"/>
              </w:rPr>
              <w:t>0.8</w:t>
            </w:r>
          </w:p>
        </w:tc>
      </w:tr>
      <w:tr w:rsidR="00983E2B" w14:paraId="70FDE606" w14:textId="77777777" w:rsidTr="00B436E5">
        <w:trPr>
          <w:jc w:val="center"/>
        </w:trPr>
        <w:tc>
          <w:tcPr>
            <w:tcW w:w="1303" w:type="dxa"/>
          </w:tcPr>
          <w:p w14:paraId="745D5B00" w14:textId="77777777" w:rsidR="00983E2B" w:rsidRDefault="00983E2B">
            <w:r>
              <w:rPr>
                <w:sz w:val="18"/>
              </w:rPr>
              <w:t>Lung</w:t>
            </w:r>
          </w:p>
        </w:tc>
        <w:tc>
          <w:tcPr>
            <w:tcW w:w="1242" w:type="dxa"/>
          </w:tcPr>
          <w:p w14:paraId="3C790337" w14:textId="77777777" w:rsidR="00983E2B" w:rsidRDefault="00983E2B">
            <w:r>
              <w:rPr>
                <w:sz w:val="18"/>
              </w:rPr>
              <w:t>Center 2</w:t>
            </w:r>
          </w:p>
        </w:tc>
        <w:tc>
          <w:tcPr>
            <w:tcW w:w="1261" w:type="dxa"/>
          </w:tcPr>
          <w:p w14:paraId="097D2455" w14:textId="77777777" w:rsidR="00983E2B" w:rsidRDefault="00983E2B">
            <w:r>
              <w:rPr>
                <w:sz w:val="18"/>
              </w:rPr>
              <w:t>GPT-4o</w:t>
            </w:r>
          </w:p>
        </w:tc>
        <w:tc>
          <w:tcPr>
            <w:tcW w:w="1261" w:type="dxa"/>
          </w:tcPr>
          <w:p w14:paraId="20E79212" w14:textId="77777777" w:rsidR="00983E2B" w:rsidRDefault="00983E2B">
            <w:r>
              <w:rPr>
                <w:sz w:val="18"/>
              </w:rPr>
              <w:t>Reader 1</w:t>
            </w:r>
          </w:p>
        </w:tc>
        <w:tc>
          <w:tcPr>
            <w:tcW w:w="1248" w:type="dxa"/>
          </w:tcPr>
          <w:p w14:paraId="6EDB7110" w14:textId="77777777" w:rsidR="00983E2B" w:rsidRDefault="00983E2B">
            <w:r>
              <w:rPr>
                <w:sz w:val="18"/>
              </w:rPr>
              <w:t>10</w:t>
            </w:r>
          </w:p>
        </w:tc>
        <w:tc>
          <w:tcPr>
            <w:tcW w:w="981" w:type="dxa"/>
          </w:tcPr>
          <w:p w14:paraId="738D5950" w14:textId="77777777" w:rsidR="00983E2B" w:rsidRDefault="00983E2B">
            <w:r>
              <w:rPr>
                <w:sz w:val="18"/>
              </w:rPr>
              <w:t>1.354006</w:t>
            </w:r>
          </w:p>
        </w:tc>
        <w:tc>
          <w:tcPr>
            <w:tcW w:w="1791" w:type="dxa"/>
          </w:tcPr>
          <w:p w14:paraId="10A83E7D" w14:textId="77777777" w:rsidR="00983E2B" w:rsidRDefault="00983E2B">
            <w:r>
              <w:rPr>
                <w:sz w:val="18"/>
              </w:rPr>
              <w:t>0.996004</w:t>
            </w:r>
          </w:p>
        </w:tc>
        <w:tc>
          <w:tcPr>
            <w:tcW w:w="2036" w:type="dxa"/>
          </w:tcPr>
          <w:p w14:paraId="2171EE98" w14:textId="77777777" w:rsidR="00983E2B" w:rsidRDefault="00983E2B">
            <w:r>
              <w:rPr>
                <w:sz w:val="18"/>
              </w:rPr>
              <w:t>1.348596</w:t>
            </w:r>
          </w:p>
        </w:tc>
        <w:tc>
          <w:tcPr>
            <w:tcW w:w="1035" w:type="dxa"/>
          </w:tcPr>
          <w:p w14:paraId="2ADB0500" w14:textId="77777777" w:rsidR="00983E2B" w:rsidRDefault="00983E2B">
            <w:r>
              <w:rPr>
                <w:sz w:val="18"/>
              </w:rPr>
              <w:t>0.05</w:t>
            </w:r>
          </w:p>
        </w:tc>
        <w:tc>
          <w:tcPr>
            <w:tcW w:w="1239" w:type="dxa"/>
          </w:tcPr>
          <w:p w14:paraId="2F5BAB4A" w14:textId="77777777" w:rsidR="00983E2B" w:rsidRDefault="00983E2B">
            <w:r>
              <w:rPr>
                <w:sz w:val="18"/>
              </w:rPr>
              <w:t>0.8</w:t>
            </w:r>
          </w:p>
        </w:tc>
      </w:tr>
      <w:tr w:rsidR="00983E2B" w14:paraId="11D6A10E" w14:textId="77777777" w:rsidTr="00B436E5">
        <w:trPr>
          <w:jc w:val="center"/>
        </w:trPr>
        <w:tc>
          <w:tcPr>
            <w:tcW w:w="1303" w:type="dxa"/>
          </w:tcPr>
          <w:p w14:paraId="576E6B17" w14:textId="77777777" w:rsidR="00983E2B" w:rsidRDefault="00983E2B">
            <w:r>
              <w:rPr>
                <w:sz w:val="18"/>
              </w:rPr>
              <w:t>Lung</w:t>
            </w:r>
          </w:p>
        </w:tc>
        <w:tc>
          <w:tcPr>
            <w:tcW w:w="1242" w:type="dxa"/>
          </w:tcPr>
          <w:p w14:paraId="420F3563" w14:textId="77777777" w:rsidR="00983E2B" w:rsidRDefault="00983E2B">
            <w:r>
              <w:rPr>
                <w:sz w:val="18"/>
              </w:rPr>
              <w:t>Center 2</w:t>
            </w:r>
          </w:p>
        </w:tc>
        <w:tc>
          <w:tcPr>
            <w:tcW w:w="1261" w:type="dxa"/>
          </w:tcPr>
          <w:p w14:paraId="5C7FDD3F" w14:textId="77777777" w:rsidR="00983E2B" w:rsidRDefault="00983E2B">
            <w:r>
              <w:rPr>
                <w:sz w:val="18"/>
              </w:rPr>
              <w:t>GPT-4o</w:t>
            </w:r>
          </w:p>
        </w:tc>
        <w:tc>
          <w:tcPr>
            <w:tcW w:w="1261" w:type="dxa"/>
          </w:tcPr>
          <w:p w14:paraId="3057A243" w14:textId="77777777" w:rsidR="00983E2B" w:rsidRDefault="00983E2B">
            <w:r>
              <w:rPr>
                <w:sz w:val="18"/>
              </w:rPr>
              <w:t>Reader 2</w:t>
            </w:r>
          </w:p>
        </w:tc>
        <w:tc>
          <w:tcPr>
            <w:tcW w:w="1248" w:type="dxa"/>
          </w:tcPr>
          <w:p w14:paraId="2CF8BF28" w14:textId="77777777" w:rsidR="00983E2B" w:rsidRDefault="00983E2B">
            <w:r>
              <w:rPr>
                <w:sz w:val="18"/>
              </w:rPr>
              <w:t>10</w:t>
            </w:r>
          </w:p>
        </w:tc>
        <w:tc>
          <w:tcPr>
            <w:tcW w:w="981" w:type="dxa"/>
          </w:tcPr>
          <w:p w14:paraId="5DCA1AB3" w14:textId="77777777" w:rsidR="00983E2B" w:rsidRDefault="00983E2B">
            <w:r>
              <w:rPr>
                <w:sz w:val="18"/>
              </w:rPr>
              <w:t>1.686548</w:t>
            </w:r>
          </w:p>
        </w:tc>
        <w:tc>
          <w:tcPr>
            <w:tcW w:w="1791" w:type="dxa"/>
          </w:tcPr>
          <w:p w14:paraId="2D6F3592" w14:textId="77777777" w:rsidR="00983E2B" w:rsidRDefault="00983E2B">
            <w:r>
              <w:rPr>
                <w:sz w:val="18"/>
              </w:rPr>
              <w:t>0.996004</w:t>
            </w:r>
          </w:p>
        </w:tc>
        <w:tc>
          <w:tcPr>
            <w:tcW w:w="2036" w:type="dxa"/>
          </w:tcPr>
          <w:p w14:paraId="1E66F523" w14:textId="77777777" w:rsidR="00983E2B" w:rsidRDefault="00983E2B">
            <w:r>
              <w:rPr>
                <w:sz w:val="18"/>
              </w:rPr>
              <w:t>1.679809</w:t>
            </w:r>
          </w:p>
        </w:tc>
        <w:tc>
          <w:tcPr>
            <w:tcW w:w="1035" w:type="dxa"/>
          </w:tcPr>
          <w:p w14:paraId="6ED7040C" w14:textId="77777777" w:rsidR="00983E2B" w:rsidRDefault="00983E2B">
            <w:r>
              <w:rPr>
                <w:sz w:val="18"/>
              </w:rPr>
              <w:t>0.05</w:t>
            </w:r>
          </w:p>
        </w:tc>
        <w:tc>
          <w:tcPr>
            <w:tcW w:w="1239" w:type="dxa"/>
          </w:tcPr>
          <w:p w14:paraId="49C33360" w14:textId="77777777" w:rsidR="00983E2B" w:rsidRDefault="00983E2B">
            <w:r>
              <w:rPr>
                <w:sz w:val="18"/>
              </w:rPr>
              <w:t>0.8</w:t>
            </w:r>
          </w:p>
        </w:tc>
      </w:tr>
      <w:tr w:rsidR="00983E2B" w14:paraId="4EB86E61" w14:textId="77777777" w:rsidTr="00B436E5">
        <w:trPr>
          <w:jc w:val="center"/>
        </w:trPr>
        <w:tc>
          <w:tcPr>
            <w:tcW w:w="1303" w:type="dxa"/>
          </w:tcPr>
          <w:p w14:paraId="71ED449D" w14:textId="77777777" w:rsidR="00983E2B" w:rsidRDefault="00983E2B">
            <w:r>
              <w:rPr>
                <w:sz w:val="18"/>
              </w:rPr>
              <w:t>Lung</w:t>
            </w:r>
          </w:p>
        </w:tc>
        <w:tc>
          <w:tcPr>
            <w:tcW w:w="1242" w:type="dxa"/>
          </w:tcPr>
          <w:p w14:paraId="366E3385" w14:textId="77777777" w:rsidR="00983E2B" w:rsidRDefault="00983E2B">
            <w:r>
              <w:rPr>
                <w:sz w:val="18"/>
              </w:rPr>
              <w:t>Center 2</w:t>
            </w:r>
          </w:p>
        </w:tc>
        <w:tc>
          <w:tcPr>
            <w:tcW w:w="1261" w:type="dxa"/>
          </w:tcPr>
          <w:p w14:paraId="3CBB5227" w14:textId="77777777" w:rsidR="00983E2B" w:rsidRDefault="00983E2B">
            <w:r>
              <w:rPr>
                <w:sz w:val="18"/>
              </w:rPr>
              <w:t>Reader 1</w:t>
            </w:r>
          </w:p>
        </w:tc>
        <w:tc>
          <w:tcPr>
            <w:tcW w:w="1261" w:type="dxa"/>
          </w:tcPr>
          <w:p w14:paraId="794B7E07" w14:textId="77777777" w:rsidR="00983E2B" w:rsidRDefault="00983E2B">
            <w:r>
              <w:rPr>
                <w:sz w:val="18"/>
              </w:rPr>
              <w:t>Reader 2</w:t>
            </w:r>
          </w:p>
        </w:tc>
        <w:tc>
          <w:tcPr>
            <w:tcW w:w="1248" w:type="dxa"/>
          </w:tcPr>
          <w:p w14:paraId="602EC6E8" w14:textId="77777777" w:rsidR="00983E2B" w:rsidRDefault="00983E2B">
            <w:r>
              <w:rPr>
                <w:sz w:val="18"/>
              </w:rPr>
              <w:t>10</w:t>
            </w:r>
          </w:p>
        </w:tc>
        <w:tc>
          <w:tcPr>
            <w:tcW w:w="981" w:type="dxa"/>
          </w:tcPr>
          <w:p w14:paraId="7D918F90" w14:textId="77777777" w:rsidR="00983E2B" w:rsidRDefault="00983E2B">
            <w:r>
              <w:rPr>
                <w:sz w:val="18"/>
              </w:rPr>
              <w:t>1.159502</w:t>
            </w:r>
          </w:p>
        </w:tc>
        <w:tc>
          <w:tcPr>
            <w:tcW w:w="1791" w:type="dxa"/>
          </w:tcPr>
          <w:p w14:paraId="543D8CFC" w14:textId="77777777" w:rsidR="00983E2B" w:rsidRDefault="00983E2B">
            <w:r>
              <w:rPr>
                <w:sz w:val="18"/>
              </w:rPr>
              <w:t>0.996004</w:t>
            </w:r>
          </w:p>
        </w:tc>
        <w:tc>
          <w:tcPr>
            <w:tcW w:w="2036" w:type="dxa"/>
          </w:tcPr>
          <w:p w14:paraId="58567B2F" w14:textId="77777777" w:rsidR="00983E2B" w:rsidRDefault="00983E2B">
            <w:r>
              <w:rPr>
                <w:sz w:val="18"/>
              </w:rPr>
              <w:t>1.154869</w:t>
            </w:r>
          </w:p>
        </w:tc>
        <w:tc>
          <w:tcPr>
            <w:tcW w:w="1035" w:type="dxa"/>
          </w:tcPr>
          <w:p w14:paraId="08C09989" w14:textId="77777777" w:rsidR="00983E2B" w:rsidRDefault="00983E2B">
            <w:r>
              <w:rPr>
                <w:sz w:val="18"/>
              </w:rPr>
              <w:t>0.05</w:t>
            </w:r>
          </w:p>
        </w:tc>
        <w:tc>
          <w:tcPr>
            <w:tcW w:w="1239" w:type="dxa"/>
          </w:tcPr>
          <w:p w14:paraId="5FCEDFFB" w14:textId="77777777" w:rsidR="00983E2B" w:rsidRDefault="00983E2B">
            <w:r>
              <w:rPr>
                <w:sz w:val="18"/>
              </w:rPr>
              <w:t>0.8</w:t>
            </w:r>
          </w:p>
        </w:tc>
      </w:tr>
      <w:tr w:rsidR="00983E2B" w14:paraId="5409359F" w14:textId="77777777" w:rsidTr="00B436E5">
        <w:trPr>
          <w:jc w:val="center"/>
        </w:trPr>
        <w:tc>
          <w:tcPr>
            <w:tcW w:w="1303" w:type="dxa"/>
          </w:tcPr>
          <w:p w14:paraId="146F4F6A" w14:textId="77777777" w:rsidR="00983E2B" w:rsidRDefault="00983E2B">
            <w:r>
              <w:rPr>
                <w:sz w:val="18"/>
              </w:rPr>
              <w:t>Pancreas</w:t>
            </w:r>
          </w:p>
        </w:tc>
        <w:tc>
          <w:tcPr>
            <w:tcW w:w="1242" w:type="dxa"/>
          </w:tcPr>
          <w:p w14:paraId="0D4656A0" w14:textId="77777777" w:rsidR="00983E2B" w:rsidRDefault="00983E2B">
            <w:r>
              <w:rPr>
                <w:sz w:val="18"/>
              </w:rPr>
              <w:t>Center 1</w:t>
            </w:r>
          </w:p>
        </w:tc>
        <w:tc>
          <w:tcPr>
            <w:tcW w:w="1261" w:type="dxa"/>
          </w:tcPr>
          <w:p w14:paraId="5E75E5AE" w14:textId="77777777" w:rsidR="00983E2B" w:rsidRDefault="00983E2B">
            <w:r>
              <w:rPr>
                <w:sz w:val="18"/>
              </w:rPr>
              <w:t>GPT-4o</w:t>
            </w:r>
          </w:p>
        </w:tc>
        <w:tc>
          <w:tcPr>
            <w:tcW w:w="1261" w:type="dxa"/>
          </w:tcPr>
          <w:p w14:paraId="6BF92ED5" w14:textId="77777777" w:rsidR="00983E2B" w:rsidRDefault="00983E2B">
            <w:r>
              <w:rPr>
                <w:sz w:val="18"/>
              </w:rPr>
              <w:t>Reader 1</w:t>
            </w:r>
          </w:p>
        </w:tc>
        <w:tc>
          <w:tcPr>
            <w:tcW w:w="1248" w:type="dxa"/>
          </w:tcPr>
          <w:p w14:paraId="51868D6D" w14:textId="77777777" w:rsidR="00983E2B" w:rsidRDefault="00983E2B">
            <w:r>
              <w:rPr>
                <w:sz w:val="18"/>
              </w:rPr>
              <w:t>15</w:t>
            </w:r>
          </w:p>
        </w:tc>
        <w:tc>
          <w:tcPr>
            <w:tcW w:w="981" w:type="dxa"/>
          </w:tcPr>
          <w:p w14:paraId="31EC65BE" w14:textId="77777777" w:rsidR="00983E2B" w:rsidRDefault="00983E2B">
            <w:r>
              <w:rPr>
                <w:sz w:val="18"/>
              </w:rPr>
              <w:t>0.99043</w:t>
            </w:r>
          </w:p>
        </w:tc>
        <w:tc>
          <w:tcPr>
            <w:tcW w:w="1791" w:type="dxa"/>
          </w:tcPr>
          <w:p w14:paraId="5507E704" w14:textId="77777777" w:rsidR="00983E2B" w:rsidRDefault="00983E2B">
            <w:r>
              <w:rPr>
                <w:sz w:val="18"/>
              </w:rPr>
              <w:t>0.778029</w:t>
            </w:r>
          </w:p>
        </w:tc>
        <w:tc>
          <w:tcPr>
            <w:tcW w:w="2036" w:type="dxa"/>
          </w:tcPr>
          <w:p w14:paraId="2B3658C0" w14:textId="77777777" w:rsidR="00983E2B" w:rsidRDefault="00983E2B">
            <w:r>
              <w:rPr>
                <w:sz w:val="18"/>
              </w:rPr>
              <w:t>0.770584</w:t>
            </w:r>
          </w:p>
        </w:tc>
        <w:tc>
          <w:tcPr>
            <w:tcW w:w="1035" w:type="dxa"/>
          </w:tcPr>
          <w:p w14:paraId="5EF77E7D" w14:textId="77777777" w:rsidR="00983E2B" w:rsidRDefault="00983E2B">
            <w:r>
              <w:rPr>
                <w:sz w:val="18"/>
              </w:rPr>
              <w:t>0.05</w:t>
            </w:r>
          </w:p>
        </w:tc>
        <w:tc>
          <w:tcPr>
            <w:tcW w:w="1239" w:type="dxa"/>
          </w:tcPr>
          <w:p w14:paraId="57BC58DA" w14:textId="77777777" w:rsidR="00983E2B" w:rsidRDefault="00983E2B">
            <w:r>
              <w:rPr>
                <w:sz w:val="18"/>
              </w:rPr>
              <w:t>0.8</w:t>
            </w:r>
          </w:p>
        </w:tc>
      </w:tr>
      <w:tr w:rsidR="00983E2B" w14:paraId="71BD6D12" w14:textId="77777777" w:rsidTr="00B436E5">
        <w:trPr>
          <w:jc w:val="center"/>
        </w:trPr>
        <w:tc>
          <w:tcPr>
            <w:tcW w:w="1303" w:type="dxa"/>
          </w:tcPr>
          <w:p w14:paraId="005AFD71" w14:textId="77777777" w:rsidR="00983E2B" w:rsidRDefault="00983E2B">
            <w:r>
              <w:rPr>
                <w:sz w:val="18"/>
              </w:rPr>
              <w:t>Pancreas</w:t>
            </w:r>
          </w:p>
        </w:tc>
        <w:tc>
          <w:tcPr>
            <w:tcW w:w="1242" w:type="dxa"/>
          </w:tcPr>
          <w:p w14:paraId="3DB98203" w14:textId="77777777" w:rsidR="00983E2B" w:rsidRDefault="00983E2B">
            <w:r>
              <w:rPr>
                <w:sz w:val="18"/>
              </w:rPr>
              <w:t>Center 1</w:t>
            </w:r>
          </w:p>
        </w:tc>
        <w:tc>
          <w:tcPr>
            <w:tcW w:w="1261" w:type="dxa"/>
          </w:tcPr>
          <w:p w14:paraId="10BD7C25" w14:textId="77777777" w:rsidR="00983E2B" w:rsidRDefault="00983E2B">
            <w:r>
              <w:rPr>
                <w:sz w:val="18"/>
              </w:rPr>
              <w:t>GPT-4o</w:t>
            </w:r>
          </w:p>
        </w:tc>
        <w:tc>
          <w:tcPr>
            <w:tcW w:w="1261" w:type="dxa"/>
          </w:tcPr>
          <w:p w14:paraId="50504B24" w14:textId="77777777" w:rsidR="00983E2B" w:rsidRDefault="00983E2B">
            <w:r>
              <w:rPr>
                <w:sz w:val="18"/>
              </w:rPr>
              <w:t>Reader 2</w:t>
            </w:r>
          </w:p>
        </w:tc>
        <w:tc>
          <w:tcPr>
            <w:tcW w:w="1248" w:type="dxa"/>
          </w:tcPr>
          <w:p w14:paraId="335F8AA8" w14:textId="77777777" w:rsidR="00983E2B" w:rsidRDefault="00983E2B">
            <w:r>
              <w:rPr>
                <w:sz w:val="18"/>
              </w:rPr>
              <w:t>15</w:t>
            </w:r>
          </w:p>
        </w:tc>
        <w:tc>
          <w:tcPr>
            <w:tcW w:w="981" w:type="dxa"/>
          </w:tcPr>
          <w:p w14:paraId="73571C0E" w14:textId="77777777" w:rsidR="00983E2B" w:rsidRDefault="00983E2B">
            <w:r>
              <w:rPr>
                <w:sz w:val="18"/>
              </w:rPr>
              <w:t>0</w:t>
            </w:r>
          </w:p>
        </w:tc>
        <w:tc>
          <w:tcPr>
            <w:tcW w:w="1791" w:type="dxa"/>
          </w:tcPr>
          <w:p w14:paraId="6FDC3ACC" w14:textId="77777777" w:rsidR="00983E2B" w:rsidRDefault="00983E2B">
            <w:r>
              <w:rPr>
                <w:sz w:val="18"/>
              </w:rPr>
              <w:t>0.778029</w:t>
            </w:r>
          </w:p>
        </w:tc>
        <w:tc>
          <w:tcPr>
            <w:tcW w:w="2036" w:type="dxa"/>
          </w:tcPr>
          <w:p w14:paraId="6EC88BBC" w14:textId="77777777" w:rsidR="00983E2B" w:rsidRDefault="00983E2B">
            <w:r>
              <w:rPr>
                <w:sz w:val="18"/>
              </w:rPr>
              <w:t>0</w:t>
            </w:r>
          </w:p>
        </w:tc>
        <w:tc>
          <w:tcPr>
            <w:tcW w:w="1035" w:type="dxa"/>
          </w:tcPr>
          <w:p w14:paraId="1EA58D3B" w14:textId="77777777" w:rsidR="00983E2B" w:rsidRDefault="00983E2B">
            <w:r>
              <w:rPr>
                <w:sz w:val="18"/>
              </w:rPr>
              <w:t>0.05</w:t>
            </w:r>
          </w:p>
        </w:tc>
        <w:tc>
          <w:tcPr>
            <w:tcW w:w="1239" w:type="dxa"/>
          </w:tcPr>
          <w:p w14:paraId="5027D37E" w14:textId="77777777" w:rsidR="00983E2B" w:rsidRDefault="00983E2B">
            <w:r>
              <w:rPr>
                <w:sz w:val="18"/>
              </w:rPr>
              <w:t>0.8</w:t>
            </w:r>
          </w:p>
        </w:tc>
      </w:tr>
      <w:tr w:rsidR="00983E2B" w14:paraId="722A69CF" w14:textId="77777777" w:rsidTr="00B436E5">
        <w:trPr>
          <w:jc w:val="center"/>
        </w:trPr>
        <w:tc>
          <w:tcPr>
            <w:tcW w:w="1303" w:type="dxa"/>
          </w:tcPr>
          <w:p w14:paraId="0B0E4154" w14:textId="77777777" w:rsidR="00983E2B" w:rsidRDefault="00983E2B">
            <w:r>
              <w:rPr>
                <w:sz w:val="18"/>
              </w:rPr>
              <w:t>Pancreas</w:t>
            </w:r>
          </w:p>
        </w:tc>
        <w:tc>
          <w:tcPr>
            <w:tcW w:w="1242" w:type="dxa"/>
          </w:tcPr>
          <w:p w14:paraId="3CECFBAC" w14:textId="77777777" w:rsidR="00983E2B" w:rsidRDefault="00983E2B">
            <w:r>
              <w:rPr>
                <w:sz w:val="18"/>
              </w:rPr>
              <w:t>Center 1</w:t>
            </w:r>
          </w:p>
        </w:tc>
        <w:tc>
          <w:tcPr>
            <w:tcW w:w="1261" w:type="dxa"/>
          </w:tcPr>
          <w:p w14:paraId="6A7FCC40" w14:textId="77777777" w:rsidR="00983E2B" w:rsidRDefault="00983E2B">
            <w:r>
              <w:rPr>
                <w:sz w:val="18"/>
              </w:rPr>
              <w:t>Reader 1</w:t>
            </w:r>
          </w:p>
        </w:tc>
        <w:tc>
          <w:tcPr>
            <w:tcW w:w="1261" w:type="dxa"/>
          </w:tcPr>
          <w:p w14:paraId="43CB9A20" w14:textId="77777777" w:rsidR="00983E2B" w:rsidRDefault="00983E2B">
            <w:r>
              <w:rPr>
                <w:sz w:val="18"/>
              </w:rPr>
              <w:t>Reader 2</w:t>
            </w:r>
          </w:p>
        </w:tc>
        <w:tc>
          <w:tcPr>
            <w:tcW w:w="1248" w:type="dxa"/>
          </w:tcPr>
          <w:p w14:paraId="74E4A686" w14:textId="77777777" w:rsidR="00983E2B" w:rsidRDefault="00983E2B">
            <w:r>
              <w:rPr>
                <w:sz w:val="18"/>
              </w:rPr>
              <w:t>15</w:t>
            </w:r>
          </w:p>
        </w:tc>
        <w:tc>
          <w:tcPr>
            <w:tcW w:w="981" w:type="dxa"/>
          </w:tcPr>
          <w:p w14:paraId="02D547E9" w14:textId="77777777" w:rsidR="00983E2B" w:rsidRDefault="00983E2B">
            <w:r>
              <w:rPr>
                <w:sz w:val="18"/>
              </w:rPr>
              <w:t>0.99043</w:t>
            </w:r>
          </w:p>
        </w:tc>
        <w:tc>
          <w:tcPr>
            <w:tcW w:w="1791" w:type="dxa"/>
          </w:tcPr>
          <w:p w14:paraId="4B347868" w14:textId="77777777" w:rsidR="00983E2B" w:rsidRDefault="00983E2B">
            <w:r>
              <w:rPr>
                <w:sz w:val="18"/>
              </w:rPr>
              <w:t>0.778029</w:t>
            </w:r>
          </w:p>
        </w:tc>
        <w:tc>
          <w:tcPr>
            <w:tcW w:w="2036" w:type="dxa"/>
          </w:tcPr>
          <w:p w14:paraId="36FC018E" w14:textId="77777777" w:rsidR="00983E2B" w:rsidRDefault="00983E2B">
            <w:r>
              <w:rPr>
                <w:sz w:val="18"/>
              </w:rPr>
              <w:t>0.770584</w:t>
            </w:r>
          </w:p>
        </w:tc>
        <w:tc>
          <w:tcPr>
            <w:tcW w:w="1035" w:type="dxa"/>
          </w:tcPr>
          <w:p w14:paraId="7CD471E9" w14:textId="77777777" w:rsidR="00983E2B" w:rsidRDefault="00983E2B">
            <w:r>
              <w:rPr>
                <w:sz w:val="18"/>
              </w:rPr>
              <w:t>0.05</w:t>
            </w:r>
          </w:p>
        </w:tc>
        <w:tc>
          <w:tcPr>
            <w:tcW w:w="1239" w:type="dxa"/>
          </w:tcPr>
          <w:p w14:paraId="7D22E2DD" w14:textId="77777777" w:rsidR="00983E2B" w:rsidRDefault="00983E2B">
            <w:r>
              <w:rPr>
                <w:sz w:val="18"/>
              </w:rPr>
              <w:t>0.8</w:t>
            </w:r>
          </w:p>
        </w:tc>
      </w:tr>
      <w:tr w:rsidR="00983E2B" w14:paraId="1C88A448" w14:textId="77777777" w:rsidTr="00B436E5">
        <w:trPr>
          <w:jc w:val="center"/>
        </w:trPr>
        <w:tc>
          <w:tcPr>
            <w:tcW w:w="1303" w:type="dxa"/>
          </w:tcPr>
          <w:p w14:paraId="602A2BD3" w14:textId="77777777" w:rsidR="00983E2B" w:rsidRDefault="00983E2B">
            <w:r>
              <w:rPr>
                <w:sz w:val="18"/>
              </w:rPr>
              <w:t>Pancreas</w:t>
            </w:r>
          </w:p>
        </w:tc>
        <w:tc>
          <w:tcPr>
            <w:tcW w:w="1242" w:type="dxa"/>
          </w:tcPr>
          <w:p w14:paraId="4CE020C8" w14:textId="77777777" w:rsidR="00983E2B" w:rsidRDefault="00983E2B">
            <w:r>
              <w:rPr>
                <w:sz w:val="18"/>
              </w:rPr>
              <w:t>Center 2</w:t>
            </w:r>
          </w:p>
        </w:tc>
        <w:tc>
          <w:tcPr>
            <w:tcW w:w="1261" w:type="dxa"/>
          </w:tcPr>
          <w:p w14:paraId="4D567E69" w14:textId="77777777" w:rsidR="00983E2B" w:rsidRDefault="00983E2B">
            <w:r>
              <w:rPr>
                <w:sz w:val="18"/>
              </w:rPr>
              <w:t>GPT-4o</w:t>
            </w:r>
          </w:p>
        </w:tc>
        <w:tc>
          <w:tcPr>
            <w:tcW w:w="1261" w:type="dxa"/>
          </w:tcPr>
          <w:p w14:paraId="0A3C4F40" w14:textId="77777777" w:rsidR="00983E2B" w:rsidRDefault="00983E2B">
            <w:r>
              <w:rPr>
                <w:sz w:val="18"/>
              </w:rPr>
              <w:t>Reader 1</w:t>
            </w:r>
          </w:p>
        </w:tc>
        <w:tc>
          <w:tcPr>
            <w:tcW w:w="1248" w:type="dxa"/>
          </w:tcPr>
          <w:p w14:paraId="46B8FA34" w14:textId="77777777" w:rsidR="00983E2B" w:rsidRDefault="00983E2B">
            <w:r>
              <w:rPr>
                <w:sz w:val="18"/>
              </w:rPr>
              <w:t>10</w:t>
            </w:r>
          </w:p>
        </w:tc>
        <w:tc>
          <w:tcPr>
            <w:tcW w:w="981" w:type="dxa"/>
          </w:tcPr>
          <w:p w14:paraId="41638052" w14:textId="77777777" w:rsidR="00983E2B" w:rsidRDefault="00983E2B">
            <w:r>
              <w:rPr>
                <w:sz w:val="18"/>
              </w:rPr>
              <w:t>2.213594</w:t>
            </w:r>
          </w:p>
        </w:tc>
        <w:tc>
          <w:tcPr>
            <w:tcW w:w="1791" w:type="dxa"/>
          </w:tcPr>
          <w:p w14:paraId="213EA50E" w14:textId="77777777" w:rsidR="00983E2B" w:rsidRDefault="00983E2B">
            <w:r>
              <w:rPr>
                <w:sz w:val="18"/>
              </w:rPr>
              <w:t>0.996004</w:t>
            </w:r>
          </w:p>
        </w:tc>
        <w:tc>
          <w:tcPr>
            <w:tcW w:w="2036" w:type="dxa"/>
          </w:tcPr>
          <w:p w14:paraId="7B4EC6B3" w14:textId="77777777" w:rsidR="00983E2B" w:rsidRDefault="00983E2B">
            <w:r>
              <w:rPr>
                <w:sz w:val="18"/>
              </w:rPr>
              <w:t>2.20475</w:t>
            </w:r>
          </w:p>
        </w:tc>
        <w:tc>
          <w:tcPr>
            <w:tcW w:w="1035" w:type="dxa"/>
          </w:tcPr>
          <w:p w14:paraId="1829BF36" w14:textId="77777777" w:rsidR="00983E2B" w:rsidRDefault="00983E2B">
            <w:r>
              <w:rPr>
                <w:sz w:val="18"/>
              </w:rPr>
              <w:t>0.05</w:t>
            </w:r>
          </w:p>
        </w:tc>
        <w:tc>
          <w:tcPr>
            <w:tcW w:w="1239" w:type="dxa"/>
          </w:tcPr>
          <w:p w14:paraId="1499299A" w14:textId="77777777" w:rsidR="00983E2B" w:rsidRDefault="00983E2B">
            <w:r>
              <w:rPr>
                <w:sz w:val="18"/>
              </w:rPr>
              <w:t>0.8</w:t>
            </w:r>
          </w:p>
        </w:tc>
      </w:tr>
      <w:tr w:rsidR="00983E2B" w14:paraId="1C6AA0DA" w14:textId="77777777" w:rsidTr="00B436E5">
        <w:trPr>
          <w:jc w:val="center"/>
        </w:trPr>
        <w:tc>
          <w:tcPr>
            <w:tcW w:w="1303" w:type="dxa"/>
          </w:tcPr>
          <w:p w14:paraId="411315E7" w14:textId="77777777" w:rsidR="00983E2B" w:rsidRDefault="00983E2B">
            <w:r>
              <w:rPr>
                <w:sz w:val="18"/>
              </w:rPr>
              <w:t>Pancreas</w:t>
            </w:r>
          </w:p>
        </w:tc>
        <w:tc>
          <w:tcPr>
            <w:tcW w:w="1242" w:type="dxa"/>
          </w:tcPr>
          <w:p w14:paraId="143C1E28" w14:textId="77777777" w:rsidR="00983E2B" w:rsidRDefault="00983E2B">
            <w:r>
              <w:rPr>
                <w:sz w:val="18"/>
              </w:rPr>
              <w:t>Center 2</w:t>
            </w:r>
          </w:p>
        </w:tc>
        <w:tc>
          <w:tcPr>
            <w:tcW w:w="1261" w:type="dxa"/>
          </w:tcPr>
          <w:p w14:paraId="615D92D6" w14:textId="77777777" w:rsidR="00983E2B" w:rsidRDefault="00983E2B">
            <w:r>
              <w:rPr>
                <w:sz w:val="18"/>
              </w:rPr>
              <w:t>GPT-4o</w:t>
            </w:r>
          </w:p>
        </w:tc>
        <w:tc>
          <w:tcPr>
            <w:tcW w:w="1261" w:type="dxa"/>
          </w:tcPr>
          <w:p w14:paraId="5DD6FF52" w14:textId="77777777" w:rsidR="00983E2B" w:rsidRDefault="00983E2B">
            <w:r>
              <w:rPr>
                <w:sz w:val="18"/>
              </w:rPr>
              <w:t>Reader 2</w:t>
            </w:r>
          </w:p>
        </w:tc>
        <w:tc>
          <w:tcPr>
            <w:tcW w:w="1248" w:type="dxa"/>
          </w:tcPr>
          <w:p w14:paraId="1C0DD5FE" w14:textId="77777777" w:rsidR="00983E2B" w:rsidRDefault="00983E2B">
            <w:r>
              <w:rPr>
                <w:sz w:val="18"/>
              </w:rPr>
              <w:t>10</w:t>
            </w:r>
          </w:p>
        </w:tc>
        <w:tc>
          <w:tcPr>
            <w:tcW w:w="981" w:type="dxa"/>
          </w:tcPr>
          <w:p w14:paraId="59D725A6" w14:textId="77777777" w:rsidR="00983E2B" w:rsidRDefault="00983E2B">
            <w:r>
              <w:rPr>
                <w:sz w:val="18"/>
              </w:rPr>
              <w:t>1.354006</w:t>
            </w:r>
          </w:p>
        </w:tc>
        <w:tc>
          <w:tcPr>
            <w:tcW w:w="1791" w:type="dxa"/>
          </w:tcPr>
          <w:p w14:paraId="2DCC29DF" w14:textId="77777777" w:rsidR="00983E2B" w:rsidRDefault="00983E2B">
            <w:r>
              <w:rPr>
                <w:sz w:val="18"/>
              </w:rPr>
              <w:t>0.996004</w:t>
            </w:r>
          </w:p>
        </w:tc>
        <w:tc>
          <w:tcPr>
            <w:tcW w:w="2036" w:type="dxa"/>
          </w:tcPr>
          <w:p w14:paraId="0C6F1E51" w14:textId="77777777" w:rsidR="00983E2B" w:rsidRDefault="00983E2B">
            <w:r>
              <w:rPr>
                <w:sz w:val="18"/>
              </w:rPr>
              <w:t>1.348596</w:t>
            </w:r>
          </w:p>
        </w:tc>
        <w:tc>
          <w:tcPr>
            <w:tcW w:w="1035" w:type="dxa"/>
          </w:tcPr>
          <w:p w14:paraId="1DEAB5C9" w14:textId="77777777" w:rsidR="00983E2B" w:rsidRDefault="00983E2B">
            <w:r>
              <w:rPr>
                <w:sz w:val="18"/>
              </w:rPr>
              <w:t>0.05</w:t>
            </w:r>
          </w:p>
        </w:tc>
        <w:tc>
          <w:tcPr>
            <w:tcW w:w="1239" w:type="dxa"/>
          </w:tcPr>
          <w:p w14:paraId="504CA7E0" w14:textId="77777777" w:rsidR="00983E2B" w:rsidRDefault="00983E2B">
            <w:r>
              <w:rPr>
                <w:sz w:val="18"/>
              </w:rPr>
              <w:t>0.8</w:t>
            </w:r>
          </w:p>
        </w:tc>
      </w:tr>
      <w:tr w:rsidR="00983E2B" w14:paraId="3DB5E4C9" w14:textId="77777777" w:rsidTr="00B436E5">
        <w:trPr>
          <w:jc w:val="center"/>
        </w:trPr>
        <w:tc>
          <w:tcPr>
            <w:tcW w:w="1303" w:type="dxa"/>
          </w:tcPr>
          <w:p w14:paraId="41A98C3C" w14:textId="77777777" w:rsidR="00983E2B" w:rsidRDefault="00983E2B">
            <w:r>
              <w:rPr>
                <w:sz w:val="18"/>
              </w:rPr>
              <w:t>Pancreas</w:t>
            </w:r>
          </w:p>
        </w:tc>
        <w:tc>
          <w:tcPr>
            <w:tcW w:w="1242" w:type="dxa"/>
          </w:tcPr>
          <w:p w14:paraId="2075A6C0" w14:textId="77777777" w:rsidR="00983E2B" w:rsidRDefault="00983E2B">
            <w:r>
              <w:rPr>
                <w:sz w:val="18"/>
              </w:rPr>
              <w:t>Center 2</w:t>
            </w:r>
          </w:p>
        </w:tc>
        <w:tc>
          <w:tcPr>
            <w:tcW w:w="1261" w:type="dxa"/>
          </w:tcPr>
          <w:p w14:paraId="5C8ADC21" w14:textId="77777777" w:rsidR="00983E2B" w:rsidRDefault="00983E2B">
            <w:r>
              <w:rPr>
                <w:sz w:val="18"/>
              </w:rPr>
              <w:t>Reader 1</w:t>
            </w:r>
          </w:p>
        </w:tc>
        <w:tc>
          <w:tcPr>
            <w:tcW w:w="1261" w:type="dxa"/>
          </w:tcPr>
          <w:p w14:paraId="562BC9A9" w14:textId="77777777" w:rsidR="00983E2B" w:rsidRDefault="00983E2B">
            <w:r>
              <w:rPr>
                <w:sz w:val="18"/>
              </w:rPr>
              <w:t>Reader 2</w:t>
            </w:r>
          </w:p>
        </w:tc>
        <w:tc>
          <w:tcPr>
            <w:tcW w:w="1248" w:type="dxa"/>
          </w:tcPr>
          <w:p w14:paraId="68E432E8" w14:textId="77777777" w:rsidR="00983E2B" w:rsidRDefault="00983E2B">
            <w:r>
              <w:rPr>
                <w:sz w:val="18"/>
              </w:rPr>
              <w:t>10</w:t>
            </w:r>
          </w:p>
        </w:tc>
        <w:tc>
          <w:tcPr>
            <w:tcW w:w="981" w:type="dxa"/>
          </w:tcPr>
          <w:p w14:paraId="1581D84F" w14:textId="77777777" w:rsidR="00983E2B" w:rsidRDefault="00983E2B">
            <w:r>
              <w:rPr>
                <w:sz w:val="18"/>
              </w:rPr>
              <w:t>2.097618</w:t>
            </w:r>
          </w:p>
        </w:tc>
        <w:tc>
          <w:tcPr>
            <w:tcW w:w="1791" w:type="dxa"/>
          </w:tcPr>
          <w:p w14:paraId="31540300" w14:textId="77777777" w:rsidR="00983E2B" w:rsidRDefault="00983E2B">
            <w:r>
              <w:rPr>
                <w:sz w:val="18"/>
              </w:rPr>
              <w:t>0.996004</w:t>
            </w:r>
          </w:p>
        </w:tc>
        <w:tc>
          <w:tcPr>
            <w:tcW w:w="2036" w:type="dxa"/>
          </w:tcPr>
          <w:p w14:paraId="7F03E898" w14:textId="77777777" w:rsidR="00983E2B" w:rsidRDefault="00983E2B">
            <w:r>
              <w:rPr>
                <w:sz w:val="18"/>
              </w:rPr>
              <w:t>2.089236</w:t>
            </w:r>
          </w:p>
        </w:tc>
        <w:tc>
          <w:tcPr>
            <w:tcW w:w="1035" w:type="dxa"/>
          </w:tcPr>
          <w:p w14:paraId="53FF0801" w14:textId="77777777" w:rsidR="00983E2B" w:rsidRDefault="00983E2B">
            <w:r>
              <w:rPr>
                <w:sz w:val="18"/>
              </w:rPr>
              <w:t>0.05</w:t>
            </w:r>
          </w:p>
        </w:tc>
        <w:tc>
          <w:tcPr>
            <w:tcW w:w="1239" w:type="dxa"/>
          </w:tcPr>
          <w:p w14:paraId="79E2E0B5" w14:textId="77777777" w:rsidR="00983E2B" w:rsidRDefault="00983E2B">
            <w:r>
              <w:rPr>
                <w:sz w:val="18"/>
              </w:rPr>
              <w:t>0.8</w:t>
            </w:r>
          </w:p>
        </w:tc>
      </w:tr>
    </w:tbl>
    <w:p w14:paraId="64E84A30" w14:textId="77777777" w:rsidR="0047712D" w:rsidRDefault="0047712D" w:rsidP="0047712D">
      <w:pPr>
        <w:ind w:left="426"/>
        <w:rPr>
          <w:bCs/>
          <w:sz w:val="20"/>
          <w:szCs w:val="20"/>
        </w:rPr>
      </w:pPr>
    </w:p>
    <w:p w14:paraId="4E574135" w14:textId="2D1F6135" w:rsidR="0047712D" w:rsidRPr="0047712D" w:rsidRDefault="001A5367" w:rsidP="0047712D">
      <w:pPr>
        <w:ind w:left="426"/>
        <w:rPr>
          <w:bCs/>
          <w:sz w:val="20"/>
          <w:szCs w:val="20"/>
        </w:rPr>
      </w:pPr>
      <w:r w:rsidRPr="001A5367">
        <w:rPr>
          <w:b/>
          <w:sz w:val="20"/>
          <w:szCs w:val="20"/>
        </w:rPr>
        <w:t xml:space="preserve">Supplementary </w:t>
      </w:r>
      <w:r w:rsidR="0047712D" w:rsidRPr="001A5367">
        <w:rPr>
          <w:b/>
          <w:sz w:val="20"/>
          <w:szCs w:val="20"/>
        </w:rPr>
        <w:t>Table 1</w:t>
      </w:r>
      <w:r>
        <w:rPr>
          <w:bCs/>
          <w:sz w:val="20"/>
          <w:szCs w:val="20"/>
        </w:rPr>
        <w:t xml:space="preserve">. </w:t>
      </w:r>
      <w:r w:rsidR="00B436E5" w:rsidRPr="0047712D">
        <w:rPr>
          <w:bCs/>
          <w:sz w:val="20"/>
          <w:szCs w:val="20"/>
        </w:rPr>
        <w:t>M</w:t>
      </w:r>
      <w:r w:rsidR="0047712D" w:rsidRPr="0047712D">
        <w:rPr>
          <w:bCs/>
          <w:sz w:val="20"/>
          <w:szCs w:val="20"/>
        </w:rPr>
        <w:t>inimum detectable effect</w:t>
      </w:r>
      <w:r w:rsidR="00B436E5" w:rsidRPr="0047712D">
        <w:rPr>
          <w:bCs/>
          <w:sz w:val="20"/>
          <w:szCs w:val="20"/>
        </w:rPr>
        <w:t xml:space="preserve"> by </w:t>
      </w:r>
      <w:r w:rsidR="0047712D" w:rsidRPr="0047712D">
        <w:rPr>
          <w:bCs/>
          <w:sz w:val="20"/>
          <w:szCs w:val="20"/>
        </w:rPr>
        <w:t>e</w:t>
      </w:r>
      <w:r w:rsidR="00B436E5" w:rsidRPr="0047712D">
        <w:rPr>
          <w:bCs/>
          <w:sz w:val="20"/>
          <w:szCs w:val="20"/>
        </w:rPr>
        <w:t xml:space="preserve">xam and </w:t>
      </w:r>
      <w:r w:rsidR="0047712D" w:rsidRPr="0047712D">
        <w:rPr>
          <w:bCs/>
          <w:sz w:val="20"/>
          <w:szCs w:val="20"/>
        </w:rPr>
        <w:t>c</w:t>
      </w:r>
      <w:r w:rsidR="00B436E5" w:rsidRPr="0047712D">
        <w:rPr>
          <w:bCs/>
          <w:sz w:val="20"/>
          <w:szCs w:val="20"/>
        </w:rPr>
        <w:t>enter.</w:t>
      </w:r>
    </w:p>
    <w:p w14:paraId="34398009" w14:textId="4F8E9BAC" w:rsidR="00F65847" w:rsidRPr="0047712D" w:rsidRDefault="0047712D" w:rsidP="0047712D">
      <w:pPr>
        <w:ind w:left="426"/>
        <w:rPr>
          <w:bCs/>
          <w:i/>
          <w:iCs/>
        </w:rPr>
      </w:pPr>
      <w:r w:rsidRPr="0047712D">
        <w:rPr>
          <w:bCs/>
          <w:i/>
          <w:iCs/>
          <w:sz w:val="20"/>
          <w:szCs w:val="20"/>
        </w:rPr>
        <w:t>Legend: MDE = minimum detectable effect; SD = standard deviation</w:t>
      </w:r>
      <w:r w:rsidRPr="0047712D">
        <w:rPr>
          <w:bCs/>
          <w:i/>
          <w:iCs/>
        </w:rPr>
        <w:t xml:space="preserve"> </w:t>
      </w:r>
      <w:r w:rsidRPr="0047712D">
        <w:rPr>
          <w:bCs/>
          <w:i/>
          <w:iCs/>
        </w:rPr>
        <w:br w:type="page"/>
      </w:r>
    </w:p>
    <w:p w14:paraId="1CF19AE9" w14:textId="1F08FA8D" w:rsidR="00F65847" w:rsidRDefault="00F65847"/>
    <w:tbl>
      <w:tblPr>
        <w:tblStyle w:val="Tabellenraster"/>
        <w:tblW w:w="0" w:type="auto"/>
        <w:jc w:val="center"/>
        <w:tblLook w:val="04A0" w:firstRow="1" w:lastRow="0" w:firstColumn="1" w:lastColumn="0" w:noHBand="0" w:noVBand="1"/>
      </w:tblPr>
      <w:tblGrid>
        <w:gridCol w:w="1409"/>
        <w:gridCol w:w="1414"/>
        <w:gridCol w:w="1414"/>
        <w:gridCol w:w="1409"/>
        <w:gridCol w:w="1125"/>
        <w:gridCol w:w="1799"/>
        <w:gridCol w:w="2028"/>
        <w:gridCol w:w="1214"/>
        <w:gridCol w:w="1406"/>
      </w:tblGrid>
      <w:tr w:rsidR="002F4887" w14:paraId="686A12F5" w14:textId="77777777" w:rsidTr="005D764E">
        <w:trPr>
          <w:jc w:val="center"/>
        </w:trPr>
        <w:tc>
          <w:tcPr>
            <w:tcW w:w="1409" w:type="dxa"/>
            <w:shd w:val="clear" w:color="auto" w:fill="D9D9D9"/>
          </w:tcPr>
          <w:p w14:paraId="7BD0949D" w14:textId="77777777" w:rsidR="002F4887" w:rsidRDefault="002F4887" w:rsidP="005D764E">
            <w:r>
              <w:rPr>
                <w:b/>
                <w:sz w:val="18"/>
              </w:rPr>
              <w:t>Overall</w:t>
            </w:r>
          </w:p>
        </w:tc>
        <w:tc>
          <w:tcPr>
            <w:tcW w:w="1414" w:type="dxa"/>
            <w:shd w:val="clear" w:color="auto" w:fill="D9D9D9"/>
          </w:tcPr>
          <w:p w14:paraId="0BE23F2D" w14:textId="01582584" w:rsidR="002F4887" w:rsidRDefault="002F4887" w:rsidP="005D764E">
            <w:r>
              <w:rPr>
                <w:b/>
                <w:sz w:val="18"/>
              </w:rPr>
              <w:t>Subject 1</w:t>
            </w:r>
          </w:p>
        </w:tc>
        <w:tc>
          <w:tcPr>
            <w:tcW w:w="1414" w:type="dxa"/>
            <w:shd w:val="clear" w:color="auto" w:fill="D9D9D9"/>
          </w:tcPr>
          <w:p w14:paraId="019E69CF" w14:textId="037B979B" w:rsidR="002F4887" w:rsidRDefault="002F4887" w:rsidP="005D764E">
            <w:r>
              <w:rPr>
                <w:b/>
                <w:sz w:val="18"/>
              </w:rPr>
              <w:t>Subject 2</w:t>
            </w:r>
          </w:p>
        </w:tc>
        <w:tc>
          <w:tcPr>
            <w:tcW w:w="1409" w:type="dxa"/>
            <w:shd w:val="clear" w:color="auto" w:fill="D9D9D9"/>
          </w:tcPr>
          <w:p w14:paraId="354DD01D" w14:textId="6F482FFF" w:rsidR="002F4887" w:rsidRDefault="002F4887" w:rsidP="005D764E">
            <w:r>
              <w:rPr>
                <w:b/>
                <w:sz w:val="18"/>
              </w:rPr>
              <w:t>N pairs</w:t>
            </w:r>
          </w:p>
        </w:tc>
        <w:tc>
          <w:tcPr>
            <w:tcW w:w="1125" w:type="dxa"/>
            <w:shd w:val="clear" w:color="auto" w:fill="D9D9D9"/>
          </w:tcPr>
          <w:p w14:paraId="0535BEEF" w14:textId="4F9F0C22" w:rsidR="002F4887" w:rsidRDefault="002F4887" w:rsidP="005D764E">
            <w:r>
              <w:rPr>
                <w:b/>
                <w:sz w:val="18"/>
              </w:rPr>
              <w:t>SD diff.</w:t>
            </w:r>
          </w:p>
        </w:tc>
        <w:tc>
          <w:tcPr>
            <w:tcW w:w="1799" w:type="dxa"/>
            <w:shd w:val="clear" w:color="auto" w:fill="D9D9D9"/>
          </w:tcPr>
          <w:p w14:paraId="79EA7FFE" w14:textId="0C27680A" w:rsidR="002F4887" w:rsidRDefault="002F4887" w:rsidP="005D764E">
            <w:r>
              <w:rPr>
                <w:b/>
                <w:sz w:val="18"/>
              </w:rPr>
              <w:t xml:space="preserve">MDE (Cohen`s </w:t>
            </w:r>
            <w:proofErr w:type="spellStart"/>
            <w:r>
              <w:rPr>
                <w:b/>
                <w:sz w:val="18"/>
              </w:rPr>
              <w:t>d</w:t>
            </w:r>
            <w:r w:rsidR="00A26D1B">
              <w:rPr>
                <w:b/>
                <w:sz w:val="18"/>
                <w:vertAlign w:val="subscript"/>
              </w:rPr>
              <w:t>z</w:t>
            </w:r>
            <w:proofErr w:type="spellEnd"/>
            <w:r>
              <w:rPr>
                <w:b/>
                <w:sz w:val="18"/>
              </w:rPr>
              <w:t>)</w:t>
            </w:r>
          </w:p>
        </w:tc>
        <w:tc>
          <w:tcPr>
            <w:tcW w:w="2028" w:type="dxa"/>
            <w:shd w:val="clear" w:color="auto" w:fill="D9D9D9"/>
          </w:tcPr>
          <w:p w14:paraId="343D3F6E" w14:textId="41BCE14A" w:rsidR="002F4887" w:rsidRDefault="002F4887" w:rsidP="005D764E">
            <w:r>
              <w:rPr>
                <w:b/>
                <w:sz w:val="18"/>
              </w:rPr>
              <w:t>MDE (quality points)</w:t>
            </w:r>
          </w:p>
        </w:tc>
        <w:tc>
          <w:tcPr>
            <w:tcW w:w="1214" w:type="dxa"/>
            <w:shd w:val="clear" w:color="auto" w:fill="D9D9D9"/>
          </w:tcPr>
          <w:p w14:paraId="2CB71C7B" w14:textId="6BE20689" w:rsidR="002F4887" w:rsidRDefault="002F4887" w:rsidP="005D764E">
            <w:r>
              <w:rPr>
                <w:b/>
                <w:sz w:val="18"/>
              </w:rPr>
              <w:t>alpha</w:t>
            </w:r>
          </w:p>
        </w:tc>
        <w:tc>
          <w:tcPr>
            <w:tcW w:w="1406" w:type="dxa"/>
            <w:shd w:val="clear" w:color="auto" w:fill="D9D9D9"/>
          </w:tcPr>
          <w:p w14:paraId="07CC5309" w14:textId="7C0731F2" w:rsidR="002F4887" w:rsidRDefault="002F4887" w:rsidP="005D764E">
            <w:r>
              <w:rPr>
                <w:b/>
                <w:sz w:val="18"/>
              </w:rPr>
              <w:t>power</w:t>
            </w:r>
          </w:p>
        </w:tc>
      </w:tr>
      <w:tr w:rsidR="002F4887" w14:paraId="2477EF92" w14:textId="77777777" w:rsidTr="005D764E">
        <w:trPr>
          <w:jc w:val="center"/>
        </w:trPr>
        <w:tc>
          <w:tcPr>
            <w:tcW w:w="1409" w:type="dxa"/>
          </w:tcPr>
          <w:p w14:paraId="48662795" w14:textId="77777777" w:rsidR="002F4887" w:rsidRDefault="002F4887" w:rsidP="005D764E">
            <w:r>
              <w:rPr>
                <w:sz w:val="18"/>
              </w:rPr>
              <w:t>All</w:t>
            </w:r>
          </w:p>
        </w:tc>
        <w:tc>
          <w:tcPr>
            <w:tcW w:w="1414" w:type="dxa"/>
          </w:tcPr>
          <w:p w14:paraId="12094C29" w14:textId="77777777" w:rsidR="002F4887" w:rsidRDefault="002F4887" w:rsidP="005D764E">
            <w:r>
              <w:rPr>
                <w:sz w:val="18"/>
              </w:rPr>
              <w:t>GPT-4o</w:t>
            </w:r>
          </w:p>
        </w:tc>
        <w:tc>
          <w:tcPr>
            <w:tcW w:w="1414" w:type="dxa"/>
          </w:tcPr>
          <w:p w14:paraId="09BB69E2" w14:textId="77777777" w:rsidR="002F4887" w:rsidRDefault="002F4887" w:rsidP="005D764E">
            <w:r>
              <w:rPr>
                <w:sz w:val="18"/>
              </w:rPr>
              <w:t>Reader 1</w:t>
            </w:r>
          </w:p>
        </w:tc>
        <w:tc>
          <w:tcPr>
            <w:tcW w:w="1409" w:type="dxa"/>
          </w:tcPr>
          <w:p w14:paraId="75D9C449" w14:textId="77777777" w:rsidR="002F4887" w:rsidRDefault="002F4887" w:rsidP="005D764E">
            <w:r>
              <w:rPr>
                <w:sz w:val="18"/>
              </w:rPr>
              <w:t>100</w:t>
            </w:r>
          </w:p>
        </w:tc>
        <w:tc>
          <w:tcPr>
            <w:tcW w:w="1125" w:type="dxa"/>
          </w:tcPr>
          <w:p w14:paraId="3E4C25C5" w14:textId="77777777" w:rsidR="002F4887" w:rsidRDefault="002F4887" w:rsidP="005D764E">
            <w:r>
              <w:rPr>
                <w:sz w:val="18"/>
              </w:rPr>
              <w:t>1.450148</w:t>
            </w:r>
          </w:p>
        </w:tc>
        <w:tc>
          <w:tcPr>
            <w:tcW w:w="1799" w:type="dxa"/>
          </w:tcPr>
          <w:p w14:paraId="0A51DD26" w14:textId="77777777" w:rsidR="002F4887" w:rsidRDefault="002F4887" w:rsidP="005D764E">
            <w:r>
              <w:rPr>
                <w:sz w:val="18"/>
              </w:rPr>
              <w:t>0.282901</w:t>
            </w:r>
          </w:p>
        </w:tc>
        <w:tc>
          <w:tcPr>
            <w:tcW w:w="2028" w:type="dxa"/>
          </w:tcPr>
          <w:p w14:paraId="019DA179" w14:textId="77777777" w:rsidR="002F4887" w:rsidRDefault="002F4887" w:rsidP="005D764E">
            <w:r>
              <w:rPr>
                <w:sz w:val="18"/>
              </w:rPr>
              <w:t>0.410248</w:t>
            </w:r>
          </w:p>
        </w:tc>
        <w:tc>
          <w:tcPr>
            <w:tcW w:w="1214" w:type="dxa"/>
          </w:tcPr>
          <w:p w14:paraId="174847F2" w14:textId="77777777" w:rsidR="002F4887" w:rsidRDefault="002F4887" w:rsidP="005D764E">
            <w:r>
              <w:rPr>
                <w:sz w:val="18"/>
              </w:rPr>
              <w:t>0.05</w:t>
            </w:r>
          </w:p>
        </w:tc>
        <w:tc>
          <w:tcPr>
            <w:tcW w:w="1406" w:type="dxa"/>
          </w:tcPr>
          <w:p w14:paraId="4AFCD01A" w14:textId="77777777" w:rsidR="002F4887" w:rsidRDefault="002F4887" w:rsidP="005D764E">
            <w:r>
              <w:rPr>
                <w:sz w:val="18"/>
              </w:rPr>
              <w:t>0.8</w:t>
            </w:r>
          </w:p>
        </w:tc>
      </w:tr>
      <w:tr w:rsidR="002F4887" w14:paraId="3066A574" w14:textId="77777777" w:rsidTr="005D764E">
        <w:trPr>
          <w:jc w:val="center"/>
        </w:trPr>
        <w:tc>
          <w:tcPr>
            <w:tcW w:w="1409" w:type="dxa"/>
          </w:tcPr>
          <w:p w14:paraId="282E6AD0" w14:textId="77777777" w:rsidR="002F4887" w:rsidRDefault="002F4887" w:rsidP="005D764E">
            <w:r>
              <w:rPr>
                <w:sz w:val="18"/>
              </w:rPr>
              <w:t>All</w:t>
            </w:r>
          </w:p>
        </w:tc>
        <w:tc>
          <w:tcPr>
            <w:tcW w:w="1414" w:type="dxa"/>
          </w:tcPr>
          <w:p w14:paraId="17C47EF0" w14:textId="77777777" w:rsidR="002F4887" w:rsidRDefault="002F4887" w:rsidP="005D764E">
            <w:r>
              <w:rPr>
                <w:sz w:val="18"/>
              </w:rPr>
              <w:t>GPT-4o</w:t>
            </w:r>
          </w:p>
        </w:tc>
        <w:tc>
          <w:tcPr>
            <w:tcW w:w="1414" w:type="dxa"/>
          </w:tcPr>
          <w:p w14:paraId="68467AB4" w14:textId="77777777" w:rsidR="002F4887" w:rsidRDefault="002F4887" w:rsidP="005D764E">
            <w:r>
              <w:rPr>
                <w:sz w:val="18"/>
              </w:rPr>
              <w:t>Reader 2</w:t>
            </w:r>
          </w:p>
        </w:tc>
        <w:tc>
          <w:tcPr>
            <w:tcW w:w="1409" w:type="dxa"/>
          </w:tcPr>
          <w:p w14:paraId="72DE2A19" w14:textId="77777777" w:rsidR="002F4887" w:rsidRDefault="002F4887" w:rsidP="005D764E">
            <w:r>
              <w:rPr>
                <w:sz w:val="18"/>
              </w:rPr>
              <w:t>100</w:t>
            </w:r>
          </w:p>
        </w:tc>
        <w:tc>
          <w:tcPr>
            <w:tcW w:w="1125" w:type="dxa"/>
          </w:tcPr>
          <w:p w14:paraId="5001F1B3" w14:textId="77777777" w:rsidR="002F4887" w:rsidRDefault="002F4887" w:rsidP="005D764E">
            <w:r>
              <w:rPr>
                <w:sz w:val="18"/>
              </w:rPr>
              <w:t>1.326345</w:t>
            </w:r>
          </w:p>
        </w:tc>
        <w:tc>
          <w:tcPr>
            <w:tcW w:w="1799" w:type="dxa"/>
          </w:tcPr>
          <w:p w14:paraId="75A23A2A" w14:textId="77777777" w:rsidR="002F4887" w:rsidRDefault="002F4887" w:rsidP="005D764E">
            <w:r>
              <w:rPr>
                <w:sz w:val="18"/>
              </w:rPr>
              <w:t>0.282901</w:t>
            </w:r>
          </w:p>
        </w:tc>
        <w:tc>
          <w:tcPr>
            <w:tcW w:w="2028" w:type="dxa"/>
          </w:tcPr>
          <w:p w14:paraId="6B9E4ACD" w14:textId="77777777" w:rsidR="002F4887" w:rsidRDefault="002F4887" w:rsidP="005D764E">
            <w:r>
              <w:rPr>
                <w:sz w:val="18"/>
              </w:rPr>
              <w:t>0.375224</w:t>
            </w:r>
          </w:p>
        </w:tc>
        <w:tc>
          <w:tcPr>
            <w:tcW w:w="1214" w:type="dxa"/>
          </w:tcPr>
          <w:p w14:paraId="32A889E4" w14:textId="77777777" w:rsidR="002F4887" w:rsidRDefault="002F4887" w:rsidP="005D764E">
            <w:r>
              <w:rPr>
                <w:sz w:val="18"/>
              </w:rPr>
              <w:t>0.05</w:t>
            </w:r>
          </w:p>
        </w:tc>
        <w:tc>
          <w:tcPr>
            <w:tcW w:w="1406" w:type="dxa"/>
          </w:tcPr>
          <w:p w14:paraId="06BECD91" w14:textId="77777777" w:rsidR="002F4887" w:rsidRDefault="002F4887" w:rsidP="005D764E">
            <w:r>
              <w:rPr>
                <w:sz w:val="18"/>
              </w:rPr>
              <w:t>0.8</w:t>
            </w:r>
          </w:p>
        </w:tc>
      </w:tr>
      <w:tr w:rsidR="002F4887" w14:paraId="6ED27307" w14:textId="77777777" w:rsidTr="005D764E">
        <w:trPr>
          <w:jc w:val="center"/>
        </w:trPr>
        <w:tc>
          <w:tcPr>
            <w:tcW w:w="1409" w:type="dxa"/>
          </w:tcPr>
          <w:p w14:paraId="6CE60E7B" w14:textId="77777777" w:rsidR="002F4887" w:rsidRDefault="002F4887" w:rsidP="005D764E">
            <w:r>
              <w:rPr>
                <w:sz w:val="18"/>
              </w:rPr>
              <w:t>All</w:t>
            </w:r>
          </w:p>
        </w:tc>
        <w:tc>
          <w:tcPr>
            <w:tcW w:w="1414" w:type="dxa"/>
          </w:tcPr>
          <w:p w14:paraId="50C67F7E" w14:textId="77777777" w:rsidR="002F4887" w:rsidRDefault="002F4887" w:rsidP="005D764E">
            <w:r>
              <w:rPr>
                <w:sz w:val="18"/>
              </w:rPr>
              <w:t>Reader 1</w:t>
            </w:r>
          </w:p>
        </w:tc>
        <w:tc>
          <w:tcPr>
            <w:tcW w:w="1414" w:type="dxa"/>
          </w:tcPr>
          <w:p w14:paraId="6A15D385" w14:textId="77777777" w:rsidR="002F4887" w:rsidRDefault="002F4887" w:rsidP="005D764E">
            <w:r>
              <w:rPr>
                <w:sz w:val="18"/>
              </w:rPr>
              <w:t>Reader 2</w:t>
            </w:r>
          </w:p>
        </w:tc>
        <w:tc>
          <w:tcPr>
            <w:tcW w:w="1409" w:type="dxa"/>
          </w:tcPr>
          <w:p w14:paraId="626091D8" w14:textId="77777777" w:rsidR="002F4887" w:rsidRDefault="002F4887" w:rsidP="005D764E">
            <w:r>
              <w:rPr>
                <w:sz w:val="18"/>
              </w:rPr>
              <w:t>100</w:t>
            </w:r>
          </w:p>
        </w:tc>
        <w:tc>
          <w:tcPr>
            <w:tcW w:w="1125" w:type="dxa"/>
          </w:tcPr>
          <w:p w14:paraId="2DC80754" w14:textId="77777777" w:rsidR="002F4887" w:rsidRDefault="002F4887" w:rsidP="005D764E">
            <w:r>
              <w:rPr>
                <w:sz w:val="18"/>
              </w:rPr>
              <w:t>1.580787</w:t>
            </w:r>
          </w:p>
        </w:tc>
        <w:tc>
          <w:tcPr>
            <w:tcW w:w="1799" w:type="dxa"/>
          </w:tcPr>
          <w:p w14:paraId="6DCDDEA8" w14:textId="77777777" w:rsidR="002F4887" w:rsidRDefault="002F4887" w:rsidP="005D764E">
            <w:r>
              <w:rPr>
                <w:sz w:val="18"/>
              </w:rPr>
              <w:t>0.282901</w:t>
            </w:r>
          </w:p>
        </w:tc>
        <w:tc>
          <w:tcPr>
            <w:tcW w:w="2028" w:type="dxa"/>
          </w:tcPr>
          <w:p w14:paraId="0DE3B544" w14:textId="77777777" w:rsidR="002F4887" w:rsidRDefault="002F4887" w:rsidP="005D764E">
            <w:r>
              <w:rPr>
                <w:sz w:val="18"/>
              </w:rPr>
              <w:t>0.447206</w:t>
            </w:r>
          </w:p>
        </w:tc>
        <w:tc>
          <w:tcPr>
            <w:tcW w:w="1214" w:type="dxa"/>
          </w:tcPr>
          <w:p w14:paraId="73ADAA45" w14:textId="77777777" w:rsidR="002F4887" w:rsidRDefault="002F4887" w:rsidP="005D764E">
            <w:r>
              <w:rPr>
                <w:sz w:val="18"/>
              </w:rPr>
              <w:t>0.05</w:t>
            </w:r>
          </w:p>
        </w:tc>
        <w:tc>
          <w:tcPr>
            <w:tcW w:w="1406" w:type="dxa"/>
          </w:tcPr>
          <w:p w14:paraId="686A1E96" w14:textId="77777777" w:rsidR="002F4887" w:rsidRDefault="002F4887" w:rsidP="005D764E">
            <w:r>
              <w:rPr>
                <w:sz w:val="18"/>
              </w:rPr>
              <w:t>0.8</w:t>
            </w:r>
          </w:p>
        </w:tc>
      </w:tr>
    </w:tbl>
    <w:p w14:paraId="1A93B421" w14:textId="77777777" w:rsidR="00F65847" w:rsidRDefault="00F65847"/>
    <w:p w14:paraId="6FAD0E86" w14:textId="138A3214" w:rsidR="00AD6E52" w:rsidRPr="0047712D" w:rsidRDefault="00AD6E52" w:rsidP="00630262">
      <w:pPr>
        <w:ind w:left="284" w:firstLine="283"/>
        <w:rPr>
          <w:bCs/>
          <w:sz w:val="20"/>
          <w:szCs w:val="20"/>
        </w:rPr>
      </w:pPr>
      <w:r w:rsidRPr="001A5367">
        <w:rPr>
          <w:b/>
          <w:sz w:val="20"/>
          <w:szCs w:val="20"/>
        </w:rPr>
        <w:t xml:space="preserve">Supplementary Table </w:t>
      </w:r>
      <w:r>
        <w:rPr>
          <w:b/>
          <w:sz w:val="20"/>
          <w:szCs w:val="20"/>
        </w:rPr>
        <w:t>2</w:t>
      </w:r>
      <w:r>
        <w:rPr>
          <w:bCs/>
          <w:sz w:val="20"/>
          <w:szCs w:val="20"/>
        </w:rPr>
        <w:t xml:space="preserve">. </w:t>
      </w:r>
      <w:r w:rsidRPr="0047712D">
        <w:rPr>
          <w:bCs/>
          <w:sz w:val="20"/>
          <w:szCs w:val="20"/>
        </w:rPr>
        <w:t xml:space="preserve">Minimum detectable effect </w:t>
      </w:r>
      <w:r>
        <w:rPr>
          <w:bCs/>
          <w:sz w:val="20"/>
          <w:szCs w:val="20"/>
        </w:rPr>
        <w:t>overall.</w:t>
      </w:r>
    </w:p>
    <w:p w14:paraId="2F720EB6" w14:textId="5D131D8B" w:rsidR="00F65847" w:rsidRDefault="00AD6E52" w:rsidP="00630262">
      <w:pPr>
        <w:ind w:left="284" w:firstLine="283"/>
      </w:pPr>
      <w:r w:rsidRPr="0047712D">
        <w:rPr>
          <w:bCs/>
          <w:i/>
          <w:iCs/>
          <w:sz w:val="20"/>
          <w:szCs w:val="20"/>
        </w:rPr>
        <w:t>Legend: MDE = minimum detectable effect; SD = standard deviation</w:t>
      </w:r>
      <w:r w:rsidRPr="0047712D">
        <w:rPr>
          <w:bCs/>
          <w:i/>
          <w:iCs/>
        </w:rPr>
        <w:t xml:space="preserve"> </w:t>
      </w:r>
      <w:r>
        <w:br w:type="page"/>
      </w:r>
    </w:p>
    <w:p w14:paraId="45AB22D9" w14:textId="5895417C" w:rsidR="00F65847" w:rsidRDefault="00F65847"/>
    <w:tbl>
      <w:tblPr>
        <w:tblStyle w:val="Tabellenraster"/>
        <w:tblW w:w="0" w:type="auto"/>
        <w:jc w:val="center"/>
        <w:tblLook w:val="04A0" w:firstRow="1" w:lastRow="0" w:firstColumn="1" w:lastColumn="0" w:noHBand="0" w:noVBand="1"/>
      </w:tblPr>
      <w:tblGrid>
        <w:gridCol w:w="1408"/>
        <w:gridCol w:w="1414"/>
        <w:gridCol w:w="1414"/>
        <w:gridCol w:w="1409"/>
        <w:gridCol w:w="1126"/>
        <w:gridCol w:w="1798"/>
        <w:gridCol w:w="2029"/>
        <w:gridCol w:w="1214"/>
        <w:gridCol w:w="1406"/>
      </w:tblGrid>
      <w:tr w:rsidR="00630262" w14:paraId="7CE801D6" w14:textId="77777777" w:rsidTr="005D764E">
        <w:trPr>
          <w:jc w:val="center"/>
        </w:trPr>
        <w:tc>
          <w:tcPr>
            <w:tcW w:w="1408" w:type="dxa"/>
            <w:shd w:val="clear" w:color="auto" w:fill="D9D9D9"/>
          </w:tcPr>
          <w:p w14:paraId="5164CAA7" w14:textId="77777777" w:rsidR="00630262" w:rsidRDefault="00630262" w:rsidP="005D764E">
            <w:r>
              <w:rPr>
                <w:b/>
                <w:sz w:val="18"/>
              </w:rPr>
              <w:t>Center</w:t>
            </w:r>
          </w:p>
        </w:tc>
        <w:tc>
          <w:tcPr>
            <w:tcW w:w="1414" w:type="dxa"/>
            <w:shd w:val="clear" w:color="auto" w:fill="D9D9D9"/>
          </w:tcPr>
          <w:p w14:paraId="22BF511F" w14:textId="019793C4" w:rsidR="00630262" w:rsidRDefault="00630262" w:rsidP="005D764E">
            <w:r>
              <w:rPr>
                <w:b/>
                <w:sz w:val="18"/>
              </w:rPr>
              <w:t>Subject 1</w:t>
            </w:r>
          </w:p>
        </w:tc>
        <w:tc>
          <w:tcPr>
            <w:tcW w:w="1414" w:type="dxa"/>
            <w:shd w:val="clear" w:color="auto" w:fill="D9D9D9"/>
          </w:tcPr>
          <w:p w14:paraId="2097CDAF" w14:textId="0E1A8913" w:rsidR="00630262" w:rsidRDefault="00630262" w:rsidP="005D764E">
            <w:r>
              <w:rPr>
                <w:b/>
                <w:sz w:val="18"/>
              </w:rPr>
              <w:t>Subject 2</w:t>
            </w:r>
          </w:p>
        </w:tc>
        <w:tc>
          <w:tcPr>
            <w:tcW w:w="1409" w:type="dxa"/>
            <w:shd w:val="clear" w:color="auto" w:fill="D9D9D9"/>
          </w:tcPr>
          <w:p w14:paraId="7ABA679F" w14:textId="215F8282" w:rsidR="00630262" w:rsidRDefault="00630262" w:rsidP="005D764E">
            <w:r>
              <w:rPr>
                <w:b/>
                <w:sz w:val="18"/>
              </w:rPr>
              <w:t>N pairs</w:t>
            </w:r>
          </w:p>
        </w:tc>
        <w:tc>
          <w:tcPr>
            <w:tcW w:w="1126" w:type="dxa"/>
            <w:shd w:val="clear" w:color="auto" w:fill="D9D9D9"/>
          </w:tcPr>
          <w:p w14:paraId="5C262FAD" w14:textId="75B8740D" w:rsidR="00630262" w:rsidRDefault="00630262" w:rsidP="005D764E">
            <w:r>
              <w:rPr>
                <w:b/>
                <w:sz w:val="18"/>
              </w:rPr>
              <w:t>SD diff.</w:t>
            </w:r>
          </w:p>
        </w:tc>
        <w:tc>
          <w:tcPr>
            <w:tcW w:w="1798" w:type="dxa"/>
            <w:shd w:val="clear" w:color="auto" w:fill="D9D9D9"/>
          </w:tcPr>
          <w:p w14:paraId="3FFFF5DC" w14:textId="5607175C" w:rsidR="00630262" w:rsidRDefault="00630262" w:rsidP="005D764E">
            <w:r>
              <w:rPr>
                <w:b/>
                <w:sz w:val="18"/>
              </w:rPr>
              <w:t xml:space="preserve">MDE (Cohen`s </w:t>
            </w:r>
            <w:proofErr w:type="spellStart"/>
            <w:r>
              <w:rPr>
                <w:b/>
                <w:sz w:val="18"/>
              </w:rPr>
              <w:t>d</w:t>
            </w:r>
            <w:r w:rsidR="00A26D1B">
              <w:rPr>
                <w:b/>
                <w:sz w:val="18"/>
                <w:vertAlign w:val="subscript"/>
              </w:rPr>
              <w:t>z</w:t>
            </w:r>
            <w:proofErr w:type="spellEnd"/>
            <w:r>
              <w:rPr>
                <w:b/>
                <w:sz w:val="18"/>
              </w:rPr>
              <w:t>)</w:t>
            </w:r>
          </w:p>
        </w:tc>
        <w:tc>
          <w:tcPr>
            <w:tcW w:w="2029" w:type="dxa"/>
            <w:shd w:val="clear" w:color="auto" w:fill="D9D9D9"/>
          </w:tcPr>
          <w:p w14:paraId="5987D5FB" w14:textId="004CEC0A" w:rsidR="00630262" w:rsidRDefault="00630262" w:rsidP="005D764E">
            <w:r>
              <w:rPr>
                <w:b/>
                <w:sz w:val="18"/>
              </w:rPr>
              <w:t>MDE (quality points)</w:t>
            </w:r>
          </w:p>
        </w:tc>
        <w:tc>
          <w:tcPr>
            <w:tcW w:w="1214" w:type="dxa"/>
            <w:shd w:val="clear" w:color="auto" w:fill="D9D9D9"/>
          </w:tcPr>
          <w:p w14:paraId="4B28EEF3" w14:textId="254D3845" w:rsidR="00630262" w:rsidRDefault="00630262" w:rsidP="005D764E">
            <w:r>
              <w:rPr>
                <w:b/>
                <w:sz w:val="18"/>
              </w:rPr>
              <w:t>alpha</w:t>
            </w:r>
          </w:p>
        </w:tc>
        <w:tc>
          <w:tcPr>
            <w:tcW w:w="1406" w:type="dxa"/>
            <w:shd w:val="clear" w:color="auto" w:fill="D9D9D9"/>
          </w:tcPr>
          <w:p w14:paraId="7C63C846" w14:textId="75173C15" w:rsidR="00630262" w:rsidRDefault="00630262" w:rsidP="005D764E">
            <w:r>
              <w:rPr>
                <w:b/>
                <w:sz w:val="18"/>
              </w:rPr>
              <w:t>power</w:t>
            </w:r>
          </w:p>
        </w:tc>
      </w:tr>
      <w:tr w:rsidR="00630262" w14:paraId="302FFAFA" w14:textId="77777777" w:rsidTr="005D764E">
        <w:trPr>
          <w:jc w:val="center"/>
        </w:trPr>
        <w:tc>
          <w:tcPr>
            <w:tcW w:w="1408" w:type="dxa"/>
          </w:tcPr>
          <w:p w14:paraId="6B9B6461" w14:textId="77777777" w:rsidR="00630262" w:rsidRDefault="00630262" w:rsidP="005D764E">
            <w:r>
              <w:rPr>
                <w:sz w:val="18"/>
              </w:rPr>
              <w:t>Center 1</w:t>
            </w:r>
          </w:p>
        </w:tc>
        <w:tc>
          <w:tcPr>
            <w:tcW w:w="1414" w:type="dxa"/>
          </w:tcPr>
          <w:p w14:paraId="4366BDF9" w14:textId="77777777" w:rsidR="00630262" w:rsidRDefault="00630262" w:rsidP="005D764E">
            <w:r>
              <w:rPr>
                <w:sz w:val="18"/>
              </w:rPr>
              <w:t>GPT-4o</w:t>
            </w:r>
          </w:p>
        </w:tc>
        <w:tc>
          <w:tcPr>
            <w:tcW w:w="1414" w:type="dxa"/>
          </w:tcPr>
          <w:p w14:paraId="5792C01D" w14:textId="77777777" w:rsidR="00630262" w:rsidRDefault="00630262" w:rsidP="005D764E">
            <w:r>
              <w:rPr>
                <w:sz w:val="18"/>
              </w:rPr>
              <w:t>Reader 1</w:t>
            </w:r>
          </w:p>
        </w:tc>
        <w:tc>
          <w:tcPr>
            <w:tcW w:w="1409" w:type="dxa"/>
          </w:tcPr>
          <w:p w14:paraId="33E0FD64" w14:textId="77777777" w:rsidR="00630262" w:rsidRDefault="00630262" w:rsidP="005D764E">
            <w:r>
              <w:rPr>
                <w:sz w:val="18"/>
              </w:rPr>
              <w:t>60</w:t>
            </w:r>
          </w:p>
        </w:tc>
        <w:tc>
          <w:tcPr>
            <w:tcW w:w="1126" w:type="dxa"/>
          </w:tcPr>
          <w:p w14:paraId="5965AB89" w14:textId="77777777" w:rsidR="00630262" w:rsidRDefault="00630262" w:rsidP="005D764E">
            <w:r>
              <w:rPr>
                <w:sz w:val="18"/>
              </w:rPr>
              <w:t>1.259876</w:t>
            </w:r>
          </w:p>
        </w:tc>
        <w:tc>
          <w:tcPr>
            <w:tcW w:w="1798" w:type="dxa"/>
          </w:tcPr>
          <w:p w14:paraId="2C72882E" w14:textId="77777777" w:rsidR="00630262" w:rsidRDefault="00630262" w:rsidP="005D764E">
            <w:r>
              <w:rPr>
                <w:sz w:val="18"/>
              </w:rPr>
              <w:t>0.367708</w:t>
            </w:r>
          </w:p>
        </w:tc>
        <w:tc>
          <w:tcPr>
            <w:tcW w:w="2029" w:type="dxa"/>
          </w:tcPr>
          <w:p w14:paraId="40DF0548" w14:textId="77777777" w:rsidR="00630262" w:rsidRDefault="00630262" w:rsidP="005D764E">
            <w:r>
              <w:rPr>
                <w:sz w:val="18"/>
              </w:rPr>
              <w:t>0.463267</w:t>
            </w:r>
          </w:p>
        </w:tc>
        <w:tc>
          <w:tcPr>
            <w:tcW w:w="1214" w:type="dxa"/>
          </w:tcPr>
          <w:p w14:paraId="46DA7A51" w14:textId="77777777" w:rsidR="00630262" w:rsidRDefault="00630262" w:rsidP="005D764E">
            <w:r>
              <w:rPr>
                <w:sz w:val="18"/>
              </w:rPr>
              <w:t>0.05</w:t>
            </w:r>
          </w:p>
        </w:tc>
        <w:tc>
          <w:tcPr>
            <w:tcW w:w="1406" w:type="dxa"/>
          </w:tcPr>
          <w:p w14:paraId="46934320" w14:textId="77777777" w:rsidR="00630262" w:rsidRDefault="00630262" w:rsidP="005D764E">
            <w:r>
              <w:rPr>
                <w:sz w:val="18"/>
              </w:rPr>
              <w:t>0.8</w:t>
            </w:r>
          </w:p>
        </w:tc>
      </w:tr>
      <w:tr w:rsidR="00630262" w14:paraId="5DE17BFA" w14:textId="77777777" w:rsidTr="005D764E">
        <w:trPr>
          <w:jc w:val="center"/>
        </w:trPr>
        <w:tc>
          <w:tcPr>
            <w:tcW w:w="1408" w:type="dxa"/>
          </w:tcPr>
          <w:p w14:paraId="3BBC2715" w14:textId="77777777" w:rsidR="00630262" w:rsidRDefault="00630262" w:rsidP="005D764E">
            <w:r>
              <w:rPr>
                <w:sz w:val="18"/>
              </w:rPr>
              <w:t>Center 1</w:t>
            </w:r>
          </w:p>
        </w:tc>
        <w:tc>
          <w:tcPr>
            <w:tcW w:w="1414" w:type="dxa"/>
          </w:tcPr>
          <w:p w14:paraId="3C341770" w14:textId="77777777" w:rsidR="00630262" w:rsidRDefault="00630262" w:rsidP="005D764E">
            <w:r>
              <w:rPr>
                <w:sz w:val="18"/>
              </w:rPr>
              <w:t>GPT-4o</w:t>
            </w:r>
          </w:p>
        </w:tc>
        <w:tc>
          <w:tcPr>
            <w:tcW w:w="1414" w:type="dxa"/>
          </w:tcPr>
          <w:p w14:paraId="3573F01E" w14:textId="77777777" w:rsidR="00630262" w:rsidRDefault="00630262" w:rsidP="005D764E">
            <w:r>
              <w:rPr>
                <w:sz w:val="18"/>
              </w:rPr>
              <w:t>Reader 2</w:t>
            </w:r>
          </w:p>
        </w:tc>
        <w:tc>
          <w:tcPr>
            <w:tcW w:w="1409" w:type="dxa"/>
          </w:tcPr>
          <w:p w14:paraId="3BCF6CDD" w14:textId="77777777" w:rsidR="00630262" w:rsidRDefault="00630262" w:rsidP="005D764E">
            <w:r>
              <w:rPr>
                <w:sz w:val="18"/>
              </w:rPr>
              <w:t>60</w:t>
            </w:r>
          </w:p>
        </w:tc>
        <w:tc>
          <w:tcPr>
            <w:tcW w:w="1126" w:type="dxa"/>
          </w:tcPr>
          <w:p w14:paraId="1F903C72" w14:textId="77777777" w:rsidR="00630262" w:rsidRDefault="00630262" w:rsidP="005D764E">
            <w:r>
              <w:rPr>
                <w:sz w:val="18"/>
              </w:rPr>
              <w:t>1.197455</w:t>
            </w:r>
          </w:p>
        </w:tc>
        <w:tc>
          <w:tcPr>
            <w:tcW w:w="1798" w:type="dxa"/>
          </w:tcPr>
          <w:p w14:paraId="7B6B92F0" w14:textId="77777777" w:rsidR="00630262" w:rsidRDefault="00630262" w:rsidP="005D764E">
            <w:r>
              <w:rPr>
                <w:sz w:val="18"/>
              </w:rPr>
              <w:t>0.367708</w:t>
            </w:r>
          </w:p>
        </w:tc>
        <w:tc>
          <w:tcPr>
            <w:tcW w:w="2029" w:type="dxa"/>
          </w:tcPr>
          <w:p w14:paraId="68F103DC" w14:textId="77777777" w:rsidR="00630262" w:rsidRDefault="00630262" w:rsidP="005D764E">
            <w:r>
              <w:rPr>
                <w:sz w:val="18"/>
              </w:rPr>
              <w:t>0.440314</w:t>
            </w:r>
          </w:p>
        </w:tc>
        <w:tc>
          <w:tcPr>
            <w:tcW w:w="1214" w:type="dxa"/>
          </w:tcPr>
          <w:p w14:paraId="012E06BD" w14:textId="77777777" w:rsidR="00630262" w:rsidRDefault="00630262" w:rsidP="005D764E">
            <w:r>
              <w:rPr>
                <w:sz w:val="18"/>
              </w:rPr>
              <w:t>0.05</w:t>
            </w:r>
          </w:p>
        </w:tc>
        <w:tc>
          <w:tcPr>
            <w:tcW w:w="1406" w:type="dxa"/>
          </w:tcPr>
          <w:p w14:paraId="5DC51EC8" w14:textId="77777777" w:rsidR="00630262" w:rsidRDefault="00630262" w:rsidP="005D764E">
            <w:r>
              <w:rPr>
                <w:sz w:val="18"/>
              </w:rPr>
              <w:t>0.8</w:t>
            </w:r>
          </w:p>
        </w:tc>
      </w:tr>
      <w:tr w:rsidR="00630262" w14:paraId="00AEA11E" w14:textId="77777777" w:rsidTr="005D764E">
        <w:trPr>
          <w:jc w:val="center"/>
        </w:trPr>
        <w:tc>
          <w:tcPr>
            <w:tcW w:w="1408" w:type="dxa"/>
          </w:tcPr>
          <w:p w14:paraId="2E5E1AC9" w14:textId="77777777" w:rsidR="00630262" w:rsidRDefault="00630262" w:rsidP="005D764E">
            <w:r>
              <w:rPr>
                <w:sz w:val="18"/>
              </w:rPr>
              <w:t>Center 1</w:t>
            </w:r>
          </w:p>
        </w:tc>
        <w:tc>
          <w:tcPr>
            <w:tcW w:w="1414" w:type="dxa"/>
          </w:tcPr>
          <w:p w14:paraId="6B365940" w14:textId="77777777" w:rsidR="00630262" w:rsidRDefault="00630262" w:rsidP="005D764E">
            <w:r>
              <w:rPr>
                <w:sz w:val="18"/>
              </w:rPr>
              <w:t>Reader 1</w:t>
            </w:r>
          </w:p>
        </w:tc>
        <w:tc>
          <w:tcPr>
            <w:tcW w:w="1414" w:type="dxa"/>
          </w:tcPr>
          <w:p w14:paraId="1F0AC9FD" w14:textId="77777777" w:rsidR="00630262" w:rsidRDefault="00630262" w:rsidP="005D764E">
            <w:r>
              <w:rPr>
                <w:sz w:val="18"/>
              </w:rPr>
              <w:t>Reader 2</w:t>
            </w:r>
          </w:p>
        </w:tc>
        <w:tc>
          <w:tcPr>
            <w:tcW w:w="1409" w:type="dxa"/>
          </w:tcPr>
          <w:p w14:paraId="7BF3AB60" w14:textId="77777777" w:rsidR="00630262" w:rsidRDefault="00630262" w:rsidP="005D764E">
            <w:r>
              <w:rPr>
                <w:sz w:val="18"/>
              </w:rPr>
              <w:t>60</w:t>
            </w:r>
          </w:p>
        </w:tc>
        <w:tc>
          <w:tcPr>
            <w:tcW w:w="1126" w:type="dxa"/>
          </w:tcPr>
          <w:p w14:paraId="4E02721E" w14:textId="77777777" w:rsidR="00630262" w:rsidRDefault="00630262" w:rsidP="005D764E">
            <w:r>
              <w:rPr>
                <w:sz w:val="18"/>
              </w:rPr>
              <w:t>1.39521</w:t>
            </w:r>
          </w:p>
        </w:tc>
        <w:tc>
          <w:tcPr>
            <w:tcW w:w="1798" w:type="dxa"/>
          </w:tcPr>
          <w:p w14:paraId="4EE0C6A2" w14:textId="77777777" w:rsidR="00630262" w:rsidRDefault="00630262" w:rsidP="005D764E">
            <w:r>
              <w:rPr>
                <w:sz w:val="18"/>
              </w:rPr>
              <w:t>0.367708</w:t>
            </w:r>
          </w:p>
        </w:tc>
        <w:tc>
          <w:tcPr>
            <w:tcW w:w="2029" w:type="dxa"/>
          </w:tcPr>
          <w:p w14:paraId="2031179C" w14:textId="77777777" w:rsidR="00630262" w:rsidRDefault="00630262" w:rsidP="005D764E">
            <w:r>
              <w:rPr>
                <w:sz w:val="18"/>
              </w:rPr>
              <w:t>0.51303</w:t>
            </w:r>
          </w:p>
        </w:tc>
        <w:tc>
          <w:tcPr>
            <w:tcW w:w="1214" w:type="dxa"/>
          </w:tcPr>
          <w:p w14:paraId="16637E96" w14:textId="77777777" w:rsidR="00630262" w:rsidRDefault="00630262" w:rsidP="005D764E">
            <w:r>
              <w:rPr>
                <w:sz w:val="18"/>
              </w:rPr>
              <w:t>0.05</w:t>
            </w:r>
          </w:p>
        </w:tc>
        <w:tc>
          <w:tcPr>
            <w:tcW w:w="1406" w:type="dxa"/>
          </w:tcPr>
          <w:p w14:paraId="01FBFBD7" w14:textId="77777777" w:rsidR="00630262" w:rsidRDefault="00630262" w:rsidP="005D764E">
            <w:r>
              <w:rPr>
                <w:sz w:val="18"/>
              </w:rPr>
              <w:t>0.8</w:t>
            </w:r>
          </w:p>
        </w:tc>
      </w:tr>
      <w:tr w:rsidR="00630262" w14:paraId="33698E9A" w14:textId="77777777" w:rsidTr="005D764E">
        <w:trPr>
          <w:jc w:val="center"/>
        </w:trPr>
        <w:tc>
          <w:tcPr>
            <w:tcW w:w="1408" w:type="dxa"/>
          </w:tcPr>
          <w:p w14:paraId="4667BBBD" w14:textId="77777777" w:rsidR="00630262" w:rsidRDefault="00630262" w:rsidP="005D764E">
            <w:r>
              <w:rPr>
                <w:sz w:val="18"/>
              </w:rPr>
              <w:t>Center 2</w:t>
            </w:r>
          </w:p>
        </w:tc>
        <w:tc>
          <w:tcPr>
            <w:tcW w:w="1414" w:type="dxa"/>
          </w:tcPr>
          <w:p w14:paraId="149A1236" w14:textId="77777777" w:rsidR="00630262" w:rsidRDefault="00630262" w:rsidP="005D764E">
            <w:r>
              <w:rPr>
                <w:sz w:val="18"/>
              </w:rPr>
              <w:t>GPT-4o</w:t>
            </w:r>
          </w:p>
        </w:tc>
        <w:tc>
          <w:tcPr>
            <w:tcW w:w="1414" w:type="dxa"/>
          </w:tcPr>
          <w:p w14:paraId="75B96AAB" w14:textId="77777777" w:rsidR="00630262" w:rsidRDefault="00630262" w:rsidP="005D764E">
            <w:r>
              <w:rPr>
                <w:sz w:val="18"/>
              </w:rPr>
              <w:t>Reader 1</w:t>
            </w:r>
          </w:p>
        </w:tc>
        <w:tc>
          <w:tcPr>
            <w:tcW w:w="1409" w:type="dxa"/>
          </w:tcPr>
          <w:p w14:paraId="653E2625" w14:textId="77777777" w:rsidR="00630262" w:rsidRDefault="00630262" w:rsidP="005D764E">
            <w:r>
              <w:rPr>
                <w:sz w:val="18"/>
              </w:rPr>
              <w:t>40</w:t>
            </w:r>
          </w:p>
        </w:tc>
        <w:tc>
          <w:tcPr>
            <w:tcW w:w="1126" w:type="dxa"/>
          </w:tcPr>
          <w:p w14:paraId="1C4A3562" w14:textId="77777777" w:rsidR="00630262" w:rsidRDefault="00630262" w:rsidP="005D764E">
            <w:r>
              <w:rPr>
                <w:sz w:val="18"/>
              </w:rPr>
              <w:t>1.647842</w:t>
            </w:r>
          </w:p>
        </w:tc>
        <w:tc>
          <w:tcPr>
            <w:tcW w:w="1798" w:type="dxa"/>
          </w:tcPr>
          <w:p w14:paraId="65EE9F34" w14:textId="77777777" w:rsidR="00630262" w:rsidRDefault="00630262" w:rsidP="005D764E">
            <w:r>
              <w:rPr>
                <w:sz w:val="18"/>
              </w:rPr>
              <w:t>0.454273</w:t>
            </w:r>
          </w:p>
        </w:tc>
        <w:tc>
          <w:tcPr>
            <w:tcW w:w="2029" w:type="dxa"/>
          </w:tcPr>
          <w:p w14:paraId="0E5E8D59" w14:textId="77777777" w:rsidR="00630262" w:rsidRDefault="00630262" w:rsidP="005D764E">
            <w:r>
              <w:rPr>
                <w:sz w:val="18"/>
              </w:rPr>
              <w:t>0.748569</w:t>
            </w:r>
          </w:p>
        </w:tc>
        <w:tc>
          <w:tcPr>
            <w:tcW w:w="1214" w:type="dxa"/>
          </w:tcPr>
          <w:p w14:paraId="5C6141AF" w14:textId="77777777" w:rsidR="00630262" w:rsidRDefault="00630262" w:rsidP="005D764E">
            <w:r>
              <w:rPr>
                <w:sz w:val="18"/>
              </w:rPr>
              <w:t>0.05</w:t>
            </w:r>
          </w:p>
        </w:tc>
        <w:tc>
          <w:tcPr>
            <w:tcW w:w="1406" w:type="dxa"/>
          </w:tcPr>
          <w:p w14:paraId="1A21B2D0" w14:textId="77777777" w:rsidR="00630262" w:rsidRDefault="00630262" w:rsidP="005D764E">
            <w:r>
              <w:rPr>
                <w:sz w:val="18"/>
              </w:rPr>
              <w:t>0.8</w:t>
            </w:r>
          </w:p>
        </w:tc>
      </w:tr>
      <w:tr w:rsidR="00630262" w14:paraId="174399E4" w14:textId="77777777" w:rsidTr="005D764E">
        <w:trPr>
          <w:jc w:val="center"/>
        </w:trPr>
        <w:tc>
          <w:tcPr>
            <w:tcW w:w="1408" w:type="dxa"/>
          </w:tcPr>
          <w:p w14:paraId="73908428" w14:textId="77777777" w:rsidR="00630262" w:rsidRDefault="00630262" w:rsidP="005D764E">
            <w:r>
              <w:rPr>
                <w:sz w:val="18"/>
              </w:rPr>
              <w:t>Center 2</w:t>
            </w:r>
          </w:p>
        </w:tc>
        <w:tc>
          <w:tcPr>
            <w:tcW w:w="1414" w:type="dxa"/>
          </w:tcPr>
          <w:p w14:paraId="0A2AE70C" w14:textId="77777777" w:rsidR="00630262" w:rsidRDefault="00630262" w:rsidP="005D764E">
            <w:r>
              <w:rPr>
                <w:sz w:val="18"/>
              </w:rPr>
              <w:t>GPT-4o</w:t>
            </w:r>
          </w:p>
        </w:tc>
        <w:tc>
          <w:tcPr>
            <w:tcW w:w="1414" w:type="dxa"/>
          </w:tcPr>
          <w:p w14:paraId="2AEE7C38" w14:textId="77777777" w:rsidR="00630262" w:rsidRDefault="00630262" w:rsidP="005D764E">
            <w:r>
              <w:rPr>
                <w:sz w:val="18"/>
              </w:rPr>
              <w:t>Reader 2</w:t>
            </w:r>
          </w:p>
        </w:tc>
        <w:tc>
          <w:tcPr>
            <w:tcW w:w="1409" w:type="dxa"/>
          </w:tcPr>
          <w:p w14:paraId="1A20476A" w14:textId="77777777" w:rsidR="00630262" w:rsidRDefault="00630262" w:rsidP="005D764E">
            <w:r>
              <w:rPr>
                <w:sz w:val="18"/>
              </w:rPr>
              <w:t>40</w:t>
            </w:r>
          </w:p>
        </w:tc>
        <w:tc>
          <w:tcPr>
            <w:tcW w:w="1126" w:type="dxa"/>
          </w:tcPr>
          <w:p w14:paraId="63606387" w14:textId="77777777" w:rsidR="00630262" w:rsidRDefault="00630262" w:rsidP="005D764E">
            <w:r>
              <w:rPr>
                <w:sz w:val="18"/>
              </w:rPr>
              <w:t>1.514883</w:t>
            </w:r>
          </w:p>
        </w:tc>
        <w:tc>
          <w:tcPr>
            <w:tcW w:w="1798" w:type="dxa"/>
          </w:tcPr>
          <w:p w14:paraId="03D730D3" w14:textId="77777777" w:rsidR="00630262" w:rsidRDefault="00630262" w:rsidP="005D764E">
            <w:r>
              <w:rPr>
                <w:sz w:val="18"/>
              </w:rPr>
              <w:t>0.454273</w:t>
            </w:r>
          </w:p>
        </w:tc>
        <w:tc>
          <w:tcPr>
            <w:tcW w:w="2029" w:type="dxa"/>
          </w:tcPr>
          <w:p w14:paraId="7178CF03" w14:textId="77777777" w:rsidR="00630262" w:rsidRDefault="00630262" w:rsidP="005D764E">
            <w:r>
              <w:rPr>
                <w:sz w:val="18"/>
              </w:rPr>
              <w:t>0.68817</w:t>
            </w:r>
          </w:p>
        </w:tc>
        <w:tc>
          <w:tcPr>
            <w:tcW w:w="1214" w:type="dxa"/>
          </w:tcPr>
          <w:p w14:paraId="42AAA76B" w14:textId="77777777" w:rsidR="00630262" w:rsidRDefault="00630262" w:rsidP="005D764E">
            <w:r>
              <w:rPr>
                <w:sz w:val="18"/>
              </w:rPr>
              <w:t>0.05</w:t>
            </w:r>
          </w:p>
        </w:tc>
        <w:tc>
          <w:tcPr>
            <w:tcW w:w="1406" w:type="dxa"/>
          </w:tcPr>
          <w:p w14:paraId="27E57B21" w14:textId="77777777" w:rsidR="00630262" w:rsidRDefault="00630262" w:rsidP="005D764E">
            <w:r>
              <w:rPr>
                <w:sz w:val="18"/>
              </w:rPr>
              <w:t>0.8</w:t>
            </w:r>
          </w:p>
        </w:tc>
      </w:tr>
      <w:tr w:rsidR="00630262" w14:paraId="6108A5B1" w14:textId="77777777" w:rsidTr="005D764E">
        <w:trPr>
          <w:jc w:val="center"/>
        </w:trPr>
        <w:tc>
          <w:tcPr>
            <w:tcW w:w="1408" w:type="dxa"/>
          </w:tcPr>
          <w:p w14:paraId="17737DDF" w14:textId="77777777" w:rsidR="00630262" w:rsidRDefault="00630262" w:rsidP="005D764E">
            <w:r>
              <w:rPr>
                <w:sz w:val="18"/>
              </w:rPr>
              <w:t>Center 2</w:t>
            </w:r>
          </w:p>
        </w:tc>
        <w:tc>
          <w:tcPr>
            <w:tcW w:w="1414" w:type="dxa"/>
          </w:tcPr>
          <w:p w14:paraId="44B096C6" w14:textId="77777777" w:rsidR="00630262" w:rsidRDefault="00630262" w:rsidP="005D764E">
            <w:r>
              <w:rPr>
                <w:sz w:val="18"/>
              </w:rPr>
              <w:t>Reader 1</w:t>
            </w:r>
          </w:p>
        </w:tc>
        <w:tc>
          <w:tcPr>
            <w:tcW w:w="1414" w:type="dxa"/>
          </w:tcPr>
          <w:p w14:paraId="4594FDB3" w14:textId="77777777" w:rsidR="00630262" w:rsidRDefault="00630262" w:rsidP="005D764E">
            <w:r>
              <w:rPr>
                <w:sz w:val="18"/>
              </w:rPr>
              <w:t>Reader 2</w:t>
            </w:r>
          </w:p>
        </w:tc>
        <w:tc>
          <w:tcPr>
            <w:tcW w:w="1409" w:type="dxa"/>
          </w:tcPr>
          <w:p w14:paraId="7FD598B6" w14:textId="77777777" w:rsidR="00630262" w:rsidRDefault="00630262" w:rsidP="005D764E">
            <w:r>
              <w:rPr>
                <w:sz w:val="18"/>
              </w:rPr>
              <w:t>40</w:t>
            </w:r>
          </w:p>
        </w:tc>
        <w:tc>
          <w:tcPr>
            <w:tcW w:w="1126" w:type="dxa"/>
          </w:tcPr>
          <w:p w14:paraId="40507268" w14:textId="77777777" w:rsidR="00630262" w:rsidRDefault="00630262" w:rsidP="005D764E">
            <w:r>
              <w:rPr>
                <w:sz w:val="18"/>
              </w:rPr>
              <w:t>1.77157</w:t>
            </w:r>
          </w:p>
        </w:tc>
        <w:tc>
          <w:tcPr>
            <w:tcW w:w="1798" w:type="dxa"/>
          </w:tcPr>
          <w:p w14:paraId="6941D606" w14:textId="77777777" w:rsidR="00630262" w:rsidRDefault="00630262" w:rsidP="005D764E">
            <w:r>
              <w:rPr>
                <w:sz w:val="18"/>
              </w:rPr>
              <w:t>0.454273</w:t>
            </w:r>
          </w:p>
        </w:tc>
        <w:tc>
          <w:tcPr>
            <w:tcW w:w="2029" w:type="dxa"/>
          </w:tcPr>
          <w:p w14:paraId="1DBC80A5" w14:textId="77777777" w:rsidR="00630262" w:rsidRDefault="00630262" w:rsidP="005D764E">
            <w:r>
              <w:rPr>
                <w:sz w:val="18"/>
              </w:rPr>
              <w:t>0.804776</w:t>
            </w:r>
          </w:p>
        </w:tc>
        <w:tc>
          <w:tcPr>
            <w:tcW w:w="1214" w:type="dxa"/>
          </w:tcPr>
          <w:p w14:paraId="639FF2F6" w14:textId="77777777" w:rsidR="00630262" w:rsidRDefault="00630262" w:rsidP="005D764E">
            <w:r>
              <w:rPr>
                <w:sz w:val="18"/>
              </w:rPr>
              <w:t>0.05</w:t>
            </w:r>
          </w:p>
        </w:tc>
        <w:tc>
          <w:tcPr>
            <w:tcW w:w="1406" w:type="dxa"/>
          </w:tcPr>
          <w:p w14:paraId="0A38A9FA" w14:textId="77777777" w:rsidR="00630262" w:rsidRDefault="00630262" w:rsidP="005D764E">
            <w:r>
              <w:rPr>
                <w:sz w:val="18"/>
              </w:rPr>
              <w:t>0.8</w:t>
            </w:r>
          </w:p>
        </w:tc>
      </w:tr>
    </w:tbl>
    <w:p w14:paraId="23C9715C" w14:textId="77777777" w:rsidR="00F65847" w:rsidRDefault="00F65847"/>
    <w:p w14:paraId="5F491462" w14:textId="0487C9D0" w:rsidR="00630262" w:rsidRPr="0047712D" w:rsidRDefault="00630262" w:rsidP="00630262">
      <w:pPr>
        <w:ind w:left="284" w:firstLine="283"/>
        <w:rPr>
          <w:bCs/>
          <w:sz w:val="20"/>
          <w:szCs w:val="20"/>
        </w:rPr>
      </w:pPr>
      <w:r w:rsidRPr="001A5367">
        <w:rPr>
          <w:b/>
          <w:sz w:val="20"/>
          <w:szCs w:val="20"/>
        </w:rPr>
        <w:t xml:space="preserve">Supplementary Table </w:t>
      </w:r>
      <w:r>
        <w:rPr>
          <w:b/>
          <w:sz w:val="20"/>
          <w:szCs w:val="20"/>
        </w:rPr>
        <w:t>3</w:t>
      </w:r>
      <w:r>
        <w:rPr>
          <w:bCs/>
          <w:sz w:val="20"/>
          <w:szCs w:val="20"/>
        </w:rPr>
        <w:t xml:space="preserve">. </w:t>
      </w:r>
      <w:r w:rsidRPr="0047712D">
        <w:rPr>
          <w:bCs/>
          <w:sz w:val="20"/>
          <w:szCs w:val="20"/>
        </w:rPr>
        <w:t xml:space="preserve">Minimum detectable effect </w:t>
      </w:r>
      <w:r>
        <w:rPr>
          <w:bCs/>
          <w:sz w:val="20"/>
          <w:szCs w:val="20"/>
        </w:rPr>
        <w:t>by center.</w:t>
      </w:r>
    </w:p>
    <w:p w14:paraId="020EAC25" w14:textId="341B9FEC" w:rsidR="00630262" w:rsidRDefault="00630262" w:rsidP="00630262">
      <w:pPr>
        <w:ind w:firstLine="567"/>
        <w:rPr>
          <w:bCs/>
          <w:i/>
          <w:iCs/>
          <w:sz w:val="20"/>
          <w:szCs w:val="20"/>
        </w:rPr>
      </w:pPr>
      <w:r w:rsidRPr="0047712D">
        <w:rPr>
          <w:bCs/>
          <w:i/>
          <w:iCs/>
          <w:sz w:val="20"/>
          <w:szCs w:val="20"/>
        </w:rPr>
        <w:t>Legend: MDE = minimum detectable effect; SD = standard deviation</w:t>
      </w:r>
    </w:p>
    <w:p w14:paraId="22D2DDF4" w14:textId="77777777" w:rsidR="00630262" w:rsidRDefault="00630262">
      <w:pPr>
        <w:rPr>
          <w:bCs/>
          <w:i/>
          <w:iCs/>
          <w:sz w:val="20"/>
          <w:szCs w:val="20"/>
        </w:rPr>
      </w:pPr>
      <w:r>
        <w:rPr>
          <w:bCs/>
          <w:i/>
          <w:iCs/>
          <w:sz w:val="20"/>
          <w:szCs w:val="20"/>
        </w:rPr>
        <w:br w:type="page"/>
      </w:r>
    </w:p>
    <w:p w14:paraId="07EEB321" w14:textId="0E999C7B" w:rsidR="00F65847" w:rsidRDefault="00F65847"/>
    <w:tbl>
      <w:tblPr>
        <w:tblStyle w:val="Tabellenraster"/>
        <w:tblW w:w="0" w:type="auto"/>
        <w:jc w:val="center"/>
        <w:tblLook w:val="04A0" w:firstRow="1" w:lastRow="0" w:firstColumn="1" w:lastColumn="0" w:noHBand="0" w:noVBand="1"/>
      </w:tblPr>
      <w:tblGrid>
        <w:gridCol w:w="1430"/>
        <w:gridCol w:w="1412"/>
        <w:gridCol w:w="1412"/>
        <w:gridCol w:w="1406"/>
        <w:gridCol w:w="1111"/>
        <w:gridCol w:w="1810"/>
        <w:gridCol w:w="2017"/>
        <w:gridCol w:w="1222"/>
        <w:gridCol w:w="1402"/>
      </w:tblGrid>
      <w:tr w:rsidR="00630262" w14:paraId="62A4DCA7" w14:textId="77777777" w:rsidTr="00F24450">
        <w:trPr>
          <w:jc w:val="center"/>
        </w:trPr>
        <w:tc>
          <w:tcPr>
            <w:tcW w:w="1430" w:type="dxa"/>
            <w:shd w:val="clear" w:color="auto" w:fill="D9D9D9"/>
          </w:tcPr>
          <w:p w14:paraId="6B5AA87E" w14:textId="77777777" w:rsidR="00630262" w:rsidRDefault="00630262" w:rsidP="00F24450">
            <w:r>
              <w:rPr>
                <w:b/>
                <w:sz w:val="18"/>
              </w:rPr>
              <w:t>Examination</w:t>
            </w:r>
          </w:p>
        </w:tc>
        <w:tc>
          <w:tcPr>
            <w:tcW w:w="1412" w:type="dxa"/>
            <w:shd w:val="clear" w:color="auto" w:fill="D9D9D9"/>
          </w:tcPr>
          <w:p w14:paraId="0FFEE0C1" w14:textId="087EFF8E" w:rsidR="00630262" w:rsidRDefault="00630262" w:rsidP="00F24450">
            <w:r>
              <w:rPr>
                <w:b/>
                <w:sz w:val="18"/>
              </w:rPr>
              <w:t>Subject 1</w:t>
            </w:r>
          </w:p>
        </w:tc>
        <w:tc>
          <w:tcPr>
            <w:tcW w:w="1412" w:type="dxa"/>
            <w:shd w:val="clear" w:color="auto" w:fill="D9D9D9"/>
          </w:tcPr>
          <w:p w14:paraId="4001018A" w14:textId="2E35B96C" w:rsidR="00630262" w:rsidRDefault="00630262" w:rsidP="00F24450">
            <w:r>
              <w:rPr>
                <w:b/>
                <w:sz w:val="18"/>
              </w:rPr>
              <w:t>Subject 2</w:t>
            </w:r>
          </w:p>
        </w:tc>
        <w:tc>
          <w:tcPr>
            <w:tcW w:w="1406" w:type="dxa"/>
            <w:shd w:val="clear" w:color="auto" w:fill="D9D9D9"/>
          </w:tcPr>
          <w:p w14:paraId="01A4D22B" w14:textId="380F261E" w:rsidR="00630262" w:rsidRDefault="00630262" w:rsidP="00F24450">
            <w:r>
              <w:rPr>
                <w:b/>
                <w:sz w:val="18"/>
              </w:rPr>
              <w:t>N pairs</w:t>
            </w:r>
          </w:p>
        </w:tc>
        <w:tc>
          <w:tcPr>
            <w:tcW w:w="1111" w:type="dxa"/>
            <w:shd w:val="clear" w:color="auto" w:fill="D9D9D9"/>
          </w:tcPr>
          <w:p w14:paraId="2B1F7697" w14:textId="0D5F9608" w:rsidR="00630262" w:rsidRDefault="00630262" w:rsidP="00F24450">
            <w:r>
              <w:rPr>
                <w:b/>
                <w:sz w:val="18"/>
              </w:rPr>
              <w:t>SD diff.</w:t>
            </w:r>
          </w:p>
        </w:tc>
        <w:tc>
          <w:tcPr>
            <w:tcW w:w="1810" w:type="dxa"/>
            <w:shd w:val="clear" w:color="auto" w:fill="D9D9D9"/>
          </w:tcPr>
          <w:p w14:paraId="711556D2" w14:textId="12C414F3" w:rsidR="00630262" w:rsidRDefault="00630262" w:rsidP="00F24450">
            <w:r>
              <w:rPr>
                <w:b/>
                <w:sz w:val="18"/>
              </w:rPr>
              <w:t xml:space="preserve">MDE (Cohen`s </w:t>
            </w:r>
            <w:proofErr w:type="spellStart"/>
            <w:r>
              <w:rPr>
                <w:b/>
                <w:sz w:val="18"/>
              </w:rPr>
              <w:t>d</w:t>
            </w:r>
            <w:r w:rsidR="00A26D1B">
              <w:rPr>
                <w:b/>
                <w:sz w:val="18"/>
                <w:vertAlign w:val="subscript"/>
              </w:rPr>
              <w:t>z</w:t>
            </w:r>
            <w:proofErr w:type="spellEnd"/>
            <w:r>
              <w:rPr>
                <w:b/>
                <w:sz w:val="18"/>
              </w:rPr>
              <w:t>)</w:t>
            </w:r>
          </w:p>
        </w:tc>
        <w:tc>
          <w:tcPr>
            <w:tcW w:w="2017" w:type="dxa"/>
            <w:shd w:val="clear" w:color="auto" w:fill="D9D9D9"/>
          </w:tcPr>
          <w:p w14:paraId="5AB0A512" w14:textId="6F267BDF" w:rsidR="00630262" w:rsidRDefault="00630262" w:rsidP="00F24450">
            <w:r>
              <w:rPr>
                <w:b/>
                <w:sz w:val="18"/>
              </w:rPr>
              <w:t>MDE (quality points)</w:t>
            </w:r>
          </w:p>
        </w:tc>
        <w:tc>
          <w:tcPr>
            <w:tcW w:w="1222" w:type="dxa"/>
            <w:shd w:val="clear" w:color="auto" w:fill="D9D9D9"/>
          </w:tcPr>
          <w:p w14:paraId="45B97FA0" w14:textId="5135A92C" w:rsidR="00630262" w:rsidRDefault="00630262" w:rsidP="00F24450">
            <w:r>
              <w:rPr>
                <w:b/>
                <w:sz w:val="18"/>
              </w:rPr>
              <w:t>alpha</w:t>
            </w:r>
          </w:p>
        </w:tc>
        <w:tc>
          <w:tcPr>
            <w:tcW w:w="1402" w:type="dxa"/>
            <w:shd w:val="clear" w:color="auto" w:fill="D9D9D9"/>
          </w:tcPr>
          <w:p w14:paraId="78620007" w14:textId="4EA3AEE6" w:rsidR="00630262" w:rsidRDefault="00630262" w:rsidP="00F24450">
            <w:r>
              <w:rPr>
                <w:b/>
                <w:sz w:val="18"/>
              </w:rPr>
              <w:t>power</w:t>
            </w:r>
          </w:p>
        </w:tc>
      </w:tr>
      <w:tr w:rsidR="00630262" w14:paraId="1617595A" w14:textId="77777777" w:rsidTr="00F24450">
        <w:trPr>
          <w:jc w:val="center"/>
        </w:trPr>
        <w:tc>
          <w:tcPr>
            <w:tcW w:w="1430" w:type="dxa"/>
          </w:tcPr>
          <w:p w14:paraId="69B1CED4" w14:textId="77777777" w:rsidR="00630262" w:rsidRDefault="00630262" w:rsidP="00F24450">
            <w:r>
              <w:rPr>
                <w:sz w:val="18"/>
              </w:rPr>
              <w:t>Head/Neck</w:t>
            </w:r>
          </w:p>
        </w:tc>
        <w:tc>
          <w:tcPr>
            <w:tcW w:w="1412" w:type="dxa"/>
          </w:tcPr>
          <w:p w14:paraId="655884E3" w14:textId="77777777" w:rsidR="00630262" w:rsidRDefault="00630262" w:rsidP="00F24450">
            <w:r>
              <w:rPr>
                <w:sz w:val="18"/>
              </w:rPr>
              <w:t>GPT-4o</w:t>
            </w:r>
          </w:p>
        </w:tc>
        <w:tc>
          <w:tcPr>
            <w:tcW w:w="1412" w:type="dxa"/>
          </w:tcPr>
          <w:p w14:paraId="0FEEEB8F" w14:textId="77777777" w:rsidR="00630262" w:rsidRDefault="00630262" w:rsidP="00F24450">
            <w:r>
              <w:rPr>
                <w:sz w:val="18"/>
              </w:rPr>
              <w:t>Reader 1</w:t>
            </w:r>
          </w:p>
        </w:tc>
        <w:tc>
          <w:tcPr>
            <w:tcW w:w="1406" w:type="dxa"/>
          </w:tcPr>
          <w:p w14:paraId="5BCF806C" w14:textId="77777777" w:rsidR="00630262" w:rsidRDefault="00630262" w:rsidP="00F24450">
            <w:r>
              <w:rPr>
                <w:sz w:val="18"/>
              </w:rPr>
              <w:t>25</w:t>
            </w:r>
          </w:p>
        </w:tc>
        <w:tc>
          <w:tcPr>
            <w:tcW w:w="1111" w:type="dxa"/>
          </w:tcPr>
          <w:p w14:paraId="427EA745" w14:textId="77777777" w:rsidR="00630262" w:rsidRDefault="00630262" w:rsidP="00F24450">
            <w:r>
              <w:rPr>
                <w:sz w:val="18"/>
              </w:rPr>
              <w:t>0.957427</w:t>
            </w:r>
          </w:p>
        </w:tc>
        <w:tc>
          <w:tcPr>
            <w:tcW w:w="1810" w:type="dxa"/>
          </w:tcPr>
          <w:p w14:paraId="0FE3DB76" w14:textId="77777777" w:rsidR="00630262" w:rsidRDefault="00630262" w:rsidP="00F24450">
            <w:r>
              <w:rPr>
                <w:sz w:val="18"/>
              </w:rPr>
              <w:t>0.584027</w:t>
            </w:r>
          </w:p>
        </w:tc>
        <w:tc>
          <w:tcPr>
            <w:tcW w:w="2017" w:type="dxa"/>
          </w:tcPr>
          <w:p w14:paraId="3366E5BB" w14:textId="77777777" w:rsidR="00630262" w:rsidRDefault="00630262" w:rsidP="00F24450">
            <w:r>
              <w:rPr>
                <w:sz w:val="18"/>
              </w:rPr>
              <w:t>0.559163</w:t>
            </w:r>
          </w:p>
        </w:tc>
        <w:tc>
          <w:tcPr>
            <w:tcW w:w="1222" w:type="dxa"/>
          </w:tcPr>
          <w:p w14:paraId="0D8802B1" w14:textId="77777777" w:rsidR="00630262" w:rsidRDefault="00630262" w:rsidP="00F24450">
            <w:r>
              <w:rPr>
                <w:sz w:val="18"/>
              </w:rPr>
              <w:t>0.05</w:t>
            </w:r>
          </w:p>
        </w:tc>
        <w:tc>
          <w:tcPr>
            <w:tcW w:w="1402" w:type="dxa"/>
          </w:tcPr>
          <w:p w14:paraId="35DBE5EA" w14:textId="77777777" w:rsidR="00630262" w:rsidRDefault="00630262" w:rsidP="00F24450">
            <w:r>
              <w:rPr>
                <w:sz w:val="18"/>
              </w:rPr>
              <w:t>0.8</w:t>
            </w:r>
          </w:p>
        </w:tc>
      </w:tr>
      <w:tr w:rsidR="00630262" w14:paraId="72D07871" w14:textId="77777777" w:rsidTr="00F24450">
        <w:trPr>
          <w:jc w:val="center"/>
        </w:trPr>
        <w:tc>
          <w:tcPr>
            <w:tcW w:w="1430" w:type="dxa"/>
          </w:tcPr>
          <w:p w14:paraId="18CB80FA" w14:textId="77777777" w:rsidR="00630262" w:rsidRDefault="00630262" w:rsidP="00F24450">
            <w:r>
              <w:rPr>
                <w:sz w:val="18"/>
              </w:rPr>
              <w:t>Head/Neck</w:t>
            </w:r>
          </w:p>
        </w:tc>
        <w:tc>
          <w:tcPr>
            <w:tcW w:w="1412" w:type="dxa"/>
          </w:tcPr>
          <w:p w14:paraId="521FC1E6" w14:textId="77777777" w:rsidR="00630262" w:rsidRDefault="00630262" w:rsidP="00F24450">
            <w:r>
              <w:rPr>
                <w:sz w:val="18"/>
              </w:rPr>
              <w:t>GPT-4o</w:t>
            </w:r>
          </w:p>
        </w:tc>
        <w:tc>
          <w:tcPr>
            <w:tcW w:w="1412" w:type="dxa"/>
          </w:tcPr>
          <w:p w14:paraId="275E6E8C" w14:textId="77777777" w:rsidR="00630262" w:rsidRDefault="00630262" w:rsidP="00F24450">
            <w:r>
              <w:rPr>
                <w:sz w:val="18"/>
              </w:rPr>
              <w:t>Reader 2</w:t>
            </w:r>
          </w:p>
        </w:tc>
        <w:tc>
          <w:tcPr>
            <w:tcW w:w="1406" w:type="dxa"/>
          </w:tcPr>
          <w:p w14:paraId="6CC3AA1A" w14:textId="77777777" w:rsidR="00630262" w:rsidRDefault="00630262" w:rsidP="00F24450">
            <w:r>
              <w:rPr>
                <w:sz w:val="18"/>
              </w:rPr>
              <w:t>25</w:t>
            </w:r>
          </w:p>
        </w:tc>
        <w:tc>
          <w:tcPr>
            <w:tcW w:w="1111" w:type="dxa"/>
          </w:tcPr>
          <w:p w14:paraId="29619EF5" w14:textId="77777777" w:rsidR="00630262" w:rsidRDefault="00630262" w:rsidP="00F24450">
            <w:r>
              <w:rPr>
                <w:sz w:val="18"/>
              </w:rPr>
              <w:t>1.293574</w:t>
            </w:r>
          </w:p>
        </w:tc>
        <w:tc>
          <w:tcPr>
            <w:tcW w:w="1810" w:type="dxa"/>
          </w:tcPr>
          <w:p w14:paraId="211BEC0E" w14:textId="77777777" w:rsidR="00630262" w:rsidRDefault="00630262" w:rsidP="00F24450">
            <w:r>
              <w:rPr>
                <w:sz w:val="18"/>
              </w:rPr>
              <w:t>0.584027</w:t>
            </w:r>
          </w:p>
        </w:tc>
        <w:tc>
          <w:tcPr>
            <w:tcW w:w="2017" w:type="dxa"/>
          </w:tcPr>
          <w:p w14:paraId="473BA0C3" w14:textId="77777777" w:rsidR="00630262" w:rsidRDefault="00630262" w:rsidP="00F24450">
            <w:r>
              <w:rPr>
                <w:sz w:val="18"/>
              </w:rPr>
              <w:t>0.755482</w:t>
            </w:r>
          </w:p>
        </w:tc>
        <w:tc>
          <w:tcPr>
            <w:tcW w:w="1222" w:type="dxa"/>
          </w:tcPr>
          <w:p w14:paraId="55934436" w14:textId="77777777" w:rsidR="00630262" w:rsidRDefault="00630262" w:rsidP="00F24450">
            <w:r>
              <w:rPr>
                <w:sz w:val="18"/>
              </w:rPr>
              <w:t>0.05</w:t>
            </w:r>
          </w:p>
        </w:tc>
        <w:tc>
          <w:tcPr>
            <w:tcW w:w="1402" w:type="dxa"/>
          </w:tcPr>
          <w:p w14:paraId="0DACB0A0" w14:textId="77777777" w:rsidR="00630262" w:rsidRDefault="00630262" w:rsidP="00F24450">
            <w:r>
              <w:rPr>
                <w:sz w:val="18"/>
              </w:rPr>
              <w:t>0.8</w:t>
            </w:r>
          </w:p>
        </w:tc>
      </w:tr>
      <w:tr w:rsidR="00630262" w14:paraId="014839F9" w14:textId="77777777" w:rsidTr="00F24450">
        <w:trPr>
          <w:jc w:val="center"/>
        </w:trPr>
        <w:tc>
          <w:tcPr>
            <w:tcW w:w="1430" w:type="dxa"/>
          </w:tcPr>
          <w:p w14:paraId="42A98D19" w14:textId="77777777" w:rsidR="00630262" w:rsidRDefault="00630262" w:rsidP="00F24450">
            <w:r>
              <w:rPr>
                <w:sz w:val="18"/>
              </w:rPr>
              <w:t>Head/Neck</w:t>
            </w:r>
          </w:p>
        </w:tc>
        <w:tc>
          <w:tcPr>
            <w:tcW w:w="1412" w:type="dxa"/>
          </w:tcPr>
          <w:p w14:paraId="7D96D045" w14:textId="77777777" w:rsidR="00630262" w:rsidRDefault="00630262" w:rsidP="00F24450">
            <w:r>
              <w:rPr>
                <w:sz w:val="18"/>
              </w:rPr>
              <w:t>Reader 1</w:t>
            </w:r>
          </w:p>
        </w:tc>
        <w:tc>
          <w:tcPr>
            <w:tcW w:w="1412" w:type="dxa"/>
          </w:tcPr>
          <w:p w14:paraId="1DC0DF41" w14:textId="77777777" w:rsidR="00630262" w:rsidRDefault="00630262" w:rsidP="00F24450">
            <w:r>
              <w:rPr>
                <w:sz w:val="18"/>
              </w:rPr>
              <w:t>Reader 2</w:t>
            </w:r>
          </w:p>
        </w:tc>
        <w:tc>
          <w:tcPr>
            <w:tcW w:w="1406" w:type="dxa"/>
          </w:tcPr>
          <w:p w14:paraId="0B418194" w14:textId="77777777" w:rsidR="00630262" w:rsidRDefault="00630262" w:rsidP="00F24450">
            <w:r>
              <w:rPr>
                <w:sz w:val="18"/>
              </w:rPr>
              <w:t>25</w:t>
            </w:r>
          </w:p>
        </w:tc>
        <w:tc>
          <w:tcPr>
            <w:tcW w:w="1111" w:type="dxa"/>
          </w:tcPr>
          <w:p w14:paraId="6B14D0BF" w14:textId="77777777" w:rsidR="00630262" w:rsidRDefault="00630262" w:rsidP="00F24450">
            <w:r>
              <w:rPr>
                <w:sz w:val="18"/>
              </w:rPr>
              <w:t>1.398809</w:t>
            </w:r>
          </w:p>
        </w:tc>
        <w:tc>
          <w:tcPr>
            <w:tcW w:w="1810" w:type="dxa"/>
          </w:tcPr>
          <w:p w14:paraId="18992241" w14:textId="77777777" w:rsidR="00630262" w:rsidRDefault="00630262" w:rsidP="00F24450">
            <w:r>
              <w:rPr>
                <w:sz w:val="18"/>
              </w:rPr>
              <w:t>0.584027</w:t>
            </w:r>
          </w:p>
        </w:tc>
        <w:tc>
          <w:tcPr>
            <w:tcW w:w="2017" w:type="dxa"/>
          </w:tcPr>
          <w:p w14:paraId="45C3DC9F" w14:textId="77777777" w:rsidR="00630262" w:rsidRDefault="00630262" w:rsidP="00F24450">
            <w:r>
              <w:rPr>
                <w:sz w:val="18"/>
              </w:rPr>
              <w:t>0.816943</w:t>
            </w:r>
          </w:p>
        </w:tc>
        <w:tc>
          <w:tcPr>
            <w:tcW w:w="1222" w:type="dxa"/>
          </w:tcPr>
          <w:p w14:paraId="05F3A4C5" w14:textId="77777777" w:rsidR="00630262" w:rsidRDefault="00630262" w:rsidP="00F24450">
            <w:r>
              <w:rPr>
                <w:sz w:val="18"/>
              </w:rPr>
              <w:t>0.05</w:t>
            </w:r>
          </w:p>
        </w:tc>
        <w:tc>
          <w:tcPr>
            <w:tcW w:w="1402" w:type="dxa"/>
          </w:tcPr>
          <w:p w14:paraId="6F04C758" w14:textId="77777777" w:rsidR="00630262" w:rsidRDefault="00630262" w:rsidP="00F24450">
            <w:r>
              <w:rPr>
                <w:sz w:val="18"/>
              </w:rPr>
              <w:t>0.8</w:t>
            </w:r>
          </w:p>
        </w:tc>
      </w:tr>
      <w:tr w:rsidR="00630262" w14:paraId="5C1D04EE" w14:textId="77777777" w:rsidTr="00F24450">
        <w:trPr>
          <w:jc w:val="center"/>
        </w:trPr>
        <w:tc>
          <w:tcPr>
            <w:tcW w:w="1430" w:type="dxa"/>
          </w:tcPr>
          <w:p w14:paraId="4AE4C525" w14:textId="77777777" w:rsidR="00630262" w:rsidRDefault="00630262" w:rsidP="00F24450">
            <w:r>
              <w:rPr>
                <w:sz w:val="18"/>
              </w:rPr>
              <w:t>Liver</w:t>
            </w:r>
          </w:p>
        </w:tc>
        <w:tc>
          <w:tcPr>
            <w:tcW w:w="1412" w:type="dxa"/>
          </w:tcPr>
          <w:p w14:paraId="456C056B" w14:textId="77777777" w:rsidR="00630262" w:rsidRDefault="00630262" w:rsidP="00F24450">
            <w:r>
              <w:rPr>
                <w:sz w:val="18"/>
              </w:rPr>
              <w:t>GPT-4o</w:t>
            </w:r>
          </w:p>
        </w:tc>
        <w:tc>
          <w:tcPr>
            <w:tcW w:w="1412" w:type="dxa"/>
          </w:tcPr>
          <w:p w14:paraId="5C18AB2B" w14:textId="77777777" w:rsidR="00630262" w:rsidRDefault="00630262" w:rsidP="00F24450">
            <w:r>
              <w:rPr>
                <w:sz w:val="18"/>
              </w:rPr>
              <w:t>Reader 1</w:t>
            </w:r>
          </w:p>
        </w:tc>
        <w:tc>
          <w:tcPr>
            <w:tcW w:w="1406" w:type="dxa"/>
          </w:tcPr>
          <w:p w14:paraId="396B6D88" w14:textId="77777777" w:rsidR="00630262" w:rsidRDefault="00630262" w:rsidP="00F24450">
            <w:r>
              <w:rPr>
                <w:sz w:val="18"/>
              </w:rPr>
              <w:t>25</w:t>
            </w:r>
          </w:p>
        </w:tc>
        <w:tc>
          <w:tcPr>
            <w:tcW w:w="1111" w:type="dxa"/>
          </w:tcPr>
          <w:p w14:paraId="6955DD3C" w14:textId="77777777" w:rsidR="00630262" w:rsidRDefault="00630262" w:rsidP="00F24450">
            <w:r>
              <w:rPr>
                <w:sz w:val="18"/>
              </w:rPr>
              <w:t>1.951068</w:t>
            </w:r>
          </w:p>
        </w:tc>
        <w:tc>
          <w:tcPr>
            <w:tcW w:w="1810" w:type="dxa"/>
          </w:tcPr>
          <w:p w14:paraId="1E15370B" w14:textId="77777777" w:rsidR="00630262" w:rsidRDefault="00630262" w:rsidP="00F24450">
            <w:r>
              <w:rPr>
                <w:sz w:val="18"/>
              </w:rPr>
              <w:t>0.584027</w:t>
            </w:r>
          </w:p>
        </w:tc>
        <w:tc>
          <w:tcPr>
            <w:tcW w:w="2017" w:type="dxa"/>
          </w:tcPr>
          <w:p w14:paraId="2EED5838" w14:textId="77777777" w:rsidR="00630262" w:rsidRDefault="00630262" w:rsidP="00F24450">
            <w:r>
              <w:rPr>
                <w:sz w:val="18"/>
              </w:rPr>
              <w:t>1.139477</w:t>
            </w:r>
          </w:p>
        </w:tc>
        <w:tc>
          <w:tcPr>
            <w:tcW w:w="1222" w:type="dxa"/>
          </w:tcPr>
          <w:p w14:paraId="625E3129" w14:textId="77777777" w:rsidR="00630262" w:rsidRDefault="00630262" w:rsidP="00F24450">
            <w:r>
              <w:rPr>
                <w:sz w:val="18"/>
              </w:rPr>
              <w:t>0.05</w:t>
            </w:r>
          </w:p>
        </w:tc>
        <w:tc>
          <w:tcPr>
            <w:tcW w:w="1402" w:type="dxa"/>
          </w:tcPr>
          <w:p w14:paraId="5290E369" w14:textId="77777777" w:rsidR="00630262" w:rsidRDefault="00630262" w:rsidP="00F24450">
            <w:r>
              <w:rPr>
                <w:sz w:val="18"/>
              </w:rPr>
              <w:t>0.8</w:t>
            </w:r>
          </w:p>
        </w:tc>
      </w:tr>
      <w:tr w:rsidR="00630262" w14:paraId="2E0F5BE9" w14:textId="77777777" w:rsidTr="00F24450">
        <w:trPr>
          <w:jc w:val="center"/>
        </w:trPr>
        <w:tc>
          <w:tcPr>
            <w:tcW w:w="1430" w:type="dxa"/>
          </w:tcPr>
          <w:p w14:paraId="60531658" w14:textId="77777777" w:rsidR="00630262" w:rsidRDefault="00630262" w:rsidP="00F24450">
            <w:r>
              <w:rPr>
                <w:sz w:val="18"/>
              </w:rPr>
              <w:t>Liver</w:t>
            </w:r>
          </w:p>
        </w:tc>
        <w:tc>
          <w:tcPr>
            <w:tcW w:w="1412" w:type="dxa"/>
          </w:tcPr>
          <w:p w14:paraId="6E8D1FC8" w14:textId="77777777" w:rsidR="00630262" w:rsidRDefault="00630262" w:rsidP="00F24450">
            <w:r>
              <w:rPr>
                <w:sz w:val="18"/>
              </w:rPr>
              <w:t>GPT-4o</w:t>
            </w:r>
          </w:p>
        </w:tc>
        <w:tc>
          <w:tcPr>
            <w:tcW w:w="1412" w:type="dxa"/>
          </w:tcPr>
          <w:p w14:paraId="3709387D" w14:textId="77777777" w:rsidR="00630262" w:rsidRDefault="00630262" w:rsidP="00F24450">
            <w:r>
              <w:rPr>
                <w:sz w:val="18"/>
              </w:rPr>
              <w:t>Reader 2</w:t>
            </w:r>
          </w:p>
        </w:tc>
        <w:tc>
          <w:tcPr>
            <w:tcW w:w="1406" w:type="dxa"/>
          </w:tcPr>
          <w:p w14:paraId="77C8DE8F" w14:textId="77777777" w:rsidR="00630262" w:rsidRDefault="00630262" w:rsidP="00F24450">
            <w:r>
              <w:rPr>
                <w:sz w:val="18"/>
              </w:rPr>
              <w:t>25</w:t>
            </w:r>
          </w:p>
        </w:tc>
        <w:tc>
          <w:tcPr>
            <w:tcW w:w="1111" w:type="dxa"/>
          </w:tcPr>
          <w:p w14:paraId="700F1B44" w14:textId="77777777" w:rsidR="00630262" w:rsidRDefault="00630262" w:rsidP="00F24450">
            <w:r>
              <w:rPr>
                <w:sz w:val="18"/>
              </w:rPr>
              <w:t>1.443376</w:t>
            </w:r>
          </w:p>
        </w:tc>
        <w:tc>
          <w:tcPr>
            <w:tcW w:w="1810" w:type="dxa"/>
          </w:tcPr>
          <w:p w14:paraId="0E9601B5" w14:textId="77777777" w:rsidR="00630262" w:rsidRDefault="00630262" w:rsidP="00F24450">
            <w:r>
              <w:rPr>
                <w:sz w:val="18"/>
              </w:rPr>
              <w:t>0.584027</w:t>
            </w:r>
          </w:p>
        </w:tc>
        <w:tc>
          <w:tcPr>
            <w:tcW w:w="2017" w:type="dxa"/>
          </w:tcPr>
          <w:p w14:paraId="2BCC35ED" w14:textId="77777777" w:rsidR="00630262" w:rsidRDefault="00630262" w:rsidP="00F24450">
            <w:r>
              <w:rPr>
                <w:sz w:val="18"/>
              </w:rPr>
              <w:t>0.842971</w:t>
            </w:r>
          </w:p>
        </w:tc>
        <w:tc>
          <w:tcPr>
            <w:tcW w:w="1222" w:type="dxa"/>
          </w:tcPr>
          <w:p w14:paraId="543D8F47" w14:textId="77777777" w:rsidR="00630262" w:rsidRDefault="00630262" w:rsidP="00F24450">
            <w:r>
              <w:rPr>
                <w:sz w:val="18"/>
              </w:rPr>
              <w:t>0.05</w:t>
            </w:r>
          </w:p>
        </w:tc>
        <w:tc>
          <w:tcPr>
            <w:tcW w:w="1402" w:type="dxa"/>
          </w:tcPr>
          <w:p w14:paraId="58AE69E3" w14:textId="77777777" w:rsidR="00630262" w:rsidRDefault="00630262" w:rsidP="00F24450">
            <w:r>
              <w:rPr>
                <w:sz w:val="18"/>
              </w:rPr>
              <w:t>0.8</w:t>
            </w:r>
          </w:p>
        </w:tc>
      </w:tr>
      <w:tr w:rsidR="00630262" w14:paraId="06FE6721" w14:textId="77777777" w:rsidTr="00F24450">
        <w:trPr>
          <w:jc w:val="center"/>
        </w:trPr>
        <w:tc>
          <w:tcPr>
            <w:tcW w:w="1430" w:type="dxa"/>
          </w:tcPr>
          <w:p w14:paraId="1E45CC85" w14:textId="77777777" w:rsidR="00630262" w:rsidRDefault="00630262" w:rsidP="00F24450">
            <w:r>
              <w:rPr>
                <w:sz w:val="18"/>
              </w:rPr>
              <w:t>Liver</w:t>
            </w:r>
          </w:p>
        </w:tc>
        <w:tc>
          <w:tcPr>
            <w:tcW w:w="1412" w:type="dxa"/>
          </w:tcPr>
          <w:p w14:paraId="76C3B9BE" w14:textId="77777777" w:rsidR="00630262" w:rsidRDefault="00630262" w:rsidP="00F24450">
            <w:r>
              <w:rPr>
                <w:sz w:val="18"/>
              </w:rPr>
              <w:t>Reader 1</w:t>
            </w:r>
          </w:p>
        </w:tc>
        <w:tc>
          <w:tcPr>
            <w:tcW w:w="1412" w:type="dxa"/>
          </w:tcPr>
          <w:p w14:paraId="4DB9AD67" w14:textId="77777777" w:rsidR="00630262" w:rsidRDefault="00630262" w:rsidP="00F24450">
            <w:r>
              <w:rPr>
                <w:sz w:val="18"/>
              </w:rPr>
              <w:t>Reader 2</w:t>
            </w:r>
          </w:p>
        </w:tc>
        <w:tc>
          <w:tcPr>
            <w:tcW w:w="1406" w:type="dxa"/>
          </w:tcPr>
          <w:p w14:paraId="673E1A2A" w14:textId="77777777" w:rsidR="00630262" w:rsidRDefault="00630262" w:rsidP="00F24450">
            <w:r>
              <w:rPr>
                <w:sz w:val="18"/>
              </w:rPr>
              <w:t>25</w:t>
            </w:r>
          </w:p>
        </w:tc>
        <w:tc>
          <w:tcPr>
            <w:tcW w:w="1111" w:type="dxa"/>
          </w:tcPr>
          <w:p w14:paraId="547E9D9D" w14:textId="77777777" w:rsidR="00630262" w:rsidRDefault="00630262" w:rsidP="00F24450">
            <w:r>
              <w:rPr>
                <w:sz w:val="18"/>
              </w:rPr>
              <w:t>1.938212</w:t>
            </w:r>
          </w:p>
        </w:tc>
        <w:tc>
          <w:tcPr>
            <w:tcW w:w="1810" w:type="dxa"/>
          </w:tcPr>
          <w:p w14:paraId="18718081" w14:textId="77777777" w:rsidR="00630262" w:rsidRDefault="00630262" w:rsidP="00F24450">
            <w:r>
              <w:rPr>
                <w:sz w:val="18"/>
              </w:rPr>
              <w:t>0.584027</w:t>
            </w:r>
          </w:p>
        </w:tc>
        <w:tc>
          <w:tcPr>
            <w:tcW w:w="2017" w:type="dxa"/>
          </w:tcPr>
          <w:p w14:paraId="555BA0FD" w14:textId="77777777" w:rsidR="00630262" w:rsidRDefault="00630262" w:rsidP="00F24450">
            <w:r>
              <w:rPr>
                <w:sz w:val="18"/>
              </w:rPr>
              <w:t>1.131969</w:t>
            </w:r>
          </w:p>
        </w:tc>
        <w:tc>
          <w:tcPr>
            <w:tcW w:w="1222" w:type="dxa"/>
          </w:tcPr>
          <w:p w14:paraId="373BF8BB" w14:textId="77777777" w:rsidR="00630262" w:rsidRDefault="00630262" w:rsidP="00F24450">
            <w:r>
              <w:rPr>
                <w:sz w:val="18"/>
              </w:rPr>
              <w:t>0.05</w:t>
            </w:r>
          </w:p>
        </w:tc>
        <w:tc>
          <w:tcPr>
            <w:tcW w:w="1402" w:type="dxa"/>
          </w:tcPr>
          <w:p w14:paraId="12C1EA37" w14:textId="77777777" w:rsidR="00630262" w:rsidRDefault="00630262" w:rsidP="00F24450">
            <w:r>
              <w:rPr>
                <w:sz w:val="18"/>
              </w:rPr>
              <w:t>0.8</w:t>
            </w:r>
          </w:p>
        </w:tc>
      </w:tr>
      <w:tr w:rsidR="00630262" w14:paraId="1F597C94" w14:textId="77777777" w:rsidTr="00F24450">
        <w:trPr>
          <w:jc w:val="center"/>
        </w:trPr>
        <w:tc>
          <w:tcPr>
            <w:tcW w:w="1430" w:type="dxa"/>
          </w:tcPr>
          <w:p w14:paraId="68C70DC4" w14:textId="77777777" w:rsidR="00630262" w:rsidRDefault="00630262" w:rsidP="00F24450">
            <w:r>
              <w:rPr>
                <w:sz w:val="18"/>
              </w:rPr>
              <w:t>Lung</w:t>
            </w:r>
          </w:p>
        </w:tc>
        <w:tc>
          <w:tcPr>
            <w:tcW w:w="1412" w:type="dxa"/>
          </w:tcPr>
          <w:p w14:paraId="3767FB8F" w14:textId="77777777" w:rsidR="00630262" w:rsidRDefault="00630262" w:rsidP="00F24450">
            <w:r>
              <w:rPr>
                <w:sz w:val="18"/>
              </w:rPr>
              <w:t>GPT-4o</w:t>
            </w:r>
          </w:p>
        </w:tc>
        <w:tc>
          <w:tcPr>
            <w:tcW w:w="1412" w:type="dxa"/>
          </w:tcPr>
          <w:p w14:paraId="2B2A713F" w14:textId="77777777" w:rsidR="00630262" w:rsidRDefault="00630262" w:rsidP="00F24450">
            <w:r>
              <w:rPr>
                <w:sz w:val="18"/>
              </w:rPr>
              <w:t>Reader 1</w:t>
            </w:r>
          </w:p>
        </w:tc>
        <w:tc>
          <w:tcPr>
            <w:tcW w:w="1406" w:type="dxa"/>
          </w:tcPr>
          <w:p w14:paraId="16473EA1" w14:textId="77777777" w:rsidR="00630262" w:rsidRDefault="00630262" w:rsidP="00F24450">
            <w:r>
              <w:rPr>
                <w:sz w:val="18"/>
              </w:rPr>
              <w:t>25</w:t>
            </w:r>
          </w:p>
        </w:tc>
        <w:tc>
          <w:tcPr>
            <w:tcW w:w="1111" w:type="dxa"/>
          </w:tcPr>
          <w:p w14:paraId="463A5791" w14:textId="77777777" w:rsidR="00630262" w:rsidRDefault="00630262" w:rsidP="00F24450">
            <w:r>
              <w:rPr>
                <w:sz w:val="18"/>
              </w:rPr>
              <w:t>1.193035</w:t>
            </w:r>
          </w:p>
        </w:tc>
        <w:tc>
          <w:tcPr>
            <w:tcW w:w="1810" w:type="dxa"/>
          </w:tcPr>
          <w:p w14:paraId="473E2E8A" w14:textId="77777777" w:rsidR="00630262" w:rsidRDefault="00630262" w:rsidP="00F24450">
            <w:r>
              <w:rPr>
                <w:sz w:val="18"/>
              </w:rPr>
              <w:t>0.584027</w:t>
            </w:r>
          </w:p>
        </w:tc>
        <w:tc>
          <w:tcPr>
            <w:tcW w:w="2017" w:type="dxa"/>
          </w:tcPr>
          <w:p w14:paraId="378C4E4F" w14:textId="77777777" w:rsidR="00630262" w:rsidRDefault="00630262" w:rsidP="00F24450">
            <w:r>
              <w:rPr>
                <w:sz w:val="18"/>
              </w:rPr>
              <w:t>0.696765</w:t>
            </w:r>
          </w:p>
        </w:tc>
        <w:tc>
          <w:tcPr>
            <w:tcW w:w="1222" w:type="dxa"/>
          </w:tcPr>
          <w:p w14:paraId="1CA4EEF0" w14:textId="77777777" w:rsidR="00630262" w:rsidRDefault="00630262" w:rsidP="00F24450">
            <w:r>
              <w:rPr>
                <w:sz w:val="18"/>
              </w:rPr>
              <w:t>0.05</w:t>
            </w:r>
          </w:p>
        </w:tc>
        <w:tc>
          <w:tcPr>
            <w:tcW w:w="1402" w:type="dxa"/>
          </w:tcPr>
          <w:p w14:paraId="7E6F368A" w14:textId="77777777" w:rsidR="00630262" w:rsidRDefault="00630262" w:rsidP="00F24450">
            <w:r>
              <w:rPr>
                <w:sz w:val="18"/>
              </w:rPr>
              <w:t>0.8</w:t>
            </w:r>
          </w:p>
        </w:tc>
      </w:tr>
      <w:tr w:rsidR="00630262" w14:paraId="0C008E26" w14:textId="77777777" w:rsidTr="00F24450">
        <w:trPr>
          <w:jc w:val="center"/>
        </w:trPr>
        <w:tc>
          <w:tcPr>
            <w:tcW w:w="1430" w:type="dxa"/>
          </w:tcPr>
          <w:p w14:paraId="470CE9DF" w14:textId="77777777" w:rsidR="00630262" w:rsidRDefault="00630262" w:rsidP="00F24450">
            <w:r>
              <w:rPr>
                <w:sz w:val="18"/>
              </w:rPr>
              <w:t>Lung</w:t>
            </w:r>
          </w:p>
        </w:tc>
        <w:tc>
          <w:tcPr>
            <w:tcW w:w="1412" w:type="dxa"/>
          </w:tcPr>
          <w:p w14:paraId="5574DB04" w14:textId="77777777" w:rsidR="00630262" w:rsidRDefault="00630262" w:rsidP="00F24450">
            <w:r>
              <w:rPr>
                <w:sz w:val="18"/>
              </w:rPr>
              <w:t>GPT-4o</w:t>
            </w:r>
          </w:p>
        </w:tc>
        <w:tc>
          <w:tcPr>
            <w:tcW w:w="1412" w:type="dxa"/>
          </w:tcPr>
          <w:p w14:paraId="7F02FB78" w14:textId="77777777" w:rsidR="00630262" w:rsidRDefault="00630262" w:rsidP="00F24450">
            <w:r>
              <w:rPr>
                <w:sz w:val="18"/>
              </w:rPr>
              <w:t>Reader 2</w:t>
            </w:r>
          </w:p>
        </w:tc>
        <w:tc>
          <w:tcPr>
            <w:tcW w:w="1406" w:type="dxa"/>
          </w:tcPr>
          <w:p w14:paraId="307634B0" w14:textId="77777777" w:rsidR="00630262" w:rsidRDefault="00630262" w:rsidP="00F24450">
            <w:r>
              <w:rPr>
                <w:sz w:val="18"/>
              </w:rPr>
              <w:t>25</w:t>
            </w:r>
          </w:p>
        </w:tc>
        <w:tc>
          <w:tcPr>
            <w:tcW w:w="1111" w:type="dxa"/>
          </w:tcPr>
          <w:p w14:paraId="41D014C9" w14:textId="77777777" w:rsidR="00630262" w:rsidRDefault="00630262" w:rsidP="00F24450">
            <w:r>
              <w:rPr>
                <w:sz w:val="18"/>
              </w:rPr>
              <w:t>1.557776</w:t>
            </w:r>
          </w:p>
        </w:tc>
        <w:tc>
          <w:tcPr>
            <w:tcW w:w="1810" w:type="dxa"/>
          </w:tcPr>
          <w:p w14:paraId="66BA3C7B" w14:textId="77777777" w:rsidR="00630262" w:rsidRDefault="00630262" w:rsidP="00F24450">
            <w:r>
              <w:rPr>
                <w:sz w:val="18"/>
              </w:rPr>
              <w:t>0.584027</w:t>
            </w:r>
          </w:p>
        </w:tc>
        <w:tc>
          <w:tcPr>
            <w:tcW w:w="2017" w:type="dxa"/>
          </w:tcPr>
          <w:p w14:paraId="11AF363E" w14:textId="77777777" w:rsidR="00630262" w:rsidRDefault="00630262" w:rsidP="00F24450">
            <w:r>
              <w:rPr>
                <w:sz w:val="18"/>
              </w:rPr>
              <w:t>0.909784</w:t>
            </w:r>
          </w:p>
        </w:tc>
        <w:tc>
          <w:tcPr>
            <w:tcW w:w="1222" w:type="dxa"/>
          </w:tcPr>
          <w:p w14:paraId="09C0B029" w14:textId="77777777" w:rsidR="00630262" w:rsidRDefault="00630262" w:rsidP="00F24450">
            <w:r>
              <w:rPr>
                <w:sz w:val="18"/>
              </w:rPr>
              <w:t>0.05</w:t>
            </w:r>
          </w:p>
        </w:tc>
        <w:tc>
          <w:tcPr>
            <w:tcW w:w="1402" w:type="dxa"/>
          </w:tcPr>
          <w:p w14:paraId="4032BAE2" w14:textId="77777777" w:rsidR="00630262" w:rsidRDefault="00630262" w:rsidP="00F24450">
            <w:r>
              <w:rPr>
                <w:sz w:val="18"/>
              </w:rPr>
              <w:t>0.8</w:t>
            </w:r>
          </w:p>
        </w:tc>
      </w:tr>
      <w:tr w:rsidR="00630262" w14:paraId="5B878030" w14:textId="77777777" w:rsidTr="00F24450">
        <w:trPr>
          <w:jc w:val="center"/>
        </w:trPr>
        <w:tc>
          <w:tcPr>
            <w:tcW w:w="1430" w:type="dxa"/>
          </w:tcPr>
          <w:p w14:paraId="0C59F909" w14:textId="77777777" w:rsidR="00630262" w:rsidRDefault="00630262" w:rsidP="00F24450">
            <w:r>
              <w:rPr>
                <w:sz w:val="18"/>
              </w:rPr>
              <w:t>Lung</w:t>
            </w:r>
          </w:p>
        </w:tc>
        <w:tc>
          <w:tcPr>
            <w:tcW w:w="1412" w:type="dxa"/>
          </w:tcPr>
          <w:p w14:paraId="72B38EB5" w14:textId="77777777" w:rsidR="00630262" w:rsidRDefault="00630262" w:rsidP="00F24450">
            <w:r>
              <w:rPr>
                <w:sz w:val="18"/>
              </w:rPr>
              <w:t>Reader 1</w:t>
            </w:r>
          </w:p>
        </w:tc>
        <w:tc>
          <w:tcPr>
            <w:tcW w:w="1412" w:type="dxa"/>
          </w:tcPr>
          <w:p w14:paraId="6D7697AF" w14:textId="77777777" w:rsidR="00630262" w:rsidRDefault="00630262" w:rsidP="00F24450">
            <w:r>
              <w:rPr>
                <w:sz w:val="18"/>
              </w:rPr>
              <w:t>Reader 2</w:t>
            </w:r>
          </w:p>
        </w:tc>
        <w:tc>
          <w:tcPr>
            <w:tcW w:w="1406" w:type="dxa"/>
          </w:tcPr>
          <w:p w14:paraId="79A5FDFF" w14:textId="77777777" w:rsidR="00630262" w:rsidRDefault="00630262" w:rsidP="00F24450">
            <w:r>
              <w:rPr>
                <w:sz w:val="18"/>
              </w:rPr>
              <w:t>25</w:t>
            </w:r>
          </w:p>
        </w:tc>
        <w:tc>
          <w:tcPr>
            <w:tcW w:w="1111" w:type="dxa"/>
          </w:tcPr>
          <w:p w14:paraId="700E0F5A" w14:textId="77777777" w:rsidR="00630262" w:rsidRDefault="00630262" w:rsidP="00F24450">
            <w:r>
              <w:rPr>
                <w:sz w:val="18"/>
              </w:rPr>
              <w:t>1.351542</w:t>
            </w:r>
          </w:p>
        </w:tc>
        <w:tc>
          <w:tcPr>
            <w:tcW w:w="1810" w:type="dxa"/>
          </w:tcPr>
          <w:p w14:paraId="666FE94D" w14:textId="77777777" w:rsidR="00630262" w:rsidRDefault="00630262" w:rsidP="00F24450">
            <w:r>
              <w:rPr>
                <w:sz w:val="18"/>
              </w:rPr>
              <w:t>0.584027</w:t>
            </w:r>
          </w:p>
        </w:tc>
        <w:tc>
          <w:tcPr>
            <w:tcW w:w="2017" w:type="dxa"/>
          </w:tcPr>
          <w:p w14:paraId="6E5627AE" w14:textId="77777777" w:rsidR="00630262" w:rsidRDefault="00630262" w:rsidP="00F24450">
            <w:r>
              <w:rPr>
                <w:sz w:val="18"/>
              </w:rPr>
              <w:t>0.789337</w:t>
            </w:r>
          </w:p>
        </w:tc>
        <w:tc>
          <w:tcPr>
            <w:tcW w:w="1222" w:type="dxa"/>
          </w:tcPr>
          <w:p w14:paraId="7A3D2FF3" w14:textId="77777777" w:rsidR="00630262" w:rsidRDefault="00630262" w:rsidP="00F24450">
            <w:r>
              <w:rPr>
                <w:sz w:val="18"/>
              </w:rPr>
              <w:t>0.05</w:t>
            </w:r>
          </w:p>
        </w:tc>
        <w:tc>
          <w:tcPr>
            <w:tcW w:w="1402" w:type="dxa"/>
          </w:tcPr>
          <w:p w14:paraId="1865734B" w14:textId="77777777" w:rsidR="00630262" w:rsidRDefault="00630262" w:rsidP="00F24450">
            <w:r>
              <w:rPr>
                <w:sz w:val="18"/>
              </w:rPr>
              <w:t>0.8</w:t>
            </w:r>
          </w:p>
        </w:tc>
      </w:tr>
      <w:tr w:rsidR="00630262" w14:paraId="47B146A7" w14:textId="77777777" w:rsidTr="00F24450">
        <w:trPr>
          <w:jc w:val="center"/>
        </w:trPr>
        <w:tc>
          <w:tcPr>
            <w:tcW w:w="1430" w:type="dxa"/>
          </w:tcPr>
          <w:p w14:paraId="784D9550" w14:textId="77777777" w:rsidR="00630262" w:rsidRDefault="00630262" w:rsidP="00F24450">
            <w:r>
              <w:rPr>
                <w:sz w:val="18"/>
              </w:rPr>
              <w:t>Pancreas</w:t>
            </w:r>
          </w:p>
        </w:tc>
        <w:tc>
          <w:tcPr>
            <w:tcW w:w="1412" w:type="dxa"/>
          </w:tcPr>
          <w:p w14:paraId="53662322" w14:textId="77777777" w:rsidR="00630262" w:rsidRDefault="00630262" w:rsidP="00F24450">
            <w:r>
              <w:rPr>
                <w:sz w:val="18"/>
              </w:rPr>
              <w:t>GPT-4o</w:t>
            </w:r>
          </w:p>
        </w:tc>
        <w:tc>
          <w:tcPr>
            <w:tcW w:w="1412" w:type="dxa"/>
          </w:tcPr>
          <w:p w14:paraId="105EBFF9" w14:textId="77777777" w:rsidR="00630262" w:rsidRDefault="00630262" w:rsidP="00F24450">
            <w:r>
              <w:rPr>
                <w:sz w:val="18"/>
              </w:rPr>
              <w:t>Reader 1</w:t>
            </w:r>
          </w:p>
        </w:tc>
        <w:tc>
          <w:tcPr>
            <w:tcW w:w="1406" w:type="dxa"/>
          </w:tcPr>
          <w:p w14:paraId="1DF76729" w14:textId="77777777" w:rsidR="00630262" w:rsidRDefault="00630262" w:rsidP="00F24450">
            <w:r>
              <w:rPr>
                <w:sz w:val="18"/>
              </w:rPr>
              <w:t>25</w:t>
            </w:r>
          </w:p>
        </w:tc>
        <w:tc>
          <w:tcPr>
            <w:tcW w:w="1111" w:type="dxa"/>
          </w:tcPr>
          <w:p w14:paraId="373D501C" w14:textId="77777777" w:rsidR="00630262" w:rsidRDefault="00630262" w:rsidP="00F24450">
            <w:r>
              <w:rPr>
                <w:sz w:val="18"/>
              </w:rPr>
              <w:t>1.556706</w:t>
            </w:r>
          </w:p>
        </w:tc>
        <w:tc>
          <w:tcPr>
            <w:tcW w:w="1810" w:type="dxa"/>
          </w:tcPr>
          <w:p w14:paraId="46370F33" w14:textId="77777777" w:rsidR="00630262" w:rsidRDefault="00630262" w:rsidP="00F24450">
            <w:r>
              <w:rPr>
                <w:sz w:val="18"/>
              </w:rPr>
              <w:t>0.584027</w:t>
            </w:r>
          </w:p>
        </w:tc>
        <w:tc>
          <w:tcPr>
            <w:tcW w:w="2017" w:type="dxa"/>
          </w:tcPr>
          <w:p w14:paraId="494EE6E0" w14:textId="77777777" w:rsidR="00630262" w:rsidRDefault="00630262" w:rsidP="00F24450">
            <w:r>
              <w:rPr>
                <w:sz w:val="18"/>
              </w:rPr>
              <w:t>0.909159</w:t>
            </w:r>
          </w:p>
        </w:tc>
        <w:tc>
          <w:tcPr>
            <w:tcW w:w="1222" w:type="dxa"/>
          </w:tcPr>
          <w:p w14:paraId="72FC06EC" w14:textId="77777777" w:rsidR="00630262" w:rsidRDefault="00630262" w:rsidP="00F24450">
            <w:r>
              <w:rPr>
                <w:sz w:val="18"/>
              </w:rPr>
              <w:t>0.05</w:t>
            </w:r>
          </w:p>
        </w:tc>
        <w:tc>
          <w:tcPr>
            <w:tcW w:w="1402" w:type="dxa"/>
          </w:tcPr>
          <w:p w14:paraId="49A28CFC" w14:textId="77777777" w:rsidR="00630262" w:rsidRDefault="00630262" w:rsidP="00F24450">
            <w:r>
              <w:rPr>
                <w:sz w:val="18"/>
              </w:rPr>
              <w:t>0.8</w:t>
            </w:r>
          </w:p>
        </w:tc>
      </w:tr>
      <w:tr w:rsidR="00630262" w14:paraId="51B2701F" w14:textId="77777777" w:rsidTr="00F24450">
        <w:trPr>
          <w:jc w:val="center"/>
        </w:trPr>
        <w:tc>
          <w:tcPr>
            <w:tcW w:w="1430" w:type="dxa"/>
          </w:tcPr>
          <w:p w14:paraId="76F04404" w14:textId="77777777" w:rsidR="00630262" w:rsidRDefault="00630262" w:rsidP="00F24450">
            <w:r>
              <w:rPr>
                <w:sz w:val="18"/>
              </w:rPr>
              <w:t>Pancreas</w:t>
            </w:r>
          </w:p>
        </w:tc>
        <w:tc>
          <w:tcPr>
            <w:tcW w:w="1412" w:type="dxa"/>
          </w:tcPr>
          <w:p w14:paraId="7A6E3500" w14:textId="77777777" w:rsidR="00630262" w:rsidRDefault="00630262" w:rsidP="00F24450">
            <w:r>
              <w:rPr>
                <w:sz w:val="18"/>
              </w:rPr>
              <w:t>GPT-4o</w:t>
            </w:r>
          </w:p>
        </w:tc>
        <w:tc>
          <w:tcPr>
            <w:tcW w:w="1412" w:type="dxa"/>
          </w:tcPr>
          <w:p w14:paraId="70F44266" w14:textId="77777777" w:rsidR="00630262" w:rsidRDefault="00630262" w:rsidP="00F24450">
            <w:r>
              <w:rPr>
                <w:sz w:val="18"/>
              </w:rPr>
              <w:t>Reader 2</w:t>
            </w:r>
          </w:p>
        </w:tc>
        <w:tc>
          <w:tcPr>
            <w:tcW w:w="1406" w:type="dxa"/>
          </w:tcPr>
          <w:p w14:paraId="65A43791" w14:textId="77777777" w:rsidR="00630262" w:rsidRDefault="00630262" w:rsidP="00F24450">
            <w:r>
              <w:rPr>
                <w:sz w:val="18"/>
              </w:rPr>
              <w:t>25</w:t>
            </w:r>
          </w:p>
        </w:tc>
        <w:tc>
          <w:tcPr>
            <w:tcW w:w="1111" w:type="dxa"/>
          </w:tcPr>
          <w:p w14:paraId="67F4A0E5" w14:textId="77777777" w:rsidR="00630262" w:rsidRDefault="00630262" w:rsidP="00F24450">
            <w:r>
              <w:rPr>
                <w:sz w:val="18"/>
              </w:rPr>
              <w:t>0.866025</w:t>
            </w:r>
          </w:p>
        </w:tc>
        <w:tc>
          <w:tcPr>
            <w:tcW w:w="1810" w:type="dxa"/>
          </w:tcPr>
          <w:p w14:paraId="2ECD6E9F" w14:textId="77777777" w:rsidR="00630262" w:rsidRDefault="00630262" w:rsidP="00F24450">
            <w:r>
              <w:rPr>
                <w:sz w:val="18"/>
              </w:rPr>
              <w:t>0.584027</w:t>
            </w:r>
          </w:p>
        </w:tc>
        <w:tc>
          <w:tcPr>
            <w:tcW w:w="2017" w:type="dxa"/>
          </w:tcPr>
          <w:p w14:paraId="1A19A627" w14:textId="77777777" w:rsidR="00630262" w:rsidRDefault="00630262" w:rsidP="00F24450">
            <w:r>
              <w:rPr>
                <w:sz w:val="18"/>
              </w:rPr>
              <w:t>0.505782</w:t>
            </w:r>
          </w:p>
        </w:tc>
        <w:tc>
          <w:tcPr>
            <w:tcW w:w="1222" w:type="dxa"/>
          </w:tcPr>
          <w:p w14:paraId="6507D838" w14:textId="77777777" w:rsidR="00630262" w:rsidRDefault="00630262" w:rsidP="00F24450">
            <w:r>
              <w:rPr>
                <w:sz w:val="18"/>
              </w:rPr>
              <w:t>0.05</w:t>
            </w:r>
          </w:p>
        </w:tc>
        <w:tc>
          <w:tcPr>
            <w:tcW w:w="1402" w:type="dxa"/>
          </w:tcPr>
          <w:p w14:paraId="78FEC311" w14:textId="77777777" w:rsidR="00630262" w:rsidRDefault="00630262" w:rsidP="00F24450">
            <w:r>
              <w:rPr>
                <w:sz w:val="18"/>
              </w:rPr>
              <w:t>0.8</w:t>
            </w:r>
          </w:p>
        </w:tc>
      </w:tr>
      <w:tr w:rsidR="00630262" w14:paraId="0EF3E435" w14:textId="77777777" w:rsidTr="00F24450">
        <w:trPr>
          <w:jc w:val="center"/>
        </w:trPr>
        <w:tc>
          <w:tcPr>
            <w:tcW w:w="1430" w:type="dxa"/>
          </w:tcPr>
          <w:p w14:paraId="45842523" w14:textId="77777777" w:rsidR="00630262" w:rsidRDefault="00630262" w:rsidP="00F24450">
            <w:r>
              <w:rPr>
                <w:sz w:val="18"/>
              </w:rPr>
              <w:t>Pancreas</w:t>
            </w:r>
          </w:p>
        </w:tc>
        <w:tc>
          <w:tcPr>
            <w:tcW w:w="1412" w:type="dxa"/>
          </w:tcPr>
          <w:p w14:paraId="79917B50" w14:textId="77777777" w:rsidR="00630262" w:rsidRDefault="00630262" w:rsidP="00F24450">
            <w:r>
              <w:rPr>
                <w:sz w:val="18"/>
              </w:rPr>
              <w:t>Reader 1</w:t>
            </w:r>
          </w:p>
        </w:tc>
        <w:tc>
          <w:tcPr>
            <w:tcW w:w="1412" w:type="dxa"/>
          </w:tcPr>
          <w:p w14:paraId="5D34B6D4" w14:textId="77777777" w:rsidR="00630262" w:rsidRDefault="00630262" w:rsidP="00F24450">
            <w:r>
              <w:rPr>
                <w:sz w:val="18"/>
              </w:rPr>
              <w:t>Reader 2</w:t>
            </w:r>
          </w:p>
        </w:tc>
        <w:tc>
          <w:tcPr>
            <w:tcW w:w="1406" w:type="dxa"/>
          </w:tcPr>
          <w:p w14:paraId="4A56CC24" w14:textId="77777777" w:rsidR="00630262" w:rsidRDefault="00630262" w:rsidP="00F24450">
            <w:r>
              <w:rPr>
                <w:sz w:val="18"/>
              </w:rPr>
              <w:t>25</w:t>
            </w:r>
          </w:p>
        </w:tc>
        <w:tc>
          <w:tcPr>
            <w:tcW w:w="1111" w:type="dxa"/>
          </w:tcPr>
          <w:p w14:paraId="7EE254D8" w14:textId="77777777" w:rsidR="00630262" w:rsidRDefault="00630262" w:rsidP="00F24450">
            <w:r>
              <w:rPr>
                <w:sz w:val="18"/>
              </w:rPr>
              <w:t>1.535144</w:t>
            </w:r>
          </w:p>
        </w:tc>
        <w:tc>
          <w:tcPr>
            <w:tcW w:w="1810" w:type="dxa"/>
          </w:tcPr>
          <w:p w14:paraId="4BDDE585" w14:textId="77777777" w:rsidR="00630262" w:rsidRDefault="00630262" w:rsidP="00F24450">
            <w:r>
              <w:rPr>
                <w:sz w:val="18"/>
              </w:rPr>
              <w:t>0.584027</w:t>
            </w:r>
          </w:p>
        </w:tc>
        <w:tc>
          <w:tcPr>
            <w:tcW w:w="2017" w:type="dxa"/>
          </w:tcPr>
          <w:p w14:paraId="1ABAED52" w14:textId="77777777" w:rsidR="00630262" w:rsidRDefault="00630262" w:rsidP="00F24450">
            <w:r>
              <w:rPr>
                <w:sz w:val="18"/>
              </w:rPr>
              <w:t>0.896566</w:t>
            </w:r>
          </w:p>
        </w:tc>
        <w:tc>
          <w:tcPr>
            <w:tcW w:w="1222" w:type="dxa"/>
          </w:tcPr>
          <w:p w14:paraId="102F19A4" w14:textId="77777777" w:rsidR="00630262" w:rsidRDefault="00630262" w:rsidP="00F24450">
            <w:r>
              <w:rPr>
                <w:sz w:val="18"/>
              </w:rPr>
              <w:t>0.05</w:t>
            </w:r>
          </w:p>
        </w:tc>
        <w:tc>
          <w:tcPr>
            <w:tcW w:w="1402" w:type="dxa"/>
          </w:tcPr>
          <w:p w14:paraId="79F75A8D" w14:textId="77777777" w:rsidR="00630262" w:rsidRDefault="00630262" w:rsidP="00F24450">
            <w:r>
              <w:rPr>
                <w:sz w:val="18"/>
              </w:rPr>
              <w:t>0.8</w:t>
            </w:r>
          </w:p>
        </w:tc>
      </w:tr>
    </w:tbl>
    <w:p w14:paraId="3D86738F" w14:textId="77777777" w:rsidR="00F65847" w:rsidRDefault="00F65847"/>
    <w:p w14:paraId="71639A4C" w14:textId="28E80F7F" w:rsidR="00630262" w:rsidRPr="0047712D" w:rsidRDefault="00630262" w:rsidP="00630262">
      <w:pPr>
        <w:ind w:left="284" w:firstLine="283"/>
        <w:rPr>
          <w:bCs/>
          <w:sz w:val="20"/>
          <w:szCs w:val="20"/>
        </w:rPr>
      </w:pPr>
      <w:r w:rsidRPr="001A5367">
        <w:rPr>
          <w:b/>
          <w:sz w:val="20"/>
          <w:szCs w:val="20"/>
        </w:rPr>
        <w:t xml:space="preserve">Supplementary Table </w:t>
      </w:r>
      <w:r>
        <w:rPr>
          <w:b/>
          <w:sz w:val="20"/>
          <w:szCs w:val="20"/>
        </w:rPr>
        <w:t>4</w:t>
      </w:r>
      <w:r>
        <w:rPr>
          <w:bCs/>
          <w:sz w:val="20"/>
          <w:szCs w:val="20"/>
        </w:rPr>
        <w:t xml:space="preserve">. </w:t>
      </w:r>
      <w:r w:rsidRPr="0047712D">
        <w:rPr>
          <w:bCs/>
          <w:sz w:val="20"/>
          <w:szCs w:val="20"/>
        </w:rPr>
        <w:t xml:space="preserve">Minimum detectable effect </w:t>
      </w:r>
      <w:r>
        <w:rPr>
          <w:bCs/>
          <w:sz w:val="20"/>
          <w:szCs w:val="20"/>
        </w:rPr>
        <w:t>by examination</w:t>
      </w:r>
      <w:r w:rsidR="00024F69">
        <w:rPr>
          <w:bCs/>
          <w:sz w:val="20"/>
          <w:szCs w:val="20"/>
        </w:rPr>
        <w:t>.</w:t>
      </w:r>
    </w:p>
    <w:p w14:paraId="152349AD" w14:textId="3FF8B871" w:rsidR="00630262" w:rsidRDefault="00630262" w:rsidP="00014DA4">
      <w:pPr>
        <w:tabs>
          <w:tab w:val="left" w:pos="8051"/>
        </w:tabs>
        <w:ind w:firstLine="567"/>
        <w:rPr>
          <w:bCs/>
          <w:i/>
          <w:iCs/>
          <w:sz w:val="20"/>
          <w:szCs w:val="20"/>
        </w:rPr>
      </w:pPr>
      <w:r w:rsidRPr="0047712D">
        <w:rPr>
          <w:bCs/>
          <w:i/>
          <w:iCs/>
          <w:sz w:val="20"/>
          <w:szCs w:val="20"/>
        </w:rPr>
        <w:t>Legend: MDE = minimum detectable effect; SD = standard deviation</w:t>
      </w:r>
      <w:r w:rsidR="00014DA4">
        <w:rPr>
          <w:bCs/>
          <w:i/>
          <w:iCs/>
          <w:sz w:val="20"/>
          <w:szCs w:val="20"/>
        </w:rPr>
        <w:tab/>
      </w:r>
    </w:p>
    <w:p w14:paraId="27332D75" w14:textId="77777777" w:rsidR="00630262" w:rsidRDefault="00630262"/>
    <w:sectPr w:rsidR="00630262" w:rsidSect="00034616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numm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numm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Aufzhlungszeich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Aufzhlungszeich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439223155">
    <w:abstractNumId w:val="8"/>
  </w:num>
  <w:num w:numId="2" w16cid:durableId="433018242">
    <w:abstractNumId w:val="6"/>
  </w:num>
  <w:num w:numId="3" w16cid:durableId="18819549">
    <w:abstractNumId w:val="5"/>
  </w:num>
  <w:num w:numId="4" w16cid:durableId="1641298768">
    <w:abstractNumId w:val="4"/>
  </w:num>
  <w:num w:numId="5" w16cid:durableId="515731420">
    <w:abstractNumId w:val="7"/>
  </w:num>
  <w:num w:numId="6" w16cid:durableId="1185511169">
    <w:abstractNumId w:val="3"/>
  </w:num>
  <w:num w:numId="7" w16cid:durableId="1416702381">
    <w:abstractNumId w:val="2"/>
  </w:num>
  <w:num w:numId="8" w16cid:durableId="2053067297">
    <w:abstractNumId w:val="1"/>
  </w:num>
  <w:num w:numId="9" w16cid:durableId="8679883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3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14DA4"/>
    <w:rsid w:val="00024F69"/>
    <w:rsid w:val="00034616"/>
    <w:rsid w:val="0006063C"/>
    <w:rsid w:val="001066E9"/>
    <w:rsid w:val="0015074B"/>
    <w:rsid w:val="001A5367"/>
    <w:rsid w:val="001D4F59"/>
    <w:rsid w:val="0029639D"/>
    <w:rsid w:val="002F4887"/>
    <w:rsid w:val="00326F90"/>
    <w:rsid w:val="0047712D"/>
    <w:rsid w:val="005D764E"/>
    <w:rsid w:val="005F1762"/>
    <w:rsid w:val="00630262"/>
    <w:rsid w:val="007B2A24"/>
    <w:rsid w:val="008F6A89"/>
    <w:rsid w:val="00983E2B"/>
    <w:rsid w:val="00A26D1B"/>
    <w:rsid w:val="00AA1D8D"/>
    <w:rsid w:val="00AD6E52"/>
    <w:rsid w:val="00B436E5"/>
    <w:rsid w:val="00B47730"/>
    <w:rsid w:val="00C210DC"/>
    <w:rsid w:val="00C21C7C"/>
    <w:rsid w:val="00CB0664"/>
    <w:rsid w:val="00E92523"/>
    <w:rsid w:val="00F24450"/>
    <w:rsid w:val="00F65847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360FFB"/>
  <w14:defaultImageDpi w14:val="300"/>
  <w15:docId w15:val="{CB27D9B6-AC0B-7448-8F6F-3FC3FF6030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C693F"/>
  </w:style>
  <w:style w:type="paragraph" w:styleId="berschrift1">
    <w:name w:val="heading 1"/>
    <w:basedOn w:val="Standard"/>
    <w:next w:val="Standard"/>
    <w:link w:val="berschrift1Zchn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618BF"/>
  </w:style>
  <w:style w:type="paragraph" w:styleId="Fuzeile">
    <w:name w:val="footer"/>
    <w:basedOn w:val="Standard"/>
    <w:link w:val="FuzeileZch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618BF"/>
  </w:style>
  <w:style w:type="paragraph" w:styleId="KeinLeerraum">
    <w:name w:val="No Spacing"/>
    <w:uiPriority w:val="1"/>
    <w:qFormat/>
    <w:rsid w:val="00FC693F"/>
    <w:pPr>
      <w:spacing w:after="0" w:line="240" w:lineRule="auto"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el">
    <w:name w:val="Title"/>
    <w:basedOn w:val="Standard"/>
    <w:next w:val="Standard"/>
    <w:link w:val="TitelZchn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nabsatz">
    <w:name w:val="List Paragraph"/>
    <w:basedOn w:val="Standard"/>
    <w:uiPriority w:val="34"/>
    <w:qFormat/>
    <w:rsid w:val="00FC693F"/>
    <w:pPr>
      <w:ind w:left="720"/>
      <w:contextualSpacing/>
    </w:pPr>
  </w:style>
  <w:style w:type="paragraph" w:styleId="Textkrper">
    <w:name w:val="Body Text"/>
    <w:basedOn w:val="Standard"/>
    <w:link w:val="TextkrperZchn"/>
    <w:uiPriority w:val="99"/>
    <w:unhideWhenUsed/>
    <w:rsid w:val="00AA1D8D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rsid w:val="00AA1D8D"/>
  </w:style>
  <w:style w:type="paragraph" w:styleId="Textkrper2">
    <w:name w:val="Body Text 2"/>
    <w:basedOn w:val="Standard"/>
    <w:link w:val="Textkrper2Zchn"/>
    <w:uiPriority w:val="99"/>
    <w:unhideWhenUsed/>
    <w:rsid w:val="00AA1D8D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rsid w:val="00AA1D8D"/>
  </w:style>
  <w:style w:type="paragraph" w:styleId="Textkrper3">
    <w:name w:val="Body Text 3"/>
    <w:basedOn w:val="Standard"/>
    <w:link w:val="Textkrper3Zchn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rsid w:val="00AA1D8D"/>
    <w:rPr>
      <w:sz w:val="16"/>
      <w:szCs w:val="16"/>
    </w:rPr>
  </w:style>
  <w:style w:type="paragraph" w:styleId="Liste">
    <w:name w:val="List"/>
    <w:basedOn w:val="Standard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Standard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Standard"/>
    <w:uiPriority w:val="99"/>
    <w:unhideWhenUsed/>
    <w:rsid w:val="00326F90"/>
    <w:pPr>
      <w:ind w:left="1080" w:hanging="360"/>
      <w:contextualSpacing/>
    </w:pPr>
  </w:style>
  <w:style w:type="paragraph" w:styleId="Aufzhlungszeichen">
    <w:name w:val="List Bullet"/>
    <w:basedOn w:val="Standard"/>
    <w:uiPriority w:val="99"/>
    <w:unhideWhenUsed/>
    <w:rsid w:val="00326F90"/>
    <w:pPr>
      <w:numPr>
        <w:numId w:val="1"/>
      </w:numPr>
      <w:contextualSpacing/>
    </w:pPr>
  </w:style>
  <w:style w:type="paragraph" w:styleId="Aufzhlungszeichen2">
    <w:name w:val="List Bullet 2"/>
    <w:basedOn w:val="Standard"/>
    <w:uiPriority w:val="99"/>
    <w:unhideWhenUsed/>
    <w:rsid w:val="00326F90"/>
    <w:pPr>
      <w:numPr>
        <w:numId w:val="2"/>
      </w:numPr>
      <w:contextualSpacing/>
    </w:pPr>
  </w:style>
  <w:style w:type="paragraph" w:styleId="Aufzhlungszeichen3">
    <w:name w:val="List Bullet 3"/>
    <w:basedOn w:val="Standard"/>
    <w:uiPriority w:val="99"/>
    <w:unhideWhenUsed/>
    <w:rsid w:val="00326F90"/>
    <w:pPr>
      <w:numPr>
        <w:numId w:val="3"/>
      </w:numPr>
      <w:contextualSpacing/>
    </w:pPr>
  </w:style>
  <w:style w:type="paragraph" w:styleId="Listennummer">
    <w:name w:val="List Number"/>
    <w:basedOn w:val="Standard"/>
    <w:uiPriority w:val="99"/>
    <w:unhideWhenUsed/>
    <w:rsid w:val="00326F90"/>
    <w:pPr>
      <w:numPr>
        <w:numId w:val="5"/>
      </w:numPr>
      <w:contextualSpacing/>
    </w:pPr>
  </w:style>
  <w:style w:type="paragraph" w:styleId="Listennummer2">
    <w:name w:val="List Number 2"/>
    <w:basedOn w:val="Standard"/>
    <w:uiPriority w:val="99"/>
    <w:unhideWhenUsed/>
    <w:rsid w:val="0029639D"/>
    <w:pPr>
      <w:numPr>
        <w:numId w:val="6"/>
      </w:numPr>
      <w:contextualSpacing/>
    </w:pPr>
  </w:style>
  <w:style w:type="paragraph" w:styleId="Listennummer3">
    <w:name w:val="List Number 3"/>
    <w:basedOn w:val="Standard"/>
    <w:uiPriority w:val="99"/>
    <w:unhideWhenUsed/>
    <w:rsid w:val="0029639D"/>
    <w:pPr>
      <w:numPr>
        <w:numId w:val="7"/>
      </w:numPr>
      <w:contextualSpacing/>
    </w:pPr>
  </w:style>
  <w:style w:type="paragraph" w:styleId="Listenfortsetzung">
    <w:name w:val="List Continue"/>
    <w:basedOn w:val="Standard"/>
    <w:uiPriority w:val="99"/>
    <w:unhideWhenUsed/>
    <w:rsid w:val="0029639D"/>
    <w:pPr>
      <w:spacing w:after="120"/>
      <w:ind w:left="360"/>
      <w:contextualSpacing/>
    </w:pPr>
  </w:style>
  <w:style w:type="paragraph" w:styleId="Listenfortsetzung2">
    <w:name w:val="List Continue 2"/>
    <w:basedOn w:val="Standard"/>
    <w:uiPriority w:val="99"/>
    <w:unhideWhenUsed/>
    <w:rsid w:val="0029639D"/>
    <w:pPr>
      <w:spacing w:after="120"/>
      <w:ind w:left="720"/>
      <w:contextualSpacing/>
    </w:pPr>
  </w:style>
  <w:style w:type="paragraph" w:styleId="Listenfortsetzung3">
    <w:name w:val="List Continue 3"/>
    <w:basedOn w:val="Standard"/>
    <w:uiPriority w:val="99"/>
    <w:unhideWhenUsed/>
    <w:rsid w:val="0029639D"/>
    <w:pPr>
      <w:spacing w:after="120"/>
      <w:ind w:left="1080"/>
      <w:contextualSpacing/>
    </w:pPr>
  </w:style>
  <w:style w:type="paragraph" w:styleId="Makrotext">
    <w:name w:val="macro"/>
    <w:link w:val="MakrotextZchn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textZchn">
    <w:name w:val="Makrotext Zchn"/>
    <w:basedOn w:val="Absatz-Standardschriftart"/>
    <w:link w:val="Makrotext"/>
    <w:uiPriority w:val="99"/>
    <w:rsid w:val="0029639D"/>
    <w:rPr>
      <w:rFonts w:ascii="Courier" w:hAnsi="Courier"/>
      <w:sz w:val="20"/>
      <w:szCs w:val="20"/>
    </w:rPr>
  </w:style>
  <w:style w:type="paragraph" w:styleId="Zitat">
    <w:name w:val="Quote"/>
    <w:basedOn w:val="Standard"/>
    <w:next w:val="Standard"/>
    <w:link w:val="ZitatZchn"/>
    <w:uiPriority w:val="29"/>
    <w:qFormat/>
    <w:rsid w:val="00FC693F"/>
    <w:rPr>
      <w:i/>
      <w:iCs/>
      <w:color w:val="000000" w:themeColor="text1"/>
    </w:rPr>
  </w:style>
  <w:style w:type="character" w:customStyle="1" w:styleId="ZitatZchn">
    <w:name w:val="Zitat Zchn"/>
    <w:basedOn w:val="Absatz-Standardschriftart"/>
    <w:link w:val="Zitat"/>
    <w:uiPriority w:val="29"/>
    <w:rsid w:val="00FC693F"/>
    <w:rPr>
      <w:i/>
      <w:iCs/>
      <w:color w:val="000000" w:themeColor="text1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ett">
    <w:name w:val="Strong"/>
    <w:basedOn w:val="Absatz-Standardschriftart"/>
    <w:uiPriority w:val="22"/>
    <w:qFormat/>
    <w:rsid w:val="00FC693F"/>
    <w:rPr>
      <w:b/>
      <w:bCs/>
    </w:rPr>
  </w:style>
  <w:style w:type="character" w:styleId="Hervorhebung">
    <w:name w:val="Emphasis"/>
    <w:basedOn w:val="Absatz-Standardschriftart"/>
    <w:uiPriority w:val="20"/>
    <w:qFormat/>
    <w:rsid w:val="00FC693F"/>
    <w:rPr>
      <w:i/>
      <w:iCs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FC693F"/>
    <w:rPr>
      <w:b/>
      <w:bCs/>
      <w:i/>
      <w:iCs/>
      <w:color w:val="4F81BD" w:themeColor="accent1"/>
    </w:rPr>
  </w:style>
  <w:style w:type="character" w:styleId="SchwacheHervorhebung">
    <w:name w:val="Subtle Emphasis"/>
    <w:basedOn w:val="Absatz-Standardschriftart"/>
    <w:uiPriority w:val="19"/>
    <w:qFormat/>
    <w:rsid w:val="00FC693F"/>
    <w:rPr>
      <w:i/>
      <w:iCs/>
      <w:color w:val="808080" w:themeColor="text1" w:themeTint="7F"/>
    </w:rPr>
  </w:style>
  <w:style w:type="character" w:styleId="IntensiveHervorhebung">
    <w:name w:val="Intense Emphasis"/>
    <w:basedOn w:val="Absatz-Standardschriftart"/>
    <w:uiPriority w:val="21"/>
    <w:qFormat/>
    <w:rsid w:val="00FC693F"/>
    <w:rPr>
      <w:b/>
      <w:bCs/>
      <w:i/>
      <w:iCs/>
      <w:color w:val="4F81BD" w:themeColor="accent1"/>
    </w:rPr>
  </w:style>
  <w:style w:type="character" w:styleId="SchwacherVerweis">
    <w:name w:val="Subtle Reference"/>
    <w:basedOn w:val="Absatz-Standardschriftart"/>
    <w:uiPriority w:val="31"/>
    <w:qFormat/>
    <w:rsid w:val="00FC693F"/>
    <w:rPr>
      <w:smallCaps/>
      <w:color w:val="C0504D" w:themeColor="accent2"/>
      <w:u w:val="single"/>
    </w:rPr>
  </w:style>
  <w:style w:type="character" w:styleId="IntensiverVerweis">
    <w:name w:val="Intense Reference"/>
    <w:basedOn w:val="Absatz-Standardschriftar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uchtitel">
    <w:name w:val="Book Title"/>
    <w:basedOn w:val="Absatz-Standardschriftart"/>
    <w:uiPriority w:val="33"/>
    <w:qFormat/>
    <w:rsid w:val="00FC693F"/>
    <w:rPr>
      <w:b/>
      <w:bCs/>
      <w:smallCaps/>
      <w:spacing w:val="5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FC693F"/>
    <w:pPr>
      <w:outlineLvl w:val="9"/>
    </w:pPr>
  </w:style>
  <w:style w:type="table" w:styleId="Tabellenraster">
    <w:name w:val="Table Grid"/>
    <w:basedOn w:val="NormaleTabel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HelleSchattierung">
    <w:name w:val="Light Shading"/>
    <w:basedOn w:val="NormaleTabel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HelleSchattierung-Akzent1">
    <w:name w:val="Light Shading Accent 1"/>
    <w:basedOn w:val="NormaleTabel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HelleSchattierung-Akzent2">
    <w:name w:val="Light Shading Accent 2"/>
    <w:basedOn w:val="NormaleTabel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HelleSchattierung-Akzent3">
    <w:name w:val="Light Shading Accent 3"/>
    <w:basedOn w:val="NormaleTabel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HelleSchattierung-Akzent4">
    <w:name w:val="Light Shading Accent 4"/>
    <w:basedOn w:val="NormaleTabel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HelleSchattierung-Akzent5">
    <w:name w:val="Light Shading Accent 5"/>
    <w:basedOn w:val="NormaleTabel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HelleSchattierung-Akzent6">
    <w:name w:val="Light Shading Accent 6"/>
    <w:basedOn w:val="NormaleTabel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HelleListe">
    <w:name w:val="Light List"/>
    <w:basedOn w:val="NormaleTabel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HelleListe-Akzent1">
    <w:name w:val="Light List Accent 1"/>
    <w:basedOn w:val="NormaleTabel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HelleListe-Akzent2">
    <w:name w:val="Light List Accent 2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HelleListe-Akzent3">
    <w:name w:val="Light List Accent 3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HelleListe-Akzent4">
    <w:name w:val="Light List Accent 4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HelleListe-Akzent5">
    <w:name w:val="Light List Accent 5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HelleListe-Akzent6">
    <w:name w:val="Light List Accent 6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HellesRaster">
    <w:name w:val="Light Grid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HellesRaster-Akzent1">
    <w:name w:val="Light Grid Accent 1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HellesRaster-Akzent2">
    <w:name w:val="Light Grid Accent 2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HellesRaster-Akzent3">
    <w:name w:val="Light Grid Accent 3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HellesRaster-Akzent4">
    <w:name w:val="Light Grid Accent 4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HellesRaster-Akzent5">
    <w:name w:val="Light Grid Accent 5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HellesRaster-Akzent6">
    <w:name w:val="Light Grid Accent 6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ittlereSchattierung1">
    <w:name w:val="Medium Shading 1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1">
    <w:name w:val="Medium Shading 1 Accent 1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2">
    <w:name w:val="Medium Shading 1 Accent 2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3">
    <w:name w:val="Medium Shading 1 Accent 3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4">
    <w:name w:val="Medium Shading 1 Accent 4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5">
    <w:name w:val="Medium Shading 1 Accent 5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6">
    <w:name w:val="Medium Shading 1 Accent 6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2">
    <w:name w:val="Medium Shading 2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1">
    <w:name w:val="Medium Shading 2 Accent 1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2">
    <w:name w:val="Medium Shading 2 Accent 2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3">
    <w:name w:val="Medium Shading 2 Accent 3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4">
    <w:name w:val="Medium Shading 2 Accent 4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5">
    <w:name w:val="Medium Shading 2 Accent 5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6">
    <w:name w:val="Medium Shading 2 Accent 6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Liste1">
    <w:name w:val="Medium List 1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ittlereListe1-Akzent1">
    <w:name w:val="Medium List 1 Accent 1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ittlereListe1-Akzent2">
    <w:name w:val="Medium List 1 Accent 2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ittlereListe1-Akzent3">
    <w:name w:val="Medium List 1 Accent 3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ittlereListe1-Akzent4">
    <w:name w:val="Medium List 1 Accent 4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ittlereListe1-Akzent5">
    <w:name w:val="Medium List 1 Accent 5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ittlereListe1-Akzent6">
    <w:name w:val="Medium List 1 Accent 6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ittlereListe2">
    <w:name w:val="Medium List 2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1">
    <w:name w:val="Medium List 2 Accent 1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2">
    <w:name w:val="Medium List 2 Accent 2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3">
    <w:name w:val="Medium List 2 Accent 3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4">
    <w:name w:val="Medium List 2 Accent 4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5">
    <w:name w:val="Medium List 2 Accent 5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6">
    <w:name w:val="Medium List 2 Accent 6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sRaster1">
    <w:name w:val="Medium Grid 1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ittleresRaster1-Akzent1">
    <w:name w:val="Medium Grid 1 Accent 1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ittleresRaster1-Akzent2">
    <w:name w:val="Medium Grid 1 Accent 2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ittleresRaster1-Akzent3">
    <w:name w:val="Medium Grid 1 Accent 3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ittleresRaster1-Akzent4">
    <w:name w:val="Medium Grid 1 Accent 4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ittleresRaster1-Akzent5">
    <w:name w:val="Medium Grid 1 Accent 5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ittleresRaster1-Akzent6">
    <w:name w:val="Medium Grid 1 Accent 6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ittleresRaster2">
    <w:name w:val="Medium Grid 2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1">
    <w:name w:val="Medium Grid 2 Accent 1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2">
    <w:name w:val="Medium Grid 2 Accent 2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3">
    <w:name w:val="Medium Grid 2 Accent 3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4">
    <w:name w:val="Medium Grid 2 Accent 4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5">
    <w:name w:val="Medium Grid 2 Accent 5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6">
    <w:name w:val="Medium Grid 2 Accent 6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3">
    <w:name w:val="Medium Grid 3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ittleresRaster3-Akzent1">
    <w:name w:val="Medium Grid 3 Accent 1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ittleresRaster3-Akzent2">
    <w:name w:val="Medium Grid 3 Accent 2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ittleresRaster3-Akzent3">
    <w:name w:val="Medium Grid 3 Accent 3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ittleresRaster3-Akzent4">
    <w:name w:val="Medium Grid 3 Accent 4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ittleresRaster3-Akzent5">
    <w:name w:val="Medium Grid 3 Accent 5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ittleresRaster3-Akzent6">
    <w:name w:val="Medium Grid 3 Accent 6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unkleListe">
    <w:name w:val="Dark List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unkleListe-Akzent1">
    <w:name w:val="Dark List Accent 1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unkleListe-Akzent2">
    <w:name w:val="Dark List Accent 2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unkleListe-Akzent3">
    <w:name w:val="Dark List Accent 3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unkleListe-Akzent4">
    <w:name w:val="Dark List Accent 4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unkleListe-Akzent5">
    <w:name w:val="Dark List Accent 5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unkleListe-Akzent6">
    <w:name w:val="Dark List Accent 6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arbigeSchattierung">
    <w:name w:val="Colorful Shading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1">
    <w:name w:val="Colorful Shading Accent 1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2">
    <w:name w:val="Colorful Shading Accent 2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3">
    <w:name w:val="Colorful Shading Accent 3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chattierung-Akzent4">
    <w:name w:val="Colorful Shading Accent 4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5">
    <w:name w:val="Colorful Shading Accent 5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6">
    <w:name w:val="Colorful Shading Accent 6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Liste">
    <w:name w:val="Colorful List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bigeListe-Akzent1">
    <w:name w:val="Colorful List Accent 1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arbigeListe-Akzent2">
    <w:name w:val="Colorful List Accent 2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arbigeListe-Akzent3">
    <w:name w:val="Colorful List Accent 3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arbigeListe-Akzent4">
    <w:name w:val="Colorful List Accent 4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arbigeListe-Akzent5">
    <w:name w:val="Colorful List Accent 5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arbigeListe-Akzent6">
    <w:name w:val="Colorful List Accent 6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arbigesRaster">
    <w:name w:val="Colorful Grid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bigesRaster-Akzent1">
    <w:name w:val="Colorful Grid Accent 1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arbigesRaster-Akzent2">
    <w:name w:val="Colorful Grid Accent 2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arbigesRaster-Akzent3">
    <w:name w:val="Colorful Grid Accent 3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Raster-Akzent4">
    <w:name w:val="Colorful Grid Accent 4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arbigesRaster-Akzent5">
    <w:name w:val="Colorful Grid Accent 5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arbigesRaster-Akzent6">
    <w:name w:val="Colorful Grid Accent 6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672</Words>
  <Characters>3334</Characters>
  <Application>Microsoft Office Word</Application>
  <DocSecurity>0</DocSecurity>
  <Lines>555</Lines>
  <Paragraphs>572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3434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Robert Terzis</cp:lastModifiedBy>
  <cp:revision>8</cp:revision>
  <dcterms:created xsi:type="dcterms:W3CDTF">2026-01-28T11:37:00Z</dcterms:created>
  <dcterms:modified xsi:type="dcterms:W3CDTF">2026-01-28T20:20:00Z</dcterms:modified>
  <cp:category/>
</cp:coreProperties>
</file>