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E6BC" w14:textId="77777777" w:rsidR="00353EF9" w:rsidRDefault="00000000">
      <w:pPr>
        <w:spacing w:after="120" w:line="240" w:lineRule="auto"/>
      </w:pPr>
      <w:r>
        <w:rPr>
          <w:b/>
          <w:sz w:val="21"/>
        </w:rPr>
        <w:t xml:space="preserve">Supplementary Table S1. </w:t>
      </w:r>
      <w:r>
        <w:rPr>
          <w:sz w:val="21"/>
        </w:rPr>
        <w:t>Direct pairwise comparison between RA 10 µM and TGF-β1 20 ng/mL across in vivo and molecular endpoints.</w:t>
      </w:r>
    </w:p>
    <w:p w14:paraId="1F4C9F74" w14:textId="77777777" w:rsidR="00353EF9" w:rsidRDefault="00000000">
      <w:pPr>
        <w:spacing w:after="120" w:line="240" w:lineRule="auto"/>
      </w:pPr>
      <w:r>
        <w:rPr>
          <w:sz w:val="19"/>
        </w:rPr>
        <w:t>Mean differences are reported as RA 10 µM minus TGF-β1 20 ng/mL. Values are Tukey-adjusted post hoc pairwise comparisons derived from ordinary one-way ANOVA.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44"/>
        <w:gridCol w:w="6285"/>
        <w:gridCol w:w="2158"/>
        <w:gridCol w:w="3752"/>
        <w:gridCol w:w="2345"/>
      </w:tblGrid>
      <w:tr w:rsidR="00353EF9" w14:paraId="76E2CCCC" w14:textId="77777777" w:rsidTr="00023BBA">
        <w:trPr>
          <w:tblHeader/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DE102" w14:textId="77777777" w:rsidR="00353EF9" w:rsidRDefault="00000000">
            <w:pPr>
              <w:jc w:val="center"/>
            </w:pPr>
            <w:r>
              <w:rPr>
                <w:b/>
                <w:sz w:val="19"/>
              </w:rPr>
              <w:t>No.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DE896" w14:textId="77777777" w:rsidR="00353EF9" w:rsidRDefault="00000000">
            <w:pPr>
              <w:jc w:val="center"/>
            </w:pPr>
            <w:r>
              <w:rPr>
                <w:b/>
                <w:sz w:val="19"/>
              </w:rPr>
              <w:t>Variable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9AAF" w14:textId="77777777" w:rsidR="00353EF9" w:rsidRDefault="00000000">
            <w:pPr>
              <w:jc w:val="center"/>
            </w:pPr>
            <w:r>
              <w:rPr>
                <w:b/>
                <w:sz w:val="19"/>
              </w:rPr>
              <w:t>Mean diff.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AFD65" w14:textId="77777777" w:rsidR="00353EF9" w:rsidRDefault="00000000">
            <w:pPr>
              <w:jc w:val="center"/>
            </w:pPr>
            <w:r>
              <w:rPr>
                <w:b/>
                <w:sz w:val="19"/>
              </w:rPr>
              <w:t>95.00% CI of diff.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7F304" w14:textId="77777777" w:rsidR="00353EF9" w:rsidRDefault="00000000">
            <w:pPr>
              <w:jc w:val="center"/>
            </w:pPr>
            <w:r>
              <w:rPr>
                <w:b/>
                <w:sz w:val="19"/>
              </w:rPr>
              <w:t>Adjusted P Value</w:t>
            </w:r>
          </w:p>
        </w:tc>
      </w:tr>
      <w:tr w:rsidR="00353EF9" w14:paraId="4584212F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D7A0F9" w14:textId="77777777" w:rsidR="00353EF9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475BD4" w14:textId="77777777" w:rsidR="00353EF9" w:rsidRDefault="00000000">
            <w:r>
              <w:rPr>
                <w:sz w:val="18"/>
              </w:rPr>
              <w:t>First Body Weight(g)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9AB919" w14:textId="77777777" w:rsidR="00353EF9" w:rsidRDefault="00000000">
            <w:pPr>
              <w:jc w:val="center"/>
            </w:pPr>
            <w:r>
              <w:rPr>
                <w:sz w:val="18"/>
              </w:rPr>
              <w:t>-0.2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BBA8E8" w14:textId="77777777" w:rsidR="00353EF9" w:rsidRDefault="00000000">
            <w:pPr>
              <w:jc w:val="center"/>
            </w:pPr>
            <w:r>
              <w:rPr>
                <w:sz w:val="18"/>
              </w:rPr>
              <w:t>-4.758 to 4.358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4BA84B" w14:textId="77777777" w:rsidR="00353EF9" w:rsidRDefault="00000000">
            <w:pPr>
              <w:jc w:val="center"/>
            </w:pPr>
            <w:r>
              <w:rPr>
                <w:sz w:val="18"/>
              </w:rPr>
              <w:t>&gt;0.9999</w:t>
            </w:r>
          </w:p>
        </w:tc>
      </w:tr>
      <w:tr w:rsidR="00353EF9" w14:paraId="76FB45EB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F9DD0A" w14:textId="77777777" w:rsidR="00353EF9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A1C816" w14:textId="77777777" w:rsidR="00353EF9" w:rsidRDefault="00000000">
            <w:r>
              <w:rPr>
                <w:sz w:val="18"/>
              </w:rPr>
              <w:t>Last Body Weight(g)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85CCC8" w14:textId="77777777" w:rsidR="00353EF9" w:rsidRDefault="00000000">
            <w:pPr>
              <w:jc w:val="center"/>
            </w:pPr>
            <w:r>
              <w:rPr>
                <w:sz w:val="18"/>
              </w:rPr>
              <w:t>-0.2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0DF7DD" w14:textId="77777777" w:rsidR="00353EF9" w:rsidRDefault="00000000">
            <w:pPr>
              <w:jc w:val="center"/>
            </w:pPr>
            <w:r>
              <w:rPr>
                <w:sz w:val="18"/>
              </w:rPr>
              <w:t>-3.734 to 3.334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EA9FA4" w14:textId="77777777" w:rsidR="00353EF9" w:rsidRDefault="00000000">
            <w:pPr>
              <w:jc w:val="center"/>
            </w:pPr>
            <w:r>
              <w:rPr>
                <w:sz w:val="18"/>
              </w:rPr>
              <w:t>&gt;0.9999</w:t>
            </w:r>
          </w:p>
        </w:tc>
      </w:tr>
      <w:tr w:rsidR="00353EF9" w14:paraId="502CF68B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B6456E" w14:textId="77777777" w:rsidR="00353EF9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924696" w14:textId="77777777" w:rsidR="00353EF9" w:rsidRDefault="00000000">
            <w:r>
              <w:rPr>
                <w:sz w:val="18"/>
              </w:rPr>
              <w:t>Testis Weight(g)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AA8FC2" w14:textId="77777777" w:rsidR="00353EF9" w:rsidRDefault="00000000">
            <w:pPr>
              <w:jc w:val="center"/>
            </w:pPr>
            <w:r>
              <w:rPr>
                <w:sz w:val="18"/>
              </w:rPr>
              <w:t>-4.1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59BFD8" w14:textId="77777777" w:rsidR="00353EF9" w:rsidRDefault="00000000">
            <w:pPr>
              <w:jc w:val="center"/>
            </w:pPr>
            <w:r>
              <w:rPr>
                <w:sz w:val="18"/>
              </w:rPr>
              <w:t>-19.58 to 11.38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21AE6A" w14:textId="77777777" w:rsidR="00353EF9" w:rsidRDefault="00000000">
            <w:pPr>
              <w:jc w:val="center"/>
            </w:pPr>
            <w:r>
              <w:rPr>
                <w:sz w:val="18"/>
              </w:rPr>
              <w:t>0.9878</w:t>
            </w:r>
          </w:p>
        </w:tc>
      </w:tr>
      <w:tr w:rsidR="00353EF9" w14:paraId="45E60BBD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FB0AC2" w14:textId="77777777" w:rsidR="00353EF9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D8B3A2" w14:textId="77777777" w:rsidR="00353EF9" w:rsidRDefault="00000000">
            <w:r>
              <w:rPr>
                <w:sz w:val="18"/>
              </w:rPr>
              <w:t>Testis-to-body weight ratio (%)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700AB2" w14:textId="77777777" w:rsidR="00353EF9" w:rsidRDefault="00000000">
            <w:pPr>
              <w:jc w:val="center"/>
            </w:pPr>
            <w:r>
              <w:rPr>
                <w:sz w:val="18"/>
              </w:rPr>
              <w:t>-0.014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571505" w14:textId="77777777" w:rsidR="00353EF9" w:rsidRDefault="00000000">
            <w:pPr>
              <w:jc w:val="center"/>
            </w:pPr>
            <w:r>
              <w:rPr>
                <w:sz w:val="18"/>
              </w:rPr>
              <w:t>-0.0655 to 0.0375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CE5029" w14:textId="77777777" w:rsidR="00353EF9" w:rsidRDefault="00000000">
            <w:pPr>
              <w:jc w:val="center"/>
            </w:pPr>
            <w:r>
              <w:rPr>
                <w:sz w:val="18"/>
              </w:rPr>
              <w:t>0.9858</w:t>
            </w:r>
          </w:p>
        </w:tc>
      </w:tr>
      <w:tr w:rsidR="00353EF9" w14:paraId="27B1326E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5D1925" w14:textId="77777777" w:rsidR="00353EF9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9A5EDA" w14:textId="77777777" w:rsidR="00353EF9" w:rsidRDefault="00000000">
            <w:r>
              <w:rPr>
                <w:sz w:val="18"/>
              </w:rPr>
              <w:t>Tubular Diameter(µm)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35DD29" w14:textId="77777777" w:rsidR="00353EF9" w:rsidRDefault="00000000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72536D" w14:textId="77777777" w:rsidR="00353EF9" w:rsidRDefault="00000000">
            <w:pPr>
              <w:jc w:val="center"/>
            </w:pPr>
            <w:r>
              <w:rPr>
                <w:sz w:val="18"/>
              </w:rPr>
              <w:t>-19 to 41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F734CA" w14:textId="77777777" w:rsidR="00353EF9" w:rsidRDefault="00000000">
            <w:pPr>
              <w:jc w:val="center"/>
            </w:pPr>
            <w:r>
              <w:rPr>
                <w:sz w:val="18"/>
              </w:rPr>
              <w:t>0.9296</w:t>
            </w:r>
          </w:p>
        </w:tc>
      </w:tr>
      <w:tr w:rsidR="00353EF9" w14:paraId="24CECD1A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E861FA" w14:textId="77777777" w:rsidR="00353EF9" w:rsidRDefault="00000000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03A09E" w14:textId="77777777" w:rsidR="00353EF9" w:rsidRDefault="00000000">
            <w:r>
              <w:rPr>
                <w:sz w:val="18"/>
              </w:rPr>
              <w:t>Tubular Area(µm)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359D59" w14:textId="77777777" w:rsidR="00353EF9" w:rsidRDefault="00000000">
            <w:pPr>
              <w:jc w:val="center"/>
            </w:pPr>
            <w:r>
              <w:rPr>
                <w:sz w:val="18"/>
              </w:rPr>
              <w:t>3802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E231E7" w14:textId="77777777" w:rsidR="00353EF9" w:rsidRDefault="00000000">
            <w:pPr>
              <w:jc w:val="center"/>
            </w:pPr>
            <w:r>
              <w:rPr>
                <w:sz w:val="18"/>
              </w:rPr>
              <w:t>-4043 to 11646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A14B33" w14:textId="77777777" w:rsidR="00353EF9" w:rsidRDefault="00000000">
            <w:pPr>
              <w:jc w:val="center"/>
            </w:pPr>
            <w:r>
              <w:rPr>
                <w:sz w:val="18"/>
              </w:rPr>
              <w:t>0.7640</w:t>
            </w:r>
          </w:p>
        </w:tc>
      </w:tr>
      <w:tr w:rsidR="00353EF9" w14:paraId="356833CF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9F35BD" w14:textId="77777777" w:rsidR="00353EF9" w:rsidRDefault="00000000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DD5E96" w14:textId="77777777" w:rsidR="00353EF9" w:rsidRDefault="00000000">
            <w:r>
              <w:rPr>
                <w:sz w:val="18"/>
              </w:rPr>
              <w:t>Epithelial height (μm)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8292E9" w14:textId="77777777" w:rsidR="00353EF9" w:rsidRDefault="00000000">
            <w:pPr>
              <w:jc w:val="center"/>
            </w:pPr>
            <w:r>
              <w:rPr>
                <w:sz w:val="18"/>
              </w:rPr>
              <w:t>-0.44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4AB634" w14:textId="77777777" w:rsidR="00353EF9" w:rsidRDefault="00000000">
            <w:pPr>
              <w:jc w:val="center"/>
            </w:pPr>
            <w:r>
              <w:rPr>
                <w:sz w:val="18"/>
              </w:rPr>
              <w:t>-11.04 to 10.16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3CE69F" w14:textId="77777777" w:rsidR="00353EF9" w:rsidRDefault="00000000">
            <w:pPr>
              <w:jc w:val="center"/>
            </w:pPr>
            <w:r>
              <w:rPr>
                <w:sz w:val="18"/>
              </w:rPr>
              <w:t>&gt;0.9999</w:t>
            </w:r>
          </w:p>
        </w:tc>
      </w:tr>
      <w:tr w:rsidR="00353EF9" w14:paraId="454E3A6D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986210" w14:textId="77777777" w:rsidR="00353EF9" w:rsidRDefault="00000000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F70628" w14:textId="77777777" w:rsidR="00353EF9" w:rsidRDefault="00000000">
            <w:r>
              <w:rPr>
                <w:sz w:val="18"/>
              </w:rPr>
              <w:t>Luminal diameter (μm)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B42098" w14:textId="77777777" w:rsidR="00353EF9" w:rsidRDefault="00000000">
            <w:pPr>
              <w:jc w:val="center"/>
            </w:pPr>
            <w:r>
              <w:rPr>
                <w:sz w:val="18"/>
              </w:rPr>
              <w:t>4.68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534EEC" w14:textId="77777777" w:rsidR="00353EF9" w:rsidRDefault="00000000">
            <w:pPr>
              <w:jc w:val="center"/>
            </w:pPr>
            <w:r>
              <w:rPr>
                <w:sz w:val="18"/>
              </w:rPr>
              <w:t>-10.8 to 20.16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077631" w14:textId="77777777" w:rsidR="00353EF9" w:rsidRDefault="00000000">
            <w:pPr>
              <w:jc w:val="center"/>
            </w:pPr>
            <w:r>
              <w:rPr>
                <w:sz w:val="18"/>
              </w:rPr>
              <w:t>0.9742</w:t>
            </w:r>
          </w:p>
        </w:tc>
      </w:tr>
      <w:tr w:rsidR="00353EF9" w14:paraId="4570ED45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242E8E" w14:textId="77777777" w:rsidR="00353EF9" w:rsidRDefault="00000000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1AD7F3" w14:textId="77777777" w:rsidR="00353EF9" w:rsidRDefault="00000000">
            <w:r>
              <w:rPr>
                <w:sz w:val="18"/>
              </w:rPr>
              <w:t>Luminal area (μm)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DB615C" w14:textId="77777777" w:rsidR="00353EF9" w:rsidRDefault="00000000">
            <w:pPr>
              <w:jc w:val="center"/>
            </w:pPr>
            <w:r>
              <w:rPr>
                <w:sz w:val="18"/>
              </w:rPr>
              <w:t>377.4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330FB2" w14:textId="77777777" w:rsidR="00353EF9" w:rsidRDefault="00000000">
            <w:pPr>
              <w:jc w:val="center"/>
            </w:pPr>
            <w:r>
              <w:rPr>
                <w:sz w:val="18"/>
              </w:rPr>
              <w:t>-1511 to 2266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EDCA26" w14:textId="77777777" w:rsidR="00353EF9" w:rsidRDefault="00000000">
            <w:pPr>
              <w:jc w:val="center"/>
            </w:pPr>
            <w:r>
              <w:rPr>
                <w:sz w:val="18"/>
              </w:rPr>
              <w:t>0.9978</w:t>
            </w:r>
          </w:p>
        </w:tc>
      </w:tr>
      <w:tr w:rsidR="00353EF9" w14:paraId="40474C54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4B4543" w14:textId="77777777" w:rsidR="00353EF9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ACE2F9" w14:textId="77777777" w:rsidR="00353EF9" w:rsidRDefault="00000000">
            <w:r>
              <w:rPr>
                <w:sz w:val="18"/>
              </w:rPr>
              <w:t>Modified Johnsen Score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8C36CE" w14:textId="77777777" w:rsidR="00353EF9" w:rsidRDefault="00000000">
            <w:pPr>
              <w:jc w:val="center"/>
            </w:pPr>
            <w:r>
              <w:rPr>
                <w:sz w:val="18"/>
              </w:rPr>
              <w:t>2.2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F8090" w14:textId="77777777" w:rsidR="00353EF9" w:rsidRDefault="00000000">
            <w:pPr>
              <w:jc w:val="center"/>
            </w:pPr>
            <w:r>
              <w:rPr>
                <w:sz w:val="18"/>
              </w:rPr>
              <w:t>1.623 to 2.777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93D461" w14:textId="77777777" w:rsidR="00353EF9" w:rsidRDefault="00000000">
            <w:pPr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353EF9" w14:paraId="5000620F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480A1C" w14:textId="77777777" w:rsidR="00353EF9" w:rsidRDefault="00000000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B8949D" w14:textId="77777777" w:rsidR="00353EF9" w:rsidRDefault="00000000">
            <w:r>
              <w:rPr>
                <w:sz w:val="18"/>
              </w:rPr>
              <w:t>tubular differentiation (TDI)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2A069B" w14:textId="77777777" w:rsidR="00353EF9" w:rsidRDefault="00000000">
            <w:pPr>
              <w:jc w:val="center"/>
            </w:pPr>
            <w:r>
              <w:rPr>
                <w:sz w:val="18"/>
              </w:rPr>
              <w:t>4.26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4C2B4B" w14:textId="77777777" w:rsidR="00353EF9" w:rsidRDefault="00000000">
            <w:pPr>
              <w:jc w:val="center"/>
            </w:pPr>
            <w:r>
              <w:rPr>
                <w:sz w:val="18"/>
              </w:rPr>
              <w:t>-7.285 to 15.81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25C4EB" w14:textId="77777777" w:rsidR="00353EF9" w:rsidRDefault="00000000">
            <w:pPr>
              <w:jc w:val="center"/>
            </w:pPr>
            <w:r>
              <w:rPr>
                <w:sz w:val="18"/>
              </w:rPr>
              <w:t>0.9274</w:t>
            </w:r>
          </w:p>
        </w:tc>
      </w:tr>
      <w:tr w:rsidR="00353EF9" w14:paraId="4B58A5FC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BEA880" w14:textId="77777777" w:rsidR="00353EF9" w:rsidRDefault="00000000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53022D" w14:textId="77777777" w:rsidR="00353EF9" w:rsidRDefault="00000000">
            <w:r>
              <w:rPr>
                <w:sz w:val="18"/>
              </w:rPr>
              <w:t>repopulation (RI)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8763B9" w14:textId="77777777" w:rsidR="00353EF9" w:rsidRDefault="00000000">
            <w:pPr>
              <w:jc w:val="center"/>
            </w:pPr>
            <w:r>
              <w:rPr>
                <w:sz w:val="18"/>
              </w:rPr>
              <w:t>3.26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096ED9" w14:textId="77777777" w:rsidR="00353EF9" w:rsidRDefault="00000000">
            <w:pPr>
              <w:jc w:val="center"/>
            </w:pPr>
            <w:r>
              <w:rPr>
                <w:sz w:val="18"/>
              </w:rPr>
              <w:t>-8.534 to 15.05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EE4EFA" w14:textId="77777777" w:rsidR="00353EF9" w:rsidRDefault="00000000">
            <w:pPr>
              <w:jc w:val="center"/>
            </w:pPr>
            <w:r>
              <w:rPr>
                <w:sz w:val="18"/>
              </w:rPr>
              <w:t>0.9844</w:t>
            </w:r>
          </w:p>
        </w:tc>
      </w:tr>
      <w:tr w:rsidR="00353EF9" w14:paraId="7CF6DD5B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E4943B" w14:textId="77777777" w:rsidR="00353EF9" w:rsidRDefault="00000000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17738D" w14:textId="77777777" w:rsidR="00353EF9" w:rsidRDefault="00000000">
            <w:r>
              <w:rPr>
                <w:sz w:val="18"/>
              </w:rPr>
              <w:t>spermiogenesis (SPI)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B8B314" w14:textId="77777777" w:rsidR="00353EF9" w:rsidRDefault="00000000">
            <w:pPr>
              <w:jc w:val="center"/>
            </w:pPr>
            <w:r>
              <w:rPr>
                <w:sz w:val="18"/>
              </w:rPr>
              <w:t>0.5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BACB5A" w14:textId="77777777" w:rsidR="00353EF9" w:rsidRDefault="00000000">
            <w:pPr>
              <w:jc w:val="center"/>
            </w:pPr>
            <w:r>
              <w:rPr>
                <w:sz w:val="18"/>
              </w:rPr>
              <w:t>-13.73 to 14.73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18014D" w14:textId="77777777" w:rsidR="00353EF9" w:rsidRDefault="00000000">
            <w:pPr>
              <w:jc w:val="center"/>
            </w:pPr>
            <w:r>
              <w:rPr>
                <w:sz w:val="18"/>
              </w:rPr>
              <w:t>&gt;0.9999</w:t>
            </w:r>
          </w:p>
        </w:tc>
      </w:tr>
      <w:tr w:rsidR="00353EF9" w14:paraId="7D27AEC6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96EBF7" w14:textId="77777777" w:rsidR="00353EF9" w:rsidRDefault="00000000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E7189B" w14:textId="77777777" w:rsidR="00353EF9" w:rsidRDefault="00000000">
            <w:r>
              <w:rPr>
                <w:sz w:val="18"/>
              </w:rPr>
              <w:t>Germinal cell count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A7BCCA" w14:textId="77777777" w:rsidR="00353EF9" w:rsidRDefault="00000000">
            <w:pPr>
              <w:jc w:val="center"/>
            </w:pPr>
            <w:r>
              <w:rPr>
                <w:sz w:val="18"/>
              </w:rPr>
              <w:t>1.1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0259FD" w14:textId="77777777" w:rsidR="00353EF9" w:rsidRDefault="00000000">
            <w:pPr>
              <w:jc w:val="center"/>
            </w:pPr>
            <w:r>
              <w:rPr>
                <w:sz w:val="18"/>
              </w:rPr>
              <w:t>-5.563 to 7.763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43191F" w14:textId="77777777" w:rsidR="00353EF9" w:rsidRDefault="00000000">
            <w:pPr>
              <w:jc w:val="center"/>
            </w:pPr>
            <w:r>
              <w:rPr>
                <w:sz w:val="18"/>
              </w:rPr>
              <w:t>0.9988</w:t>
            </w:r>
          </w:p>
        </w:tc>
      </w:tr>
      <w:tr w:rsidR="00353EF9" w14:paraId="6FF0D4B6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68CD13" w14:textId="77777777" w:rsidR="00353EF9" w:rsidRDefault="00000000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904884" w14:textId="77777777" w:rsidR="00353EF9" w:rsidRDefault="00000000">
            <w:r>
              <w:rPr>
                <w:sz w:val="18"/>
              </w:rPr>
              <w:t>Primary and secondary Spermatocytes count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3AB81D" w14:textId="77777777" w:rsidR="00353EF9" w:rsidRDefault="00000000">
            <w:pPr>
              <w:jc w:val="center"/>
            </w:pPr>
            <w:r>
              <w:rPr>
                <w:sz w:val="18"/>
              </w:rPr>
              <w:t>0.9333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B5E0F0" w14:textId="77777777" w:rsidR="00353EF9" w:rsidRDefault="00000000">
            <w:pPr>
              <w:jc w:val="center"/>
            </w:pPr>
            <w:r>
              <w:rPr>
                <w:sz w:val="18"/>
              </w:rPr>
              <w:t>-3.262 to 5.128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833E11" w14:textId="77777777" w:rsidR="00353EF9" w:rsidRDefault="00000000">
            <w:pPr>
              <w:jc w:val="center"/>
            </w:pPr>
            <w:r>
              <w:rPr>
                <w:sz w:val="18"/>
              </w:rPr>
              <w:t>0.9925</w:t>
            </w:r>
          </w:p>
        </w:tc>
      </w:tr>
      <w:tr w:rsidR="00353EF9" w14:paraId="289F9BD7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1D2F59" w14:textId="77777777" w:rsidR="00353EF9" w:rsidRDefault="00000000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AE2C18" w14:textId="77777777" w:rsidR="00353EF9" w:rsidRDefault="00000000">
            <w:r>
              <w:rPr>
                <w:sz w:val="18"/>
              </w:rPr>
              <w:t>Sperm count (×10⁶)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DE687C" w14:textId="77777777" w:rsidR="00353EF9" w:rsidRDefault="00000000">
            <w:pPr>
              <w:jc w:val="center"/>
            </w:pPr>
            <w:r>
              <w:rPr>
                <w:sz w:val="18"/>
              </w:rPr>
              <w:t>-0.1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5B6019" w14:textId="77777777" w:rsidR="00353EF9" w:rsidRDefault="00000000">
            <w:pPr>
              <w:jc w:val="center"/>
            </w:pPr>
            <w:r>
              <w:rPr>
                <w:sz w:val="18"/>
              </w:rPr>
              <w:t>-0.6624 to 0.4624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826D15" w14:textId="77777777" w:rsidR="00353EF9" w:rsidRDefault="00000000">
            <w:pPr>
              <w:jc w:val="center"/>
            </w:pPr>
            <w:r>
              <w:rPr>
                <w:sz w:val="18"/>
              </w:rPr>
              <w:t>0.9981</w:t>
            </w:r>
          </w:p>
        </w:tc>
      </w:tr>
      <w:tr w:rsidR="00353EF9" w14:paraId="484832EA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2A5F73" w14:textId="77777777" w:rsidR="00353EF9" w:rsidRDefault="00000000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9C782D" w14:textId="77777777" w:rsidR="00353EF9" w:rsidRDefault="00000000">
            <w:r>
              <w:rPr>
                <w:sz w:val="18"/>
              </w:rPr>
              <w:t>Sperm motility (%)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BB0F12" w14:textId="77777777" w:rsidR="00353EF9" w:rsidRDefault="00000000">
            <w:pPr>
              <w:jc w:val="center"/>
            </w:pPr>
            <w:r>
              <w:rPr>
                <w:sz w:val="18"/>
              </w:rPr>
              <w:t>1.067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3DEC46" w14:textId="77777777" w:rsidR="00353EF9" w:rsidRDefault="00000000">
            <w:pPr>
              <w:jc w:val="center"/>
            </w:pPr>
            <w:r>
              <w:rPr>
                <w:sz w:val="18"/>
              </w:rPr>
              <w:t>-17.56 to 19.69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9DFEE4" w14:textId="77777777" w:rsidR="00353EF9" w:rsidRDefault="00000000">
            <w:pPr>
              <w:jc w:val="center"/>
            </w:pPr>
            <w:r>
              <w:rPr>
                <w:sz w:val="18"/>
              </w:rPr>
              <w:t>&gt;0.9999</w:t>
            </w:r>
          </w:p>
        </w:tc>
      </w:tr>
      <w:tr w:rsidR="00353EF9" w14:paraId="13D30971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D61CCB" w14:textId="77777777" w:rsidR="00353EF9" w:rsidRDefault="00000000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1B5842" w14:textId="77777777" w:rsidR="00353EF9" w:rsidRDefault="00000000">
            <w:r>
              <w:rPr>
                <w:sz w:val="18"/>
              </w:rPr>
              <w:t>Human cells per µg testicular DNA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15C4E1" w14:textId="77777777" w:rsidR="00353EF9" w:rsidRDefault="00000000">
            <w:pPr>
              <w:jc w:val="center"/>
            </w:pPr>
            <w:r>
              <w:rPr>
                <w:sz w:val="18"/>
              </w:rPr>
              <w:t>98.4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2EAA9B" w14:textId="77777777" w:rsidR="00353EF9" w:rsidRDefault="00000000">
            <w:pPr>
              <w:jc w:val="center"/>
            </w:pPr>
            <w:r>
              <w:rPr>
                <w:sz w:val="18"/>
              </w:rPr>
              <w:t>51.9 to 144.9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53BEFE" w14:textId="77777777" w:rsidR="00353EF9" w:rsidRDefault="00000000">
            <w:pPr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353EF9" w14:paraId="37879311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1DEE7F" w14:textId="77777777" w:rsidR="00353EF9" w:rsidRDefault="00000000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534BAF" w14:textId="77777777" w:rsidR="00353EF9" w:rsidRDefault="00000000">
            <w:r>
              <w:rPr>
                <w:sz w:val="18"/>
              </w:rPr>
              <w:t>Alu-qPCR ΔCt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8B78B4" w14:textId="77777777" w:rsidR="00353EF9" w:rsidRDefault="00000000">
            <w:pPr>
              <w:jc w:val="center"/>
            </w:pPr>
            <w:r>
              <w:rPr>
                <w:sz w:val="18"/>
              </w:rPr>
              <w:t>-1.546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A25C3F" w14:textId="77777777" w:rsidR="00353EF9" w:rsidRDefault="00000000">
            <w:pPr>
              <w:jc w:val="center"/>
            </w:pPr>
            <w:r>
              <w:rPr>
                <w:sz w:val="18"/>
              </w:rPr>
              <w:t>-2.481 to -0.6111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B9A1F8" w14:textId="77777777" w:rsidR="00353EF9" w:rsidRDefault="00000000">
            <w:pPr>
              <w:jc w:val="center"/>
            </w:pPr>
            <w:r>
              <w:rPr>
                <w:sz w:val="18"/>
              </w:rPr>
              <w:t>0.0004</w:t>
            </w:r>
          </w:p>
        </w:tc>
      </w:tr>
      <w:tr w:rsidR="00353EF9" w14:paraId="7A9974F6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21C332" w14:textId="77777777" w:rsidR="00353EF9" w:rsidRDefault="00000000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4A5512" w14:textId="77777777" w:rsidR="00353EF9" w:rsidRDefault="00000000">
            <w:r>
              <w:rPr>
                <w:sz w:val="18"/>
              </w:rPr>
              <w:t>C-Kit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AE4956" w14:textId="77777777" w:rsidR="00353EF9" w:rsidRDefault="00000000">
            <w:pPr>
              <w:jc w:val="center"/>
            </w:pPr>
            <w:r>
              <w:rPr>
                <w:sz w:val="18"/>
              </w:rPr>
              <w:t>-0.105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40521E" w14:textId="77777777" w:rsidR="00353EF9" w:rsidRDefault="00000000">
            <w:pPr>
              <w:jc w:val="center"/>
            </w:pPr>
            <w:r>
              <w:rPr>
                <w:sz w:val="18"/>
              </w:rPr>
              <w:t>-0.2385 to 0.0285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9B15A1" w14:textId="77777777" w:rsidR="00353EF9" w:rsidRDefault="00000000">
            <w:pPr>
              <w:jc w:val="center"/>
            </w:pPr>
            <w:r>
              <w:rPr>
                <w:sz w:val="18"/>
              </w:rPr>
              <w:t>0.2022</w:t>
            </w:r>
          </w:p>
        </w:tc>
      </w:tr>
      <w:tr w:rsidR="00353EF9" w14:paraId="6AFF8D32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28F966" w14:textId="77777777" w:rsidR="00353EF9" w:rsidRDefault="00000000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4BDF4" w14:textId="77777777" w:rsidR="00353EF9" w:rsidRDefault="00000000">
            <w:r>
              <w:rPr>
                <w:sz w:val="18"/>
              </w:rPr>
              <w:t>DAZL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283C3E" w14:textId="77777777" w:rsidR="00353EF9" w:rsidRDefault="00000000">
            <w:pPr>
              <w:jc w:val="center"/>
            </w:pPr>
            <w:r>
              <w:rPr>
                <w:sz w:val="18"/>
              </w:rPr>
              <w:t>0.1363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9BE114" w14:textId="77777777" w:rsidR="00353EF9" w:rsidRDefault="00000000">
            <w:pPr>
              <w:jc w:val="center"/>
            </w:pPr>
            <w:r>
              <w:rPr>
                <w:sz w:val="18"/>
              </w:rPr>
              <w:t>-0.3187 to 0.5914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168BD7" w14:textId="77777777" w:rsidR="00353EF9" w:rsidRDefault="00000000">
            <w:pPr>
              <w:jc w:val="center"/>
            </w:pPr>
            <w:r>
              <w:rPr>
                <w:sz w:val="18"/>
              </w:rPr>
              <w:t>0.9611</w:t>
            </w:r>
          </w:p>
        </w:tc>
      </w:tr>
      <w:tr w:rsidR="00353EF9" w14:paraId="60394827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D8AC0D" w14:textId="77777777" w:rsidR="00353EF9" w:rsidRDefault="00000000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4D5659" w14:textId="77777777" w:rsidR="00353EF9" w:rsidRDefault="00000000">
            <w:r>
              <w:rPr>
                <w:sz w:val="18"/>
              </w:rPr>
              <w:t>OCT4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F67630" w14:textId="77777777" w:rsidR="00353EF9" w:rsidRDefault="00000000">
            <w:pPr>
              <w:jc w:val="center"/>
            </w:pPr>
            <w:r>
              <w:rPr>
                <w:sz w:val="18"/>
              </w:rPr>
              <w:t>-0.165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20F1D1" w14:textId="77777777" w:rsidR="00353EF9" w:rsidRDefault="00000000">
            <w:pPr>
              <w:jc w:val="center"/>
            </w:pPr>
            <w:r>
              <w:rPr>
                <w:sz w:val="18"/>
              </w:rPr>
              <w:t>-0.5823 to 0.2523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E9CBB8" w14:textId="77777777" w:rsidR="00353EF9" w:rsidRDefault="00000000">
            <w:pPr>
              <w:jc w:val="center"/>
            </w:pPr>
            <w:r>
              <w:rPr>
                <w:sz w:val="18"/>
              </w:rPr>
              <w:t>0.8583</w:t>
            </w:r>
          </w:p>
        </w:tc>
      </w:tr>
      <w:tr w:rsidR="00353EF9" w14:paraId="2604F9F0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91F92E" w14:textId="77777777" w:rsidR="00353EF9" w:rsidRDefault="00000000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11A99" w14:textId="77777777" w:rsidR="00353EF9" w:rsidRDefault="00000000">
            <w:r>
              <w:rPr>
                <w:sz w:val="18"/>
              </w:rPr>
              <w:t>MVH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3644F5" w14:textId="77777777" w:rsidR="00353EF9" w:rsidRDefault="00000000">
            <w:pPr>
              <w:jc w:val="center"/>
            </w:pPr>
            <w:r>
              <w:rPr>
                <w:sz w:val="18"/>
              </w:rPr>
              <w:t>0.283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0061FE" w14:textId="77777777" w:rsidR="00353EF9" w:rsidRDefault="00000000">
            <w:pPr>
              <w:jc w:val="center"/>
            </w:pPr>
            <w:r>
              <w:rPr>
                <w:sz w:val="18"/>
              </w:rPr>
              <w:t>-0.215 to 0.781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BC11D6" w14:textId="77777777" w:rsidR="00353EF9" w:rsidRDefault="00000000">
            <w:pPr>
              <w:jc w:val="center"/>
            </w:pPr>
            <w:r>
              <w:rPr>
                <w:sz w:val="18"/>
              </w:rPr>
              <w:t>0.5297</w:t>
            </w:r>
          </w:p>
        </w:tc>
      </w:tr>
      <w:tr w:rsidR="00023BBA" w14:paraId="751A9DE8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EE74FC" w14:textId="5F148D0B" w:rsidR="00023BBA" w:rsidRDefault="00023BBA" w:rsidP="00023BB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0A8C1D" w14:textId="6DD577D0" w:rsidR="00023BBA" w:rsidRDefault="00023BBA" w:rsidP="00023BBA">
            <w:pPr>
              <w:rPr>
                <w:sz w:val="18"/>
              </w:rPr>
            </w:pPr>
            <w:r w:rsidRPr="00FC73BF">
              <w:t>Leydig Cells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AE0096" w14:textId="42D10364" w:rsidR="00023BBA" w:rsidRDefault="00023BBA" w:rsidP="00023BBA">
            <w:pPr>
              <w:jc w:val="center"/>
              <w:rPr>
                <w:sz w:val="18"/>
              </w:rPr>
            </w:pPr>
            <w:r w:rsidRPr="00AB5B06">
              <w:t>-0.5667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596258" w14:textId="677BDBDB" w:rsidR="00023BBA" w:rsidRDefault="00023BBA" w:rsidP="00023BBA">
            <w:pPr>
              <w:jc w:val="center"/>
              <w:rPr>
                <w:sz w:val="18"/>
              </w:rPr>
            </w:pPr>
            <w:r w:rsidRPr="00AB5B06">
              <w:t>-8.238 to 7.104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1E9A85" w14:textId="5CC5F5E4" w:rsidR="00023BBA" w:rsidRDefault="00023BBA" w:rsidP="00023BBA">
            <w:pPr>
              <w:jc w:val="center"/>
              <w:rPr>
                <w:sz w:val="18"/>
              </w:rPr>
            </w:pPr>
            <w:r>
              <w:rPr>
                <w:sz w:val="18"/>
              </w:rPr>
              <w:t>&gt;0.9999</w:t>
            </w:r>
          </w:p>
        </w:tc>
      </w:tr>
      <w:tr w:rsidR="00023BBA" w14:paraId="2E8C732A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28B2F6" w14:textId="1C52FDBF" w:rsidR="00023BBA" w:rsidRDefault="00023BBA" w:rsidP="00023BB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664D93" w14:textId="31625BD4" w:rsidR="00023BBA" w:rsidRDefault="00023BBA" w:rsidP="00023BBA">
            <w:pPr>
              <w:rPr>
                <w:sz w:val="18"/>
              </w:rPr>
            </w:pPr>
            <w:r w:rsidRPr="00FC73BF">
              <w:t>PIWIL2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BAE1CE" w14:textId="76D11BBF" w:rsidR="00023BBA" w:rsidRDefault="00023BBA" w:rsidP="00023BBA">
            <w:pPr>
              <w:jc w:val="center"/>
              <w:rPr>
                <w:sz w:val="18"/>
              </w:rPr>
            </w:pPr>
            <w:r w:rsidRPr="000249F7">
              <w:t>-0.02833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75A122" w14:textId="4F225A6F" w:rsidR="00023BBA" w:rsidRDefault="00023BBA" w:rsidP="00023BBA">
            <w:pPr>
              <w:jc w:val="center"/>
              <w:rPr>
                <w:sz w:val="18"/>
              </w:rPr>
            </w:pPr>
            <w:r w:rsidRPr="000249F7">
              <w:t>-0.7670 to 0.7104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B37495" w14:textId="0822DB8F" w:rsidR="00023BBA" w:rsidRDefault="00023BBA" w:rsidP="00023BBA">
            <w:pPr>
              <w:jc w:val="center"/>
              <w:rPr>
                <w:sz w:val="18"/>
              </w:rPr>
            </w:pPr>
            <w:r w:rsidRPr="00023BBA">
              <w:rPr>
                <w:sz w:val="18"/>
              </w:rPr>
              <w:t>0.9362</w:t>
            </w:r>
          </w:p>
        </w:tc>
      </w:tr>
      <w:tr w:rsidR="00023BBA" w14:paraId="449260C5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082BFF" w14:textId="5FDB6421" w:rsidR="00023BBA" w:rsidRDefault="00023BBA" w:rsidP="00023BB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8C93C0" w14:textId="256991D5" w:rsidR="00023BBA" w:rsidRDefault="00023BBA" w:rsidP="00023BBA">
            <w:pPr>
              <w:rPr>
                <w:sz w:val="18"/>
              </w:rPr>
            </w:pPr>
            <w:r w:rsidRPr="00FC73BF">
              <w:t>Sperm mortality (%)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0D1CD8" w14:textId="40EC4619" w:rsidR="00023BBA" w:rsidRDefault="00023BBA" w:rsidP="00023BBA">
            <w:pPr>
              <w:jc w:val="center"/>
              <w:rPr>
                <w:sz w:val="18"/>
              </w:rPr>
            </w:pPr>
            <w:r w:rsidRPr="008177EA">
              <w:t>-6.800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185A1F" w14:textId="434A0041" w:rsidR="00023BBA" w:rsidRDefault="00023BBA" w:rsidP="00023BBA">
            <w:pPr>
              <w:jc w:val="center"/>
              <w:rPr>
                <w:sz w:val="18"/>
              </w:rPr>
            </w:pPr>
            <w:r w:rsidRPr="008177EA">
              <w:t>-45.02 to 31.42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460DF6" w14:textId="480871B1" w:rsidR="00023BBA" w:rsidRDefault="00023BBA" w:rsidP="00023BBA">
            <w:pPr>
              <w:jc w:val="center"/>
              <w:rPr>
                <w:sz w:val="18"/>
              </w:rPr>
            </w:pPr>
            <w:r w:rsidRPr="00023BBA">
              <w:rPr>
                <w:sz w:val="18"/>
              </w:rPr>
              <w:t>0.9981</w:t>
            </w:r>
          </w:p>
        </w:tc>
      </w:tr>
      <w:tr w:rsidR="00023BBA" w14:paraId="56216D9A" w14:textId="77777777" w:rsidTr="00023BBA">
        <w:trPr>
          <w:jc w:val="center"/>
        </w:trPr>
        <w:tc>
          <w:tcPr>
            <w:tcW w:w="830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974D91" w14:textId="6E7E86CE" w:rsidR="00023BBA" w:rsidRDefault="00023BBA" w:rsidP="00023BB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617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879203" w14:textId="5E0C6C99" w:rsidR="00023BBA" w:rsidRDefault="00023BBA" w:rsidP="00023BBA">
            <w:pPr>
              <w:rPr>
                <w:sz w:val="18"/>
              </w:rPr>
            </w:pPr>
            <w:r w:rsidRPr="00FC73BF">
              <w:t>Spermatid Count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F94ADD" w14:textId="5D92BE73" w:rsidR="00023BBA" w:rsidRDefault="00023BBA" w:rsidP="00023BBA">
            <w:pPr>
              <w:jc w:val="center"/>
              <w:rPr>
                <w:sz w:val="18"/>
              </w:rPr>
            </w:pPr>
            <w:r w:rsidRPr="00546243">
              <w:t>-1.967</w:t>
            </w:r>
          </w:p>
        </w:tc>
        <w:tc>
          <w:tcPr>
            <w:tcW w:w="3688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B9EEF4" w14:textId="61A12F65" w:rsidR="00023BBA" w:rsidRDefault="00023BBA" w:rsidP="00023BBA">
            <w:pPr>
              <w:jc w:val="center"/>
              <w:rPr>
                <w:sz w:val="18"/>
              </w:rPr>
            </w:pPr>
            <w:r w:rsidRPr="00546243">
              <w:t>-11.00 to 7.071</w:t>
            </w:r>
          </w:p>
        </w:tc>
        <w:tc>
          <w:tcPr>
            <w:tcW w:w="2305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D9D9D9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0EB58" w14:textId="00931978" w:rsidR="00023BBA" w:rsidRDefault="00023BBA" w:rsidP="00023BBA">
            <w:pPr>
              <w:jc w:val="center"/>
              <w:rPr>
                <w:sz w:val="18"/>
              </w:rPr>
            </w:pPr>
            <w:r w:rsidRPr="00023BBA">
              <w:rPr>
                <w:sz w:val="18"/>
              </w:rPr>
              <w:t>0.9934</w:t>
            </w:r>
          </w:p>
        </w:tc>
      </w:tr>
    </w:tbl>
    <w:p w14:paraId="27F532B2" w14:textId="77777777" w:rsidR="00353EF9" w:rsidRDefault="00000000">
      <w:pPr>
        <w:spacing w:before="80" w:after="0" w:line="240" w:lineRule="auto"/>
      </w:pPr>
      <w:r>
        <w:rPr>
          <w:sz w:val="17"/>
        </w:rPr>
        <w:t>Abbreviations: CI, confidence interval; RA, retinoic acid; TGF-β1, transforming growth factor-beta 1; ΔCt, delta cycle threshold; TDI, tubular differentiation index; RI, repopulation index; SPI, spermiogenesis index.</w:t>
      </w:r>
    </w:p>
    <w:sectPr w:rsidR="00353EF9" w:rsidSect="00023BBA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738782">
    <w:abstractNumId w:val="8"/>
  </w:num>
  <w:num w:numId="2" w16cid:durableId="1226259259">
    <w:abstractNumId w:val="6"/>
  </w:num>
  <w:num w:numId="3" w16cid:durableId="1078552035">
    <w:abstractNumId w:val="5"/>
  </w:num>
  <w:num w:numId="4" w16cid:durableId="431820104">
    <w:abstractNumId w:val="4"/>
  </w:num>
  <w:num w:numId="5" w16cid:durableId="355272555">
    <w:abstractNumId w:val="7"/>
  </w:num>
  <w:num w:numId="6" w16cid:durableId="497812431">
    <w:abstractNumId w:val="3"/>
  </w:num>
  <w:num w:numId="7" w16cid:durableId="407196573">
    <w:abstractNumId w:val="2"/>
  </w:num>
  <w:num w:numId="8" w16cid:durableId="7217924">
    <w:abstractNumId w:val="1"/>
  </w:num>
  <w:num w:numId="9" w16cid:durableId="94229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50"/>
    <w:rsid w:val="00023BBA"/>
    <w:rsid w:val="00034616"/>
    <w:rsid w:val="0006063C"/>
    <w:rsid w:val="0015074B"/>
    <w:rsid w:val="0029639D"/>
    <w:rsid w:val="00326F90"/>
    <w:rsid w:val="00353EF9"/>
    <w:rsid w:val="00A52607"/>
    <w:rsid w:val="00AA1D8D"/>
    <w:rsid w:val="00B47730"/>
    <w:rsid w:val="00CB0664"/>
    <w:rsid w:val="00E842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68C6F3"/>
  <w14:defaultImageDpi w14:val="300"/>
  <w15:docId w15:val="{5F9113F7-C086-44AF-B5A3-EB532B8A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>generated by python-docx</dc:description>
  <cp:lastModifiedBy>Akbar Safipour Afshar</cp:lastModifiedBy>
  <cp:revision>3</cp:revision>
  <dcterms:created xsi:type="dcterms:W3CDTF">2026-06-13T14:42:00Z</dcterms:created>
  <dcterms:modified xsi:type="dcterms:W3CDTF">2026-06-14T10:31:00Z</dcterms:modified>
  <cp:category/>
</cp:coreProperties>
</file>