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6BBF8" w14:textId="5AAD4D8A" w:rsidR="00D015CB" w:rsidRPr="00B255BE" w:rsidRDefault="00D015CB" w:rsidP="00B255BE">
      <w:pPr>
        <w:rPr>
          <w:rFonts w:ascii="Times New Roman" w:eastAsia="宋体" w:hAnsi="Times New Roman" w:cs="Times New Roman" w:hint="eastAsia"/>
          <w:b/>
          <w:bCs/>
        </w:rPr>
      </w:pPr>
      <w:r w:rsidRPr="00D015CB">
        <w:rPr>
          <w:rFonts w:ascii="Times New Roman" w:eastAsia="宋体" w:hAnsi="Times New Roman" w:cs="Times New Roman"/>
          <w:b/>
          <w:bCs/>
        </w:rPr>
        <w:t xml:space="preserve">Supplementary Table </w:t>
      </w:r>
      <w:r w:rsidR="00B255BE">
        <w:rPr>
          <w:rFonts w:ascii="Times New Roman" w:eastAsia="宋体" w:hAnsi="Times New Roman" w:cs="Times New Roman" w:hint="eastAsia"/>
          <w:b/>
          <w:bCs/>
        </w:rPr>
        <w:t>5</w:t>
      </w:r>
      <w:r w:rsidRPr="00D015CB">
        <w:rPr>
          <w:rFonts w:ascii="Times New Roman" w:eastAsia="宋体" w:hAnsi="Times New Roman" w:cs="Times New Roman"/>
          <w:b/>
          <w:bCs/>
        </w:rPr>
        <w:t>. Post hoc pairwise comparisons with Benjamini–Hochberg correction</w:t>
      </w:r>
    </w:p>
    <w:tbl>
      <w:tblPr>
        <w:tblW w:w="1045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95"/>
        <w:gridCol w:w="1180"/>
        <w:gridCol w:w="1180"/>
        <w:gridCol w:w="2088"/>
        <w:gridCol w:w="489"/>
        <w:gridCol w:w="1036"/>
        <w:gridCol w:w="950"/>
        <w:gridCol w:w="1094"/>
        <w:gridCol w:w="1238"/>
      </w:tblGrid>
      <w:tr w:rsidR="00D015CB" w:rsidRPr="00D015CB" w14:paraId="427BF1CC" w14:textId="77777777" w:rsidTr="00476820">
        <w:trPr>
          <w:cantSplit/>
          <w:tblHeader/>
          <w:jc w:val="center"/>
        </w:trPr>
        <w:tc>
          <w:tcPr>
            <w:tcW w:w="1195" w:type="dxa"/>
            <w:shd w:val="clear" w:color="auto" w:fill="D9EAF7"/>
            <w:vAlign w:val="center"/>
          </w:tcPr>
          <w:p w14:paraId="5AC5E7E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4"/>
              </w:rPr>
              <w:t>Outcome</w:t>
            </w:r>
          </w:p>
        </w:tc>
        <w:tc>
          <w:tcPr>
            <w:tcW w:w="1180" w:type="dxa"/>
            <w:shd w:val="clear" w:color="auto" w:fill="D9EAF7"/>
            <w:vAlign w:val="center"/>
          </w:tcPr>
          <w:p w14:paraId="755EFF8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4"/>
              </w:rPr>
              <w:t>Model 1</w:t>
            </w:r>
          </w:p>
        </w:tc>
        <w:tc>
          <w:tcPr>
            <w:tcW w:w="1180" w:type="dxa"/>
            <w:shd w:val="clear" w:color="auto" w:fill="D9EAF7"/>
            <w:vAlign w:val="center"/>
          </w:tcPr>
          <w:p w14:paraId="587CEF9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4"/>
              </w:rPr>
              <w:t>Model 2</w:t>
            </w:r>
          </w:p>
        </w:tc>
        <w:tc>
          <w:tcPr>
            <w:tcW w:w="2088" w:type="dxa"/>
            <w:shd w:val="clear" w:color="auto" w:fill="D9EAF7"/>
            <w:vAlign w:val="center"/>
          </w:tcPr>
          <w:p w14:paraId="4C00A49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4"/>
              </w:rPr>
              <w:t>Test</w:t>
            </w:r>
          </w:p>
        </w:tc>
        <w:tc>
          <w:tcPr>
            <w:tcW w:w="489" w:type="dxa"/>
            <w:shd w:val="clear" w:color="auto" w:fill="D9EAF7"/>
            <w:vAlign w:val="center"/>
          </w:tcPr>
          <w:p w14:paraId="4FB7E15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4"/>
              </w:rPr>
              <w:t>N</w:t>
            </w:r>
          </w:p>
        </w:tc>
        <w:tc>
          <w:tcPr>
            <w:tcW w:w="1036" w:type="dxa"/>
            <w:shd w:val="clear" w:color="auto" w:fill="D9EAF7"/>
            <w:vAlign w:val="center"/>
          </w:tcPr>
          <w:p w14:paraId="5C4BC8C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4"/>
              </w:rPr>
              <w:t>Difference</w:t>
            </w:r>
          </w:p>
        </w:tc>
        <w:tc>
          <w:tcPr>
            <w:tcW w:w="950" w:type="dxa"/>
            <w:shd w:val="clear" w:color="auto" w:fill="D9EAF7"/>
            <w:vAlign w:val="center"/>
          </w:tcPr>
          <w:p w14:paraId="62633B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4"/>
              </w:rPr>
              <w:t>Statistic</w:t>
            </w:r>
          </w:p>
        </w:tc>
        <w:tc>
          <w:tcPr>
            <w:tcW w:w="1094" w:type="dxa"/>
            <w:shd w:val="clear" w:color="auto" w:fill="D9EAF7"/>
            <w:vAlign w:val="center"/>
          </w:tcPr>
          <w:p w14:paraId="13E63F0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4"/>
              </w:rPr>
              <w:t>P unadjusted</w:t>
            </w:r>
          </w:p>
        </w:tc>
        <w:tc>
          <w:tcPr>
            <w:tcW w:w="1238" w:type="dxa"/>
            <w:shd w:val="clear" w:color="auto" w:fill="D9EAF7"/>
            <w:vAlign w:val="center"/>
          </w:tcPr>
          <w:p w14:paraId="030DC64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4"/>
              </w:rPr>
              <w:t>P adjusted (BH)</w:t>
            </w:r>
          </w:p>
        </w:tc>
      </w:tr>
      <w:tr w:rsidR="00D015CB" w:rsidRPr="00D015CB" w14:paraId="285F3663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27F809D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719D2DD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35F4F45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vAlign w:val="center"/>
          </w:tcPr>
          <w:p w14:paraId="114F6A7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2EB4AA3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63F3601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950" w:type="dxa"/>
            <w:vAlign w:val="center"/>
          </w:tcPr>
          <w:p w14:paraId="0ABA373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vAlign w:val="center"/>
          </w:tcPr>
          <w:p w14:paraId="24E4D8D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  <w:tc>
          <w:tcPr>
            <w:tcW w:w="1238" w:type="dxa"/>
            <w:vAlign w:val="center"/>
          </w:tcPr>
          <w:p w14:paraId="7A5EF80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025C8954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67B62CD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52E2E26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6514B9B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vAlign w:val="center"/>
          </w:tcPr>
          <w:p w14:paraId="6725D76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31C58B8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028645E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</w:t>
            </w:r>
          </w:p>
        </w:tc>
        <w:tc>
          <w:tcPr>
            <w:tcW w:w="950" w:type="dxa"/>
            <w:vAlign w:val="center"/>
          </w:tcPr>
          <w:p w14:paraId="7433BD6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vAlign w:val="center"/>
          </w:tcPr>
          <w:p w14:paraId="7FF5EB2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  <w:tc>
          <w:tcPr>
            <w:tcW w:w="1238" w:type="dxa"/>
            <w:vAlign w:val="center"/>
          </w:tcPr>
          <w:p w14:paraId="184AA30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3ECB1679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330D09D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163EA0E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7BAE64D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vAlign w:val="center"/>
          </w:tcPr>
          <w:p w14:paraId="6C5FD0D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32DCAE3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571343A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</w:t>
            </w:r>
          </w:p>
        </w:tc>
        <w:tc>
          <w:tcPr>
            <w:tcW w:w="950" w:type="dxa"/>
            <w:vAlign w:val="center"/>
          </w:tcPr>
          <w:p w14:paraId="19180E5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vAlign w:val="center"/>
          </w:tcPr>
          <w:p w14:paraId="4AEA75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  <w:tc>
          <w:tcPr>
            <w:tcW w:w="1238" w:type="dxa"/>
            <w:vAlign w:val="center"/>
          </w:tcPr>
          <w:p w14:paraId="1F9C007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236EFBB2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1029E4B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32391D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541F0EC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4686739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2F0DEB8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4412962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</w:t>
            </w:r>
          </w:p>
        </w:tc>
        <w:tc>
          <w:tcPr>
            <w:tcW w:w="950" w:type="dxa"/>
            <w:vAlign w:val="center"/>
          </w:tcPr>
          <w:p w14:paraId="181741C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vAlign w:val="center"/>
          </w:tcPr>
          <w:p w14:paraId="4F42CFB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  <w:tc>
          <w:tcPr>
            <w:tcW w:w="1238" w:type="dxa"/>
            <w:vAlign w:val="center"/>
          </w:tcPr>
          <w:p w14:paraId="5128C08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18975D08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73BAB0C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5C1CCFA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58583D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4C2DB23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101ACDA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6F50928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-6</w:t>
            </w:r>
          </w:p>
        </w:tc>
        <w:tc>
          <w:tcPr>
            <w:tcW w:w="950" w:type="dxa"/>
            <w:vAlign w:val="center"/>
          </w:tcPr>
          <w:p w14:paraId="01121F7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1.333</w:t>
            </w:r>
          </w:p>
        </w:tc>
        <w:tc>
          <w:tcPr>
            <w:tcW w:w="1094" w:type="dxa"/>
            <w:vAlign w:val="center"/>
          </w:tcPr>
          <w:p w14:paraId="2F4E94D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0.248</w:t>
            </w:r>
          </w:p>
        </w:tc>
        <w:tc>
          <w:tcPr>
            <w:tcW w:w="1238" w:type="dxa"/>
            <w:vAlign w:val="center"/>
          </w:tcPr>
          <w:p w14:paraId="74AFD55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1AFD3A0B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01D8BAA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727C40D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23D1A6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vAlign w:val="center"/>
          </w:tcPr>
          <w:p w14:paraId="3CEA4DE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03BC955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74BA7B2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</w:t>
            </w:r>
          </w:p>
        </w:tc>
        <w:tc>
          <w:tcPr>
            <w:tcW w:w="950" w:type="dxa"/>
            <w:vAlign w:val="center"/>
          </w:tcPr>
          <w:p w14:paraId="31128E3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vAlign w:val="center"/>
          </w:tcPr>
          <w:p w14:paraId="2FE7675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  <w:tc>
          <w:tcPr>
            <w:tcW w:w="1238" w:type="dxa"/>
            <w:vAlign w:val="center"/>
          </w:tcPr>
          <w:p w14:paraId="5B7462C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23771217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7FA866B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7A7ABAC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515C34D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vAlign w:val="center"/>
          </w:tcPr>
          <w:p w14:paraId="5964002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6C6604F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20DA930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</w:t>
            </w:r>
          </w:p>
        </w:tc>
        <w:tc>
          <w:tcPr>
            <w:tcW w:w="950" w:type="dxa"/>
            <w:vAlign w:val="center"/>
          </w:tcPr>
          <w:p w14:paraId="7C46B4F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vAlign w:val="center"/>
          </w:tcPr>
          <w:p w14:paraId="3F99C15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  <w:tc>
          <w:tcPr>
            <w:tcW w:w="1238" w:type="dxa"/>
            <w:vAlign w:val="center"/>
          </w:tcPr>
          <w:p w14:paraId="089A533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07653E32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29FDBD2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064EF90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1EB47CA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0D1ED6D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73254E4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7938AE8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</w:t>
            </w:r>
          </w:p>
        </w:tc>
        <w:tc>
          <w:tcPr>
            <w:tcW w:w="950" w:type="dxa"/>
            <w:vAlign w:val="center"/>
          </w:tcPr>
          <w:p w14:paraId="0E8CDF8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vAlign w:val="center"/>
          </w:tcPr>
          <w:p w14:paraId="4D68914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  <w:tc>
          <w:tcPr>
            <w:tcW w:w="1238" w:type="dxa"/>
            <w:vAlign w:val="center"/>
          </w:tcPr>
          <w:p w14:paraId="3F99B94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59B919AE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520FCB7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42FE9DF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3CFF6DA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2E1EF78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750B285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4818AA0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-6</w:t>
            </w:r>
          </w:p>
        </w:tc>
        <w:tc>
          <w:tcPr>
            <w:tcW w:w="950" w:type="dxa"/>
            <w:vAlign w:val="center"/>
          </w:tcPr>
          <w:p w14:paraId="7540204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1.333</w:t>
            </w:r>
          </w:p>
        </w:tc>
        <w:tc>
          <w:tcPr>
            <w:tcW w:w="1094" w:type="dxa"/>
            <w:vAlign w:val="center"/>
          </w:tcPr>
          <w:p w14:paraId="3822BA5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0.248</w:t>
            </w:r>
          </w:p>
        </w:tc>
        <w:tc>
          <w:tcPr>
            <w:tcW w:w="1238" w:type="dxa"/>
            <w:vAlign w:val="center"/>
          </w:tcPr>
          <w:p w14:paraId="2753ED0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06275578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2D1B16E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03499A7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39B6BFB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vAlign w:val="center"/>
          </w:tcPr>
          <w:p w14:paraId="32E486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03FE2DE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4933875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-4</w:t>
            </w:r>
          </w:p>
        </w:tc>
        <w:tc>
          <w:tcPr>
            <w:tcW w:w="950" w:type="dxa"/>
            <w:vAlign w:val="center"/>
          </w:tcPr>
          <w:p w14:paraId="58DB72E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0.25</w:t>
            </w:r>
          </w:p>
        </w:tc>
        <w:tc>
          <w:tcPr>
            <w:tcW w:w="1094" w:type="dxa"/>
            <w:vAlign w:val="center"/>
          </w:tcPr>
          <w:p w14:paraId="75D3525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0.617</w:t>
            </w:r>
          </w:p>
        </w:tc>
        <w:tc>
          <w:tcPr>
            <w:tcW w:w="1238" w:type="dxa"/>
            <w:vAlign w:val="center"/>
          </w:tcPr>
          <w:p w14:paraId="470AD8A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07BDDD2C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2E06904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4CDA73D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739A32A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7D970C8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26C9B19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22AE365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-4</w:t>
            </w:r>
          </w:p>
        </w:tc>
        <w:tc>
          <w:tcPr>
            <w:tcW w:w="950" w:type="dxa"/>
            <w:vAlign w:val="center"/>
          </w:tcPr>
          <w:p w14:paraId="1067443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0.167</w:t>
            </w:r>
          </w:p>
        </w:tc>
        <w:tc>
          <w:tcPr>
            <w:tcW w:w="1094" w:type="dxa"/>
            <w:vAlign w:val="center"/>
          </w:tcPr>
          <w:p w14:paraId="64B14DB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0.683</w:t>
            </w:r>
          </w:p>
        </w:tc>
        <w:tc>
          <w:tcPr>
            <w:tcW w:w="1238" w:type="dxa"/>
            <w:vAlign w:val="center"/>
          </w:tcPr>
          <w:p w14:paraId="010068B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5215EA6A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19DA864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6F5F087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2BD54A5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309199D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5CC7835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6D07010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-8</w:t>
            </w:r>
          </w:p>
        </w:tc>
        <w:tc>
          <w:tcPr>
            <w:tcW w:w="950" w:type="dxa"/>
            <w:vAlign w:val="center"/>
          </w:tcPr>
          <w:p w14:paraId="40BED0D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1.5</w:t>
            </w:r>
          </w:p>
        </w:tc>
        <w:tc>
          <w:tcPr>
            <w:tcW w:w="1094" w:type="dxa"/>
            <w:vAlign w:val="center"/>
          </w:tcPr>
          <w:p w14:paraId="735DBE2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0.221</w:t>
            </w:r>
          </w:p>
        </w:tc>
        <w:tc>
          <w:tcPr>
            <w:tcW w:w="1238" w:type="dxa"/>
            <w:vAlign w:val="center"/>
          </w:tcPr>
          <w:p w14:paraId="6E551BB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71E389C4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2DCECCB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7191152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vAlign w:val="center"/>
          </w:tcPr>
          <w:p w14:paraId="65E620C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4883A25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7CF7EB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4E02215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950" w:type="dxa"/>
            <w:vAlign w:val="center"/>
          </w:tcPr>
          <w:p w14:paraId="42C55CD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vAlign w:val="center"/>
          </w:tcPr>
          <w:p w14:paraId="2888AA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  <w:tc>
          <w:tcPr>
            <w:tcW w:w="1238" w:type="dxa"/>
            <w:vAlign w:val="center"/>
          </w:tcPr>
          <w:p w14:paraId="1DF5986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3819776B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41291DD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616986E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vAlign w:val="center"/>
          </w:tcPr>
          <w:p w14:paraId="2869640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6E2F09A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1D93275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3158E0E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-4</w:t>
            </w:r>
          </w:p>
        </w:tc>
        <w:tc>
          <w:tcPr>
            <w:tcW w:w="950" w:type="dxa"/>
            <w:vAlign w:val="center"/>
          </w:tcPr>
          <w:p w14:paraId="39B84BB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0.5</w:t>
            </w:r>
          </w:p>
        </w:tc>
        <w:tc>
          <w:tcPr>
            <w:tcW w:w="1094" w:type="dxa"/>
            <w:vAlign w:val="center"/>
          </w:tcPr>
          <w:p w14:paraId="6E3D90D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0.479</w:t>
            </w:r>
          </w:p>
        </w:tc>
        <w:tc>
          <w:tcPr>
            <w:tcW w:w="1238" w:type="dxa"/>
            <w:vAlign w:val="center"/>
          </w:tcPr>
          <w:p w14:paraId="4AEB188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21FD2B83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4407256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Safety</w:t>
            </w:r>
          </w:p>
        </w:tc>
        <w:tc>
          <w:tcPr>
            <w:tcW w:w="1180" w:type="dxa"/>
            <w:vAlign w:val="center"/>
          </w:tcPr>
          <w:p w14:paraId="6133B37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vAlign w:val="center"/>
          </w:tcPr>
          <w:p w14:paraId="1778D9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123D450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McNemar</w:t>
            </w:r>
          </w:p>
        </w:tc>
        <w:tc>
          <w:tcPr>
            <w:tcW w:w="489" w:type="dxa"/>
            <w:vAlign w:val="center"/>
          </w:tcPr>
          <w:p w14:paraId="538E714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1A9D09D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-4</w:t>
            </w:r>
          </w:p>
        </w:tc>
        <w:tc>
          <w:tcPr>
            <w:tcW w:w="950" w:type="dxa"/>
            <w:vAlign w:val="center"/>
          </w:tcPr>
          <w:p w14:paraId="15901EE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0.5</w:t>
            </w:r>
          </w:p>
        </w:tc>
        <w:tc>
          <w:tcPr>
            <w:tcW w:w="1094" w:type="dxa"/>
            <w:vAlign w:val="center"/>
          </w:tcPr>
          <w:p w14:paraId="54FF5A6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0.479</w:t>
            </w:r>
          </w:p>
        </w:tc>
        <w:tc>
          <w:tcPr>
            <w:tcW w:w="1238" w:type="dxa"/>
            <w:vAlign w:val="center"/>
          </w:tcPr>
          <w:p w14:paraId="633C790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61506147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087B0C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vAlign w:val="center"/>
          </w:tcPr>
          <w:p w14:paraId="738CB85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788882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vAlign w:val="center"/>
          </w:tcPr>
          <w:p w14:paraId="27F4D92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773C34D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5BC3FD5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0.04</w:t>
            </w:r>
          </w:p>
        </w:tc>
        <w:tc>
          <w:tcPr>
            <w:tcW w:w="950" w:type="dxa"/>
            <w:vAlign w:val="center"/>
          </w:tcPr>
          <w:p w14:paraId="08DBA9F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120</w:t>
            </w:r>
          </w:p>
        </w:tc>
        <w:tc>
          <w:tcPr>
            <w:tcW w:w="1094" w:type="dxa"/>
            <w:vAlign w:val="center"/>
          </w:tcPr>
          <w:p w14:paraId="6E1304C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0.884</w:t>
            </w:r>
          </w:p>
        </w:tc>
        <w:tc>
          <w:tcPr>
            <w:tcW w:w="1238" w:type="dxa"/>
            <w:vAlign w:val="center"/>
          </w:tcPr>
          <w:p w14:paraId="6AABF12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0.948</w:t>
            </w:r>
          </w:p>
        </w:tc>
      </w:tr>
      <w:tr w:rsidR="00D015CB" w:rsidRPr="00D015CB" w14:paraId="69B8D3DE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63B0CC6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vAlign w:val="center"/>
          </w:tcPr>
          <w:p w14:paraId="109DEBE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156EB82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vAlign w:val="center"/>
          </w:tcPr>
          <w:p w14:paraId="539BB0D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16DB3D6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73CFA5C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-0.06</w:t>
            </w:r>
          </w:p>
        </w:tc>
        <w:tc>
          <w:tcPr>
            <w:tcW w:w="950" w:type="dxa"/>
            <w:vAlign w:val="center"/>
          </w:tcPr>
          <w:p w14:paraId="0018C6A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101</w:t>
            </w:r>
          </w:p>
        </w:tc>
        <w:tc>
          <w:tcPr>
            <w:tcW w:w="1094" w:type="dxa"/>
            <w:vAlign w:val="center"/>
          </w:tcPr>
          <w:p w14:paraId="518A919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0.394</w:t>
            </w:r>
          </w:p>
        </w:tc>
        <w:tc>
          <w:tcPr>
            <w:tcW w:w="1238" w:type="dxa"/>
            <w:vAlign w:val="center"/>
          </w:tcPr>
          <w:p w14:paraId="4C01522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0.479</w:t>
            </w:r>
          </w:p>
        </w:tc>
      </w:tr>
      <w:tr w:rsidR="00D015CB" w:rsidRPr="00D015CB" w14:paraId="069488CE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2A4CC9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74A31C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46530B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90A622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E652AB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5A23BA0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0.36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27A5077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633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11D624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F4F76F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FB55047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0B50EAF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vAlign w:val="center"/>
          </w:tcPr>
          <w:p w14:paraId="3A525B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04835A1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3E24659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155A635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47A2DD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0.08</w:t>
            </w:r>
          </w:p>
        </w:tc>
        <w:tc>
          <w:tcPr>
            <w:tcW w:w="950" w:type="dxa"/>
            <w:vAlign w:val="center"/>
          </w:tcPr>
          <w:p w14:paraId="4E0E9A6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265</w:t>
            </w:r>
          </w:p>
        </w:tc>
        <w:tc>
          <w:tcPr>
            <w:tcW w:w="1094" w:type="dxa"/>
            <w:vAlign w:val="center"/>
          </w:tcPr>
          <w:p w14:paraId="2145ECB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0.270</w:t>
            </w:r>
          </w:p>
        </w:tc>
        <w:tc>
          <w:tcPr>
            <w:tcW w:w="1238" w:type="dxa"/>
            <w:vAlign w:val="center"/>
          </w:tcPr>
          <w:p w14:paraId="1297AC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0.461</w:t>
            </w:r>
          </w:p>
        </w:tc>
      </w:tr>
      <w:tr w:rsidR="00D015CB" w:rsidRPr="00D015CB" w14:paraId="7137F429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49D59F6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vAlign w:val="center"/>
          </w:tcPr>
          <w:p w14:paraId="235092E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651F632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002BCFD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2BD0806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78DAFCC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</w:t>
            </w:r>
          </w:p>
        </w:tc>
        <w:tc>
          <w:tcPr>
            <w:tcW w:w="950" w:type="dxa"/>
            <w:vAlign w:val="center"/>
          </w:tcPr>
          <w:p w14:paraId="042170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247</w:t>
            </w:r>
          </w:p>
        </w:tc>
        <w:tc>
          <w:tcPr>
            <w:tcW w:w="1094" w:type="dxa"/>
            <w:vAlign w:val="center"/>
          </w:tcPr>
          <w:p w14:paraId="11D4C7C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0.288</w:t>
            </w:r>
          </w:p>
        </w:tc>
        <w:tc>
          <w:tcPr>
            <w:tcW w:w="1238" w:type="dxa"/>
            <w:vAlign w:val="center"/>
          </w:tcPr>
          <w:p w14:paraId="2B01702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0.461</w:t>
            </w:r>
          </w:p>
        </w:tc>
      </w:tr>
      <w:tr w:rsidR="00D015CB" w:rsidRPr="00D015CB" w14:paraId="74EFB0A7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0A9EB5F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vAlign w:val="center"/>
          </w:tcPr>
          <w:p w14:paraId="05B896B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157B6C6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vAlign w:val="center"/>
          </w:tcPr>
          <w:p w14:paraId="3AF9CD6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1C49040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382BD80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-0.1</w:t>
            </w:r>
          </w:p>
        </w:tc>
        <w:tc>
          <w:tcPr>
            <w:tcW w:w="950" w:type="dxa"/>
            <w:vAlign w:val="center"/>
          </w:tcPr>
          <w:p w14:paraId="050A944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168</w:t>
            </w:r>
          </w:p>
        </w:tc>
        <w:tc>
          <w:tcPr>
            <w:tcW w:w="1094" w:type="dxa"/>
            <w:vAlign w:val="center"/>
          </w:tcPr>
          <w:p w14:paraId="01E8241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0.415</w:t>
            </w:r>
          </w:p>
        </w:tc>
        <w:tc>
          <w:tcPr>
            <w:tcW w:w="1238" w:type="dxa"/>
            <w:vAlign w:val="center"/>
          </w:tcPr>
          <w:p w14:paraId="41BC6EB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0.479</w:t>
            </w:r>
          </w:p>
        </w:tc>
      </w:tr>
      <w:tr w:rsidR="00D015CB" w:rsidRPr="00D015CB" w14:paraId="7630E6C4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A58EF8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0E9E76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18605B8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43A4FBF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B6371C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1117FF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0.32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76807C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628.5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CFFCC6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C50E36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0.002</w:t>
            </w:r>
          </w:p>
        </w:tc>
      </w:tr>
      <w:tr w:rsidR="00D015CB" w:rsidRPr="00D015CB" w14:paraId="66EE838A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4D11F34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vAlign w:val="center"/>
          </w:tcPr>
          <w:p w14:paraId="44ADB67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573CDED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553EF85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6BC9E79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3BC6585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0.04</w:t>
            </w:r>
          </w:p>
        </w:tc>
        <w:tc>
          <w:tcPr>
            <w:tcW w:w="950" w:type="dxa"/>
            <w:vAlign w:val="center"/>
          </w:tcPr>
          <w:p w14:paraId="4338866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214.5</w:t>
            </w:r>
          </w:p>
        </w:tc>
        <w:tc>
          <w:tcPr>
            <w:tcW w:w="1094" w:type="dxa"/>
            <w:vAlign w:val="center"/>
          </w:tcPr>
          <w:p w14:paraId="6A8A0EF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0.307</w:t>
            </w:r>
          </w:p>
        </w:tc>
        <w:tc>
          <w:tcPr>
            <w:tcW w:w="1238" w:type="dxa"/>
            <w:vAlign w:val="center"/>
          </w:tcPr>
          <w:p w14:paraId="4D6CEDE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0.461</w:t>
            </w:r>
          </w:p>
        </w:tc>
      </w:tr>
      <w:tr w:rsidR="00D015CB" w:rsidRPr="00D015CB" w14:paraId="6CD19956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673924D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lastRenderedPageBreak/>
              <w:t>Accuracy</w:t>
            </w:r>
          </w:p>
        </w:tc>
        <w:tc>
          <w:tcPr>
            <w:tcW w:w="1180" w:type="dxa"/>
            <w:vAlign w:val="center"/>
          </w:tcPr>
          <w:p w14:paraId="16463E0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1FC6F6D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2EF8CE4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1A0E65C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3562E0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0.06</w:t>
            </w:r>
          </w:p>
        </w:tc>
        <w:tc>
          <w:tcPr>
            <w:tcW w:w="950" w:type="dxa"/>
            <w:vAlign w:val="center"/>
          </w:tcPr>
          <w:p w14:paraId="2D40EA9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223.5</w:t>
            </w:r>
          </w:p>
        </w:tc>
        <w:tc>
          <w:tcPr>
            <w:tcW w:w="1094" w:type="dxa"/>
            <w:vAlign w:val="center"/>
          </w:tcPr>
          <w:p w14:paraId="2E753ED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0.393</w:t>
            </w:r>
          </w:p>
        </w:tc>
        <w:tc>
          <w:tcPr>
            <w:tcW w:w="1238" w:type="dxa"/>
            <w:vAlign w:val="center"/>
          </w:tcPr>
          <w:p w14:paraId="62F85B4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0.479</w:t>
            </w:r>
          </w:p>
        </w:tc>
      </w:tr>
      <w:tr w:rsidR="00D015CB" w:rsidRPr="00D015CB" w14:paraId="69508DEB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FF4787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0BD7F2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0C4284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0490FB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DECD1F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14005E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402FAE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758.5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03DFD1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52220C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65298CD0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526162D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vAlign w:val="center"/>
          </w:tcPr>
          <w:p w14:paraId="7D1A80B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7CC9C54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63A2F1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7D1826F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229D00D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0.14</w:t>
            </w:r>
          </w:p>
        </w:tc>
        <w:tc>
          <w:tcPr>
            <w:tcW w:w="950" w:type="dxa"/>
            <w:vAlign w:val="center"/>
          </w:tcPr>
          <w:p w14:paraId="7C3724C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320</w:t>
            </w:r>
          </w:p>
        </w:tc>
        <w:tc>
          <w:tcPr>
            <w:tcW w:w="1094" w:type="dxa"/>
            <w:vAlign w:val="center"/>
          </w:tcPr>
          <w:p w14:paraId="6A8AE83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0.059</w:t>
            </w:r>
          </w:p>
        </w:tc>
        <w:tc>
          <w:tcPr>
            <w:tcW w:w="1238" w:type="dxa"/>
            <w:vAlign w:val="center"/>
          </w:tcPr>
          <w:p w14:paraId="6DFB84F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0.149</w:t>
            </w:r>
          </w:p>
        </w:tc>
      </w:tr>
      <w:tr w:rsidR="00D015CB" w:rsidRPr="00D015CB" w14:paraId="463AB2E9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060BFCA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vAlign w:val="center"/>
          </w:tcPr>
          <w:p w14:paraId="14E94F0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558921F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08E824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4CC9FF1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7C4C674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0.16</w:t>
            </w:r>
          </w:p>
        </w:tc>
        <w:tc>
          <w:tcPr>
            <w:tcW w:w="950" w:type="dxa"/>
            <w:vAlign w:val="center"/>
          </w:tcPr>
          <w:p w14:paraId="1A23F38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272</w:t>
            </w:r>
          </w:p>
        </w:tc>
        <w:tc>
          <w:tcPr>
            <w:tcW w:w="1094" w:type="dxa"/>
            <w:vAlign w:val="center"/>
          </w:tcPr>
          <w:p w14:paraId="704253F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0.106</w:t>
            </w:r>
          </w:p>
        </w:tc>
        <w:tc>
          <w:tcPr>
            <w:tcW w:w="1238" w:type="dxa"/>
            <w:vAlign w:val="center"/>
          </w:tcPr>
          <w:p w14:paraId="3B9B0C7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0.227</w:t>
            </w:r>
          </w:p>
        </w:tc>
      </w:tr>
      <w:tr w:rsidR="00D015CB" w:rsidRPr="00D015CB" w14:paraId="423067B7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4EE618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820131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189492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6AC810F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83EDB1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E68172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-0.28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A4C776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180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28C79A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0.004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22435C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0.011</w:t>
            </w:r>
          </w:p>
        </w:tc>
      </w:tr>
      <w:tr w:rsidR="00D015CB" w:rsidRPr="00D015CB" w14:paraId="5E75A4A7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607AF7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FE2A2B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488714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716EE9A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706168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F9B7D9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-0.26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1B2D819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191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BD23EA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0.004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BB94AC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0.011</w:t>
            </w:r>
          </w:p>
        </w:tc>
      </w:tr>
      <w:tr w:rsidR="00D015CB" w:rsidRPr="00D015CB" w14:paraId="315E7DA5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623A930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Accuracy</w:t>
            </w:r>
          </w:p>
        </w:tc>
        <w:tc>
          <w:tcPr>
            <w:tcW w:w="1180" w:type="dxa"/>
            <w:vAlign w:val="center"/>
          </w:tcPr>
          <w:p w14:paraId="7C265C4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vAlign w:val="center"/>
          </w:tcPr>
          <w:p w14:paraId="66AE5A7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49D094A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61E4220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07F9A84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0.02</w:t>
            </w:r>
          </w:p>
        </w:tc>
        <w:tc>
          <w:tcPr>
            <w:tcW w:w="950" w:type="dxa"/>
            <w:vAlign w:val="center"/>
          </w:tcPr>
          <w:p w14:paraId="0FB987C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116</w:t>
            </w:r>
          </w:p>
        </w:tc>
        <w:tc>
          <w:tcPr>
            <w:tcW w:w="1094" w:type="dxa"/>
            <w:vAlign w:val="center"/>
          </w:tcPr>
          <w:p w14:paraId="5B9BC5C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  <w:tc>
          <w:tcPr>
            <w:tcW w:w="1238" w:type="dxa"/>
            <w:vAlign w:val="center"/>
          </w:tcPr>
          <w:p w14:paraId="01FF11E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3CBD1B23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106FBA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3F14F4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B7AF1D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shd w:val="clear" w:color="auto" w:fill="FFF2CC"/>
            <w:vAlign w:val="center"/>
          </w:tcPr>
          <w:p w14:paraId="669CB4E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4D4B5B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F4B34D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33731B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397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77BEF6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89B66A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24BB5D5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3DC6CFB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vAlign w:val="center"/>
          </w:tcPr>
          <w:p w14:paraId="0F1BED6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3D6EA82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vAlign w:val="center"/>
          </w:tcPr>
          <w:p w14:paraId="593510E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63D5F4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22097F3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0.02</w:t>
            </w:r>
          </w:p>
        </w:tc>
        <w:tc>
          <w:tcPr>
            <w:tcW w:w="950" w:type="dxa"/>
            <w:vAlign w:val="center"/>
          </w:tcPr>
          <w:p w14:paraId="616253F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60</w:t>
            </w:r>
          </w:p>
        </w:tc>
        <w:tc>
          <w:tcPr>
            <w:tcW w:w="1094" w:type="dxa"/>
            <w:vAlign w:val="center"/>
          </w:tcPr>
          <w:p w14:paraId="143D30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0.618</w:t>
            </w:r>
          </w:p>
        </w:tc>
        <w:tc>
          <w:tcPr>
            <w:tcW w:w="1238" w:type="dxa"/>
            <w:vAlign w:val="center"/>
          </w:tcPr>
          <w:p w14:paraId="0A7AC10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0.618</w:t>
            </w:r>
          </w:p>
        </w:tc>
      </w:tr>
      <w:tr w:rsidR="00D015CB" w:rsidRPr="00D015CB" w14:paraId="5A62277F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D8B7E2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B7271F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08B9AA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6B8C4D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9656E8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34D66B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B6A4D2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851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81DABF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55A75B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6C7DF9B1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2921A5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A084D7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B90EFB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248A79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851B4D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193F21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3BBA04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113.5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00136B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0.011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99CB94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0.013</w:t>
            </w:r>
          </w:p>
        </w:tc>
      </w:tr>
      <w:tr w:rsidR="00D015CB" w:rsidRPr="00D015CB" w14:paraId="5ED01DDE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7E0EE0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B17ECE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FE7ADB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5FFF28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7076BD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2C233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F3EF8D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990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DDD18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5F5B93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4F0D707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116BD2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062F2B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3F05E17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FA893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12FE24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508A7E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-0.44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81DB77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16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713F75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404BDC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61A4F6ED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67604A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89E589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4DB9300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4739B6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21EE1F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5CEB49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5F3D1C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291.5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5C300C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0.003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502A5F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0.003</w:t>
            </w:r>
          </w:p>
        </w:tc>
      </w:tr>
      <w:tr w:rsidR="00D015CB" w:rsidRPr="00D015CB" w14:paraId="1E26FB0C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0A1BCE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7D9162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4E34ACE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5D979E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3273D6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36C97F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-0.31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80F24B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17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7FF701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D7C21B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530AD69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879B56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0320E0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2B51374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65C2679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E0E2DE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102F8E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0.59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A1308E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648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748BFF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CF81B0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281069C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77969E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7E0140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A6C9C5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73B5B87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D72ED2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5CFF9F2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58922F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770.5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90F0D0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172F72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B27A540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3AE76E4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vAlign w:val="center"/>
          </w:tcPr>
          <w:p w14:paraId="5B7E914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21992C5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0C45BDC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6A8E1E0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69240A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0.13</w:t>
            </w:r>
          </w:p>
        </w:tc>
        <w:tc>
          <w:tcPr>
            <w:tcW w:w="950" w:type="dxa"/>
            <w:vAlign w:val="center"/>
          </w:tcPr>
          <w:p w14:paraId="26A378E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139</w:t>
            </w:r>
          </w:p>
        </w:tc>
        <w:tc>
          <w:tcPr>
            <w:tcW w:w="1094" w:type="dxa"/>
            <w:vAlign w:val="center"/>
          </w:tcPr>
          <w:p w14:paraId="6863303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0.059</w:t>
            </w:r>
          </w:p>
        </w:tc>
        <w:tc>
          <w:tcPr>
            <w:tcW w:w="1238" w:type="dxa"/>
            <w:vAlign w:val="center"/>
          </w:tcPr>
          <w:p w14:paraId="403E253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0.064</w:t>
            </w:r>
          </w:p>
        </w:tc>
      </w:tr>
      <w:tr w:rsidR="00D015CB" w:rsidRPr="00D015CB" w14:paraId="46B0DA7C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AFB470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4E12CB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D7D396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81004D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996F04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E8C4F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1.03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7C254C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946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53C58E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72C39C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957AB5D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9BAAF6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9E89D0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BDDB4E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3717F6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430329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8124F0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-0.55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16DCC6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11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C46781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67A9FF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090CDC1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355C01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BB6F9C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5988BA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4832490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C2876B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75E6CB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0.35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C7EAC5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374.5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2A5332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6A7706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CA64924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E323BE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Empathy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8300D9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687290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A3D1DE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5B1CBA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0DF05E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6F37F1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1023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660348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3CD0E3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0A09023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250ADA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C23267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B8705D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shd w:val="clear" w:color="auto" w:fill="FFF2CC"/>
            <w:vAlign w:val="center"/>
          </w:tcPr>
          <w:p w14:paraId="05F89AF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D5DF20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81B2A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10.61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152F963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1259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DA276B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CB180A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D846E52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AC6348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0DAFB0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BDC75B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39E05C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305170B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F5E4E9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2.73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1FF9A11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861.5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6A6C07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0.013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6322A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0.020</w:t>
            </w:r>
          </w:p>
        </w:tc>
      </w:tr>
      <w:tr w:rsidR="00D015CB" w:rsidRPr="00D015CB" w14:paraId="1485F6AD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C8916B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lastRenderedPageBreak/>
              <w:t>DISCERN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238EC3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CCA67A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BF62BB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DF79CA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F4109E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1.74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D25EA5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794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29AE18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0.035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ACA78B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0.044</w:t>
            </w:r>
          </w:p>
        </w:tc>
      </w:tr>
      <w:tr w:rsidR="00D015CB" w:rsidRPr="00D015CB" w14:paraId="57C25669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2550E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417300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89B005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7D6819F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DB8D9D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578A077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2.82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54D2B7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848.5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C890F6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0.019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121C65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0.026</w:t>
            </w:r>
          </w:p>
        </w:tc>
      </w:tr>
      <w:tr w:rsidR="00D015CB" w:rsidRPr="00D015CB" w14:paraId="32B18483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579E87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0D6F8E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217F5E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C40C6E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C1A6F2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D279EC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18.07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402660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1275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B10BD1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C32C4B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0847540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F355BD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D12626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65554AC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42293D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D8DF63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A2AAF4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-7.88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29261A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31.5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4B9F67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D325F7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16E05A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492F41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4ABCA8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7D85C6F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02F638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509EB8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89CE6A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-8.87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6490A8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B26AF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62480C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2708BB8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4DB8E9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5FA162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763124E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66144A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C937E0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156B7B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-7.79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26D209E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17.5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2D2752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EE42BC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723CD180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2ACF98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0EE325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4D0D520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311838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1EFD04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816CFE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7.46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E33622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1196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44A698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5C06DA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07C502F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223E105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vAlign w:val="center"/>
          </w:tcPr>
          <w:p w14:paraId="4204ADC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488C31B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vAlign w:val="center"/>
          </w:tcPr>
          <w:p w14:paraId="455B313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567AC8C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3F74E83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-0.99</w:t>
            </w:r>
          </w:p>
        </w:tc>
        <w:tc>
          <w:tcPr>
            <w:tcW w:w="950" w:type="dxa"/>
            <w:vAlign w:val="center"/>
          </w:tcPr>
          <w:p w14:paraId="02FE284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371</w:t>
            </w:r>
          </w:p>
        </w:tc>
        <w:tc>
          <w:tcPr>
            <w:tcW w:w="1094" w:type="dxa"/>
            <w:vAlign w:val="center"/>
          </w:tcPr>
          <w:p w14:paraId="6B5B130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0.149</w:t>
            </w:r>
          </w:p>
        </w:tc>
        <w:tc>
          <w:tcPr>
            <w:tcW w:w="1238" w:type="dxa"/>
            <w:vAlign w:val="center"/>
          </w:tcPr>
          <w:p w14:paraId="1FF54C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0.160</w:t>
            </w:r>
          </w:p>
        </w:tc>
      </w:tr>
      <w:tr w:rsidR="00D015CB" w:rsidRPr="00D015CB" w14:paraId="7C13B0C0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5C1CCF5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vAlign w:val="center"/>
          </w:tcPr>
          <w:p w14:paraId="584C677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062A5F6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2299DE9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03FCEBE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18F199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0.09</w:t>
            </w:r>
          </w:p>
        </w:tc>
        <w:tc>
          <w:tcPr>
            <w:tcW w:w="950" w:type="dxa"/>
            <w:vAlign w:val="center"/>
          </w:tcPr>
          <w:p w14:paraId="079B05B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516</w:t>
            </w:r>
          </w:p>
        </w:tc>
        <w:tc>
          <w:tcPr>
            <w:tcW w:w="1094" w:type="dxa"/>
            <w:vAlign w:val="center"/>
          </w:tcPr>
          <w:p w14:paraId="6137102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0.615</w:t>
            </w:r>
          </w:p>
        </w:tc>
        <w:tc>
          <w:tcPr>
            <w:tcW w:w="1238" w:type="dxa"/>
            <w:vAlign w:val="center"/>
          </w:tcPr>
          <w:p w14:paraId="187282E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0.615</w:t>
            </w:r>
          </w:p>
        </w:tc>
      </w:tr>
      <w:tr w:rsidR="00D015CB" w:rsidRPr="00D015CB" w14:paraId="5E869EDA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A70ACB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F9F933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7DFACE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AF8E09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8CC4C4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509646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15.34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00F5A8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1268.5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811DF7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0B7997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B25A9AE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6D88F55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vAlign w:val="center"/>
          </w:tcPr>
          <w:p w14:paraId="3A3A381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vAlign w:val="center"/>
          </w:tcPr>
          <w:p w14:paraId="6686D0D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5D0716C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7400E8F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61F639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1.08</w:t>
            </w:r>
          </w:p>
        </w:tc>
        <w:tc>
          <w:tcPr>
            <w:tcW w:w="950" w:type="dxa"/>
            <w:vAlign w:val="center"/>
          </w:tcPr>
          <w:p w14:paraId="3E05E17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718.5</w:t>
            </w:r>
          </w:p>
        </w:tc>
        <w:tc>
          <w:tcPr>
            <w:tcW w:w="1094" w:type="dxa"/>
            <w:vAlign w:val="center"/>
          </w:tcPr>
          <w:p w14:paraId="02A6738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0.103</w:t>
            </w:r>
          </w:p>
        </w:tc>
        <w:tc>
          <w:tcPr>
            <w:tcW w:w="1238" w:type="dxa"/>
            <w:vAlign w:val="center"/>
          </w:tcPr>
          <w:p w14:paraId="46AB0D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0.118</w:t>
            </w:r>
          </w:p>
        </w:tc>
      </w:tr>
      <w:tr w:rsidR="00D015CB" w:rsidRPr="00D015CB" w14:paraId="20603CA4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EEB4E6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42AB4B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5644D6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3FBA3E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7CC4D4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3BE887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16.33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F873DD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1275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25C227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3A231E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48A47B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703170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DISCERN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C972AE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E55C5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B7625A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E8E15A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BE2BB0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15.25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42D0CC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1272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F50DC7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C2723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B52EE2C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7EDD2F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9C3B4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3DF8B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shd w:val="clear" w:color="auto" w:fill="FFF2CC"/>
            <w:vAlign w:val="center"/>
          </w:tcPr>
          <w:p w14:paraId="51ECF98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B2C7DA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4DCC3C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13.28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44ED8B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1275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FDDE71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EF8013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9CE48BF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787F65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603023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C79975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FAF620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651ACB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65AFAE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-4.37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4B598D9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348.5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599FA3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0.009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F206BA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0.010</w:t>
            </w:r>
          </w:p>
        </w:tc>
      </w:tr>
      <w:tr w:rsidR="00D015CB" w:rsidRPr="00D015CB" w14:paraId="671F01CA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9C99CE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69447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17DF7C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789685F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19E79A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7ADA73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-7.73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BF43DD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157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3F4898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74C59D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2513C0F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B94922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DB8A27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F3E5C9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672FC4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444E71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262392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-13.29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D37077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18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3268E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92D84E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19197364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179DBA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AEB4A3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F8BDA1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33A1BE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574CBF9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65EBB7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-3.88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B4A226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412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617FF9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0.030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1B5736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0.032</w:t>
            </w:r>
          </w:p>
        </w:tc>
      </w:tr>
      <w:tr w:rsidR="00D015CB" w:rsidRPr="00D015CB" w14:paraId="3FBECA4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06C7A8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CA6480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7226992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4DCE33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A900B9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31A74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-17.65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28E7E32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3020BD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08DECB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EE741E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562B63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6F4830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6D53FF8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4A7EE9A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1D5D4F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3584E9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-21.01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DCBD38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F7F606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4A2A6D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7DDEFA1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8D7EC7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E96ADB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15938A0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822A64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452B29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39908F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-26.57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10F8DC1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62056B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1AA933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7B834029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83EE71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034B4B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2105125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A9E63B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964F6F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16443F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-17.16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E91395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450D4A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BFB1C8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2E6F611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541572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6B999E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95152C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FE1C12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52BB269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0C374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-3.36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154AB53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255.5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E178EE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0.002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8D1C7B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0.002</w:t>
            </w:r>
          </w:p>
        </w:tc>
      </w:tr>
      <w:tr w:rsidR="00D015CB" w:rsidRPr="00D015CB" w14:paraId="0E1A923A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17AD46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03422C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B27FE1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484ACC1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8842FD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22C791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-8.92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F2E388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B3A7BD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DADC2E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59F4E94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2C68760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lastRenderedPageBreak/>
              <w:t>EQIP</w:t>
            </w:r>
          </w:p>
        </w:tc>
        <w:tc>
          <w:tcPr>
            <w:tcW w:w="1180" w:type="dxa"/>
            <w:vAlign w:val="center"/>
          </w:tcPr>
          <w:p w14:paraId="3E85359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176611D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41C8189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346503E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22533F4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0.49</w:t>
            </w:r>
          </w:p>
        </w:tc>
        <w:tc>
          <w:tcPr>
            <w:tcW w:w="950" w:type="dxa"/>
            <w:vAlign w:val="center"/>
          </w:tcPr>
          <w:p w14:paraId="6EAEA35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694.5</w:t>
            </w:r>
          </w:p>
        </w:tc>
        <w:tc>
          <w:tcPr>
            <w:tcW w:w="1094" w:type="dxa"/>
            <w:vAlign w:val="center"/>
          </w:tcPr>
          <w:p w14:paraId="3CBDFF3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0.585</w:t>
            </w:r>
          </w:p>
        </w:tc>
        <w:tc>
          <w:tcPr>
            <w:tcW w:w="1238" w:type="dxa"/>
            <w:vAlign w:val="center"/>
          </w:tcPr>
          <w:p w14:paraId="5FF42E4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0.585</w:t>
            </w:r>
          </w:p>
        </w:tc>
      </w:tr>
      <w:tr w:rsidR="00D015CB" w:rsidRPr="00D015CB" w14:paraId="46616295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B964AE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FC3355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EE111E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B78D4F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558DC4F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ACB1AE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-5.56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1CD375C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759D15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BC1017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3DAA38B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10FC4C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4FBAC5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60EDD4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34C6AE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5ACEB1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5C4AC4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3.85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511D3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911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7DD100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0.003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6BB8B4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0.004</w:t>
            </w:r>
          </w:p>
        </w:tc>
      </w:tr>
      <w:tr w:rsidR="00D015CB" w:rsidRPr="00D015CB" w14:paraId="4CC2D0CB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5C0DE4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EQIP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31CB21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EE839A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DF9733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5C60F5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5A489C2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9.41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2E9B92E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1149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15FA91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DE6DD4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5388CA7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8D0CEF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DA1B88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031974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shd w:val="clear" w:color="auto" w:fill="FFF2CC"/>
            <w:vAlign w:val="center"/>
          </w:tcPr>
          <w:p w14:paraId="798505A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F37FFA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258D9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0.36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459096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455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6E0D53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0.004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A6163A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0.006</w:t>
            </w:r>
          </w:p>
        </w:tc>
      </w:tr>
      <w:tr w:rsidR="00D015CB" w:rsidRPr="00D015CB" w14:paraId="33B983C2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7578C91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vAlign w:val="center"/>
          </w:tcPr>
          <w:p w14:paraId="35C7832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420006B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vAlign w:val="center"/>
          </w:tcPr>
          <w:p w14:paraId="160EDBF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5318AC9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74A27A0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0.11</w:t>
            </w:r>
          </w:p>
        </w:tc>
        <w:tc>
          <w:tcPr>
            <w:tcW w:w="950" w:type="dxa"/>
            <w:vAlign w:val="center"/>
          </w:tcPr>
          <w:p w14:paraId="1830D9A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101</w:t>
            </w:r>
          </w:p>
        </w:tc>
        <w:tc>
          <w:tcPr>
            <w:tcW w:w="1094" w:type="dxa"/>
            <w:vAlign w:val="center"/>
          </w:tcPr>
          <w:p w14:paraId="2519C30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0.593</w:t>
            </w:r>
          </w:p>
        </w:tc>
        <w:tc>
          <w:tcPr>
            <w:tcW w:w="1238" w:type="dxa"/>
            <w:vAlign w:val="center"/>
          </w:tcPr>
          <w:p w14:paraId="685C306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0.593</w:t>
            </w:r>
          </w:p>
        </w:tc>
      </w:tr>
      <w:tr w:rsidR="00D015CB" w:rsidRPr="00D015CB" w14:paraId="4A79A20D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F0086F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24765C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817B93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1284DF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5244D4C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5A43DE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-0.11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8E8D53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152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7494FB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0.005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283EF2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0.007</w:t>
            </w:r>
          </w:p>
        </w:tc>
      </w:tr>
      <w:tr w:rsidR="00D015CB" w:rsidRPr="00D015CB" w14:paraId="7FC981D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74A974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39A4E5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1BD42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4A3130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F1E9AF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42C976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-0.35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DB92CC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3F87AF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E92C62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64DED0FB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7086F89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vAlign w:val="center"/>
          </w:tcPr>
          <w:p w14:paraId="04FC5AE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60382ED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666A405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1533B0C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7B10EA2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0.04</w:t>
            </w:r>
          </w:p>
        </w:tc>
        <w:tc>
          <w:tcPr>
            <w:tcW w:w="950" w:type="dxa"/>
            <w:vAlign w:val="center"/>
          </w:tcPr>
          <w:p w14:paraId="52F4A92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177.5</w:t>
            </w:r>
          </w:p>
        </w:tc>
        <w:tc>
          <w:tcPr>
            <w:tcW w:w="1094" w:type="dxa"/>
            <w:vAlign w:val="center"/>
          </w:tcPr>
          <w:p w14:paraId="0F0ADB5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0.242</w:t>
            </w:r>
          </w:p>
        </w:tc>
        <w:tc>
          <w:tcPr>
            <w:tcW w:w="1238" w:type="dxa"/>
            <w:vAlign w:val="center"/>
          </w:tcPr>
          <w:p w14:paraId="2E8CA69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0.259</w:t>
            </w:r>
          </w:p>
        </w:tc>
      </w:tr>
      <w:tr w:rsidR="00D015CB" w:rsidRPr="00D015CB" w14:paraId="2F0EF753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30411E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E2F101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4E8978B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AE97C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3A4B711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B3EC2F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-0.25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1CB6E3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87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4508CE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13A27A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5AD3A3B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C32E89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811F27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638F760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1AED5D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B4D510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02B13F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-0.47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FA91BF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62.5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5A349B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44EFF8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7412D3C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19FA3A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4561CA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3696FEF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9C0866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9F0DF2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8ACDA4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-0.71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A3F38E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676BE9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47AD4C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7DD5B2D0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A711BF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04A529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0E4EEA0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4750ED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9C666E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B678DB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-0.32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EB50D8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62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2D5091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1CA02A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0A80DE3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A39D21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73DB85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5D692D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3CD024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ADD170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EC9ABC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-0.22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9CFE6B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103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7D2796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0.003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0895C5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0.005</w:t>
            </w:r>
          </w:p>
        </w:tc>
      </w:tr>
      <w:tr w:rsidR="00D015CB" w:rsidRPr="00D015CB" w14:paraId="71EE87A8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A296B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204290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4A7C2D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2EBB51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78FD3A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3B8924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-0.46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ACF8B9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33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72A569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E482CE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28014F4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66D722A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vAlign w:val="center"/>
          </w:tcPr>
          <w:p w14:paraId="66594CC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0AE3BF5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5E30644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0183619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2844A6D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-0.07</w:t>
            </w:r>
          </w:p>
        </w:tc>
        <w:tc>
          <w:tcPr>
            <w:tcW w:w="950" w:type="dxa"/>
            <w:vAlign w:val="center"/>
          </w:tcPr>
          <w:p w14:paraId="6CC25C8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104.5</w:t>
            </w:r>
          </w:p>
        </w:tc>
        <w:tc>
          <w:tcPr>
            <w:tcW w:w="1094" w:type="dxa"/>
            <w:vAlign w:val="center"/>
          </w:tcPr>
          <w:p w14:paraId="7764902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0.155</w:t>
            </w:r>
          </w:p>
        </w:tc>
        <w:tc>
          <w:tcPr>
            <w:tcW w:w="1238" w:type="dxa"/>
            <w:vAlign w:val="center"/>
          </w:tcPr>
          <w:p w14:paraId="67FA259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0.179</w:t>
            </w:r>
          </w:p>
        </w:tc>
      </w:tr>
      <w:tr w:rsidR="00D015CB" w:rsidRPr="00D015CB" w14:paraId="35CB7321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6B08FF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E908AF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A3117F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87055C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896F22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1D5AE7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-0.24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D9310A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78.5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DF3A9F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0.003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7CB857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0.005</w:t>
            </w:r>
          </w:p>
        </w:tc>
      </w:tr>
      <w:tr w:rsidR="00D015CB" w:rsidRPr="00D015CB" w14:paraId="0293F17C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590C977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vAlign w:val="center"/>
          </w:tcPr>
          <w:p w14:paraId="531BD8A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vAlign w:val="center"/>
          </w:tcPr>
          <w:p w14:paraId="6E53FE8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2759265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221FA2C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32B5873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0.15</w:t>
            </w:r>
          </w:p>
        </w:tc>
        <w:tc>
          <w:tcPr>
            <w:tcW w:w="950" w:type="dxa"/>
            <w:vAlign w:val="center"/>
          </w:tcPr>
          <w:p w14:paraId="7910FC4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296</w:t>
            </w:r>
          </w:p>
        </w:tc>
        <w:tc>
          <w:tcPr>
            <w:tcW w:w="1094" w:type="dxa"/>
            <w:vAlign w:val="center"/>
          </w:tcPr>
          <w:p w14:paraId="1BAC267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0.070</w:t>
            </w:r>
          </w:p>
        </w:tc>
        <w:tc>
          <w:tcPr>
            <w:tcW w:w="1238" w:type="dxa"/>
            <w:vAlign w:val="center"/>
          </w:tcPr>
          <w:p w14:paraId="364B51F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0.087</w:t>
            </w:r>
          </w:p>
        </w:tc>
      </w:tr>
      <w:tr w:rsidR="00D015CB" w:rsidRPr="00D015CB" w14:paraId="2D99C86C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0A3CE7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GQS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73513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A3A565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6B0FE2F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5B8246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FC6C03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0.39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6C9914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687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DD6C4E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34BCA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696FA942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7FAA974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vAlign w:val="center"/>
          </w:tcPr>
          <w:p w14:paraId="4E7B24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6523518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vAlign w:val="center"/>
          </w:tcPr>
          <w:p w14:paraId="16FC82F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7038F10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538490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950" w:type="dxa"/>
            <w:vAlign w:val="center"/>
          </w:tcPr>
          <w:p w14:paraId="1F9C3CB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120</w:t>
            </w:r>
          </w:p>
        </w:tc>
        <w:tc>
          <w:tcPr>
            <w:tcW w:w="1094" w:type="dxa"/>
            <w:vAlign w:val="center"/>
          </w:tcPr>
          <w:p w14:paraId="47D1B93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0.112</w:t>
            </w:r>
          </w:p>
        </w:tc>
        <w:tc>
          <w:tcPr>
            <w:tcW w:w="1238" w:type="dxa"/>
            <w:vAlign w:val="center"/>
          </w:tcPr>
          <w:p w14:paraId="53BBDF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0.152</w:t>
            </w:r>
          </w:p>
        </w:tc>
      </w:tr>
      <w:tr w:rsidR="00D015CB" w:rsidRPr="00D015CB" w14:paraId="4AC5EB7E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7BBD261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vAlign w:val="center"/>
          </w:tcPr>
          <w:p w14:paraId="226BF7E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2312635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vAlign w:val="center"/>
          </w:tcPr>
          <w:p w14:paraId="1378BA5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1991AA5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0440CCC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950" w:type="dxa"/>
            <w:vAlign w:val="center"/>
          </w:tcPr>
          <w:p w14:paraId="44FCF43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105</w:t>
            </w:r>
          </w:p>
        </w:tc>
        <w:tc>
          <w:tcPr>
            <w:tcW w:w="1094" w:type="dxa"/>
            <w:vAlign w:val="center"/>
          </w:tcPr>
          <w:p w14:paraId="3730C5F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0.044</w:t>
            </w:r>
          </w:p>
        </w:tc>
        <w:tc>
          <w:tcPr>
            <w:tcW w:w="1238" w:type="dxa"/>
            <w:vAlign w:val="center"/>
          </w:tcPr>
          <w:p w14:paraId="6528014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0.066</w:t>
            </w:r>
          </w:p>
        </w:tc>
      </w:tr>
      <w:tr w:rsidR="00D015CB" w:rsidRPr="00D015CB" w14:paraId="6F43CF08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25E80D6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vAlign w:val="center"/>
          </w:tcPr>
          <w:p w14:paraId="5257E17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10718E6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vAlign w:val="center"/>
          </w:tcPr>
          <w:p w14:paraId="6F7044F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411322E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162FE4E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-0.02</w:t>
            </w:r>
          </w:p>
        </w:tc>
        <w:tc>
          <w:tcPr>
            <w:tcW w:w="950" w:type="dxa"/>
            <w:vAlign w:val="center"/>
          </w:tcPr>
          <w:p w14:paraId="466CF64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105</w:t>
            </w:r>
          </w:p>
        </w:tc>
        <w:tc>
          <w:tcPr>
            <w:tcW w:w="1094" w:type="dxa"/>
            <w:vAlign w:val="center"/>
          </w:tcPr>
          <w:p w14:paraId="5D3056B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0.044</w:t>
            </w:r>
          </w:p>
        </w:tc>
        <w:tc>
          <w:tcPr>
            <w:tcW w:w="1238" w:type="dxa"/>
            <w:vAlign w:val="center"/>
          </w:tcPr>
          <w:p w14:paraId="227B4CF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0.066</w:t>
            </w:r>
          </w:p>
        </w:tc>
      </w:tr>
      <w:tr w:rsidR="00D015CB" w:rsidRPr="00D015CB" w14:paraId="149216A9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76A4E0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4415B8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A605DB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DF75CD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35B1828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5E8D6B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-1.09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081553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22.5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CAEDDD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B81908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93A3745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437C0AC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vAlign w:val="center"/>
          </w:tcPr>
          <w:p w14:paraId="08B6C67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vAlign w:val="center"/>
          </w:tcPr>
          <w:p w14:paraId="66E8B05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07C14BF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1D8C77E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30E0E1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-0.14</w:t>
            </w:r>
          </w:p>
        </w:tc>
        <w:tc>
          <w:tcPr>
            <w:tcW w:w="950" w:type="dxa"/>
            <w:vAlign w:val="center"/>
          </w:tcPr>
          <w:p w14:paraId="3E26FE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123</w:t>
            </w:r>
          </w:p>
        </w:tc>
        <w:tc>
          <w:tcPr>
            <w:tcW w:w="1094" w:type="dxa"/>
            <w:vAlign w:val="center"/>
          </w:tcPr>
          <w:p w14:paraId="78F3C19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0.646</w:t>
            </w:r>
          </w:p>
        </w:tc>
        <w:tc>
          <w:tcPr>
            <w:tcW w:w="1238" w:type="dxa"/>
            <w:vAlign w:val="center"/>
          </w:tcPr>
          <w:p w14:paraId="3A57E6B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0.745</w:t>
            </w:r>
          </w:p>
        </w:tc>
      </w:tr>
      <w:tr w:rsidR="00D015CB" w:rsidRPr="00D015CB" w14:paraId="079579C0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29672E8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lastRenderedPageBreak/>
              <w:t>JAMA</w:t>
            </w:r>
          </w:p>
        </w:tc>
        <w:tc>
          <w:tcPr>
            <w:tcW w:w="1180" w:type="dxa"/>
            <w:vAlign w:val="center"/>
          </w:tcPr>
          <w:p w14:paraId="7670D0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60F8C83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vAlign w:val="center"/>
          </w:tcPr>
          <w:p w14:paraId="43254E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0936F10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1BC9208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950" w:type="dxa"/>
            <w:vAlign w:val="center"/>
          </w:tcPr>
          <w:p w14:paraId="0DF1175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6</w:t>
            </w:r>
          </w:p>
        </w:tc>
        <w:tc>
          <w:tcPr>
            <w:tcW w:w="1094" w:type="dxa"/>
            <w:vAlign w:val="center"/>
          </w:tcPr>
          <w:p w14:paraId="751803B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0.850</w:t>
            </w:r>
          </w:p>
        </w:tc>
        <w:tc>
          <w:tcPr>
            <w:tcW w:w="1238" w:type="dxa"/>
            <w:vAlign w:val="center"/>
          </w:tcPr>
          <w:p w14:paraId="35548C4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0.911</w:t>
            </w:r>
          </w:p>
        </w:tc>
      </w:tr>
      <w:tr w:rsidR="00D015CB" w:rsidRPr="00D015CB" w14:paraId="73A638E9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0C6C6FF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vAlign w:val="center"/>
          </w:tcPr>
          <w:p w14:paraId="370F95C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6BF16DE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vAlign w:val="center"/>
          </w:tcPr>
          <w:p w14:paraId="2811E76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51E6FB9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254F7B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-0.02</w:t>
            </w:r>
          </w:p>
        </w:tc>
        <w:tc>
          <w:tcPr>
            <w:tcW w:w="950" w:type="dxa"/>
            <w:vAlign w:val="center"/>
          </w:tcPr>
          <w:p w14:paraId="753E995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</w:t>
            </w:r>
          </w:p>
        </w:tc>
        <w:tc>
          <w:tcPr>
            <w:tcW w:w="1094" w:type="dxa"/>
            <w:vAlign w:val="center"/>
          </w:tcPr>
          <w:p w14:paraId="7D8DF79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  <w:tc>
          <w:tcPr>
            <w:tcW w:w="1238" w:type="dxa"/>
            <w:vAlign w:val="center"/>
          </w:tcPr>
          <w:p w14:paraId="4A60839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1.000</w:t>
            </w:r>
          </w:p>
        </w:tc>
      </w:tr>
      <w:tr w:rsidR="00D015CB" w:rsidRPr="00D015CB" w14:paraId="1A62DE4B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AE22DC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20394F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3E77C2B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375DCA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B9E6A9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76B71E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-1.09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FFE79D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095514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B5BC35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12A23085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DF6A15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99936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65CD359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C8E320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621412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4CC76F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-0.14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2FDA6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7DF8CA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0.004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6241E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0.010</w:t>
            </w:r>
          </w:p>
        </w:tc>
      </w:tr>
      <w:tr w:rsidR="00D015CB" w:rsidRPr="00D015CB" w14:paraId="6C53C539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732C169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vAlign w:val="center"/>
          </w:tcPr>
          <w:p w14:paraId="7D6B622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1BA0DD6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vAlign w:val="center"/>
          </w:tcPr>
          <w:p w14:paraId="055AF95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0E1D0DB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0BA3464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-0.02</w:t>
            </w:r>
          </w:p>
        </w:tc>
        <w:tc>
          <w:tcPr>
            <w:tcW w:w="950" w:type="dxa"/>
            <w:vAlign w:val="center"/>
          </w:tcPr>
          <w:p w14:paraId="11CABDE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vAlign w:val="center"/>
          </w:tcPr>
          <w:p w14:paraId="29E3E05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0.346</w:t>
            </w:r>
          </w:p>
        </w:tc>
        <w:tc>
          <w:tcPr>
            <w:tcW w:w="1238" w:type="dxa"/>
            <w:vAlign w:val="center"/>
          </w:tcPr>
          <w:p w14:paraId="2621735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0.432</w:t>
            </w:r>
          </w:p>
        </w:tc>
      </w:tr>
      <w:tr w:rsidR="00D015CB" w:rsidRPr="00D015CB" w14:paraId="343A6B88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4C2010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1AD99C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BEFFD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40CC565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A19E87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EF78C9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-1.09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9D9972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B87CD1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3D4C29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F7B099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03C15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C071D3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7F8F4A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44CEF9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533CB76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5B55029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-0.14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7517E0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C5D83B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0.005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A93499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0.010</w:t>
            </w:r>
          </w:p>
        </w:tc>
      </w:tr>
      <w:tr w:rsidR="00D015CB" w:rsidRPr="00D015CB" w14:paraId="604255DB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E2B904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84A533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666A4D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4ACEB9B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7B7E47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4C3B50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-1.07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43043EE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4EF208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4C0B73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7E50B379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BE4A35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D5A8F2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632A98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709D87A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66966E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49CD0E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-0.12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F062D5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B06482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0.014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B0A1EE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0.025</w:t>
            </w:r>
          </w:p>
        </w:tc>
      </w:tr>
      <w:tr w:rsidR="00D015CB" w:rsidRPr="00D015CB" w14:paraId="0927DB00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902194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JAMA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090770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134523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6F41F02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FA7C80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2B1EB7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0.95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2EA236A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1208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0176E0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DE4AF5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641DABD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909578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66FCFA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A7E0BF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shd w:val="clear" w:color="auto" w:fill="FFF2CC"/>
            <w:vAlign w:val="center"/>
          </w:tcPr>
          <w:p w14:paraId="709CE0F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D6F10F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8EB88A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EE6919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72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E6B16C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D56C05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77DBE31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1560F9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DA15F2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2CB938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6E7D61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70D432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2D58F8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-1.63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5F0D50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144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32998A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DD31FF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E9DBBA8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DF61C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5B0CF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B04943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9B7086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DCA2C0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0074BB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-3.91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12EFFF5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35.5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C23D3B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57D2FC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DC3F183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434ECE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D704D3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84E991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A53A8A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678CE7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395FBA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-6.29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BE5287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14F1AE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2C8D5E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B13DA29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115179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135DB8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A32EF2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F0D9EB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388E630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97A55F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-1.82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53FDA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140.5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DA242E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4ED34E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1ADD7424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3A538F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4879FB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32081C7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7C38859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F6946C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4CCE2D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1.07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326FB7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899.5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989E84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0.012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AA0189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0.013</w:t>
            </w:r>
          </w:p>
        </w:tc>
      </w:tr>
      <w:tr w:rsidR="00D015CB" w:rsidRPr="00D015CB" w14:paraId="03C96BFA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CBD3D8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2EE439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49A34EF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9186D0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591AD0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4BAB2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-1.21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95514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358.5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FF1BF3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0.007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84114D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0.009</w:t>
            </w:r>
          </w:p>
        </w:tc>
      </w:tr>
      <w:tr w:rsidR="00D015CB" w:rsidRPr="00D015CB" w14:paraId="079DF93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140109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1C84DB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2C5B14F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D3F2DE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3BD0D44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556C8E1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-3.59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4093200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84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74198E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A9455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820CB4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26E527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D5DEAB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4701EEE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037FDE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F14276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339C71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0.88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A9750E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873.5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A07E43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0.023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BCB0F8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0.025</w:t>
            </w:r>
          </w:p>
        </w:tc>
      </w:tr>
      <w:tr w:rsidR="00D015CB" w:rsidRPr="00D015CB" w14:paraId="016E230B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D230C9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4A757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2D19E2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EAD28C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402B96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79087F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-2.28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1EBC71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108.5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E4A28F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E1331E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98CE2BA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943125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D23A06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ACD33C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D4776F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9AC95C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5CFA291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-4.66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4081E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14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67843E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ED2016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F7AFFA0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1CE2BB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vAlign w:val="center"/>
          </w:tcPr>
          <w:p w14:paraId="41379E7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0DC6DE8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2153835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1BE3419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7858A15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-0.19</w:t>
            </w:r>
          </w:p>
        </w:tc>
        <w:tc>
          <w:tcPr>
            <w:tcW w:w="950" w:type="dxa"/>
            <w:vAlign w:val="center"/>
          </w:tcPr>
          <w:p w14:paraId="7B324BC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594</w:t>
            </w:r>
          </w:p>
        </w:tc>
        <w:tc>
          <w:tcPr>
            <w:tcW w:w="1094" w:type="dxa"/>
            <w:vAlign w:val="center"/>
          </w:tcPr>
          <w:p w14:paraId="53916AD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0.678</w:t>
            </w:r>
          </w:p>
        </w:tc>
        <w:tc>
          <w:tcPr>
            <w:tcW w:w="1238" w:type="dxa"/>
            <w:vAlign w:val="center"/>
          </w:tcPr>
          <w:p w14:paraId="0CBD268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0.678</w:t>
            </w:r>
          </w:p>
        </w:tc>
      </w:tr>
      <w:tr w:rsidR="00D015CB" w:rsidRPr="00D015CB" w14:paraId="63AC1BA5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CAD720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4FBFBF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1FD030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269D90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1B848F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55D53BD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-2.39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065CC2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138.5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C5693B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06EBF4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1F45F7E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CAD6CA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42ED34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36B5D7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8EDC44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48F78A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F15C7D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2.08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419F425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1106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5BFE96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E69F54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18753C1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7003A6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lastRenderedPageBreak/>
              <w:t>ARI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ECDE5F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BFB754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78CE914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7A97B3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BE895A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4.47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14C28CC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1272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6A0597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095A8B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67B00F9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48ECAC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506AD6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C382D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shd w:val="clear" w:color="auto" w:fill="FFF2CC"/>
            <w:vAlign w:val="center"/>
          </w:tcPr>
          <w:p w14:paraId="122623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5C1E216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AF4F8D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-2.14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2FA0F7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127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E30222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79ABE1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43860E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7E1260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37C9EA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EDF4AC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744938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CDC76B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0C307B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-1.86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50B20D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6F8990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A135F3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DBAC91D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1EA3FE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2A3684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1E424F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86AE1E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7697AB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4968F5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-2.24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4F0689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47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8C570D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987119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194C682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1C22FA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1AB1CD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C7F4C9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AA9EB7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3BAE6F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43B1DB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-2.83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AEFF81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24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30D081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5FCE2C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0EB91D1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390376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EA9490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F633B4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CE5F34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3CB3A90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5367C25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-1.62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4E974CC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99.5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D6A8CC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BA841A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1B6266E2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0845B2D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vAlign w:val="center"/>
          </w:tcPr>
          <w:p w14:paraId="74EB2A5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7CC3261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vAlign w:val="center"/>
          </w:tcPr>
          <w:p w14:paraId="659910E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3C2A51F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3E969D8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0.28</w:t>
            </w:r>
          </w:p>
        </w:tc>
        <w:tc>
          <w:tcPr>
            <w:tcW w:w="950" w:type="dxa"/>
            <w:vAlign w:val="center"/>
          </w:tcPr>
          <w:p w14:paraId="33275F5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710.5</w:t>
            </w:r>
          </w:p>
        </w:tc>
        <w:tc>
          <w:tcPr>
            <w:tcW w:w="1094" w:type="dxa"/>
            <w:vAlign w:val="center"/>
          </w:tcPr>
          <w:p w14:paraId="0880CDF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0.484</w:t>
            </w:r>
          </w:p>
        </w:tc>
        <w:tc>
          <w:tcPr>
            <w:tcW w:w="1238" w:type="dxa"/>
            <w:vAlign w:val="center"/>
          </w:tcPr>
          <w:p w14:paraId="506A5C4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0.519</w:t>
            </w:r>
          </w:p>
        </w:tc>
      </w:tr>
      <w:tr w:rsidR="00D015CB" w:rsidRPr="00D015CB" w14:paraId="4D283090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2911BF3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vAlign w:val="center"/>
          </w:tcPr>
          <w:p w14:paraId="28E0CBD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52F9A9F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vAlign w:val="center"/>
          </w:tcPr>
          <w:p w14:paraId="4EF92F0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488F283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3707AB8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-0.1</w:t>
            </w:r>
          </w:p>
        </w:tc>
        <w:tc>
          <w:tcPr>
            <w:tcW w:w="950" w:type="dxa"/>
            <w:vAlign w:val="center"/>
          </w:tcPr>
          <w:p w14:paraId="3C4C9EE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584</w:t>
            </w:r>
          </w:p>
        </w:tc>
        <w:tc>
          <w:tcPr>
            <w:tcW w:w="1094" w:type="dxa"/>
            <w:vAlign w:val="center"/>
          </w:tcPr>
          <w:p w14:paraId="6277FE1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0.609</w:t>
            </w:r>
          </w:p>
        </w:tc>
        <w:tc>
          <w:tcPr>
            <w:tcW w:w="1238" w:type="dxa"/>
            <w:vAlign w:val="center"/>
          </w:tcPr>
          <w:p w14:paraId="305BCF3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0.609</w:t>
            </w:r>
          </w:p>
        </w:tc>
      </w:tr>
      <w:tr w:rsidR="00D015CB" w:rsidRPr="00D015CB" w14:paraId="7153FAFA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19DBF32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vAlign w:val="center"/>
          </w:tcPr>
          <w:p w14:paraId="260B2BA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159595E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26A3C32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7381ECD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5A6870E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-0.69</w:t>
            </w:r>
          </w:p>
        </w:tc>
        <w:tc>
          <w:tcPr>
            <w:tcW w:w="950" w:type="dxa"/>
            <w:vAlign w:val="center"/>
          </w:tcPr>
          <w:p w14:paraId="73C0957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429</w:t>
            </w:r>
          </w:p>
        </w:tc>
        <w:tc>
          <w:tcPr>
            <w:tcW w:w="1094" w:type="dxa"/>
            <w:vAlign w:val="center"/>
          </w:tcPr>
          <w:p w14:paraId="3E3251D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0.069</w:t>
            </w:r>
          </w:p>
        </w:tc>
        <w:tc>
          <w:tcPr>
            <w:tcW w:w="1238" w:type="dxa"/>
            <w:vAlign w:val="center"/>
          </w:tcPr>
          <w:p w14:paraId="2B798E4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0.103</w:t>
            </w:r>
          </w:p>
        </w:tc>
      </w:tr>
      <w:tr w:rsidR="00D015CB" w:rsidRPr="00D015CB" w14:paraId="579DF143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3DD04A1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vAlign w:val="center"/>
          </w:tcPr>
          <w:p w14:paraId="7AB67B1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459DFAE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58B0257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78996DF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311C779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0.52</w:t>
            </w:r>
          </w:p>
        </w:tc>
        <w:tc>
          <w:tcPr>
            <w:tcW w:w="950" w:type="dxa"/>
            <w:vAlign w:val="center"/>
          </w:tcPr>
          <w:p w14:paraId="2C25CEF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795</w:t>
            </w:r>
          </w:p>
        </w:tc>
        <w:tc>
          <w:tcPr>
            <w:tcW w:w="1094" w:type="dxa"/>
            <w:vAlign w:val="center"/>
          </w:tcPr>
          <w:p w14:paraId="418219D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0.130</w:t>
            </w:r>
          </w:p>
        </w:tc>
        <w:tc>
          <w:tcPr>
            <w:tcW w:w="1238" w:type="dxa"/>
            <w:vAlign w:val="center"/>
          </w:tcPr>
          <w:p w14:paraId="372669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0.177</w:t>
            </w:r>
          </w:p>
        </w:tc>
      </w:tr>
      <w:tr w:rsidR="00D015CB" w:rsidRPr="00D015CB" w14:paraId="289D9C9B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613D72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vAlign w:val="center"/>
          </w:tcPr>
          <w:p w14:paraId="0D54019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6ACD2A7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vAlign w:val="center"/>
          </w:tcPr>
          <w:p w14:paraId="5BE2C45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2592FE9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133CED0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-0.38</w:t>
            </w:r>
          </w:p>
        </w:tc>
        <w:tc>
          <w:tcPr>
            <w:tcW w:w="950" w:type="dxa"/>
            <w:vAlign w:val="center"/>
          </w:tcPr>
          <w:p w14:paraId="235DCBA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487</w:t>
            </w:r>
          </w:p>
        </w:tc>
        <w:tc>
          <w:tcPr>
            <w:tcW w:w="1094" w:type="dxa"/>
            <w:vAlign w:val="center"/>
          </w:tcPr>
          <w:p w14:paraId="605BBD8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0.148</w:t>
            </w:r>
          </w:p>
        </w:tc>
        <w:tc>
          <w:tcPr>
            <w:tcW w:w="1238" w:type="dxa"/>
            <w:vAlign w:val="center"/>
          </w:tcPr>
          <w:p w14:paraId="3A82024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0.184</w:t>
            </w:r>
          </w:p>
        </w:tc>
      </w:tr>
      <w:tr w:rsidR="00D015CB" w:rsidRPr="00D015CB" w14:paraId="36E998EF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18DBF1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5E905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77CAE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535499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85490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5F35816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-0.97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22B17A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344.5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DA4ECD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0.005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B1EC7F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0.009</w:t>
            </w:r>
          </w:p>
        </w:tc>
      </w:tr>
      <w:tr w:rsidR="00D015CB" w:rsidRPr="00D015CB" w14:paraId="212B89C3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3A9CD2A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vAlign w:val="center"/>
          </w:tcPr>
          <w:p w14:paraId="2D49411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6E5381B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14A56D8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2967B8A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0B24762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0.24</w:t>
            </w:r>
          </w:p>
        </w:tc>
        <w:tc>
          <w:tcPr>
            <w:tcW w:w="950" w:type="dxa"/>
            <w:vAlign w:val="center"/>
          </w:tcPr>
          <w:p w14:paraId="10D57D9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754.5</w:t>
            </w:r>
          </w:p>
        </w:tc>
        <w:tc>
          <w:tcPr>
            <w:tcW w:w="1094" w:type="dxa"/>
            <w:vAlign w:val="center"/>
          </w:tcPr>
          <w:p w14:paraId="693F4E3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0.261</w:t>
            </w:r>
          </w:p>
        </w:tc>
        <w:tc>
          <w:tcPr>
            <w:tcW w:w="1238" w:type="dxa"/>
            <w:vAlign w:val="center"/>
          </w:tcPr>
          <w:p w14:paraId="3CA8575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0.301</w:t>
            </w:r>
          </w:p>
        </w:tc>
      </w:tr>
      <w:tr w:rsidR="00D015CB" w:rsidRPr="00D015CB" w14:paraId="02466357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1E50B98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vAlign w:val="center"/>
          </w:tcPr>
          <w:p w14:paraId="19EB73E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vAlign w:val="center"/>
          </w:tcPr>
          <w:p w14:paraId="78C9127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54D5707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1B49339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624C187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-0.59</w:t>
            </w:r>
          </w:p>
        </w:tc>
        <w:tc>
          <w:tcPr>
            <w:tcW w:w="950" w:type="dxa"/>
            <w:vAlign w:val="center"/>
          </w:tcPr>
          <w:p w14:paraId="1C528DE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444</w:t>
            </w:r>
          </w:p>
        </w:tc>
        <w:tc>
          <w:tcPr>
            <w:tcW w:w="1094" w:type="dxa"/>
            <w:vAlign w:val="center"/>
          </w:tcPr>
          <w:p w14:paraId="261BA60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0.062</w:t>
            </w:r>
          </w:p>
        </w:tc>
        <w:tc>
          <w:tcPr>
            <w:tcW w:w="1238" w:type="dxa"/>
            <w:vAlign w:val="center"/>
          </w:tcPr>
          <w:p w14:paraId="0DBC0CD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0.103</w:t>
            </w:r>
          </w:p>
        </w:tc>
      </w:tr>
      <w:tr w:rsidR="00D015CB" w:rsidRPr="00D015CB" w14:paraId="79DA1F99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15DA70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0DE31C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729906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0951D0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38761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BA3CCF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5FB59B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941.5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6AD21C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0.003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AF5FC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0.007</w:t>
            </w:r>
          </w:p>
        </w:tc>
      </w:tr>
      <w:tr w:rsidR="00D015CB" w:rsidRPr="00D015CB" w14:paraId="6037B62B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FFB2B6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1BC6A1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43E576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76AD12D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8B7BF6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C37C13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1.21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1FB53A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1103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1C552B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A03D60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602E2979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4547CB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841644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FB1C66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shd w:val="clear" w:color="auto" w:fill="FFF2CC"/>
            <w:vAlign w:val="center"/>
          </w:tcPr>
          <w:p w14:paraId="3215FF0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0E517D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FD16A3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-2.54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FE41C7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83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D24D75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96559A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13F8F07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5F9E8D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F6555F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D9EEB5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44B7854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F80EDB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02CD8D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-1.42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3880CB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135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55BD8E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F9D512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DF4D5D7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E5EC03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40081B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27DA51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933727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5BB3D0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B215B2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-3.57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9B2118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13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F572A4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DFDD58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76BF24C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4BC451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5B34EB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AE051C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AAECE3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F2AA67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240244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-4.98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11BD838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E6AA4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C24B62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9D730C8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33B0D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B7165F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861D3A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C01917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336A6B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2A5EF6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-1.62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2DE1C1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123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DE921E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3C6B9E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ADD1442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F773C4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C503E8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5D7C30A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063BF6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DB29D8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850EB2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1.12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359189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963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C11A02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0.002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B39938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0.002</w:t>
            </w:r>
          </w:p>
        </w:tc>
      </w:tr>
      <w:tr w:rsidR="00D015CB" w:rsidRPr="00D015CB" w14:paraId="1A756972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E5EF1A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B689C8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6749EE9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A52E0E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88A299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76BABB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-1.03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28A6E47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331.5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596AAE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0.003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027305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0.004</w:t>
            </w:r>
          </w:p>
        </w:tc>
      </w:tr>
      <w:tr w:rsidR="00D015CB" w:rsidRPr="00D015CB" w14:paraId="5AA9EC6A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55B01F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F6772D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2EAD839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19DF76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3428B8B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943AC0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-2.44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42AACE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146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438148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67752A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7E9BE8AD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3DF772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lastRenderedPageBreak/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EEAC21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3F24218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68261A2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8C6C85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CFFF6C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0.91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22AB66A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892.5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48E8C4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0.014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BA9728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0.015</w:t>
            </w:r>
          </w:p>
        </w:tc>
      </w:tr>
      <w:tr w:rsidR="00D015CB" w:rsidRPr="00D015CB" w14:paraId="2FFE73AC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E3A3F2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B96141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78D64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76448C0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3EBC0C8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F39952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-2.15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F1BA12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69.5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2033B6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10AA23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99F579D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FA856D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818494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6BFF41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D042B9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409F9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5DAD116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-3.56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3826D5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32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DAAA92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7274C1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1429FD8E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60F0F78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vAlign w:val="center"/>
          </w:tcPr>
          <w:p w14:paraId="1754D98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2D2AB21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59FEFB3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25F8452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40827AC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-0.2</w:t>
            </w:r>
          </w:p>
        </w:tc>
        <w:tc>
          <w:tcPr>
            <w:tcW w:w="950" w:type="dxa"/>
            <w:vAlign w:val="center"/>
          </w:tcPr>
          <w:p w14:paraId="68AE182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585</w:t>
            </w:r>
          </w:p>
        </w:tc>
        <w:tc>
          <w:tcPr>
            <w:tcW w:w="1094" w:type="dxa"/>
            <w:vAlign w:val="center"/>
          </w:tcPr>
          <w:p w14:paraId="79E1C93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0.616</w:t>
            </w:r>
          </w:p>
        </w:tc>
        <w:tc>
          <w:tcPr>
            <w:tcW w:w="1238" w:type="dxa"/>
            <w:vAlign w:val="center"/>
          </w:tcPr>
          <w:p w14:paraId="65F21C0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0.616</w:t>
            </w:r>
          </w:p>
        </w:tc>
      </w:tr>
      <w:tr w:rsidR="00D015CB" w:rsidRPr="00D015CB" w14:paraId="77C53352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9F0EF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B16583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3430F2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7EA8DE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F5E49B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F3FC8E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-1.41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D0A24D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250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6933784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699725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2F1A5B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34ED36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2106DE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B5446A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B2830F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FEA5C1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CDB2C8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1.95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F4818E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1158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BF011E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3ECEA9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6E6C7A0F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B6F09B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FKGL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DD3853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6AA9ED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A9C94B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4021EE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06939E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3.36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FDEF1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1266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6D7A6F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A2D143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15CA043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2937E9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F6D664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2F903A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shd w:val="clear" w:color="auto" w:fill="FFF2CC"/>
            <w:vAlign w:val="center"/>
          </w:tcPr>
          <w:p w14:paraId="460D624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A7F098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69CE5B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-2.31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C268D3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86.5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E04D6C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AB0F2B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7D3E1F4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97D0A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CFEFFE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DAC4C2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5F1A1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1BD1EE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F569AC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-1.73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87D3DA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98.5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7B31CB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D6070C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747F9FF3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6902F0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469BE4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7B6226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152BD7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E3BFF6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EC13B6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-2.46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2611A2E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34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DA4789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9B374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29695F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F28324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41D912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D566A5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739ADD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AD014F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BBFF54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-2.29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4E30B60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36.5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DC4D8B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3BB46C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129C191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603C02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8EF847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7B8BF9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659AC3D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D5813F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702535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-1.69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F448A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104.5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373ACB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7B5C03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D1F33AC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97B147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1CD114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431C371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C7A61F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E0C4CA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8E6081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0.57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BD1881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843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05FA2F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0.022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FFCB7A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0.033</w:t>
            </w:r>
          </w:p>
        </w:tc>
      </w:tr>
      <w:tr w:rsidR="00D015CB" w:rsidRPr="00D015CB" w14:paraId="662E583B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110E46C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vAlign w:val="center"/>
          </w:tcPr>
          <w:p w14:paraId="6BBEB68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0E6C6E2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vAlign w:val="center"/>
          </w:tcPr>
          <w:p w14:paraId="70C96D7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7A79054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0FCD7F7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-0.15</w:t>
            </w:r>
          </w:p>
        </w:tc>
        <w:tc>
          <w:tcPr>
            <w:tcW w:w="950" w:type="dxa"/>
            <w:vAlign w:val="center"/>
          </w:tcPr>
          <w:p w14:paraId="599EE08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514</w:t>
            </w:r>
          </w:p>
        </w:tc>
        <w:tc>
          <w:tcPr>
            <w:tcW w:w="1094" w:type="dxa"/>
            <w:vAlign w:val="center"/>
          </w:tcPr>
          <w:p w14:paraId="3F176F2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0.451</w:t>
            </w:r>
          </w:p>
        </w:tc>
        <w:tc>
          <w:tcPr>
            <w:tcW w:w="1238" w:type="dxa"/>
            <w:vAlign w:val="center"/>
          </w:tcPr>
          <w:p w14:paraId="011037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0.520</w:t>
            </w:r>
          </w:p>
        </w:tc>
      </w:tr>
      <w:tr w:rsidR="00D015CB" w:rsidRPr="00D015CB" w14:paraId="6B8D94FB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1AFBBFC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vAlign w:val="center"/>
          </w:tcPr>
          <w:p w14:paraId="46F818C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36DB06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0B8B801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01BCFC9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4A32323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0.02</w:t>
            </w:r>
          </w:p>
        </w:tc>
        <w:tc>
          <w:tcPr>
            <w:tcW w:w="950" w:type="dxa"/>
            <w:vAlign w:val="center"/>
          </w:tcPr>
          <w:p w14:paraId="02BC9B1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565.5</w:t>
            </w:r>
          </w:p>
        </w:tc>
        <w:tc>
          <w:tcPr>
            <w:tcW w:w="1094" w:type="dxa"/>
            <w:vAlign w:val="center"/>
          </w:tcPr>
          <w:p w14:paraId="18973DB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0.992</w:t>
            </w:r>
          </w:p>
        </w:tc>
        <w:tc>
          <w:tcPr>
            <w:tcW w:w="1238" w:type="dxa"/>
            <w:vAlign w:val="center"/>
          </w:tcPr>
          <w:p w14:paraId="7D27665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0.992</w:t>
            </w:r>
          </w:p>
        </w:tc>
      </w:tr>
      <w:tr w:rsidR="00D015CB" w:rsidRPr="00D015CB" w14:paraId="56703170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319953C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vAlign w:val="center"/>
          </w:tcPr>
          <w:p w14:paraId="622EBC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35F8B26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20DFDF8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478ED89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4E17180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0.62</w:t>
            </w:r>
          </w:p>
        </w:tc>
        <w:tc>
          <w:tcPr>
            <w:tcW w:w="950" w:type="dxa"/>
            <w:vAlign w:val="center"/>
          </w:tcPr>
          <w:p w14:paraId="6702A1B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778.5</w:t>
            </w:r>
          </w:p>
        </w:tc>
        <w:tc>
          <w:tcPr>
            <w:tcW w:w="1094" w:type="dxa"/>
            <w:vAlign w:val="center"/>
          </w:tcPr>
          <w:p w14:paraId="6B0287A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0.051</w:t>
            </w:r>
          </w:p>
        </w:tc>
        <w:tc>
          <w:tcPr>
            <w:tcW w:w="1238" w:type="dxa"/>
            <w:vAlign w:val="center"/>
          </w:tcPr>
          <w:p w14:paraId="5B1BD96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0.070</w:t>
            </w:r>
          </w:p>
        </w:tc>
      </w:tr>
      <w:tr w:rsidR="00D015CB" w:rsidRPr="00D015CB" w14:paraId="64E03ECA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9257A8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DDAECB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2B796C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820EF0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27F58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A68A41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-0.73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B6C5D2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298.5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73F581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4246FC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0.002</w:t>
            </w:r>
          </w:p>
        </w:tc>
      </w:tr>
      <w:tr w:rsidR="00D015CB" w:rsidRPr="00D015CB" w14:paraId="0567B705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9D5B90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7272B3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4B28EC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11BB33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EB83AA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CAEC6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-0.55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7F1A39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376.5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C1DA5C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0.019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86DBFE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0.032</w:t>
            </w:r>
          </w:p>
        </w:tc>
      </w:tr>
      <w:tr w:rsidR="00D015CB" w:rsidRPr="00D015CB" w14:paraId="1DAE9C3E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76E4F3D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vAlign w:val="center"/>
          </w:tcPr>
          <w:p w14:paraId="486B3B5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54D0A0A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62B0AA1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2E79483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7DD4FB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0.04</w:t>
            </w:r>
          </w:p>
        </w:tc>
        <w:tc>
          <w:tcPr>
            <w:tcW w:w="950" w:type="dxa"/>
            <w:vAlign w:val="center"/>
          </w:tcPr>
          <w:p w14:paraId="6EC1C8F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639.5</w:t>
            </w:r>
          </w:p>
        </w:tc>
        <w:tc>
          <w:tcPr>
            <w:tcW w:w="1094" w:type="dxa"/>
            <w:vAlign w:val="center"/>
          </w:tcPr>
          <w:p w14:paraId="1B48DAF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0.792</w:t>
            </w:r>
          </w:p>
        </w:tc>
        <w:tc>
          <w:tcPr>
            <w:tcW w:w="1238" w:type="dxa"/>
            <w:vAlign w:val="center"/>
          </w:tcPr>
          <w:p w14:paraId="5504369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0.849</w:t>
            </w:r>
          </w:p>
        </w:tc>
      </w:tr>
      <w:tr w:rsidR="00D015CB" w:rsidRPr="00D015CB" w14:paraId="1CDBFCB5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4EACAD2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vAlign w:val="center"/>
          </w:tcPr>
          <w:p w14:paraId="517B4E3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vAlign w:val="center"/>
          </w:tcPr>
          <w:p w14:paraId="027566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6CE1B61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2A146E3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6CD468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0.17</w:t>
            </w:r>
          </w:p>
        </w:tc>
        <w:tc>
          <w:tcPr>
            <w:tcW w:w="950" w:type="dxa"/>
            <w:vAlign w:val="center"/>
          </w:tcPr>
          <w:p w14:paraId="2BA9A10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721.5</w:t>
            </w:r>
          </w:p>
        </w:tc>
        <w:tc>
          <w:tcPr>
            <w:tcW w:w="1094" w:type="dxa"/>
            <w:vAlign w:val="center"/>
          </w:tcPr>
          <w:p w14:paraId="25937AC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0.280</w:t>
            </w:r>
          </w:p>
        </w:tc>
        <w:tc>
          <w:tcPr>
            <w:tcW w:w="1238" w:type="dxa"/>
            <w:vAlign w:val="center"/>
          </w:tcPr>
          <w:p w14:paraId="25D94FE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0.350</w:t>
            </w:r>
          </w:p>
        </w:tc>
      </w:tr>
      <w:tr w:rsidR="00D015CB" w:rsidRPr="00D015CB" w14:paraId="537BADED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E7A7BC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BEB5AD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F08798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32B8D2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8D3123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46DD9C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0.77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547E04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955.5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1733CB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CEBF75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0.002</w:t>
            </w:r>
          </w:p>
        </w:tc>
      </w:tr>
      <w:tr w:rsidR="00D015CB" w:rsidRPr="00D015CB" w14:paraId="704E7FE5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ACC2C3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GFI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5C9595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875B8F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745014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D4F6AD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AC3B19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0800FA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833.5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BE606F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0.012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42A5DE5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0.022</w:t>
            </w:r>
          </w:p>
        </w:tc>
      </w:tr>
      <w:tr w:rsidR="00D015CB" w:rsidRPr="00D015CB" w14:paraId="7CCFACBF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E8D76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404B50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3A16BF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shd w:val="clear" w:color="auto" w:fill="FFF2CC"/>
            <w:vAlign w:val="center"/>
          </w:tcPr>
          <w:p w14:paraId="02B7B2D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5C544F8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97B9FB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-1.92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6AB571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82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6391A3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7AFC2C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42FC26E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623098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93180D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B28C18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595107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32A5767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0BE161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-0.81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7620A9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259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73CBFA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0908AF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03B4EEA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742BF3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lastRenderedPageBreak/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6AF79B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4DDA3F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5E935C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EC183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0DF1F7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-2.93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AC7013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29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F86141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5BD74E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620A552B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E4F1E1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C41D2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435CD5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F1490E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33089EA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CBB3C3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-3.4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602EC9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93C380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63D203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34E772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172356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5768D2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011CC8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5DF920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CF231F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272E01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-1.33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2C0C92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130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9527EC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CD7867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87857D5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43DA0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B3ABBD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37448D6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BF19D0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5F21217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50E37A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1.12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D7A2F4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1026.5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3748B5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91151B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53D8EE15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BCE605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753D5C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763C449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1217D1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CC9134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8F66E6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0F64D5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273.5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402005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BD3B52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0.001</w:t>
            </w:r>
          </w:p>
        </w:tc>
      </w:tr>
      <w:tr w:rsidR="00D015CB" w:rsidRPr="00D015CB" w14:paraId="16E8730C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4328AD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204896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631842E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4CC90B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6D941D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7BF516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-1.48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1A3ECF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190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8C75B7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30D790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77D7FA4B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6E92546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EBC9A0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246D07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5B9626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3401CCF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420B94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670D6A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879.5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1E8645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0.020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B5D5D7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0.023</w:t>
            </w:r>
          </w:p>
        </w:tc>
      </w:tr>
      <w:tr w:rsidR="00D015CB" w:rsidRPr="00D015CB" w14:paraId="1282770A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3A9FB8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B22E2E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4686E2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555574C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A6EB8A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4AE08B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-2.12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391944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73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2F3017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F8B6A8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795CEFEB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21D84B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17A12C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32F97D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43E0DF6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4E688F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B2262A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13037A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36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1D2D87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0C7BAF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027C9F7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D6D082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ADF7F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B2304B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19798BB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6F2E3F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F217DA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-0.52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12DE95F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411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02ACDF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0.046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52D266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0.049</w:t>
            </w:r>
          </w:p>
        </w:tc>
      </w:tr>
      <w:tr w:rsidR="00D015CB" w:rsidRPr="00D015CB" w14:paraId="47634E19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017BCA9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vAlign w:val="center"/>
          </w:tcPr>
          <w:p w14:paraId="05176C1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vAlign w:val="center"/>
          </w:tcPr>
          <w:p w14:paraId="6E9B7CA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vAlign w:val="center"/>
          </w:tcPr>
          <w:p w14:paraId="5E09CD6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3919F0B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33345F7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-0.48</w:t>
            </w:r>
          </w:p>
        </w:tc>
        <w:tc>
          <w:tcPr>
            <w:tcW w:w="950" w:type="dxa"/>
            <w:vAlign w:val="center"/>
          </w:tcPr>
          <w:p w14:paraId="7B3F40E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492</w:t>
            </w:r>
          </w:p>
        </w:tc>
        <w:tc>
          <w:tcPr>
            <w:tcW w:w="1094" w:type="dxa"/>
            <w:vAlign w:val="center"/>
          </w:tcPr>
          <w:p w14:paraId="44A9D49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0.162</w:t>
            </w:r>
          </w:p>
        </w:tc>
        <w:tc>
          <w:tcPr>
            <w:tcW w:w="1238" w:type="dxa"/>
            <w:vAlign w:val="center"/>
          </w:tcPr>
          <w:p w14:paraId="424E0D5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0.162</w:t>
            </w:r>
          </w:p>
        </w:tc>
      </w:tr>
      <w:tr w:rsidR="00D015CB" w:rsidRPr="00D015CB" w14:paraId="392D740D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47B8007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8F6472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B142A9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6FB295B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31270D9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24107A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3CED16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1163.5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404355E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24416D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3C5D7C6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FC9DBE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SMOG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E0539A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982941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178F67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89372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B99482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2.08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2715BA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1233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1D6EA7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CECCEC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2845D10D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7F3B03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ABB9C9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A736E0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2088" w:type="dxa"/>
            <w:shd w:val="clear" w:color="auto" w:fill="FFF2CC"/>
            <w:vAlign w:val="center"/>
          </w:tcPr>
          <w:p w14:paraId="0950D14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C7A006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6F6EB80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13.26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595BB9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1136.5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C4A060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1ED68F5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60E3EFAB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971AE6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93C4E4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992ED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74A3AD3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4638634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7C458E6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10.82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1375100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1159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CF5049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EBE984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C700E00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236E6F3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5EACEFF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B7DA00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0D72191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6D38952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EBF4CF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14.8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BF972E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1259.5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2BBAF95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3EFB5EC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15C30B00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01D5ECB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6E6223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45BB384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3A6AD14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EEB650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178F04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18.14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64A1DA4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1266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03F618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A8E72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3A029158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689C67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E90417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Gemini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F2C318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7D758DF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21D523B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8C7E04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9.86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76F2B6A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1096.5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8557EA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2E9AF9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03F5CEFF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0F8EB41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vAlign w:val="center"/>
          </w:tcPr>
          <w:p w14:paraId="70A0798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5763045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2088" w:type="dxa"/>
            <w:vAlign w:val="center"/>
          </w:tcPr>
          <w:p w14:paraId="0CAA3E6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7A296D4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225237E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-2.44</w:t>
            </w:r>
          </w:p>
        </w:tc>
        <w:tc>
          <w:tcPr>
            <w:tcW w:w="950" w:type="dxa"/>
            <w:vAlign w:val="center"/>
          </w:tcPr>
          <w:p w14:paraId="47375D2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470.5</w:t>
            </w:r>
          </w:p>
        </w:tc>
        <w:tc>
          <w:tcPr>
            <w:tcW w:w="1094" w:type="dxa"/>
            <w:vAlign w:val="center"/>
          </w:tcPr>
          <w:p w14:paraId="31FE736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0.230</w:t>
            </w:r>
          </w:p>
        </w:tc>
        <w:tc>
          <w:tcPr>
            <w:tcW w:w="1238" w:type="dxa"/>
            <w:vAlign w:val="center"/>
          </w:tcPr>
          <w:p w14:paraId="099DC0B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0.265</w:t>
            </w:r>
          </w:p>
        </w:tc>
      </w:tr>
      <w:tr w:rsidR="00D015CB" w:rsidRPr="00D015CB" w14:paraId="1EDD7C1A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0812C2D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vAlign w:val="center"/>
          </w:tcPr>
          <w:p w14:paraId="52C8658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6CECB0B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vAlign w:val="center"/>
          </w:tcPr>
          <w:p w14:paraId="4F43EB7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7BAD1AA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3AE4847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1.54</w:t>
            </w:r>
          </w:p>
        </w:tc>
        <w:tc>
          <w:tcPr>
            <w:tcW w:w="950" w:type="dxa"/>
            <w:vAlign w:val="center"/>
          </w:tcPr>
          <w:p w14:paraId="6BBB60C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720.5</w:t>
            </w:r>
          </w:p>
        </w:tc>
        <w:tc>
          <w:tcPr>
            <w:tcW w:w="1094" w:type="dxa"/>
            <w:vAlign w:val="center"/>
          </w:tcPr>
          <w:p w14:paraId="0E7CF3C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0.285</w:t>
            </w:r>
          </w:p>
        </w:tc>
        <w:tc>
          <w:tcPr>
            <w:tcW w:w="1238" w:type="dxa"/>
            <w:vAlign w:val="center"/>
          </w:tcPr>
          <w:p w14:paraId="6AA0335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0.305</w:t>
            </w:r>
          </w:p>
        </w:tc>
      </w:tr>
      <w:tr w:rsidR="00D015CB" w:rsidRPr="00D015CB" w14:paraId="3D8E310F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1EEA47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B28842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shd w:val="clear" w:color="auto" w:fill="FFF2CC"/>
            <w:vAlign w:val="center"/>
          </w:tcPr>
          <w:p w14:paraId="4C63CAD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B68F2F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43EDB2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A6A620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4.88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4E40625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787.5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170A7B3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0.018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08263A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0.027</w:t>
            </w:r>
          </w:p>
        </w:tc>
      </w:tr>
      <w:tr w:rsidR="00D015CB" w:rsidRPr="00D015CB" w14:paraId="736C0FBC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12FCDD9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vAlign w:val="center"/>
          </w:tcPr>
          <w:p w14:paraId="09CE058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proofErr w:type="spellStart"/>
            <w:r w:rsidRPr="00D015CB">
              <w:rPr>
                <w:rFonts w:ascii="Times New Roman" w:eastAsia="Times New Roman" w:hAnsi="Times New Roman"/>
                <w:sz w:val="13"/>
              </w:rPr>
              <w:t>Doubao</w:t>
            </w:r>
            <w:proofErr w:type="spellEnd"/>
          </w:p>
        </w:tc>
        <w:tc>
          <w:tcPr>
            <w:tcW w:w="1180" w:type="dxa"/>
            <w:vAlign w:val="center"/>
          </w:tcPr>
          <w:p w14:paraId="3FB803A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1171338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3ED2804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2C912E5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-3.4</w:t>
            </w:r>
          </w:p>
        </w:tc>
        <w:tc>
          <w:tcPr>
            <w:tcW w:w="950" w:type="dxa"/>
            <w:vAlign w:val="center"/>
          </w:tcPr>
          <w:p w14:paraId="58AC938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404.5</w:t>
            </w:r>
          </w:p>
        </w:tc>
        <w:tc>
          <w:tcPr>
            <w:tcW w:w="1094" w:type="dxa"/>
            <w:vAlign w:val="center"/>
          </w:tcPr>
          <w:p w14:paraId="6FA58C6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0.092</w:t>
            </w:r>
          </w:p>
        </w:tc>
        <w:tc>
          <w:tcPr>
            <w:tcW w:w="1238" w:type="dxa"/>
            <w:vAlign w:val="center"/>
          </w:tcPr>
          <w:p w14:paraId="3D07E86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0.115</w:t>
            </w:r>
          </w:p>
        </w:tc>
      </w:tr>
      <w:tr w:rsidR="00D015CB" w:rsidRPr="00D015CB" w14:paraId="672032DE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3A4885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A0F8B4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15F37E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CF05E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1C5BB19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4B88B2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3.98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6BF31D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859.5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FE789F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0.002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0A50E3E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0.003</w:t>
            </w:r>
          </w:p>
        </w:tc>
      </w:tr>
      <w:tr w:rsidR="00D015CB" w:rsidRPr="00D015CB" w14:paraId="7A801DA1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594C606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621AABD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43EB324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646B3EB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01522676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479A3BE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7.32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02F81DB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909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0399389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281CF8C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4C41DE44" w14:textId="77777777" w:rsidTr="00476820">
        <w:trPr>
          <w:cantSplit/>
          <w:jc w:val="center"/>
        </w:trPr>
        <w:tc>
          <w:tcPr>
            <w:tcW w:w="1195" w:type="dxa"/>
            <w:vAlign w:val="center"/>
          </w:tcPr>
          <w:p w14:paraId="1FFDA16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lastRenderedPageBreak/>
              <w:t>FRES</w:t>
            </w:r>
          </w:p>
        </w:tc>
        <w:tc>
          <w:tcPr>
            <w:tcW w:w="1180" w:type="dxa"/>
            <w:vAlign w:val="center"/>
          </w:tcPr>
          <w:p w14:paraId="60261B6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DeepSeek</w:t>
            </w:r>
          </w:p>
        </w:tc>
        <w:tc>
          <w:tcPr>
            <w:tcW w:w="1180" w:type="dxa"/>
            <w:vAlign w:val="center"/>
          </w:tcPr>
          <w:p w14:paraId="30F510B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vAlign w:val="center"/>
          </w:tcPr>
          <w:p w14:paraId="448FD47D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vAlign w:val="center"/>
          </w:tcPr>
          <w:p w14:paraId="5CD7913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vAlign w:val="center"/>
          </w:tcPr>
          <w:p w14:paraId="54EB6BC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-0.96</w:t>
            </w:r>
          </w:p>
        </w:tc>
        <w:tc>
          <w:tcPr>
            <w:tcW w:w="950" w:type="dxa"/>
            <w:vAlign w:val="center"/>
          </w:tcPr>
          <w:p w14:paraId="6691DDD2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484.5</w:t>
            </w:r>
          </w:p>
        </w:tc>
        <w:tc>
          <w:tcPr>
            <w:tcW w:w="1094" w:type="dxa"/>
            <w:vAlign w:val="center"/>
          </w:tcPr>
          <w:p w14:paraId="04F7B42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0.403</w:t>
            </w:r>
          </w:p>
        </w:tc>
        <w:tc>
          <w:tcPr>
            <w:tcW w:w="1238" w:type="dxa"/>
            <w:vAlign w:val="center"/>
          </w:tcPr>
          <w:p w14:paraId="2DC7277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0.403</w:t>
            </w:r>
          </w:p>
        </w:tc>
      </w:tr>
      <w:tr w:rsidR="00D015CB" w:rsidRPr="00D015CB" w14:paraId="5469BE1F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15F8AEF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005D38E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35C194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4F43B20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7312C0C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317B2BE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3.34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D4EFB3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779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3A08CB8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0.023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7E7472E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0.032</w:t>
            </w:r>
          </w:p>
        </w:tc>
      </w:tr>
      <w:tr w:rsidR="00D015CB" w:rsidRPr="00D015CB" w14:paraId="42F47034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77AF84CC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238688A3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ChatGPT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7B3498D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BD9A40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5776E56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074A9A9A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-4.94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5419A9A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244.5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778F9110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59BD01A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  <w:tr w:rsidR="00D015CB" w:rsidRPr="00D015CB" w14:paraId="7E374653" w14:textId="77777777" w:rsidTr="00476820">
        <w:trPr>
          <w:cantSplit/>
          <w:jc w:val="center"/>
        </w:trPr>
        <w:tc>
          <w:tcPr>
            <w:tcW w:w="1195" w:type="dxa"/>
            <w:shd w:val="clear" w:color="auto" w:fill="FFF2CC"/>
            <w:vAlign w:val="center"/>
          </w:tcPr>
          <w:p w14:paraId="3681584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FRES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1B237588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Perplexity</w:t>
            </w:r>
          </w:p>
        </w:tc>
        <w:tc>
          <w:tcPr>
            <w:tcW w:w="1180" w:type="dxa"/>
            <w:shd w:val="clear" w:color="auto" w:fill="FFF2CC"/>
            <w:vAlign w:val="center"/>
          </w:tcPr>
          <w:p w14:paraId="3A60938F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Copilot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2609B4C9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Wilcoxon signed-rank</w:t>
            </w:r>
          </w:p>
        </w:tc>
        <w:tc>
          <w:tcPr>
            <w:tcW w:w="489" w:type="dxa"/>
            <w:shd w:val="clear" w:color="auto" w:fill="FFF2CC"/>
            <w:vAlign w:val="center"/>
          </w:tcPr>
          <w:p w14:paraId="5D6942B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50</w:t>
            </w:r>
          </w:p>
        </w:tc>
        <w:tc>
          <w:tcPr>
            <w:tcW w:w="1036" w:type="dxa"/>
            <w:shd w:val="clear" w:color="auto" w:fill="FFF2CC"/>
            <w:vAlign w:val="center"/>
          </w:tcPr>
          <w:p w14:paraId="2A3102BB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-8.28</w:t>
            </w:r>
          </w:p>
        </w:tc>
        <w:tc>
          <w:tcPr>
            <w:tcW w:w="950" w:type="dxa"/>
            <w:shd w:val="clear" w:color="auto" w:fill="FFF2CC"/>
            <w:vAlign w:val="center"/>
          </w:tcPr>
          <w:p w14:paraId="354285C5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119</w:t>
            </w:r>
          </w:p>
        </w:tc>
        <w:tc>
          <w:tcPr>
            <w:tcW w:w="1094" w:type="dxa"/>
            <w:shd w:val="clear" w:color="auto" w:fill="FFF2CC"/>
            <w:vAlign w:val="center"/>
          </w:tcPr>
          <w:p w14:paraId="54129521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sz w:val="13"/>
              </w:rPr>
              <w:t>&lt;0.001</w:t>
            </w:r>
          </w:p>
        </w:tc>
        <w:tc>
          <w:tcPr>
            <w:tcW w:w="1238" w:type="dxa"/>
            <w:shd w:val="clear" w:color="auto" w:fill="FFF2CC"/>
            <w:vAlign w:val="center"/>
          </w:tcPr>
          <w:p w14:paraId="67F00687" w14:textId="77777777" w:rsidR="00D015CB" w:rsidRPr="00D015CB" w:rsidRDefault="00D015CB" w:rsidP="00D015CB">
            <w:pPr>
              <w:jc w:val="center"/>
              <w:rPr>
                <w:rFonts w:hint="eastAsia"/>
              </w:rPr>
            </w:pPr>
            <w:r w:rsidRPr="00D015CB">
              <w:rPr>
                <w:rFonts w:ascii="Times New Roman" w:eastAsia="Times New Roman" w:hAnsi="Times New Roman"/>
                <w:b/>
                <w:sz w:val="13"/>
              </w:rPr>
              <w:t>&lt;0.001</w:t>
            </w:r>
          </w:p>
        </w:tc>
      </w:tr>
    </w:tbl>
    <w:p w14:paraId="2991E3D3" w14:textId="77777777" w:rsidR="00D015CB" w:rsidRPr="00D015CB" w:rsidRDefault="00D015CB" w:rsidP="00D015CB">
      <w:pPr>
        <w:rPr>
          <w:rFonts w:hint="eastAsia"/>
        </w:rPr>
      </w:pPr>
      <w:r w:rsidRPr="00D015CB">
        <w:rPr>
          <w:rFonts w:ascii="Times New Roman" w:eastAsia="Times New Roman" w:hAnsi="Times New Roman"/>
          <w:sz w:val="16"/>
        </w:rPr>
        <w:t>Note: Safety was compared using pairwise McNemar tests; continuous and ordinal outcomes were compared using paired Wilcoxon signed-rank tests. The difference column denotes safe-rate difference (%) for Safety and mean difference for all other outcomes. P values were adjusted within each outcome using the Benjamini–Hochberg method. BH-adjusted P values &lt;0.05 are shown in bold and shaded.</w:t>
      </w:r>
    </w:p>
    <w:p w14:paraId="2F62A6D9" w14:textId="77777777" w:rsidR="00CD793D" w:rsidRDefault="00CD793D">
      <w:pPr>
        <w:rPr>
          <w:rFonts w:hint="eastAsia"/>
        </w:rPr>
      </w:pPr>
    </w:p>
    <w:sectPr w:rsidR="00CD793D" w:rsidSect="00D015CB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7EFB4" w14:textId="77777777" w:rsidR="003D37A1" w:rsidRDefault="003D37A1" w:rsidP="00D015CB">
      <w:pPr>
        <w:rPr>
          <w:rFonts w:hint="eastAsia"/>
        </w:rPr>
      </w:pPr>
      <w:r>
        <w:separator/>
      </w:r>
    </w:p>
  </w:endnote>
  <w:endnote w:type="continuationSeparator" w:id="0">
    <w:p w14:paraId="6F4E811F" w14:textId="77777777" w:rsidR="003D37A1" w:rsidRDefault="003D37A1" w:rsidP="00D015C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A0BEA" w14:textId="77777777" w:rsidR="003D37A1" w:rsidRDefault="003D37A1" w:rsidP="00D015CB">
      <w:pPr>
        <w:rPr>
          <w:rFonts w:hint="eastAsia"/>
        </w:rPr>
      </w:pPr>
      <w:r>
        <w:separator/>
      </w:r>
    </w:p>
  </w:footnote>
  <w:footnote w:type="continuationSeparator" w:id="0">
    <w:p w14:paraId="46D0C7D9" w14:textId="77777777" w:rsidR="003D37A1" w:rsidRDefault="003D37A1" w:rsidP="00D015C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162343">
    <w:abstractNumId w:val="8"/>
  </w:num>
  <w:num w:numId="2" w16cid:durableId="1002583761">
    <w:abstractNumId w:val="6"/>
  </w:num>
  <w:num w:numId="3" w16cid:durableId="2130200211">
    <w:abstractNumId w:val="5"/>
  </w:num>
  <w:num w:numId="4" w16cid:durableId="1512792460">
    <w:abstractNumId w:val="4"/>
  </w:num>
  <w:num w:numId="5" w16cid:durableId="1587500536">
    <w:abstractNumId w:val="7"/>
  </w:num>
  <w:num w:numId="6" w16cid:durableId="1396120368">
    <w:abstractNumId w:val="3"/>
  </w:num>
  <w:num w:numId="7" w16cid:durableId="1212885720">
    <w:abstractNumId w:val="2"/>
  </w:num>
  <w:num w:numId="8" w16cid:durableId="1835608375">
    <w:abstractNumId w:val="1"/>
  </w:num>
  <w:num w:numId="9" w16cid:durableId="1646814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969"/>
    <w:rsid w:val="003D37A1"/>
    <w:rsid w:val="00654B30"/>
    <w:rsid w:val="00A61969"/>
    <w:rsid w:val="00A77350"/>
    <w:rsid w:val="00B255BE"/>
    <w:rsid w:val="00CD793D"/>
    <w:rsid w:val="00D015CB"/>
    <w:rsid w:val="00F9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7A2A7"/>
  <w15:chartTrackingRefBased/>
  <w15:docId w15:val="{80E48F7B-EA5F-496C-A3B8-F83D861DE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</w:style>
  <w:style w:type="paragraph" w:styleId="1">
    <w:name w:val="heading 1"/>
    <w:basedOn w:val="a1"/>
    <w:next w:val="a1"/>
    <w:link w:val="10"/>
    <w:uiPriority w:val="9"/>
    <w:qFormat/>
    <w:rsid w:val="00A619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1">
    <w:name w:val="heading 2"/>
    <w:basedOn w:val="a1"/>
    <w:next w:val="a1"/>
    <w:link w:val="22"/>
    <w:uiPriority w:val="9"/>
    <w:unhideWhenUsed/>
    <w:qFormat/>
    <w:rsid w:val="00A61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1">
    <w:name w:val="heading 3"/>
    <w:basedOn w:val="a1"/>
    <w:next w:val="a1"/>
    <w:link w:val="32"/>
    <w:uiPriority w:val="9"/>
    <w:unhideWhenUsed/>
    <w:qFormat/>
    <w:rsid w:val="00A619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A6196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A6196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A6196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6196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6196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A6196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标题 1 字符"/>
    <w:basedOn w:val="a2"/>
    <w:link w:val="1"/>
    <w:uiPriority w:val="9"/>
    <w:rsid w:val="00A619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2">
    <w:name w:val="标题 2 字符"/>
    <w:basedOn w:val="a2"/>
    <w:link w:val="21"/>
    <w:uiPriority w:val="9"/>
    <w:rsid w:val="00A619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2">
    <w:name w:val="标题 3 字符"/>
    <w:basedOn w:val="a2"/>
    <w:link w:val="31"/>
    <w:uiPriority w:val="9"/>
    <w:rsid w:val="00A619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A6196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A6196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A6196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2"/>
    <w:link w:val="7"/>
    <w:uiPriority w:val="9"/>
    <w:semiHidden/>
    <w:rsid w:val="00A6196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2"/>
    <w:link w:val="8"/>
    <w:uiPriority w:val="9"/>
    <w:semiHidden/>
    <w:rsid w:val="00A61969"/>
    <w:rPr>
      <w:rFonts w:cstheme="majorBidi"/>
      <w:color w:val="595959" w:themeColor="text1" w:themeTint="A6"/>
    </w:rPr>
  </w:style>
  <w:style w:type="character" w:customStyle="1" w:styleId="90">
    <w:name w:val="标题 9 字符"/>
    <w:basedOn w:val="a2"/>
    <w:link w:val="9"/>
    <w:uiPriority w:val="9"/>
    <w:semiHidden/>
    <w:rsid w:val="00A61969"/>
    <w:rPr>
      <w:rFonts w:eastAsiaTheme="majorEastAsia" w:cstheme="majorBidi"/>
      <w:color w:val="595959" w:themeColor="text1" w:themeTint="A6"/>
    </w:rPr>
  </w:style>
  <w:style w:type="paragraph" w:styleId="a5">
    <w:name w:val="Title"/>
    <w:basedOn w:val="a1"/>
    <w:next w:val="a1"/>
    <w:link w:val="a6"/>
    <w:uiPriority w:val="10"/>
    <w:qFormat/>
    <w:rsid w:val="00A619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2"/>
    <w:link w:val="a5"/>
    <w:uiPriority w:val="10"/>
    <w:rsid w:val="00A61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A619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2"/>
    <w:link w:val="a7"/>
    <w:uiPriority w:val="11"/>
    <w:rsid w:val="00A619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1"/>
    <w:next w:val="a1"/>
    <w:link w:val="aa"/>
    <w:uiPriority w:val="29"/>
    <w:qFormat/>
    <w:rsid w:val="00A619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2"/>
    <w:link w:val="a9"/>
    <w:uiPriority w:val="29"/>
    <w:rsid w:val="00A61969"/>
    <w:rPr>
      <w:i/>
      <w:iCs/>
      <w:color w:val="404040" w:themeColor="text1" w:themeTint="BF"/>
    </w:rPr>
  </w:style>
  <w:style w:type="paragraph" w:styleId="ab">
    <w:name w:val="List Paragraph"/>
    <w:basedOn w:val="a1"/>
    <w:uiPriority w:val="34"/>
    <w:qFormat/>
    <w:rsid w:val="00A61969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A61969"/>
    <w:rPr>
      <w:i/>
      <w:iCs/>
      <w:color w:val="0F4761" w:themeColor="accent1" w:themeShade="BF"/>
    </w:rPr>
  </w:style>
  <w:style w:type="paragraph" w:styleId="ad">
    <w:name w:val="Intense Quote"/>
    <w:basedOn w:val="a1"/>
    <w:next w:val="a1"/>
    <w:link w:val="ae"/>
    <w:uiPriority w:val="30"/>
    <w:qFormat/>
    <w:rsid w:val="00A619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2"/>
    <w:link w:val="ad"/>
    <w:uiPriority w:val="30"/>
    <w:rsid w:val="00A61969"/>
    <w:rPr>
      <w:i/>
      <w:iCs/>
      <w:color w:val="0F4761" w:themeColor="accent1" w:themeShade="BF"/>
    </w:rPr>
  </w:style>
  <w:style w:type="character" w:styleId="af">
    <w:name w:val="Intense Reference"/>
    <w:basedOn w:val="a2"/>
    <w:uiPriority w:val="32"/>
    <w:qFormat/>
    <w:rsid w:val="00A61969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1"/>
    <w:link w:val="af1"/>
    <w:uiPriority w:val="99"/>
    <w:unhideWhenUsed/>
    <w:rsid w:val="00D015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2"/>
    <w:link w:val="af0"/>
    <w:uiPriority w:val="99"/>
    <w:rsid w:val="00D015CB"/>
    <w:rPr>
      <w:sz w:val="18"/>
      <w:szCs w:val="18"/>
    </w:rPr>
  </w:style>
  <w:style w:type="paragraph" w:styleId="af2">
    <w:name w:val="footer"/>
    <w:basedOn w:val="a1"/>
    <w:link w:val="af3"/>
    <w:uiPriority w:val="99"/>
    <w:unhideWhenUsed/>
    <w:rsid w:val="00D015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2"/>
    <w:link w:val="af2"/>
    <w:uiPriority w:val="99"/>
    <w:rsid w:val="00D015CB"/>
    <w:rPr>
      <w:sz w:val="18"/>
      <w:szCs w:val="18"/>
    </w:rPr>
  </w:style>
  <w:style w:type="paragraph" w:styleId="af4">
    <w:name w:val="endnote text"/>
    <w:basedOn w:val="a1"/>
    <w:link w:val="af5"/>
    <w:uiPriority w:val="99"/>
    <w:semiHidden/>
    <w:unhideWhenUsed/>
    <w:rsid w:val="00D015CB"/>
    <w:pPr>
      <w:snapToGrid w:val="0"/>
      <w:jc w:val="left"/>
    </w:pPr>
  </w:style>
  <w:style w:type="character" w:customStyle="1" w:styleId="af5">
    <w:name w:val="尾注文本 字符"/>
    <w:basedOn w:val="a2"/>
    <w:link w:val="af4"/>
    <w:uiPriority w:val="99"/>
    <w:semiHidden/>
    <w:rsid w:val="00D015CB"/>
  </w:style>
  <w:style w:type="table" w:styleId="af6">
    <w:name w:val="Table Grid"/>
    <w:basedOn w:val="a3"/>
    <w:uiPriority w:val="59"/>
    <w:rsid w:val="00D015CB"/>
    <w:pPr>
      <w:spacing w:after="160" w:line="278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网格型3"/>
    <w:basedOn w:val="a3"/>
    <w:next w:val="af6"/>
    <w:uiPriority w:val="39"/>
    <w:rsid w:val="00D015CB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endnote reference"/>
    <w:basedOn w:val="a2"/>
    <w:uiPriority w:val="99"/>
    <w:semiHidden/>
    <w:unhideWhenUsed/>
    <w:rsid w:val="00D015CB"/>
    <w:rPr>
      <w:vertAlign w:val="superscript"/>
    </w:rPr>
  </w:style>
  <w:style w:type="table" w:customStyle="1" w:styleId="23">
    <w:name w:val="网格型2"/>
    <w:basedOn w:val="a3"/>
    <w:next w:val="af6"/>
    <w:uiPriority w:val="39"/>
    <w:rsid w:val="00D015CB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sid w:val="00D015CB"/>
    <w:rPr>
      <w:kern w:val="0"/>
      <w:sz w:val="22"/>
      <w:lang w:eastAsia="en-US"/>
      <w14:ligatures w14:val="none"/>
    </w:rPr>
  </w:style>
  <w:style w:type="paragraph" w:styleId="af9">
    <w:name w:val="Body Text"/>
    <w:basedOn w:val="a1"/>
    <w:link w:val="afa"/>
    <w:uiPriority w:val="99"/>
    <w:unhideWhenUsed/>
    <w:rsid w:val="00D015CB"/>
    <w:pPr>
      <w:widowControl/>
      <w:spacing w:after="120" w:line="276" w:lineRule="auto"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character" w:customStyle="1" w:styleId="afa">
    <w:name w:val="正文文本 字符"/>
    <w:basedOn w:val="a2"/>
    <w:link w:val="af9"/>
    <w:uiPriority w:val="99"/>
    <w:rsid w:val="00D015CB"/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24">
    <w:name w:val="Body Text 2"/>
    <w:basedOn w:val="a1"/>
    <w:link w:val="25"/>
    <w:uiPriority w:val="99"/>
    <w:unhideWhenUsed/>
    <w:rsid w:val="00D015CB"/>
    <w:pPr>
      <w:widowControl/>
      <w:spacing w:after="120" w:line="480" w:lineRule="auto"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character" w:customStyle="1" w:styleId="25">
    <w:name w:val="正文文本 2 字符"/>
    <w:basedOn w:val="a2"/>
    <w:link w:val="24"/>
    <w:uiPriority w:val="99"/>
    <w:rsid w:val="00D015CB"/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34">
    <w:name w:val="Body Text 3"/>
    <w:basedOn w:val="a1"/>
    <w:link w:val="35"/>
    <w:uiPriority w:val="99"/>
    <w:unhideWhenUsed/>
    <w:rsid w:val="00D015CB"/>
    <w:pPr>
      <w:widowControl/>
      <w:spacing w:after="120" w:line="276" w:lineRule="auto"/>
      <w:jc w:val="left"/>
    </w:pPr>
    <w:rPr>
      <w:rFonts w:ascii="Arial" w:eastAsia="微软雅黑" w:hAnsi="Arial"/>
      <w:kern w:val="0"/>
      <w:sz w:val="16"/>
      <w:szCs w:val="16"/>
      <w:lang w:eastAsia="en-US"/>
      <w14:ligatures w14:val="none"/>
    </w:rPr>
  </w:style>
  <w:style w:type="character" w:customStyle="1" w:styleId="35">
    <w:name w:val="正文文本 3 字符"/>
    <w:basedOn w:val="a2"/>
    <w:link w:val="34"/>
    <w:uiPriority w:val="99"/>
    <w:rsid w:val="00D015CB"/>
    <w:rPr>
      <w:rFonts w:ascii="Arial" w:eastAsia="微软雅黑" w:hAnsi="Arial"/>
      <w:kern w:val="0"/>
      <w:sz w:val="16"/>
      <w:szCs w:val="16"/>
      <w:lang w:eastAsia="en-US"/>
      <w14:ligatures w14:val="none"/>
    </w:rPr>
  </w:style>
  <w:style w:type="paragraph" w:styleId="afb">
    <w:name w:val="List"/>
    <w:basedOn w:val="a1"/>
    <w:uiPriority w:val="99"/>
    <w:unhideWhenUsed/>
    <w:rsid w:val="00D015CB"/>
    <w:pPr>
      <w:widowControl/>
      <w:spacing w:after="200" w:line="276" w:lineRule="auto"/>
      <w:ind w:left="360" w:hanging="360"/>
      <w:contextualSpacing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26">
    <w:name w:val="List 2"/>
    <w:basedOn w:val="a1"/>
    <w:uiPriority w:val="99"/>
    <w:unhideWhenUsed/>
    <w:rsid w:val="00D015CB"/>
    <w:pPr>
      <w:widowControl/>
      <w:spacing w:after="200" w:line="276" w:lineRule="auto"/>
      <w:ind w:left="720" w:hanging="360"/>
      <w:contextualSpacing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36">
    <w:name w:val="List 3"/>
    <w:basedOn w:val="a1"/>
    <w:uiPriority w:val="99"/>
    <w:unhideWhenUsed/>
    <w:rsid w:val="00D015CB"/>
    <w:pPr>
      <w:widowControl/>
      <w:spacing w:after="200" w:line="276" w:lineRule="auto"/>
      <w:ind w:left="1080" w:hanging="360"/>
      <w:contextualSpacing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a0">
    <w:name w:val="List Bullet"/>
    <w:basedOn w:val="a1"/>
    <w:uiPriority w:val="99"/>
    <w:unhideWhenUsed/>
    <w:rsid w:val="00D015CB"/>
    <w:pPr>
      <w:widowControl/>
      <w:numPr>
        <w:numId w:val="1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20">
    <w:name w:val="List Bullet 2"/>
    <w:basedOn w:val="a1"/>
    <w:uiPriority w:val="99"/>
    <w:unhideWhenUsed/>
    <w:rsid w:val="00D015CB"/>
    <w:pPr>
      <w:widowControl/>
      <w:numPr>
        <w:numId w:val="2"/>
      </w:numPr>
      <w:tabs>
        <w:tab w:val="clear" w:pos="720"/>
      </w:tabs>
      <w:spacing w:after="200" w:line="276" w:lineRule="auto"/>
      <w:ind w:left="0" w:firstLine="0"/>
      <w:contextualSpacing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30">
    <w:name w:val="List Bullet 3"/>
    <w:basedOn w:val="a1"/>
    <w:uiPriority w:val="99"/>
    <w:unhideWhenUsed/>
    <w:rsid w:val="00D015CB"/>
    <w:pPr>
      <w:widowControl/>
      <w:numPr>
        <w:numId w:val="3"/>
      </w:numPr>
      <w:tabs>
        <w:tab w:val="clear" w:pos="1080"/>
      </w:tabs>
      <w:spacing w:after="200" w:line="276" w:lineRule="auto"/>
      <w:ind w:left="0" w:firstLine="0"/>
      <w:contextualSpacing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a">
    <w:name w:val="List Number"/>
    <w:basedOn w:val="a1"/>
    <w:uiPriority w:val="99"/>
    <w:unhideWhenUsed/>
    <w:rsid w:val="00D015CB"/>
    <w:pPr>
      <w:widowControl/>
      <w:numPr>
        <w:numId w:val="5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2">
    <w:name w:val="List Number 2"/>
    <w:basedOn w:val="a1"/>
    <w:uiPriority w:val="99"/>
    <w:unhideWhenUsed/>
    <w:rsid w:val="00D015CB"/>
    <w:pPr>
      <w:widowControl/>
      <w:numPr>
        <w:numId w:val="6"/>
      </w:numPr>
      <w:tabs>
        <w:tab w:val="clear" w:pos="720"/>
      </w:tabs>
      <w:spacing w:after="200" w:line="276" w:lineRule="auto"/>
      <w:ind w:left="0" w:firstLine="0"/>
      <w:contextualSpacing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3">
    <w:name w:val="List Number 3"/>
    <w:basedOn w:val="a1"/>
    <w:uiPriority w:val="99"/>
    <w:unhideWhenUsed/>
    <w:rsid w:val="00D015CB"/>
    <w:pPr>
      <w:widowControl/>
      <w:numPr>
        <w:numId w:val="7"/>
      </w:numPr>
      <w:tabs>
        <w:tab w:val="clear" w:pos="1080"/>
      </w:tabs>
      <w:spacing w:after="200" w:line="276" w:lineRule="auto"/>
      <w:ind w:left="0" w:firstLine="0"/>
      <w:contextualSpacing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afc">
    <w:name w:val="List Continue"/>
    <w:basedOn w:val="a1"/>
    <w:uiPriority w:val="99"/>
    <w:unhideWhenUsed/>
    <w:rsid w:val="00D015CB"/>
    <w:pPr>
      <w:widowControl/>
      <w:spacing w:after="120" w:line="276" w:lineRule="auto"/>
      <w:ind w:left="360"/>
      <w:contextualSpacing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27">
    <w:name w:val="List Continue 2"/>
    <w:basedOn w:val="a1"/>
    <w:uiPriority w:val="99"/>
    <w:unhideWhenUsed/>
    <w:rsid w:val="00D015CB"/>
    <w:pPr>
      <w:widowControl/>
      <w:spacing w:after="120" w:line="276" w:lineRule="auto"/>
      <w:ind w:left="720"/>
      <w:contextualSpacing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37">
    <w:name w:val="List Continue 3"/>
    <w:basedOn w:val="a1"/>
    <w:uiPriority w:val="99"/>
    <w:unhideWhenUsed/>
    <w:rsid w:val="00D015CB"/>
    <w:pPr>
      <w:widowControl/>
      <w:spacing w:after="120" w:line="276" w:lineRule="auto"/>
      <w:ind w:left="1080"/>
      <w:contextualSpacing/>
      <w:jc w:val="left"/>
    </w:pPr>
    <w:rPr>
      <w:rFonts w:ascii="Arial" w:eastAsia="微软雅黑" w:hAnsi="Arial"/>
      <w:kern w:val="0"/>
      <w:sz w:val="20"/>
      <w:lang w:eastAsia="en-US"/>
      <w14:ligatures w14:val="none"/>
    </w:rPr>
  </w:style>
  <w:style w:type="paragraph" w:styleId="afd">
    <w:name w:val="macro"/>
    <w:link w:val="afe"/>
    <w:uiPriority w:val="99"/>
    <w:unhideWhenUsed/>
    <w:rsid w:val="00D015CB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kern w:val="0"/>
      <w:sz w:val="20"/>
      <w:szCs w:val="20"/>
      <w:lang w:eastAsia="en-US"/>
      <w14:ligatures w14:val="none"/>
    </w:rPr>
  </w:style>
  <w:style w:type="character" w:customStyle="1" w:styleId="afe">
    <w:name w:val="宏文本 字符"/>
    <w:basedOn w:val="a2"/>
    <w:link w:val="afd"/>
    <w:uiPriority w:val="99"/>
    <w:rsid w:val="00D015CB"/>
    <w:rPr>
      <w:rFonts w:ascii="Courier" w:hAnsi="Courier"/>
      <w:kern w:val="0"/>
      <w:sz w:val="20"/>
      <w:szCs w:val="20"/>
      <w:lang w:eastAsia="en-US"/>
      <w14:ligatures w14:val="none"/>
    </w:rPr>
  </w:style>
  <w:style w:type="paragraph" w:styleId="aff">
    <w:name w:val="caption"/>
    <w:basedOn w:val="a1"/>
    <w:next w:val="a1"/>
    <w:uiPriority w:val="35"/>
    <w:semiHidden/>
    <w:unhideWhenUsed/>
    <w:qFormat/>
    <w:rsid w:val="00D015CB"/>
    <w:pPr>
      <w:widowControl/>
      <w:spacing w:after="200"/>
      <w:jc w:val="left"/>
    </w:pPr>
    <w:rPr>
      <w:rFonts w:ascii="Arial" w:eastAsia="微软雅黑" w:hAnsi="Arial"/>
      <w:b/>
      <w:bCs/>
      <w:color w:val="156082" w:themeColor="accent1"/>
      <w:kern w:val="0"/>
      <w:sz w:val="18"/>
      <w:szCs w:val="18"/>
      <w:lang w:eastAsia="en-US"/>
      <w14:ligatures w14:val="none"/>
    </w:rPr>
  </w:style>
  <w:style w:type="character" w:styleId="aff0">
    <w:name w:val="Strong"/>
    <w:basedOn w:val="a2"/>
    <w:uiPriority w:val="22"/>
    <w:qFormat/>
    <w:rsid w:val="00D015CB"/>
    <w:rPr>
      <w:b/>
      <w:bCs/>
    </w:rPr>
  </w:style>
  <w:style w:type="character" w:styleId="aff1">
    <w:name w:val="Emphasis"/>
    <w:basedOn w:val="a2"/>
    <w:uiPriority w:val="20"/>
    <w:qFormat/>
    <w:rsid w:val="00D015CB"/>
    <w:rPr>
      <w:i/>
      <w:iCs/>
    </w:rPr>
  </w:style>
  <w:style w:type="character" w:styleId="aff2">
    <w:name w:val="Subtle Emphasis"/>
    <w:basedOn w:val="a2"/>
    <w:uiPriority w:val="19"/>
    <w:qFormat/>
    <w:rsid w:val="00D015CB"/>
    <w:rPr>
      <w:i/>
      <w:iCs/>
      <w:color w:val="808080" w:themeColor="text1" w:themeTint="7F"/>
    </w:rPr>
  </w:style>
  <w:style w:type="character" w:styleId="aff3">
    <w:name w:val="Subtle Reference"/>
    <w:basedOn w:val="a2"/>
    <w:uiPriority w:val="31"/>
    <w:qFormat/>
    <w:rsid w:val="00D015CB"/>
    <w:rPr>
      <w:smallCaps/>
      <w:color w:val="E97132" w:themeColor="accent2"/>
      <w:u w:val="single"/>
    </w:rPr>
  </w:style>
  <w:style w:type="character" w:styleId="aff4">
    <w:name w:val="Book Title"/>
    <w:basedOn w:val="a2"/>
    <w:uiPriority w:val="33"/>
    <w:qFormat/>
    <w:rsid w:val="00D015CB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D015CB"/>
    <w:pPr>
      <w:widowControl/>
      <w:spacing w:after="0" w:line="276" w:lineRule="auto"/>
      <w:jc w:val="left"/>
      <w:outlineLvl w:val="9"/>
    </w:pPr>
    <w:rPr>
      <w:b/>
      <w:bCs/>
      <w:kern w:val="0"/>
      <w:sz w:val="32"/>
      <w:szCs w:val="28"/>
      <w:lang w:eastAsia="en-US"/>
      <w14:ligatures w14:val="none"/>
    </w:rPr>
  </w:style>
  <w:style w:type="table" w:styleId="aff5">
    <w:name w:val="Light Shading"/>
    <w:basedOn w:val="a3"/>
    <w:uiPriority w:val="60"/>
    <w:rsid w:val="00D015CB"/>
    <w:rPr>
      <w:color w:val="000000" w:themeColor="text1" w:themeShade="BF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D015CB"/>
    <w:rPr>
      <w:color w:val="0F4761" w:themeColor="accent1" w:themeShade="BF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-2">
    <w:name w:val="Light Shading Accent 2"/>
    <w:basedOn w:val="a3"/>
    <w:uiPriority w:val="60"/>
    <w:rsid w:val="00D015CB"/>
    <w:rPr>
      <w:color w:val="BF4E14" w:themeColor="accent2" w:themeShade="BF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-3">
    <w:name w:val="Light Shading Accent 3"/>
    <w:basedOn w:val="a3"/>
    <w:uiPriority w:val="60"/>
    <w:rsid w:val="00D015CB"/>
    <w:rPr>
      <w:color w:val="124F1A" w:themeColor="accent3" w:themeShade="BF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-4">
    <w:name w:val="Light Shading Accent 4"/>
    <w:basedOn w:val="a3"/>
    <w:uiPriority w:val="60"/>
    <w:rsid w:val="00D015CB"/>
    <w:rPr>
      <w:color w:val="0B769F" w:themeColor="accent4" w:themeShade="BF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-5">
    <w:name w:val="Light Shading Accent 5"/>
    <w:basedOn w:val="a3"/>
    <w:uiPriority w:val="60"/>
    <w:rsid w:val="00D015CB"/>
    <w:rPr>
      <w:color w:val="77206D" w:themeColor="accent5" w:themeShade="BF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-6">
    <w:name w:val="Light Shading Accent 6"/>
    <w:basedOn w:val="a3"/>
    <w:uiPriority w:val="60"/>
    <w:rsid w:val="00D015CB"/>
    <w:rPr>
      <w:color w:val="3A7C22" w:themeColor="accent6" w:themeShade="BF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aff6">
    <w:name w:val="Light List"/>
    <w:basedOn w:val="a3"/>
    <w:uiPriority w:val="61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-20">
    <w:name w:val="Light List Accent 2"/>
    <w:basedOn w:val="a3"/>
    <w:uiPriority w:val="61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-30">
    <w:name w:val="Light List Accent 3"/>
    <w:basedOn w:val="a3"/>
    <w:uiPriority w:val="61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-40">
    <w:name w:val="Light List Accent 4"/>
    <w:basedOn w:val="a3"/>
    <w:uiPriority w:val="61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-50">
    <w:name w:val="Light List Accent 5"/>
    <w:basedOn w:val="a3"/>
    <w:uiPriority w:val="61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-60">
    <w:name w:val="Light List Accent 6"/>
    <w:basedOn w:val="a3"/>
    <w:uiPriority w:val="61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aff7">
    <w:name w:val="Light Grid"/>
    <w:basedOn w:val="a3"/>
    <w:uiPriority w:val="62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-21">
    <w:name w:val="Light Grid Accent 2"/>
    <w:basedOn w:val="a3"/>
    <w:uiPriority w:val="62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-31">
    <w:name w:val="Light Grid Accent 3"/>
    <w:basedOn w:val="a3"/>
    <w:uiPriority w:val="62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-41">
    <w:name w:val="Light Grid Accent 4"/>
    <w:basedOn w:val="a3"/>
    <w:uiPriority w:val="62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-51">
    <w:name w:val="Light Grid Accent 5"/>
    <w:basedOn w:val="a3"/>
    <w:uiPriority w:val="62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-61">
    <w:name w:val="Light Grid Accent 6"/>
    <w:basedOn w:val="a3"/>
    <w:uiPriority w:val="62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11">
    <w:name w:val="Medium Shading 1"/>
    <w:basedOn w:val="a3"/>
    <w:uiPriority w:val="63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1-20">
    <w:name w:val="Medium List 1 Accent 2"/>
    <w:basedOn w:val="a3"/>
    <w:uiPriority w:val="65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1-30">
    <w:name w:val="Medium List 1 Accent 3"/>
    <w:basedOn w:val="a3"/>
    <w:uiPriority w:val="65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1-40">
    <w:name w:val="Medium List 1 Accent 4"/>
    <w:basedOn w:val="a3"/>
    <w:uiPriority w:val="65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1-50">
    <w:name w:val="Medium List 1 Accent 5"/>
    <w:basedOn w:val="a3"/>
    <w:uiPriority w:val="65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1-60">
    <w:name w:val="Medium List 1 Accent 6"/>
    <w:basedOn w:val="a3"/>
    <w:uiPriority w:val="65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29">
    <w:name w:val="Medium List 2"/>
    <w:basedOn w:val="a3"/>
    <w:uiPriority w:val="66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1-21">
    <w:name w:val="Medium Grid 1 Accent 2"/>
    <w:basedOn w:val="a3"/>
    <w:uiPriority w:val="67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1-31">
    <w:name w:val="Medium Grid 1 Accent 3"/>
    <w:basedOn w:val="a3"/>
    <w:uiPriority w:val="67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-41">
    <w:name w:val="Medium Grid 1 Accent 4"/>
    <w:basedOn w:val="a3"/>
    <w:uiPriority w:val="67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1-51">
    <w:name w:val="Medium Grid 1 Accent 5"/>
    <w:basedOn w:val="a3"/>
    <w:uiPriority w:val="67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1-61">
    <w:name w:val="Medium Grid 1 Accent 6"/>
    <w:basedOn w:val="a3"/>
    <w:uiPriority w:val="67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2a">
    <w:name w:val="Medium Grid 2"/>
    <w:basedOn w:val="a3"/>
    <w:uiPriority w:val="68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D015CB"/>
    <w:rPr>
      <w:rFonts w:asciiTheme="majorHAnsi" w:eastAsiaTheme="majorEastAsia" w:hAnsiTheme="majorHAnsi" w:cstheme="majorBidi"/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3-2">
    <w:name w:val="Medium Grid 3 Accent 2"/>
    <w:basedOn w:val="a3"/>
    <w:uiPriority w:val="69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3-3">
    <w:name w:val="Medium Grid 3 Accent 3"/>
    <w:basedOn w:val="a3"/>
    <w:uiPriority w:val="69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3-4">
    <w:name w:val="Medium Grid 3 Accent 4"/>
    <w:basedOn w:val="a3"/>
    <w:uiPriority w:val="69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3-5">
    <w:name w:val="Medium Grid 3 Accent 5"/>
    <w:basedOn w:val="a3"/>
    <w:uiPriority w:val="69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3-6">
    <w:name w:val="Medium Grid 3 Accent 6"/>
    <w:basedOn w:val="a3"/>
    <w:uiPriority w:val="69"/>
    <w:rsid w:val="00D015CB"/>
    <w:rPr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aff8">
    <w:name w:val="Dark List"/>
    <w:basedOn w:val="a3"/>
    <w:uiPriority w:val="70"/>
    <w:rsid w:val="00D015CB"/>
    <w:rPr>
      <w:color w:val="FFFFFF" w:themeColor="background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D015CB"/>
    <w:rPr>
      <w:color w:val="FFFFFF" w:themeColor="background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-22">
    <w:name w:val="Dark List Accent 2"/>
    <w:basedOn w:val="a3"/>
    <w:uiPriority w:val="70"/>
    <w:rsid w:val="00D015CB"/>
    <w:rPr>
      <w:color w:val="FFFFFF" w:themeColor="background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-32">
    <w:name w:val="Dark List Accent 3"/>
    <w:basedOn w:val="a3"/>
    <w:uiPriority w:val="70"/>
    <w:rsid w:val="00D015CB"/>
    <w:rPr>
      <w:color w:val="FFFFFF" w:themeColor="background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-42">
    <w:name w:val="Dark List Accent 4"/>
    <w:basedOn w:val="a3"/>
    <w:uiPriority w:val="70"/>
    <w:rsid w:val="00D015CB"/>
    <w:rPr>
      <w:color w:val="FFFFFF" w:themeColor="background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-52">
    <w:name w:val="Dark List Accent 5"/>
    <w:basedOn w:val="a3"/>
    <w:uiPriority w:val="70"/>
    <w:rsid w:val="00D015CB"/>
    <w:rPr>
      <w:color w:val="FFFFFF" w:themeColor="background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-62">
    <w:name w:val="Dark List Accent 6"/>
    <w:basedOn w:val="a3"/>
    <w:uiPriority w:val="70"/>
    <w:rsid w:val="00D015CB"/>
    <w:rPr>
      <w:color w:val="FFFFFF" w:themeColor="background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aff9">
    <w:name w:val="Colorful Shading"/>
    <w:basedOn w:val="a3"/>
    <w:uiPriority w:val="71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3">
    <w:name w:val="Colorful Shading Accent 4"/>
    <w:basedOn w:val="a3"/>
    <w:uiPriority w:val="71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a">
    <w:name w:val="Colorful List"/>
    <w:basedOn w:val="a3"/>
    <w:uiPriority w:val="72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4">
    <w:name w:val="Colorful List Accent 2"/>
    <w:basedOn w:val="a3"/>
    <w:uiPriority w:val="72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34">
    <w:name w:val="Colorful List Accent 3"/>
    <w:basedOn w:val="a3"/>
    <w:uiPriority w:val="72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4">
    <w:name w:val="Colorful List Accent 4"/>
    <w:basedOn w:val="a3"/>
    <w:uiPriority w:val="72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54">
    <w:name w:val="Colorful List Accent 5"/>
    <w:basedOn w:val="a3"/>
    <w:uiPriority w:val="72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4">
    <w:name w:val="Colorful List Accent 6"/>
    <w:basedOn w:val="a3"/>
    <w:uiPriority w:val="72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affb">
    <w:name w:val="Colorful Grid"/>
    <w:basedOn w:val="a3"/>
    <w:uiPriority w:val="73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-25">
    <w:name w:val="Colorful Grid Accent 2"/>
    <w:basedOn w:val="a3"/>
    <w:uiPriority w:val="73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-35">
    <w:name w:val="Colorful Grid Accent 3"/>
    <w:basedOn w:val="a3"/>
    <w:uiPriority w:val="73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5">
    <w:name w:val="Colorful Grid Accent 4"/>
    <w:basedOn w:val="a3"/>
    <w:uiPriority w:val="73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-55">
    <w:name w:val="Colorful Grid Accent 5"/>
    <w:basedOn w:val="a3"/>
    <w:uiPriority w:val="73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-65">
    <w:name w:val="Colorful Grid Accent 6"/>
    <w:basedOn w:val="a3"/>
    <w:uiPriority w:val="73"/>
    <w:rsid w:val="00D015CB"/>
    <w:rPr>
      <w:color w:val="000000" w:themeColor="text1"/>
      <w:kern w:val="0"/>
      <w:sz w:val="22"/>
      <w:lang w:eastAsia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2087</Words>
  <Characters>11900</Characters>
  <Application>Microsoft Office Word</Application>
  <DocSecurity>0</DocSecurity>
  <Lines>99</Lines>
  <Paragraphs>27</Paragraphs>
  <ScaleCrop>false</ScaleCrop>
  <Company/>
  <LinksUpToDate>false</LinksUpToDate>
  <CharactersWithSpaces>13960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婷婷 赵</dc:creator>
  <cp:keywords/>
  <dc:description/>
  <cp:lastModifiedBy>婷婷 赵</cp:lastModifiedBy>
  <cp:revision>3</cp:revision>
  <dcterms:created xsi:type="dcterms:W3CDTF">2026-05-13T01:23:00Z</dcterms:created>
  <dcterms:modified xsi:type="dcterms:W3CDTF">2026-05-23T11:07:00Z</dcterms:modified>
</cp:coreProperties>
</file>