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B137E" w:rsidRPr="003C01BE" w:rsidRDefault="00BB137E" w:rsidP="00BB137E">
      <w:pPr>
        <w:spacing w:after="80" w:line="252" w:lineRule="auto"/>
        <w:jc w:val="center"/>
      </w:pPr>
      <w:r w:rsidRPr="003C01BE">
        <w:rPr>
          <w:b/>
          <w:sz w:val="28"/>
        </w:rPr>
        <w:t>Supplementary File 2</w:t>
      </w:r>
    </w:p>
    <w:p w:rsidR="00BB137E" w:rsidRPr="003C01BE" w:rsidRDefault="00BB137E" w:rsidP="00BB137E">
      <w:pPr>
        <w:spacing w:after="80" w:line="252" w:lineRule="auto"/>
        <w:jc w:val="center"/>
      </w:pPr>
      <w:r w:rsidRPr="003C01BE">
        <w:rPr>
          <w:b/>
          <w:sz w:val="24"/>
        </w:rPr>
        <w:t>R code and complete statistical output for the conventional, centre-clustered robust and mixed-effects Cox models</w:t>
      </w:r>
    </w:p>
    <w:p w:rsidR="00BB137E" w:rsidRPr="003C01BE" w:rsidRDefault="00BB137E" w:rsidP="00BB137E">
      <w:pPr>
        <w:spacing w:after="80" w:line="252" w:lineRule="auto"/>
        <w:jc w:val="center"/>
      </w:pPr>
      <w:r w:rsidRPr="003C01BE">
        <w:rPr>
          <w:i/>
        </w:rPr>
        <w:t>Frailty, Organ Dysfunction and Mortality in Older ICU Patients</w:t>
      </w:r>
    </w:p>
    <w:p w:rsidR="00BB137E" w:rsidRPr="003C01BE" w:rsidRDefault="00BB137E" w:rsidP="00BB137E">
      <w:pPr>
        <w:spacing w:after="80" w:line="252" w:lineRule="auto"/>
      </w:pPr>
      <w:r w:rsidRPr="003C01BE">
        <w:rPr>
          <w:sz w:val="21"/>
        </w:rPr>
        <w:t>This file provides the command syntax and complete printed output used to verify the conventional Cox, ICU-centre-clustered robust Cox and mixed-effects Cox analyses reported in Table 4 and Supplementary Tables S8 and S9. Patient-level data are not included because the multicentre dataset is subject to confidentiality and data-ownership restrictions.</w:t>
      </w:r>
    </w:p>
    <w:p w:rsidR="00BB137E" w:rsidRPr="003C01BE" w:rsidRDefault="00BB137E" w:rsidP="00BB137E">
      <w:pPr>
        <w:keepNext/>
        <w:spacing w:after="80" w:line="252" w:lineRule="auto"/>
      </w:pPr>
      <w:r w:rsidRPr="003C01BE">
        <w:rPr>
          <w:b/>
          <w:sz w:val="24"/>
        </w:rPr>
        <w:t>Software and model specification</w:t>
      </w:r>
    </w:p>
    <w:p w:rsidR="00BB137E" w:rsidRPr="003C01BE" w:rsidRDefault="00BB137E" w:rsidP="00BB137E">
      <w:pPr>
        <w:spacing w:after="80" w:line="252" w:lineRule="auto"/>
      </w:pPr>
      <w:r w:rsidRPr="003C01BE">
        <w:rPr>
          <w:sz w:val="21"/>
        </w:rPr>
        <w:t>Descriptive analyses, between-group comparisons, Kaplan–Meier analyses and the originally specified conventional Cox analyses were performed in IBM SPSS Statistics version 23. The conventional, centre-clustered robust and mixed-effects Cox models shown here were rerun and verified in R version 4.6.1 using survival version 3.8-9 and coxme version 2.2-22.</w:t>
      </w:r>
    </w:p>
    <w:p w:rsidR="00BB137E" w:rsidRPr="003C01BE" w:rsidRDefault="00BB137E" w:rsidP="00BB137E">
      <w:pPr>
        <w:spacing w:after="80" w:line="252" w:lineRule="auto"/>
      </w:pPr>
      <w:r w:rsidRPr="003C01BE">
        <w:rPr>
          <w:sz w:val="21"/>
        </w:rPr>
        <w:t>Breslow tie handling was retained in the principal models solely for continuity with the originally specified SPSS analyses. Because event times were integer days and ties were frequent, all six models were also refitted using Efron, which is generally regarded as the more accurate approximation when ties are heavy. The substantive conclusions were identical under the two methods.</w:t>
      </w:r>
    </w:p>
    <w:p w:rsidR="00BB137E" w:rsidRPr="003C01BE" w:rsidRDefault="00BB137E" w:rsidP="00BB137E">
      <w:pPr>
        <w:spacing w:after="80" w:line="252" w:lineRule="auto"/>
      </w:pPr>
      <w:r w:rsidRPr="003C01BE">
        <w:rPr>
          <w:sz w:val="21"/>
        </w:rPr>
        <w:t>The analytic cohort comprised 1,529 patients from 55 ICUs, including 515 deaths. Survival analyses used a conditional 48-hour landmark. For patients who died, analysis time ended on the recorded day of death; all 1,014 patients alive at day 30 were administratively censored on day 30 after ICU admission, corresponding to landmark day 28. No participant was censored earlier or lost to follow-up.</w:t>
      </w:r>
    </w:p>
    <w:p w:rsidR="00BB137E" w:rsidRPr="003C01BE" w:rsidRDefault="00BB137E" w:rsidP="00BB137E">
      <w:pPr>
        <w:keepNext/>
        <w:pageBreakBefore/>
        <w:spacing w:after="80" w:line="252" w:lineRule="auto"/>
      </w:pPr>
      <w:r w:rsidRPr="003C01BE">
        <w:rPr>
          <w:b/>
          <w:sz w:val="24"/>
        </w:rPr>
        <w:lastRenderedPageBreak/>
        <w:t>Reproducibility code</w:t>
      </w:r>
    </w:p>
    <w:p w:rsidR="00BB137E" w:rsidRPr="003C01BE" w:rsidRDefault="00BB137E" w:rsidP="00BB137E">
      <w:pPr>
        <w:spacing w:after="80" w:line="252" w:lineRule="auto"/>
      </w:pPr>
      <w:r w:rsidRPr="003C01BE">
        <w:rPr>
          <w:i/>
          <w:sz w:val="21"/>
        </w:rPr>
        <w:t>Replace the placeholder in read_sav() with the local path to the deidentified analytic dataset. Variable names and coding correspond to the verified analytic file.</w:t>
      </w:r>
    </w:p>
    <w:p w:rsidR="00BB137E" w:rsidRPr="003C01BE" w:rsidRDefault="00BB137E" w:rsidP="00BB137E">
      <w:pPr>
        <w:spacing w:after="0" w:line="240" w:lineRule="auto"/>
      </w:pPr>
      <w:r w:rsidRPr="003C01BE">
        <w:rPr>
          <w:rFonts w:ascii="Courier New" w:hAnsi="Courier New"/>
          <w:sz w:val="16"/>
        </w:rPr>
        <w:t># Packages and software versions</w:t>
      </w:r>
    </w:p>
    <w:p w:rsidR="00BB137E" w:rsidRPr="003C01BE" w:rsidRDefault="00BB137E" w:rsidP="00BB137E">
      <w:pPr>
        <w:spacing w:after="0" w:line="240" w:lineRule="auto"/>
      </w:pPr>
      <w:r w:rsidRPr="003C01BE">
        <w:rPr>
          <w:rFonts w:ascii="Courier New" w:hAnsi="Courier New"/>
          <w:sz w:val="16"/>
        </w:rPr>
        <w:t>options(width = 120)</w:t>
      </w:r>
    </w:p>
    <w:p w:rsidR="00BB137E" w:rsidRPr="003C01BE" w:rsidRDefault="00BB137E" w:rsidP="00BB137E">
      <w:pPr>
        <w:spacing w:after="0" w:line="240" w:lineRule="auto"/>
      </w:pPr>
      <w:r w:rsidRPr="003C01BE">
        <w:rPr>
          <w:rFonts w:ascii="Courier New" w:hAnsi="Courier New"/>
          <w:sz w:val="16"/>
        </w:rPr>
        <w:t>library(haven)</w:t>
      </w:r>
    </w:p>
    <w:p w:rsidR="00BB137E" w:rsidRPr="003C01BE" w:rsidRDefault="00BB137E" w:rsidP="00BB137E">
      <w:pPr>
        <w:spacing w:after="0" w:line="240" w:lineRule="auto"/>
      </w:pPr>
      <w:r w:rsidRPr="003C01BE">
        <w:rPr>
          <w:rFonts w:ascii="Courier New" w:hAnsi="Courier New"/>
          <w:sz w:val="16"/>
        </w:rPr>
        <w:t>library(survival)</w:t>
      </w:r>
    </w:p>
    <w:p w:rsidR="00BB137E" w:rsidRPr="003C01BE" w:rsidRDefault="00BB137E" w:rsidP="00BB137E">
      <w:pPr>
        <w:spacing w:after="0" w:line="240" w:lineRule="auto"/>
      </w:pPr>
      <w:r w:rsidRPr="003C01BE">
        <w:rPr>
          <w:rFonts w:ascii="Courier New" w:hAnsi="Courier New"/>
          <w:sz w:val="16"/>
        </w:rPr>
        <w:t>library(coxme)</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 Import deidentified analytic data</w:t>
      </w:r>
    </w:p>
    <w:p w:rsidR="00BB137E" w:rsidRPr="003C01BE" w:rsidRDefault="00BB137E" w:rsidP="00BB137E">
      <w:pPr>
        <w:spacing w:after="0" w:line="240" w:lineRule="auto"/>
      </w:pPr>
      <w:r w:rsidRPr="003C01BE">
        <w:rPr>
          <w:rFonts w:ascii="Courier New" w:hAnsi="Courier New"/>
          <w:sz w:val="16"/>
        </w:rPr>
        <w:t>veri &lt;- read_sav("path/to/deidentified_dataset.sav")</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 Construct the conditional 48-hour landmark dataset</w:t>
      </w:r>
    </w:p>
    <w:p w:rsidR="00BB137E" w:rsidRPr="003C01BE" w:rsidRDefault="00BB137E" w:rsidP="00BB137E">
      <w:pPr>
        <w:spacing w:after="0" w:line="240" w:lineRule="auto"/>
      </w:pPr>
      <w:r w:rsidRPr="003C01BE">
        <w:rPr>
          <w:rFonts w:ascii="Courier New" w:hAnsi="Courier New"/>
          <w:sz w:val="16"/>
        </w:rPr>
        <w:t># Mortalitesüre: recorded day of death for decedents; ICU follow-up/discharge</w:t>
      </w:r>
    </w:p>
    <w:p w:rsidR="00BB137E" w:rsidRPr="003C01BE" w:rsidRDefault="00BB137E" w:rsidP="00BB137E">
      <w:pPr>
        <w:spacing w:after="0" w:line="240" w:lineRule="auto"/>
      </w:pPr>
      <w:r w:rsidRPr="003C01BE">
        <w:rPr>
          <w:rFonts w:ascii="Courier New" w:hAnsi="Courier New"/>
          <w:sz w:val="16"/>
        </w:rPr>
        <w:t># day for survivors in the source file</w:t>
      </w:r>
    </w:p>
    <w:p w:rsidR="00BB137E" w:rsidRPr="003C01BE" w:rsidRDefault="00BB137E" w:rsidP="00BB137E">
      <w:pPr>
        <w:spacing w:after="0" w:line="240" w:lineRule="auto"/>
      </w:pPr>
      <w:r w:rsidRPr="003C01BE">
        <w:rPr>
          <w:rFonts w:ascii="Courier New" w:hAnsi="Courier New"/>
          <w:sz w:val="16"/>
        </w:rPr>
        <w:t># Mortalite: 0 = death, 1 = alive at day 30</w:t>
      </w:r>
    </w:p>
    <w:p w:rsidR="00BB137E" w:rsidRPr="003C01BE" w:rsidRDefault="00BB137E" w:rsidP="00BB137E">
      <w:pPr>
        <w:spacing w:after="0" w:line="240" w:lineRule="auto"/>
      </w:pPr>
      <w:r w:rsidRPr="003C01BE">
        <w:rPr>
          <w:rFonts w:ascii="Courier New" w:hAnsi="Courier New"/>
          <w:sz w:val="16"/>
        </w:rPr>
        <w:t>analiz &lt;- data.frame(</w:t>
      </w:r>
    </w:p>
    <w:p w:rsidR="00BB137E" w:rsidRPr="003C01BE" w:rsidRDefault="00BB137E" w:rsidP="00BB137E">
      <w:pPr>
        <w:spacing w:after="0" w:line="240" w:lineRule="auto"/>
      </w:pPr>
      <w:r w:rsidRPr="003C01BE">
        <w:rPr>
          <w:rFonts w:ascii="Courier New" w:hAnsi="Courier New"/>
          <w:sz w:val="16"/>
        </w:rPr>
        <w:t xml:space="preserve">    event = ifelse(as.numeric(veri$Mortalite) == 0, 1, 0),</w:t>
      </w:r>
    </w:p>
    <w:p w:rsidR="00BB137E" w:rsidRPr="003C01BE" w:rsidRDefault="00BB137E" w:rsidP="00BB137E">
      <w:pPr>
        <w:spacing w:after="0" w:line="240" w:lineRule="auto"/>
      </w:pPr>
      <w:r w:rsidRPr="003C01BE">
        <w:rPr>
          <w:rFonts w:ascii="Courier New" w:hAnsi="Courier New"/>
          <w:sz w:val="16"/>
        </w:rPr>
        <w:t xml:space="preserve">    age = as.numeric(veri$Yaş),</w:t>
      </w:r>
    </w:p>
    <w:p w:rsidR="00BB137E" w:rsidRPr="003C01BE" w:rsidRDefault="00BB137E" w:rsidP="00BB137E">
      <w:pPr>
        <w:spacing w:after="0" w:line="240" w:lineRule="auto"/>
      </w:pPr>
      <w:r w:rsidRPr="003C01BE">
        <w:rPr>
          <w:rFonts w:ascii="Courier New" w:hAnsi="Courier New"/>
          <w:sz w:val="16"/>
        </w:rPr>
        <w:t xml:space="preserve">    female = ifelse(as.numeric(veri$Cinsiyet) == 2, 1, 0),</w:t>
      </w:r>
    </w:p>
    <w:p w:rsidR="00BB137E" w:rsidRPr="003C01BE" w:rsidRDefault="00BB137E" w:rsidP="00BB137E">
      <w:pPr>
        <w:spacing w:after="0" w:line="240" w:lineRule="auto"/>
      </w:pPr>
      <w:r w:rsidRPr="003C01BE">
        <w:rPr>
          <w:rFonts w:ascii="Courier New" w:hAnsi="Courier New"/>
          <w:sz w:val="16"/>
        </w:rPr>
        <w:t xml:space="preserve">    CFS = as.numeric(veri$CFS),</w:t>
      </w:r>
    </w:p>
    <w:p w:rsidR="00BB137E" w:rsidRPr="003C01BE" w:rsidRDefault="00BB137E" w:rsidP="00BB137E">
      <w:pPr>
        <w:spacing w:after="0" w:line="240" w:lineRule="auto"/>
      </w:pPr>
      <w:r w:rsidRPr="003C01BE">
        <w:rPr>
          <w:rFonts w:ascii="Courier New" w:hAnsi="Courier New"/>
          <w:sz w:val="16"/>
        </w:rPr>
        <w:t xml:space="preserve">    SOFA = as.numeric(veri$SOFA),</w:t>
      </w:r>
    </w:p>
    <w:p w:rsidR="00BB137E" w:rsidRPr="003C01BE" w:rsidRDefault="00BB137E" w:rsidP="00BB137E">
      <w:pPr>
        <w:spacing w:after="0" w:line="240" w:lineRule="auto"/>
      </w:pPr>
      <w:r w:rsidRPr="003C01BE">
        <w:rPr>
          <w:rFonts w:ascii="Courier New" w:hAnsi="Courier New"/>
          <w:sz w:val="16"/>
        </w:rPr>
        <w:t xml:space="preserve">    CCI = as.numeric(veri$Charlson),</w:t>
      </w:r>
    </w:p>
    <w:p w:rsidR="00BB137E" w:rsidRPr="003C01BE" w:rsidRDefault="00BB137E" w:rsidP="00BB137E">
      <w:pPr>
        <w:spacing w:after="0" w:line="240" w:lineRule="auto"/>
      </w:pPr>
      <w:r w:rsidRPr="003C01BE">
        <w:rPr>
          <w:rFonts w:ascii="Courier New" w:hAnsi="Courier New"/>
          <w:sz w:val="16"/>
        </w:rPr>
        <w:t xml:space="preserve">    APACHEII = as.numeric(veri$APACHEII),</w:t>
      </w:r>
    </w:p>
    <w:p w:rsidR="00BB137E" w:rsidRPr="003C01BE" w:rsidRDefault="00BB137E" w:rsidP="00BB137E">
      <w:pPr>
        <w:spacing w:after="0" w:line="240" w:lineRule="auto"/>
      </w:pPr>
      <w:r w:rsidRPr="003C01BE">
        <w:rPr>
          <w:rFonts w:ascii="Courier New" w:hAnsi="Courier New"/>
          <w:sz w:val="16"/>
        </w:rPr>
        <w:t xml:space="preserve">    center = factor(as.numeric(veri$Centerno)),</w:t>
      </w:r>
    </w:p>
    <w:p w:rsidR="00BB137E" w:rsidRPr="003C01BE" w:rsidRDefault="00BB137E" w:rsidP="00BB137E">
      <w:pPr>
        <w:spacing w:after="0" w:line="240" w:lineRule="auto"/>
      </w:pPr>
      <w:r w:rsidRPr="003C01BE">
        <w:rPr>
          <w:rFonts w:ascii="Courier New" w:hAnsi="Courier New"/>
          <w:sz w:val="16"/>
        </w:rPr>
        <w:t xml:space="preserve">    recorded_day = as.numeric(veri$Mortalitesüre)</w:t>
      </w:r>
    </w:p>
    <w:p w:rsidR="00BB137E" w:rsidRPr="003C01BE" w:rsidRDefault="00BB137E" w:rsidP="00BB137E">
      <w:pPr>
        <w:spacing w:after="0" w:line="240" w:lineRule="auto"/>
      </w:pPr>
      <w:r w:rsidRPr="003C01BE">
        <w:rPr>
          <w:rFonts w:ascii="Courier New" w:hAnsi="Courier New"/>
          <w:sz w:val="16"/>
        </w:rPr>
        <w:t>)</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 Day-30 vital status was known for every participant. Therefore, survivors</w:t>
      </w:r>
    </w:p>
    <w:p w:rsidR="00BB137E" w:rsidRPr="003C01BE" w:rsidRDefault="00BB137E" w:rsidP="00BB137E">
      <w:pPr>
        <w:spacing w:after="0" w:line="240" w:lineRule="auto"/>
      </w:pPr>
      <w:r w:rsidRPr="003C01BE">
        <w:rPr>
          <w:rFonts w:ascii="Courier New" w:hAnsi="Courier New"/>
          <w:sz w:val="16"/>
        </w:rPr>
        <w:t># are administratively censored at day 30 rather than at ICU discharge.</w:t>
      </w:r>
    </w:p>
    <w:p w:rsidR="00BB137E" w:rsidRPr="003C01BE" w:rsidRDefault="00BB137E" w:rsidP="00BB137E">
      <w:pPr>
        <w:spacing w:after="0" w:line="240" w:lineRule="auto"/>
      </w:pPr>
      <w:r w:rsidRPr="003C01BE">
        <w:rPr>
          <w:rFonts w:ascii="Courier New" w:hAnsi="Courier New"/>
          <w:sz w:val="16"/>
        </w:rPr>
        <w:t>analiz$time_admission_corrected &lt;- ifelse(</w:t>
      </w:r>
    </w:p>
    <w:p w:rsidR="00BB137E" w:rsidRPr="003C01BE" w:rsidRDefault="00BB137E" w:rsidP="00BB137E">
      <w:pPr>
        <w:spacing w:after="0" w:line="240" w:lineRule="auto"/>
      </w:pPr>
      <w:r w:rsidRPr="003C01BE">
        <w:rPr>
          <w:rFonts w:ascii="Courier New" w:hAnsi="Courier New"/>
          <w:sz w:val="16"/>
        </w:rPr>
        <w:t xml:space="preserve">    analiz$event == 1,</w:t>
      </w:r>
    </w:p>
    <w:p w:rsidR="00BB137E" w:rsidRPr="003C01BE" w:rsidRDefault="00BB137E" w:rsidP="00BB137E">
      <w:pPr>
        <w:spacing w:after="0" w:line="240" w:lineRule="auto"/>
      </w:pPr>
      <w:r w:rsidRPr="003C01BE">
        <w:rPr>
          <w:rFonts w:ascii="Courier New" w:hAnsi="Courier New"/>
          <w:sz w:val="16"/>
        </w:rPr>
        <w:t xml:space="preserve">    analiz$recorded_day,</w:t>
      </w:r>
    </w:p>
    <w:p w:rsidR="00BB137E" w:rsidRPr="003C01BE" w:rsidRDefault="00BB137E" w:rsidP="00BB137E">
      <w:pPr>
        <w:spacing w:after="0" w:line="240" w:lineRule="auto"/>
      </w:pPr>
      <w:r w:rsidRPr="003C01BE">
        <w:rPr>
          <w:rFonts w:ascii="Courier New" w:hAnsi="Courier New"/>
          <w:sz w:val="16"/>
        </w:rPr>
        <w:t xml:space="preserve">    30</w:t>
      </w:r>
    </w:p>
    <w:p w:rsidR="00BB137E" w:rsidRPr="003C01BE" w:rsidRDefault="00BB137E" w:rsidP="00BB137E">
      <w:pPr>
        <w:spacing w:after="0" w:line="240" w:lineRule="auto"/>
      </w:pPr>
      <w:r w:rsidRPr="003C01BE">
        <w:rPr>
          <w:rFonts w:ascii="Courier New" w:hAnsi="Courier New"/>
          <w:sz w:val="16"/>
        </w:rPr>
        <w:t>)</w:t>
      </w:r>
    </w:p>
    <w:p w:rsidR="00BB137E" w:rsidRPr="003C01BE" w:rsidRDefault="00BB137E" w:rsidP="00BB137E">
      <w:pPr>
        <w:spacing w:after="0" w:line="240" w:lineRule="auto"/>
      </w:pPr>
      <w:r w:rsidRPr="003C01BE">
        <w:rPr>
          <w:rFonts w:ascii="Courier New" w:hAnsi="Courier New"/>
          <w:sz w:val="16"/>
        </w:rPr>
        <w:t>analiz$time_landmark_corrected &lt;- analiz$time_admission_corrected - 2</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 Verification of cohort, follow-up and censoring</w:t>
      </w:r>
    </w:p>
    <w:p w:rsidR="00BB137E" w:rsidRPr="003C01BE" w:rsidRDefault="00BB137E" w:rsidP="00BB137E">
      <w:pPr>
        <w:spacing w:after="0" w:line="240" w:lineRule="auto"/>
      </w:pPr>
      <w:r w:rsidRPr="003C01BE">
        <w:rPr>
          <w:rFonts w:ascii="Courier New" w:hAnsi="Courier New"/>
          <w:sz w:val="16"/>
        </w:rPr>
        <w:t>cat(</w:t>
      </w:r>
    </w:p>
    <w:p w:rsidR="00BB137E" w:rsidRPr="003C01BE" w:rsidRDefault="00BB137E" w:rsidP="00BB137E">
      <w:pPr>
        <w:spacing w:after="0" w:line="240" w:lineRule="auto"/>
      </w:pPr>
      <w:r w:rsidRPr="003C01BE">
        <w:rPr>
          <w:rFonts w:ascii="Courier New" w:hAnsi="Courier New"/>
          <w:sz w:val="16"/>
        </w:rPr>
        <w:t xml:space="preserve">    "Total patients:", nrow(analiz),</w:t>
      </w:r>
    </w:p>
    <w:p w:rsidR="00BB137E" w:rsidRPr="003C01BE" w:rsidRDefault="00BB137E" w:rsidP="00BB137E">
      <w:pPr>
        <w:spacing w:after="0" w:line="240" w:lineRule="auto"/>
      </w:pPr>
      <w:r w:rsidRPr="003C01BE">
        <w:rPr>
          <w:rFonts w:ascii="Courier New" w:hAnsi="Courier New"/>
          <w:sz w:val="16"/>
        </w:rPr>
        <w:t xml:space="preserve">    "\nDeaths:", sum(analiz$event == 1),</w:t>
      </w:r>
    </w:p>
    <w:p w:rsidR="00BB137E" w:rsidRPr="003C01BE" w:rsidRDefault="00BB137E" w:rsidP="00BB137E">
      <w:pPr>
        <w:spacing w:after="0" w:line="240" w:lineRule="auto"/>
      </w:pPr>
      <w:r w:rsidRPr="003C01BE">
        <w:rPr>
          <w:rFonts w:ascii="Courier New" w:hAnsi="Courier New"/>
          <w:sz w:val="16"/>
        </w:rPr>
        <w:t xml:space="preserve">    "\nSurvivors at day 30:", sum(analiz$event == 0),</w:t>
      </w:r>
    </w:p>
    <w:p w:rsidR="00BB137E" w:rsidRPr="003C01BE" w:rsidRDefault="00BB137E" w:rsidP="00BB137E">
      <w:pPr>
        <w:spacing w:after="0" w:line="240" w:lineRule="auto"/>
      </w:pPr>
      <w:r w:rsidRPr="003C01BE">
        <w:rPr>
          <w:rFonts w:ascii="Courier New" w:hAnsi="Courier New"/>
          <w:sz w:val="16"/>
        </w:rPr>
        <w:t xml:space="preserve">    "\nAdministratively censored at day 30:",</w:t>
      </w:r>
    </w:p>
    <w:p w:rsidR="00BB137E" w:rsidRPr="003C01BE" w:rsidRDefault="00BB137E" w:rsidP="00BB137E">
      <w:pPr>
        <w:spacing w:after="0" w:line="240" w:lineRule="auto"/>
      </w:pPr>
      <w:r w:rsidRPr="003C01BE">
        <w:rPr>
          <w:rFonts w:ascii="Courier New" w:hAnsi="Courier New"/>
          <w:sz w:val="16"/>
        </w:rPr>
        <w:t xml:space="preserve">        sum(analiz$event == 0 &amp; analiz$time_admission_corrected == 30),</w:t>
      </w:r>
    </w:p>
    <w:p w:rsidR="00BB137E" w:rsidRPr="003C01BE" w:rsidRDefault="00BB137E" w:rsidP="00BB137E">
      <w:pPr>
        <w:spacing w:after="0" w:line="240" w:lineRule="auto"/>
      </w:pPr>
      <w:r w:rsidRPr="003C01BE">
        <w:rPr>
          <w:rFonts w:ascii="Courier New" w:hAnsi="Courier New"/>
          <w:sz w:val="16"/>
        </w:rPr>
        <w:t xml:space="preserve">    "\nCensored before day 30:",</w:t>
      </w:r>
    </w:p>
    <w:p w:rsidR="00BB137E" w:rsidRPr="003C01BE" w:rsidRDefault="00BB137E" w:rsidP="00BB137E">
      <w:pPr>
        <w:spacing w:after="0" w:line="240" w:lineRule="auto"/>
      </w:pPr>
      <w:r w:rsidRPr="003C01BE">
        <w:rPr>
          <w:rFonts w:ascii="Courier New" w:hAnsi="Courier New"/>
          <w:sz w:val="16"/>
        </w:rPr>
        <w:t xml:space="preserve">        sum(analiz$event == 0 &amp; analiz$time_admission_corrected &lt; 30),</w:t>
      </w:r>
    </w:p>
    <w:p w:rsidR="00BB137E" w:rsidRPr="003C01BE" w:rsidRDefault="00BB137E" w:rsidP="00BB137E">
      <w:pPr>
        <w:spacing w:after="0" w:line="240" w:lineRule="auto"/>
      </w:pPr>
      <w:r w:rsidRPr="003C01BE">
        <w:rPr>
          <w:rFonts w:ascii="Courier New" w:hAnsi="Courier New"/>
          <w:sz w:val="16"/>
        </w:rPr>
        <w:t xml:space="preserve">    "\nLosses to follow-up: 0",</w:t>
      </w:r>
    </w:p>
    <w:p w:rsidR="00BB137E" w:rsidRPr="003C01BE" w:rsidRDefault="00BB137E" w:rsidP="00BB137E">
      <w:pPr>
        <w:spacing w:after="0" w:line="240" w:lineRule="auto"/>
      </w:pPr>
      <w:r w:rsidRPr="003C01BE">
        <w:rPr>
          <w:rFonts w:ascii="Courier New" w:hAnsi="Courier New"/>
          <w:sz w:val="16"/>
        </w:rPr>
        <w:t xml:space="preserve">    "\nAdmission-based follow-up:",</w:t>
      </w:r>
    </w:p>
    <w:p w:rsidR="00BB137E" w:rsidRPr="003C01BE" w:rsidRDefault="00BB137E" w:rsidP="00BB137E">
      <w:pPr>
        <w:spacing w:after="0" w:line="240" w:lineRule="auto"/>
      </w:pPr>
      <w:r w:rsidRPr="003C01BE">
        <w:rPr>
          <w:rFonts w:ascii="Courier New" w:hAnsi="Courier New"/>
          <w:sz w:val="16"/>
        </w:rPr>
        <w:t xml:space="preserve">        min(analiz$time_admission_corrected), "-",</w:t>
      </w:r>
    </w:p>
    <w:p w:rsidR="00BB137E" w:rsidRPr="003C01BE" w:rsidRDefault="00BB137E" w:rsidP="00BB137E">
      <w:pPr>
        <w:spacing w:after="0" w:line="240" w:lineRule="auto"/>
      </w:pPr>
      <w:r w:rsidRPr="003C01BE">
        <w:rPr>
          <w:rFonts w:ascii="Courier New" w:hAnsi="Courier New"/>
          <w:sz w:val="16"/>
        </w:rPr>
        <w:t xml:space="preserve">        max(analiz$time_admission_corrected),</w:t>
      </w:r>
    </w:p>
    <w:p w:rsidR="00BB137E" w:rsidRPr="003C01BE" w:rsidRDefault="00BB137E" w:rsidP="00BB137E">
      <w:pPr>
        <w:spacing w:after="0" w:line="240" w:lineRule="auto"/>
      </w:pPr>
      <w:r w:rsidRPr="003C01BE">
        <w:rPr>
          <w:rFonts w:ascii="Courier New" w:hAnsi="Courier New"/>
          <w:sz w:val="16"/>
        </w:rPr>
        <w:t xml:space="preserve">    "\nLandmark-based follow-up:",</w:t>
      </w:r>
    </w:p>
    <w:p w:rsidR="00BB137E" w:rsidRPr="003C01BE" w:rsidRDefault="00BB137E" w:rsidP="00BB137E">
      <w:pPr>
        <w:spacing w:after="0" w:line="240" w:lineRule="auto"/>
      </w:pPr>
      <w:r w:rsidRPr="003C01BE">
        <w:rPr>
          <w:rFonts w:ascii="Courier New" w:hAnsi="Courier New"/>
          <w:sz w:val="16"/>
        </w:rPr>
        <w:t xml:space="preserve">        min(analiz$time_landmark_corrected), "-",</w:t>
      </w:r>
    </w:p>
    <w:p w:rsidR="00BB137E" w:rsidRPr="003C01BE" w:rsidRDefault="00BB137E" w:rsidP="00BB137E">
      <w:pPr>
        <w:spacing w:after="0" w:line="240" w:lineRule="auto"/>
      </w:pPr>
      <w:r w:rsidRPr="003C01BE">
        <w:rPr>
          <w:rFonts w:ascii="Courier New" w:hAnsi="Courier New"/>
          <w:sz w:val="16"/>
        </w:rPr>
        <w:t xml:space="preserve">        max(analiz$time_landmark_corrected),</w:t>
      </w:r>
    </w:p>
    <w:p w:rsidR="00BB137E" w:rsidRPr="003C01BE" w:rsidRDefault="00BB137E" w:rsidP="00BB137E">
      <w:pPr>
        <w:spacing w:after="0" w:line="240" w:lineRule="auto"/>
      </w:pPr>
      <w:r w:rsidRPr="003C01BE">
        <w:rPr>
          <w:rFonts w:ascii="Courier New" w:hAnsi="Courier New"/>
          <w:sz w:val="16"/>
        </w:rPr>
        <w:t xml:space="preserve">    "\n"</w:t>
      </w:r>
    </w:p>
    <w:p w:rsidR="00BB137E" w:rsidRPr="003C01BE" w:rsidRDefault="00BB137E" w:rsidP="00BB137E">
      <w:pPr>
        <w:spacing w:after="0" w:line="240" w:lineRule="auto"/>
      </w:pPr>
      <w:r w:rsidRPr="003C01BE">
        <w:rPr>
          <w:rFonts w:ascii="Courier New" w:hAnsi="Courier New"/>
          <w:sz w:val="16"/>
        </w:rPr>
        <w:t>)</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 Principal models: Breslow tie handling</w:t>
      </w:r>
    </w:p>
    <w:p w:rsidR="00BB137E" w:rsidRPr="003C01BE" w:rsidRDefault="00BB137E" w:rsidP="00BB137E">
      <w:pPr>
        <w:spacing w:after="0" w:line="240" w:lineRule="auto"/>
      </w:pPr>
      <w:r w:rsidRPr="003C01BE">
        <w:rPr>
          <w:rFonts w:ascii="Courier New" w:hAnsi="Courier New"/>
          <w:sz w:val="16"/>
        </w:rPr>
        <w:t>primary_standard_corrected &lt;- coxph(</w:t>
      </w:r>
    </w:p>
    <w:p w:rsidR="00BB137E" w:rsidRPr="003C01BE" w:rsidRDefault="00BB137E" w:rsidP="00BB137E">
      <w:pPr>
        <w:spacing w:after="0" w:line="240" w:lineRule="auto"/>
      </w:pPr>
      <w:r w:rsidRPr="003C01BE">
        <w:rPr>
          <w:rFonts w:ascii="Courier New" w:hAnsi="Courier New"/>
          <w:sz w:val="16"/>
        </w:rPr>
        <w:t xml:space="preserve">    Surv(time_landmark_corrected, event) ~ age + female + CFS + SOFA + CCI,</w:t>
      </w:r>
    </w:p>
    <w:p w:rsidR="00BB137E" w:rsidRPr="003C01BE" w:rsidRDefault="00BB137E" w:rsidP="00BB137E">
      <w:pPr>
        <w:spacing w:after="0" w:line="240" w:lineRule="auto"/>
      </w:pPr>
      <w:r w:rsidRPr="003C01BE">
        <w:rPr>
          <w:rFonts w:ascii="Courier New" w:hAnsi="Courier New"/>
          <w:sz w:val="16"/>
        </w:rPr>
        <w:t xml:space="preserve">    data = analiz, ties = "breslow", x = TRUE, y = TRUE, model = TRUE</w:t>
      </w:r>
    </w:p>
    <w:p w:rsidR="00BB137E" w:rsidRPr="003C01BE" w:rsidRDefault="00BB137E" w:rsidP="00BB137E">
      <w:pPr>
        <w:spacing w:after="0" w:line="240" w:lineRule="auto"/>
      </w:pPr>
      <w:r w:rsidRPr="003C01BE">
        <w:rPr>
          <w:rFonts w:ascii="Courier New" w:hAnsi="Courier New"/>
          <w:sz w:val="16"/>
        </w:rPr>
        <w:t>)</w:t>
      </w:r>
    </w:p>
    <w:p w:rsidR="00BB137E" w:rsidRPr="003C01BE" w:rsidRDefault="00BB137E" w:rsidP="00BB137E">
      <w:pPr>
        <w:spacing w:after="0" w:line="240" w:lineRule="auto"/>
      </w:pPr>
      <w:r w:rsidRPr="003C01BE">
        <w:rPr>
          <w:rFonts w:ascii="Courier New" w:hAnsi="Courier New"/>
          <w:sz w:val="16"/>
        </w:rPr>
        <w:t>primary_clustered_corrected &lt;- coxph(</w:t>
      </w:r>
    </w:p>
    <w:p w:rsidR="00BB137E" w:rsidRPr="003C01BE" w:rsidRDefault="00BB137E" w:rsidP="00BB137E">
      <w:pPr>
        <w:spacing w:after="0" w:line="240" w:lineRule="auto"/>
      </w:pPr>
      <w:r w:rsidRPr="003C01BE">
        <w:rPr>
          <w:rFonts w:ascii="Courier New" w:hAnsi="Courier New"/>
          <w:sz w:val="16"/>
        </w:rPr>
        <w:t xml:space="preserve">    Surv(time_landmark_corrected, event) ~ age + female + CFS + SOFA + CCI,</w:t>
      </w:r>
    </w:p>
    <w:p w:rsidR="00BB137E" w:rsidRPr="003C01BE" w:rsidRDefault="00BB137E" w:rsidP="00BB137E">
      <w:pPr>
        <w:spacing w:after="0" w:line="240" w:lineRule="auto"/>
      </w:pPr>
      <w:r w:rsidRPr="003C01BE">
        <w:rPr>
          <w:rFonts w:ascii="Courier New" w:hAnsi="Courier New"/>
          <w:sz w:val="16"/>
        </w:rPr>
        <w:t xml:space="preserve">    data = analiz, ties = "breslow", robust = TRUE, cluster = center,</w:t>
      </w:r>
    </w:p>
    <w:p w:rsidR="00BB137E" w:rsidRPr="003C01BE" w:rsidRDefault="00BB137E" w:rsidP="00BB137E">
      <w:pPr>
        <w:spacing w:after="0" w:line="240" w:lineRule="auto"/>
      </w:pPr>
      <w:r w:rsidRPr="003C01BE">
        <w:rPr>
          <w:rFonts w:ascii="Courier New" w:hAnsi="Courier New"/>
          <w:sz w:val="16"/>
        </w:rPr>
        <w:t xml:space="preserve">    x = TRUE, y = TRUE, model = TRUE</w:t>
      </w:r>
    </w:p>
    <w:p w:rsidR="00BB137E" w:rsidRPr="003C01BE" w:rsidRDefault="00BB137E" w:rsidP="00BB137E">
      <w:pPr>
        <w:spacing w:after="0" w:line="240" w:lineRule="auto"/>
      </w:pPr>
      <w:r w:rsidRPr="003C01BE">
        <w:rPr>
          <w:rFonts w:ascii="Courier New" w:hAnsi="Courier New"/>
          <w:sz w:val="16"/>
        </w:rPr>
        <w:t>)</w:t>
      </w:r>
    </w:p>
    <w:p w:rsidR="00BB137E" w:rsidRPr="003C01BE" w:rsidRDefault="00BB137E" w:rsidP="00BB137E">
      <w:pPr>
        <w:spacing w:after="0" w:line="240" w:lineRule="auto"/>
      </w:pPr>
      <w:r w:rsidRPr="003C01BE">
        <w:rPr>
          <w:rFonts w:ascii="Courier New" w:hAnsi="Courier New"/>
          <w:sz w:val="16"/>
        </w:rPr>
        <w:t>extended_standard_corrected &lt;- coxph(</w:t>
      </w:r>
    </w:p>
    <w:p w:rsidR="00BB137E" w:rsidRPr="003C01BE" w:rsidRDefault="00BB137E" w:rsidP="00BB137E">
      <w:pPr>
        <w:spacing w:after="0" w:line="240" w:lineRule="auto"/>
      </w:pPr>
      <w:r w:rsidRPr="003C01BE">
        <w:rPr>
          <w:rFonts w:ascii="Courier New" w:hAnsi="Courier New"/>
          <w:sz w:val="16"/>
        </w:rPr>
        <w:t xml:space="preserve">    Surv(time_landmark_corrected, event) ~</w:t>
      </w:r>
    </w:p>
    <w:p w:rsidR="00BB137E" w:rsidRPr="003C01BE" w:rsidRDefault="00BB137E" w:rsidP="00BB137E">
      <w:pPr>
        <w:spacing w:after="0" w:line="240" w:lineRule="auto"/>
      </w:pPr>
      <w:r w:rsidRPr="003C01BE">
        <w:rPr>
          <w:rFonts w:ascii="Courier New" w:hAnsi="Courier New"/>
          <w:sz w:val="16"/>
        </w:rPr>
        <w:t xml:space="preserve">        age + female + CFS + SOFA + CCI + APACHEII,</w:t>
      </w:r>
    </w:p>
    <w:p w:rsidR="00BB137E" w:rsidRPr="003C01BE" w:rsidRDefault="00BB137E" w:rsidP="00BB137E">
      <w:pPr>
        <w:spacing w:after="0" w:line="240" w:lineRule="auto"/>
      </w:pPr>
      <w:r w:rsidRPr="003C01BE">
        <w:rPr>
          <w:rFonts w:ascii="Courier New" w:hAnsi="Courier New"/>
          <w:sz w:val="16"/>
        </w:rPr>
        <w:t xml:space="preserve">    data = analiz, ties = "breslow", x = TRUE, y = TRUE, model = TRUE</w:t>
      </w:r>
    </w:p>
    <w:p w:rsidR="00BB137E" w:rsidRPr="003C01BE" w:rsidRDefault="00BB137E" w:rsidP="00BB137E">
      <w:pPr>
        <w:spacing w:after="0" w:line="240" w:lineRule="auto"/>
      </w:pPr>
      <w:r w:rsidRPr="003C01BE">
        <w:rPr>
          <w:rFonts w:ascii="Courier New" w:hAnsi="Courier New"/>
          <w:sz w:val="16"/>
        </w:rPr>
        <w:t>)</w:t>
      </w:r>
    </w:p>
    <w:p w:rsidR="00BB137E" w:rsidRPr="003C01BE" w:rsidRDefault="00BB137E" w:rsidP="00BB137E">
      <w:pPr>
        <w:spacing w:after="0" w:line="240" w:lineRule="auto"/>
      </w:pPr>
      <w:r w:rsidRPr="003C01BE">
        <w:rPr>
          <w:rFonts w:ascii="Courier New" w:hAnsi="Courier New"/>
          <w:sz w:val="16"/>
        </w:rPr>
        <w:t>extended_clustered_corrected &lt;- coxph(</w:t>
      </w:r>
    </w:p>
    <w:p w:rsidR="00BB137E" w:rsidRPr="003C01BE" w:rsidRDefault="00BB137E" w:rsidP="00BB137E">
      <w:pPr>
        <w:spacing w:after="0" w:line="240" w:lineRule="auto"/>
      </w:pPr>
      <w:r w:rsidRPr="003C01BE">
        <w:rPr>
          <w:rFonts w:ascii="Courier New" w:hAnsi="Courier New"/>
          <w:sz w:val="16"/>
        </w:rPr>
        <w:t xml:space="preserve">    Surv(time_landmark_corrected, event) ~</w:t>
      </w:r>
    </w:p>
    <w:p w:rsidR="00BB137E" w:rsidRPr="003C01BE" w:rsidRDefault="00BB137E" w:rsidP="00BB137E">
      <w:pPr>
        <w:spacing w:after="0" w:line="240" w:lineRule="auto"/>
      </w:pPr>
      <w:r w:rsidRPr="003C01BE">
        <w:rPr>
          <w:rFonts w:ascii="Courier New" w:hAnsi="Courier New"/>
          <w:sz w:val="16"/>
        </w:rPr>
        <w:lastRenderedPageBreak/>
        <w:t xml:space="preserve">        age + female + CFS + SOFA + CCI + APACHEII,</w:t>
      </w:r>
    </w:p>
    <w:p w:rsidR="00BB137E" w:rsidRPr="003C01BE" w:rsidRDefault="00BB137E" w:rsidP="00BB137E">
      <w:pPr>
        <w:spacing w:after="0" w:line="240" w:lineRule="auto"/>
      </w:pPr>
      <w:r w:rsidRPr="003C01BE">
        <w:rPr>
          <w:rFonts w:ascii="Courier New" w:hAnsi="Courier New"/>
          <w:sz w:val="16"/>
        </w:rPr>
        <w:t xml:space="preserve">    data = analiz, ties = "breslow", robust = TRUE, cluster = center,</w:t>
      </w:r>
    </w:p>
    <w:p w:rsidR="00BB137E" w:rsidRPr="003C01BE" w:rsidRDefault="00BB137E" w:rsidP="00BB137E">
      <w:pPr>
        <w:spacing w:after="0" w:line="240" w:lineRule="auto"/>
      </w:pPr>
      <w:r w:rsidRPr="003C01BE">
        <w:rPr>
          <w:rFonts w:ascii="Courier New" w:hAnsi="Courier New"/>
          <w:sz w:val="16"/>
        </w:rPr>
        <w:t xml:space="preserve">    x = TRUE, y = TRUE, model = TRUE</w:t>
      </w:r>
    </w:p>
    <w:p w:rsidR="00BB137E" w:rsidRPr="003C01BE" w:rsidRDefault="00BB137E" w:rsidP="00BB137E">
      <w:pPr>
        <w:spacing w:after="0" w:line="240" w:lineRule="auto"/>
      </w:pPr>
      <w:r w:rsidRPr="003C01BE">
        <w:rPr>
          <w:rFonts w:ascii="Courier New" w:hAnsi="Courier New"/>
          <w:sz w:val="16"/>
        </w:rPr>
        <w:t>)</w:t>
      </w:r>
    </w:p>
    <w:p w:rsidR="00BB137E" w:rsidRPr="003C01BE" w:rsidRDefault="00BB137E" w:rsidP="00BB137E">
      <w:pPr>
        <w:spacing w:after="0" w:line="240" w:lineRule="auto"/>
      </w:pPr>
      <w:r w:rsidRPr="003C01BE">
        <w:rPr>
          <w:rFonts w:ascii="Courier New" w:hAnsi="Courier New"/>
          <w:sz w:val="16"/>
        </w:rPr>
        <w:t>mixed_primary_corrected &lt;- coxme(</w:t>
      </w:r>
    </w:p>
    <w:p w:rsidR="00BB137E" w:rsidRPr="003C01BE" w:rsidRDefault="00BB137E" w:rsidP="00BB137E">
      <w:pPr>
        <w:spacing w:after="0" w:line="240" w:lineRule="auto"/>
      </w:pPr>
      <w:r w:rsidRPr="003C01BE">
        <w:rPr>
          <w:rFonts w:ascii="Courier New" w:hAnsi="Courier New"/>
          <w:sz w:val="16"/>
        </w:rPr>
        <w:t xml:space="preserve">    Surv(time_landmark_corrected, event) ~</w:t>
      </w:r>
    </w:p>
    <w:p w:rsidR="00BB137E" w:rsidRPr="003C01BE" w:rsidRDefault="00BB137E" w:rsidP="00BB137E">
      <w:pPr>
        <w:spacing w:after="0" w:line="240" w:lineRule="auto"/>
      </w:pPr>
      <w:r w:rsidRPr="003C01BE">
        <w:rPr>
          <w:rFonts w:ascii="Courier New" w:hAnsi="Courier New"/>
          <w:sz w:val="16"/>
        </w:rPr>
        <w:t xml:space="preserve">        age + female + CFS + SOFA + CCI + (1 | center),</w:t>
      </w:r>
    </w:p>
    <w:p w:rsidR="00BB137E" w:rsidRPr="003C01BE" w:rsidRDefault="00BB137E" w:rsidP="00BB137E">
      <w:pPr>
        <w:spacing w:after="0" w:line="240" w:lineRule="auto"/>
      </w:pPr>
      <w:r w:rsidRPr="003C01BE">
        <w:rPr>
          <w:rFonts w:ascii="Courier New" w:hAnsi="Courier New"/>
          <w:sz w:val="16"/>
        </w:rPr>
        <w:t xml:space="preserve">    data = analiz, ties = "breslow"</w:t>
      </w:r>
    </w:p>
    <w:p w:rsidR="00BB137E" w:rsidRPr="003C01BE" w:rsidRDefault="00BB137E" w:rsidP="00BB137E">
      <w:pPr>
        <w:spacing w:after="0" w:line="240" w:lineRule="auto"/>
      </w:pPr>
      <w:r w:rsidRPr="003C01BE">
        <w:rPr>
          <w:rFonts w:ascii="Courier New" w:hAnsi="Courier New"/>
          <w:sz w:val="16"/>
        </w:rPr>
        <w:t>)</w:t>
      </w:r>
    </w:p>
    <w:p w:rsidR="00BB137E" w:rsidRPr="003C01BE" w:rsidRDefault="00BB137E" w:rsidP="00BB137E">
      <w:pPr>
        <w:spacing w:after="0" w:line="240" w:lineRule="auto"/>
      </w:pPr>
      <w:r w:rsidRPr="003C01BE">
        <w:rPr>
          <w:rFonts w:ascii="Courier New" w:hAnsi="Courier New"/>
          <w:sz w:val="16"/>
        </w:rPr>
        <w:t>mixed_extended_corrected &lt;- coxme(</w:t>
      </w:r>
    </w:p>
    <w:p w:rsidR="00BB137E" w:rsidRPr="003C01BE" w:rsidRDefault="00BB137E" w:rsidP="00BB137E">
      <w:pPr>
        <w:spacing w:after="0" w:line="240" w:lineRule="auto"/>
      </w:pPr>
      <w:r w:rsidRPr="003C01BE">
        <w:rPr>
          <w:rFonts w:ascii="Courier New" w:hAnsi="Courier New"/>
          <w:sz w:val="16"/>
        </w:rPr>
        <w:t xml:space="preserve">    Surv(time_landmark_corrected, event) ~</w:t>
      </w:r>
    </w:p>
    <w:p w:rsidR="00BB137E" w:rsidRPr="003C01BE" w:rsidRDefault="00BB137E" w:rsidP="00BB137E">
      <w:pPr>
        <w:spacing w:after="0" w:line="240" w:lineRule="auto"/>
      </w:pPr>
      <w:r w:rsidRPr="003C01BE">
        <w:rPr>
          <w:rFonts w:ascii="Courier New" w:hAnsi="Courier New"/>
          <w:sz w:val="16"/>
        </w:rPr>
        <w:t xml:space="preserve">        age + female + CFS + SOFA + CCI + APACHEII + (1 | center),</w:t>
      </w:r>
    </w:p>
    <w:p w:rsidR="00BB137E" w:rsidRPr="003C01BE" w:rsidRDefault="00BB137E" w:rsidP="00BB137E">
      <w:pPr>
        <w:spacing w:after="0" w:line="240" w:lineRule="auto"/>
      </w:pPr>
      <w:r w:rsidRPr="003C01BE">
        <w:rPr>
          <w:rFonts w:ascii="Courier New" w:hAnsi="Courier New"/>
          <w:sz w:val="16"/>
        </w:rPr>
        <w:t xml:space="preserve">    data = analiz, ties = "breslow"</w:t>
      </w:r>
    </w:p>
    <w:p w:rsidR="00BB137E" w:rsidRPr="003C01BE" w:rsidRDefault="00BB137E" w:rsidP="00BB137E">
      <w:pPr>
        <w:spacing w:after="0" w:line="240" w:lineRule="auto"/>
      </w:pPr>
      <w:r w:rsidRPr="003C01BE">
        <w:rPr>
          <w:rFonts w:ascii="Courier New" w:hAnsi="Courier New"/>
          <w:sz w:val="16"/>
        </w:rPr>
        <w:t>)</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summary(primary_standard_corrected)</w:t>
      </w:r>
    </w:p>
    <w:p w:rsidR="00BB137E" w:rsidRPr="003C01BE" w:rsidRDefault="00BB137E" w:rsidP="00BB137E">
      <w:pPr>
        <w:spacing w:after="0" w:line="240" w:lineRule="auto"/>
      </w:pPr>
      <w:r w:rsidRPr="003C01BE">
        <w:rPr>
          <w:rFonts w:ascii="Courier New" w:hAnsi="Courier New"/>
          <w:sz w:val="16"/>
        </w:rPr>
        <w:t>summary(primary_clustered_corrected)</w:t>
      </w:r>
    </w:p>
    <w:p w:rsidR="00BB137E" w:rsidRPr="003C01BE" w:rsidRDefault="00BB137E" w:rsidP="00BB137E">
      <w:pPr>
        <w:spacing w:after="0" w:line="240" w:lineRule="auto"/>
      </w:pPr>
      <w:r w:rsidRPr="003C01BE">
        <w:rPr>
          <w:rFonts w:ascii="Courier New" w:hAnsi="Courier New"/>
          <w:sz w:val="16"/>
        </w:rPr>
        <w:t>summary(extended_standard_corrected)</w:t>
      </w:r>
    </w:p>
    <w:p w:rsidR="00BB137E" w:rsidRPr="003C01BE" w:rsidRDefault="00BB137E" w:rsidP="00BB137E">
      <w:pPr>
        <w:spacing w:after="0" w:line="240" w:lineRule="auto"/>
      </w:pPr>
      <w:r w:rsidRPr="003C01BE">
        <w:rPr>
          <w:rFonts w:ascii="Courier New" w:hAnsi="Courier New"/>
          <w:sz w:val="16"/>
        </w:rPr>
        <w:t>summary(extended_clustered_corrected)</w:t>
      </w:r>
    </w:p>
    <w:p w:rsidR="00BB137E" w:rsidRPr="003C01BE" w:rsidRDefault="00BB137E" w:rsidP="00BB137E">
      <w:pPr>
        <w:spacing w:after="0" w:line="240" w:lineRule="auto"/>
      </w:pPr>
      <w:r w:rsidRPr="003C01BE">
        <w:rPr>
          <w:rFonts w:ascii="Courier New" w:hAnsi="Courier New"/>
          <w:sz w:val="16"/>
        </w:rPr>
        <w:t>summary(mixed_primary_corrected)</w:t>
      </w:r>
    </w:p>
    <w:p w:rsidR="00BB137E" w:rsidRPr="003C01BE" w:rsidRDefault="00BB137E" w:rsidP="00BB137E">
      <w:pPr>
        <w:spacing w:after="0" w:line="240" w:lineRule="auto"/>
      </w:pPr>
      <w:r w:rsidRPr="003C01BE">
        <w:rPr>
          <w:rFonts w:ascii="Courier New" w:hAnsi="Courier New"/>
          <w:sz w:val="16"/>
        </w:rPr>
        <w:t>VarCorr(mixed_primary_corrected)</w:t>
      </w:r>
    </w:p>
    <w:p w:rsidR="00BB137E" w:rsidRPr="003C01BE" w:rsidRDefault="00BB137E" w:rsidP="00BB137E">
      <w:pPr>
        <w:spacing w:after="0" w:line="240" w:lineRule="auto"/>
      </w:pPr>
      <w:r w:rsidRPr="003C01BE">
        <w:rPr>
          <w:rFonts w:ascii="Courier New" w:hAnsi="Courier New"/>
          <w:sz w:val="16"/>
        </w:rPr>
        <w:t>summary(mixed_extended_corrected)</w:t>
      </w:r>
    </w:p>
    <w:p w:rsidR="00BB137E" w:rsidRPr="003C01BE" w:rsidRDefault="00BB137E" w:rsidP="00BB137E">
      <w:pPr>
        <w:spacing w:after="0" w:line="240" w:lineRule="auto"/>
      </w:pPr>
      <w:r w:rsidRPr="003C01BE">
        <w:rPr>
          <w:rFonts w:ascii="Courier New" w:hAnsi="Courier New"/>
          <w:sz w:val="16"/>
        </w:rPr>
        <w:t>VarCorr(mixed_extended_corrected)</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 Efron sensitivity models</w:t>
      </w:r>
    </w:p>
    <w:p w:rsidR="00BB137E" w:rsidRPr="003C01BE" w:rsidRDefault="00BB137E" w:rsidP="00BB137E">
      <w:pPr>
        <w:spacing w:after="0" w:line="240" w:lineRule="auto"/>
      </w:pPr>
      <w:r w:rsidRPr="003C01BE">
        <w:rPr>
          <w:rFonts w:ascii="Courier New" w:hAnsi="Courier New"/>
          <w:sz w:val="16"/>
        </w:rPr>
        <w:t>primary_standard_efron_corrected &lt;- coxph(</w:t>
      </w:r>
    </w:p>
    <w:p w:rsidR="00BB137E" w:rsidRPr="003C01BE" w:rsidRDefault="00BB137E" w:rsidP="00BB137E">
      <w:pPr>
        <w:spacing w:after="0" w:line="240" w:lineRule="auto"/>
      </w:pPr>
      <w:r w:rsidRPr="003C01BE">
        <w:rPr>
          <w:rFonts w:ascii="Courier New" w:hAnsi="Courier New"/>
          <w:sz w:val="16"/>
        </w:rPr>
        <w:t xml:space="preserve">    Surv(time_landmark_corrected, event) ~</w:t>
      </w:r>
    </w:p>
    <w:p w:rsidR="00BB137E" w:rsidRPr="003C01BE" w:rsidRDefault="00BB137E" w:rsidP="00BB137E">
      <w:pPr>
        <w:spacing w:after="0" w:line="240" w:lineRule="auto"/>
      </w:pPr>
      <w:r w:rsidRPr="003C01BE">
        <w:rPr>
          <w:rFonts w:ascii="Courier New" w:hAnsi="Courier New"/>
          <w:sz w:val="16"/>
        </w:rPr>
        <w:t xml:space="preserve">        age + female + CFS + SOFA + CCI,</w:t>
      </w:r>
    </w:p>
    <w:p w:rsidR="00BB137E" w:rsidRPr="003C01BE" w:rsidRDefault="00BB137E" w:rsidP="00BB137E">
      <w:pPr>
        <w:spacing w:after="0" w:line="240" w:lineRule="auto"/>
      </w:pPr>
      <w:r w:rsidRPr="003C01BE">
        <w:rPr>
          <w:rFonts w:ascii="Courier New" w:hAnsi="Courier New"/>
          <w:sz w:val="16"/>
        </w:rPr>
        <w:t xml:space="preserve">    data = analiz, ties = "efron", x = TRUE, y = TRUE, model = TRUE</w:t>
      </w:r>
    </w:p>
    <w:p w:rsidR="00BB137E" w:rsidRPr="003C01BE" w:rsidRDefault="00BB137E" w:rsidP="00BB137E">
      <w:pPr>
        <w:spacing w:after="0" w:line="240" w:lineRule="auto"/>
      </w:pPr>
      <w:r w:rsidRPr="003C01BE">
        <w:rPr>
          <w:rFonts w:ascii="Courier New" w:hAnsi="Courier New"/>
          <w:sz w:val="16"/>
        </w:rPr>
        <w:t>)</w:t>
      </w:r>
    </w:p>
    <w:p w:rsidR="00BB137E" w:rsidRPr="003C01BE" w:rsidRDefault="00BB137E" w:rsidP="00BB137E">
      <w:pPr>
        <w:spacing w:after="0" w:line="240" w:lineRule="auto"/>
      </w:pPr>
      <w:r w:rsidRPr="003C01BE">
        <w:rPr>
          <w:rFonts w:ascii="Courier New" w:hAnsi="Courier New"/>
          <w:sz w:val="16"/>
        </w:rPr>
        <w:t>primary_clustered_efron_corrected &lt;- coxph(</w:t>
      </w:r>
    </w:p>
    <w:p w:rsidR="00BB137E" w:rsidRPr="003C01BE" w:rsidRDefault="00BB137E" w:rsidP="00BB137E">
      <w:pPr>
        <w:spacing w:after="0" w:line="240" w:lineRule="auto"/>
      </w:pPr>
      <w:r w:rsidRPr="003C01BE">
        <w:rPr>
          <w:rFonts w:ascii="Courier New" w:hAnsi="Courier New"/>
          <w:sz w:val="16"/>
        </w:rPr>
        <w:t xml:space="preserve">    Surv(time_landmark_corrected, event) ~</w:t>
      </w:r>
    </w:p>
    <w:p w:rsidR="00BB137E" w:rsidRPr="003C01BE" w:rsidRDefault="00BB137E" w:rsidP="00BB137E">
      <w:pPr>
        <w:spacing w:after="0" w:line="240" w:lineRule="auto"/>
      </w:pPr>
      <w:r w:rsidRPr="003C01BE">
        <w:rPr>
          <w:rFonts w:ascii="Courier New" w:hAnsi="Courier New"/>
          <w:sz w:val="16"/>
        </w:rPr>
        <w:t xml:space="preserve">        age + female + CFS + SOFA + CCI,</w:t>
      </w:r>
    </w:p>
    <w:p w:rsidR="00BB137E" w:rsidRPr="003C01BE" w:rsidRDefault="00BB137E" w:rsidP="00BB137E">
      <w:pPr>
        <w:spacing w:after="0" w:line="240" w:lineRule="auto"/>
      </w:pPr>
      <w:r w:rsidRPr="003C01BE">
        <w:rPr>
          <w:rFonts w:ascii="Courier New" w:hAnsi="Courier New"/>
          <w:sz w:val="16"/>
        </w:rPr>
        <w:t xml:space="preserve">    data = analiz, ties = "efron", robust = TRUE, cluster = center,</w:t>
      </w:r>
    </w:p>
    <w:p w:rsidR="00BB137E" w:rsidRPr="003C01BE" w:rsidRDefault="00BB137E" w:rsidP="00BB137E">
      <w:pPr>
        <w:spacing w:after="0" w:line="240" w:lineRule="auto"/>
      </w:pPr>
      <w:r w:rsidRPr="003C01BE">
        <w:rPr>
          <w:rFonts w:ascii="Courier New" w:hAnsi="Courier New"/>
          <w:sz w:val="16"/>
        </w:rPr>
        <w:t xml:space="preserve">    x = TRUE, y = TRUE, model = TRUE</w:t>
      </w:r>
    </w:p>
    <w:p w:rsidR="00BB137E" w:rsidRPr="003C01BE" w:rsidRDefault="00BB137E" w:rsidP="00BB137E">
      <w:pPr>
        <w:spacing w:after="0" w:line="240" w:lineRule="auto"/>
      </w:pPr>
      <w:r w:rsidRPr="003C01BE">
        <w:rPr>
          <w:rFonts w:ascii="Courier New" w:hAnsi="Courier New"/>
          <w:sz w:val="16"/>
        </w:rPr>
        <w:t>)</w:t>
      </w:r>
    </w:p>
    <w:p w:rsidR="00BB137E" w:rsidRPr="003C01BE" w:rsidRDefault="00BB137E" w:rsidP="00BB137E">
      <w:pPr>
        <w:spacing w:after="0" w:line="240" w:lineRule="auto"/>
      </w:pPr>
      <w:r w:rsidRPr="003C01BE">
        <w:rPr>
          <w:rFonts w:ascii="Courier New" w:hAnsi="Courier New"/>
          <w:sz w:val="16"/>
        </w:rPr>
        <w:t>extended_standard_efron_corrected &lt;- coxph(</w:t>
      </w:r>
    </w:p>
    <w:p w:rsidR="00BB137E" w:rsidRPr="003C01BE" w:rsidRDefault="00BB137E" w:rsidP="00BB137E">
      <w:pPr>
        <w:spacing w:after="0" w:line="240" w:lineRule="auto"/>
      </w:pPr>
      <w:r w:rsidRPr="003C01BE">
        <w:rPr>
          <w:rFonts w:ascii="Courier New" w:hAnsi="Courier New"/>
          <w:sz w:val="16"/>
        </w:rPr>
        <w:t xml:space="preserve">    Surv(time_landmark_corrected, event) ~</w:t>
      </w:r>
    </w:p>
    <w:p w:rsidR="00BB137E" w:rsidRPr="003C01BE" w:rsidRDefault="00BB137E" w:rsidP="00BB137E">
      <w:pPr>
        <w:spacing w:after="0" w:line="240" w:lineRule="auto"/>
      </w:pPr>
      <w:r w:rsidRPr="003C01BE">
        <w:rPr>
          <w:rFonts w:ascii="Courier New" w:hAnsi="Courier New"/>
          <w:sz w:val="16"/>
        </w:rPr>
        <w:t xml:space="preserve">        age + female + CFS + SOFA + CCI + APACHEII,</w:t>
      </w:r>
    </w:p>
    <w:p w:rsidR="00BB137E" w:rsidRPr="003C01BE" w:rsidRDefault="00BB137E" w:rsidP="00BB137E">
      <w:pPr>
        <w:spacing w:after="0" w:line="240" w:lineRule="auto"/>
      </w:pPr>
      <w:r w:rsidRPr="003C01BE">
        <w:rPr>
          <w:rFonts w:ascii="Courier New" w:hAnsi="Courier New"/>
          <w:sz w:val="16"/>
        </w:rPr>
        <w:t xml:space="preserve">    data = analiz, ties = "efron", x = TRUE, y = TRUE, model = TRUE</w:t>
      </w:r>
    </w:p>
    <w:p w:rsidR="00BB137E" w:rsidRPr="003C01BE" w:rsidRDefault="00BB137E" w:rsidP="00BB137E">
      <w:pPr>
        <w:spacing w:after="0" w:line="240" w:lineRule="auto"/>
      </w:pPr>
      <w:r w:rsidRPr="003C01BE">
        <w:rPr>
          <w:rFonts w:ascii="Courier New" w:hAnsi="Courier New"/>
          <w:sz w:val="16"/>
        </w:rPr>
        <w:t>)</w:t>
      </w:r>
    </w:p>
    <w:p w:rsidR="00BB137E" w:rsidRPr="003C01BE" w:rsidRDefault="00BB137E" w:rsidP="00BB137E">
      <w:pPr>
        <w:spacing w:after="0" w:line="240" w:lineRule="auto"/>
      </w:pPr>
      <w:r w:rsidRPr="003C01BE">
        <w:rPr>
          <w:rFonts w:ascii="Courier New" w:hAnsi="Courier New"/>
          <w:sz w:val="16"/>
        </w:rPr>
        <w:t>extended_clustered_efron_corrected &lt;- coxph(</w:t>
      </w:r>
    </w:p>
    <w:p w:rsidR="00BB137E" w:rsidRPr="003C01BE" w:rsidRDefault="00BB137E" w:rsidP="00BB137E">
      <w:pPr>
        <w:spacing w:after="0" w:line="240" w:lineRule="auto"/>
      </w:pPr>
      <w:r w:rsidRPr="003C01BE">
        <w:rPr>
          <w:rFonts w:ascii="Courier New" w:hAnsi="Courier New"/>
          <w:sz w:val="16"/>
        </w:rPr>
        <w:t xml:space="preserve">    Surv(time_landmark_corrected, event) ~</w:t>
      </w:r>
    </w:p>
    <w:p w:rsidR="00BB137E" w:rsidRPr="003C01BE" w:rsidRDefault="00BB137E" w:rsidP="00BB137E">
      <w:pPr>
        <w:spacing w:after="0" w:line="240" w:lineRule="auto"/>
      </w:pPr>
      <w:r w:rsidRPr="003C01BE">
        <w:rPr>
          <w:rFonts w:ascii="Courier New" w:hAnsi="Courier New"/>
          <w:sz w:val="16"/>
        </w:rPr>
        <w:t xml:space="preserve">        age + female + CFS + SOFA + CCI + APACHEII,</w:t>
      </w:r>
    </w:p>
    <w:p w:rsidR="00BB137E" w:rsidRPr="003C01BE" w:rsidRDefault="00BB137E" w:rsidP="00BB137E">
      <w:pPr>
        <w:spacing w:after="0" w:line="240" w:lineRule="auto"/>
      </w:pPr>
      <w:r w:rsidRPr="003C01BE">
        <w:rPr>
          <w:rFonts w:ascii="Courier New" w:hAnsi="Courier New"/>
          <w:sz w:val="16"/>
        </w:rPr>
        <w:t xml:space="preserve">    data = analiz, ties = "efron", robust = TRUE, cluster = center,</w:t>
      </w:r>
    </w:p>
    <w:p w:rsidR="00BB137E" w:rsidRPr="003C01BE" w:rsidRDefault="00BB137E" w:rsidP="00BB137E">
      <w:pPr>
        <w:spacing w:after="0" w:line="240" w:lineRule="auto"/>
      </w:pPr>
      <w:r w:rsidRPr="003C01BE">
        <w:rPr>
          <w:rFonts w:ascii="Courier New" w:hAnsi="Courier New"/>
          <w:sz w:val="16"/>
        </w:rPr>
        <w:t xml:space="preserve">    x = TRUE, y = TRUE, model = TRUE</w:t>
      </w:r>
    </w:p>
    <w:p w:rsidR="00BB137E" w:rsidRPr="003C01BE" w:rsidRDefault="00BB137E" w:rsidP="00BB137E">
      <w:pPr>
        <w:spacing w:after="0" w:line="240" w:lineRule="auto"/>
      </w:pPr>
      <w:r w:rsidRPr="003C01BE">
        <w:rPr>
          <w:rFonts w:ascii="Courier New" w:hAnsi="Courier New"/>
          <w:sz w:val="16"/>
        </w:rPr>
        <w:t>)</w:t>
      </w:r>
    </w:p>
    <w:p w:rsidR="00BB137E" w:rsidRPr="003C01BE" w:rsidRDefault="00BB137E" w:rsidP="00BB137E">
      <w:pPr>
        <w:spacing w:after="0" w:line="240" w:lineRule="auto"/>
      </w:pPr>
      <w:r w:rsidRPr="003C01BE">
        <w:rPr>
          <w:rFonts w:ascii="Courier New" w:hAnsi="Courier New"/>
          <w:sz w:val="16"/>
        </w:rPr>
        <w:t>mixed_primary_efron_corrected &lt;- coxme(</w:t>
      </w:r>
    </w:p>
    <w:p w:rsidR="00BB137E" w:rsidRPr="003C01BE" w:rsidRDefault="00BB137E" w:rsidP="00BB137E">
      <w:pPr>
        <w:spacing w:after="0" w:line="240" w:lineRule="auto"/>
      </w:pPr>
      <w:r w:rsidRPr="003C01BE">
        <w:rPr>
          <w:rFonts w:ascii="Courier New" w:hAnsi="Courier New"/>
          <w:sz w:val="16"/>
        </w:rPr>
        <w:t xml:space="preserve">    Surv(time_landmark_corrected, event) ~</w:t>
      </w:r>
    </w:p>
    <w:p w:rsidR="00BB137E" w:rsidRPr="003C01BE" w:rsidRDefault="00BB137E" w:rsidP="00BB137E">
      <w:pPr>
        <w:spacing w:after="0" w:line="240" w:lineRule="auto"/>
      </w:pPr>
      <w:r w:rsidRPr="003C01BE">
        <w:rPr>
          <w:rFonts w:ascii="Courier New" w:hAnsi="Courier New"/>
          <w:sz w:val="16"/>
        </w:rPr>
        <w:t xml:space="preserve">        age + female + CFS + SOFA + CCI + (1 | center),</w:t>
      </w:r>
    </w:p>
    <w:p w:rsidR="00BB137E" w:rsidRPr="003C01BE" w:rsidRDefault="00BB137E" w:rsidP="00BB137E">
      <w:pPr>
        <w:spacing w:after="0" w:line="240" w:lineRule="auto"/>
      </w:pPr>
      <w:r w:rsidRPr="003C01BE">
        <w:rPr>
          <w:rFonts w:ascii="Courier New" w:hAnsi="Courier New"/>
          <w:sz w:val="16"/>
        </w:rPr>
        <w:t xml:space="preserve">    data = analiz, ties = "efron"</w:t>
      </w:r>
    </w:p>
    <w:p w:rsidR="00BB137E" w:rsidRPr="003C01BE" w:rsidRDefault="00BB137E" w:rsidP="00BB137E">
      <w:pPr>
        <w:spacing w:after="0" w:line="240" w:lineRule="auto"/>
      </w:pPr>
      <w:r w:rsidRPr="003C01BE">
        <w:rPr>
          <w:rFonts w:ascii="Courier New" w:hAnsi="Courier New"/>
          <w:sz w:val="16"/>
        </w:rPr>
        <w:t>)</w:t>
      </w:r>
    </w:p>
    <w:p w:rsidR="00BB137E" w:rsidRPr="003C01BE" w:rsidRDefault="00BB137E" w:rsidP="00BB137E">
      <w:pPr>
        <w:spacing w:after="0" w:line="240" w:lineRule="auto"/>
      </w:pPr>
      <w:r w:rsidRPr="003C01BE">
        <w:rPr>
          <w:rFonts w:ascii="Courier New" w:hAnsi="Courier New"/>
          <w:sz w:val="16"/>
        </w:rPr>
        <w:t>mixed_extended_efron_corrected &lt;- coxme(</w:t>
      </w:r>
    </w:p>
    <w:p w:rsidR="00BB137E" w:rsidRPr="003C01BE" w:rsidRDefault="00BB137E" w:rsidP="00BB137E">
      <w:pPr>
        <w:spacing w:after="0" w:line="240" w:lineRule="auto"/>
      </w:pPr>
      <w:r w:rsidRPr="003C01BE">
        <w:rPr>
          <w:rFonts w:ascii="Courier New" w:hAnsi="Courier New"/>
          <w:sz w:val="16"/>
        </w:rPr>
        <w:t xml:space="preserve">    Surv(time_landmark_corrected, event) ~</w:t>
      </w:r>
    </w:p>
    <w:p w:rsidR="00BB137E" w:rsidRPr="003C01BE" w:rsidRDefault="00BB137E" w:rsidP="00BB137E">
      <w:pPr>
        <w:spacing w:after="0" w:line="240" w:lineRule="auto"/>
      </w:pPr>
      <w:r w:rsidRPr="003C01BE">
        <w:rPr>
          <w:rFonts w:ascii="Courier New" w:hAnsi="Courier New"/>
          <w:sz w:val="16"/>
        </w:rPr>
        <w:t xml:space="preserve">        age + female + CFS + SOFA + CCI + APACHEII + (1 | center),</w:t>
      </w:r>
    </w:p>
    <w:p w:rsidR="00BB137E" w:rsidRPr="003C01BE" w:rsidRDefault="00BB137E" w:rsidP="00BB137E">
      <w:pPr>
        <w:spacing w:after="0" w:line="240" w:lineRule="auto"/>
      </w:pPr>
      <w:r w:rsidRPr="003C01BE">
        <w:rPr>
          <w:rFonts w:ascii="Courier New" w:hAnsi="Courier New"/>
          <w:sz w:val="16"/>
        </w:rPr>
        <w:t xml:space="preserve">    data = analiz, ties = "efron"</w:t>
      </w:r>
    </w:p>
    <w:p w:rsidR="00BB137E" w:rsidRPr="003C01BE" w:rsidRDefault="00BB137E" w:rsidP="00BB137E">
      <w:pPr>
        <w:spacing w:after="0" w:line="240" w:lineRule="auto"/>
      </w:pPr>
      <w:r w:rsidRPr="003C01BE">
        <w:rPr>
          <w:rFonts w:ascii="Courier New" w:hAnsi="Courier New"/>
          <w:sz w:val="16"/>
        </w:rPr>
        <w:t>)</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summary(primary_standard_efron_corrected)</w:t>
      </w:r>
    </w:p>
    <w:p w:rsidR="00BB137E" w:rsidRPr="003C01BE" w:rsidRDefault="00BB137E" w:rsidP="00BB137E">
      <w:pPr>
        <w:spacing w:after="0" w:line="240" w:lineRule="auto"/>
      </w:pPr>
      <w:r w:rsidRPr="003C01BE">
        <w:rPr>
          <w:rFonts w:ascii="Courier New" w:hAnsi="Courier New"/>
          <w:sz w:val="16"/>
        </w:rPr>
        <w:t>summary(primary_clustered_efron_corrected)</w:t>
      </w:r>
    </w:p>
    <w:p w:rsidR="00BB137E" w:rsidRPr="003C01BE" w:rsidRDefault="00BB137E" w:rsidP="00BB137E">
      <w:pPr>
        <w:spacing w:after="0" w:line="240" w:lineRule="auto"/>
      </w:pPr>
      <w:r w:rsidRPr="003C01BE">
        <w:rPr>
          <w:rFonts w:ascii="Courier New" w:hAnsi="Courier New"/>
          <w:sz w:val="16"/>
        </w:rPr>
        <w:t>summary(extended_standard_efron_corrected)</w:t>
      </w:r>
    </w:p>
    <w:p w:rsidR="00BB137E" w:rsidRPr="003C01BE" w:rsidRDefault="00BB137E" w:rsidP="00BB137E">
      <w:pPr>
        <w:spacing w:after="0" w:line="240" w:lineRule="auto"/>
      </w:pPr>
      <w:r w:rsidRPr="003C01BE">
        <w:rPr>
          <w:rFonts w:ascii="Courier New" w:hAnsi="Courier New"/>
          <w:sz w:val="16"/>
        </w:rPr>
        <w:t>summary(extended_clustered_efron_corrected)</w:t>
      </w:r>
    </w:p>
    <w:p w:rsidR="00BB137E" w:rsidRPr="003C01BE" w:rsidRDefault="00BB137E" w:rsidP="00BB137E">
      <w:pPr>
        <w:spacing w:after="0" w:line="240" w:lineRule="auto"/>
      </w:pPr>
      <w:r w:rsidRPr="003C01BE">
        <w:rPr>
          <w:rFonts w:ascii="Courier New" w:hAnsi="Courier New"/>
          <w:sz w:val="16"/>
        </w:rPr>
        <w:t>summary(mixed_primary_efron_corrected)</w:t>
      </w:r>
    </w:p>
    <w:p w:rsidR="00BB137E" w:rsidRPr="003C01BE" w:rsidRDefault="00BB137E" w:rsidP="00BB137E">
      <w:pPr>
        <w:spacing w:after="0" w:line="240" w:lineRule="auto"/>
      </w:pPr>
      <w:r w:rsidRPr="003C01BE">
        <w:rPr>
          <w:rFonts w:ascii="Courier New" w:hAnsi="Courier New"/>
          <w:sz w:val="16"/>
        </w:rPr>
        <w:t>VarCorr(mixed_primary_efron_corrected)</w:t>
      </w:r>
    </w:p>
    <w:p w:rsidR="00BB137E" w:rsidRPr="003C01BE" w:rsidRDefault="00BB137E" w:rsidP="00BB137E">
      <w:pPr>
        <w:spacing w:after="0" w:line="240" w:lineRule="auto"/>
      </w:pPr>
      <w:r w:rsidRPr="003C01BE">
        <w:rPr>
          <w:rFonts w:ascii="Courier New" w:hAnsi="Courier New"/>
          <w:sz w:val="16"/>
        </w:rPr>
        <w:t>summary(mixed_extended_efron_corrected)</w:t>
      </w:r>
    </w:p>
    <w:p w:rsidR="00BB137E" w:rsidRPr="003C01BE" w:rsidRDefault="00BB137E" w:rsidP="00BB137E">
      <w:pPr>
        <w:spacing w:after="0" w:line="240" w:lineRule="auto"/>
      </w:pPr>
      <w:r w:rsidRPr="003C01BE">
        <w:rPr>
          <w:rFonts w:ascii="Courier New" w:hAnsi="Courier New"/>
          <w:sz w:val="16"/>
        </w:rPr>
        <w:t>VarCorr(mixed_extended_efron_corrected)</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 Scaled Schoenfeld residual tests of proportional hazards</w:t>
      </w:r>
    </w:p>
    <w:p w:rsidR="00BB137E" w:rsidRPr="003C01BE" w:rsidRDefault="00BB137E" w:rsidP="00BB137E">
      <w:pPr>
        <w:spacing w:after="0" w:line="240" w:lineRule="auto"/>
      </w:pPr>
      <w:r w:rsidRPr="003C01BE">
        <w:rPr>
          <w:rFonts w:ascii="Courier New" w:hAnsi="Courier New"/>
          <w:sz w:val="16"/>
        </w:rPr>
        <w:t>ph_primary_corrected &lt;- cox.zph(</w:t>
      </w:r>
    </w:p>
    <w:p w:rsidR="00BB137E" w:rsidRPr="003C01BE" w:rsidRDefault="00BB137E" w:rsidP="00BB137E">
      <w:pPr>
        <w:spacing w:after="0" w:line="240" w:lineRule="auto"/>
      </w:pPr>
      <w:r w:rsidRPr="003C01BE">
        <w:rPr>
          <w:rFonts w:ascii="Courier New" w:hAnsi="Courier New"/>
          <w:sz w:val="16"/>
        </w:rPr>
        <w:t xml:space="preserve">    primary_standard_corrected, transform = "km", terms = TRUE, global = TRUE</w:t>
      </w:r>
    </w:p>
    <w:p w:rsidR="00BB137E" w:rsidRPr="003C01BE" w:rsidRDefault="00BB137E" w:rsidP="00BB137E">
      <w:pPr>
        <w:spacing w:after="0" w:line="240" w:lineRule="auto"/>
      </w:pPr>
      <w:r w:rsidRPr="003C01BE">
        <w:rPr>
          <w:rFonts w:ascii="Courier New" w:hAnsi="Courier New"/>
          <w:sz w:val="16"/>
        </w:rPr>
        <w:t>)</w:t>
      </w:r>
    </w:p>
    <w:p w:rsidR="00BB137E" w:rsidRPr="003C01BE" w:rsidRDefault="00BB137E" w:rsidP="00BB137E">
      <w:pPr>
        <w:spacing w:after="0" w:line="240" w:lineRule="auto"/>
      </w:pPr>
      <w:r w:rsidRPr="003C01BE">
        <w:rPr>
          <w:rFonts w:ascii="Courier New" w:hAnsi="Courier New"/>
          <w:sz w:val="16"/>
        </w:rPr>
        <w:t>ph_extended_corrected &lt;- cox.zph(</w:t>
      </w:r>
    </w:p>
    <w:p w:rsidR="00BB137E" w:rsidRPr="003C01BE" w:rsidRDefault="00BB137E" w:rsidP="00BB137E">
      <w:pPr>
        <w:spacing w:after="0" w:line="240" w:lineRule="auto"/>
      </w:pPr>
      <w:r w:rsidRPr="003C01BE">
        <w:rPr>
          <w:rFonts w:ascii="Courier New" w:hAnsi="Courier New"/>
          <w:sz w:val="16"/>
        </w:rPr>
        <w:t xml:space="preserve">    extended_standard_corrected, transform = "km", terms = TRUE, global = TRUE</w:t>
      </w:r>
    </w:p>
    <w:p w:rsidR="00BB137E" w:rsidRPr="003C01BE" w:rsidRDefault="00BB137E" w:rsidP="00BB137E">
      <w:pPr>
        <w:spacing w:after="0" w:line="240" w:lineRule="auto"/>
      </w:pPr>
      <w:r w:rsidRPr="003C01BE">
        <w:rPr>
          <w:rFonts w:ascii="Courier New" w:hAnsi="Courier New"/>
          <w:sz w:val="16"/>
        </w:rPr>
        <w:t>)</w:t>
      </w:r>
    </w:p>
    <w:p w:rsidR="00BB137E" w:rsidRPr="003C01BE" w:rsidRDefault="00BB137E" w:rsidP="00BB137E">
      <w:pPr>
        <w:spacing w:after="0" w:line="240" w:lineRule="auto"/>
      </w:pPr>
      <w:r w:rsidRPr="003C01BE">
        <w:rPr>
          <w:rFonts w:ascii="Courier New" w:hAnsi="Courier New"/>
          <w:sz w:val="16"/>
        </w:rPr>
        <w:t>print(ph_primary_corrected)</w:t>
      </w:r>
    </w:p>
    <w:p w:rsidR="00BB137E" w:rsidRPr="003C01BE" w:rsidRDefault="00BB137E" w:rsidP="00BB137E">
      <w:pPr>
        <w:spacing w:after="0" w:line="240" w:lineRule="auto"/>
      </w:pPr>
      <w:r w:rsidRPr="003C01BE">
        <w:rPr>
          <w:rFonts w:ascii="Courier New" w:hAnsi="Courier New"/>
          <w:sz w:val="16"/>
        </w:rPr>
        <w:t>print(ph_extended_corrected)</w:t>
      </w:r>
    </w:p>
    <w:p w:rsidR="00BB137E" w:rsidRPr="003C01BE" w:rsidRDefault="00BB137E" w:rsidP="00BB137E">
      <w:pPr>
        <w:spacing w:after="0" w:line="240" w:lineRule="auto"/>
      </w:pPr>
      <w:r w:rsidRPr="003C01BE">
        <w:rPr>
          <w:rFonts w:ascii="Courier New" w:hAnsi="Courier New"/>
          <w:sz w:val="16"/>
        </w:rPr>
        <w:lastRenderedPageBreak/>
        <w:t xml:space="preserve"> </w:t>
      </w:r>
    </w:p>
    <w:p w:rsidR="00BB137E" w:rsidRPr="003C01BE" w:rsidRDefault="00BB137E" w:rsidP="00BB137E">
      <w:pPr>
        <w:spacing w:after="0" w:line="240" w:lineRule="auto"/>
      </w:pPr>
      <w:r w:rsidRPr="003C01BE">
        <w:rPr>
          <w:rFonts w:ascii="Courier New" w:hAnsi="Courier New"/>
          <w:sz w:val="16"/>
        </w:rPr>
        <w:t># Three-panel scaled Schoenfeld-residual diagnostic figure</w:t>
      </w:r>
    </w:p>
    <w:p w:rsidR="00BB137E" w:rsidRPr="003C01BE" w:rsidRDefault="00BB137E" w:rsidP="00BB137E">
      <w:pPr>
        <w:spacing w:after="0" w:line="240" w:lineRule="auto"/>
      </w:pPr>
      <w:r w:rsidRPr="003C01BE">
        <w:rPr>
          <w:rFonts w:ascii="Courier New" w:hAnsi="Courier New"/>
          <w:sz w:val="16"/>
        </w:rPr>
        <w:t>png(</w:t>
      </w:r>
    </w:p>
    <w:p w:rsidR="00BB137E" w:rsidRPr="003C01BE" w:rsidRDefault="00BB137E" w:rsidP="00BB137E">
      <w:pPr>
        <w:spacing w:after="0" w:line="240" w:lineRule="auto"/>
      </w:pPr>
      <w:r w:rsidRPr="003C01BE">
        <w:rPr>
          <w:rFonts w:ascii="Courier New" w:hAnsi="Courier New"/>
          <w:sz w:val="16"/>
        </w:rPr>
        <w:t xml:space="preserve">    "Figure_SF2-1_corrected.png",</w:t>
      </w:r>
    </w:p>
    <w:p w:rsidR="00BB137E" w:rsidRPr="003C01BE" w:rsidRDefault="00BB137E" w:rsidP="00BB137E">
      <w:pPr>
        <w:spacing w:after="0" w:line="240" w:lineRule="auto"/>
      </w:pPr>
      <w:r w:rsidRPr="003C01BE">
        <w:rPr>
          <w:rFonts w:ascii="Courier New" w:hAnsi="Courier New"/>
          <w:sz w:val="16"/>
        </w:rPr>
        <w:t xml:space="preserve">    width = 3600,</w:t>
      </w:r>
    </w:p>
    <w:p w:rsidR="00BB137E" w:rsidRPr="003C01BE" w:rsidRDefault="00BB137E" w:rsidP="00BB137E">
      <w:pPr>
        <w:spacing w:after="0" w:line="240" w:lineRule="auto"/>
      </w:pPr>
      <w:r w:rsidRPr="003C01BE">
        <w:rPr>
          <w:rFonts w:ascii="Courier New" w:hAnsi="Courier New"/>
          <w:sz w:val="16"/>
        </w:rPr>
        <w:t xml:space="preserve">    height = 1350,</w:t>
      </w:r>
    </w:p>
    <w:p w:rsidR="00BB137E" w:rsidRPr="003C01BE" w:rsidRDefault="00BB137E" w:rsidP="00BB137E">
      <w:pPr>
        <w:spacing w:after="0" w:line="240" w:lineRule="auto"/>
      </w:pPr>
      <w:r w:rsidRPr="003C01BE">
        <w:rPr>
          <w:rFonts w:ascii="Courier New" w:hAnsi="Courier New"/>
          <w:sz w:val="16"/>
        </w:rPr>
        <w:t xml:space="preserve">    res = 300</w:t>
      </w:r>
    </w:p>
    <w:p w:rsidR="00BB137E" w:rsidRPr="003C01BE" w:rsidRDefault="00BB137E" w:rsidP="00BB137E">
      <w:pPr>
        <w:spacing w:after="0" w:line="240" w:lineRule="auto"/>
      </w:pPr>
      <w:r w:rsidRPr="003C01BE">
        <w:rPr>
          <w:rFonts w:ascii="Courier New" w:hAnsi="Courier New"/>
          <w:sz w:val="16"/>
        </w:rPr>
        <w:t>)</w:t>
      </w:r>
    </w:p>
    <w:p w:rsidR="00BB137E" w:rsidRPr="003C01BE" w:rsidRDefault="00BB137E" w:rsidP="00BB137E">
      <w:pPr>
        <w:spacing w:after="0" w:line="240" w:lineRule="auto"/>
      </w:pPr>
      <w:r w:rsidRPr="003C01BE">
        <w:rPr>
          <w:rFonts w:ascii="Courier New" w:hAnsi="Courier New"/>
          <w:sz w:val="16"/>
        </w:rPr>
        <w:t>par(</w:t>
      </w:r>
    </w:p>
    <w:p w:rsidR="00BB137E" w:rsidRPr="003C01BE" w:rsidRDefault="00BB137E" w:rsidP="00BB137E">
      <w:pPr>
        <w:spacing w:after="0" w:line="240" w:lineRule="auto"/>
      </w:pPr>
      <w:r w:rsidRPr="003C01BE">
        <w:rPr>
          <w:rFonts w:ascii="Courier New" w:hAnsi="Courier New"/>
          <w:sz w:val="16"/>
        </w:rPr>
        <w:t xml:space="preserve">    mfrow = c(1, 3),</w:t>
      </w:r>
    </w:p>
    <w:p w:rsidR="00BB137E" w:rsidRPr="003C01BE" w:rsidRDefault="00BB137E" w:rsidP="00BB137E">
      <w:pPr>
        <w:spacing w:after="0" w:line="240" w:lineRule="auto"/>
      </w:pPr>
      <w:r w:rsidRPr="003C01BE">
        <w:rPr>
          <w:rFonts w:ascii="Courier New" w:hAnsi="Courier New"/>
          <w:sz w:val="16"/>
        </w:rPr>
        <w:t xml:space="preserve">    mar = c(4.8, 4.8, 3.2, 1.2),</w:t>
      </w:r>
    </w:p>
    <w:p w:rsidR="00BB137E" w:rsidRPr="003C01BE" w:rsidRDefault="00BB137E" w:rsidP="00BB137E">
      <w:pPr>
        <w:spacing w:after="0" w:line="240" w:lineRule="auto"/>
      </w:pPr>
      <w:r w:rsidRPr="003C01BE">
        <w:rPr>
          <w:rFonts w:ascii="Courier New" w:hAnsi="Courier New"/>
          <w:sz w:val="16"/>
        </w:rPr>
        <w:t xml:space="preserve">    las = 1</w:t>
      </w:r>
    </w:p>
    <w:p w:rsidR="00BB137E" w:rsidRPr="003C01BE" w:rsidRDefault="00BB137E" w:rsidP="00BB137E">
      <w:pPr>
        <w:spacing w:after="0" w:line="240" w:lineRule="auto"/>
      </w:pPr>
      <w:r w:rsidRPr="003C01BE">
        <w:rPr>
          <w:rFonts w:ascii="Courier New" w:hAnsi="Courier New"/>
          <w:sz w:val="16"/>
        </w:rPr>
        <w:t>)</w:t>
      </w:r>
    </w:p>
    <w:p w:rsidR="00BB137E" w:rsidRPr="003C01BE" w:rsidRDefault="00BB137E" w:rsidP="00BB137E">
      <w:pPr>
        <w:spacing w:after="0" w:line="240" w:lineRule="auto"/>
      </w:pPr>
      <w:r w:rsidRPr="003C01BE">
        <w:rPr>
          <w:rFonts w:ascii="Courier New" w:hAnsi="Courier New"/>
          <w:sz w:val="16"/>
        </w:rPr>
        <w:t>plot(</w:t>
      </w:r>
    </w:p>
    <w:p w:rsidR="00BB137E" w:rsidRPr="003C01BE" w:rsidRDefault="00BB137E" w:rsidP="00BB137E">
      <w:pPr>
        <w:spacing w:after="0" w:line="240" w:lineRule="auto"/>
      </w:pPr>
      <w:r w:rsidRPr="003C01BE">
        <w:rPr>
          <w:rFonts w:ascii="Courier New" w:hAnsi="Courier New"/>
          <w:sz w:val="16"/>
        </w:rPr>
        <w:t xml:space="preserve">    ph_primary_corrected["SOFA"],</w:t>
      </w:r>
    </w:p>
    <w:p w:rsidR="00BB137E" w:rsidRPr="003C01BE" w:rsidRDefault="00BB137E" w:rsidP="00BB137E">
      <w:pPr>
        <w:spacing w:after="0" w:line="240" w:lineRule="auto"/>
      </w:pPr>
      <w:r w:rsidRPr="003C01BE">
        <w:rPr>
          <w:rFonts w:ascii="Courier New" w:hAnsi="Courier New"/>
          <w:sz w:val="16"/>
        </w:rPr>
        <w:t xml:space="preserve">    se = TRUE,</w:t>
      </w:r>
    </w:p>
    <w:p w:rsidR="00BB137E" w:rsidRPr="003C01BE" w:rsidRDefault="00BB137E" w:rsidP="00BB137E">
      <w:pPr>
        <w:spacing w:after="0" w:line="240" w:lineRule="auto"/>
      </w:pPr>
      <w:r w:rsidRPr="003C01BE">
        <w:rPr>
          <w:rFonts w:ascii="Courier New" w:hAnsi="Courier New"/>
          <w:sz w:val="16"/>
        </w:rPr>
        <w:t xml:space="preserve">    resid = FALSE,</w:t>
      </w:r>
    </w:p>
    <w:p w:rsidR="00BB137E" w:rsidRPr="003C01BE" w:rsidRDefault="00BB137E" w:rsidP="00BB137E">
      <w:pPr>
        <w:spacing w:after="0" w:line="240" w:lineRule="auto"/>
      </w:pPr>
      <w:r w:rsidRPr="003C01BE">
        <w:rPr>
          <w:rFonts w:ascii="Courier New" w:hAnsi="Courier New"/>
          <w:sz w:val="16"/>
        </w:rPr>
        <w:t xml:space="preserve">    xlab = "Days since 48-hour landmark",</w:t>
      </w:r>
    </w:p>
    <w:p w:rsidR="00BB137E" w:rsidRPr="003C01BE" w:rsidRDefault="00BB137E" w:rsidP="00BB137E">
      <w:pPr>
        <w:spacing w:after="0" w:line="240" w:lineRule="auto"/>
      </w:pPr>
      <w:r w:rsidRPr="003C01BE">
        <w:rPr>
          <w:rFonts w:ascii="Courier New" w:hAnsi="Courier New"/>
          <w:sz w:val="16"/>
        </w:rPr>
        <w:t xml:space="preserve">    ylab = "Time-varying coefficient",</w:t>
      </w:r>
    </w:p>
    <w:p w:rsidR="00BB137E" w:rsidRPr="003C01BE" w:rsidRDefault="00BB137E" w:rsidP="00BB137E">
      <w:pPr>
        <w:spacing w:after="0" w:line="240" w:lineRule="auto"/>
      </w:pPr>
      <w:r w:rsidRPr="003C01BE">
        <w:rPr>
          <w:rFonts w:ascii="Courier New" w:hAnsi="Courier New"/>
          <w:sz w:val="16"/>
        </w:rPr>
        <w:t xml:space="preserve">    main = "A. Primary model: SOFA"</w:t>
      </w:r>
    </w:p>
    <w:p w:rsidR="00BB137E" w:rsidRPr="003C01BE" w:rsidRDefault="00BB137E" w:rsidP="00BB137E">
      <w:pPr>
        <w:spacing w:after="0" w:line="240" w:lineRule="auto"/>
      </w:pPr>
      <w:r w:rsidRPr="003C01BE">
        <w:rPr>
          <w:rFonts w:ascii="Courier New" w:hAnsi="Courier New"/>
          <w:sz w:val="16"/>
        </w:rPr>
        <w:t>)</w:t>
      </w:r>
    </w:p>
    <w:p w:rsidR="00BB137E" w:rsidRPr="003C01BE" w:rsidRDefault="00BB137E" w:rsidP="00BB137E">
      <w:pPr>
        <w:spacing w:after="0" w:line="240" w:lineRule="auto"/>
      </w:pPr>
      <w:r w:rsidRPr="003C01BE">
        <w:rPr>
          <w:rFonts w:ascii="Courier New" w:hAnsi="Courier New"/>
          <w:sz w:val="16"/>
        </w:rPr>
        <w:t>abline(</w:t>
      </w:r>
    </w:p>
    <w:p w:rsidR="00BB137E" w:rsidRPr="003C01BE" w:rsidRDefault="00BB137E" w:rsidP="00BB137E">
      <w:pPr>
        <w:spacing w:after="0" w:line="240" w:lineRule="auto"/>
      </w:pPr>
      <w:r w:rsidRPr="003C01BE">
        <w:rPr>
          <w:rFonts w:ascii="Courier New" w:hAnsi="Courier New"/>
          <w:sz w:val="16"/>
        </w:rPr>
        <w:t xml:space="preserve">    h = coef(primary_standard_corrected)["SOFA"],</w:t>
      </w:r>
    </w:p>
    <w:p w:rsidR="00BB137E" w:rsidRPr="003C01BE" w:rsidRDefault="00BB137E" w:rsidP="00BB137E">
      <w:pPr>
        <w:spacing w:after="0" w:line="240" w:lineRule="auto"/>
      </w:pPr>
      <w:r w:rsidRPr="003C01BE">
        <w:rPr>
          <w:rFonts w:ascii="Courier New" w:hAnsi="Courier New"/>
          <w:sz w:val="16"/>
        </w:rPr>
        <w:t xml:space="preserve">    lty = 2,</w:t>
      </w:r>
    </w:p>
    <w:p w:rsidR="00BB137E" w:rsidRPr="003C01BE" w:rsidRDefault="00BB137E" w:rsidP="00BB137E">
      <w:pPr>
        <w:spacing w:after="0" w:line="240" w:lineRule="auto"/>
      </w:pPr>
      <w:r w:rsidRPr="003C01BE">
        <w:rPr>
          <w:rFonts w:ascii="Courier New" w:hAnsi="Courier New"/>
          <w:sz w:val="16"/>
        </w:rPr>
        <w:t xml:space="preserve">    col = "grey40"</w:t>
      </w:r>
    </w:p>
    <w:p w:rsidR="00BB137E" w:rsidRPr="003C01BE" w:rsidRDefault="00BB137E" w:rsidP="00BB137E">
      <w:pPr>
        <w:spacing w:after="0" w:line="240" w:lineRule="auto"/>
      </w:pPr>
      <w:r w:rsidRPr="003C01BE">
        <w:rPr>
          <w:rFonts w:ascii="Courier New" w:hAnsi="Courier New"/>
          <w:sz w:val="16"/>
        </w:rPr>
        <w:t>)</w:t>
      </w:r>
    </w:p>
    <w:p w:rsidR="00BB137E" w:rsidRPr="003C01BE" w:rsidRDefault="00BB137E" w:rsidP="00BB137E">
      <w:pPr>
        <w:spacing w:after="0" w:line="240" w:lineRule="auto"/>
      </w:pPr>
      <w:r w:rsidRPr="003C01BE">
        <w:rPr>
          <w:rFonts w:ascii="Courier New" w:hAnsi="Courier New"/>
          <w:sz w:val="16"/>
        </w:rPr>
        <w:t>plot(</w:t>
      </w:r>
    </w:p>
    <w:p w:rsidR="00BB137E" w:rsidRPr="003C01BE" w:rsidRDefault="00BB137E" w:rsidP="00BB137E">
      <w:pPr>
        <w:spacing w:after="0" w:line="240" w:lineRule="auto"/>
      </w:pPr>
      <w:r w:rsidRPr="003C01BE">
        <w:rPr>
          <w:rFonts w:ascii="Courier New" w:hAnsi="Courier New"/>
          <w:sz w:val="16"/>
        </w:rPr>
        <w:t xml:space="preserve">    ph_extended_corrected["SOFA"],</w:t>
      </w:r>
    </w:p>
    <w:p w:rsidR="00BB137E" w:rsidRPr="003C01BE" w:rsidRDefault="00BB137E" w:rsidP="00BB137E">
      <w:pPr>
        <w:spacing w:after="0" w:line="240" w:lineRule="auto"/>
      </w:pPr>
      <w:r w:rsidRPr="003C01BE">
        <w:rPr>
          <w:rFonts w:ascii="Courier New" w:hAnsi="Courier New"/>
          <w:sz w:val="16"/>
        </w:rPr>
        <w:t xml:space="preserve">    se = TRUE,</w:t>
      </w:r>
    </w:p>
    <w:p w:rsidR="00BB137E" w:rsidRPr="003C01BE" w:rsidRDefault="00BB137E" w:rsidP="00BB137E">
      <w:pPr>
        <w:spacing w:after="0" w:line="240" w:lineRule="auto"/>
      </w:pPr>
      <w:r w:rsidRPr="003C01BE">
        <w:rPr>
          <w:rFonts w:ascii="Courier New" w:hAnsi="Courier New"/>
          <w:sz w:val="16"/>
        </w:rPr>
        <w:t xml:space="preserve">    resid = FALSE,</w:t>
      </w:r>
    </w:p>
    <w:p w:rsidR="00BB137E" w:rsidRPr="003C01BE" w:rsidRDefault="00BB137E" w:rsidP="00BB137E">
      <w:pPr>
        <w:spacing w:after="0" w:line="240" w:lineRule="auto"/>
      </w:pPr>
      <w:r w:rsidRPr="003C01BE">
        <w:rPr>
          <w:rFonts w:ascii="Courier New" w:hAnsi="Courier New"/>
          <w:sz w:val="16"/>
        </w:rPr>
        <w:t xml:space="preserve">    xlab = "Days since 48-hour landmark",</w:t>
      </w:r>
    </w:p>
    <w:p w:rsidR="00BB137E" w:rsidRPr="003C01BE" w:rsidRDefault="00BB137E" w:rsidP="00BB137E">
      <w:pPr>
        <w:spacing w:after="0" w:line="240" w:lineRule="auto"/>
      </w:pPr>
      <w:r w:rsidRPr="003C01BE">
        <w:rPr>
          <w:rFonts w:ascii="Courier New" w:hAnsi="Courier New"/>
          <w:sz w:val="16"/>
        </w:rPr>
        <w:t xml:space="preserve">    ylab = "Time-varying coefficient",</w:t>
      </w:r>
    </w:p>
    <w:p w:rsidR="00BB137E" w:rsidRPr="003C01BE" w:rsidRDefault="00BB137E" w:rsidP="00BB137E">
      <w:pPr>
        <w:spacing w:after="0" w:line="240" w:lineRule="auto"/>
      </w:pPr>
      <w:r w:rsidRPr="003C01BE">
        <w:rPr>
          <w:rFonts w:ascii="Courier New" w:hAnsi="Courier New"/>
          <w:sz w:val="16"/>
        </w:rPr>
        <w:t xml:space="preserve">    main = "B. Extended model: SOFA"</w:t>
      </w:r>
    </w:p>
    <w:p w:rsidR="00BB137E" w:rsidRPr="003C01BE" w:rsidRDefault="00BB137E" w:rsidP="00BB137E">
      <w:pPr>
        <w:spacing w:after="0" w:line="240" w:lineRule="auto"/>
      </w:pPr>
      <w:r w:rsidRPr="003C01BE">
        <w:rPr>
          <w:rFonts w:ascii="Courier New" w:hAnsi="Courier New"/>
          <w:sz w:val="16"/>
        </w:rPr>
        <w:t>)</w:t>
      </w:r>
    </w:p>
    <w:p w:rsidR="00BB137E" w:rsidRPr="003C01BE" w:rsidRDefault="00BB137E" w:rsidP="00BB137E">
      <w:pPr>
        <w:spacing w:after="0" w:line="240" w:lineRule="auto"/>
      </w:pPr>
      <w:r w:rsidRPr="003C01BE">
        <w:rPr>
          <w:rFonts w:ascii="Courier New" w:hAnsi="Courier New"/>
          <w:sz w:val="16"/>
        </w:rPr>
        <w:t>abline(</w:t>
      </w:r>
    </w:p>
    <w:p w:rsidR="00BB137E" w:rsidRPr="003C01BE" w:rsidRDefault="00BB137E" w:rsidP="00BB137E">
      <w:pPr>
        <w:spacing w:after="0" w:line="240" w:lineRule="auto"/>
      </w:pPr>
      <w:r w:rsidRPr="003C01BE">
        <w:rPr>
          <w:rFonts w:ascii="Courier New" w:hAnsi="Courier New"/>
          <w:sz w:val="16"/>
        </w:rPr>
        <w:t xml:space="preserve">    h = coef(extended_standard_corrected)["SOFA"],</w:t>
      </w:r>
    </w:p>
    <w:p w:rsidR="00BB137E" w:rsidRPr="003C01BE" w:rsidRDefault="00BB137E" w:rsidP="00BB137E">
      <w:pPr>
        <w:spacing w:after="0" w:line="240" w:lineRule="auto"/>
      </w:pPr>
      <w:r w:rsidRPr="003C01BE">
        <w:rPr>
          <w:rFonts w:ascii="Courier New" w:hAnsi="Courier New"/>
          <w:sz w:val="16"/>
        </w:rPr>
        <w:t xml:space="preserve">    lty = 2,</w:t>
      </w:r>
    </w:p>
    <w:p w:rsidR="00BB137E" w:rsidRPr="003C01BE" w:rsidRDefault="00BB137E" w:rsidP="00BB137E">
      <w:pPr>
        <w:spacing w:after="0" w:line="240" w:lineRule="auto"/>
      </w:pPr>
      <w:r w:rsidRPr="003C01BE">
        <w:rPr>
          <w:rFonts w:ascii="Courier New" w:hAnsi="Courier New"/>
          <w:sz w:val="16"/>
        </w:rPr>
        <w:t xml:space="preserve">    col = "grey40"</w:t>
      </w:r>
    </w:p>
    <w:p w:rsidR="00BB137E" w:rsidRPr="003C01BE" w:rsidRDefault="00BB137E" w:rsidP="00BB137E">
      <w:pPr>
        <w:spacing w:after="0" w:line="240" w:lineRule="auto"/>
      </w:pPr>
      <w:r w:rsidRPr="003C01BE">
        <w:rPr>
          <w:rFonts w:ascii="Courier New" w:hAnsi="Courier New"/>
          <w:sz w:val="16"/>
        </w:rPr>
        <w:t>)</w:t>
      </w:r>
    </w:p>
    <w:p w:rsidR="00BB137E" w:rsidRPr="003C01BE" w:rsidRDefault="00BB137E" w:rsidP="00BB137E">
      <w:pPr>
        <w:spacing w:after="0" w:line="240" w:lineRule="auto"/>
      </w:pPr>
      <w:r w:rsidRPr="003C01BE">
        <w:rPr>
          <w:rFonts w:ascii="Courier New" w:hAnsi="Courier New"/>
          <w:sz w:val="16"/>
        </w:rPr>
        <w:t>plot(</w:t>
      </w:r>
    </w:p>
    <w:p w:rsidR="00BB137E" w:rsidRPr="003C01BE" w:rsidRDefault="00BB137E" w:rsidP="00BB137E">
      <w:pPr>
        <w:spacing w:after="0" w:line="240" w:lineRule="auto"/>
      </w:pPr>
      <w:r w:rsidRPr="003C01BE">
        <w:rPr>
          <w:rFonts w:ascii="Courier New" w:hAnsi="Courier New"/>
          <w:sz w:val="16"/>
        </w:rPr>
        <w:t xml:space="preserve">    ph_extended_corrected["APACHEII"],</w:t>
      </w:r>
    </w:p>
    <w:p w:rsidR="00BB137E" w:rsidRPr="003C01BE" w:rsidRDefault="00BB137E" w:rsidP="00BB137E">
      <w:pPr>
        <w:spacing w:after="0" w:line="240" w:lineRule="auto"/>
      </w:pPr>
      <w:r w:rsidRPr="003C01BE">
        <w:rPr>
          <w:rFonts w:ascii="Courier New" w:hAnsi="Courier New"/>
          <w:sz w:val="16"/>
        </w:rPr>
        <w:t xml:space="preserve">    se = TRUE,</w:t>
      </w:r>
    </w:p>
    <w:p w:rsidR="00BB137E" w:rsidRPr="003C01BE" w:rsidRDefault="00BB137E" w:rsidP="00BB137E">
      <w:pPr>
        <w:spacing w:after="0" w:line="240" w:lineRule="auto"/>
      </w:pPr>
      <w:r w:rsidRPr="003C01BE">
        <w:rPr>
          <w:rFonts w:ascii="Courier New" w:hAnsi="Courier New"/>
          <w:sz w:val="16"/>
        </w:rPr>
        <w:t xml:space="preserve">    resid = FALSE,</w:t>
      </w:r>
    </w:p>
    <w:p w:rsidR="00BB137E" w:rsidRPr="003C01BE" w:rsidRDefault="00BB137E" w:rsidP="00BB137E">
      <w:pPr>
        <w:spacing w:after="0" w:line="240" w:lineRule="auto"/>
      </w:pPr>
      <w:r w:rsidRPr="003C01BE">
        <w:rPr>
          <w:rFonts w:ascii="Courier New" w:hAnsi="Courier New"/>
          <w:sz w:val="16"/>
        </w:rPr>
        <w:t xml:space="preserve">    xlab = "Days since 48-hour landmark",</w:t>
      </w:r>
    </w:p>
    <w:p w:rsidR="00BB137E" w:rsidRPr="003C01BE" w:rsidRDefault="00BB137E" w:rsidP="00BB137E">
      <w:pPr>
        <w:spacing w:after="0" w:line="240" w:lineRule="auto"/>
      </w:pPr>
      <w:r w:rsidRPr="003C01BE">
        <w:rPr>
          <w:rFonts w:ascii="Courier New" w:hAnsi="Courier New"/>
          <w:sz w:val="16"/>
        </w:rPr>
        <w:t xml:space="preserve">    ylab = "Time-varying coefficient",</w:t>
      </w:r>
    </w:p>
    <w:p w:rsidR="00BB137E" w:rsidRPr="003C01BE" w:rsidRDefault="00BB137E" w:rsidP="00BB137E">
      <w:pPr>
        <w:spacing w:after="0" w:line="240" w:lineRule="auto"/>
      </w:pPr>
      <w:r w:rsidRPr="003C01BE">
        <w:rPr>
          <w:rFonts w:ascii="Courier New" w:hAnsi="Courier New"/>
          <w:sz w:val="16"/>
        </w:rPr>
        <w:t xml:space="preserve">    main = "C. Extended model: APACHE II"</w:t>
      </w:r>
    </w:p>
    <w:p w:rsidR="00BB137E" w:rsidRPr="003C01BE" w:rsidRDefault="00BB137E" w:rsidP="00BB137E">
      <w:pPr>
        <w:spacing w:after="0" w:line="240" w:lineRule="auto"/>
      </w:pPr>
      <w:r w:rsidRPr="003C01BE">
        <w:rPr>
          <w:rFonts w:ascii="Courier New" w:hAnsi="Courier New"/>
          <w:sz w:val="16"/>
        </w:rPr>
        <w:t>)</w:t>
      </w:r>
    </w:p>
    <w:p w:rsidR="00BB137E" w:rsidRPr="003C01BE" w:rsidRDefault="00BB137E" w:rsidP="00BB137E">
      <w:pPr>
        <w:spacing w:after="0" w:line="240" w:lineRule="auto"/>
      </w:pPr>
      <w:r w:rsidRPr="003C01BE">
        <w:rPr>
          <w:rFonts w:ascii="Courier New" w:hAnsi="Courier New"/>
          <w:sz w:val="16"/>
        </w:rPr>
        <w:t>abline(</w:t>
      </w:r>
    </w:p>
    <w:p w:rsidR="00BB137E" w:rsidRPr="003C01BE" w:rsidRDefault="00BB137E" w:rsidP="00BB137E">
      <w:pPr>
        <w:spacing w:after="0" w:line="240" w:lineRule="auto"/>
      </w:pPr>
      <w:r w:rsidRPr="003C01BE">
        <w:rPr>
          <w:rFonts w:ascii="Courier New" w:hAnsi="Courier New"/>
          <w:sz w:val="16"/>
        </w:rPr>
        <w:t xml:space="preserve">    h = coef(extended_standard_corrected)["APACHEII"],</w:t>
      </w:r>
    </w:p>
    <w:p w:rsidR="00BB137E" w:rsidRPr="003C01BE" w:rsidRDefault="00BB137E" w:rsidP="00BB137E">
      <w:pPr>
        <w:spacing w:after="0" w:line="240" w:lineRule="auto"/>
      </w:pPr>
      <w:r w:rsidRPr="003C01BE">
        <w:rPr>
          <w:rFonts w:ascii="Courier New" w:hAnsi="Courier New"/>
          <w:sz w:val="16"/>
        </w:rPr>
        <w:t xml:space="preserve">    lty = 2,</w:t>
      </w:r>
    </w:p>
    <w:p w:rsidR="00BB137E" w:rsidRPr="003C01BE" w:rsidRDefault="00BB137E" w:rsidP="00BB137E">
      <w:pPr>
        <w:spacing w:after="0" w:line="240" w:lineRule="auto"/>
      </w:pPr>
      <w:r w:rsidRPr="003C01BE">
        <w:rPr>
          <w:rFonts w:ascii="Courier New" w:hAnsi="Courier New"/>
          <w:sz w:val="16"/>
        </w:rPr>
        <w:t xml:space="preserve">    col = "grey40"</w:t>
      </w:r>
    </w:p>
    <w:p w:rsidR="00BB137E" w:rsidRPr="003C01BE" w:rsidRDefault="00BB137E" w:rsidP="00BB137E">
      <w:pPr>
        <w:spacing w:after="0" w:line="240" w:lineRule="auto"/>
      </w:pPr>
      <w:r w:rsidRPr="003C01BE">
        <w:rPr>
          <w:rFonts w:ascii="Courier New" w:hAnsi="Courier New"/>
          <w:sz w:val="16"/>
        </w:rPr>
        <w:t>)</w:t>
      </w:r>
    </w:p>
    <w:p w:rsidR="00BB137E" w:rsidRPr="003C01BE" w:rsidRDefault="00BB137E" w:rsidP="00BB137E">
      <w:pPr>
        <w:spacing w:after="0" w:line="240" w:lineRule="auto"/>
      </w:pPr>
      <w:r w:rsidRPr="003C01BE">
        <w:rPr>
          <w:rFonts w:ascii="Courier New" w:hAnsi="Courier New"/>
          <w:sz w:val="16"/>
        </w:rPr>
        <w:t>par(mfrow = c(1, 1))</w:t>
      </w:r>
    </w:p>
    <w:p w:rsidR="00BB137E" w:rsidRPr="003C01BE" w:rsidRDefault="00BB137E" w:rsidP="00BB137E">
      <w:pPr>
        <w:spacing w:after="0" w:line="240" w:lineRule="auto"/>
      </w:pPr>
      <w:r w:rsidRPr="003C01BE">
        <w:rPr>
          <w:rFonts w:ascii="Courier New" w:hAnsi="Courier New"/>
          <w:sz w:val="16"/>
        </w:rPr>
        <w:t>dev.off()</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 Comparable time-to-event discrimination</w:t>
      </w:r>
    </w:p>
    <w:p w:rsidR="00BB137E" w:rsidRPr="003C01BE" w:rsidRDefault="00BB137E" w:rsidP="00BB137E">
      <w:pPr>
        <w:spacing w:after="0" w:line="240" w:lineRule="auto"/>
      </w:pPr>
      <w:r w:rsidRPr="003C01BE">
        <w:rPr>
          <w:rFonts w:ascii="Courier New" w:hAnsi="Courier New"/>
          <w:sz w:val="16"/>
        </w:rPr>
        <w:t>sofa_only_corrected &lt;- coxph(</w:t>
      </w:r>
    </w:p>
    <w:p w:rsidR="00BB137E" w:rsidRPr="003C01BE" w:rsidRDefault="00BB137E" w:rsidP="00BB137E">
      <w:pPr>
        <w:spacing w:after="0" w:line="240" w:lineRule="auto"/>
      </w:pPr>
      <w:r w:rsidRPr="003C01BE">
        <w:rPr>
          <w:rFonts w:ascii="Courier New" w:hAnsi="Courier New"/>
          <w:sz w:val="16"/>
        </w:rPr>
        <w:t xml:space="preserve">    Surv(time_landmark_corrected, event) ~ SOFA,</w:t>
      </w:r>
    </w:p>
    <w:p w:rsidR="00BB137E" w:rsidRPr="003C01BE" w:rsidRDefault="00BB137E" w:rsidP="00BB137E">
      <w:pPr>
        <w:spacing w:after="0" w:line="240" w:lineRule="auto"/>
      </w:pPr>
      <w:r w:rsidRPr="003C01BE">
        <w:rPr>
          <w:rFonts w:ascii="Courier New" w:hAnsi="Courier New"/>
          <w:sz w:val="16"/>
        </w:rPr>
        <w:t xml:space="preserve">    data = analiz, ties = "breslow", x = TRUE, y = TRUE, model = TRUE</w:t>
      </w:r>
    </w:p>
    <w:p w:rsidR="00BB137E" w:rsidRPr="003C01BE" w:rsidRDefault="00BB137E" w:rsidP="00BB137E">
      <w:pPr>
        <w:spacing w:after="0" w:line="240" w:lineRule="auto"/>
      </w:pPr>
      <w:r w:rsidRPr="003C01BE">
        <w:rPr>
          <w:rFonts w:ascii="Courier New" w:hAnsi="Courier New"/>
          <w:sz w:val="16"/>
        </w:rPr>
        <w:t>)</w:t>
      </w:r>
    </w:p>
    <w:p w:rsidR="00BB137E" w:rsidRPr="003C01BE" w:rsidRDefault="00BB137E" w:rsidP="00BB137E">
      <w:pPr>
        <w:spacing w:after="0" w:line="240" w:lineRule="auto"/>
      </w:pPr>
      <w:r w:rsidRPr="003C01BE">
        <w:rPr>
          <w:rFonts w:ascii="Courier New" w:hAnsi="Courier New"/>
          <w:sz w:val="16"/>
        </w:rPr>
        <w:t>summary(sofa_only_corrected)</w:t>
      </w:r>
    </w:p>
    <w:p w:rsidR="00BB137E" w:rsidRPr="003C01BE" w:rsidRDefault="00BB137E" w:rsidP="00BB137E">
      <w:pPr>
        <w:spacing w:after="0" w:line="240" w:lineRule="auto"/>
      </w:pPr>
      <w:r w:rsidRPr="003C01BE">
        <w:rPr>
          <w:rFonts w:ascii="Courier New" w:hAnsi="Courier New"/>
          <w:sz w:val="16"/>
        </w:rPr>
        <w:t>summary(sofa_only_corrected)$concordance</w:t>
      </w:r>
    </w:p>
    <w:p w:rsidR="00BB137E" w:rsidRPr="003C01BE" w:rsidRDefault="00BB137E" w:rsidP="00BB137E">
      <w:pPr>
        <w:spacing w:after="0" w:line="240" w:lineRule="auto"/>
      </w:pPr>
      <w:r w:rsidRPr="003C01BE">
        <w:rPr>
          <w:rFonts w:ascii="Courier New" w:hAnsi="Courier New"/>
          <w:sz w:val="16"/>
        </w:rPr>
        <w:t>summary(primary_standard_corrected)$concordance</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R.version.string</w:t>
      </w:r>
    </w:p>
    <w:p w:rsidR="00BB137E" w:rsidRPr="003C01BE" w:rsidRDefault="00BB137E" w:rsidP="00BB137E">
      <w:pPr>
        <w:spacing w:after="0" w:line="240" w:lineRule="auto"/>
      </w:pPr>
      <w:r w:rsidRPr="003C01BE">
        <w:rPr>
          <w:rFonts w:ascii="Courier New" w:hAnsi="Courier New"/>
          <w:sz w:val="16"/>
        </w:rPr>
        <w:t>packageVersion("haven")</w:t>
      </w:r>
    </w:p>
    <w:p w:rsidR="00BB137E" w:rsidRPr="003C01BE" w:rsidRDefault="00BB137E" w:rsidP="00BB137E">
      <w:pPr>
        <w:spacing w:after="0" w:line="240" w:lineRule="auto"/>
      </w:pPr>
      <w:r w:rsidRPr="003C01BE">
        <w:rPr>
          <w:rFonts w:ascii="Courier New" w:hAnsi="Courier New"/>
          <w:sz w:val="16"/>
        </w:rPr>
        <w:t>packageVersion("survival")</w:t>
      </w:r>
    </w:p>
    <w:p w:rsidR="00BB137E" w:rsidRPr="003C01BE" w:rsidRDefault="00BB137E" w:rsidP="00BB137E">
      <w:pPr>
        <w:spacing w:after="0" w:line="240" w:lineRule="auto"/>
      </w:pPr>
      <w:r w:rsidRPr="003C01BE">
        <w:rPr>
          <w:rFonts w:ascii="Courier New" w:hAnsi="Courier New"/>
          <w:sz w:val="16"/>
        </w:rPr>
        <w:t>packageVersion("coxme")</w:t>
      </w:r>
    </w:p>
    <w:p w:rsidR="00BB137E" w:rsidRPr="003C01BE" w:rsidRDefault="00BB137E" w:rsidP="00BB137E">
      <w:pPr>
        <w:keepNext/>
        <w:spacing w:after="100"/>
      </w:pPr>
      <w:r w:rsidRPr="003C01BE">
        <w:br w:type="page"/>
      </w:r>
      <w:r w:rsidRPr="003C01BE">
        <w:rPr>
          <w:b/>
          <w:sz w:val="24"/>
        </w:rPr>
        <w:lastRenderedPageBreak/>
        <w:t>Complete printed R output: principal Breslow models</w:t>
      </w:r>
    </w:p>
    <w:p w:rsidR="00BB137E" w:rsidRPr="003C01BE" w:rsidRDefault="00BB137E" w:rsidP="00BB137E">
      <w:pPr>
        <w:spacing w:after="0" w:line="240" w:lineRule="auto"/>
      </w:pPr>
      <w:r w:rsidRPr="003C01BE">
        <w:rPr>
          <w:rFonts w:ascii="Courier New" w:hAnsi="Courier New"/>
          <w:sz w:val="16"/>
        </w:rPr>
        <w:t xml:space="preserve">Total patients: 1529 </w:t>
      </w:r>
    </w:p>
    <w:p w:rsidR="00BB137E" w:rsidRPr="003C01BE" w:rsidRDefault="00BB137E" w:rsidP="00BB137E">
      <w:pPr>
        <w:spacing w:after="0" w:line="240" w:lineRule="auto"/>
      </w:pPr>
      <w:r w:rsidRPr="003C01BE">
        <w:rPr>
          <w:rFonts w:ascii="Courier New" w:hAnsi="Courier New"/>
          <w:sz w:val="16"/>
        </w:rPr>
        <w:t xml:space="preserve">Deaths: 515 </w:t>
      </w:r>
    </w:p>
    <w:p w:rsidR="00BB137E" w:rsidRPr="003C01BE" w:rsidRDefault="00BB137E" w:rsidP="00BB137E">
      <w:pPr>
        <w:spacing w:after="0" w:line="240" w:lineRule="auto"/>
      </w:pPr>
      <w:r w:rsidRPr="003C01BE">
        <w:rPr>
          <w:rFonts w:ascii="Courier New" w:hAnsi="Courier New"/>
          <w:sz w:val="16"/>
        </w:rPr>
        <w:t xml:space="preserve">Survivors at day 30: 1014 </w:t>
      </w:r>
    </w:p>
    <w:p w:rsidR="00BB137E" w:rsidRPr="003C01BE" w:rsidRDefault="00BB137E" w:rsidP="00BB137E">
      <w:pPr>
        <w:spacing w:after="0" w:line="240" w:lineRule="auto"/>
      </w:pPr>
      <w:r w:rsidRPr="003C01BE">
        <w:rPr>
          <w:rFonts w:ascii="Courier New" w:hAnsi="Courier New"/>
          <w:sz w:val="16"/>
        </w:rPr>
        <w:t xml:space="preserve">Administratively censored at day 30: 1014 </w:t>
      </w:r>
    </w:p>
    <w:p w:rsidR="00BB137E" w:rsidRPr="003C01BE" w:rsidRDefault="00BB137E" w:rsidP="00BB137E">
      <w:pPr>
        <w:spacing w:after="0" w:line="240" w:lineRule="auto"/>
      </w:pPr>
      <w:r w:rsidRPr="003C01BE">
        <w:rPr>
          <w:rFonts w:ascii="Courier New" w:hAnsi="Courier New"/>
          <w:sz w:val="16"/>
        </w:rPr>
        <w:t xml:space="preserve">Censored before day 30: 0 </w:t>
      </w:r>
    </w:p>
    <w:p w:rsidR="00BB137E" w:rsidRPr="003C01BE" w:rsidRDefault="00BB137E" w:rsidP="00BB137E">
      <w:pPr>
        <w:spacing w:after="0" w:line="240" w:lineRule="auto"/>
      </w:pPr>
      <w:r w:rsidRPr="003C01BE">
        <w:rPr>
          <w:rFonts w:ascii="Courier New" w:hAnsi="Courier New"/>
          <w:sz w:val="16"/>
        </w:rPr>
        <w:t xml:space="preserve">Losses to follow-up: 0 </w:t>
      </w:r>
    </w:p>
    <w:p w:rsidR="00BB137E" w:rsidRPr="003C01BE" w:rsidRDefault="00BB137E" w:rsidP="00BB137E">
      <w:pPr>
        <w:spacing w:after="0" w:line="240" w:lineRule="auto"/>
      </w:pPr>
      <w:r w:rsidRPr="003C01BE">
        <w:rPr>
          <w:rFonts w:ascii="Courier New" w:hAnsi="Courier New"/>
          <w:sz w:val="16"/>
        </w:rPr>
        <w:t xml:space="preserve">Admission-based follow-up: 3 - 30 </w:t>
      </w:r>
    </w:p>
    <w:p w:rsidR="00BB137E" w:rsidRPr="003C01BE" w:rsidRDefault="00BB137E" w:rsidP="00BB137E">
      <w:pPr>
        <w:spacing w:after="0" w:line="240" w:lineRule="auto"/>
      </w:pPr>
      <w:r w:rsidRPr="003C01BE">
        <w:rPr>
          <w:rFonts w:ascii="Courier New" w:hAnsi="Courier New"/>
          <w:sz w:val="16"/>
        </w:rPr>
        <w:t xml:space="preserve">Landmark-based follow-up: 1 - 28 </w:t>
      </w:r>
    </w:p>
    <w:p w:rsidR="00BB137E" w:rsidRPr="003C01BE" w:rsidRDefault="00BB137E" w:rsidP="00BB137E">
      <w:pPr>
        <w:spacing w:after="0" w:line="240" w:lineRule="auto"/>
      </w:pPr>
      <w:r w:rsidRPr="003C01BE">
        <w:rPr>
          <w:rFonts w:ascii="Courier New" w:hAnsi="Courier New"/>
          <w:sz w:val="16"/>
        </w:rPr>
        <w:t>&gt; library(survival)</w:t>
      </w:r>
    </w:p>
    <w:p w:rsidR="00BB137E" w:rsidRPr="003C01BE" w:rsidRDefault="00BB137E" w:rsidP="00BB137E">
      <w:pPr>
        <w:spacing w:after="0" w:line="240" w:lineRule="auto"/>
      </w:pPr>
      <w:r w:rsidRPr="003C01BE">
        <w:rPr>
          <w:rFonts w:ascii="Courier New" w:hAnsi="Courier New"/>
          <w:sz w:val="16"/>
        </w:rPr>
        <w:t xml:space="preserve">&gt; </w:t>
      </w:r>
    </w:p>
    <w:p w:rsidR="00BB137E" w:rsidRPr="003C01BE" w:rsidRDefault="00BB137E" w:rsidP="00BB137E">
      <w:pPr>
        <w:spacing w:after="0" w:line="240" w:lineRule="auto"/>
      </w:pPr>
      <w:r w:rsidRPr="003C01BE">
        <w:rPr>
          <w:rFonts w:ascii="Courier New" w:hAnsi="Courier New"/>
          <w:sz w:val="16"/>
        </w:rPr>
        <w:t>&gt; primary_standard_corrected &lt;- coxph(</w:t>
      </w:r>
    </w:p>
    <w:p w:rsidR="00BB137E" w:rsidRPr="003C01BE" w:rsidRDefault="00BB137E" w:rsidP="00BB137E">
      <w:pPr>
        <w:spacing w:after="0" w:line="240" w:lineRule="auto"/>
      </w:pPr>
      <w:r w:rsidRPr="003C01BE">
        <w:rPr>
          <w:rFonts w:ascii="Courier New" w:hAnsi="Courier New"/>
          <w:sz w:val="16"/>
        </w:rPr>
        <w:t>+     Surv(time_landmark_corrected, event) ~</w:t>
      </w:r>
    </w:p>
    <w:p w:rsidR="00BB137E" w:rsidRPr="003C01BE" w:rsidRDefault="00BB137E" w:rsidP="00BB137E">
      <w:pPr>
        <w:spacing w:after="0" w:line="240" w:lineRule="auto"/>
      </w:pPr>
      <w:r w:rsidRPr="003C01BE">
        <w:rPr>
          <w:rFonts w:ascii="Courier New" w:hAnsi="Courier New"/>
          <w:sz w:val="16"/>
        </w:rPr>
        <w:t>+         age + female + CFS + SOFA + CCI,</w:t>
      </w:r>
    </w:p>
    <w:p w:rsidR="00BB137E" w:rsidRPr="003C01BE" w:rsidRDefault="00BB137E" w:rsidP="00BB137E">
      <w:pPr>
        <w:spacing w:after="0" w:line="240" w:lineRule="auto"/>
      </w:pPr>
      <w:r w:rsidRPr="003C01BE">
        <w:rPr>
          <w:rFonts w:ascii="Courier New" w:hAnsi="Courier New"/>
          <w:sz w:val="16"/>
        </w:rPr>
        <w:t>+     data = analiz,</w:t>
      </w:r>
    </w:p>
    <w:p w:rsidR="00BB137E" w:rsidRPr="003C01BE" w:rsidRDefault="00BB137E" w:rsidP="00BB137E">
      <w:pPr>
        <w:spacing w:after="0" w:line="240" w:lineRule="auto"/>
      </w:pPr>
      <w:r w:rsidRPr="003C01BE">
        <w:rPr>
          <w:rFonts w:ascii="Courier New" w:hAnsi="Courier New"/>
          <w:sz w:val="16"/>
        </w:rPr>
        <w:t>+     ties = "breslow",</w:t>
      </w:r>
    </w:p>
    <w:p w:rsidR="00BB137E" w:rsidRPr="003C01BE" w:rsidRDefault="00BB137E" w:rsidP="00BB137E">
      <w:pPr>
        <w:spacing w:after="0" w:line="240" w:lineRule="auto"/>
      </w:pPr>
      <w:r w:rsidRPr="003C01BE">
        <w:rPr>
          <w:rFonts w:ascii="Courier New" w:hAnsi="Courier New"/>
          <w:sz w:val="16"/>
        </w:rPr>
        <w:t>+     x = TRUE,</w:t>
      </w:r>
    </w:p>
    <w:p w:rsidR="00BB137E" w:rsidRPr="003C01BE" w:rsidRDefault="00BB137E" w:rsidP="00BB137E">
      <w:pPr>
        <w:spacing w:after="0" w:line="240" w:lineRule="auto"/>
      </w:pPr>
      <w:r w:rsidRPr="003C01BE">
        <w:rPr>
          <w:rFonts w:ascii="Courier New" w:hAnsi="Courier New"/>
          <w:sz w:val="16"/>
        </w:rPr>
        <w:t>+     y = TRUE,</w:t>
      </w:r>
    </w:p>
    <w:p w:rsidR="00BB137E" w:rsidRPr="003C01BE" w:rsidRDefault="00BB137E" w:rsidP="00BB137E">
      <w:pPr>
        <w:spacing w:after="0" w:line="240" w:lineRule="auto"/>
      </w:pPr>
      <w:r w:rsidRPr="003C01BE">
        <w:rPr>
          <w:rFonts w:ascii="Courier New" w:hAnsi="Courier New"/>
          <w:sz w:val="16"/>
        </w:rPr>
        <w:t>+     model = TRUE</w:t>
      </w:r>
    </w:p>
    <w:p w:rsidR="00BB137E" w:rsidRPr="003C01BE" w:rsidRDefault="00BB137E" w:rsidP="00BB137E">
      <w:pPr>
        <w:spacing w:after="0" w:line="240" w:lineRule="auto"/>
      </w:pPr>
      <w:r w:rsidRPr="003C01BE">
        <w:rPr>
          <w:rFonts w:ascii="Courier New" w:hAnsi="Courier New"/>
          <w:sz w:val="16"/>
        </w:rPr>
        <w:t>+ )</w:t>
      </w:r>
    </w:p>
    <w:p w:rsidR="00BB137E" w:rsidRPr="003C01BE" w:rsidRDefault="00BB137E" w:rsidP="00BB137E">
      <w:pPr>
        <w:spacing w:after="0" w:line="240" w:lineRule="auto"/>
      </w:pPr>
      <w:r w:rsidRPr="003C01BE">
        <w:rPr>
          <w:rFonts w:ascii="Courier New" w:hAnsi="Courier New"/>
          <w:sz w:val="16"/>
        </w:rPr>
        <w:t xml:space="preserve">&gt; </w:t>
      </w:r>
    </w:p>
    <w:p w:rsidR="00BB137E" w:rsidRPr="003C01BE" w:rsidRDefault="00BB137E" w:rsidP="00BB137E">
      <w:pPr>
        <w:spacing w:after="0" w:line="240" w:lineRule="auto"/>
      </w:pPr>
      <w:r w:rsidRPr="003C01BE">
        <w:rPr>
          <w:rFonts w:ascii="Courier New" w:hAnsi="Courier New"/>
          <w:sz w:val="16"/>
        </w:rPr>
        <w:t>&gt; primary_clustered_corrected &lt;- coxph(</w:t>
      </w:r>
    </w:p>
    <w:p w:rsidR="00BB137E" w:rsidRPr="003C01BE" w:rsidRDefault="00BB137E" w:rsidP="00BB137E">
      <w:pPr>
        <w:spacing w:after="0" w:line="240" w:lineRule="auto"/>
      </w:pPr>
      <w:r w:rsidRPr="003C01BE">
        <w:rPr>
          <w:rFonts w:ascii="Courier New" w:hAnsi="Courier New"/>
          <w:sz w:val="16"/>
        </w:rPr>
        <w:t>+     Surv(time_landmark_corrected, event) ~</w:t>
      </w:r>
    </w:p>
    <w:p w:rsidR="00BB137E" w:rsidRPr="003C01BE" w:rsidRDefault="00BB137E" w:rsidP="00BB137E">
      <w:pPr>
        <w:spacing w:after="0" w:line="240" w:lineRule="auto"/>
      </w:pPr>
      <w:r w:rsidRPr="003C01BE">
        <w:rPr>
          <w:rFonts w:ascii="Courier New" w:hAnsi="Courier New"/>
          <w:sz w:val="16"/>
        </w:rPr>
        <w:t>+         age + female + CFS + SOFA + CCI,</w:t>
      </w:r>
    </w:p>
    <w:p w:rsidR="00BB137E" w:rsidRPr="003C01BE" w:rsidRDefault="00BB137E" w:rsidP="00BB137E">
      <w:pPr>
        <w:spacing w:after="0" w:line="240" w:lineRule="auto"/>
      </w:pPr>
      <w:r w:rsidRPr="003C01BE">
        <w:rPr>
          <w:rFonts w:ascii="Courier New" w:hAnsi="Courier New"/>
          <w:sz w:val="16"/>
        </w:rPr>
        <w:t>+     data = analiz,</w:t>
      </w:r>
    </w:p>
    <w:p w:rsidR="00BB137E" w:rsidRPr="003C01BE" w:rsidRDefault="00BB137E" w:rsidP="00BB137E">
      <w:pPr>
        <w:spacing w:after="0" w:line="240" w:lineRule="auto"/>
      </w:pPr>
      <w:r w:rsidRPr="003C01BE">
        <w:rPr>
          <w:rFonts w:ascii="Courier New" w:hAnsi="Courier New"/>
          <w:sz w:val="16"/>
        </w:rPr>
        <w:t>+     ties = "breslow",</w:t>
      </w:r>
    </w:p>
    <w:p w:rsidR="00BB137E" w:rsidRPr="003C01BE" w:rsidRDefault="00BB137E" w:rsidP="00BB137E">
      <w:pPr>
        <w:spacing w:after="0" w:line="240" w:lineRule="auto"/>
      </w:pPr>
      <w:r w:rsidRPr="003C01BE">
        <w:rPr>
          <w:rFonts w:ascii="Courier New" w:hAnsi="Courier New"/>
          <w:sz w:val="16"/>
        </w:rPr>
        <w:t>+     robust = TRUE,</w:t>
      </w:r>
    </w:p>
    <w:p w:rsidR="00BB137E" w:rsidRPr="003C01BE" w:rsidRDefault="00BB137E" w:rsidP="00BB137E">
      <w:pPr>
        <w:spacing w:after="0" w:line="240" w:lineRule="auto"/>
      </w:pPr>
      <w:r w:rsidRPr="003C01BE">
        <w:rPr>
          <w:rFonts w:ascii="Courier New" w:hAnsi="Courier New"/>
          <w:sz w:val="16"/>
        </w:rPr>
        <w:t>+     cluster = center,</w:t>
      </w:r>
    </w:p>
    <w:p w:rsidR="00BB137E" w:rsidRPr="003C01BE" w:rsidRDefault="00BB137E" w:rsidP="00BB137E">
      <w:pPr>
        <w:spacing w:after="0" w:line="240" w:lineRule="auto"/>
      </w:pPr>
      <w:r w:rsidRPr="003C01BE">
        <w:rPr>
          <w:rFonts w:ascii="Courier New" w:hAnsi="Courier New"/>
          <w:sz w:val="16"/>
        </w:rPr>
        <w:t>+     x = TRUE,</w:t>
      </w:r>
    </w:p>
    <w:p w:rsidR="00BB137E" w:rsidRPr="003C01BE" w:rsidRDefault="00BB137E" w:rsidP="00BB137E">
      <w:pPr>
        <w:spacing w:after="0" w:line="240" w:lineRule="auto"/>
      </w:pPr>
      <w:r w:rsidRPr="003C01BE">
        <w:rPr>
          <w:rFonts w:ascii="Courier New" w:hAnsi="Courier New"/>
          <w:sz w:val="16"/>
        </w:rPr>
        <w:t>+     y = TRUE,</w:t>
      </w:r>
    </w:p>
    <w:p w:rsidR="00BB137E" w:rsidRPr="003C01BE" w:rsidRDefault="00BB137E" w:rsidP="00BB137E">
      <w:pPr>
        <w:spacing w:after="0" w:line="240" w:lineRule="auto"/>
      </w:pPr>
      <w:r w:rsidRPr="003C01BE">
        <w:rPr>
          <w:rFonts w:ascii="Courier New" w:hAnsi="Courier New"/>
          <w:sz w:val="16"/>
        </w:rPr>
        <w:t>+     model = TRUE</w:t>
      </w:r>
    </w:p>
    <w:p w:rsidR="00BB137E" w:rsidRPr="003C01BE" w:rsidRDefault="00BB137E" w:rsidP="00BB137E">
      <w:pPr>
        <w:spacing w:after="0" w:line="240" w:lineRule="auto"/>
      </w:pPr>
      <w:r w:rsidRPr="003C01BE">
        <w:rPr>
          <w:rFonts w:ascii="Courier New" w:hAnsi="Courier New"/>
          <w:sz w:val="16"/>
        </w:rPr>
        <w:t>+ )</w:t>
      </w:r>
    </w:p>
    <w:p w:rsidR="00BB137E" w:rsidRPr="003C01BE" w:rsidRDefault="00BB137E" w:rsidP="00BB137E">
      <w:pPr>
        <w:spacing w:after="0" w:line="240" w:lineRule="auto"/>
      </w:pPr>
      <w:r w:rsidRPr="003C01BE">
        <w:rPr>
          <w:rFonts w:ascii="Courier New" w:hAnsi="Courier New"/>
          <w:sz w:val="16"/>
        </w:rPr>
        <w:t xml:space="preserve">&gt; </w:t>
      </w:r>
    </w:p>
    <w:p w:rsidR="00BB137E" w:rsidRPr="003C01BE" w:rsidRDefault="00BB137E" w:rsidP="00BB137E">
      <w:pPr>
        <w:spacing w:after="0" w:line="240" w:lineRule="auto"/>
      </w:pPr>
      <w:r w:rsidRPr="003C01BE">
        <w:rPr>
          <w:rFonts w:ascii="Courier New" w:hAnsi="Courier New"/>
          <w:sz w:val="16"/>
        </w:rPr>
        <w:t>&gt; extended_standard_corrected &lt;- coxph(</w:t>
      </w:r>
    </w:p>
    <w:p w:rsidR="00BB137E" w:rsidRPr="003C01BE" w:rsidRDefault="00BB137E" w:rsidP="00BB137E">
      <w:pPr>
        <w:spacing w:after="0" w:line="240" w:lineRule="auto"/>
      </w:pPr>
      <w:r w:rsidRPr="003C01BE">
        <w:rPr>
          <w:rFonts w:ascii="Courier New" w:hAnsi="Courier New"/>
          <w:sz w:val="16"/>
        </w:rPr>
        <w:t>+     Surv(time_landmark_corrected, event) ~</w:t>
      </w:r>
    </w:p>
    <w:p w:rsidR="00BB137E" w:rsidRPr="003C01BE" w:rsidRDefault="00BB137E" w:rsidP="00BB137E">
      <w:pPr>
        <w:spacing w:after="0" w:line="240" w:lineRule="auto"/>
      </w:pPr>
      <w:r w:rsidRPr="003C01BE">
        <w:rPr>
          <w:rFonts w:ascii="Courier New" w:hAnsi="Courier New"/>
          <w:sz w:val="16"/>
        </w:rPr>
        <w:t>+         age + female + CFS + SOFA + CCI + APACHEII,</w:t>
      </w:r>
    </w:p>
    <w:p w:rsidR="00BB137E" w:rsidRPr="003C01BE" w:rsidRDefault="00BB137E" w:rsidP="00BB137E">
      <w:pPr>
        <w:spacing w:after="0" w:line="240" w:lineRule="auto"/>
      </w:pPr>
      <w:r w:rsidRPr="003C01BE">
        <w:rPr>
          <w:rFonts w:ascii="Courier New" w:hAnsi="Courier New"/>
          <w:sz w:val="16"/>
        </w:rPr>
        <w:t>+     data = analiz,</w:t>
      </w:r>
    </w:p>
    <w:p w:rsidR="00BB137E" w:rsidRPr="003C01BE" w:rsidRDefault="00BB137E" w:rsidP="00BB137E">
      <w:pPr>
        <w:spacing w:after="0" w:line="240" w:lineRule="auto"/>
      </w:pPr>
      <w:r w:rsidRPr="003C01BE">
        <w:rPr>
          <w:rFonts w:ascii="Courier New" w:hAnsi="Courier New"/>
          <w:sz w:val="16"/>
        </w:rPr>
        <w:t>+     ties = "breslow",</w:t>
      </w:r>
    </w:p>
    <w:p w:rsidR="00BB137E" w:rsidRPr="003C01BE" w:rsidRDefault="00BB137E" w:rsidP="00BB137E">
      <w:pPr>
        <w:spacing w:after="0" w:line="240" w:lineRule="auto"/>
      </w:pPr>
      <w:r w:rsidRPr="003C01BE">
        <w:rPr>
          <w:rFonts w:ascii="Courier New" w:hAnsi="Courier New"/>
          <w:sz w:val="16"/>
        </w:rPr>
        <w:t>+     x = TRUE,</w:t>
      </w:r>
    </w:p>
    <w:p w:rsidR="00BB137E" w:rsidRPr="003C01BE" w:rsidRDefault="00BB137E" w:rsidP="00BB137E">
      <w:pPr>
        <w:spacing w:after="0" w:line="240" w:lineRule="auto"/>
      </w:pPr>
      <w:r w:rsidRPr="003C01BE">
        <w:rPr>
          <w:rFonts w:ascii="Courier New" w:hAnsi="Courier New"/>
          <w:sz w:val="16"/>
        </w:rPr>
        <w:t>+     y = TRUE,</w:t>
      </w:r>
    </w:p>
    <w:p w:rsidR="00BB137E" w:rsidRPr="003C01BE" w:rsidRDefault="00BB137E" w:rsidP="00BB137E">
      <w:pPr>
        <w:spacing w:after="0" w:line="240" w:lineRule="auto"/>
      </w:pPr>
      <w:r w:rsidRPr="003C01BE">
        <w:rPr>
          <w:rFonts w:ascii="Courier New" w:hAnsi="Courier New"/>
          <w:sz w:val="16"/>
        </w:rPr>
        <w:t>+     model = TRUE</w:t>
      </w:r>
    </w:p>
    <w:p w:rsidR="00BB137E" w:rsidRPr="003C01BE" w:rsidRDefault="00BB137E" w:rsidP="00BB137E">
      <w:pPr>
        <w:spacing w:after="0" w:line="240" w:lineRule="auto"/>
      </w:pPr>
      <w:r w:rsidRPr="003C01BE">
        <w:rPr>
          <w:rFonts w:ascii="Courier New" w:hAnsi="Courier New"/>
          <w:sz w:val="16"/>
        </w:rPr>
        <w:t>+ )</w:t>
      </w:r>
    </w:p>
    <w:p w:rsidR="00BB137E" w:rsidRPr="003C01BE" w:rsidRDefault="00BB137E" w:rsidP="00BB137E">
      <w:pPr>
        <w:spacing w:after="0" w:line="240" w:lineRule="auto"/>
      </w:pPr>
      <w:r w:rsidRPr="003C01BE">
        <w:rPr>
          <w:rFonts w:ascii="Courier New" w:hAnsi="Courier New"/>
          <w:sz w:val="16"/>
        </w:rPr>
        <w:t xml:space="preserve">&gt; </w:t>
      </w:r>
    </w:p>
    <w:p w:rsidR="00BB137E" w:rsidRPr="003C01BE" w:rsidRDefault="00BB137E" w:rsidP="00BB137E">
      <w:pPr>
        <w:spacing w:after="0" w:line="240" w:lineRule="auto"/>
      </w:pPr>
      <w:r w:rsidRPr="003C01BE">
        <w:rPr>
          <w:rFonts w:ascii="Courier New" w:hAnsi="Courier New"/>
          <w:sz w:val="16"/>
        </w:rPr>
        <w:t>&gt; extended_clustered_corrected &lt;- coxph(</w:t>
      </w:r>
    </w:p>
    <w:p w:rsidR="00BB137E" w:rsidRPr="003C01BE" w:rsidRDefault="00BB137E" w:rsidP="00BB137E">
      <w:pPr>
        <w:spacing w:after="0" w:line="240" w:lineRule="auto"/>
      </w:pPr>
      <w:r w:rsidRPr="003C01BE">
        <w:rPr>
          <w:rFonts w:ascii="Courier New" w:hAnsi="Courier New"/>
          <w:sz w:val="16"/>
        </w:rPr>
        <w:t>+     Surv(time_landmark_corrected, event) ~</w:t>
      </w:r>
    </w:p>
    <w:p w:rsidR="00BB137E" w:rsidRPr="003C01BE" w:rsidRDefault="00BB137E" w:rsidP="00BB137E">
      <w:pPr>
        <w:spacing w:after="0" w:line="240" w:lineRule="auto"/>
      </w:pPr>
      <w:r w:rsidRPr="003C01BE">
        <w:rPr>
          <w:rFonts w:ascii="Courier New" w:hAnsi="Courier New"/>
          <w:sz w:val="16"/>
        </w:rPr>
        <w:t>+         age + female + CFS + SOFA + CCI + APACHEII,</w:t>
      </w:r>
    </w:p>
    <w:p w:rsidR="00BB137E" w:rsidRPr="003C01BE" w:rsidRDefault="00BB137E" w:rsidP="00BB137E">
      <w:pPr>
        <w:spacing w:after="0" w:line="240" w:lineRule="auto"/>
      </w:pPr>
      <w:r w:rsidRPr="003C01BE">
        <w:rPr>
          <w:rFonts w:ascii="Courier New" w:hAnsi="Courier New"/>
          <w:sz w:val="16"/>
        </w:rPr>
        <w:t>+     data = analiz,</w:t>
      </w:r>
    </w:p>
    <w:p w:rsidR="00BB137E" w:rsidRPr="003C01BE" w:rsidRDefault="00BB137E" w:rsidP="00BB137E">
      <w:pPr>
        <w:spacing w:after="0" w:line="240" w:lineRule="auto"/>
      </w:pPr>
      <w:r w:rsidRPr="003C01BE">
        <w:rPr>
          <w:rFonts w:ascii="Courier New" w:hAnsi="Courier New"/>
          <w:sz w:val="16"/>
        </w:rPr>
        <w:t>+     ties = "breslow",</w:t>
      </w:r>
    </w:p>
    <w:p w:rsidR="00BB137E" w:rsidRPr="003C01BE" w:rsidRDefault="00BB137E" w:rsidP="00BB137E">
      <w:pPr>
        <w:spacing w:after="0" w:line="240" w:lineRule="auto"/>
      </w:pPr>
      <w:r w:rsidRPr="003C01BE">
        <w:rPr>
          <w:rFonts w:ascii="Courier New" w:hAnsi="Courier New"/>
          <w:sz w:val="16"/>
        </w:rPr>
        <w:t>+     robust = TRUE,</w:t>
      </w:r>
    </w:p>
    <w:p w:rsidR="00BB137E" w:rsidRPr="003C01BE" w:rsidRDefault="00BB137E" w:rsidP="00BB137E">
      <w:pPr>
        <w:spacing w:after="0" w:line="240" w:lineRule="auto"/>
      </w:pPr>
      <w:r w:rsidRPr="003C01BE">
        <w:rPr>
          <w:rFonts w:ascii="Courier New" w:hAnsi="Courier New"/>
          <w:sz w:val="16"/>
        </w:rPr>
        <w:t>+     cluster = center,</w:t>
      </w:r>
    </w:p>
    <w:p w:rsidR="00BB137E" w:rsidRPr="003C01BE" w:rsidRDefault="00BB137E" w:rsidP="00BB137E">
      <w:pPr>
        <w:spacing w:after="0" w:line="240" w:lineRule="auto"/>
      </w:pPr>
      <w:r w:rsidRPr="003C01BE">
        <w:rPr>
          <w:rFonts w:ascii="Courier New" w:hAnsi="Courier New"/>
          <w:sz w:val="16"/>
        </w:rPr>
        <w:t>+     x = TRUE,</w:t>
      </w:r>
    </w:p>
    <w:p w:rsidR="00BB137E" w:rsidRPr="003C01BE" w:rsidRDefault="00BB137E" w:rsidP="00BB137E">
      <w:pPr>
        <w:spacing w:after="0" w:line="240" w:lineRule="auto"/>
      </w:pPr>
      <w:r w:rsidRPr="003C01BE">
        <w:rPr>
          <w:rFonts w:ascii="Courier New" w:hAnsi="Courier New"/>
          <w:sz w:val="16"/>
        </w:rPr>
        <w:t>+     y = TRUE,</w:t>
      </w:r>
    </w:p>
    <w:p w:rsidR="00BB137E" w:rsidRPr="003C01BE" w:rsidRDefault="00BB137E" w:rsidP="00BB137E">
      <w:pPr>
        <w:spacing w:after="0" w:line="240" w:lineRule="auto"/>
      </w:pPr>
      <w:r w:rsidRPr="003C01BE">
        <w:rPr>
          <w:rFonts w:ascii="Courier New" w:hAnsi="Courier New"/>
          <w:sz w:val="16"/>
        </w:rPr>
        <w:t>+     model = TRUE</w:t>
      </w:r>
    </w:p>
    <w:p w:rsidR="00BB137E" w:rsidRPr="003C01BE" w:rsidRDefault="00BB137E" w:rsidP="00BB137E">
      <w:pPr>
        <w:spacing w:after="0" w:line="240" w:lineRule="auto"/>
      </w:pPr>
      <w:r w:rsidRPr="003C01BE">
        <w:rPr>
          <w:rFonts w:ascii="Courier New" w:hAnsi="Courier New"/>
          <w:sz w:val="16"/>
        </w:rPr>
        <w:t>+ )</w:t>
      </w:r>
    </w:p>
    <w:p w:rsidR="00BB137E" w:rsidRPr="003C01BE" w:rsidRDefault="00BB137E" w:rsidP="00BB137E">
      <w:pPr>
        <w:spacing w:after="0" w:line="240" w:lineRule="auto"/>
      </w:pPr>
      <w:r w:rsidRPr="003C01BE">
        <w:rPr>
          <w:rFonts w:ascii="Courier New" w:hAnsi="Courier New"/>
          <w:sz w:val="16"/>
        </w:rPr>
        <w:t>&gt; cat("\nPRIMARY CONVENTIONAL COX MODEL — CORRECTED TIME\n")</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PRIMARY CONVENTIONAL COX MODEL — CORRECTED TIME</w:t>
      </w:r>
    </w:p>
    <w:p w:rsidR="00BB137E" w:rsidRPr="003C01BE" w:rsidRDefault="00BB137E" w:rsidP="00BB137E">
      <w:pPr>
        <w:spacing w:after="0" w:line="240" w:lineRule="auto"/>
      </w:pPr>
      <w:r w:rsidRPr="003C01BE">
        <w:rPr>
          <w:rFonts w:ascii="Courier New" w:hAnsi="Courier New"/>
          <w:sz w:val="16"/>
        </w:rPr>
        <w:t>&gt; summary(primary_standard_corrected)</w:t>
      </w:r>
    </w:p>
    <w:p w:rsidR="00BB137E" w:rsidRPr="003C01BE" w:rsidRDefault="00BB137E" w:rsidP="00BB137E">
      <w:pPr>
        <w:spacing w:after="0" w:line="240" w:lineRule="auto"/>
      </w:pPr>
      <w:r w:rsidRPr="003C01BE">
        <w:rPr>
          <w:rFonts w:ascii="Courier New" w:hAnsi="Courier New"/>
          <w:sz w:val="16"/>
        </w:rPr>
        <w:t>Call:</w:t>
      </w:r>
    </w:p>
    <w:p w:rsidR="00BB137E" w:rsidRPr="003C01BE" w:rsidRDefault="00BB137E" w:rsidP="00BB137E">
      <w:pPr>
        <w:spacing w:after="0" w:line="240" w:lineRule="auto"/>
      </w:pPr>
      <w:r w:rsidRPr="003C01BE">
        <w:rPr>
          <w:rFonts w:ascii="Courier New" w:hAnsi="Courier New"/>
          <w:sz w:val="16"/>
        </w:rPr>
        <w:t xml:space="preserve">coxph(formula = Surv(time_landmark_corrected, event) ~ age + </w:t>
      </w:r>
    </w:p>
    <w:p w:rsidR="00BB137E" w:rsidRPr="003C01BE" w:rsidRDefault="00BB137E" w:rsidP="00BB137E">
      <w:pPr>
        <w:spacing w:after="0" w:line="240" w:lineRule="auto"/>
      </w:pPr>
      <w:r w:rsidRPr="003C01BE">
        <w:rPr>
          <w:rFonts w:ascii="Courier New" w:hAnsi="Courier New"/>
          <w:sz w:val="16"/>
        </w:rPr>
        <w:t xml:space="preserve">    female + CFS + SOFA + CCI, data = analiz, ties = "breslow", </w:t>
      </w:r>
    </w:p>
    <w:p w:rsidR="00BB137E" w:rsidRPr="003C01BE" w:rsidRDefault="00BB137E" w:rsidP="00BB137E">
      <w:pPr>
        <w:spacing w:after="0" w:line="240" w:lineRule="auto"/>
      </w:pPr>
      <w:r w:rsidRPr="003C01BE">
        <w:rPr>
          <w:rFonts w:ascii="Courier New" w:hAnsi="Courier New"/>
          <w:sz w:val="16"/>
        </w:rPr>
        <w:t xml:space="preserve">    model = TRUE, x = TRUE, y = TRUE)</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 xml:space="preserve">  n= 1529, number of events= 515 </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 xml:space="preserve">            coef exp(coef)  se(coef)      z Pr(&gt;|z|)    </w:t>
      </w:r>
    </w:p>
    <w:p w:rsidR="00BB137E" w:rsidRPr="003C01BE" w:rsidRDefault="00BB137E" w:rsidP="00BB137E">
      <w:pPr>
        <w:spacing w:after="0" w:line="240" w:lineRule="auto"/>
      </w:pPr>
      <w:r w:rsidRPr="003C01BE">
        <w:rPr>
          <w:rFonts w:ascii="Courier New" w:hAnsi="Courier New"/>
          <w:sz w:val="16"/>
        </w:rPr>
        <w:t xml:space="preserve">age    -0.002181  0.997821  0.005758 -0.379   0.7048    </w:t>
      </w:r>
    </w:p>
    <w:p w:rsidR="00BB137E" w:rsidRPr="003C01BE" w:rsidRDefault="00BB137E" w:rsidP="00BB137E">
      <w:pPr>
        <w:spacing w:after="0" w:line="240" w:lineRule="auto"/>
      </w:pPr>
      <w:r w:rsidRPr="003C01BE">
        <w:rPr>
          <w:rFonts w:ascii="Courier New" w:hAnsi="Courier New"/>
          <w:sz w:val="16"/>
        </w:rPr>
        <w:t xml:space="preserve">female -0.134603  0.874063  0.091070 -1.478   0.1394    </w:t>
      </w:r>
    </w:p>
    <w:p w:rsidR="00BB137E" w:rsidRPr="003C01BE" w:rsidRDefault="00BB137E" w:rsidP="00BB137E">
      <w:pPr>
        <w:spacing w:after="0" w:line="240" w:lineRule="auto"/>
      </w:pPr>
      <w:r w:rsidRPr="003C01BE">
        <w:rPr>
          <w:rFonts w:ascii="Courier New" w:hAnsi="Courier New"/>
          <w:sz w:val="16"/>
        </w:rPr>
        <w:t>CFS     0.174085  1.190157  0.026998  6.448 1.13e-10 ***</w:t>
      </w:r>
    </w:p>
    <w:p w:rsidR="00BB137E" w:rsidRPr="003C01BE" w:rsidRDefault="00BB137E" w:rsidP="00BB137E">
      <w:pPr>
        <w:spacing w:after="0" w:line="240" w:lineRule="auto"/>
      </w:pPr>
      <w:r w:rsidRPr="003C01BE">
        <w:rPr>
          <w:rFonts w:ascii="Courier New" w:hAnsi="Courier New"/>
          <w:sz w:val="16"/>
        </w:rPr>
        <w:t>SOFA    0.167186  1.181974  0.012895 12.965  &lt; 2e-16 ***</w:t>
      </w:r>
    </w:p>
    <w:p w:rsidR="00BB137E" w:rsidRPr="003C01BE" w:rsidRDefault="00BB137E" w:rsidP="00BB137E">
      <w:pPr>
        <w:spacing w:after="0" w:line="240" w:lineRule="auto"/>
      </w:pPr>
      <w:r w:rsidRPr="003C01BE">
        <w:rPr>
          <w:rFonts w:ascii="Courier New" w:hAnsi="Courier New"/>
          <w:sz w:val="16"/>
        </w:rPr>
        <w:t xml:space="preserve">CCI     0.033683  1.034257  0.014603  2.307   0.0211 *  </w:t>
      </w:r>
    </w:p>
    <w:p w:rsidR="00BB137E" w:rsidRPr="003C01BE" w:rsidRDefault="00BB137E" w:rsidP="00BB137E">
      <w:pPr>
        <w:spacing w:after="0" w:line="240" w:lineRule="auto"/>
      </w:pPr>
      <w:r w:rsidRPr="003C01BE">
        <w:rPr>
          <w:rFonts w:ascii="Courier New" w:hAnsi="Courier New"/>
          <w:sz w:val="16"/>
        </w:rPr>
        <w:t>---</w:t>
      </w:r>
    </w:p>
    <w:p w:rsidR="00BB137E" w:rsidRPr="003C01BE" w:rsidRDefault="00BB137E" w:rsidP="00BB137E">
      <w:pPr>
        <w:spacing w:after="0" w:line="240" w:lineRule="auto"/>
      </w:pPr>
      <w:r w:rsidRPr="003C01BE">
        <w:rPr>
          <w:rFonts w:ascii="Courier New" w:hAnsi="Courier New"/>
          <w:sz w:val="16"/>
        </w:rPr>
        <w:t>Signif. codes:  0 ‘***’ 0.001 ‘**’ 0.01 ‘*’ 0.05 ‘.’ 0.1 ‘ ’ 1</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 xml:space="preserve">       exp(coef) exp(-coef) lower .95 upper .95</w:t>
      </w:r>
    </w:p>
    <w:p w:rsidR="00BB137E" w:rsidRPr="003C01BE" w:rsidRDefault="00BB137E" w:rsidP="00BB137E">
      <w:pPr>
        <w:spacing w:after="0" w:line="240" w:lineRule="auto"/>
      </w:pPr>
      <w:r w:rsidRPr="003C01BE">
        <w:rPr>
          <w:rFonts w:ascii="Courier New" w:hAnsi="Courier New"/>
          <w:sz w:val="16"/>
        </w:rPr>
        <w:lastRenderedPageBreak/>
        <w:t>age       0.9978     1.0022    0.9866     1.009</w:t>
      </w:r>
    </w:p>
    <w:p w:rsidR="00BB137E" w:rsidRPr="003C01BE" w:rsidRDefault="00BB137E" w:rsidP="00BB137E">
      <w:pPr>
        <w:spacing w:after="0" w:line="240" w:lineRule="auto"/>
      </w:pPr>
      <w:r w:rsidRPr="003C01BE">
        <w:rPr>
          <w:rFonts w:ascii="Courier New" w:hAnsi="Courier New"/>
          <w:sz w:val="16"/>
        </w:rPr>
        <w:t>female    0.8741     1.1441    0.7312     1.045</w:t>
      </w:r>
    </w:p>
    <w:p w:rsidR="00BB137E" w:rsidRPr="003C01BE" w:rsidRDefault="00BB137E" w:rsidP="00BB137E">
      <w:pPr>
        <w:spacing w:after="0" w:line="240" w:lineRule="auto"/>
      </w:pPr>
      <w:r w:rsidRPr="003C01BE">
        <w:rPr>
          <w:rFonts w:ascii="Courier New" w:hAnsi="Courier New"/>
          <w:sz w:val="16"/>
        </w:rPr>
        <w:t>CFS       1.1902     0.8402    1.1288     1.255</w:t>
      </w:r>
    </w:p>
    <w:p w:rsidR="00BB137E" w:rsidRPr="003C01BE" w:rsidRDefault="00BB137E" w:rsidP="00BB137E">
      <w:pPr>
        <w:spacing w:after="0" w:line="240" w:lineRule="auto"/>
      </w:pPr>
      <w:r w:rsidRPr="003C01BE">
        <w:rPr>
          <w:rFonts w:ascii="Courier New" w:hAnsi="Courier New"/>
          <w:sz w:val="16"/>
        </w:rPr>
        <w:t>SOFA      1.1820     0.8460    1.1525     1.212</w:t>
      </w:r>
    </w:p>
    <w:p w:rsidR="00BB137E" w:rsidRPr="003C01BE" w:rsidRDefault="00BB137E" w:rsidP="00BB137E">
      <w:pPr>
        <w:spacing w:after="0" w:line="240" w:lineRule="auto"/>
      </w:pPr>
      <w:r w:rsidRPr="003C01BE">
        <w:rPr>
          <w:rFonts w:ascii="Courier New" w:hAnsi="Courier New"/>
          <w:sz w:val="16"/>
        </w:rPr>
        <w:t>CCI       1.0343     0.9669    1.0051     1.064</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Concordance= 0.721  (se = 0.011 )</w:t>
      </w:r>
    </w:p>
    <w:p w:rsidR="00BB137E" w:rsidRPr="003C01BE" w:rsidRDefault="00BB137E" w:rsidP="00BB137E">
      <w:pPr>
        <w:spacing w:after="0" w:line="240" w:lineRule="auto"/>
      </w:pPr>
      <w:r w:rsidRPr="003C01BE">
        <w:rPr>
          <w:rFonts w:ascii="Courier New" w:hAnsi="Courier New"/>
          <w:sz w:val="16"/>
        </w:rPr>
        <w:t>Likelihood ratio test= 305.1  on 5 df,   p=&lt;2e-16</w:t>
      </w:r>
    </w:p>
    <w:p w:rsidR="00BB137E" w:rsidRPr="003C01BE" w:rsidRDefault="00BB137E" w:rsidP="00BB137E">
      <w:pPr>
        <w:spacing w:after="0" w:line="240" w:lineRule="auto"/>
      </w:pPr>
      <w:r w:rsidRPr="003C01BE">
        <w:rPr>
          <w:rFonts w:ascii="Courier New" w:hAnsi="Courier New"/>
          <w:sz w:val="16"/>
        </w:rPr>
        <w:t>Wald test            = 311.5  on 5 df,   p=&lt;2e-16</w:t>
      </w:r>
    </w:p>
    <w:p w:rsidR="00BB137E" w:rsidRPr="003C01BE" w:rsidRDefault="00BB137E" w:rsidP="00BB137E">
      <w:pPr>
        <w:spacing w:after="0" w:line="240" w:lineRule="auto"/>
      </w:pPr>
      <w:r w:rsidRPr="003C01BE">
        <w:rPr>
          <w:rFonts w:ascii="Courier New" w:hAnsi="Courier New"/>
          <w:sz w:val="16"/>
        </w:rPr>
        <w:t>Score (logrank) test = 327.3  on 5 df,   p=&lt;2e-16</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 xml:space="preserve">&gt; </w:t>
      </w:r>
    </w:p>
    <w:p w:rsidR="00BB137E" w:rsidRPr="003C01BE" w:rsidRDefault="00BB137E" w:rsidP="00BB137E">
      <w:pPr>
        <w:spacing w:after="0" w:line="240" w:lineRule="auto"/>
      </w:pPr>
      <w:r w:rsidRPr="003C01BE">
        <w:rPr>
          <w:rFonts w:ascii="Courier New" w:hAnsi="Courier New"/>
          <w:sz w:val="16"/>
        </w:rPr>
        <w:t>&gt; cat("\nPRIMARY CENTRE-CLUSTERED COX MODEL — CORRECTED TIME\n")</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PRIMARY CENTRE-CLUSTERED COX MODEL — CORRECTED TIME</w:t>
      </w:r>
    </w:p>
    <w:p w:rsidR="00BB137E" w:rsidRPr="003C01BE" w:rsidRDefault="00BB137E" w:rsidP="00BB137E">
      <w:pPr>
        <w:spacing w:after="0" w:line="240" w:lineRule="auto"/>
      </w:pPr>
      <w:r w:rsidRPr="003C01BE">
        <w:rPr>
          <w:rFonts w:ascii="Courier New" w:hAnsi="Courier New"/>
          <w:sz w:val="16"/>
        </w:rPr>
        <w:t>&gt; summary(primary_clustered_corrected)</w:t>
      </w:r>
    </w:p>
    <w:p w:rsidR="00BB137E" w:rsidRPr="003C01BE" w:rsidRDefault="00BB137E" w:rsidP="00BB137E">
      <w:pPr>
        <w:spacing w:after="0" w:line="240" w:lineRule="auto"/>
      </w:pPr>
      <w:r w:rsidRPr="003C01BE">
        <w:rPr>
          <w:rFonts w:ascii="Courier New" w:hAnsi="Courier New"/>
          <w:sz w:val="16"/>
        </w:rPr>
        <w:t>Call:</w:t>
      </w:r>
    </w:p>
    <w:p w:rsidR="00BB137E" w:rsidRPr="003C01BE" w:rsidRDefault="00BB137E" w:rsidP="00BB137E">
      <w:pPr>
        <w:spacing w:after="0" w:line="240" w:lineRule="auto"/>
      </w:pPr>
      <w:r w:rsidRPr="003C01BE">
        <w:rPr>
          <w:rFonts w:ascii="Courier New" w:hAnsi="Courier New"/>
          <w:sz w:val="16"/>
        </w:rPr>
        <w:t xml:space="preserve">coxph(formula = Surv(time_landmark_corrected, event) ~ age + </w:t>
      </w:r>
    </w:p>
    <w:p w:rsidR="00BB137E" w:rsidRPr="003C01BE" w:rsidRDefault="00BB137E" w:rsidP="00BB137E">
      <w:pPr>
        <w:spacing w:after="0" w:line="240" w:lineRule="auto"/>
      </w:pPr>
      <w:r w:rsidRPr="003C01BE">
        <w:rPr>
          <w:rFonts w:ascii="Courier New" w:hAnsi="Courier New"/>
          <w:sz w:val="16"/>
        </w:rPr>
        <w:t xml:space="preserve">    female + CFS + SOFA + CCI, data = analiz, ties = "breslow", </w:t>
      </w:r>
    </w:p>
    <w:p w:rsidR="00BB137E" w:rsidRPr="003C01BE" w:rsidRDefault="00BB137E" w:rsidP="00BB137E">
      <w:pPr>
        <w:spacing w:after="0" w:line="240" w:lineRule="auto"/>
      </w:pPr>
      <w:r w:rsidRPr="003C01BE">
        <w:rPr>
          <w:rFonts w:ascii="Courier New" w:hAnsi="Courier New"/>
          <w:sz w:val="16"/>
        </w:rPr>
        <w:t xml:space="preserve">    robust = TRUE, model = TRUE, x = TRUE, y = TRUE, cluster = center)</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 xml:space="preserve">  n= 1529, number of events= 515 </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 xml:space="preserve">            coef exp(coef)  se(coef) robust se      z Pr(&gt;|z|)    </w:t>
      </w:r>
    </w:p>
    <w:p w:rsidR="00BB137E" w:rsidRPr="003C01BE" w:rsidRDefault="00BB137E" w:rsidP="00BB137E">
      <w:pPr>
        <w:spacing w:after="0" w:line="240" w:lineRule="auto"/>
      </w:pPr>
      <w:r w:rsidRPr="003C01BE">
        <w:rPr>
          <w:rFonts w:ascii="Courier New" w:hAnsi="Courier New"/>
          <w:sz w:val="16"/>
        </w:rPr>
        <w:t xml:space="preserve">age    -0.002181  0.997821  0.005758  0.005560 -0.392    0.695    </w:t>
      </w:r>
    </w:p>
    <w:p w:rsidR="00BB137E" w:rsidRPr="003C01BE" w:rsidRDefault="00BB137E" w:rsidP="00BB137E">
      <w:pPr>
        <w:spacing w:after="0" w:line="240" w:lineRule="auto"/>
      </w:pPr>
      <w:r w:rsidRPr="003C01BE">
        <w:rPr>
          <w:rFonts w:ascii="Courier New" w:hAnsi="Courier New"/>
          <w:sz w:val="16"/>
        </w:rPr>
        <w:t xml:space="preserve">female -0.134603  0.874063  0.091070  0.099421 -1.354    0.176    </w:t>
      </w:r>
    </w:p>
    <w:p w:rsidR="00BB137E" w:rsidRPr="003C01BE" w:rsidRDefault="00BB137E" w:rsidP="00BB137E">
      <w:pPr>
        <w:spacing w:after="0" w:line="240" w:lineRule="auto"/>
      </w:pPr>
      <w:r w:rsidRPr="003C01BE">
        <w:rPr>
          <w:rFonts w:ascii="Courier New" w:hAnsi="Courier New"/>
          <w:sz w:val="16"/>
        </w:rPr>
        <w:t>CFS     0.174085  1.190157  0.026998  0.038305  4.545  5.5e-06 ***</w:t>
      </w:r>
    </w:p>
    <w:p w:rsidR="00BB137E" w:rsidRPr="003C01BE" w:rsidRDefault="00BB137E" w:rsidP="00BB137E">
      <w:pPr>
        <w:spacing w:after="0" w:line="240" w:lineRule="auto"/>
      </w:pPr>
      <w:r w:rsidRPr="003C01BE">
        <w:rPr>
          <w:rFonts w:ascii="Courier New" w:hAnsi="Courier New"/>
          <w:sz w:val="16"/>
        </w:rPr>
        <w:t>SOFA    0.167186  1.181974  0.012895  0.016951  9.863  &lt; 2e-16 ***</w:t>
      </w:r>
    </w:p>
    <w:p w:rsidR="00BB137E" w:rsidRPr="003C01BE" w:rsidRDefault="00BB137E" w:rsidP="00BB137E">
      <w:pPr>
        <w:spacing w:after="0" w:line="240" w:lineRule="auto"/>
      </w:pPr>
      <w:r w:rsidRPr="003C01BE">
        <w:rPr>
          <w:rFonts w:ascii="Courier New" w:hAnsi="Courier New"/>
          <w:sz w:val="16"/>
        </w:rPr>
        <w:t xml:space="preserve">CCI     0.033683  1.034257  0.014603  0.022723  1.482    0.138    </w:t>
      </w:r>
    </w:p>
    <w:p w:rsidR="00BB137E" w:rsidRPr="003C01BE" w:rsidRDefault="00BB137E" w:rsidP="00BB137E">
      <w:pPr>
        <w:spacing w:after="0" w:line="240" w:lineRule="auto"/>
      </w:pPr>
      <w:r w:rsidRPr="003C01BE">
        <w:rPr>
          <w:rFonts w:ascii="Courier New" w:hAnsi="Courier New"/>
          <w:sz w:val="16"/>
        </w:rPr>
        <w:t>---</w:t>
      </w:r>
    </w:p>
    <w:p w:rsidR="00BB137E" w:rsidRPr="003C01BE" w:rsidRDefault="00BB137E" w:rsidP="00BB137E">
      <w:pPr>
        <w:spacing w:after="0" w:line="240" w:lineRule="auto"/>
      </w:pPr>
      <w:r w:rsidRPr="003C01BE">
        <w:rPr>
          <w:rFonts w:ascii="Courier New" w:hAnsi="Courier New"/>
          <w:sz w:val="16"/>
        </w:rPr>
        <w:t>Signif. codes:  0 ‘***’ 0.001 ‘**’ 0.01 ‘*’ 0.05 ‘.’ 0.1 ‘ ’ 1</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 xml:space="preserve">       exp(coef) exp(-coef) lower .95 upper .95</w:t>
      </w:r>
    </w:p>
    <w:p w:rsidR="00BB137E" w:rsidRPr="003C01BE" w:rsidRDefault="00BB137E" w:rsidP="00BB137E">
      <w:pPr>
        <w:spacing w:after="0" w:line="240" w:lineRule="auto"/>
      </w:pPr>
      <w:r w:rsidRPr="003C01BE">
        <w:rPr>
          <w:rFonts w:ascii="Courier New" w:hAnsi="Courier New"/>
          <w:sz w:val="16"/>
        </w:rPr>
        <w:t>age       0.9978     1.0022    0.9870     1.009</w:t>
      </w:r>
    </w:p>
    <w:p w:rsidR="00BB137E" w:rsidRPr="003C01BE" w:rsidRDefault="00BB137E" w:rsidP="00BB137E">
      <w:pPr>
        <w:spacing w:after="0" w:line="240" w:lineRule="auto"/>
      </w:pPr>
      <w:r w:rsidRPr="003C01BE">
        <w:rPr>
          <w:rFonts w:ascii="Courier New" w:hAnsi="Courier New"/>
          <w:sz w:val="16"/>
        </w:rPr>
        <w:t>female    0.8741     1.1441    0.7193     1.062</w:t>
      </w:r>
    </w:p>
    <w:p w:rsidR="00BB137E" w:rsidRPr="003C01BE" w:rsidRDefault="00BB137E" w:rsidP="00BB137E">
      <w:pPr>
        <w:spacing w:after="0" w:line="240" w:lineRule="auto"/>
      </w:pPr>
      <w:r w:rsidRPr="003C01BE">
        <w:rPr>
          <w:rFonts w:ascii="Courier New" w:hAnsi="Courier New"/>
          <w:sz w:val="16"/>
        </w:rPr>
        <w:t>CFS       1.1902     0.8402    1.1041     1.283</w:t>
      </w:r>
    </w:p>
    <w:p w:rsidR="00BB137E" w:rsidRPr="003C01BE" w:rsidRDefault="00BB137E" w:rsidP="00BB137E">
      <w:pPr>
        <w:spacing w:after="0" w:line="240" w:lineRule="auto"/>
      </w:pPr>
      <w:r w:rsidRPr="003C01BE">
        <w:rPr>
          <w:rFonts w:ascii="Courier New" w:hAnsi="Courier New"/>
          <w:sz w:val="16"/>
        </w:rPr>
        <w:t>SOFA      1.1820     0.8460    1.1434     1.222</w:t>
      </w:r>
    </w:p>
    <w:p w:rsidR="00BB137E" w:rsidRPr="003C01BE" w:rsidRDefault="00BB137E" w:rsidP="00BB137E">
      <w:pPr>
        <w:spacing w:after="0" w:line="240" w:lineRule="auto"/>
      </w:pPr>
      <w:r w:rsidRPr="003C01BE">
        <w:rPr>
          <w:rFonts w:ascii="Courier New" w:hAnsi="Courier New"/>
          <w:sz w:val="16"/>
        </w:rPr>
        <w:t>CCI       1.0343     0.9669    0.9892     1.081</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Concordance= 0.721  (se = 0.016 )</w:t>
      </w:r>
    </w:p>
    <w:p w:rsidR="00BB137E" w:rsidRPr="003C01BE" w:rsidRDefault="00BB137E" w:rsidP="00BB137E">
      <w:pPr>
        <w:spacing w:after="0" w:line="240" w:lineRule="auto"/>
      </w:pPr>
      <w:r w:rsidRPr="003C01BE">
        <w:rPr>
          <w:rFonts w:ascii="Courier New" w:hAnsi="Courier New"/>
          <w:sz w:val="16"/>
        </w:rPr>
        <w:t>Likelihood ratio test= 305.1  on 5 df,   p=&lt;2e-16</w:t>
      </w:r>
    </w:p>
    <w:p w:rsidR="00BB137E" w:rsidRPr="003C01BE" w:rsidRDefault="00BB137E" w:rsidP="00BB137E">
      <w:pPr>
        <w:spacing w:after="0" w:line="240" w:lineRule="auto"/>
      </w:pPr>
      <w:r w:rsidRPr="003C01BE">
        <w:rPr>
          <w:rFonts w:ascii="Courier New" w:hAnsi="Courier New"/>
          <w:sz w:val="16"/>
        </w:rPr>
        <w:t>Wald test            = 252.4  on 5 df,   p=&lt;2e-16</w:t>
      </w:r>
    </w:p>
    <w:p w:rsidR="00BB137E" w:rsidRPr="003C01BE" w:rsidRDefault="00BB137E" w:rsidP="00BB137E">
      <w:pPr>
        <w:spacing w:after="0" w:line="240" w:lineRule="auto"/>
      </w:pPr>
      <w:r w:rsidRPr="003C01BE">
        <w:rPr>
          <w:rFonts w:ascii="Courier New" w:hAnsi="Courier New"/>
          <w:sz w:val="16"/>
        </w:rPr>
        <w:t>Score (logrank) test = 327.3  on 5 df,   p=&lt;2e-16,   Robust = 30.05  p=1e-05</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 xml:space="preserve">  (Note: the likelihood ratio and score tests assume independence of</w:t>
      </w:r>
    </w:p>
    <w:p w:rsidR="00BB137E" w:rsidRPr="003C01BE" w:rsidRDefault="00BB137E" w:rsidP="00BB137E">
      <w:pPr>
        <w:spacing w:after="0" w:line="240" w:lineRule="auto"/>
      </w:pPr>
      <w:r w:rsidRPr="003C01BE">
        <w:rPr>
          <w:rFonts w:ascii="Courier New" w:hAnsi="Courier New"/>
          <w:sz w:val="16"/>
        </w:rPr>
        <w:t xml:space="preserve">     observations within a cluster, the Wald and robust score tests do not).</w:t>
      </w:r>
    </w:p>
    <w:p w:rsidR="00BB137E" w:rsidRPr="003C01BE" w:rsidRDefault="00BB137E" w:rsidP="00BB137E">
      <w:pPr>
        <w:spacing w:after="0" w:line="240" w:lineRule="auto"/>
      </w:pPr>
      <w:r w:rsidRPr="003C01BE">
        <w:rPr>
          <w:rFonts w:ascii="Courier New" w:hAnsi="Courier New"/>
          <w:sz w:val="16"/>
        </w:rPr>
        <w:t xml:space="preserve">&gt; </w:t>
      </w:r>
    </w:p>
    <w:p w:rsidR="00BB137E" w:rsidRPr="003C01BE" w:rsidRDefault="00BB137E" w:rsidP="00BB137E">
      <w:pPr>
        <w:spacing w:after="0" w:line="240" w:lineRule="auto"/>
      </w:pPr>
      <w:r w:rsidRPr="003C01BE">
        <w:rPr>
          <w:rFonts w:ascii="Courier New" w:hAnsi="Courier New"/>
          <w:sz w:val="16"/>
        </w:rPr>
        <w:t>&gt; cat("\nEXTENDED CONVENTIONAL COX MODEL — CORRECTED TIME\n")</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EXTENDED CONVENTIONAL COX MODEL — CORRECTED TIME</w:t>
      </w:r>
    </w:p>
    <w:p w:rsidR="00BB137E" w:rsidRPr="003C01BE" w:rsidRDefault="00BB137E" w:rsidP="00BB137E">
      <w:pPr>
        <w:spacing w:after="0" w:line="240" w:lineRule="auto"/>
      </w:pPr>
      <w:r w:rsidRPr="003C01BE">
        <w:rPr>
          <w:rFonts w:ascii="Courier New" w:hAnsi="Courier New"/>
          <w:sz w:val="16"/>
        </w:rPr>
        <w:t>&gt; summary(extended_standard_corrected)</w:t>
      </w:r>
    </w:p>
    <w:p w:rsidR="00BB137E" w:rsidRPr="003C01BE" w:rsidRDefault="00BB137E" w:rsidP="00BB137E">
      <w:pPr>
        <w:spacing w:after="0" w:line="240" w:lineRule="auto"/>
      </w:pPr>
      <w:r w:rsidRPr="003C01BE">
        <w:rPr>
          <w:rFonts w:ascii="Courier New" w:hAnsi="Courier New"/>
          <w:sz w:val="16"/>
        </w:rPr>
        <w:t>Call:</w:t>
      </w:r>
    </w:p>
    <w:p w:rsidR="00BB137E" w:rsidRPr="003C01BE" w:rsidRDefault="00BB137E" w:rsidP="00BB137E">
      <w:pPr>
        <w:spacing w:after="0" w:line="240" w:lineRule="auto"/>
      </w:pPr>
      <w:r w:rsidRPr="003C01BE">
        <w:rPr>
          <w:rFonts w:ascii="Courier New" w:hAnsi="Courier New"/>
          <w:sz w:val="16"/>
        </w:rPr>
        <w:t xml:space="preserve">coxph(formula = Surv(time_landmark_corrected, event) ~ age + </w:t>
      </w:r>
    </w:p>
    <w:p w:rsidR="00BB137E" w:rsidRPr="003C01BE" w:rsidRDefault="00BB137E" w:rsidP="00BB137E">
      <w:pPr>
        <w:spacing w:after="0" w:line="240" w:lineRule="auto"/>
      </w:pPr>
      <w:r w:rsidRPr="003C01BE">
        <w:rPr>
          <w:rFonts w:ascii="Courier New" w:hAnsi="Courier New"/>
          <w:sz w:val="16"/>
        </w:rPr>
        <w:t xml:space="preserve">    female + CFS + SOFA + CCI + APACHEII, data = analiz, ties = "breslow", </w:t>
      </w:r>
    </w:p>
    <w:p w:rsidR="00BB137E" w:rsidRPr="003C01BE" w:rsidRDefault="00BB137E" w:rsidP="00BB137E">
      <w:pPr>
        <w:spacing w:after="0" w:line="240" w:lineRule="auto"/>
      </w:pPr>
      <w:r w:rsidRPr="003C01BE">
        <w:rPr>
          <w:rFonts w:ascii="Courier New" w:hAnsi="Courier New"/>
          <w:sz w:val="16"/>
        </w:rPr>
        <w:t xml:space="preserve">    model = TRUE, x = TRUE, y = TRUE)</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 xml:space="preserve">  n= 1529, number of events= 515 </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 xml:space="preserve">              coef exp(coef)  se(coef)      z Pr(&gt;|z|)    </w:t>
      </w:r>
    </w:p>
    <w:p w:rsidR="00BB137E" w:rsidRPr="003C01BE" w:rsidRDefault="00BB137E" w:rsidP="00BB137E">
      <w:pPr>
        <w:spacing w:after="0" w:line="240" w:lineRule="auto"/>
      </w:pPr>
      <w:r w:rsidRPr="003C01BE">
        <w:rPr>
          <w:rFonts w:ascii="Courier New" w:hAnsi="Courier New"/>
          <w:sz w:val="16"/>
        </w:rPr>
        <w:t xml:space="preserve">age      -0.002134  0.997868  0.005769 -0.370   0.7114    </w:t>
      </w:r>
    </w:p>
    <w:p w:rsidR="00BB137E" w:rsidRPr="003C01BE" w:rsidRDefault="00BB137E" w:rsidP="00BB137E">
      <w:pPr>
        <w:spacing w:after="0" w:line="240" w:lineRule="auto"/>
      </w:pPr>
      <w:r w:rsidRPr="003C01BE">
        <w:rPr>
          <w:rFonts w:ascii="Courier New" w:hAnsi="Courier New"/>
          <w:sz w:val="16"/>
        </w:rPr>
        <w:t xml:space="preserve">female   -0.124955  0.882536  0.091232 -1.370   0.1708    </w:t>
      </w:r>
    </w:p>
    <w:p w:rsidR="00BB137E" w:rsidRPr="003C01BE" w:rsidRDefault="00BB137E" w:rsidP="00BB137E">
      <w:pPr>
        <w:spacing w:after="0" w:line="240" w:lineRule="auto"/>
      </w:pPr>
      <w:r w:rsidRPr="003C01BE">
        <w:rPr>
          <w:rFonts w:ascii="Courier New" w:hAnsi="Courier New"/>
          <w:sz w:val="16"/>
        </w:rPr>
        <w:t>CFS       0.171714  1.187338  0.026961  6.369  1.9e-10 ***</w:t>
      </w:r>
    </w:p>
    <w:p w:rsidR="00BB137E" w:rsidRPr="003C01BE" w:rsidRDefault="00BB137E" w:rsidP="00BB137E">
      <w:pPr>
        <w:spacing w:after="0" w:line="240" w:lineRule="auto"/>
      </w:pPr>
      <w:r w:rsidRPr="003C01BE">
        <w:rPr>
          <w:rFonts w:ascii="Courier New" w:hAnsi="Courier New"/>
          <w:sz w:val="16"/>
        </w:rPr>
        <w:t>SOFA      0.152445  1.164679  0.015820  9.636  &lt; 2e-16 ***</w:t>
      </w:r>
    </w:p>
    <w:p w:rsidR="00BB137E" w:rsidRPr="003C01BE" w:rsidRDefault="00BB137E" w:rsidP="00BB137E">
      <w:pPr>
        <w:spacing w:after="0" w:line="240" w:lineRule="auto"/>
      </w:pPr>
      <w:r w:rsidRPr="003C01BE">
        <w:rPr>
          <w:rFonts w:ascii="Courier New" w:hAnsi="Courier New"/>
          <w:sz w:val="16"/>
        </w:rPr>
        <w:t xml:space="preserve">CCI       0.033033  1.033584  0.014623  2.259   0.0239 *  </w:t>
      </w:r>
    </w:p>
    <w:p w:rsidR="00BB137E" w:rsidRPr="003C01BE" w:rsidRDefault="00BB137E" w:rsidP="00BB137E">
      <w:pPr>
        <w:spacing w:after="0" w:line="240" w:lineRule="auto"/>
      </w:pPr>
      <w:r w:rsidRPr="003C01BE">
        <w:rPr>
          <w:rFonts w:ascii="Courier New" w:hAnsi="Courier New"/>
          <w:sz w:val="16"/>
        </w:rPr>
        <w:t xml:space="preserve">APACHEII  0.012371  1.012448  0.007477  1.655   0.0980 .  </w:t>
      </w:r>
    </w:p>
    <w:p w:rsidR="00BB137E" w:rsidRPr="003C01BE" w:rsidRDefault="00BB137E" w:rsidP="00BB137E">
      <w:pPr>
        <w:spacing w:after="0" w:line="240" w:lineRule="auto"/>
      </w:pPr>
      <w:r w:rsidRPr="003C01BE">
        <w:rPr>
          <w:rFonts w:ascii="Courier New" w:hAnsi="Courier New"/>
          <w:sz w:val="16"/>
        </w:rPr>
        <w:t>---</w:t>
      </w:r>
    </w:p>
    <w:p w:rsidR="00BB137E" w:rsidRPr="003C01BE" w:rsidRDefault="00BB137E" w:rsidP="00BB137E">
      <w:pPr>
        <w:spacing w:after="0" w:line="240" w:lineRule="auto"/>
      </w:pPr>
      <w:r w:rsidRPr="003C01BE">
        <w:rPr>
          <w:rFonts w:ascii="Courier New" w:hAnsi="Courier New"/>
          <w:sz w:val="16"/>
        </w:rPr>
        <w:t>Signif. codes:  0 ‘***’ 0.001 ‘**’ 0.01 ‘*’ 0.05 ‘.’ 0.1 ‘ ’ 1</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 xml:space="preserve">         exp(coef) exp(-coef) lower .95 upper .95</w:t>
      </w:r>
    </w:p>
    <w:p w:rsidR="00BB137E" w:rsidRPr="003C01BE" w:rsidRDefault="00BB137E" w:rsidP="00BB137E">
      <w:pPr>
        <w:spacing w:after="0" w:line="240" w:lineRule="auto"/>
      </w:pPr>
      <w:r w:rsidRPr="003C01BE">
        <w:rPr>
          <w:rFonts w:ascii="Courier New" w:hAnsi="Courier New"/>
          <w:sz w:val="16"/>
        </w:rPr>
        <w:t>age         0.9979     1.0021    0.9866     1.009</w:t>
      </w:r>
    </w:p>
    <w:p w:rsidR="00BB137E" w:rsidRPr="003C01BE" w:rsidRDefault="00BB137E" w:rsidP="00BB137E">
      <w:pPr>
        <w:spacing w:after="0" w:line="240" w:lineRule="auto"/>
      </w:pPr>
      <w:r w:rsidRPr="003C01BE">
        <w:rPr>
          <w:rFonts w:ascii="Courier New" w:hAnsi="Courier New"/>
          <w:sz w:val="16"/>
        </w:rPr>
        <w:t>female      0.8825     1.1331    0.7380     1.055</w:t>
      </w:r>
    </w:p>
    <w:p w:rsidR="00BB137E" w:rsidRPr="003C01BE" w:rsidRDefault="00BB137E" w:rsidP="00BB137E">
      <w:pPr>
        <w:spacing w:after="0" w:line="240" w:lineRule="auto"/>
      </w:pPr>
      <w:r w:rsidRPr="003C01BE">
        <w:rPr>
          <w:rFonts w:ascii="Courier New" w:hAnsi="Courier New"/>
          <w:sz w:val="16"/>
        </w:rPr>
        <w:t>CFS         1.1873     0.8422    1.1262     1.252</w:t>
      </w:r>
    </w:p>
    <w:p w:rsidR="00BB137E" w:rsidRPr="003C01BE" w:rsidRDefault="00BB137E" w:rsidP="00BB137E">
      <w:pPr>
        <w:spacing w:after="0" w:line="240" w:lineRule="auto"/>
      </w:pPr>
      <w:r w:rsidRPr="003C01BE">
        <w:rPr>
          <w:rFonts w:ascii="Courier New" w:hAnsi="Courier New"/>
          <w:sz w:val="16"/>
        </w:rPr>
        <w:t>SOFA        1.1647     0.8586    1.1291     1.201</w:t>
      </w:r>
    </w:p>
    <w:p w:rsidR="00BB137E" w:rsidRPr="003C01BE" w:rsidRDefault="00BB137E" w:rsidP="00BB137E">
      <w:pPr>
        <w:spacing w:after="0" w:line="240" w:lineRule="auto"/>
      </w:pPr>
      <w:r w:rsidRPr="003C01BE">
        <w:rPr>
          <w:rFonts w:ascii="Courier New" w:hAnsi="Courier New"/>
          <w:sz w:val="16"/>
        </w:rPr>
        <w:lastRenderedPageBreak/>
        <w:t>CCI         1.0336     0.9675    1.0044     1.064</w:t>
      </w:r>
    </w:p>
    <w:p w:rsidR="00BB137E" w:rsidRPr="003C01BE" w:rsidRDefault="00BB137E" w:rsidP="00BB137E">
      <w:pPr>
        <w:spacing w:after="0" w:line="240" w:lineRule="auto"/>
      </w:pPr>
      <w:r w:rsidRPr="003C01BE">
        <w:rPr>
          <w:rFonts w:ascii="Courier New" w:hAnsi="Courier New"/>
          <w:sz w:val="16"/>
        </w:rPr>
        <w:t>APACHEII    1.0124     0.9877    0.9977     1.027</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Concordance= 0.722  (se = 0.011 )</w:t>
      </w:r>
    </w:p>
    <w:p w:rsidR="00BB137E" w:rsidRPr="003C01BE" w:rsidRDefault="00BB137E" w:rsidP="00BB137E">
      <w:pPr>
        <w:spacing w:after="0" w:line="240" w:lineRule="auto"/>
      </w:pPr>
      <w:r w:rsidRPr="003C01BE">
        <w:rPr>
          <w:rFonts w:ascii="Courier New" w:hAnsi="Courier New"/>
          <w:sz w:val="16"/>
        </w:rPr>
        <w:t>Likelihood ratio test= 307.9  on 6 df,   p=&lt;2e-16</w:t>
      </w:r>
    </w:p>
    <w:p w:rsidR="00BB137E" w:rsidRPr="003C01BE" w:rsidRDefault="00BB137E" w:rsidP="00BB137E">
      <w:pPr>
        <w:spacing w:after="0" w:line="240" w:lineRule="auto"/>
      </w:pPr>
      <w:r w:rsidRPr="003C01BE">
        <w:rPr>
          <w:rFonts w:ascii="Courier New" w:hAnsi="Courier New"/>
          <w:sz w:val="16"/>
        </w:rPr>
        <w:t>Wald test            = 309  on 6 df,   p=&lt;2e-16</w:t>
      </w:r>
    </w:p>
    <w:p w:rsidR="00BB137E" w:rsidRPr="003C01BE" w:rsidRDefault="00BB137E" w:rsidP="00BB137E">
      <w:pPr>
        <w:spacing w:after="0" w:line="240" w:lineRule="auto"/>
      </w:pPr>
      <w:r w:rsidRPr="003C01BE">
        <w:rPr>
          <w:rFonts w:ascii="Courier New" w:hAnsi="Courier New"/>
          <w:sz w:val="16"/>
        </w:rPr>
        <w:t>Score (logrank) test = 327.4  on 6 df,   p=&lt;2e-16</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 xml:space="preserve">&gt; </w:t>
      </w:r>
    </w:p>
    <w:p w:rsidR="00BB137E" w:rsidRPr="003C01BE" w:rsidRDefault="00BB137E" w:rsidP="00BB137E">
      <w:pPr>
        <w:spacing w:after="0" w:line="240" w:lineRule="auto"/>
      </w:pPr>
      <w:r w:rsidRPr="003C01BE">
        <w:rPr>
          <w:rFonts w:ascii="Courier New" w:hAnsi="Courier New"/>
          <w:sz w:val="16"/>
        </w:rPr>
        <w:t>&gt; cat("\nEXTENDED CENTRE-CLUSTERED COX MODEL — CORRECTED TIME\n")</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EXTENDED CENTRE-CLUSTERED COX MODEL — CORRECTED TIME</w:t>
      </w:r>
    </w:p>
    <w:p w:rsidR="00BB137E" w:rsidRPr="003C01BE" w:rsidRDefault="00BB137E" w:rsidP="00BB137E">
      <w:pPr>
        <w:spacing w:after="0" w:line="240" w:lineRule="auto"/>
      </w:pPr>
      <w:r w:rsidRPr="003C01BE">
        <w:rPr>
          <w:rFonts w:ascii="Courier New" w:hAnsi="Courier New"/>
          <w:sz w:val="16"/>
        </w:rPr>
        <w:t>&gt; summary(extended_clustered_corrected)</w:t>
      </w:r>
    </w:p>
    <w:p w:rsidR="00BB137E" w:rsidRPr="003C01BE" w:rsidRDefault="00BB137E" w:rsidP="00BB137E">
      <w:pPr>
        <w:spacing w:after="0" w:line="240" w:lineRule="auto"/>
      </w:pPr>
      <w:r w:rsidRPr="003C01BE">
        <w:rPr>
          <w:rFonts w:ascii="Courier New" w:hAnsi="Courier New"/>
          <w:sz w:val="16"/>
        </w:rPr>
        <w:t>Call:</w:t>
      </w:r>
    </w:p>
    <w:p w:rsidR="00BB137E" w:rsidRPr="003C01BE" w:rsidRDefault="00BB137E" w:rsidP="00BB137E">
      <w:pPr>
        <w:spacing w:after="0" w:line="240" w:lineRule="auto"/>
      </w:pPr>
      <w:r w:rsidRPr="003C01BE">
        <w:rPr>
          <w:rFonts w:ascii="Courier New" w:hAnsi="Courier New"/>
          <w:sz w:val="16"/>
        </w:rPr>
        <w:t xml:space="preserve">coxph(formula = Surv(time_landmark_corrected, event) ~ age + </w:t>
      </w:r>
    </w:p>
    <w:p w:rsidR="00BB137E" w:rsidRPr="003C01BE" w:rsidRDefault="00BB137E" w:rsidP="00BB137E">
      <w:pPr>
        <w:spacing w:after="0" w:line="240" w:lineRule="auto"/>
      </w:pPr>
      <w:r w:rsidRPr="003C01BE">
        <w:rPr>
          <w:rFonts w:ascii="Courier New" w:hAnsi="Courier New"/>
          <w:sz w:val="16"/>
        </w:rPr>
        <w:t xml:space="preserve">    female + CFS + SOFA + CCI + APACHEII, data = analiz, ties = "breslow", </w:t>
      </w:r>
    </w:p>
    <w:p w:rsidR="00BB137E" w:rsidRPr="003C01BE" w:rsidRDefault="00BB137E" w:rsidP="00BB137E">
      <w:pPr>
        <w:spacing w:after="0" w:line="240" w:lineRule="auto"/>
      </w:pPr>
      <w:r w:rsidRPr="003C01BE">
        <w:rPr>
          <w:rFonts w:ascii="Courier New" w:hAnsi="Courier New"/>
          <w:sz w:val="16"/>
        </w:rPr>
        <w:t xml:space="preserve">    robust = TRUE, model = TRUE, x = TRUE, y = TRUE, cluster = center)</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 xml:space="preserve">  n= 1529, number of events= 515 </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 xml:space="preserve">              coef exp(coef)  se(coef) robust se      z Pr(&gt;|z|)    </w:t>
      </w:r>
    </w:p>
    <w:p w:rsidR="00BB137E" w:rsidRPr="003C01BE" w:rsidRDefault="00BB137E" w:rsidP="00BB137E">
      <w:pPr>
        <w:spacing w:after="0" w:line="240" w:lineRule="auto"/>
      </w:pPr>
      <w:r w:rsidRPr="003C01BE">
        <w:rPr>
          <w:rFonts w:ascii="Courier New" w:hAnsi="Courier New"/>
          <w:sz w:val="16"/>
        </w:rPr>
        <w:t xml:space="preserve">age      -0.002134  0.997868  0.005769  0.005493 -0.389    0.698    </w:t>
      </w:r>
    </w:p>
    <w:p w:rsidR="00BB137E" w:rsidRPr="003C01BE" w:rsidRDefault="00BB137E" w:rsidP="00BB137E">
      <w:pPr>
        <w:spacing w:after="0" w:line="240" w:lineRule="auto"/>
      </w:pPr>
      <w:r w:rsidRPr="003C01BE">
        <w:rPr>
          <w:rFonts w:ascii="Courier New" w:hAnsi="Courier New"/>
          <w:sz w:val="16"/>
        </w:rPr>
        <w:t xml:space="preserve">female   -0.124955  0.882536  0.091232  0.099096 -1.261    0.207    </w:t>
      </w:r>
    </w:p>
    <w:p w:rsidR="00BB137E" w:rsidRPr="003C01BE" w:rsidRDefault="00BB137E" w:rsidP="00BB137E">
      <w:pPr>
        <w:spacing w:after="0" w:line="240" w:lineRule="auto"/>
      </w:pPr>
      <w:r w:rsidRPr="003C01BE">
        <w:rPr>
          <w:rFonts w:ascii="Courier New" w:hAnsi="Courier New"/>
          <w:sz w:val="16"/>
        </w:rPr>
        <w:t>CFS       0.171714  1.187338  0.026961  0.038462  4.465 8.02e-06 ***</w:t>
      </w:r>
    </w:p>
    <w:p w:rsidR="00BB137E" w:rsidRPr="003C01BE" w:rsidRDefault="00BB137E" w:rsidP="00BB137E">
      <w:pPr>
        <w:spacing w:after="0" w:line="240" w:lineRule="auto"/>
      </w:pPr>
      <w:r w:rsidRPr="003C01BE">
        <w:rPr>
          <w:rFonts w:ascii="Courier New" w:hAnsi="Courier New"/>
          <w:sz w:val="16"/>
        </w:rPr>
        <w:t>SOFA      0.152445  1.164679  0.015820  0.019685  7.744 9.60e-15 ***</w:t>
      </w:r>
    </w:p>
    <w:p w:rsidR="00BB137E" w:rsidRPr="003C01BE" w:rsidRDefault="00BB137E" w:rsidP="00BB137E">
      <w:pPr>
        <w:spacing w:after="0" w:line="240" w:lineRule="auto"/>
      </w:pPr>
      <w:r w:rsidRPr="003C01BE">
        <w:rPr>
          <w:rFonts w:ascii="Courier New" w:hAnsi="Courier New"/>
          <w:sz w:val="16"/>
        </w:rPr>
        <w:t xml:space="preserve">CCI       0.033033  1.033584  0.014623  0.023471  1.407    0.159    </w:t>
      </w:r>
    </w:p>
    <w:p w:rsidR="00BB137E" w:rsidRPr="003C01BE" w:rsidRDefault="00BB137E" w:rsidP="00BB137E">
      <w:pPr>
        <w:spacing w:after="0" w:line="240" w:lineRule="auto"/>
      </w:pPr>
      <w:r w:rsidRPr="003C01BE">
        <w:rPr>
          <w:rFonts w:ascii="Courier New" w:hAnsi="Courier New"/>
          <w:sz w:val="16"/>
        </w:rPr>
        <w:t xml:space="preserve">APACHEII  0.012371  1.012448  0.007477  0.010059  1.230    0.219    </w:t>
      </w:r>
    </w:p>
    <w:p w:rsidR="00BB137E" w:rsidRPr="003C01BE" w:rsidRDefault="00BB137E" w:rsidP="00BB137E">
      <w:pPr>
        <w:spacing w:after="0" w:line="240" w:lineRule="auto"/>
      </w:pPr>
      <w:r w:rsidRPr="003C01BE">
        <w:rPr>
          <w:rFonts w:ascii="Courier New" w:hAnsi="Courier New"/>
          <w:sz w:val="16"/>
        </w:rPr>
        <w:t>---</w:t>
      </w:r>
    </w:p>
    <w:p w:rsidR="00BB137E" w:rsidRPr="003C01BE" w:rsidRDefault="00BB137E" w:rsidP="00BB137E">
      <w:pPr>
        <w:spacing w:after="0" w:line="240" w:lineRule="auto"/>
      </w:pPr>
      <w:r w:rsidRPr="003C01BE">
        <w:rPr>
          <w:rFonts w:ascii="Courier New" w:hAnsi="Courier New"/>
          <w:sz w:val="16"/>
        </w:rPr>
        <w:t>Signif. codes:  0 ‘***’ 0.001 ‘**’ 0.01 ‘*’ 0.05 ‘.’ 0.1 ‘ ’ 1</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 xml:space="preserve">         exp(coef) exp(-coef) lower .95 upper .95</w:t>
      </w:r>
    </w:p>
    <w:p w:rsidR="00BB137E" w:rsidRPr="003C01BE" w:rsidRDefault="00BB137E" w:rsidP="00BB137E">
      <w:pPr>
        <w:spacing w:after="0" w:line="240" w:lineRule="auto"/>
      </w:pPr>
      <w:r w:rsidRPr="003C01BE">
        <w:rPr>
          <w:rFonts w:ascii="Courier New" w:hAnsi="Courier New"/>
          <w:sz w:val="16"/>
        </w:rPr>
        <w:t>age         0.9979     1.0021    0.9872     1.009</w:t>
      </w:r>
    </w:p>
    <w:p w:rsidR="00BB137E" w:rsidRPr="003C01BE" w:rsidRDefault="00BB137E" w:rsidP="00BB137E">
      <w:pPr>
        <w:spacing w:after="0" w:line="240" w:lineRule="auto"/>
      </w:pPr>
      <w:r w:rsidRPr="003C01BE">
        <w:rPr>
          <w:rFonts w:ascii="Courier New" w:hAnsi="Courier New"/>
          <w:sz w:val="16"/>
        </w:rPr>
        <w:t>female      0.8825     1.1331    0.7267     1.072</w:t>
      </w:r>
    </w:p>
    <w:p w:rsidR="00BB137E" w:rsidRPr="003C01BE" w:rsidRDefault="00BB137E" w:rsidP="00BB137E">
      <w:pPr>
        <w:spacing w:after="0" w:line="240" w:lineRule="auto"/>
      </w:pPr>
      <w:r w:rsidRPr="003C01BE">
        <w:rPr>
          <w:rFonts w:ascii="Courier New" w:hAnsi="Courier New"/>
          <w:sz w:val="16"/>
        </w:rPr>
        <w:t>CFS         1.1873     0.8422    1.1011     1.280</w:t>
      </w:r>
    </w:p>
    <w:p w:rsidR="00BB137E" w:rsidRPr="003C01BE" w:rsidRDefault="00BB137E" w:rsidP="00BB137E">
      <w:pPr>
        <w:spacing w:after="0" w:line="240" w:lineRule="auto"/>
      </w:pPr>
      <w:r w:rsidRPr="003C01BE">
        <w:rPr>
          <w:rFonts w:ascii="Courier New" w:hAnsi="Courier New"/>
          <w:sz w:val="16"/>
        </w:rPr>
        <w:t>SOFA        1.1647     0.8586    1.1206     1.210</w:t>
      </w:r>
    </w:p>
    <w:p w:rsidR="00BB137E" w:rsidRPr="003C01BE" w:rsidRDefault="00BB137E" w:rsidP="00BB137E">
      <w:pPr>
        <w:spacing w:after="0" w:line="240" w:lineRule="auto"/>
      </w:pPr>
      <w:r w:rsidRPr="003C01BE">
        <w:rPr>
          <w:rFonts w:ascii="Courier New" w:hAnsi="Courier New"/>
          <w:sz w:val="16"/>
        </w:rPr>
        <w:t>CCI         1.0336     0.9675    0.9871     1.082</w:t>
      </w:r>
    </w:p>
    <w:p w:rsidR="00BB137E" w:rsidRPr="003C01BE" w:rsidRDefault="00BB137E" w:rsidP="00BB137E">
      <w:pPr>
        <w:spacing w:after="0" w:line="240" w:lineRule="auto"/>
      </w:pPr>
      <w:r w:rsidRPr="003C01BE">
        <w:rPr>
          <w:rFonts w:ascii="Courier New" w:hAnsi="Courier New"/>
          <w:sz w:val="16"/>
        </w:rPr>
        <w:t>APACHEII    1.0124     0.9877    0.9927     1.033</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Concordance= 0.722  (se = 0.016 )</w:t>
      </w:r>
    </w:p>
    <w:p w:rsidR="00BB137E" w:rsidRPr="003C01BE" w:rsidRDefault="00BB137E" w:rsidP="00BB137E">
      <w:pPr>
        <w:spacing w:after="0" w:line="240" w:lineRule="auto"/>
      </w:pPr>
      <w:r w:rsidRPr="003C01BE">
        <w:rPr>
          <w:rFonts w:ascii="Courier New" w:hAnsi="Courier New"/>
          <w:sz w:val="16"/>
        </w:rPr>
        <w:t>Likelihood ratio test= 307.9  on 6 df,   p=&lt;2e-16</w:t>
      </w:r>
    </w:p>
    <w:p w:rsidR="00BB137E" w:rsidRPr="003C01BE" w:rsidRDefault="00BB137E" w:rsidP="00BB137E">
      <w:pPr>
        <w:spacing w:after="0" w:line="240" w:lineRule="auto"/>
      </w:pPr>
      <w:r w:rsidRPr="003C01BE">
        <w:rPr>
          <w:rFonts w:ascii="Courier New" w:hAnsi="Courier New"/>
          <w:sz w:val="16"/>
        </w:rPr>
        <w:t>Wald test            = 244.1  on 6 df,   p=&lt;2e-16</w:t>
      </w:r>
    </w:p>
    <w:p w:rsidR="00BB137E" w:rsidRPr="003C01BE" w:rsidRDefault="00BB137E" w:rsidP="00BB137E">
      <w:pPr>
        <w:spacing w:after="0" w:line="240" w:lineRule="auto"/>
      </w:pPr>
      <w:r w:rsidRPr="003C01BE">
        <w:rPr>
          <w:rFonts w:ascii="Courier New" w:hAnsi="Courier New"/>
          <w:sz w:val="16"/>
        </w:rPr>
        <w:t>Score (logrank) test = 327.4  on 6 df,   p=&lt;2e-16,   Robust = 30.27  p=3e-05</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 xml:space="preserve">  (Note: the likelihood ratio and score tests assume independence of</w:t>
      </w:r>
    </w:p>
    <w:p w:rsidR="00BB137E" w:rsidRPr="003C01BE" w:rsidRDefault="00BB137E" w:rsidP="00BB137E">
      <w:pPr>
        <w:spacing w:after="0" w:line="240" w:lineRule="auto"/>
      </w:pPr>
      <w:r w:rsidRPr="003C01BE">
        <w:rPr>
          <w:rFonts w:ascii="Courier New" w:hAnsi="Courier New"/>
          <w:sz w:val="16"/>
        </w:rPr>
        <w:t xml:space="preserve">     observations within a cluster, the Wald and robust score tests do not).</w:t>
      </w:r>
    </w:p>
    <w:p w:rsidR="00BB137E" w:rsidRPr="003C01BE" w:rsidRDefault="00BB137E" w:rsidP="00BB137E">
      <w:pPr>
        <w:spacing w:after="0" w:line="240" w:lineRule="auto"/>
      </w:pPr>
      <w:r w:rsidRPr="003C01BE">
        <w:rPr>
          <w:rFonts w:ascii="Courier New" w:hAnsi="Courier New"/>
          <w:sz w:val="16"/>
        </w:rPr>
        <w:t>&gt; library(coxme)</w:t>
      </w:r>
    </w:p>
    <w:p w:rsidR="00BB137E" w:rsidRPr="003C01BE" w:rsidRDefault="00BB137E" w:rsidP="00BB137E">
      <w:pPr>
        <w:spacing w:after="0" w:line="240" w:lineRule="auto"/>
      </w:pPr>
      <w:r w:rsidRPr="003C01BE">
        <w:rPr>
          <w:rFonts w:ascii="Courier New" w:hAnsi="Courier New"/>
          <w:sz w:val="16"/>
        </w:rPr>
        <w:t xml:space="preserve">&gt; </w:t>
      </w:r>
    </w:p>
    <w:p w:rsidR="00BB137E" w:rsidRPr="003C01BE" w:rsidRDefault="00BB137E" w:rsidP="00BB137E">
      <w:pPr>
        <w:spacing w:after="0" w:line="240" w:lineRule="auto"/>
      </w:pPr>
      <w:r w:rsidRPr="003C01BE">
        <w:rPr>
          <w:rFonts w:ascii="Courier New" w:hAnsi="Courier New"/>
          <w:sz w:val="16"/>
        </w:rPr>
        <w:t>&gt; mixed_primary_corrected &lt;- coxme(</w:t>
      </w:r>
    </w:p>
    <w:p w:rsidR="00BB137E" w:rsidRPr="003C01BE" w:rsidRDefault="00BB137E" w:rsidP="00BB137E">
      <w:pPr>
        <w:spacing w:after="0" w:line="240" w:lineRule="auto"/>
      </w:pPr>
      <w:r w:rsidRPr="003C01BE">
        <w:rPr>
          <w:rFonts w:ascii="Courier New" w:hAnsi="Courier New"/>
          <w:sz w:val="16"/>
        </w:rPr>
        <w:t>+     Surv(time_landmark_corrected, event) ~</w:t>
      </w:r>
    </w:p>
    <w:p w:rsidR="00BB137E" w:rsidRPr="003C01BE" w:rsidRDefault="00BB137E" w:rsidP="00BB137E">
      <w:pPr>
        <w:spacing w:after="0" w:line="240" w:lineRule="auto"/>
      </w:pPr>
      <w:r w:rsidRPr="003C01BE">
        <w:rPr>
          <w:rFonts w:ascii="Courier New" w:hAnsi="Courier New"/>
          <w:sz w:val="16"/>
        </w:rPr>
        <w:t>+         age + female + CFS + SOFA + CCI +</w:t>
      </w:r>
    </w:p>
    <w:p w:rsidR="00BB137E" w:rsidRPr="003C01BE" w:rsidRDefault="00BB137E" w:rsidP="00BB137E">
      <w:pPr>
        <w:spacing w:after="0" w:line="240" w:lineRule="auto"/>
      </w:pPr>
      <w:r w:rsidRPr="003C01BE">
        <w:rPr>
          <w:rFonts w:ascii="Courier New" w:hAnsi="Courier New"/>
          <w:sz w:val="16"/>
        </w:rPr>
        <w:t>+         (1 | center),</w:t>
      </w:r>
    </w:p>
    <w:p w:rsidR="00BB137E" w:rsidRPr="003C01BE" w:rsidRDefault="00BB137E" w:rsidP="00BB137E">
      <w:pPr>
        <w:spacing w:after="0" w:line="240" w:lineRule="auto"/>
      </w:pPr>
      <w:r w:rsidRPr="003C01BE">
        <w:rPr>
          <w:rFonts w:ascii="Courier New" w:hAnsi="Courier New"/>
          <w:sz w:val="16"/>
        </w:rPr>
        <w:t>+     data = analiz,</w:t>
      </w:r>
    </w:p>
    <w:p w:rsidR="00BB137E" w:rsidRPr="003C01BE" w:rsidRDefault="00BB137E" w:rsidP="00BB137E">
      <w:pPr>
        <w:spacing w:after="0" w:line="240" w:lineRule="auto"/>
      </w:pPr>
      <w:r w:rsidRPr="003C01BE">
        <w:rPr>
          <w:rFonts w:ascii="Courier New" w:hAnsi="Courier New"/>
          <w:sz w:val="16"/>
        </w:rPr>
        <w:t>+     ties = "breslow"</w:t>
      </w:r>
    </w:p>
    <w:p w:rsidR="00BB137E" w:rsidRPr="003C01BE" w:rsidRDefault="00BB137E" w:rsidP="00BB137E">
      <w:pPr>
        <w:spacing w:after="0" w:line="240" w:lineRule="auto"/>
      </w:pPr>
      <w:r w:rsidRPr="003C01BE">
        <w:rPr>
          <w:rFonts w:ascii="Courier New" w:hAnsi="Courier New"/>
          <w:sz w:val="16"/>
        </w:rPr>
        <w:t>+ )</w:t>
      </w:r>
    </w:p>
    <w:p w:rsidR="00BB137E" w:rsidRPr="003C01BE" w:rsidRDefault="00BB137E" w:rsidP="00BB137E">
      <w:pPr>
        <w:spacing w:after="0" w:line="240" w:lineRule="auto"/>
      </w:pPr>
      <w:r w:rsidRPr="003C01BE">
        <w:rPr>
          <w:rFonts w:ascii="Courier New" w:hAnsi="Courier New"/>
          <w:sz w:val="16"/>
        </w:rPr>
        <w:t xml:space="preserve">&gt; </w:t>
      </w:r>
    </w:p>
    <w:p w:rsidR="00BB137E" w:rsidRPr="003C01BE" w:rsidRDefault="00BB137E" w:rsidP="00BB137E">
      <w:pPr>
        <w:spacing w:after="0" w:line="240" w:lineRule="auto"/>
      </w:pPr>
      <w:r w:rsidRPr="003C01BE">
        <w:rPr>
          <w:rFonts w:ascii="Courier New" w:hAnsi="Courier New"/>
          <w:sz w:val="16"/>
        </w:rPr>
        <w:t>&gt; mixed_extended_corrected &lt;- coxme(</w:t>
      </w:r>
    </w:p>
    <w:p w:rsidR="00BB137E" w:rsidRPr="003C01BE" w:rsidRDefault="00BB137E" w:rsidP="00BB137E">
      <w:pPr>
        <w:spacing w:after="0" w:line="240" w:lineRule="auto"/>
      </w:pPr>
      <w:r w:rsidRPr="003C01BE">
        <w:rPr>
          <w:rFonts w:ascii="Courier New" w:hAnsi="Courier New"/>
          <w:sz w:val="16"/>
        </w:rPr>
        <w:t>+     Surv(time_landmark_corrected, event) ~</w:t>
      </w:r>
    </w:p>
    <w:p w:rsidR="00BB137E" w:rsidRPr="003C01BE" w:rsidRDefault="00BB137E" w:rsidP="00BB137E">
      <w:pPr>
        <w:spacing w:after="0" w:line="240" w:lineRule="auto"/>
      </w:pPr>
      <w:r w:rsidRPr="003C01BE">
        <w:rPr>
          <w:rFonts w:ascii="Courier New" w:hAnsi="Courier New"/>
          <w:sz w:val="16"/>
        </w:rPr>
        <w:t>+         age + female + CFS + SOFA + CCI + APACHEII +</w:t>
      </w:r>
    </w:p>
    <w:p w:rsidR="00BB137E" w:rsidRPr="003C01BE" w:rsidRDefault="00BB137E" w:rsidP="00BB137E">
      <w:pPr>
        <w:spacing w:after="0" w:line="240" w:lineRule="auto"/>
      </w:pPr>
      <w:r w:rsidRPr="003C01BE">
        <w:rPr>
          <w:rFonts w:ascii="Courier New" w:hAnsi="Courier New"/>
          <w:sz w:val="16"/>
        </w:rPr>
        <w:t>+         (1 | center),</w:t>
      </w:r>
    </w:p>
    <w:p w:rsidR="00BB137E" w:rsidRPr="003C01BE" w:rsidRDefault="00BB137E" w:rsidP="00BB137E">
      <w:pPr>
        <w:spacing w:after="0" w:line="240" w:lineRule="auto"/>
      </w:pPr>
      <w:r w:rsidRPr="003C01BE">
        <w:rPr>
          <w:rFonts w:ascii="Courier New" w:hAnsi="Courier New"/>
          <w:sz w:val="16"/>
        </w:rPr>
        <w:t>+     data = analiz,</w:t>
      </w:r>
    </w:p>
    <w:p w:rsidR="00BB137E" w:rsidRPr="003C01BE" w:rsidRDefault="00BB137E" w:rsidP="00BB137E">
      <w:pPr>
        <w:spacing w:after="0" w:line="240" w:lineRule="auto"/>
      </w:pPr>
      <w:r w:rsidRPr="003C01BE">
        <w:rPr>
          <w:rFonts w:ascii="Courier New" w:hAnsi="Courier New"/>
          <w:sz w:val="16"/>
        </w:rPr>
        <w:t>+     ties = "breslow"</w:t>
      </w:r>
    </w:p>
    <w:p w:rsidR="00BB137E" w:rsidRPr="003C01BE" w:rsidRDefault="00BB137E" w:rsidP="00BB137E">
      <w:pPr>
        <w:spacing w:after="0" w:line="240" w:lineRule="auto"/>
      </w:pPr>
      <w:r w:rsidRPr="003C01BE">
        <w:rPr>
          <w:rFonts w:ascii="Courier New" w:hAnsi="Courier New"/>
          <w:sz w:val="16"/>
        </w:rPr>
        <w:t>+ )</w:t>
      </w:r>
    </w:p>
    <w:p w:rsidR="00BB137E" w:rsidRPr="003C01BE" w:rsidRDefault="00BB137E" w:rsidP="00BB137E">
      <w:pPr>
        <w:spacing w:after="0" w:line="240" w:lineRule="auto"/>
      </w:pPr>
      <w:r w:rsidRPr="003C01BE">
        <w:rPr>
          <w:rFonts w:ascii="Courier New" w:hAnsi="Courier New"/>
          <w:sz w:val="16"/>
        </w:rPr>
        <w:t xml:space="preserve">&gt; </w:t>
      </w:r>
    </w:p>
    <w:p w:rsidR="00BB137E" w:rsidRPr="003C01BE" w:rsidRDefault="00BB137E" w:rsidP="00BB137E">
      <w:pPr>
        <w:spacing w:after="0" w:line="240" w:lineRule="auto"/>
      </w:pPr>
      <w:r w:rsidRPr="003C01BE">
        <w:rPr>
          <w:rFonts w:ascii="Courier New" w:hAnsi="Courier New"/>
          <w:sz w:val="16"/>
        </w:rPr>
        <w:t>&gt; cat("\nPRIMARY MIXED-EFFECTS MODEL — CORRECTED TIME\n")</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PRIMARY MIXED-EFFECTS MODEL — CORRECTED TIME</w:t>
      </w:r>
    </w:p>
    <w:p w:rsidR="00BB137E" w:rsidRPr="003C01BE" w:rsidRDefault="00BB137E" w:rsidP="00BB137E">
      <w:pPr>
        <w:spacing w:after="0" w:line="240" w:lineRule="auto"/>
      </w:pPr>
      <w:r w:rsidRPr="003C01BE">
        <w:rPr>
          <w:rFonts w:ascii="Courier New" w:hAnsi="Courier New"/>
          <w:sz w:val="16"/>
        </w:rPr>
        <w:t>&gt; summary(mixed_primary_corrected)</w:t>
      </w:r>
    </w:p>
    <w:p w:rsidR="00BB137E" w:rsidRPr="003C01BE" w:rsidRDefault="00BB137E" w:rsidP="00BB137E">
      <w:pPr>
        <w:spacing w:after="0" w:line="240" w:lineRule="auto"/>
      </w:pPr>
      <w:r w:rsidRPr="003C01BE">
        <w:rPr>
          <w:rFonts w:ascii="Courier New" w:hAnsi="Courier New"/>
          <w:sz w:val="16"/>
        </w:rPr>
        <w:t>Mixed effects coxme model</w:t>
      </w:r>
    </w:p>
    <w:p w:rsidR="00BB137E" w:rsidRPr="003C01BE" w:rsidRDefault="00BB137E" w:rsidP="00BB137E">
      <w:pPr>
        <w:spacing w:after="0" w:line="240" w:lineRule="auto"/>
      </w:pPr>
      <w:r w:rsidRPr="003C01BE">
        <w:rPr>
          <w:rFonts w:ascii="Courier New" w:hAnsi="Courier New"/>
          <w:sz w:val="16"/>
        </w:rPr>
        <w:t xml:space="preserve"> Formula: Surv(time_landmark_corrected, event) ~ age + female + CFS + SOFA +      CCI + (1 | center) </w:t>
      </w:r>
    </w:p>
    <w:p w:rsidR="00BB137E" w:rsidRPr="003C01BE" w:rsidRDefault="00BB137E" w:rsidP="00BB137E">
      <w:pPr>
        <w:spacing w:after="0" w:line="240" w:lineRule="auto"/>
      </w:pPr>
      <w:r w:rsidRPr="003C01BE">
        <w:rPr>
          <w:rFonts w:ascii="Courier New" w:hAnsi="Courier New"/>
          <w:sz w:val="16"/>
        </w:rPr>
        <w:t xml:space="preserve">    Data: analiz </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 xml:space="preserve">  events, n = 515, 1529</w:t>
      </w:r>
    </w:p>
    <w:p w:rsidR="00BB137E" w:rsidRPr="003C01BE" w:rsidRDefault="00BB137E" w:rsidP="00BB137E">
      <w:pPr>
        <w:spacing w:after="0" w:line="240" w:lineRule="auto"/>
      </w:pPr>
      <w:r w:rsidRPr="003C01BE">
        <w:rPr>
          <w:rFonts w:ascii="Courier New" w:hAnsi="Courier New"/>
          <w:sz w:val="16"/>
        </w:rPr>
        <w:lastRenderedPageBreak/>
        <w:t xml:space="preserve"> </w:t>
      </w:r>
    </w:p>
    <w:p w:rsidR="00BB137E" w:rsidRPr="003C01BE" w:rsidRDefault="00BB137E" w:rsidP="00BB137E">
      <w:pPr>
        <w:spacing w:after="0" w:line="240" w:lineRule="auto"/>
      </w:pPr>
      <w:r w:rsidRPr="003C01BE">
        <w:rPr>
          <w:rFonts w:ascii="Courier New" w:hAnsi="Courier New"/>
          <w:sz w:val="16"/>
        </w:rPr>
        <w:t>Random effects:</w:t>
      </w:r>
    </w:p>
    <w:p w:rsidR="00BB137E" w:rsidRPr="003C01BE" w:rsidRDefault="00BB137E" w:rsidP="00BB137E">
      <w:pPr>
        <w:spacing w:after="0" w:line="240" w:lineRule="auto"/>
      </w:pPr>
      <w:r w:rsidRPr="003C01BE">
        <w:rPr>
          <w:rFonts w:ascii="Courier New" w:hAnsi="Courier New"/>
          <w:sz w:val="16"/>
        </w:rPr>
        <w:t xml:space="preserve">   group  variable        sd  variance</w:t>
      </w:r>
    </w:p>
    <w:p w:rsidR="00BB137E" w:rsidRPr="003C01BE" w:rsidRDefault="00BB137E" w:rsidP="00BB137E">
      <w:pPr>
        <w:spacing w:after="0" w:line="240" w:lineRule="auto"/>
      </w:pPr>
      <w:r w:rsidRPr="003C01BE">
        <w:rPr>
          <w:rFonts w:ascii="Courier New" w:hAnsi="Courier New"/>
          <w:sz w:val="16"/>
        </w:rPr>
        <w:t>1 center Intercept 0.3850724 0.1482808</w:t>
      </w:r>
    </w:p>
    <w:p w:rsidR="00BB137E" w:rsidRPr="003C01BE" w:rsidRDefault="00BB137E" w:rsidP="00BB137E">
      <w:pPr>
        <w:spacing w:after="0" w:line="240" w:lineRule="auto"/>
      </w:pPr>
      <w:r w:rsidRPr="003C01BE">
        <w:rPr>
          <w:rFonts w:ascii="Courier New" w:hAnsi="Courier New"/>
          <w:sz w:val="16"/>
        </w:rPr>
        <w:t xml:space="preserve">                  Chisq    df p   AIC   BIC</w:t>
      </w:r>
    </w:p>
    <w:p w:rsidR="00BB137E" w:rsidRPr="003C01BE" w:rsidRDefault="00BB137E" w:rsidP="00BB137E">
      <w:pPr>
        <w:spacing w:after="0" w:line="240" w:lineRule="auto"/>
      </w:pPr>
      <w:r w:rsidRPr="003C01BE">
        <w:rPr>
          <w:rFonts w:ascii="Courier New" w:hAnsi="Courier New"/>
          <w:sz w:val="16"/>
        </w:rPr>
        <w:t>Integrated loglik 332.5  6.00 0 320.5 295.0</w:t>
      </w:r>
    </w:p>
    <w:p w:rsidR="00BB137E" w:rsidRPr="003C01BE" w:rsidRDefault="00BB137E" w:rsidP="00BB137E">
      <w:pPr>
        <w:spacing w:after="0" w:line="240" w:lineRule="auto"/>
      </w:pPr>
      <w:r w:rsidRPr="003C01BE">
        <w:rPr>
          <w:rFonts w:ascii="Courier New" w:hAnsi="Courier New"/>
          <w:sz w:val="16"/>
        </w:rPr>
        <w:t xml:space="preserve"> Penalized loglik 401.5 32.13 0 337.2 200.8</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Fixed effects:</w:t>
      </w:r>
    </w:p>
    <w:p w:rsidR="00BB137E" w:rsidRPr="003C01BE" w:rsidRDefault="00BB137E" w:rsidP="00BB137E">
      <w:pPr>
        <w:spacing w:after="0" w:line="240" w:lineRule="auto"/>
      </w:pPr>
      <w:r w:rsidRPr="003C01BE">
        <w:rPr>
          <w:rFonts w:ascii="Courier New" w:hAnsi="Courier New"/>
          <w:sz w:val="16"/>
        </w:rPr>
        <w:t xml:space="preserve">            coef exp(coef)  se(coef)     z        p</w:t>
      </w:r>
    </w:p>
    <w:p w:rsidR="00BB137E" w:rsidRPr="003C01BE" w:rsidRDefault="00BB137E" w:rsidP="00BB137E">
      <w:pPr>
        <w:spacing w:after="0" w:line="240" w:lineRule="auto"/>
      </w:pPr>
      <w:r w:rsidRPr="003C01BE">
        <w:rPr>
          <w:rFonts w:ascii="Courier New" w:hAnsi="Courier New"/>
          <w:sz w:val="16"/>
        </w:rPr>
        <w:t>age    -0.001283  0.998718  0.005913 -0.22  0.82824</w:t>
      </w:r>
    </w:p>
    <w:p w:rsidR="00BB137E" w:rsidRPr="003C01BE" w:rsidRDefault="00BB137E" w:rsidP="00BB137E">
      <w:pPr>
        <w:spacing w:after="0" w:line="240" w:lineRule="auto"/>
      </w:pPr>
      <w:r w:rsidRPr="003C01BE">
        <w:rPr>
          <w:rFonts w:ascii="Courier New" w:hAnsi="Courier New"/>
          <w:sz w:val="16"/>
        </w:rPr>
        <w:t>female -0.100140  0.904711  0.093193 -1.07  0.28258</w:t>
      </w:r>
    </w:p>
    <w:p w:rsidR="00BB137E" w:rsidRPr="003C01BE" w:rsidRDefault="00BB137E" w:rsidP="00BB137E">
      <w:pPr>
        <w:spacing w:after="0" w:line="240" w:lineRule="auto"/>
      </w:pPr>
      <w:r w:rsidRPr="003C01BE">
        <w:rPr>
          <w:rFonts w:ascii="Courier New" w:hAnsi="Courier New"/>
          <w:sz w:val="16"/>
        </w:rPr>
        <w:t>CFS     0.172353  1.188097  0.027918  6.17 6.68e-10</w:t>
      </w:r>
    </w:p>
    <w:p w:rsidR="00BB137E" w:rsidRPr="003C01BE" w:rsidRDefault="00BB137E" w:rsidP="00BB137E">
      <w:pPr>
        <w:spacing w:after="0" w:line="240" w:lineRule="auto"/>
      </w:pPr>
      <w:r w:rsidRPr="003C01BE">
        <w:rPr>
          <w:rFonts w:ascii="Courier New" w:hAnsi="Courier New"/>
          <w:sz w:val="16"/>
        </w:rPr>
        <w:t>SOFA    0.171023  1.186518  0.013894 12.31  &lt; 2e-16</w:t>
      </w:r>
    </w:p>
    <w:p w:rsidR="00BB137E" w:rsidRPr="003C01BE" w:rsidRDefault="00BB137E" w:rsidP="00BB137E">
      <w:pPr>
        <w:spacing w:after="0" w:line="240" w:lineRule="auto"/>
      </w:pPr>
      <w:r w:rsidRPr="003C01BE">
        <w:rPr>
          <w:rFonts w:ascii="Courier New" w:hAnsi="Courier New"/>
          <w:sz w:val="16"/>
        </w:rPr>
        <w:t>CCI     0.044056  1.045041  0.015819  2.78  0.00535</w:t>
      </w:r>
    </w:p>
    <w:p w:rsidR="00BB137E" w:rsidRPr="003C01BE" w:rsidRDefault="00BB137E" w:rsidP="00BB137E">
      <w:pPr>
        <w:spacing w:after="0" w:line="240" w:lineRule="auto"/>
      </w:pPr>
      <w:r w:rsidRPr="003C01BE">
        <w:rPr>
          <w:rFonts w:ascii="Courier New" w:hAnsi="Courier New"/>
          <w:sz w:val="16"/>
        </w:rPr>
        <w:t>&gt; VarCorr(mixed_primary_corrected)</w:t>
      </w:r>
    </w:p>
    <w:p w:rsidR="00BB137E" w:rsidRPr="003C01BE" w:rsidRDefault="00BB137E" w:rsidP="00BB137E">
      <w:pPr>
        <w:spacing w:after="0" w:line="240" w:lineRule="auto"/>
      </w:pPr>
      <w:r w:rsidRPr="003C01BE">
        <w:rPr>
          <w:rFonts w:ascii="Courier New" w:hAnsi="Courier New"/>
          <w:sz w:val="16"/>
        </w:rPr>
        <w:t>$center</w:t>
      </w:r>
    </w:p>
    <w:p w:rsidR="00BB137E" w:rsidRPr="003C01BE" w:rsidRDefault="00BB137E" w:rsidP="00BB137E">
      <w:pPr>
        <w:spacing w:after="0" w:line="240" w:lineRule="auto"/>
      </w:pPr>
      <w:r w:rsidRPr="003C01BE">
        <w:rPr>
          <w:rFonts w:ascii="Courier New" w:hAnsi="Courier New"/>
          <w:sz w:val="16"/>
        </w:rPr>
        <w:t xml:space="preserve">Intercept </w:t>
      </w:r>
    </w:p>
    <w:p w:rsidR="00BB137E" w:rsidRPr="003C01BE" w:rsidRDefault="00BB137E" w:rsidP="00BB137E">
      <w:pPr>
        <w:spacing w:after="0" w:line="240" w:lineRule="auto"/>
      </w:pPr>
      <w:r w:rsidRPr="003C01BE">
        <w:rPr>
          <w:rFonts w:ascii="Courier New" w:hAnsi="Courier New"/>
          <w:sz w:val="16"/>
        </w:rPr>
        <w:t xml:space="preserve">0.1482808 </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 xml:space="preserve">&gt; </w:t>
      </w:r>
    </w:p>
    <w:p w:rsidR="00BB137E" w:rsidRPr="003C01BE" w:rsidRDefault="00BB137E" w:rsidP="00BB137E">
      <w:pPr>
        <w:spacing w:after="0" w:line="240" w:lineRule="auto"/>
      </w:pPr>
      <w:r w:rsidRPr="003C01BE">
        <w:rPr>
          <w:rFonts w:ascii="Courier New" w:hAnsi="Courier New"/>
          <w:sz w:val="16"/>
        </w:rPr>
        <w:t>&gt; cat("\nEXTENDED MIXED-EFFECTS MODEL — CORRECTED TIME\n")</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EXTENDED MIXED-EFFECTS MODEL — CORRECTED TIME</w:t>
      </w:r>
    </w:p>
    <w:p w:rsidR="00BB137E" w:rsidRPr="003C01BE" w:rsidRDefault="00BB137E" w:rsidP="00BB137E">
      <w:pPr>
        <w:spacing w:after="0" w:line="240" w:lineRule="auto"/>
      </w:pPr>
      <w:r w:rsidRPr="003C01BE">
        <w:rPr>
          <w:rFonts w:ascii="Courier New" w:hAnsi="Courier New"/>
          <w:sz w:val="16"/>
        </w:rPr>
        <w:t>&gt; summary(mixed_extended_corrected)</w:t>
      </w:r>
    </w:p>
    <w:p w:rsidR="00BB137E" w:rsidRPr="003C01BE" w:rsidRDefault="00BB137E" w:rsidP="00BB137E">
      <w:pPr>
        <w:spacing w:after="0" w:line="240" w:lineRule="auto"/>
      </w:pPr>
      <w:r w:rsidRPr="003C01BE">
        <w:rPr>
          <w:rFonts w:ascii="Courier New" w:hAnsi="Courier New"/>
          <w:sz w:val="16"/>
        </w:rPr>
        <w:t>Mixed effects coxme model</w:t>
      </w:r>
    </w:p>
    <w:p w:rsidR="00BB137E" w:rsidRPr="003C01BE" w:rsidRDefault="00BB137E" w:rsidP="00BB137E">
      <w:pPr>
        <w:spacing w:after="0" w:line="240" w:lineRule="auto"/>
      </w:pPr>
      <w:r w:rsidRPr="003C01BE">
        <w:rPr>
          <w:rFonts w:ascii="Courier New" w:hAnsi="Courier New"/>
          <w:sz w:val="16"/>
        </w:rPr>
        <w:t xml:space="preserve"> Formula: Surv(time_landmark_corrected, event) ~ age + female + CFS + SOFA +      CCI + APACHEII + (1 | center) </w:t>
      </w:r>
    </w:p>
    <w:p w:rsidR="00BB137E" w:rsidRPr="003C01BE" w:rsidRDefault="00BB137E" w:rsidP="00BB137E">
      <w:pPr>
        <w:spacing w:after="0" w:line="240" w:lineRule="auto"/>
      </w:pPr>
      <w:r w:rsidRPr="003C01BE">
        <w:rPr>
          <w:rFonts w:ascii="Courier New" w:hAnsi="Courier New"/>
          <w:sz w:val="16"/>
        </w:rPr>
        <w:t xml:space="preserve">    Data: analiz </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 xml:space="preserve">  events, n = 515, 1529</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Random effects:</w:t>
      </w:r>
    </w:p>
    <w:p w:rsidR="00BB137E" w:rsidRPr="003C01BE" w:rsidRDefault="00BB137E" w:rsidP="00BB137E">
      <w:pPr>
        <w:spacing w:after="0" w:line="240" w:lineRule="auto"/>
      </w:pPr>
      <w:r w:rsidRPr="003C01BE">
        <w:rPr>
          <w:rFonts w:ascii="Courier New" w:hAnsi="Courier New"/>
          <w:sz w:val="16"/>
        </w:rPr>
        <w:t xml:space="preserve">   group  variable        sd  variance</w:t>
      </w:r>
    </w:p>
    <w:p w:rsidR="00BB137E" w:rsidRPr="003C01BE" w:rsidRDefault="00BB137E" w:rsidP="00BB137E">
      <w:pPr>
        <w:spacing w:after="0" w:line="240" w:lineRule="auto"/>
      </w:pPr>
      <w:r w:rsidRPr="003C01BE">
        <w:rPr>
          <w:rFonts w:ascii="Courier New" w:hAnsi="Courier New"/>
          <w:sz w:val="16"/>
        </w:rPr>
        <w:t>1 center Intercept 0.4053759 0.1643296</w:t>
      </w:r>
    </w:p>
    <w:p w:rsidR="00BB137E" w:rsidRPr="003C01BE" w:rsidRDefault="00BB137E" w:rsidP="00BB137E">
      <w:pPr>
        <w:spacing w:after="0" w:line="240" w:lineRule="auto"/>
      </w:pPr>
      <w:r w:rsidRPr="003C01BE">
        <w:rPr>
          <w:rFonts w:ascii="Courier New" w:hAnsi="Courier New"/>
          <w:sz w:val="16"/>
        </w:rPr>
        <w:t xml:space="preserve">                  Chisq    df p   AIC BIC</w:t>
      </w:r>
    </w:p>
    <w:p w:rsidR="00BB137E" w:rsidRPr="003C01BE" w:rsidRDefault="00BB137E" w:rsidP="00BB137E">
      <w:pPr>
        <w:spacing w:after="0" w:line="240" w:lineRule="auto"/>
      </w:pPr>
      <w:r w:rsidRPr="003C01BE">
        <w:rPr>
          <w:rFonts w:ascii="Courier New" w:hAnsi="Courier New"/>
          <w:sz w:val="16"/>
        </w:rPr>
        <w:t>Integrated loglik 337.7  7.00 0 323.7 294</w:t>
      </w:r>
    </w:p>
    <w:p w:rsidR="00BB137E" w:rsidRPr="003C01BE" w:rsidRDefault="00BB137E" w:rsidP="00BB137E">
      <w:pPr>
        <w:spacing w:after="0" w:line="240" w:lineRule="auto"/>
      </w:pPr>
      <w:r w:rsidRPr="003C01BE">
        <w:rPr>
          <w:rFonts w:ascii="Courier New" w:hAnsi="Courier New"/>
          <w:sz w:val="16"/>
        </w:rPr>
        <w:t xml:space="preserve"> Penalized loglik 410.7 34.22 0 342.2 197</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Fixed effects:</w:t>
      </w:r>
    </w:p>
    <w:p w:rsidR="00BB137E" w:rsidRPr="003C01BE" w:rsidRDefault="00BB137E" w:rsidP="00BB137E">
      <w:pPr>
        <w:spacing w:after="0" w:line="240" w:lineRule="auto"/>
      </w:pPr>
      <w:r w:rsidRPr="003C01BE">
        <w:rPr>
          <w:rFonts w:ascii="Courier New" w:hAnsi="Courier New"/>
          <w:sz w:val="16"/>
        </w:rPr>
        <w:t xml:space="preserve">               coef  exp(coef)   se(coef)     z       p</w:t>
      </w:r>
    </w:p>
    <w:p w:rsidR="00BB137E" w:rsidRPr="003C01BE" w:rsidRDefault="00BB137E" w:rsidP="00BB137E">
      <w:pPr>
        <w:spacing w:after="0" w:line="240" w:lineRule="auto"/>
      </w:pPr>
      <w:r w:rsidRPr="003C01BE">
        <w:rPr>
          <w:rFonts w:ascii="Courier New" w:hAnsi="Courier New"/>
          <w:sz w:val="16"/>
        </w:rPr>
        <w:t>age      -0.0009614  0.9990391  0.0059137 -0.16  0.8709</w:t>
      </w:r>
    </w:p>
    <w:p w:rsidR="00BB137E" w:rsidRPr="003C01BE" w:rsidRDefault="00BB137E" w:rsidP="00BB137E">
      <w:pPr>
        <w:spacing w:after="0" w:line="240" w:lineRule="auto"/>
      </w:pPr>
      <w:r w:rsidRPr="003C01BE">
        <w:rPr>
          <w:rFonts w:ascii="Courier New" w:hAnsi="Courier New"/>
          <w:sz w:val="16"/>
        </w:rPr>
        <w:t>female   -0.0882950  0.9154908  0.0932964 -0.95  0.3439</w:t>
      </w:r>
    </w:p>
    <w:p w:rsidR="00BB137E" w:rsidRPr="003C01BE" w:rsidRDefault="00BB137E" w:rsidP="00BB137E">
      <w:pPr>
        <w:spacing w:after="0" w:line="240" w:lineRule="auto"/>
      </w:pPr>
      <w:r w:rsidRPr="003C01BE">
        <w:rPr>
          <w:rFonts w:ascii="Courier New" w:hAnsi="Courier New"/>
          <w:sz w:val="16"/>
        </w:rPr>
        <w:t>CFS       0.1686162  1.1836657  0.0278948  6.04 1.5e-09</w:t>
      </w:r>
    </w:p>
    <w:p w:rsidR="00BB137E" w:rsidRPr="003C01BE" w:rsidRDefault="00BB137E" w:rsidP="00BB137E">
      <w:pPr>
        <w:spacing w:after="0" w:line="240" w:lineRule="auto"/>
      </w:pPr>
      <w:r w:rsidRPr="003C01BE">
        <w:rPr>
          <w:rFonts w:ascii="Courier New" w:hAnsi="Courier New"/>
          <w:sz w:val="16"/>
        </w:rPr>
        <w:t>SOFA      0.1504360  1.1623410  0.0168275  8.94 &lt; 2e-16</w:t>
      </w:r>
    </w:p>
    <w:p w:rsidR="00BB137E" w:rsidRPr="003C01BE" w:rsidRDefault="00BB137E" w:rsidP="00BB137E">
      <w:pPr>
        <w:spacing w:after="0" w:line="240" w:lineRule="auto"/>
      </w:pPr>
      <w:r w:rsidRPr="003C01BE">
        <w:rPr>
          <w:rFonts w:ascii="Courier New" w:hAnsi="Courier New"/>
          <w:sz w:val="16"/>
        </w:rPr>
        <w:t>CCI       0.0437868  1.0447596  0.0159020  2.75  0.0059</w:t>
      </w:r>
    </w:p>
    <w:p w:rsidR="00BB137E" w:rsidRPr="003C01BE" w:rsidRDefault="00BB137E" w:rsidP="00BB137E">
      <w:pPr>
        <w:spacing w:after="0" w:line="240" w:lineRule="auto"/>
      </w:pPr>
      <w:r w:rsidRPr="003C01BE">
        <w:rPr>
          <w:rFonts w:ascii="Courier New" w:hAnsi="Courier New"/>
          <w:sz w:val="16"/>
        </w:rPr>
        <w:t>APACHEII  0.0187484  1.0189252  0.0081817  2.29  0.0219</w:t>
      </w:r>
    </w:p>
    <w:p w:rsidR="00BB137E" w:rsidRPr="003C01BE" w:rsidRDefault="00BB137E" w:rsidP="00BB137E">
      <w:pPr>
        <w:spacing w:after="0" w:line="240" w:lineRule="auto"/>
      </w:pPr>
      <w:r w:rsidRPr="003C01BE">
        <w:rPr>
          <w:rFonts w:ascii="Courier New" w:hAnsi="Courier New"/>
          <w:sz w:val="16"/>
        </w:rPr>
        <w:t>&gt; VarCorr(mixed_extended_corrected)</w:t>
      </w:r>
    </w:p>
    <w:p w:rsidR="00BB137E" w:rsidRPr="003C01BE" w:rsidRDefault="00BB137E" w:rsidP="00BB137E">
      <w:pPr>
        <w:spacing w:after="0" w:line="240" w:lineRule="auto"/>
      </w:pPr>
      <w:r w:rsidRPr="003C01BE">
        <w:rPr>
          <w:rFonts w:ascii="Courier New" w:hAnsi="Courier New"/>
          <w:sz w:val="16"/>
        </w:rPr>
        <w:t>$center</w:t>
      </w:r>
    </w:p>
    <w:p w:rsidR="00BB137E" w:rsidRPr="003C01BE" w:rsidRDefault="00BB137E" w:rsidP="00BB137E">
      <w:pPr>
        <w:spacing w:after="0" w:line="240" w:lineRule="auto"/>
      </w:pPr>
      <w:r w:rsidRPr="003C01BE">
        <w:rPr>
          <w:rFonts w:ascii="Courier New" w:hAnsi="Courier New"/>
          <w:sz w:val="16"/>
        </w:rPr>
        <w:t xml:space="preserve">Intercept </w:t>
      </w:r>
    </w:p>
    <w:p w:rsidR="00BB137E" w:rsidRPr="003C01BE" w:rsidRDefault="00BB137E" w:rsidP="00BB137E">
      <w:pPr>
        <w:spacing w:after="0" w:line="240" w:lineRule="auto"/>
      </w:pPr>
      <w:r w:rsidRPr="003C01BE">
        <w:rPr>
          <w:rFonts w:ascii="Courier New" w:hAnsi="Courier New"/>
          <w:sz w:val="16"/>
        </w:rPr>
        <w:t>0.1643296</w:t>
      </w:r>
    </w:p>
    <w:p w:rsidR="00BB137E" w:rsidRPr="003C01BE" w:rsidRDefault="00BB137E" w:rsidP="00BB137E">
      <w:pPr>
        <w:keepNext/>
        <w:spacing w:after="100"/>
      </w:pPr>
      <w:r w:rsidRPr="003C01BE">
        <w:br w:type="page"/>
      </w:r>
      <w:r w:rsidRPr="003C01BE">
        <w:rPr>
          <w:b/>
          <w:sz w:val="24"/>
        </w:rPr>
        <w:lastRenderedPageBreak/>
        <w:t>Complete printed R output: Efron sensitivity models</w:t>
      </w:r>
    </w:p>
    <w:p w:rsidR="00BB137E" w:rsidRPr="003C01BE" w:rsidRDefault="00BB137E" w:rsidP="00BB137E">
      <w:pPr>
        <w:spacing w:after="0" w:line="240" w:lineRule="auto"/>
      </w:pPr>
      <w:r w:rsidRPr="003C01BE">
        <w:rPr>
          <w:rFonts w:ascii="Courier New" w:hAnsi="Courier New"/>
          <w:sz w:val="16"/>
        </w:rPr>
        <w:t>&gt; primary_standard_efron_corrected &lt;- coxph(</w:t>
      </w:r>
    </w:p>
    <w:p w:rsidR="00BB137E" w:rsidRPr="003C01BE" w:rsidRDefault="00BB137E" w:rsidP="00BB137E">
      <w:pPr>
        <w:spacing w:after="0" w:line="240" w:lineRule="auto"/>
      </w:pPr>
      <w:r w:rsidRPr="003C01BE">
        <w:rPr>
          <w:rFonts w:ascii="Courier New" w:hAnsi="Courier New"/>
          <w:sz w:val="16"/>
        </w:rPr>
        <w:t>+     Surv(time_landmark_corrected, event) ~</w:t>
      </w:r>
    </w:p>
    <w:p w:rsidR="00BB137E" w:rsidRPr="003C01BE" w:rsidRDefault="00BB137E" w:rsidP="00BB137E">
      <w:pPr>
        <w:spacing w:after="0" w:line="240" w:lineRule="auto"/>
      </w:pPr>
      <w:r w:rsidRPr="003C01BE">
        <w:rPr>
          <w:rFonts w:ascii="Courier New" w:hAnsi="Courier New"/>
          <w:sz w:val="16"/>
        </w:rPr>
        <w:t>+         age + female + CFS + SOFA + CCI,</w:t>
      </w:r>
    </w:p>
    <w:p w:rsidR="00BB137E" w:rsidRPr="003C01BE" w:rsidRDefault="00BB137E" w:rsidP="00BB137E">
      <w:pPr>
        <w:spacing w:after="0" w:line="240" w:lineRule="auto"/>
      </w:pPr>
      <w:r w:rsidRPr="003C01BE">
        <w:rPr>
          <w:rFonts w:ascii="Courier New" w:hAnsi="Courier New"/>
          <w:sz w:val="16"/>
        </w:rPr>
        <w:t>+     data = analiz,</w:t>
      </w:r>
    </w:p>
    <w:p w:rsidR="00BB137E" w:rsidRPr="003C01BE" w:rsidRDefault="00BB137E" w:rsidP="00BB137E">
      <w:pPr>
        <w:spacing w:after="0" w:line="240" w:lineRule="auto"/>
      </w:pPr>
      <w:r w:rsidRPr="003C01BE">
        <w:rPr>
          <w:rFonts w:ascii="Courier New" w:hAnsi="Courier New"/>
          <w:sz w:val="16"/>
        </w:rPr>
        <w:t>+     ties = "efron",</w:t>
      </w:r>
    </w:p>
    <w:p w:rsidR="00BB137E" w:rsidRPr="003C01BE" w:rsidRDefault="00BB137E" w:rsidP="00BB137E">
      <w:pPr>
        <w:spacing w:after="0" w:line="240" w:lineRule="auto"/>
      </w:pPr>
      <w:r w:rsidRPr="003C01BE">
        <w:rPr>
          <w:rFonts w:ascii="Courier New" w:hAnsi="Courier New"/>
          <w:sz w:val="16"/>
        </w:rPr>
        <w:t>+     x = TRUE, y = TRUE, model = TRUE</w:t>
      </w:r>
    </w:p>
    <w:p w:rsidR="00BB137E" w:rsidRPr="003C01BE" w:rsidRDefault="00BB137E" w:rsidP="00BB137E">
      <w:pPr>
        <w:spacing w:after="0" w:line="240" w:lineRule="auto"/>
      </w:pPr>
      <w:r w:rsidRPr="003C01BE">
        <w:rPr>
          <w:rFonts w:ascii="Courier New" w:hAnsi="Courier New"/>
          <w:sz w:val="16"/>
        </w:rPr>
        <w:t>+ )</w:t>
      </w:r>
    </w:p>
    <w:p w:rsidR="00BB137E" w:rsidRPr="003C01BE" w:rsidRDefault="00BB137E" w:rsidP="00BB137E">
      <w:pPr>
        <w:spacing w:after="0" w:line="240" w:lineRule="auto"/>
      </w:pPr>
      <w:r w:rsidRPr="003C01BE">
        <w:rPr>
          <w:rFonts w:ascii="Courier New" w:hAnsi="Courier New"/>
          <w:sz w:val="16"/>
        </w:rPr>
        <w:t xml:space="preserve">&gt; </w:t>
      </w:r>
    </w:p>
    <w:p w:rsidR="00BB137E" w:rsidRPr="003C01BE" w:rsidRDefault="00BB137E" w:rsidP="00BB137E">
      <w:pPr>
        <w:spacing w:after="0" w:line="240" w:lineRule="auto"/>
      </w:pPr>
      <w:r w:rsidRPr="003C01BE">
        <w:rPr>
          <w:rFonts w:ascii="Courier New" w:hAnsi="Courier New"/>
          <w:sz w:val="16"/>
        </w:rPr>
        <w:t>&gt; primary_clustered_efron_corrected &lt;- coxph(</w:t>
      </w:r>
    </w:p>
    <w:p w:rsidR="00BB137E" w:rsidRPr="003C01BE" w:rsidRDefault="00BB137E" w:rsidP="00BB137E">
      <w:pPr>
        <w:spacing w:after="0" w:line="240" w:lineRule="auto"/>
      </w:pPr>
      <w:r w:rsidRPr="003C01BE">
        <w:rPr>
          <w:rFonts w:ascii="Courier New" w:hAnsi="Courier New"/>
          <w:sz w:val="16"/>
        </w:rPr>
        <w:t>+     Surv(time_landmark_corrected, event) ~</w:t>
      </w:r>
    </w:p>
    <w:p w:rsidR="00BB137E" w:rsidRPr="003C01BE" w:rsidRDefault="00BB137E" w:rsidP="00BB137E">
      <w:pPr>
        <w:spacing w:after="0" w:line="240" w:lineRule="auto"/>
      </w:pPr>
      <w:r w:rsidRPr="003C01BE">
        <w:rPr>
          <w:rFonts w:ascii="Courier New" w:hAnsi="Courier New"/>
          <w:sz w:val="16"/>
        </w:rPr>
        <w:t>+         age + female + CFS + SOFA + CCI,</w:t>
      </w:r>
    </w:p>
    <w:p w:rsidR="00BB137E" w:rsidRPr="003C01BE" w:rsidRDefault="00BB137E" w:rsidP="00BB137E">
      <w:pPr>
        <w:spacing w:after="0" w:line="240" w:lineRule="auto"/>
      </w:pPr>
      <w:r w:rsidRPr="003C01BE">
        <w:rPr>
          <w:rFonts w:ascii="Courier New" w:hAnsi="Courier New"/>
          <w:sz w:val="16"/>
        </w:rPr>
        <w:t>+     data = analiz,</w:t>
      </w:r>
    </w:p>
    <w:p w:rsidR="00BB137E" w:rsidRPr="003C01BE" w:rsidRDefault="00BB137E" w:rsidP="00BB137E">
      <w:pPr>
        <w:spacing w:after="0" w:line="240" w:lineRule="auto"/>
      </w:pPr>
      <w:r w:rsidRPr="003C01BE">
        <w:rPr>
          <w:rFonts w:ascii="Courier New" w:hAnsi="Courier New"/>
          <w:sz w:val="16"/>
        </w:rPr>
        <w:t>+     ties = "efron",</w:t>
      </w:r>
    </w:p>
    <w:p w:rsidR="00BB137E" w:rsidRPr="003C01BE" w:rsidRDefault="00BB137E" w:rsidP="00BB137E">
      <w:pPr>
        <w:spacing w:after="0" w:line="240" w:lineRule="auto"/>
      </w:pPr>
      <w:r w:rsidRPr="003C01BE">
        <w:rPr>
          <w:rFonts w:ascii="Courier New" w:hAnsi="Courier New"/>
          <w:sz w:val="16"/>
        </w:rPr>
        <w:t>+     robust = TRUE,</w:t>
      </w:r>
    </w:p>
    <w:p w:rsidR="00BB137E" w:rsidRPr="003C01BE" w:rsidRDefault="00BB137E" w:rsidP="00BB137E">
      <w:pPr>
        <w:spacing w:after="0" w:line="240" w:lineRule="auto"/>
      </w:pPr>
      <w:r w:rsidRPr="003C01BE">
        <w:rPr>
          <w:rFonts w:ascii="Courier New" w:hAnsi="Courier New"/>
          <w:sz w:val="16"/>
        </w:rPr>
        <w:t>+     cluster = center,</w:t>
      </w:r>
    </w:p>
    <w:p w:rsidR="00BB137E" w:rsidRPr="003C01BE" w:rsidRDefault="00BB137E" w:rsidP="00BB137E">
      <w:pPr>
        <w:spacing w:after="0" w:line="240" w:lineRule="auto"/>
      </w:pPr>
      <w:r w:rsidRPr="003C01BE">
        <w:rPr>
          <w:rFonts w:ascii="Courier New" w:hAnsi="Courier New"/>
          <w:sz w:val="16"/>
        </w:rPr>
        <w:t>+     x = TRUE, y = TRUE, model = TRUE</w:t>
      </w:r>
    </w:p>
    <w:p w:rsidR="00BB137E" w:rsidRPr="003C01BE" w:rsidRDefault="00BB137E" w:rsidP="00BB137E">
      <w:pPr>
        <w:spacing w:after="0" w:line="240" w:lineRule="auto"/>
      </w:pPr>
      <w:r w:rsidRPr="003C01BE">
        <w:rPr>
          <w:rFonts w:ascii="Courier New" w:hAnsi="Courier New"/>
          <w:sz w:val="16"/>
        </w:rPr>
        <w:t>+ )</w:t>
      </w:r>
    </w:p>
    <w:p w:rsidR="00BB137E" w:rsidRPr="003C01BE" w:rsidRDefault="00BB137E" w:rsidP="00BB137E">
      <w:pPr>
        <w:spacing w:after="0" w:line="240" w:lineRule="auto"/>
      </w:pPr>
      <w:r w:rsidRPr="003C01BE">
        <w:rPr>
          <w:rFonts w:ascii="Courier New" w:hAnsi="Courier New"/>
          <w:sz w:val="16"/>
        </w:rPr>
        <w:t xml:space="preserve">&gt; </w:t>
      </w:r>
    </w:p>
    <w:p w:rsidR="00BB137E" w:rsidRPr="003C01BE" w:rsidRDefault="00BB137E" w:rsidP="00BB137E">
      <w:pPr>
        <w:spacing w:after="0" w:line="240" w:lineRule="auto"/>
      </w:pPr>
      <w:r w:rsidRPr="003C01BE">
        <w:rPr>
          <w:rFonts w:ascii="Courier New" w:hAnsi="Courier New"/>
          <w:sz w:val="16"/>
        </w:rPr>
        <w:t>&gt; extended_standard_efron_corrected &lt;- coxph(</w:t>
      </w:r>
    </w:p>
    <w:p w:rsidR="00BB137E" w:rsidRPr="003C01BE" w:rsidRDefault="00BB137E" w:rsidP="00BB137E">
      <w:pPr>
        <w:spacing w:after="0" w:line="240" w:lineRule="auto"/>
      </w:pPr>
      <w:r w:rsidRPr="003C01BE">
        <w:rPr>
          <w:rFonts w:ascii="Courier New" w:hAnsi="Courier New"/>
          <w:sz w:val="16"/>
        </w:rPr>
        <w:t>+     Surv(time_landmark_corrected, event) ~</w:t>
      </w:r>
    </w:p>
    <w:p w:rsidR="00BB137E" w:rsidRPr="003C01BE" w:rsidRDefault="00BB137E" w:rsidP="00BB137E">
      <w:pPr>
        <w:spacing w:after="0" w:line="240" w:lineRule="auto"/>
      </w:pPr>
      <w:r w:rsidRPr="003C01BE">
        <w:rPr>
          <w:rFonts w:ascii="Courier New" w:hAnsi="Courier New"/>
          <w:sz w:val="16"/>
        </w:rPr>
        <w:t>+         age + female + CFS + SOFA + CCI + APACHEII,</w:t>
      </w:r>
    </w:p>
    <w:p w:rsidR="00BB137E" w:rsidRPr="003C01BE" w:rsidRDefault="00BB137E" w:rsidP="00BB137E">
      <w:pPr>
        <w:spacing w:after="0" w:line="240" w:lineRule="auto"/>
      </w:pPr>
      <w:r w:rsidRPr="003C01BE">
        <w:rPr>
          <w:rFonts w:ascii="Courier New" w:hAnsi="Courier New"/>
          <w:sz w:val="16"/>
        </w:rPr>
        <w:t>+     data = analiz,</w:t>
      </w:r>
    </w:p>
    <w:p w:rsidR="00BB137E" w:rsidRPr="003C01BE" w:rsidRDefault="00BB137E" w:rsidP="00BB137E">
      <w:pPr>
        <w:spacing w:after="0" w:line="240" w:lineRule="auto"/>
      </w:pPr>
      <w:r w:rsidRPr="003C01BE">
        <w:rPr>
          <w:rFonts w:ascii="Courier New" w:hAnsi="Courier New"/>
          <w:sz w:val="16"/>
        </w:rPr>
        <w:t>+     ties = "efron",</w:t>
      </w:r>
    </w:p>
    <w:p w:rsidR="00BB137E" w:rsidRPr="003C01BE" w:rsidRDefault="00BB137E" w:rsidP="00BB137E">
      <w:pPr>
        <w:spacing w:after="0" w:line="240" w:lineRule="auto"/>
      </w:pPr>
      <w:r w:rsidRPr="003C01BE">
        <w:rPr>
          <w:rFonts w:ascii="Courier New" w:hAnsi="Courier New"/>
          <w:sz w:val="16"/>
        </w:rPr>
        <w:t>+     x = TRUE, y = TRUE, model = TRUE</w:t>
      </w:r>
    </w:p>
    <w:p w:rsidR="00BB137E" w:rsidRPr="003C01BE" w:rsidRDefault="00BB137E" w:rsidP="00BB137E">
      <w:pPr>
        <w:spacing w:after="0" w:line="240" w:lineRule="auto"/>
      </w:pPr>
      <w:r w:rsidRPr="003C01BE">
        <w:rPr>
          <w:rFonts w:ascii="Courier New" w:hAnsi="Courier New"/>
          <w:sz w:val="16"/>
        </w:rPr>
        <w:t>+ )</w:t>
      </w:r>
    </w:p>
    <w:p w:rsidR="00BB137E" w:rsidRPr="003C01BE" w:rsidRDefault="00BB137E" w:rsidP="00BB137E">
      <w:pPr>
        <w:spacing w:after="0" w:line="240" w:lineRule="auto"/>
      </w:pPr>
      <w:r w:rsidRPr="003C01BE">
        <w:rPr>
          <w:rFonts w:ascii="Courier New" w:hAnsi="Courier New"/>
          <w:sz w:val="16"/>
        </w:rPr>
        <w:t xml:space="preserve">&gt; </w:t>
      </w:r>
    </w:p>
    <w:p w:rsidR="00BB137E" w:rsidRPr="003C01BE" w:rsidRDefault="00BB137E" w:rsidP="00BB137E">
      <w:pPr>
        <w:spacing w:after="0" w:line="240" w:lineRule="auto"/>
      </w:pPr>
      <w:r w:rsidRPr="003C01BE">
        <w:rPr>
          <w:rFonts w:ascii="Courier New" w:hAnsi="Courier New"/>
          <w:sz w:val="16"/>
        </w:rPr>
        <w:t>&gt; extended_clustered_efron_corrected &lt;- coxph(</w:t>
      </w:r>
    </w:p>
    <w:p w:rsidR="00BB137E" w:rsidRPr="003C01BE" w:rsidRDefault="00BB137E" w:rsidP="00BB137E">
      <w:pPr>
        <w:spacing w:after="0" w:line="240" w:lineRule="auto"/>
      </w:pPr>
      <w:r w:rsidRPr="003C01BE">
        <w:rPr>
          <w:rFonts w:ascii="Courier New" w:hAnsi="Courier New"/>
          <w:sz w:val="16"/>
        </w:rPr>
        <w:t>+     Surv(time_landmark_corrected, event) ~</w:t>
      </w:r>
    </w:p>
    <w:p w:rsidR="00BB137E" w:rsidRPr="003C01BE" w:rsidRDefault="00BB137E" w:rsidP="00BB137E">
      <w:pPr>
        <w:spacing w:after="0" w:line="240" w:lineRule="auto"/>
      </w:pPr>
      <w:r w:rsidRPr="003C01BE">
        <w:rPr>
          <w:rFonts w:ascii="Courier New" w:hAnsi="Courier New"/>
          <w:sz w:val="16"/>
        </w:rPr>
        <w:t>+         age + female + CFS + SOFA + CCI + APACHEII,</w:t>
      </w:r>
    </w:p>
    <w:p w:rsidR="00BB137E" w:rsidRPr="003C01BE" w:rsidRDefault="00BB137E" w:rsidP="00BB137E">
      <w:pPr>
        <w:spacing w:after="0" w:line="240" w:lineRule="auto"/>
      </w:pPr>
      <w:r w:rsidRPr="003C01BE">
        <w:rPr>
          <w:rFonts w:ascii="Courier New" w:hAnsi="Courier New"/>
          <w:sz w:val="16"/>
        </w:rPr>
        <w:t>+     data = analiz,</w:t>
      </w:r>
    </w:p>
    <w:p w:rsidR="00BB137E" w:rsidRPr="003C01BE" w:rsidRDefault="00BB137E" w:rsidP="00BB137E">
      <w:pPr>
        <w:spacing w:after="0" w:line="240" w:lineRule="auto"/>
      </w:pPr>
      <w:r w:rsidRPr="003C01BE">
        <w:rPr>
          <w:rFonts w:ascii="Courier New" w:hAnsi="Courier New"/>
          <w:sz w:val="16"/>
        </w:rPr>
        <w:t>+     ties = "efron",</w:t>
      </w:r>
    </w:p>
    <w:p w:rsidR="00BB137E" w:rsidRPr="003C01BE" w:rsidRDefault="00BB137E" w:rsidP="00BB137E">
      <w:pPr>
        <w:spacing w:after="0" w:line="240" w:lineRule="auto"/>
      </w:pPr>
      <w:r w:rsidRPr="003C01BE">
        <w:rPr>
          <w:rFonts w:ascii="Courier New" w:hAnsi="Courier New"/>
          <w:sz w:val="16"/>
        </w:rPr>
        <w:t>+     robust = TRUE,</w:t>
      </w:r>
    </w:p>
    <w:p w:rsidR="00BB137E" w:rsidRPr="003C01BE" w:rsidRDefault="00BB137E" w:rsidP="00BB137E">
      <w:pPr>
        <w:spacing w:after="0" w:line="240" w:lineRule="auto"/>
      </w:pPr>
      <w:r w:rsidRPr="003C01BE">
        <w:rPr>
          <w:rFonts w:ascii="Courier New" w:hAnsi="Courier New"/>
          <w:sz w:val="16"/>
        </w:rPr>
        <w:t>+     cluster = center,</w:t>
      </w:r>
    </w:p>
    <w:p w:rsidR="00BB137E" w:rsidRPr="003C01BE" w:rsidRDefault="00BB137E" w:rsidP="00BB137E">
      <w:pPr>
        <w:spacing w:after="0" w:line="240" w:lineRule="auto"/>
      </w:pPr>
      <w:r w:rsidRPr="003C01BE">
        <w:rPr>
          <w:rFonts w:ascii="Courier New" w:hAnsi="Courier New"/>
          <w:sz w:val="16"/>
        </w:rPr>
        <w:t>+     x = TRUE, y = TRUE, model = TRUE</w:t>
      </w:r>
    </w:p>
    <w:p w:rsidR="00BB137E" w:rsidRPr="003C01BE" w:rsidRDefault="00BB137E" w:rsidP="00BB137E">
      <w:pPr>
        <w:spacing w:after="0" w:line="240" w:lineRule="auto"/>
      </w:pPr>
      <w:r w:rsidRPr="003C01BE">
        <w:rPr>
          <w:rFonts w:ascii="Courier New" w:hAnsi="Courier New"/>
          <w:sz w:val="16"/>
        </w:rPr>
        <w:t>+ )</w:t>
      </w:r>
    </w:p>
    <w:p w:rsidR="00BB137E" w:rsidRPr="003C01BE" w:rsidRDefault="00BB137E" w:rsidP="00BB137E">
      <w:pPr>
        <w:spacing w:after="0" w:line="240" w:lineRule="auto"/>
      </w:pPr>
      <w:r w:rsidRPr="003C01BE">
        <w:rPr>
          <w:rFonts w:ascii="Courier New" w:hAnsi="Courier New"/>
          <w:sz w:val="16"/>
        </w:rPr>
        <w:t xml:space="preserve">&gt; </w:t>
      </w:r>
    </w:p>
    <w:p w:rsidR="00BB137E" w:rsidRPr="003C01BE" w:rsidRDefault="00BB137E" w:rsidP="00BB137E">
      <w:pPr>
        <w:spacing w:after="0" w:line="240" w:lineRule="auto"/>
      </w:pPr>
      <w:r w:rsidRPr="003C01BE">
        <w:rPr>
          <w:rFonts w:ascii="Courier New" w:hAnsi="Courier New"/>
          <w:sz w:val="16"/>
        </w:rPr>
        <w:t>&gt; mixed_primary_efron_corrected &lt;- coxme(</w:t>
      </w:r>
    </w:p>
    <w:p w:rsidR="00BB137E" w:rsidRPr="003C01BE" w:rsidRDefault="00BB137E" w:rsidP="00BB137E">
      <w:pPr>
        <w:spacing w:after="0" w:line="240" w:lineRule="auto"/>
      </w:pPr>
      <w:r w:rsidRPr="003C01BE">
        <w:rPr>
          <w:rFonts w:ascii="Courier New" w:hAnsi="Courier New"/>
          <w:sz w:val="16"/>
        </w:rPr>
        <w:t>+     Surv(time_landmark_corrected, event) ~</w:t>
      </w:r>
    </w:p>
    <w:p w:rsidR="00BB137E" w:rsidRPr="003C01BE" w:rsidRDefault="00BB137E" w:rsidP="00BB137E">
      <w:pPr>
        <w:spacing w:after="0" w:line="240" w:lineRule="auto"/>
      </w:pPr>
      <w:r w:rsidRPr="003C01BE">
        <w:rPr>
          <w:rFonts w:ascii="Courier New" w:hAnsi="Courier New"/>
          <w:sz w:val="16"/>
        </w:rPr>
        <w:t>+         age + female + CFS + SOFA + CCI +</w:t>
      </w:r>
    </w:p>
    <w:p w:rsidR="00BB137E" w:rsidRPr="003C01BE" w:rsidRDefault="00BB137E" w:rsidP="00BB137E">
      <w:pPr>
        <w:spacing w:after="0" w:line="240" w:lineRule="auto"/>
      </w:pPr>
      <w:r w:rsidRPr="003C01BE">
        <w:rPr>
          <w:rFonts w:ascii="Courier New" w:hAnsi="Courier New"/>
          <w:sz w:val="16"/>
        </w:rPr>
        <w:t>+         (1 | center),</w:t>
      </w:r>
    </w:p>
    <w:p w:rsidR="00BB137E" w:rsidRPr="003C01BE" w:rsidRDefault="00BB137E" w:rsidP="00BB137E">
      <w:pPr>
        <w:spacing w:after="0" w:line="240" w:lineRule="auto"/>
      </w:pPr>
      <w:r w:rsidRPr="003C01BE">
        <w:rPr>
          <w:rFonts w:ascii="Courier New" w:hAnsi="Courier New"/>
          <w:sz w:val="16"/>
        </w:rPr>
        <w:t>+     data = analiz,</w:t>
      </w:r>
    </w:p>
    <w:p w:rsidR="00BB137E" w:rsidRPr="003C01BE" w:rsidRDefault="00BB137E" w:rsidP="00BB137E">
      <w:pPr>
        <w:spacing w:after="0" w:line="240" w:lineRule="auto"/>
      </w:pPr>
      <w:r w:rsidRPr="003C01BE">
        <w:rPr>
          <w:rFonts w:ascii="Courier New" w:hAnsi="Courier New"/>
          <w:sz w:val="16"/>
        </w:rPr>
        <w:t>+     ties = "efron"</w:t>
      </w:r>
    </w:p>
    <w:p w:rsidR="00BB137E" w:rsidRPr="003C01BE" w:rsidRDefault="00BB137E" w:rsidP="00BB137E">
      <w:pPr>
        <w:spacing w:after="0" w:line="240" w:lineRule="auto"/>
      </w:pPr>
      <w:r w:rsidRPr="003C01BE">
        <w:rPr>
          <w:rFonts w:ascii="Courier New" w:hAnsi="Courier New"/>
          <w:sz w:val="16"/>
        </w:rPr>
        <w:t>+ )</w:t>
      </w:r>
    </w:p>
    <w:p w:rsidR="00BB137E" w:rsidRPr="003C01BE" w:rsidRDefault="00BB137E" w:rsidP="00BB137E">
      <w:pPr>
        <w:spacing w:after="0" w:line="240" w:lineRule="auto"/>
      </w:pPr>
      <w:r w:rsidRPr="003C01BE">
        <w:rPr>
          <w:rFonts w:ascii="Courier New" w:hAnsi="Courier New"/>
          <w:sz w:val="16"/>
        </w:rPr>
        <w:t xml:space="preserve">&gt; </w:t>
      </w:r>
    </w:p>
    <w:p w:rsidR="00BB137E" w:rsidRPr="003C01BE" w:rsidRDefault="00BB137E" w:rsidP="00BB137E">
      <w:pPr>
        <w:spacing w:after="0" w:line="240" w:lineRule="auto"/>
      </w:pPr>
      <w:r w:rsidRPr="003C01BE">
        <w:rPr>
          <w:rFonts w:ascii="Courier New" w:hAnsi="Courier New"/>
          <w:sz w:val="16"/>
        </w:rPr>
        <w:t>&gt; mixed_extended_efron_corrected &lt;- coxme(</w:t>
      </w:r>
    </w:p>
    <w:p w:rsidR="00BB137E" w:rsidRPr="003C01BE" w:rsidRDefault="00BB137E" w:rsidP="00BB137E">
      <w:pPr>
        <w:spacing w:after="0" w:line="240" w:lineRule="auto"/>
      </w:pPr>
      <w:r w:rsidRPr="003C01BE">
        <w:rPr>
          <w:rFonts w:ascii="Courier New" w:hAnsi="Courier New"/>
          <w:sz w:val="16"/>
        </w:rPr>
        <w:t>+     Surv(time_landmark_corrected, event) ~</w:t>
      </w:r>
    </w:p>
    <w:p w:rsidR="00BB137E" w:rsidRPr="003C01BE" w:rsidRDefault="00BB137E" w:rsidP="00BB137E">
      <w:pPr>
        <w:spacing w:after="0" w:line="240" w:lineRule="auto"/>
      </w:pPr>
      <w:r w:rsidRPr="003C01BE">
        <w:rPr>
          <w:rFonts w:ascii="Courier New" w:hAnsi="Courier New"/>
          <w:sz w:val="16"/>
        </w:rPr>
        <w:t>+         age + female + CFS + SOFA + CCI + APACHEII +</w:t>
      </w:r>
    </w:p>
    <w:p w:rsidR="00BB137E" w:rsidRPr="003C01BE" w:rsidRDefault="00BB137E" w:rsidP="00BB137E">
      <w:pPr>
        <w:spacing w:after="0" w:line="240" w:lineRule="auto"/>
      </w:pPr>
      <w:r w:rsidRPr="003C01BE">
        <w:rPr>
          <w:rFonts w:ascii="Courier New" w:hAnsi="Courier New"/>
          <w:sz w:val="16"/>
        </w:rPr>
        <w:t>+         (1 | center),</w:t>
      </w:r>
    </w:p>
    <w:p w:rsidR="00BB137E" w:rsidRPr="003C01BE" w:rsidRDefault="00BB137E" w:rsidP="00BB137E">
      <w:pPr>
        <w:spacing w:after="0" w:line="240" w:lineRule="auto"/>
      </w:pPr>
      <w:r w:rsidRPr="003C01BE">
        <w:rPr>
          <w:rFonts w:ascii="Courier New" w:hAnsi="Courier New"/>
          <w:sz w:val="16"/>
        </w:rPr>
        <w:t>+     data = analiz,</w:t>
      </w:r>
    </w:p>
    <w:p w:rsidR="00BB137E" w:rsidRPr="003C01BE" w:rsidRDefault="00BB137E" w:rsidP="00BB137E">
      <w:pPr>
        <w:spacing w:after="0" w:line="240" w:lineRule="auto"/>
      </w:pPr>
      <w:r w:rsidRPr="003C01BE">
        <w:rPr>
          <w:rFonts w:ascii="Courier New" w:hAnsi="Courier New"/>
          <w:sz w:val="16"/>
        </w:rPr>
        <w:t>+     ties = "efron"</w:t>
      </w:r>
    </w:p>
    <w:p w:rsidR="00BB137E" w:rsidRPr="003C01BE" w:rsidRDefault="00BB137E" w:rsidP="00BB137E">
      <w:pPr>
        <w:spacing w:after="0" w:line="240" w:lineRule="auto"/>
      </w:pPr>
      <w:r w:rsidRPr="003C01BE">
        <w:rPr>
          <w:rFonts w:ascii="Courier New" w:hAnsi="Courier New"/>
          <w:sz w:val="16"/>
        </w:rPr>
        <w:t>+ )</w:t>
      </w:r>
    </w:p>
    <w:p w:rsidR="00BB137E" w:rsidRPr="003C01BE" w:rsidRDefault="00BB137E" w:rsidP="00BB137E">
      <w:pPr>
        <w:spacing w:after="0" w:line="240" w:lineRule="auto"/>
      </w:pPr>
      <w:r w:rsidRPr="003C01BE">
        <w:rPr>
          <w:rFonts w:ascii="Courier New" w:hAnsi="Courier New"/>
          <w:sz w:val="16"/>
        </w:rPr>
        <w:t>&gt; summary(primary_standard_efron_corrected)</w:t>
      </w:r>
    </w:p>
    <w:p w:rsidR="00BB137E" w:rsidRPr="003C01BE" w:rsidRDefault="00BB137E" w:rsidP="00BB137E">
      <w:pPr>
        <w:spacing w:after="0" w:line="240" w:lineRule="auto"/>
      </w:pPr>
      <w:r w:rsidRPr="003C01BE">
        <w:rPr>
          <w:rFonts w:ascii="Courier New" w:hAnsi="Courier New"/>
          <w:sz w:val="16"/>
        </w:rPr>
        <w:t>Call:</w:t>
      </w:r>
    </w:p>
    <w:p w:rsidR="00BB137E" w:rsidRPr="003C01BE" w:rsidRDefault="00BB137E" w:rsidP="00BB137E">
      <w:pPr>
        <w:spacing w:after="0" w:line="240" w:lineRule="auto"/>
      </w:pPr>
      <w:r w:rsidRPr="003C01BE">
        <w:rPr>
          <w:rFonts w:ascii="Courier New" w:hAnsi="Courier New"/>
          <w:sz w:val="16"/>
        </w:rPr>
        <w:t xml:space="preserve">coxph(formula = Surv(time_landmark_corrected, event) ~ age + </w:t>
      </w:r>
    </w:p>
    <w:p w:rsidR="00BB137E" w:rsidRPr="003C01BE" w:rsidRDefault="00BB137E" w:rsidP="00BB137E">
      <w:pPr>
        <w:spacing w:after="0" w:line="240" w:lineRule="auto"/>
      </w:pPr>
      <w:r w:rsidRPr="003C01BE">
        <w:rPr>
          <w:rFonts w:ascii="Courier New" w:hAnsi="Courier New"/>
          <w:sz w:val="16"/>
        </w:rPr>
        <w:t xml:space="preserve">    female + CFS + SOFA + CCI, data = analiz, ties = "efron", </w:t>
      </w:r>
    </w:p>
    <w:p w:rsidR="00BB137E" w:rsidRPr="003C01BE" w:rsidRDefault="00BB137E" w:rsidP="00BB137E">
      <w:pPr>
        <w:spacing w:after="0" w:line="240" w:lineRule="auto"/>
      </w:pPr>
      <w:r w:rsidRPr="003C01BE">
        <w:rPr>
          <w:rFonts w:ascii="Courier New" w:hAnsi="Courier New"/>
          <w:sz w:val="16"/>
        </w:rPr>
        <w:t xml:space="preserve">    model = TRUE, x = TRUE, y = TRUE)</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 xml:space="preserve">  n= 1529, number of events= 515 </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 xml:space="preserve">            coef exp(coef)  se(coef)      z Pr(&gt;|z|)    </w:t>
      </w:r>
    </w:p>
    <w:p w:rsidR="00BB137E" w:rsidRPr="003C01BE" w:rsidRDefault="00BB137E" w:rsidP="00BB137E">
      <w:pPr>
        <w:spacing w:after="0" w:line="240" w:lineRule="auto"/>
      </w:pPr>
      <w:r w:rsidRPr="003C01BE">
        <w:rPr>
          <w:rFonts w:ascii="Courier New" w:hAnsi="Courier New"/>
          <w:sz w:val="16"/>
        </w:rPr>
        <w:t xml:space="preserve">age    -0.002434  0.997569  0.005765 -0.422   0.6729    </w:t>
      </w:r>
    </w:p>
    <w:p w:rsidR="00BB137E" w:rsidRPr="003C01BE" w:rsidRDefault="00BB137E" w:rsidP="00BB137E">
      <w:pPr>
        <w:spacing w:after="0" w:line="240" w:lineRule="auto"/>
      </w:pPr>
      <w:r w:rsidRPr="003C01BE">
        <w:rPr>
          <w:rFonts w:ascii="Courier New" w:hAnsi="Courier New"/>
          <w:sz w:val="16"/>
        </w:rPr>
        <w:t xml:space="preserve">female -0.136839  0.872111  0.091043 -1.503   0.1328    </w:t>
      </w:r>
    </w:p>
    <w:p w:rsidR="00BB137E" w:rsidRPr="003C01BE" w:rsidRDefault="00BB137E" w:rsidP="00BB137E">
      <w:pPr>
        <w:spacing w:after="0" w:line="240" w:lineRule="auto"/>
      </w:pPr>
      <w:r w:rsidRPr="003C01BE">
        <w:rPr>
          <w:rFonts w:ascii="Courier New" w:hAnsi="Courier New"/>
          <w:sz w:val="16"/>
        </w:rPr>
        <w:t>CFS     0.176610  1.193166  0.027003  6.540 6.14e-11 ***</w:t>
      </w:r>
    </w:p>
    <w:p w:rsidR="00BB137E" w:rsidRPr="003C01BE" w:rsidRDefault="00BB137E" w:rsidP="00BB137E">
      <w:pPr>
        <w:spacing w:after="0" w:line="240" w:lineRule="auto"/>
      </w:pPr>
      <w:r w:rsidRPr="003C01BE">
        <w:rPr>
          <w:rFonts w:ascii="Courier New" w:hAnsi="Courier New"/>
          <w:sz w:val="16"/>
        </w:rPr>
        <w:t>SOFA    0.170773  1.186222  0.012923 13.215  &lt; 2e-16 ***</w:t>
      </w:r>
    </w:p>
    <w:p w:rsidR="00BB137E" w:rsidRPr="003C01BE" w:rsidRDefault="00BB137E" w:rsidP="00BB137E">
      <w:pPr>
        <w:spacing w:after="0" w:line="240" w:lineRule="auto"/>
      </w:pPr>
      <w:r w:rsidRPr="003C01BE">
        <w:rPr>
          <w:rFonts w:ascii="Courier New" w:hAnsi="Courier New"/>
          <w:sz w:val="16"/>
        </w:rPr>
        <w:t xml:space="preserve">CCI     0.035405  1.036039  0.014625  2.421   0.0155 *  </w:t>
      </w:r>
    </w:p>
    <w:p w:rsidR="00BB137E" w:rsidRPr="003C01BE" w:rsidRDefault="00BB137E" w:rsidP="00BB137E">
      <w:pPr>
        <w:spacing w:after="0" w:line="240" w:lineRule="auto"/>
      </w:pPr>
      <w:r w:rsidRPr="003C01BE">
        <w:rPr>
          <w:rFonts w:ascii="Courier New" w:hAnsi="Courier New"/>
          <w:sz w:val="16"/>
        </w:rPr>
        <w:t>---</w:t>
      </w:r>
    </w:p>
    <w:p w:rsidR="00BB137E" w:rsidRPr="003C01BE" w:rsidRDefault="00BB137E" w:rsidP="00BB137E">
      <w:pPr>
        <w:spacing w:after="0" w:line="240" w:lineRule="auto"/>
      </w:pPr>
      <w:r w:rsidRPr="003C01BE">
        <w:rPr>
          <w:rFonts w:ascii="Courier New" w:hAnsi="Courier New"/>
          <w:sz w:val="16"/>
        </w:rPr>
        <w:t>Signif. codes:  0 ‘***’ 0.001 ‘**’ 0.01 ‘*’ 0.05 ‘.’ 0.1 ‘ ’ 1</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 xml:space="preserve">       exp(coef) exp(-coef) lower .95 upper .95</w:t>
      </w:r>
    </w:p>
    <w:p w:rsidR="00BB137E" w:rsidRPr="003C01BE" w:rsidRDefault="00BB137E" w:rsidP="00BB137E">
      <w:pPr>
        <w:spacing w:after="0" w:line="240" w:lineRule="auto"/>
      </w:pPr>
      <w:r w:rsidRPr="003C01BE">
        <w:rPr>
          <w:rFonts w:ascii="Courier New" w:hAnsi="Courier New"/>
          <w:sz w:val="16"/>
        </w:rPr>
        <w:t>age       0.9976     1.0024    0.9864     1.009</w:t>
      </w:r>
    </w:p>
    <w:p w:rsidR="00BB137E" w:rsidRPr="003C01BE" w:rsidRDefault="00BB137E" w:rsidP="00BB137E">
      <w:pPr>
        <w:spacing w:after="0" w:line="240" w:lineRule="auto"/>
      </w:pPr>
      <w:r w:rsidRPr="003C01BE">
        <w:rPr>
          <w:rFonts w:ascii="Courier New" w:hAnsi="Courier New"/>
          <w:sz w:val="16"/>
        </w:rPr>
        <w:t>female    0.8721     1.1466    0.7296     1.042</w:t>
      </w:r>
    </w:p>
    <w:p w:rsidR="00BB137E" w:rsidRPr="003C01BE" w:rsidRDefault="00BB137E" w:rsidP="00BB137E">
      <w:pPr>
        <w:spacing w:after="0" w:line="240" w:lineRule="auto"/>
      </w:pPr>
      <w:r w:rsidRPr="003C01BE">
        <w:rPr>
          <w:rFonts w:ascii="Courier New" w:hAnsi="Courier New"/>
          <w:sz w:val="16"/>
        </w:rPr>
        <w:t>CFS       1.1932     0.8381    1.1317     1.258</w:t>
      </w:r>
    </w:p>
    <w:p w:rsidR="00BB137E" w:rsidRPr="003C01BE" w:rsidRDefault="00BB137E" w:rsidP="00BB137E">
      <w:pPr>
        <w:spacing w:after="0" w:line="240" w:lineRule="auto"/>
      </w:pPr>
      <w:r w:rsidRPr="003C01BE">
        <w:rPr>
          <w:rFonts w:ascii="Courier New" w:hAnsi="Courier New"/>
          <w:sz w:val="16"/>
        </w:rPr>
        <w:t>SOFA      1.1862     0.8430    1.1566     1.217</w:t>
      </w:r>
    </w:p>
    <w:p w:rsidR="00BB137E" w:rsidRPr="003C01BE" w:rsidRDefault="00BB137E" w:rsidP="00BB137E">
      <w:pPr>
        <w:spacing w:after="0" w:line="240" w:lineRule="auto"/>
      </w:pPr>
      <w:r w:rsidRPr="003C01BE">
        <w:rPr>
          <w:rFonts w:ascii="Courier New" w:hAnsi="Courier New"/>
          <w:sz w:val="16"/>
        </w:rPr>
        <w:t>CCI       1.0360     0.9652    1.0068     1.066</w:t>
      </w:r>
    </w:p>
    <w:p w:rsidR="00BB137E" w:rsidRPr="003C01BE" w:rsidRDefault="00BB137E" w:rsidP="00BB137E">
      <w:pPr>
        <w:spacing w:after="0" w:line="240" w:lineRule="auto"/>
      </w:pPr>
      <w:r w:rsidRPr="003C01BE">
        <w:rPr>
          <w:rFonts w:ascii="Courier New" w:hAnsi="Courier New"/>
          <w:sz w:val="16"/>
        </w:rPr>
        <w:lastRenderedPageBreak/>
        <w:t xml:space="preserve"> </w:t>
      </w:r>
    </w:p>
    <w:p w:rsidR="00BB137E" w:rsidRPr="003C01BE" w:rsidRDefault="00BB137E" w:rsidP="00BB137E">
      <w:pPr>
        <w:spacing w:after="0" w:line="240" w:lineRule="auto"/>
      </w:pPr>
      <w:r w:rsidRPr="003C01BE">
        <w:rPr>
          <w:rFonts w:ascii="Courier New" w:hAnsi="Courier New"/>
          <w:sz w:val="16"/>
        </w:rPr>
        <w:t>Concordance= 0.721  (se = 0.011 )</w:t>
      </w:r>
    </w:p>
    <w:p w:rsidR="00BB137E" w:rsidRPr="003C01BE" w:rsidRDefault="00BB137E" w:rsidP="00BB137E">
      <w:pPr>
        <w:spacing w:after="0" w:line="240" w:lineRule="auto"/>
      </w:pPr>
      <w:r w:rsidRPr="003C01BE">
        <w:rPr>
          <w:rFonts w:ascii="Courier New" w:hAnsi="Courier New"/>
          <w:sz w:val="16"/>
        </w:rPr>
        <w:t>Likelihood ratio test= 315.7  on 5 df,   p=&lt;2e-16</w:t>
      </w:r>
    </w:p>
    <w:p w:rsidR="00BB137E" w:rsidRPr="003C01BE" w:rsidRDefault="00BB137E" w:rsidP="00BB137E">
      <w:pPr>
        <w:spacing w:after="0" w:line="240" w:lineRule="auto"/>
      </w:pPr>
      <w:r w:rsidRPr="003C01BE">
        <w:rPr>
          <w:rFonts w:ascii="Courier New" w:hAnsi="Courier New"/>
          <w:sz w:val="16"/>
        </w:rPr>
        <w:t>Wald test            = 322.3  on 5 df,   p=&lt;2e-16</w:t>
      </w:r>
    </w:p>
    <w:p w:rsidR="00BB137E" w:rsidRPr="003C01BE" w:rsidRDefault="00BB137E" w:rsidP="00BB137E">
      <w:pPr>
        <w:spacing w:after="0" w:line="240" w:lineRule="auto"/>
      </w:pPr>
      <w:r w:rsidRPr="003C01BE">
        <w:rPr>
          <w:rFonts w:ascii="Courier New" w:hAnsi="Courier New"/>
          <w:sz w:val="16"/>
        </w:rPr>
        <w:t>Score (logrank) test = 339  on 5 df,   p=&lt;2e-16</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&gt; summary(primary_clustered_efron_corrected)</w:t>
      </w:r>
    </w:p>
    <w:p w:rsidR="00BB137E" w:rsidRPr="003C01BE" w:rsidRDefault="00BB137E" w:rsidP="00BB137E">
      <w:pPr>
        <w:spacing w:after="0" w:line="240" w:lineRule="auto"/>
      </w:pPr>
      <w:r w:rsidRPr="003C01BE">
        <w:rPr>
          <w:rFonts w:ascii="Courier New" w:hAnsi="Courier New"/>
          <w:sz w:val="16"/>
        </w:rPr>
        <w:t>Call:</w:t>
      </w:r>
    </w:p>
    <w:p w:rsidR="00BB137E" w:rsidRPr="003C01BE" w:rsidRDefault="00BB137E" w:rsidP="00BB137E">
      <w:pPr>
        <w:spacing w:after="0" w:line="240" w:lineRule="auto"/>
      </w:pPr>
      <w:r w:rsidRPr="003C01BE">
        <w:rPr>
          <w:rFonts w:ascii="Courier New" w:hAnsi="Courier New"/>
          <w:sz w:val="16"/>
        </w:rPr>
        <w:t xml:space="preserve">coxph(formula = Surv(time_landmark_corrected, event) ~ age + </w:t>
      </w:r>
    </w:p>
    <w:p w:rsidR="00BB137E" w:rsidRPr="003C01BE" w:rsidRDefault="00BB137E" w:rsidP="00BB137E">
      <w:pPr>
        <w:spacing w:after="0" w:line="240" w:lineRule="auto"/>
      </w:pPr>
      <w:r w:rsidRPr="003C01BE">
        <w:rPr>
          <w:rFonts w:ascii="Courier New" w:hAnsi="Courier New"/>
          <w:sz w:val="16"/>
        </w:rPr>
        <w:t xml:space="preserve">    female + CFS + SOFA + CCI, data = analiz, ties = "efron", </w:t>
      </w:r>
    </w:p>
    <w:p w:rsidR="00BB137E" w:rsidRPr="003C01BE" w:rsidRDefault="00BB137E" w:rsidP="00BB137E">
      <w:pPr>
        <w:spacing w:after="0" w:line="240" w:lineRule="auto"/>
      </w:pPr>
      <w:r w:rsidRPr="003C01BE">
        <w:rPr>
          <w:rFonts w:ascii="Courier New" w:hAnsi="Courier New"/>
          <w:sz w:val="16"/>
        </w:rPr>
        <w:t xml:space="preserve">    robust = TRUE, model = TRUE, x = TRUE, y = TRUE, cluster = center)</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 xml:space="preserve">  n= 1529, number of events= 515 </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 xml:space="preserve">            coef exp(coef)  se(coef) robust se      z Pr(&gt;|z|)    </w:t>
      </w:r>
    </w:p>
    <w:p w:rsidR="00BB137E" w:rsidRPr="003C01BE" w:rsidRDefault="00BB137E" w:rsidP="00BB137E">
      <w:pPr>
        <w:spacing w:after="0" w:line="240" w:lineRule="auto"/>
      </w:pPr>
      <w:r w:rsidRPr="003C01BE">
        <w:rPr>
          <w:rFonts w:ascii="Courier New" w:hAnsi="Courier New"/>
          <w:sz w:val="16"/>
        </w:rPr>
        <w:t xml:space="preserve">age    -0.002434  0.997569  0.005765  0.005693 -0.427    0.669    </w:t>
      </w:r>
    </w:p>
    <w:p w:rsidR="00BB137E" w:rsidRPr="003C01BE" w:rsidRDefault="00BB137E" w:rsidP="00BB137E">
      <w:pPr>
        <w:spacing w:after="0" w:line="240" w:lineRule="auto"/>
      </w:pPr>
      <w:r w:rsidRPr="003C01BE">
        <w:rPr>
          <w:rFonts w:ascii="Courier New" w:hAnsi="Courier New"/>
          <w:sz w:val="16"/>
        </w:rPr>
        <w:t xml:space="preserve">female -0.136839  0.872111  0.091043  0.101996 -1.342    0.180    </w:t>
      </w:r>
    </w:p>
    <w:p w:rsidR="00BB137E" w:rsidRPr="003C01BE" w:rsidRDefault="00BB137E" w:rsidP="00BB137E">
      <w:pPr>
        <w:spacing w:after="0" w:line="240" w:lineRule="auto"/>
      </w:pPr>
      <w:r w:rsidRPr="003C01BE">
        <w:rPr>
          <w:rFonts w:ascii="Courier New" w:hAnsi="Courier New"/>
          <w:sz w:val="16"/>
        </w:rPr>
        <w:t>CFS     0.176610  1.193166  0.027003  0.038794  4.553  5.3e-06 ***</w:t>
      </w:r>
    </w:p>
    <w:p w:rsidR="00BB137E" w:rsidRPr="003C01BE" w:rsidRDefault="00BB137E" w:rsidP="00BB137E">
      <w:pPr>
        <w:spacing w:after="0" w:line="240" w:lineRule="auto"/>
      </w:pPr>
      <w:r w:rsidRPr="003C01BE">
        <w:rPr>
          <w:rFonts w:ascii="Courier New" w:hAnsi="Courier New"/>
          <w:sz w:val="16"/>
        </w:rPr>
        <w:t>SOFA    0.170773  1.186222  0.012923  0.017523  9.746  &lt; 2e-16 ***</w:t>
      </w:r>
    </w:p>
    <w:p w:rsidR="00BB137E" w:rsidRPr="003C01BE" w:rsidRDefault="00BB137E" w:rsidP="00BB137E">
      <w:pPr>
        <w:spacing w:after="0" w:line="240" w:lineRule="auto"/>
      </w:pPr>
      <w:r w:rsidRPr="003C01BE">
        <w:rPr>
          <w:rFonts w:ascii="Courier New" w:hAnsi="Courier New"/>
          <w:sz w:val="16"/>
        </w:rPr>
        <w:t xml:space="preserve">CCI     0.035405  1.036039  0.014625  0.023660  1.496    0.135    </w:t>
      </w:r>
    </w:p>
    <w:p w:rsidR="00BB137E" w:rsidRPr="003C01BE" w:rsidRDefault="00BB137E" w:rsidP="00BB137E">
      <w:pPr>
        <w:spacing w:after="0" w:line="240" w:lineRule="auto"/>
      </w:pPr>
      <w:r w:rsidRPr="003C01BE">
        <w:rPr>
          <w:rFonts w:ascii="Courier New" w:hAnsi="Courier New"/>
          <w:sz w:val="16"/>
        </w:rPr>
        <w:t>---</w:t>
      </w:r>
    </w:p>
    <w:p w:rsidR="00BB137E" w:rsidRPr="003C01BE" w:rsidRDefault="00BB137E" w:rsidP="00BB137E">
      <w:pPr>
        <w:spacing w:after="0" w:line="240" w:lineRule="auto"/>
      </w:pPr>
      <w:r w:rsidRPr="003C01BE">
        <w:rPr>
          <w:rFonts w:ascii="Courier New" w:hAnsi="Courier New"/>
          <w:sz w:val="16"/>
        </w:rPr>
        <w:t>Signif. codes:  0 ‘***’ 0.001 ‘**’ 0.01 ‘*’ 0.05 ‘.’ 0.1 ‘ ’ 1</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 xml:space="preserve">       exp(coef) exp(-coef) lower .95 upper .95</w:t>
      </w:r>
    </w:p>
    <w:p w:rsidR="00BB137E" w:rsidRPr="003C01BE" w:rsidRDefault="00BB137E" w:rsidP="00BB137E">
      <w:pPr>
        <w:spacing w:after="0" w:line="240" w:lineRule="auto"/>
      </w:pPr>
      <w:r w:rsidRPr="003C01BE">
        <w:rPr>
          <w:rFonts w:ascii="Courier New" w:hAnsi="Courier New"/>
          <w:sz w:val="16"/>
        </w:rPr>
        <w:t>age       0.9976     1.0024    0.9865     1.009</w:t>
      </w:r>
    </w:p>
    <w:p w:rsidR="00BB137E" w:rsidRPr="003C01BE" w:rsidRDefault="00BB137E" w:rsidP="00BB137E">
      <w:pPr>
        <w:spacing w:after="0" w:line="240" w:lineRule="auto"/>
      </w:pPr>
      <w:r w:rsidRPr="003C01BE">
        <w:rPr>
          <w:rFonts w:ascii="Courier New" w:hAnsi="Courier New"/>
          <w:sz w:val="16"/>
        </w:rPr>
        <w:t>female    0.8721     1.1466    0.7141     1.065</w:t>
      </w:r>
    </w:p>
    <w:p w:rsidR="00BB137E" w:rsidRPr="003C01BE" w:rsidRDefault="00BB137E" w:rsidP="00BB137E">
      <w:pPr>
        <w:spacing w:after="0" w:line="240" w:lineRule="auto"/>
      </w:pPr>
      <w:r w:rsidRPr="003C01BE">
        <w:rPr>
          <w:rFonts w:ascii="Courier New" w:hAnsi="Courier New"/>
          <w:sz w:val="16"/>
        </w:rPr>
        <w:t>CFS       1.1932     0.8381    1.1058     1.287</w:t>
      </w:r>
    </w:p>
    <w:p w:rsidR="00BB137E" w:rsidRPr="003C01BE" w:rsidRDefault="00BB137E" w:rsidP="00BB137E">
      <w:pPr>
        <w:spacing w:after="0" w:line="240" w:lineRule="auto"/>
      </w:pPr>
      <w:r w:rsidRPr="003C01BE">
        <w:rPr>
          <w:rFonts w:ascii="Courier New" w:hAnsi="Courier New"/>
          <w:sz w:val="16"/>
        </w:rPr>
        <w:t>SOFA      1.1862     0.8430    1.1462     1.228</w:t>
      </w:r>
    </w:p>
    <w:p w:rsidR="00BB137E" w:rsidRPr="003C01BE" w:rsidRDefault="00BB137E" w:rsidP="00BB137E">
      <w:pPr>
        <w:spacing w:after="0" w:line="240" w:lineRule="auto"/>
      </w:pPr>
      <w:r w:rsidRPr="003C01BE">
        <w:rPr>
          <w:rFonts w:ascii="Courier New" w:hAnsi="Courier New"/>
          <w:sz w:val="16"/>
        </w:rPr>
        <w:t>CCI       1.0360     0.9652    0.9891     1.085</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Concordance= 0.721  (se = 0.016 )</w:t>
      </w:r>
    </w:p>
    <w:p w:rsidR="00BB137E" w:rsidRPr="003C01BE" w:rsidRDefault="00BB137E" w:rsidP="00BB137E">
      <w:pPr>
        <w:spacing w:after="0" w:line="240" w:lineRule="auto"/>
      </w:pPr>
      <w:r w:rsidRPr="003C01BE">
        <w:rPr>
          <w:rFonts w:ascii="Courier New" w:hAnsi="Courier New"/>
          <w:sz w:val="16"/>
        </w:rPr>
        <w:t>Likelihood ratio test= 315.7  on 5 df,   p=&lt;2e-16</w:t>
      </w:r>
    </w:p>
    <w:p w:rsidR="00BB137E" w:rsidRPr="003C01BE" w:rsidRDefault="00BB137E" w:rsidP="00BB137E">
      <w:pPr>
        <w:spacing w:after="0" w:line="240" w:lineRule="auto"/>
      </w:pPr>
      <w:r w:rsidRPr="003C01BE">
        <w:rPr>
          <w:rFonts w:ascii="Courier New" w:hAnsi="Courier New"/>
          <w:sz w:val="16"/>
        </w:rPr>
        <w:t>Wald test            = 228.4  on 5 df,   p=&lt;2e-16</w:t>
      </w:r>
    </w:p>
    <w:p w:rsidR="00BB137E" w:rsidRPr="003C01BE" w:rsidRDefault="00BB137E" w:rsidP="00BB137E">
      <w:pPr>
        <w:spacing w:after="0" w:line="240" w:lineRule="auto"/>
      </w:pPr>
      <w:r w:rsidRPr="003C01BE">
        <w:rPr>
          <w:rFonts w:ascii="Courier New" w:hAnsi="Courier New"/>
          <w:sz w:val="16"/>
        </w:rPr>
        <w:t>Score (logrank) test = 339  on 5 df,   p=&lt;2e-16,   Robust = 29.91  p=2e-05</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 xml:space="preserve">  (Note: the likelihood ratio and score tests assume independence of</w:t>
      </w:r>
    </w:p>
    <w:p w:rsidR="00BB137E" w:rsidRPr="003C01BE" w:rsidRDefault="00BB137E" w:rsidP="00BB137E">
      <w:pPr>
        <w:spacing w:after="0" w:line="240" w:lineRule="auto"/>
      </w:pPr>
      <w:r w:rsidRPr="003C01BE">
        <w:rPr>
          <w:rFonts w:ascii="Courier New" w:hAnsi="Courier New"/>
          <w:sz w:val="16"/>
        </w:rPr>
        <w:t xml:space="preserve">     observations within a cluster, the Wald and robust score tests do not).</w:t>
      </w:r>
    </w:p>
    <w:p w:rsidR="00BB137E" w:rsidRPr="003C01BE" w:rsidRDefault="00BB137E" w:rsidP="00BB137E">
      <w:pPr>
        <w:spacing w:after="0" w:line="240" w:lineRule="auto"/>
      </w:pPr>
      <w:r w:rsidRPr="003C01BE">
        <w:rPr>
          <w:rFonts w:ascii="Courier New" w:hAnsi="Courier New"/>
          <w:sz w:val="16"/>
        </w:rPr>
        <w:t>&gt; summary(extended_standard_efron_corrected)</w:t>
      </w:r>
    </w:p>
    <w:p w:rsidR="00BB137E" w:rsidRPr="003C01BE" w:rsidRDefault="00BB137E" w:rsidP="00BB137E">
      <w:pPr>
        <w:spacing w:after="0" w:line="240" w:lineRule="auto"/>
      </w:pPr>
      <w:r w:rsidRPr="003C01BE">
        <w:rPr>
          <w:rFonts w:ascii="Courier New" w:hAnsi="Courier New"/>
          <w:sz w:val="16"/>
        </w:rPr>
        <w:t>Call:</w:t>
      </w:r>
    </w:p>
    <w:p w:rsidR="00BB137E" w:rsidRPr="003C01BE" w:rsidRDefault="00BB137E" w:rsidP="00BB137E">
      <w:pPr>
        <w:spacing w:after="0" w:line="240" w:lineRule="auto"/>
      </w:pPr>
      <w:r w:rsidRPr="003C01BE">
        <w:rPr>
          <w:rFonts w:ascii="Courier New" w:hAnsi="Courier New"/>
          <w:sz w:val="16"/>
        </w:rPr>
        <w:t xml:space="preserve">coxph(formula = Surv(time_landmark_corrected, event) ~ age + </w:t>
      </w:r>
    </w:p>
    <w:p w:rsidR="00BB137E" w:rsidRPr="003C01BE" w:rsidRDefault="00BB137E" w:rsidP="00BB137E">
      <w:pPr>
        <w:spacing w:after="0" w:line="240" w:lineRule="auto"/>
      </w:pPr>
      <w:r w:rsidRPr="003C01BE">
        <w:rPr>
          <w:rFonts w:ascii="Courier New" w:hAnsi="Courier New"/>
          <w:sz w:val="16"/>
        </w:rPr>
        <w:t xml:space="preserve">    female + CFS + SOFA + CCI + APACHEII, data = analiz, ties = "efron", </w:t>
      </w:r>
    </w:p>
    <w:p w:rsidR="00BB137E" w:rsidRPr="003C01BE" w:rsidRDefault="00BB137E" w:rsidP="00BB137E">
      <w:pPr>
        <w:spacing w:after="0" w:line="240" w:lineRule="auto"/>
      </w:pPr>
      <w:r w:rsidRPr="003C01BE">
        <w:rPr>
          <w:rFonts w:ascii="Courier New" w:hAnsi="Courier New"/>
          <w:sz w:val="16"/>
        </w:rPr>
        <w:t xml:space="preserve">    model = TRUE, x = TRUE, y = TRUE)</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 xml:space="preserve">  n= 1529, number of events= 515 </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 xml:space="preserve">              coef exp(coef)  se(coef)      z Pr(&gt;|z|)    </w:t>
      </w:r>
    </w:p>
    <w:p w:rsidR="00BB137E" w:rsidRPr="003C01BE" w:rsidRDefault="00BB137E" w:rsidP="00BB137E">
      <w:pPr>
        <w:spacing w:after="0" w:line="240" w:lineRule="auto"/>
      </w:pPr>
      <w:r w:rsidRPr="003C01BE">
        <w:rPr>
          <w:rFonts w:ascii="Courier New" w:hAnsi="Courier New"/>
          <w:sz w:val="16"/>
        </w:rPr>
        <w:t xml:space="preserve">age      -0.002379  0.997623  0.005777 -0.412   0.6804    </w:t>
      </w:r>
    </w:p>
    <w:p w:rsidR="00BB137E" w:rsidRPr="003C01BE" w:rsidRDefault="00BB137E" w:rsidP="00BB137E">
      <w:pPr>
        <w:spacing w:after="0" w:line="240" w:lineRule="auto"/>
      </w:pPr>
      <w:r w:rsidRPr="003C01BE">
        <w:rPr>
          <w:rFonts w:ascii="Courier New" w:hAnsi="Courier New"/>
          <w:sz w:val="16"/>
        </w:rPr>
        <w:t xml:space="preserve">female   -0.127241  0.880521  0.091224 -1.395   0.1631    </w:t>
      </w:r>
    </w:p>
    <w:p w:rsidR="00BB137E" w:rsidRPr="003C01BE" w:rsidRDefault="00BB137E" w:rsidP="00BB137E">
      <w:pPr>
        <w:spacing w:after="0" w:line="240" w:lineRule="auto"/>
      </w:pPr>
      <w:r w:rsidRPr="003C01BE">
        <w:rPr>
          <w:rFonts w:ascii="Courier New" w:hAnsi="Courier New"/>
          <w:sz w:val="16"/>
        </w:rPr>
        <w:t>CFS       0.174395  1.190526  0.026969  6.466    1e-10 ***</w:t>
      </w:r>
    </w:p>
    <w:p w:rsidR="00BB137E" w:rsidRPr="003C01BE" w:rsidRDefault="00BB137E" w:rsidP="00BB137E">
      <w:pPr>
        <w:spacing w:after="0" w:line="240" w:lineRule="auto"/>
      </w:pPr>
      <w:r w:rsidRPr="003C01BE">
        <w:rPr>
          <w:rFonts w:ascii="Courier New" w:hAnsi="Courier New"/>
          <w:sz w:val="16"/>
        </w:rPr>
        <w:t>SOFA      0.156391  1.169283  0.015896  9.838   &lt;2e-16 ***</w:t>
      </w:r>
    </w:p>
    <w:p w:rsidR="00BB137E" w:rsidRPr="003C01BE" w:rsidRDefault="00BB137E" w:rsidP="00BB137E">
      <w:pPr>
        <w:spacing w:after="0" w:line="240" w:lineRule="auto"/>
      </w:pPr>
      <w:r w:rsidRPr="003C01BE">
        <w:rPr>
          <w:rFonts w:ascii="Courier New" w:hAnsi="Courier New"/>
          <w:sz w:val="16"/>
        </w:rPr>
        <w:t xml:space="preserve">CCI       0.034733  1.035343  0.014643  2.372   0.0177 *  </w:t>
      </w:r>
    </w:p>
    <w:p w:rsidR="00BB137E" w:rsidRPr="003C01BE" w:rsidRDefault="00BB137E" w:rsidP="00BB137E">
      <w:pPr>
        <w:spacing w:after="0" w:line="240" w:lineRule="auto"/>
      </w:pPr>
      <w:r w:rsidRPr="003C01BE">
        <w:rPr>
          <w:rFonts w:ascii="Courier New" w:hAnsi="Courier New"/>
          <w:sz w:val="16"/>
        </w:rPr>
        <w:t xml:space="preserve">APACHEII  0.011971  1.012043  0.007508  1.594   0.1108    </w:t>
      </w:r>
    </w:p>
    <w:p w:rsidR="00BB137E" w:rsidRPr="003C01BE" w:rsidRDefault="00BB137E" w:rsidP="00BB137E">
      <w:pPr>
        <w:spacing w:after="0" w:line="240" w:lineRule="auto"/>
      </w:pPr>
      <w:r w:rsidRPr="003C01BE">
        <w:rPr>
          <w:rFonts w:ascii="Courier New" w:hAnsi="Courier New"/>
          <w:sz w:val="16"/>
        </w:rPr>
        <w:t>---</w:t>
      </w:r>
    </w:p>
    <w:p w:rsidR="00BB137E" w:rsidRPr="003C01BE" w:rsidRDefault="00BB137E" w:rsidP="00BB137E">
      <w:pPr>
        <w:spacing w:after="0" w:line="240" w:lineRule="auto"/>
      </w:pPr>
      <w:r w:rsidRPr="003C01BE">
        <w:rPr>
          <w:rFonts w:ascii="Courier New" w:hAnsi="Courier New"/>
          <w:sz w:val="16"/>
        </w:rPr>
        <w:t>Signif. codes:  0 ‘***’ 0.001 ‘**’ 0.01 ‘*’ 0.05 ‘.’ 0.1 ‘ ’ 1</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 xml:space="preserve">         exp(coef) exp(-coef) lower .95 upper .95</w:t>
      </w:r>
    </w:p>
    <w:p w:rsidR="00BB137E" w:rsidRPr="003C01BE" w:rsidRDefault="00BB137E" w:rsidP="00BB137E">
      <w:pPr>
        <w:spacing w:after="0" w:line="240" w:lineRule="auto"/>
      </w:pPr>
      <w:r w:rsidRPr="003C01BE">
        <w:rPr>
          <w:rFonts w:ascii="Courier New" w:hAnsi="Courier New"/>
          <w:sz w:val="16"/>
        </w:rPr>
        <w:t>age         0.9976     1.0024    0.9864     1.009</w:t>
      </w:r>
    </w:p>
    <w:p w:rsidR="00BB137E" w:rsidRPr="003C01BE" w:rsidRDefault="00BB137E" w:rsidP="00BB137E">
      <w:pPr>
        <w:spacing w:after="0" w:line="240" w:lineRule="auto"/>
      </w:pPr>
      <w:r w:rsidRPr="003C01BE">
        <w:rPr>
          <w:rFonts w:ascii="Courier New" w:hAnsi="Courier New"/>
          <w:sz w:val="16"/>
        </w:rPr>
        <w:t>female      0.8805     1.1357    0.7364     1.053</w:t>
      </w:r>
    </w:p>
    <w:p w:rsidR="00BB137E" w:rsidRPr="003C01BE" w:rsidRDefault="00BB137E" w:rsidP="00BB137E">
      <w:pPr>
        <w:spacing w:after="0" w:line="240" w:lineRule="auto"/>
      </w:pPr>
      <w:r w:rsidRPr="003C01BE">
        <w:rPr>
          <w:rFonts w:ascii="Courier New" w:hAnsi="Courier New"/>
          <w:sz w:val="16"/>
        </w:rPr>
        <w:t>CFS         1.1905     0.8400    1.1292     1.255</w:t>
      </w:r>
    </w:p>
    <w:p w:rsidR="00BB137E" w:rsidRPr="003C01BE" w:rsidRDefault="00BB137E" w:rsidP="00BB137E">
      <w:pPr>
        <w:spacing w:after="0" w:line="240" w:lineRule="auto"/>
      </w:pPr>
      <w:r w:rsidRPr="003C01BE">
        <w:rPr>
          <w:rFonts w:ascii="Courier New" w:hAnsi="Courier New"/>
          <w:sz w:val="16"/>
        </w:rPr>
        <w:t>SOFA        1.1693     0.8552    1.1334     1.206</w:t>
      </w:r>
    </w:p>
    <w:p w:rsidR="00BB137E" w:rsidRPr="003C01BE" w:rsidRDefault="00BB137E" w:rsidP="00BB137E">
      <w:pPr>
        <w:spacing w:after="0" w:line="240" w:lineRule="auto"/>
      </w:pPr>
      <w:r w:rsidRPr="003C01BE">
        <w:rPr>
          <w:rFonts w:ascii="Courier New" w:hAnsi="Courier New"/>
          <w:sz w:val="16"/>
        </w:rPr>
        <w:t>CCI         1.0353     0.9659    1.0061     1.065</w:t>
      </w:r>
    </w:p>
    <w:p w:rsidR="00BB137E" w:rsidRPr="003C01BE" w:rsidRDefault="00BB137E" w:rsidP="00BB137E">
      <w:pPr>
        <w:spacing w:after="0" w:line="240" w:lineRule="auto"/>
      </w:pPr>
      <w:r w:rsidRPr="003C01BE">
        <w:rPr>
          <w:rFonts w:ascii="Courier New" w:hAnsi="Courier New"/>
          <w:sz w:val="16"/>
        </w:rPr>
        <w:t>APACHEII    1.0120     0.9881    0.9973     1.027</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Concordance= 0.722  (se = 0.011 )</w:t>
      </w:r>
    </w:p>
    <w:p w:rsidR="00BB137E" w:rsidRPr="003C01BE" w:rsidRDefault="00BB137E" w:rsidP="00BB137E">
      <w:pPr>
        <w:spacing w:after="0" w:line="240" w:lineRule="auto"/>
      </w:pPr>
      <w:r w:rsidRPr="003C01BE">
        <w:rPr>
          <w:rFonts w:ascii="Courier New" w:hAnsi="Courier New"/>
          <w:sz w:val="16"/>
        </w:rPr>
        <w:t>Likelihood ratio test= 318.2  on 6 df,   p=&lt;2e-16</w:t>
      </w:r>
    </w:p>
    <w:p w:rsidR="00BB137E" w:rsidRPr="003C01BE" w:rsidRDefault="00BB137E" w:rsidP="00BB137E">
      <w:pPr>
        <w:spacing w:after="0" w:line="240" w:lineRule="auto"/>
      </w:pPr>
      <w:r w:rsidRPr="003C01BE">
        <w:rPr>
          <w:rFonts w:ascii="Courier New" w:hAnsi="Courier New"/>
          <w:sz w:val="16"/>
        </w:rPr>
        <w:t>Wald test            = 319.7  on 6 df,   p=&lt;2e-16</w:t>
      </w:r>
    </w:p>
    <w:p w:rsidR="00BB137E" w:rsidRPr="003C01BE" w:rsidRDefault="00BB137E" w:rsidP="00BB137E">
      <w:pPr>
        <w:spacing w:after="0" w:line="240" w:lineRule="auto"/>
      </w:pPr>
      <w:r w:rsidRPr="003C01BE">
        <w:rPr>
          <w:rFonts w:ascii="Courier New" w:hAnsi="Courier New"/>
          <w:sz w:val="16"/>
        </w:rPr>
        <w:t>Score (logrank) test = 339.1  on 6 df,   p=&lt;2e-16</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&gt; summary(extended_clustered_efron_corrected)</w:t>
      </w:r>
    </w:p>
    <w:p w:rsidR="00BB137E" w:rsidRPr="003C01BE" w:rsidRDefault="00BB137E" w:rsidP="00BB137E">
      <w:pPr>
        <w:spacing w:after="0" w:line="240" w:lineRule="auto"/>
      </w:pPr>
      <w:r w:rsidRPr="003C01BE">
        <w:rPr>
          <w:rFonts w:ascii="Courier New" w:hAnsi="Courier New"/>
          <w:sz w:val="16"/>
        </w:rPr>
        <w:t>Call:</w:t>
      </w:r>
    </w:p>
    <w:p w:rsidR="00BB137E" w:rsidRPr="003C01BE" w:rsidRDefault="00BB137E" w:rsidP="00BB137E">
      <w:pPr>
        <w:spacing w:after="0" w:line="240" w:lineRule="auto"/>
      </w:pPr>
      <w:r w:rsidRPr="003C01BE">
        <w:rPr>
          <w:rFonts w:ascii="Courier New" w:hAnsi="Courier New"/>
          <w:sz w:val="16"/>
        </w:rPr>
        <w:t xml:space="preserve">coxph(formula = Surv(time_landmark_corrected, event) ~ age + </w:t>
      </w:r>
    </w:p>
    <w:p w:rsidR="00BB137E" w:rsidRPr="003C01BE" w:rsidRDefault="00BB137E" w:rsidP="00BB137E">
      <w:pPr>
        <w:spacing w:after="0" w:line="240" w:lineRule="auto"/>
      </w:pPr>
      <w:r w:rsidRPr="003C01BE">
        <w:rPr>
          <w:rFonts w:ascii="Courier New" w:hAnsi="Courier New"/>
          <w:sz w:val="16"/>
        </w:rPr>
        <w:t xml:space="preserve">    female + CFS + SOFA + CCI + APACHEII, data = analiz, ties = "efron", </w:t>
      </w:r>
    </w:p>
    <w:p w:rsidR="00BB137E" w:rsidRPr="003C01BE" w:rsidRDefault="00BB137E" w:rsidP="00BB137E">
      <w:pPr>
        <w:spacing w:after="0" w:line="240" w:lineRule="auto"/>
      </w:pPr>
      <w:r w:rsidRPr="003C01BE">
        <w:rPr>
          <w:rFonts w:ascii="Courier New" w:hAnsi="Courier New"/>
          <w:sz w:val="16"/>
        </w:rPr>
        <w:t xml:space="preserve">    robust = TRUE, model = TRUE, x = TRUE, y = TRUE, cluster = center)</w:t>
      </w:r>
    </w:p>
    <w:p w:rsidR="00BB137E" w:rsidRPr="003C01BE" w:rsidRDefault="00BB137E" w:rsidP="00BB137E">
      <w:pPr>
        <w:spacing w:after="0" w:line="240" w:lineRule="auto"/>
      </w:pPr>
      <w:r w:rsidRPr="003C01BE">
        <w:rPr>
          <w:rFonts w:ascii="Courier New" w:hAnsi="Courier New"/>
          <w:sz w:val="16"/>
        </w:rPr>
        <w:lastRenderedPageBreak/>
        <w:t xml:space="preserve"> </w:t>
      </w:r>
    </w:p>
    <w:p w:rsidR="00BB137E" w:rsidRPr="003C01BE" w:rsidRDefault="00BB137E" w:rsidP="00BB137E">
      <w:pPr>
        <w:spacing w:after="0" w:line="240" w:lineRule="auto"/>
      </w:pPr>
      <w:r w:rsidRPr="003C01BE">
        <w:rPr>
          <w:rFonts w:ascii="Courier New" w:hAnsi="Courier New"/>
          <w:sz w:val="16"/>
        </w:rPr>
        <w:t xml:space="preserve">  n= 1529, number of events= 515 </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 xml:space="preserve">              coef exp(coef)  se(coef) robust se      z Pr(&gt;|z|)    </w:t>
      </w:r>
    </w:p>
    <w:p w:rsidR="00BB137E" w:rsidRPr="003C01BE" w:rsidRDefault="00BB137E" w:rsidP="00BB137E">
      <w:pPr>
        <w:spacing w:after="0" w:line="240" w:lineRule="auto"/>
      </w:pPr>
      <w:r w:rsidRPr="003C01BE">
        <w:rPr>
          <w:rFonts w:ascii="Courier New" w:hAnsi="Courier New"/>
          <w:sz w:val="16"/>
        </w:rPr>
        <w:t xml:space="preserve">age      -0.002379  0.997623  0.005777  0.005625 -0.423    0.672    </w:t>
      </w:r>
    </w:p>
    <w:p w:rsidR="00BB137E" w:rsidRPr="003C01BE" w:rsidRDefault="00BB137E" w:rsidP="00BB137E">
      <w:pPr>
        <w:spacing w:after="0" w:line="240" w:lineRule="auto"/>
      </w:pPr>
      <w:r w:rsidRPr="003C01BE">
        <w:rPr>
          <w:rFonts w:ascii="Courier New" w:hAnsi="Courier New"/>
          <w:sz w:val="16"/>
        </w:rPr>
        <w:t xml:space="preserve">female   -0.127241  0.880521  0.091224  0.101793 -1.250    0.211    </w:t>
      </w:r>
    </w:p>
    <w:p w:rsidR="00BB137E" w:rsidRPr="003C01BE" w:rsidRDefault="00BB137E" w:rsidP="00BB137E">
      <w:pPr>
        <w:spacing w:after="0" w:line="240" w:lineRule="auto"/>
      </w:pPr>
      <w:r w:rsidRPr="003C01BE">
        <w:rPr>
          <w:rFonts w:ascii="Courier New" w:hAnsi="Courier New"/>
          <w:sz w:val="16"/>
        </w:rPr>
        <w:t>CFS       0.174395  1.190526  0.026969  0.038998  4.472 7.75e-06 ***</w:t>
      </w:r>
    </w:p>
    <w:p w:rsidR="00BB137E" w:rsidRPr="003C01BE" w:rsidRDefault="00BB137E" w:rsidP="00BB137E">
      <w:pPr>
        <w:spacing w:after="0" w:line="240" w:lineRule="auto"/>
      </w:pPr>
      <w:r w:rsidRPr="003C01BE">
        <w:rPr>
          <w:rFonts w:ascii="Courier New" w:hAnsi="Courier New"/>
          <w:sz w:val="16"/>
        </w:rPr>
        <w:t>SOFA      0.156391  1.169283  0.015896  0.021283  7.348 2.01e-13 ***</w:t>
      </w:r>
    </w:p>
    <w:p w:rsidR="00BB137E" w:rsidRPr="003C01BE" w:rsidRDefault="00BB137E" w:rsidP="00BB137E">
      <w:pPr>
        <w:spacing w:after="0" w:line="240" w:lineRule="auto"/>
      </w:pPr>
      <w:r w:rsidRPr="003C01BE">
        <w:rPr>
          <w:rFonts w:ascii="Courier New" w:hAnsi="Courier New"/>
          <w:sz w:val="16"/>
        </w:rPr>
        <w:t xml:space="preserve">CCI       0.034733  1.035343  0.014643  0.024426  1.422    0.155    </w:t>
      </w:r>
    </w:p>
    <w:p w:rsidR="00BB137E" w:rsidRPr="003C01BE" w:rsidRDefault="00BB137E" w:rsidP="00BB137E">
      <w:pPr>
        <w:spacing w:after="0" w:line="240" w:lineRule="auto"/>
      </w:pPr>
      <w:r w:rsidRPr="003C01BE">
        <w:rPr>
          <w:rFonts w:ascii="Courier New" w:hAnsi="Courier New"/>
          <w:sz w:val="16"/>
        </w:rPr>
        <w:t xml:space="preserve">APACHEII  0.011971  1.012043  0.007508  0.010739  1.115    0.265    </w:t>
      </w:r>
    </w:p>
    <w:p w:rsidR="00BB137E" w:rsidRPr="003C01BE" w:rsidRDefault="00BB137E" w:rsidP="00BB137E">
      <w:pPr>
        <w:spacing w:after="0" w:line="240" w:lineRule="auto"/>
      </w:pPr>
      <w:r w:rsidRPr="003C01BE">
        <w:rPr>
          <w:rFonts w:ascii="Courier New" w:hAnsi="Courier New"/>
          <w:sz w:val="16"/>
        </w:rPr>
        <w:t>---</w:t>
      </w:r>
    </w:p>
    <w:p w:rsidR="00BB137E" w:rsidRPr="003C01BE" w:rsidRDefault="00BB137E" w:rsidP="00BB137E">
      <w:pPr>
        <w:spacing w:after="0" w:line="240" w:lineRule="auto"/>
      </w:pPr>
      <w:r w:rsidRPr="003C01BE">
        <w:rPr>
          <w:rFonts w:ascii="Courier New" w:hAnsi="Courier New"/>
          <w:sz w:val="16"/>
        </w:rPr>
        <w:t>Signif. codes:  0 ‘***’ 0.001 ‘**’ 0.01 ‘*’ 0.05 ‘.’ 0.1 ‘ ’ 1</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 xml:space="preserve">         exp(coef) exp(-coef) lower .95 upper .95</w:t>
      </w:r>
    </w:p>
    <w:p w:rsidR="00BB137E" w:rsidRPr="003C01BE" w:rsidRDefault="00BB137E" w:rsidP="00BB137E">
      <w:pPr>
        <w:spacing w:after="0" w:line="240" w:lineRule="auto"/>
      </w:pPr>
      <w:r w:rsidRPr="003C01BE">
        <w:rPr>
          <w:rFonts w:ascii="Courier New" w:hAnsi="Courier New"/>
          <w:sz w:val="16"/>
        </w:rPr>
        <w:t>age         0.9976     1.0024    0.9867     1.009</w:t>
      </w:r>
    </w:p>
    <w:p w:rsidR="00BB137E" w:rsidRPr="003C01BE" w:rsidRDefault="00BB137E" w:rsidP="00BB137E">
      <w:pPr>
        <w:spacing w:after="0" w:line="240" w:lineRule="auto"/>
      </w:pPr>
      <w:r w:rsidRPr="003C01BE">
        <w:rPr>
          <w:rFonts w:ascii="Courier New" w:hAnsi="Courier New"/>
          <w:sz w:val="16"/>
        </w:rPr>
        <w:t>female      0.8805     1.1357    0.7213     1.075</w:t>
      </w:r>
    </w:p>
    <w:p w:rsidR="00BB137E" w:rsidRPr="003C01BE" w:rsidRDefault="00BB137E" w:rsidP="00BB137E">
      <w:pPr>
        <w:spacing w:after="0" w:line="240" w:lineRule="auto"/>
      </w:pPr>
      <w:r w:rsidRPr="003C01BE">
        <w:rPr>
          <w:rFonts w:ascii="Courier New" w:hAnsi="Courier New"/>
          <w:sz w:val="16"/>
        </w:rPr>
        <w:t>CFS         1.1905     0.8400    1.1029     1.285</w:t>
      </w:r>
    </w:p>
    <w:p w:rsidR="00BB137E" w:rsidRPr="003C01BE" w:rsidRDefault="00BB137E" w:rsidP="00BB137E">
      <w:pPr>
        <w:spacing w:after="0" w:line="240" w:lineRule="auto"/>
      </w:pPr>
      <w:r w:rsidRPr="003C01BE">
        <w:rPr>
          <w:rFonts w:ascii="Courier New" w:hAnsi="Courier New"/>
          <w:sz w:val="16"/>
        </w:rPr>
        <w:t>SOFA        1.1693     0.8552    1.1215     1.219</w:t>
      </w:r>
    </w:p>
    <w:p w:rsidR="00BB137E" w:rsidRPr="003C01BE" w:rsidRDefault="00BB137E" w:rsidP="00BB137E">
      <w:pPr>
        <w:spacing w:after="0" w:line="240" w:lineRule="auto"/>
      </w:pPr>
      <w:r w:rsidRPr="003C01BE">
        <w:rPr>
          <w:rFonts w:ascii="Courier New" w:hAnsi="Courier New"/>
          <w:sz w:val="16"/>
        </w:rPr>
        <w:t>CCI         1.0353     0.9659    0.9869     1.086</w:t>
      </w:r>
    </w:p>
    <w:p w:rsidR="00BB137E" w:rsidRPr="003C01BE" w:rsidRDefault="00BB137E" w:rsidP="00BB137E">
      <w:pPr>
        <w:spacing w:after="0" w:line="240" w:lineRule="auto"/>
      </w:pPr>
      <w:r w:rsidRPr="003C01BE">
        <w:rPr>
          <w:rFonts w:ascii="Courier New" w:hAnsi="Courier New"/>
          <w:sz w:val="16"/>
        </w:rPr>
        <w:t>APACHEII    1.0120     0.9881    0.9910     1.034</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Concordance= 0.722  (se = 0.016 )</w:t>
      </w:r>
    </w:p>
    <w:p w:rsidR="00BB137E" w:rsidRPr="003C01BE" w:rsidRDefault="00BB137E" w:rsidP="00BB137E">
      <w:pPr>
        <w:spacing w:after="0" w:line="240" w:lineRule="auto"/>
      </w:pPr>
      <w:r w:rsidRPr="003C01BE">
        <w:rPr>
          <w:rFonts w:ascii="Courier New" w:hAnsi="Courier New"/>
          <w:sz w:val="16"/>
        </w:rPr>
        <w:t>Likelihood ratio test= 318.2  on 6 df,   p=&lt;2e-16</w:t>
      </w:r>
    </w:p>
    <w:p w:rsidR="00BB137E" w:rsidRPr="003C01BE" w:rsidRDefault="00BB137E" w:rsidP="00BB137E">
      <w:pPr>
        <w:spacing w:after="0" w:line="240" w:lineRule="auto"/>
      </w:pPr>
      <w:r w:rsidRPr="003C01BE">
        <w:rPr>
          <w:rFonts w:ascii="Courier New" w:hAnsi="Courier New"/>
          <w:sz w:val="16"/>
        </w:rPr>
        <w:t>Wald test            = 229.5  on 6 df,   p=&lt;2e-16</w:t>
      </w:r>
    </w:p>
    <w:p w:rsidR="00BB137E" w:rsidRPr="003C01BE" w:rsidRDefault="00BB137E" w:rsidP="00BB137E">
      <w:pPr>
        <w:spacing w:after="0" w:line="240" w:lineRule="auto"/>
      </w:pPr>
      <w:r w:rsidRPr="003C01BE">
        <w:rPr>
          <w:rFonts w:ascii="Courier New" w:hAnsi="Courier New"/>
          <w:sz w:val="16"/>
        </w:rPr>
        <w:t>Score (logrank) test = 339.1  on 6 df,   p=&lt;2e-16,   Robust = 30.16  p=4e-05</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 xml:space="preserve">  (Note: the likelihood ratio and score tests assume independence of</w:t>
      </w:r>
    </w:p>
    <w:p w:rsidR="00BB137E" w:rsidRPr="003C01BE" w:rsidRDefault="00BB137E" w:rsidP="00BB137E">
      <w:pPr>
        <w:spacing w:after="0" w:line="240" w:lineRule="auto"/>
      </w:pPr>
      <w:r w:rsidRPr="003C01BE">
        <w:rPr>
          <w:rFonts w:ascii="Courier New" w:hAnsi="Courier New"/>
          <w:sz w:val="16"/>
        </w:rPr>
        <w:t xml:space="preserve">     observations within a cluster, the Wald and robust score tests do not).</w:t>
      </w:r>
    </w:p>
    <w:p w:rsidR="00BB137E" w:rsidRPr="003C01BE" w:rsidRDefault="00BB137E" w:rsidP="00BB137E">
      <w:pPr>
        <w:spacing w:after="0" w:line="240" w:lineRule="auto"/>
      </w:pPr>
      <w:r w:rsidRPr="003C01BE">
        <w:rPr>
          <w:rFonts w:ascii="Courier New" w:hAnsi="Courier New"/>
          <w:sz w:val="16"/>
        </w:rPr>
        <w:t xml:space="preserve">&gt; </w:t>
      </w:r>
    </w:p>
    <w:p w:rsidR="00BB137E" w:rsidRPr="003C01BE" w:rsidRDefault="00BB137E" w:rsidP="00BB137E">
      <w:pPr>
        <w:spacing w:after="0" w:line="240" w:lineRule="auto"/>
      </w:pPr>
      <w:r w:rsidRPr="003C01BE">
        <w:rPr>
          <w:rFonts w:ascii="Courier New" w:hAnsi="Courier New"/>
          <w:sz w:val="16"/>
        </w:rPr>
        <w:t>&gt; summary(mixed_primary_efron_corrected)</w:t>
      </w:r>
    </w:p>
    <w:p w:rsidR="00BB137E" w:rsidRPr="003C01BE" w:rsidRDefault="00BB137E" w:rsidP="00BB137E">
      <w:pPr>
        <w:spacing w:after="0" w:line="240" w:lineRule="auto"/>
      </w:pPr>
      <w:r w:rsidRPr="003C01BE">
        <w:rPr>
          <w:rFonts w:ascii="Courier New" w:hAnsi="Courier New"/>
          <w:sz w:val="16"/>
        </w:rPr>
        <w:t>Mixed effects coxme model</w:t>
      </w:r>
    </w:p>
    <w:p w:rsidR="00BB137E" w:rsidRPr="003C01BE" w:rsidRDefault="00BB137E" w:rsidP="00BB137E">
      <w:pPr>
        <w:spacing w:after="0" w:line="240" w:lineRule="auto"/>
      </w:pPr>
      <w:r w:rsidRPr="003C01BE">
        <w:rPr>
          <w:rFonts w:ascii="Courier New" w:hAnsi="Courier New"/>
          <w:sz w:val="16"/>
        </w:rPr>
        <w:t xml:space="preserve"> Formula: Surv(time_landmark_corrected, event) ~ age + female + CFS + SOFA +      CCI + (1 | center) </w:t>
      </w:r>
    </w:p>
    <w:p w:rsidR="00BB137E" w:rsidRPr="003C01BE" w:rsidRDefault="00BB137E" w:rsidP="00BB137E">
      <w:pPr>
        <w:spacing w:after="0" w:line="240" w:lineRule="auto"/>
      </w:pPr>
      <w:r w:rsidRPr="003C01BE">
        <w:rPr>
          <w:rFonts w:ascii="Courier New" w:hAnsi="Courier New"/>
          <w:sz w:val="16"/>
        </w:rPr>
        <w:t xml:space="preserve">    Data: analiz </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 xml:space="preserve">  events, n = 515, 1529</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Random effects:</w:t>
      </w:r>
    </w:p>
    <w:p w:rsidR="00BB137E" w:rsidRPr="003C01BE" w:rsidRDefault="00BB137E" w:rsidP="00BB137E">
      <w:pPr>
        <w:spacing w:after="0" w:line="240" w:lineRule="auto"/>
      </w:pPr>
      <w:r w:rsidRPr="003C01BE">
        <w:rPr>
          <w:rFonts w:ascii="Courier New" w:hAnsi="Courier New"/>
          <w:sz w:val="16"/>
        </w:rPr>
        <w:t xml:space="preserve">   group  variable        sd  variance</w:t>
      </w:r>
    </w:p>
    <w:p w:rsidR="00BB137E" w:rsidRPr="003C01BE" w:rsidRDefault="00BB137E" w:rsidP="00BB137E">
      <w:pPr>
        <w:spacing w:after="0" w:line="240" w:lineRule="auto"/>
      </w:pPr>
      <w:r w:rsidRPr="003C01BE">
        <w:rPr>
          <w:rFonts w:ascii="Courier New" w:hAnsi="Courier New"/>
          <w:sz w:val="16"/>
        </w:rPr>
        <w:t>1 center Intercept 0.4071115 0.1657397</w:t>
      </w:r>
    </w:p>
    <w:p w:rsidR="00BB137E" w:rsidRPr="003C01BE" w:rsidRDefault="00BB137E" w:rsidP="00BB137E">
      <w:pPr>
        <w:spacing w:after="0" w:line="240" w:lineRule="auto"/>
      </w:pPr>
      <w:r w:rsidRPr="003C01BE">
        <w:rPr>
          <w:rFonts w:ascii="Courier New" w:hAnsi="Courier New"/>
          <w:sz w:val="16"/>
        </w:rPr>
        <w:t xml:space="preserve">                  Chisq    df p   AIC   BIC</w:t>
      </w:r>
    </w:p>
    <w:p w:rsidR="00BB137E" w:rsidRPr="003C01BE" w:rsidRDefault="00BB137E" w:rsidP="00BB137E">
      <w:pPr>
        <w:spacing w:after="0" w:line="240" w:lineRule="auto"/>
      </w:pPr>
      <w:r w:rsidRPr="003C01BE">
        <w:rPr>
          <w:rFonts w:ascii="Courier New" w:hAnsi="Courier New"/>
          <w:sz w:val="16"/>
        </w:rPr>
        <w:t>Integrated loglik 347.5  6.00 0 335.5 310.1</w:t>
      </w:r>
    </w:p>
    <w:p w:rsidR="00BB137E" w:rsidRPr="003C01BE" w:rsidRDefault="00BB137E" w:rsidP="00BB137E">
      <w:pPr>
        <w:spacing w:after="0" w:line="240" w:lineRule="auto"/>
      </w:pPr>
      <w:r w:rsidRPr="003C01BE">
        <w:rPr>
          <w:rFonts w:ascii="Courier New" w:hAnsi="Courier New"/>
          <w:sz w:val="16"/>
        </w:rPr>
        <w:t xml:space="preserve"> Penalized loglik 420.9 33.42 0 354.0 212.2</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Fixed effects:</w:t>
      </w:r>
    </w:p>
    <w:p w:rsidR="00BB137E" w:rsidRPr="003C01BE" w:rsidRDefault="00BB137E" w:rsidP="00BB137E">
      <w:pPr>
        <w:spacing w:after="0" w:line="240" w:lineRule="auto"/>
      </w:pPr>
      <w:r w:rsidRPr="003C01BE">
        <w:rPr>
          <w:rFonts w:ascii="Courier New" w:hAnsi="Courier New"/>
          <w:sz w:val="16"/>
        </w:rPr>
        <w:t xml:space="preserve">            coef exp(coef)  se(coef)     z        p</w:t>
      </w:r>
    </w:p>
    <w:p w:rsidR="00BB137E" w:rsidRPr="003C01BE" w:rsidRDefault="00BB137E" w:rsidP="00BB137E">
      <w:pPr>
        <w:spacing w:after="0" w:line="240" w:lineRule="auto"/>
      </w:pPr>
      <w:r w:rsidRPr="003C01BE">
        <w:rPr>
          <w:rFonts w:ascii="Courier New" w:hAnsi="Courier New"/>
          <w:sz w:val="16"/>
        </w:rPr>
        <w:t>age    -0.001492  0.998510  0.005922 -0.25  0.80114</w:t>
      </w:r>
    </w:p>
    <w:p w:rsidR="00BB137E" w:rsidRPr="003C01BE" w:rsidRDefault="00BB137E" w:rsidP="00BB137E">
      <w:pPr>
        <w:spacing w:after="0" w:line="240" w:lineRule="auto"/>
      </w:pPr>
      <w:r w:rsidRPr="003C01BE">
        <w:rPr>
          <w:rFonts w:ascii="Courier New" w:hAnsi="Courier New"/>
          <w:sz w:val="16"/>
        </w:rPr>
        <w:t>female -0.101000  0.903933  0.093363 -1.08  0.27934</w:t>
      </w:r>
    </w:p>
    <w:p w:rsidR="00BB137E" w:rsidRPr="003C01BE" w:rsidRDefault="00BB137E" w:rsidP="00BB137E">
      <w:pPr>
        <w:spacing w:after="0" w:line="240" w:lineRule="auto"/>
      </w:pPr>
      <w:r w:rsidRPr="003C01BE">
        <w:rPr>
          <w:rFonts w:ascii="Courier New" w:hAnsi="Courier New"/>
          <w:sz w:val="16"/>
        </w:rPr>
        <w:t>CFS     0.175066  1.191325  0.027977  6.26 3.91e-10</w:t>
      </w:r>
    </w:p>
    <w:p w:rsidR="00BB137E" w:rsidRPr="003C01BE" w:rsidRDefault="00BB137E" w:rsidP="00BB137E">
      <w:pPr>
        <w:spacing w:after="0" w:line="240" w:lineRule="auto"/>
      </w:pPr>
      <w:r w:rsidRPr="003C01BE">
        <w:rPr>
          <w:rFonts w:ascii="Courier New" w:hAnsi="Courier New"/>
          <w:sz w:val="16"/>
        </w:rPr>
        <w:t>SOFA    0.176307  1.192804  0.013971 12.62  &lt; 2e-16</w:t>
      </w:r>
    </w:p>
    <w:p w:rsidR="00BB137E" w:rsidRPr="003C01BE" w:rsidRDefault="00BB137E" w:rsidP="00BB137E">
      <w:pPr>
        <w:spacing w:after="0" w:line="240" w:lineRule="auto"/>
      </w:pPr>
      <w:r w:rsidRPr="003C01BE">
        <w:rPr>
          <w:rFonts w:ascii="Courier New" w:hAnsi="Courier New"/>
          <w:sz w:val="16"/>
        </w:rPr>
        <w:t>CCI     0.045992  1.047066  0.015912  2.89  0.00385</w:t>
      </w:r>
    </w:p>
    <w:p w:rsidR="00BB137E" w:rsidRPr="003C01BE" w:rsidRDefault="00BB137E" w:rsidP="00BB137E">
      <w:pPr>
        <w:spacing w:after="0" w:line="240" w:lineRule="auto"/>
      </w:pPr>
      <w:r w:rsidRPr="003C01BE">
        <w:rPr>
          <w:rFonts w:ascii="Courier New" w:hAnsi="Courier New"/>
          <w:sz w:val="16"/>
        </w:rPr>
        <w:t>&gt; VarCorr(mixed_primary_efron_corrected)</w:t>
      </w:r>
    </w:p>
    <w:p w:rsidR="00BB137E" w:rsidRPr="003C01BE" w:rsidRDefault="00BB137E" w:rsidP="00BB137E">
      <w:pPr>
        <w:spacing w:after="0" w:line="240" w:lineRule="auto"/>
      </w:pPr>
      <w:r w:rsidRPr="003C01BE">
        <w:rPr>
          <w:rFonts w:ascii="Courier New" w:hAnsi="Courier New"/>
          <w:sz w:val="16"/>
        </w:rPr>
        <w:t>$center</w:t>
      </w:r>
    </w:p>
    <w:p w:rsidR="00BB137E" w:rsidRPr="003C01BE" w:rsidRDefault="00BB137E" w:rsidP="00BB137E">
      <w:pPr>
        <w:spacing w:after="0" w:line="240" w:lineRule="auto"/>
      </w:pPr>
      <w:r w:rsidRPr="003C01BE">
        <w:rPr>
          <w:rFonts w:ascii="Courier New" w:hAnsi="Courier New"/>
          <w:sz w:val="16"/>
        </w:rPr>
        <w:t xml:space="preserve">Intercept </w:t>
      </w:r>
    </w:p>
    <w:p w:rsidR="00BB137E" w:rsidRPr="003C01BE" w:rsidRDefault="00BB137E" w:rsidP="00BB137E">
      <w:pPr>
        <w:spacing w:after="0" w:line="240" w:lineRule="auto"/>
      </w:pPr>
      <w:r w:rsidRPr="003C01BE">
        <w:rPr>
          <w:rFonts w:ascii="Courier New" w:hAnsi="Courier New"/>
          <w:sz w:val="16"/>
        </w:rPr>
        <w:t xml:space="preserve">0.1657397 </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 xml:space="preserve">&gt; </w:t>
      </w:r>
    </w:p>
    <w:p w:rsidR="00BB137E" w:rsidRPr="003C01BE" w:rsidRDefault="00BB137E" w:rsidP="00BB137E">
      <w:pPr>
        <w:spacing w:after="0" w:line="240" w:lineRule="auto"/>
      </w:pPr>
      <w:r w:rsidRPr="003C01BE">
        <w:rPr>
          <w:rFonts w:ascii="Courier New" w:hAnsi="Courier New"/>
          <w:sz w:val="16"/>
        </w:rPr>
        <w:t>&gt; summary(mixed_extended_efron_corrected)</w:t>
      </w:r>
    </w:p>
    <w:p w:rsidR="00BB137E" w:rsidRPr="003C01BE" w:rsidRDefault="00BB137E" w:rsidP="00BB137E">
      <w:pPr>
        <w:spacing w:after="0" w:line="240" w:lineRule="auto"/>
      </w:pPr>
      <w:r w:rsidRPr="003C01BE">
        <w:rPr>
          <w:rFonts w:ascii="Courier New" w:hAnsi="Courier New"/>
          <w:sz w:val="16"/>
        </w:rPr>
        <w:t>Mixed effects coxme model</w:t>
      </w:r>
    </w:p>
    <w:p w:rsidR="00BB137E" w:rsidRPr="003C01BE" w:rsidRDefault="00BB137E" w:rsidP="00BB137E">
      <w:pPr>
        <w:spacing w:after="0" w:line="240" w:lineRule="auto"/>
      </w:pPr>
      <w:r w:rsidRPr="003C01BE">
        <w:rPr>
          <w:rFonts w:ascii="Courier New" w:hAnsi="Courier New"/>
          <w:sz w:val="16"/>
        </w:rPr>
        <w:t xml:space="preserve"> Formula: Surv(time_landmark_corrected, event) ~ age + female + CFS + SOFA +      CCI + APACHEII + (1 | center) </w:t>
      </w:r>
    </w:p>
    <w:p w:rsidR="00BB137E" w:rsidRPr="003C01BE" w:rsidRDefault="00BB137E" w:rsidP="00BB137E">
      <w:pPr>
        <w:spacing w:after="0" w:line="240" w:lineRule="auto"/>
      </w:pPr>
      <w:r w:rsidRPr="003C01BE">
        <w:rPr>
          <w:rFonts w:ascii="Courier New" w:hAnsi="Courier New"/>
          <w:sz w:val="16"/>
        </w:rPr>
        <w:t xml:space="preserve">    Data: analiz </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 xml:space="preserve">  events, n = 515, 1529</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Random effects:</w:t>
      </w:r>
    </w:p>
    <w:p w:rsidR="00BB137E" w:rsidRPr="003C01BE" w:rsidRDefault="00BB137E" w:rsidP="00BB137E">
      <w:pPr>
        <w:spacing w:after="0" w:line="240" w:lineRule="auto"/>
      </w:pPr>
      <w:r w:rsidRPr="003C01BE">
        <w:rPr>
          <w:rFonts w:ascii="Courier New" w:hAnsi="Courier New"/>
          <w:sz w:val="16"/>
        </w:rPr>
        <w:t xml:space="preserve">   group  variable       sd  variance</w:t>
      </w:r>
    </w:p>
    <w:p w:rsidR="00BB137E" w:rsidRPr="003C01BE" w:rsidRDefault="00BB137E" w:rsidP="00BB137E">
      <w:pPr>
        <w:spacing w:after="0" w:line="240" w:lineRule="auto"/>
      </w:pPr>
      <w:r w:rsidRPr="003C01BE">
        <w:rPr>
          <w:rFonts w:ascii="Courier New" w:hAnsi="Courier New"/>
          <w:sz w:val="16"/>
        </w:rPr>
        <w:t>1 center Intercept 0.427516 0.1827699</w:t>
      </w:r>
    </w:p>
    <w:p w:rsidR="00BB137E" w:rsidRPr="003C01BE" w:rsidRDefault="00BB137E" w:rsidP="00BB137E">
      <w:pPr>
        <w:spacing w:after="0" w:line="240" w:lineRule="auto"/>
      </w:pPr>
      <w:r w:rsidRPr="003C01BE">
        <w:rPr>
          <w:rFonts w:ascii="Courier New" w:hAnsi="Courier New"/>
          <w:sz w:val="16"/>
        </w:rPr>
        <w:t xml:space="preserve">                  Chisq    df p   AIC   BIC</w:t>
      </w:r>
    </w:p>
    <w:p w:rsidR="00BB137E" w:rsidRPr="003C01BE" w:rsidRDefault="00BB137E" w:rsidP="00BB137E">
      <w:pPr>
        <w:spacing w:after="0" w:line="240" w:lineRule="auto"/>
      </w:pPr>
      <w:r w:rsidRPr="003C01BE">
        <w:rPr>
          <w:rFonts w:ascii="Courier New" w:hAnsi="Courier New"/>
          <w:sz w:val="16"/>
        </w:rPr>
        <w:t>Integrated loglik 352.7  7.00 0 338.7 309.0</w:t>
      </w:r>
    </w:p>
    <w:p w:rsidR="00BB137E" w:rsidRPr="003C01BE" w:rsidRDefault="00BB137E" w:rsidP="00BB137E">
      <w:pPr>
        <w:spacing w:after="0" w:line="240" w:lineRule="auto"/>
      </w:pPr>
      <w:r w:rsidRPr="003C01BE">
        <w:rPr>
          <w:rFonts w:ascii="Courier New" w:hAnsi="Courier New"/>
          <w:sz w:val="16"/>
        </w:rPr>
        <w:t xml:space="preserve"> Penalized loglik 429.9 35.45 0 359.0 208.6</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Fixed effects:</w:t>
      </w:r>
    </w:p>
    <w:p w:rsidR="00BB137E" w:rsidRPr="003C01BE" w:rsidRDefault="00BB137E" w:rsidP="00BB137E">
      <w:pPr>
        <w:spacing w:after="0" w:line="240" w:lineRule="auto"/>
      </w:pPr>
      <w:r w:rsidRPr="003C01BE">
        <w:rPr>
          <w:rFonts w:ascii="Courier New" w:hAnsi="Courier New"/>
          <w:sz w:val="16"/>
        </w:rPr>
        <w:lastRenderedPageBreak/>
        <w:t xml:space="preserve">              coef exp(coef)  se(coef)     z        p</w:t>
      </w:r>
    </w:p>
    <w:p w:rsidR="00BB137E" w:rsidRPr="003C01BE" w:rsidRDefault="00BB137E" w:rsidP="00BB137E">
      <w:pPr>
        <w:spacing w:after="0" w:line="240" w:lineRule="auto"/>
      </w:pPr>
      <w:r w:rsidRPr="003C01BE">
        <w:rPr>
          <w:rFonts w:ascii="Courier New" w:hAnsi="Courier New"/>
          <w:sz w:val="16"/>
        </w:rPr>
        <w:t>age      -0.001129  0.998872  0.005922 -0.19  0.84881</w:t>
      </w:r>
    </w:p>
    <w:p w:rsidR="00BB137E" w:rsidRPr="003C01BE" w:rsidRDefault="00BB137E" w:rsidP="00BB137E">
      <w:pPr>
        <w:spacing w:after="0" w:line="240" w:lineRule="auto"/>
      </w:pPr>
      <w:r w:rsidRPr="003C01BE">
        <w:rPr>
          <w:rFonts w:ascii="Courier New" w:hAnsi="Courier New"/>
          <w:sz w:val="16"/>
        </w:rPr>
        <w:t>female   -0.089035  0.914814  0.093472 -0.95  0.34083</w:t>
      </w:r>
    </w:p>
    <w:p w:rsidR="00BB137E" w:rsidRPr="003C01BE" w:rsidRDefault="00BB137E" w:rsidP="00BB137E">
      <w:pPr>
        <w:spacing w:after="0" w:line="240" w:lineRule="auto"/>
      </w:pPr>
      <w:r w:rsidRPr="003C01BE">
        <w:rPr>
          <w:rFonts w:ascii="Courier New" w:hAnsi="Courier New"/>
          <w:sz w:val="16"/>
        </w:rPr>
        <w:t>CFS       0.171265  1.186806  0.027954  6.13 8.97e-10</w:t>
      </w:r>
    </w:p>
    <w:p w:rsidR="00BB137E" w:rsidRPr="003C01BE" w:rsidRDefault="00BB137E" w:rsidP="00BB137E">
      <w:pPr>
        <w:spacing w:after="0" w:line="240" w:lineRule="auto"/>
      </w:pPr>
      <w:r w:rsidRPr="003C01BE">
        <w:rPr>
          <w:rFonts w:ascii="Courier New" w:hAnsi="Courier New"/>
          <w:sz w:val="16"/>
        </w:rPr>
        <w:t>SOFA      0.155791  1.168582  0.016924  9.21  &lt; 2e-16</w:t>
      </w:r>
    </w:p>
    <w:p w:rsidR="00BB137E" w:rsidRPr="003C01BE" w:rsidRDefault="00BB137E" w:rsidP="00BB137E">
      <w:pPr>
        <w:spacing w:after="0" w:line="240" w:lineRule="auto"/>
      </w:pPr>
      <w:r w:rsidRPr="003C01BE">
        <w:rPr>
          <w:rFonts w:ascii="Courier New" w:hAnsi="Courier New"/>
          <w:sz w:val="16"/>
        </w:rPr>
        <w:t>CCI       0.045813  1.046878  0.015990  2.87  0.00417</w:t>
      </w:r>
    </w:p>
    <w:p w:rsidR="00BB137E" w:rsidRPr="003C01BE" w:rsidRDefault="00BB137E" w:rsidP="00BB137E">
      <w:pPr>
        <w:spacing w:after="0" w:line="240" w:lineRule="auto"/>
      </w:pPr>
      <w:r w:rsidRPr="003C01BE">
        <w:rPr>
          <w:rFonts w:ascii="Courier New" w:hAnsi="Courier New"/>
          <w:sz w:val="16"/>
        </w:rPr>
        <w:t>APACHEII  0.018733  1.018910  0.008242  2.27  0.02304</w:t>
      </w:r>
    </w:p>
    <w:p w:rsidR="00BB137E" w:rsidRPr="003C01BE" w:rsidRDefault="00BB137E" w:rsidP="00BB137E">
      <w:pPr>
        <w:spacing w:after="0" w:line="240" w:lineRule="auto"/>
      </w:pPr>
      <w:r w:rsidRPr="003C01BE">
        <w:rPr>
          <w:rFonts w:ascii="Courier New" w:hAnsi="Courier New"/>
          <w:sz w:val="16"/>
        </w:rPr>
        <w:t>&gt; VarCorr(mixed_extended_efron_corrected)</w:t>
      </w:r>
    </w:p>
    <w:p w:rsidR="00BB137E" w:rsidRPr="003C01BE" w:rsidRDefault="00BB137E" w:rsidP="00BB137E">
      <w:pPr>
        <w:spacing w:after="0" w:line="240" w:lineRule="auto"/>
      </w:pPr>
      <w:r w:rsidRPr="003C01BE">
        <w:rPr>
          <w:rFonts w:ascii="Courier New" w:hAnsi="Courier New"/>
          <w:sz w:val="16"/>
        </w:rPr>
        <w:t>$center</w:t>
      </w:r>
    </w:p>
    <w:p w:rsidR="00BB137E" w:rsidRPr="003C01BE" w:rsidRDefault="00BB137E" w:rsidP="00BB137E">
      <w:pPr>
        <w:spacing w:after="0" w:line="240" w:lineRule="auto"/>
      </w:pPr>
      <w:r w:rsidRPr="003C01BE">
        <w:rPr>
          <w:rFonts w:ascii="Courier New" w:hAnsi="Courier New"/>
          <w:sz w:val="16"/>
        </w:rPr>
        <w:t xml:space="preserve">Intercept </w:t>
      </w:r>
    </w:p>
    <w:p w:rsidR="00BB137E" w:rsidRPr="003C01BE" w:rsidRDefault="00BB137E" w:rsidP="00BB137E">
      <w:pPr>
        <w:spacing w:after="0" w:line="240" w:lineRule="auto"/>
      </w:pPr>
      <w:r w:rsidRPr="003C01BE">
        <w:rPr>
          <w:rFonts w:ascii="Courier New" w:hAnsi="Courier New"/>
          <w:sz w:val="16"/>
        </w:rPr>
        <w:t>0.1827699</w:t>
      </w:r>
    </w:p>
    <w:p w:rsidR="00BB137E" w:rsidRPr="003C01BE" w:rsidRDefault="00BB137E" w:rsidP="00BB137E">
      <w:pPr>
        <w:keepNext/>
        <w:spacing w:after="100"/>
      </w:pPr>
      <w:r w:rsidRPr="003C01BE">
        <w:br w:type="page"/>
      </w:r>
      <w:r w:rsidRPr="003C01BE">
        <w:rPr>
          <w:b/>
          <w:sz w:val="24"/>
        </w:rPr>
        <w:lastRenderedPageBreak/>
        <w:t>Proportional-hazards diagnostics</w:t>
      </w:r>
    </w:p>
    <w:p w:rsidR="00BB137E" w:rsidRPr="003C01BE" w:rsidRDefault="00BB137E" w:rsidP="00BB137E">
      <w:pPr>
        <w:spacing w:after="100" w:line="259" w:lineRule="auto"/>
      </w:pPr>
      <w:r w:rsidRPr="003C01BE">
        <w:rPr>
          <w:sz w:val="21"/>
        </w:rPr>
        <w:t>The proportional-hazards assumption was tested using cox.zph with the Kaplan–Meier transformation of time. Neither the global tests nor any covariate-specific test indicated a violation in the corrected primary or extended conventional Cox model.</w:t>
      </w:r>
    </w:p>
    <w:p w:rsidR="00BB137E" w:rsidRPr="003C01BE" w:rsidRDefault="00BB137E" w:rsidP="00BB137E">
      <w:pPr>
        <w:spacing w:after="0" w:line="240" w:lineRule="auto"/>
      </w:pPr>
      <w:r w:rsidRPr="003C01BE">
        <w:rPr>
          <w:rFonts w:ascii="Courier New" w:hAnsi="Courier New"/>
          <w:sz w:val="16"/>
        </w:rPr>
        <w:t>PRIMARY MODEL — SCALED SCHOENFELD RESIDUAL TEST</w:t>
      </w:r>
    </w:p>
    <w:p w:rsidR="00BB137E" w:rsidRPr="003C01BE" w:rsidRDefault="00BB137E" w:rsidP="00BB137E">
      <w:pPr>
        <w:spacing w:after="0" w:line="240" w:lineRule="auto"/>
      </w:pPr>
      <w:r w:rsidRPr="003C01BE">
        <w:rPr>
          <w:rFonts w:ascii="Courier New" w:hAnsi="Courier New"/>
          <w:sz w:val="16"/>
        </w:rPr>
        <w:t xml:space="preserve">          chisq df    p</w:t>
      </w:r>
    </w:p>
    <w:p w:rsidR="00BB137E" w:rsidRPr="003C01BE" w:rsidRDefault="00BB137E" w:rsidP="00BB137E">
      <w:pPr>
        <w:spacing w:after="0" w:line="240" w:lineRule="auto"/>
      </w:pPr>
      <w:r w:rsidRPr="003C01BE">
        <w:rPr>
          <w:rFonts w:ascii="Courier New" w:hAnsi="Courier New"/>
          <w:sz w:val="16"/>
        </w:rPr>
        <w:t>age      0.1046  1 0.75</w:t>
      </w:r>
    </w:p>
    <w:p w:rsidR="00BB137E" w:rsidRPr="003C01BE" w:rsidRDefault="00BB137E" w:rsidP="00BB137E">
      <w:pPr>
        <w:spacing w:after="0" w:line="240" w:lineRule="auto"/>
      </w:pPr>
      <w:r w:rsidRPr="003C01BE">
        <w:rPr>
          <w:rFonts w:ascii="Courier New" w:hAnsi="Courier New"/>
          <w:sz w:val="16"/>
        </w:rPr>
        <w:t>female   0.2662  1 0.61</w:t>
      </w:r>
    </w:p>
    <w:p w:rsidR="00BB137E" w:rsidRPr="003C01BE" w:rsidRDefault="00BB137E" w:rsidP="00BB137E">
      <w:pPr>
        <w:spacing w:after="0" w:line="240" w:lineRule="auto"/>
      </w:pPr>
      <w:r w:rsidRPr="003C01BE">
        <w:rPr>
          <w:rFonts w:ascii="Courier New" w:hAnsi="Courier New"/>
          <w:sz w:val="16"/>
        </w:rPr>
        <w:t>CFS      1.1043  1 0.29</w:t>
      </w:r>
    </w:p>
    <w:p w:rsidR="00BB137E" w:rsidRPr="003C01BE" w:rsidRDefault="00BB137E" w:rsidP="00BB137E">
      <w:pPr>
        <w:spacing w:after="0" w:line="240" w:lineRule="auto"/>
      </w:pPr>
      <w:r w:rsidRPr="003C01BE">
        <w:rPr>
          <w:rFonts w:ascii="Courier New" w:hAnsi="Courier New"/>
          <w:sz w:val="16"/>
        </w:rPr>
        <w:t>SOFA     0.4367  1 0.51</w:t>
      </w:r>
    </w:p>
    <w:p w:rsidR="00BB137E" w:rsidRPr="003C01BE" w:rsidRDefault="00BB137E" w:rsidP="00BB137E">
      <w:pPr>
        <w:spacing w:after="0" w:line="240" w:lineRule="auto"/>
      </w:pPr>
      <w:r w:rsidRPr="003C01BE">
        <w:rPr>
          <w:rFonts w:ascii="Courier New" w:hAnsi="Courier New"/>
          <w:sz w:val="16"/>
        </w:rPr>
        <w:t>CCI      0.0288  1 0.87</w:t>
      </w:r>
    </w:p>
    <w:p w:rsidR="00BB137E" w:rsidRPr="003C01BE" w:rsidRDefault="00BB137E" w:rsidP="00BB137E">
      <w:pPr>
        <w:spacing w:after="0" w:line="240" w:lineRule="auto"/>
      </w:pPr>
      <w:r w:rsidRPr="003C01BE">
        <w:rPr>
          <w:rFonts w:ascii="Courier New" w:hAnsi="Courier New"/>
          <w:sz w:val="16"/>
        </w:rPr>
        <w:t>GLOBAL   2.2008  5 0.82</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EXTENDED MODEL — SCALED SCHOENFELD RESIDUAL TEST</w:t>
      </w:r>
    </w:p>
    <w:p w:rsidR="00BB137E" w:rsidRPr="003C01BE" w:rsidRDefault="00BB137E" w:rsidP="00BB137E">
      <w:pPr>
        <w:spacing w:after="0" w:line="240" w:lineRule="auto"/>
      </w:pPr>
      <w:r w:rsidRPr="003C01BE">
        <w:rPr>
          <w:rFonts w:ascii="Courier New" w:hAnsi="Courier New"/>
          <w:sz w:val="16"/>
        </w:rPr>
        <w:t xml:space="preserve">          chisq df    p</w:t>
      </w:r>
    </w:p>
    <w:p w:rsidR="00BB137E" w:rsidRPr="003C01BE" w:rsidRDefault="00BB137E" w:rsidP="00BB137E">
      <w:pPr>
        <w:spacing w:after="0" w:line="240" w:lineRule="auto"/>
      </w:pPr>
      <w:r w:rsidRPr="003C01BE">
        <w:rPr>
          <w:rFonts w:ascii="Courier New" w:hAnsi="Courier New"/>
          <w:sz w:val="16"/>
        </w:rPr>
        <w:t>age      0.1245  1 0.72</w:t>
      </w:r>
    </w:p>
    <w:p w:rsidR="00BB137E" w:rsidRPr="003C01BE" w:rsidRDefault="00BB137E" w:rsidP="00BB137E">
      <w:pPr>
        <w:spacing w:after="0" w:line="240" w:lineRule="auto"/>
      </w:pPr>
      <w:r w:rsidRPr="003C01BE">
        <w:rPr>
          <w:rFonts w:ascii="Courier New" w:hAnsi="Courier New"/>
          <w:sz w:val="16"/>
        </w:rPr>
        <w:t>female   0.2651  1 0.61</w:t>
      </w:r>
    </w:p>
    <w:p w:rsidR="00BB137E" w:rsidRPr="003C01BE" w:rsidRDefault="00BB137E" w:rsidP="00BB137E">
      <w:pPr>
        <w:spacing w:after="0" w:line="240" w:lineRule="auto"/>
      </w:pPr>
      <w:r w:rsidRPr="003C01BE">
        <w:rPr>
          <w:rFonts w:ascii="Courier New" w:hAnsi="Courier New"/>
          <w:sz w:val="16"/>
        </w:rPr>
        <w:t>CFS      1.0525  1 0.30</w:t>
      </w:r>
    </w:p>
    <w:p w:rsidR="00BB137E" w:rsidRPr="003C01BE" w:rsidRDefault="00BB137E" w:rsidP="00BB137E">
      <w:pPr>
        <w:spacing w:after="0" w:line="240" w:lineRule="auto"/>
      </w:pPr>
      <w:r w:rsidRPr="003C01BE">
        <w:rPr>
          <w:rFonts w:ascii="Courier New" w:hAnsi="Courier New"/>
          <w:sz w:val="16"/>
        </w:rPr>
        <w:t>SOFA     0.5513  1 0.46</w:t>
      </w:r>
    </w:p>
    <w:p w:rsidR="00BB137E" w:rsidRPr="003C01BE" w:rsidRDefault="00BB137E" w:rsidP="00BB137E">
      <w:pPr>
        <w:spacing w:after="0" w:line="240" w:lineRule="auto"/>
      </w:pPr>
      <w:r w:rsidRPr="003C01BE">
        <w:rPr>
          <w:rFonts w:ascii="Courier New" w:hAnsi="Courier New"/>
          <w:sz w:val="16"/>
        </w:rPr>
        <w:t>CCI      0.0195  1 0.89</w:t>
      </w:r>
    </w:p>
    <w:p w:rsidR="00BB137E" w:rsidRPr="003C01BE" w:rsidRDefault="00BB137E" w:rsidP="00BB137E">
      <w:pPr>
        <w:spacing w:after="0" w:line="240" w:lineRule="auto"/>
      </w:pPr>
      <w:r w:rsidRPr="003C01BE">
        <w:rPr>
          <w:rFonts w:ascii="Courier New" w:hAnsi="Courier New"/>
          <w:sz w:val="16"/>
        </w:rPr>
        <w:t>APACHEII 0.0137  1 0.91</w:t>
      </w:r>
    </w:p>
    <w:p w:rsidR="00BB137E" w:rsidRPr="003C01BE" w:rsidRDefault="00BB137E" w:rsidP="00BB137E">
      <w:pPr>
        <w:spacing w:after="0" w:line="240" w:lineRule="auto"/>
      </w:pPr>
      <w:r w:rsidRPr="003C01BE">
        <w:rPr>
          <w:rFonts w:ascii="Courier New" w:hAnsi="Courier New"/>
          <w:sz w:val="16"/>
        </w:rPr>
        <w:t>GLOBAL   2.4042  6 0.88</w:t>
      </w:r>
    </w:p>
    <w:p w:rsidR="00BB137E" w:rsidRPr="003C01BE" w:rsidRDefault="00BB137E" w:rsidP="00BB137E">
      <w:pPr>
        <w:keepNext/>
        <w:spacing w:before="160" w:after="100"/>
      </w:pPr>
      <w:r w:rsidRPr="003C01BE">
        <w:rPr>
          <w:b/>
        </w:rPr>
        <w:t>Scaled Schoenfeld-residual diagnostic plots</w:t>
      </w:r>
    </w:p>
    <w:p w:rsidR="00BB137E" w:rsidRPr="003C01BE" w:rsidRDefault="00BB137E" w:rsidP="00BB137E">
      <w:pPr>
        <w:keepNext/>
        <w:spacing w:before="80" w:after="80"/>
        <w:jc w:val="center"/>
      </w:pPr>
      <w:r w:rsidRPr="003C01BE">
        <w:rPr>
          <w:noProof/>
        </w:rPr>
        <w:drawing>
          <wp:inline distT="0" distB="0" distL="0" distR="0" wp14:anchorId="52DB46EC" wp14:editId="413CA640">
            <wp:extent cx="5989320" cy="2245995"/>
            <wp:effectExtent l="0" t="0" r="0" b="0"/>
            <wp:docPr id="1" name="Picture 1" descr="Scaled Schoenfeld residual diagnostic plots for SOFA and APACHE II" title="Figure SF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F2-1_corrected.png"/>
                    <pic:cNvPicPr/>
                  </pic:nvPicPr>
                  <pic:blipFill>
                    <a:blip r:embed="rId5"/>
                    <a:stretch>
                      <a:fillRect/>
                    </a:stretch>
                  </pic:blipFill>
                  <pic:spPr>
                    <a:xfrm>
                      <a:off x="0" y="0"/>
                      <a:ext cx="5989320" cy="2245995"/>
                    </a:xfrm>
                    <a:prstGeom prst="rect">
                      <a:avLst/>
                    </a:prstGeom>
                  </pic:spPr>
                </pic:pic>
              </a:graphicData>
            </a:graphic>
          </wp:inline>
        </w:drawing>
      </w:r>
    </w:p>
    <w:p w:rsidR="00BB137E" w:rsidRPr="003C01BE" w:rsidRDefault="00BB137E" w:rsidP="00BB137E">
      <w:pPr>
        <w:spacing w:before="40"/>
      </w:pPr>
      <w:r w:rsidRPr="003C01BE">
        <w:rPr>
          <w:sz w:val="19"/>
        </w:rPr>
        <w:t>Figure SF2-1. Proportional-hazards diagnostic plots for the corrected 48-hour landmark models. Smoothed scaled Schoenfeld residuals with approximate 95% confidence bands are shown for SOFA in the primary model (A), SOFA in the extended model (B), and APACHE II in the extended model (C). The grey dashed horizontal line denotes the corresponding constant coefficient from the fitted Cox model. No relevant time-dependent trend was detected; the covariate-specific p values were 0.51, 0.46 and 0.91, respectively. The global tests were also non-significant for the primary (p=0.82) and extended (p=0.88) models.</w:t>
      </w:r>
    </w:p>
    <w:p w:rsidR="00BB137E" w:rsidRPr="003C01BE" w:rsidRDefault="00BB137E" w:rsidP="00BB137E">
      <w:pPr>
        <w:keepNext/>
        <w:spacing w:after="100"/>
      </w:pPr>
      <w:r w:rsidRPr="003C01BE">
        <w:br w:type="page"/>
      </w:r>
      <w:r w:rsidRPr="003C01BE">
        <w:rPr>
          <w:b/>
          <w:sz w:val="24"/>
        </w:rPr>
        <w:lastRenderedPageBreak/>
        <w:t>Censoring, follow-up and time-to-event discrimination</w:t>
      </w:r>
    </w:p>
    <w:p w:rsidR="00BB137E" w:rsidRPr="003C01BE" w:rsidRDefault="00BB137E" w:rsidP="00BB137E">
      <w:pPr>
        <w:spacing w:after="100" w:line="259" w:lineRule="auto"/>
      </w:pPr>
      <w:r w:rsidRPr="003C01BE">
        <w:rPr>
          <w:sz w:val="21"/>
        </w:rPr>
        <w:t>All censoring was administrative at day 30. Harrell’s concordance was 0.703 (SE 0.011) for the SOFA-only landmark Cox model and 0.721 (SE 0.011) for the primary multivariable landmark Cox model. These time-to-event concordance estimates are not directly comparable with the binary 30-day AUROC reported for SOFA.</w:t>
      </w:r>
    </w:p>
    <w:p w:rsidR="00BB137E" w:rsidRPr="003C01BE" w:rsidRDefault="00BB137E" w:rsidP="00BB137E">
      <w:pPr>
        <w:spacing w:after="0" w:line="240" w:lineRule="auto"/>
      </w:pPr>
      <w:r w:rsidRPr="003C01BE">
        <w:rPr>
          <w:rFonts w:ascii="Courier New" w:hAnsi="Courier New"/>
          <w:sz w:val="16"/>
        </w:rPr>
        <w:t>CENSORING AND FOLLOW-UP SUMMARY</w:t>
      </w:r>
    </w:p>
    <w:p w:rsidR="00BB137E" w:rsidRPr="003C01BE" w:rsidRDefault="00BB137E" w:rsidP="00BB137E">
      <w:pPr>
        <w:spacing w:after="0" w:line="240" w:lineRule="auto"/>
      </w:pPr>
      <w:r w:rsidRPr="003C01BE">
        <w:rPr>
          <w:rFonts w:ascii="Courier New" w:hAnsi="Courier New"/>
          <w:sz w:val="16"/>
        </w:rPr>
        <w:t>Total patients: 1529</w:t>
      </w:r>
    </w:p>
    <w:p w:rsidR="00BB137E" w:rsidRPr="003C01BE" w:rsidRDefault="00BB137E" w:rsidP="00BB137E">
      <w:pPr>
        <w:spacing w:after="0" w:line="240" w:lineRule="auto"/>
      </w:pPr>
      <w:r w:rsidRPr="003C01BE">
        <w:rPr>
          <w:rFonts w:ascii="Courier New" w:hAnsi="Courier New"/>
          <w:sz w:val="16"/>
        </w:rPr>
        <w:t>Deaths: 515</w:t>
      </w:r>
    </w:p>
    <w:p w:rsidR="00BB137E" w:rsidRPr="003C01BE" w:rsidRDefault="00BB137E" w:rsidP="00BB137E">
      <w:pPr>
        <w:spacing w:after="0" w:line="240" w:lineRule="auto"/>
      </w:pPr>
      <w:r w:rsidRPr="003C01BE">
        <w:rPr>
          <w:rFonts w:ascii="Courier New" w:hAnsi="Courier New"/>
          <w:sz w:val="16"/>
        </w:rPr>
        <w:t>Survivors at day 30: 1014</w:t>
      </w:r>
    </w:p>
    <w:p w:rsidR="00BB137E" w:rsidRPr="003C01BE" w:rsidRDefault="00BB137E" w:rsidP="00BB137E">
      <w:pPr>
        <w:spacing w:after="0" w:line="240" w:lineRule="auto"/>
      </w:pPr>
      <w:r w:rsidRPr="003C01BE">
        <w:rPr>
          <w:rFonts w:ascii="Courier New" w:hAnsi="Courier New"/>
          <w:sz w:val="16"/>
        </w:rPr>
        <w:t>Administratively censored at day 30: 1014</w:t>
      </w:r>
    </w:p>
    <w:p w:rsidR="00BB137E" w:rsidRPr="003C01BE" w:rsidRDefault="00BB137E" w:rsidP="00BB137E">
      <w:pPr>
        <w:spacing w:after="0" w:line="240" w:lineRule="auto"/>
      </w:pPr>
      <w:r w:rsidRPr="003C01BE">
        <w:rPr>
          <w:rFonts w:ascii="Courier New" w:hAnsi="Courier New"/>
          <w:sz w:val="16"/>
        </w:rPr>
        <w:t>Censored before day 30: 0</w:t>
      </w:r>
    </w:p>
    <w:p w:rsidR="00BB137E" w:rsidRPr="003C01BE" w:rsidRDefault="00BB137E" w:rsidP="00BB137E">
      <w:pPr>
        <w:spacing w:after="0" w:line="240" w:lineRule="auto"/>
      </w:pPr>
      <w:r w:rsidRPr="003C01BE">
        <w:rPr>
          <w:rFonts w:ascii="Courier New" w:hAnsi="Courier New"/>
          <w:sz w:val="16"/>
        </w:rPr>
        <w:t>Losses to follow-up: 0</w:t>
      </w:r>
    </w:p>
    <w:p w:rsidR="00BB137E" w:rsidRPr="003C01BE" w:rsidRDefault="00BB137E" w:rsidP="00BB137E">
      <w:pPr>
        <w:spacing w:after="0" w:line="240" w:lineRule="auto"/>
      </w:pPr>
      <w:r w:rsidRPr="003C01BE">
        <w:rPr>
          <w:rFonts w:ascii="Courier New" w:hAnsi="Courier New"/>
          <w:sz w:val="16"/>
        </w:rPr>
        <w:t>Admission-based follow-up: 3 - 30</w:t>
      </w:r>
    </w:p>
    <w:p w:rsidR="00BB137E" w:rsidRPr="003C01BE" w:rsidRDefault="00BB137E" w:rsidP="00BB137E">
      <w:pPr>
        <w:spacing w:after="0" w:line="240" w:lineRule="auto"/>
      </w:pPr>
      <w:r w:rsidRPr="003C01BE">
        <w:rPr>
          <w:rFonts w:ascii="Courier New" w:hAnsi="Courier New"/>
          <w:sz w:val="16"/>
        </w:rPr>
        <w:t>Landmark-based follow-up: 1 - 28</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SOFA-ONLY LANDMARK COX MODEL</w:t>
      </w:r>
    </w:p>
    <w:p w:rsidR="00BB137E" w:rsidRPr="003C01BE" w:rsidRDefault="00BB137E" w:rsidP="00BB137E">
      <w:pPr>
        <w:spacing w:after="0" w:line="240" w:lineRule="auto"/>
      </w:pPr>
      <w:r w:rsidRPr="003C01BE">
        <w:rPr>
          <w:rFonts w:ascii="Courier New" w:hAnsi="Courier New"/>
          <w:sz w:val="16"/>
        </w:rPr>
        <w:t>Call:</w:t>
      </w:r>
    </w:p>
    <w:p w:rsidR="00BB137E" w:rsidRPr="003C01BE" w:rsidRDefault="00BB137E" w:rsidP="00BB137E">
      <w:pPr>
        <w:spacing w:after="0" w:line="240" w:lineRule="auto"/>
      </w:pPr>
      <w:r w:rsidRPr="003C01BE">
        <w:rPr>
          <w:rFonts w:ascii="Courier New" w:hAnsi="Courier New"/>
          <w:sz w:val="16"/>
        </w:rPr>
        <w:t>coxph(formula = Surv(time_landmark_corrected, event) ~ SOFA,</w:t>
      </w:r>
    </w:p>
    <w:p w:rsidR="00BB137E" w:rsidRPr="003C01BE" w:rsidRDefault="00BB137E" w:rsidP="00BB137E">
      <w:pPr>
        <w:spacing w:after="0" w:line="240" w:lineRule="auto"/>
      </w:pPr>
      <w:r w:rsidRPr="003C01BE">
        <w:rPr>
          <w:rFonts w:ascii="Courier New" w:hAnsi="Courier New"/>
          <w:sz w:val="16"/>
        </w:rPr>
        <w:t xml:space="preserve">    data = analiz, ties = "breslow", model = TRUE, x = TRUE, y = TRUE)</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 xml:space="preserve">  n= 1529, number of events= 515</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 xml:space="preserve">        coef exp(coef) se(coef)     z Pr(&gt;|z|)</w:t>
      </w:r>
    </w:p>
    <w:p w:rsidR="00BB137E" w:rsidRPr="003C01BE" w:rsidRDefault="00BB137E" w:rsidP="00BB137E">
      <w:pPr>
        <w:spacing w:after="0" w:line="240" w:lineRule="auto"/>
      </w:pPr>
      <w:r w:rsidRPr="003C01BE">
        <w:rPr>
          <w:rFonts w:ascii="Courier New" w:hAnsi="Courier New"/>
          <w:sz w:val="16"/>
        </w:rPr>
        <w:t>SOFA 0.19596   1.21648  0.01212 16.16   &lt;2e-16 ***</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 xml:space="preserve">     exp(coef) exp(-coef) lower .95 upper .95</w:t>
      </w:r>
    </w:p>
    <w:p w:rsidR="00BB137E" w:rsidRPr="003C01BE" w:rsidRDefault="00BB137E" w:rsidP="00BB137E">
      <w:pPr>
        <w:spacing w:after="0" w:line="240" w:lineRule="auto"/>
      </w:pPr>
      <w:r w:rsidRPr="003C01BE">
        <w:rPr>
          <w:rFonts w:ascii="Courier New" w:hAnsi="Courier New"/>
          <w:sz w:val="16"/>
        </w:rPr>
        <w:t>SOFA     1.216      0.822     1.188     1.246</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Concordance= 0.703  (se = 0.011)</w:t>
      </w:r>
    </w:p>
    <w:p w:rsidR="00BB137E" w:rsidRPr="003C01BE" w:rsidRDefault="00BB137E" w:rsidP="00BB137E">
      <w:pPr>
        <w:spacing w:after="0" w:line="240" w:lineRule="auto"/>
      </w:pPr>
      <w:r w:rsidRPr="003C01BE">
        <w:rPr>
          <w:rFonts w:ascii="Courier New" w:hAnsi="Courier New"/>
          <w:sz w:val="16"/>
        </w:rPr>
        <w:t>Likelihood ratio test= 246.9  on 1 df, p=&lt;2e-16</w:t>
      </w:r>
    </w:p>
    <w:p w:rsidR="00BB137E" w:rsidRPr="003C01BE" w:rsidRDefault="00BB137E" w:rsidP="00BB137E">
      <w:pPr>
        <w:spacing w:after="0" w:line="240" w:lineRule="auto"/>
      </w:pPr>
      <w:r w:rsidRPr="003C01BE">
        <w:rPr>
          <w:rFonts w:ascii="Courier New" w:hAnsi="Courier New"/>
          <w:sz w:val="16"/>
        </w:rPr>
        <w:t>Wald test= 261.2  on 1 df, p=&lt;2e-16</w:t>
      </w:r>
    </w:p>
    <w:p w:rsidR="00BB137E" w:rsidRPr="003C01BE" w:rsidRDefault="00BB137E" w:rsidP="00BB137E">
      <w:pPr>
        <w:spacing w:after="0" w:line="240" w:lineRule="auto"/>
      </w:pPr>
      <w:r w:rsidRPr="003C01BE">
        <w:rPr>
          <w:rFonts w:ascii="Courier New" w:hAnsi="Courier New"/>
          <w:sz w:val="16"/>
        </w:rPr>
        <w:t>Score (logrank) test= 272.6  on 1 df, p=&lt;2e-16</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SOFA-ONLY HARRELL CONCORDANCE</w:t>
      </w:r>
    </w:p>
    <w:p w:rsidR="00BB137E" w:rsidRPr="003C01BE" w:rsidRDefault="00BB137E" w:rsidP="00BB137E">
      <w:pPr>
        <w:spacing w:after="0" w:line="240" w:lineRule="auto"/>
      </w:pPr>
      <w:r w:rsidRPr="003C01BE">
        <w:rPr>
          <w:rFonts w:ascii="Courier New" w:hAnsi="Courier New"/>
          <w:sz w:val="16"/>
        </w:rPr>
        <w:t xml:space="preserve">         C      se(C)</w:t>
      </w:r>
    </w:p>
    <w:p w:rsidR="00BB137E" w:rsidRPr="003C01BE" w:rsidRDefault="00BB137E" w:rsidP="00BB137E">
      <w:pPr>
        <w:spacing w:after="0" w:line="240" w:lineRule="auto"/>
      </w:pPr>
      <w:r w:rsidRPr="003C01BE">
        <w:rPr>
          <w:rFonts w:ascii="Courier New" w:hAnsi="Courier New"/>
          <w:sz w:val="16"/>
        </w:rPr>
        <w:t>0.70335986 0.01115369</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PRIMARY MULTIVARIABLE HARRELL CONCORDANCE</w:t>
      </w:r>
    </w:p>
    <w:p w:rsidR="00BB137E" w:rsidRPr="003C01BE" w:rsidRDefault="00BB137E" w:rsidP="00BB137E">
      <w:pPr>
        <w:spacing w:after="0" w:line="240" w:lineRule="auto"/>
      </w:pPr>
      <w:r w:rsidRPr="003C01BE">
        <w:rPr>
          <w:rFonts w:ascii="Courier New" w:hAnsi="Courier New"/>
          <w:sz w:val="16"/>
        </w:rPr>
        <w:t xml:space="preserve">        C     se(C)</w:t>
      </w:r>
    </w:p>
    <w:p w:rsidR="00BB137E" w:rsidRPr="003C01BE" w:rsidRDefault="00BB137E" w:rsidP="00BB137E">
      <w:pPr>
        <w:spacing w:after="0" w:line="240" w:lineRule="auto"/>
      </w:pPr>
      <w:r w:rsidRPr="003C01BE">
        <w:rPr>
          <w:rFonts w:ascii="Courier New" w:hAnsi="Courier New"/>
          <w:sz w:val="16"/>
        </w:rPr>
        <w:t>0.7206714 0.0109673</w:t>
      </w:r>
    </w:p>
    <w:p w:rsidR="00BB137E" w:rsidRPr="003C01BE" w:rsidRDefault="00BB137E" w:rsidP="00BB137E">
      <w:pPr>
        <w:keepNext/>
        <w:spacing w:after="100"/>
      </w:pPr>
      <w:r w:rsidRPr="003C01BE">
        <w:br w:type="page"/>
      </w:r>
      <w:r w:rsidRPr="003C01BE">
        <w:rPr>
          <w:b/>
          <w:sz w:val="24"/>
        </w:rPr>
        <w:lastRenderedPageBreak/>
        <w:t>Software session information</w:t>
      </w:r>
    </w:p>
    <w:p w:rsidR="00BB137E" w:rsidRPr="003C01BE" w:rsidRDefault="00BB137E" w:rsidP="00BB137E">
      <w:pPr>
        <w:spacing w:after="0" w:line="240" w:lineRule="auto"/>
      </w:pPr>
      <w:r w:rsidRPr="003C01BE">
        <w:rPr>
          <w:rFonts w:ascii="Courier New" w:hAnsi="Courier New"/>
          <w:sz w:val="16"/>
        </w:rPr>
        <w:t>[1] "R version 4.6.1 (2026-06-24)"</w:t>
      </w:r>
    </w:p>
    <w:p w:rsidR="00BB137E" w:rsidRPr="003C01BE" w:rsidRDefault="00BB137E" w:rsidP="00BB137E">
      <w:pPr>
        <w:spacing w:after="0" w:line="240" w:lineRule="auto"/>
      </w:pPr>
      <w:r w:rsidRPr="003C01BE">
        <w:rPr>
          <w:rFonts w:ascii="Courier New" w:hAnsi="Courier New"/>
          <w:sz w:val="16"/>
        </w:rPr>
        <w:t>[1] "haven 2.5.5"</w:t>
      </w:r>
    </w:p>
    <w:p w:rsidR="00BB137E" w:rsidRPr="003C01BE" w:rsidRDefault="00BB137E" w:rsidP="00BB137E">
      <w:pPr>
        <w:spacing w:after="0" w:line="240" w:lineRule="auto"/>
      </w:pPr>
      <w:r w:rsidRPr="003C01BE">
        <w:rPr>
          <w:rFonts w:ascii="Courier New" w:hAnsi="Courier New"/>
          <w:sz w:val="16"/>
        </w:rPr>
        <w:t>[1] "survival 3.8-9"</w:t>
      </w:r>
    </w:p>
    <w:p w:rsidR="00BB137E" w:rsidRPr="003C01BE" w:rsidRDefault="00BB137E" w:rsidP="00BB137E">
      <w:pPr>
        <w:spacing w:after="0" w:line="240" w:lineRule="auto"/>
      </w:pPr>
      <w:r w:rsidRPr="003C01BE">
        <w:rPr>
          <w:rFonts w:ascii="Courier New" w:hAnsi="Courier New"/>
          <w:sz w:val="16"/>
        </w:rPr>
        <w:t>[1] "coxme 2.2-22"</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R version 4.6.1 (2026-06-24)</w:t>
      </w:r>
    </w:p>
    <w:p w:rsidR="00BB137E" w:rsidRPr="003C01BE" w:rsidRDefault="00BB137E" w:rsidP="00BB137E">
      <w:pPr>
        <w:spacing w:after="0" w:line="240" w:lineRule="auto"/>
      </w:pPr>
      <w:r w:rsidRPr="003C01BE">
        <w:rPr>
          <w:rFonts w:ascii="Courier New" w:hAnsi="Courier New"/>
          <w:sz w:val="16"/>
        </w:rPr>
        <w:t>Platform: x86_64-apple-darwin20</w:t>
      </w:r>
    </w:p>
    <w:p w:rsidR="00BB137E" w:rsidRPr="003C01BE" w:rsidRDefault="00BB137E" w:rsidP="00BB137E">
      <w:pPr>
        <w:spacing w:after="0" w:line="240" w:lineRule="auto"/>
      </w:pPr>
      <w:r w:rsidRPr="003C01BE">
        <w:rPr>
          <w:rFonts w:ascii="Courier New" w:hAnsi="Courier New"/>
          <w:sz w:val="16"/>
        </w:rPr>
        <w:t>Running under: macOS Ventura 13.7.8</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Matrix products: default</w:t>
      </w:r>
    </w:p>
    <w:p w:rsidR="00BB137E" w:rsidRPr="003C01BE" w:rsidRDefault="00BB137E" w:rsidP="00BB137E">
      <w:pPr>
        <w:spacing w:after="0" w:line="240" w:lineRule="auto"/>
      </w:pPr>
      <w:r w:rsidRPr="003C01BE">
        <w:rPr>
          <w:rFonts w:ascii="Courier New" w:hAnsi="Courier New"/>
          <w:sz w:val="16"/>
        </w:rPr>
        <w:t>BLAS: /System/Library/Frameworks/Accelerate.framework/Versions/A/Frameworks/vecLib.framework/Versions/A/libBLAS.dylib</w:t>
      </w:r>
    </w:p>
    <w:p w:rsidR="00BB137E" w:rsidRPr="003C01BE" w:rsidRDefault="00BB137E" w:rsidP="00BB137E">
      <w:pPr>
        <w:spacing w:after="0" w:line="240" w:lineRule="auto"/>
      </w:pPr>
      <w:r w:rsidRPr="003C01BE">
        <w:rPr>
          <w:rFonts w:ascii="Courier New" w:hAnsi="Courier New"/>
          <w:sz w:val="16"/>
        </w:rPr>
        <w:t>LAPACK: /Library/Frameworks/R.framework/Versions/4.6-x86_64/Resources/lib/libRlapack.dylib; LAPACK version 3.12.1</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locale:</w:t>
      </w:r>
    </w:p>
    <w:p w:rsidR="00BB137E" w:rsidRPr="003C01BE" w:rsidRDefault="00BB137E" w:rsidP="00BB137E">
      <w:pPr>
        <w:spacing w:after="0" w:line="240" w:lineRule="auto"/>
      </w:pPr>
      <w:r w:rsidRPr="003C01BE">
        <w:rPr>
          <w:rFonts w:ascii="Courier New" w:hAnsi="Courier New"/>
          <w:sz w:val="16"/>
        </w:rPr>
        <w:t>[1] en_US.UTF-8/en_US.UTF-8/en_US.UTF-8/C/en_US.UTF-8/en_US.UTF-8</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time zone: Europe/Istanbul</w:t>
      </w:r>
    </w:p>
    <w:p w:rsidR="00BB137E" w:rsidRPr="003C01BE" w:rsidRDefault="00BB137E" w:rsidP="00BB137E">
      <w:pPr>
        <w:spacing w:after="0" w:line="240" w:lineRule="auto"/>
      </w:pPr>
      <w:r w:rsidRPr="003C01BE">
        <w:rPr>
          <w:rFonts w:ascii="Courier New" w:hAnsi="Courier New"/>
          <w:sz w:val="16"/>
        </w:rPr>
        <w:t>tzcode source: internal</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attached base packages:</w:t>
      </w:r>
    </w:p>
    <w:p w:rsidR="00BB137E" w:rsidRPr="003C01BE" w:rsidRDefault="00BB137E" w:rsidP="00BB137E">
      <w:pPr>
        <w:spacing w:after="0" w:line="240" w:lineRule="auto"/>
      </w:pPr>
      <w:r w:rsidRPr="003C01BE">
        <w:rPr>
          <w:rFonts w:ascii="Courier New" w:hAnsi="Courier New"/>
          <w:sz w:val="16"/>
        </w:rPr>
        <w:t>[1] stats graphics grDevices utils datasets methods base</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other attached packages:</w:t>
      </w:r>
    </w:p>
    <w:p w:rsidR="00BB137E" w:rsidRPr="003C01BE" w:rsidRDefault="00BB137E" w:rsidP="00BB137E">
      <w:pPr>
        <w:spacing w:after="0" w:line="240" w:lineRule="auto"/>
      </w:pPr>
      <w:r w:rsidRPr="003C01BE">
        <w:rPr>
          <w:rFonts w:ascii="Courier New" w:hAnsi="Courier New"/>
          <w:sz w:val="16"/>
        </w:rPr>
        <w:t>[1] coxme_2.2-22 bdsmatrix_1.3-7 survival_3.8-9 haven_2.5.5</w:t>
      </w:r>
    </w:p>
    <w:p w:rsidR="00BB137E" w:rsidRPr="003C01BE" w:rsidRDefault="00BB137E" w:rsidP="00BB137E">
      <w:pPr>
        <w:spacing w:after="0" w:line="240" w:lineRule="auto"/>
      </w:pPr>
      <w:r w:rsidRPr="003C01BE">
        <w:rPr>
          <w:rFonts w:ascii="Courier New" w:hAnsi="Courier New"/>
          <w:sz w:val="16"/>
        </w:rPr>
        <w:t xml:space="preserve"> </w:t>
      </w:r>
    </w:p>
    <w:p w:rsidR="00BB137E" w:rsidRPr="003C01BE" w:rsidRDefault="00BB137E" w:rsidP="00BB137E">
      <w:pPr>
        <w:spacing w:after="0" w:line="240" w:lineRule="auto"/>
      </w:pPr>
      <w:r w:rsidRPr="003C01BE">
        <w:rPr>
          <w:rFonts w:ascii="Courier New" w:hAnsi="Courier New"/>
          <w:sz w:val="16"/>
        </w:rPr>
        <w:t>loaded via a namespace (and not attached):</w:t>
      </w:r>
    </w:p>
    <w:p w:rsidR="00BB137E" w:rsidRPr="003C01BE" w:rsidRDefault="00BB137E" w:rsidP="00BB137E">
      <w:pPr>
        <w:spacing w:after="0" w:line="240" w:lineRule="auto"/>
      </w:pPr>
      <w:r w:rsidRPr="003C01BE">
        <w:rPr>
          <w:rFonts w:ascii="Courier New" w:hAnsi="Courier New"/>
          <w:sz w:val="16"/>
        </w:rPr>
        <w:t xml:space="preserve"> [1] R6_2.6.1 Matrix_1.7-5 lattice_0.22-9 tzdb_0.5.0 magrittr_2.0.5</w:t>
      </w:r>
    </w:p>
    <w:p w:rsidR="00BB137E" w:rsidRPr="003C01BE" w:rsidRDefault="00BB137E" w:rsidP="00BB137E">
      <w:pPr>
        <w:spacing w:after="0" w:line="240" w:lineRule="auto"/>
      </w:pPr>
      <w:r w:rsidRPr="003C01BE">
        <w:rPr>
          <w:rFonts w:ascii="Courier New" w:hAnsi="Courier New"/>
          <w:sz w:val="16"/>
        </w:rPr>
        <w:t xml:space="preserve"> [6] splines_4.6.1 glue_1.8.1 tibble_3.3.1 pkgconfig_2.0.3 lifecycle_1.0.5</w:t>
      </w:r>
    </w:p>
    <w:p w:rsidR="00BB137E" w:rsidRPr="003C01BE" w:rsidRDefault="00BB137E" w:rsidP="00BB137E">
      <w:pPr>
        <w:spacing w:after="0" w:line="240" w:lineRule="auto"/>
      </w:pPr>
      <w:r w:rsidRPr="003C01BE">
        <w:rPr>
          <w:rFonts w:ascii="Courier New" w:hAnsi="Courier New"/>
          <w:sz w:val="16"/>
        </w:rPr>
        <w:t>[11] readr_2.2.0 cli_3.6.6 grid_4.6.1 vctrs_0.7.3 compiler_4.6.1</w:t>
      </w:r>
    </w:p>
    <w:p w:rsidR="00BB137E" w:rsidRPr="003C01BE" w:rsidRDefault="00BB137E" w:rsidP="00BB137E">
      <w:pPr>
        <w:spacing w:after="0" w:line="240" w:lineRule="auto"/>
      </w:pPr>
      <w:r w:rsidRPr="003C01BE">
        <w:rPr>
          <w:rFonts w:ascii="Courier New" w:hAnsi="Courier New"/>
          <w:sz w:val="16"/>
        </w:rPr>
        <w:t>[16] forcats_1.0.1 tools_4.6.1 nlme_3.1-169 hms_1.1.4 pillar_1.11.1</w:t>
      </w:r>
    </w:p>
    <w:p w:rsidR="00BB137E" w:rsidRDefault="00BB137E" w:rsidP="00BB137E">
      <w:pPr>
        <w:spacing w:after="0" w:line="240" w:lineRule="auto"/>
      </w:pPr>
      <w:r w:rsidRPr="003C01BE">
        <w:rPr>
          <w:rFonts w:ascii="Courier New" w:hAnsi="Courier New"/>
          <w:sz w:val="16"/>
        </w:rPr>
        <w:t>[21] rlang_1.3.0</w:t>
      </w:r>
    </w:p>
    <w:p w:rsidR="00A62799" w:rsidRDefault="00A62799"/>
    <w:sectPr w:rsidR="00A62799" w:rsidSect="00BB137E">
      <w:footerReference w:type="default" r:id="rId6"/>
      <w:pgSz w:w="11906" w:h="16838"/>
      <w:pgMar w:top="1417" w:right="1417" w:bottom="1247" w:left="1417"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urier">
    <w:panose1 w:val="02070309020205020404"/>
    <w:charset w:val="00"/>
    <w:family w:val="auto"/>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B137E" w:rsidRDefault="00BB137E">
    <w:pPr>
      <w:pStyle w:val="AltBilgi"/>
      <w:jc w:val="center"/>
    </w:pPr>
    <w:r>
      <w:rPr>
        <w:sz w:val="18"/>
      </w:rPr>
      <w:fldChar w:fldCharType="begin"/>
    </w:r>
    <w:r>
      <w:rPr>
        <w:sz w:val="18"/>
      </w:rPr>
      <w:instrText>PAGE</w:instrText>
    </w:r>
    <w:r>
      <w:rPr>
        <w:sz w:val="18"/>
      </w:rPr>
      <w:fldChar w:fldCharType="separate"/>
    </w:r>
    <w:r>
      <w:rPr>
        <w:noProof/>
        <w:sz w:val="18"/>
      </w:rPr>
      <w:t>1</w:t>
    </w:r>
    <w:r>
      <w:rPr>
        <w:sz w:val="18"/>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707363324">
    <w:abstractNumId w:val="8"/>
  </w:num>
  <w:num w:numId="2" w16cid:durableId="990015807">
    <w:abstractNumId w:val="6"/>
  </w:num>
  <w:num w:numId="3" w16cid:durableId="1003974075">
    <w:abstractNumId w:val="5"/>
  </w:num>
  <w:num w:numId="4" w16cid:durableId="817919399">
    <w:abstractNumId w:val="4"/>
  </w:num>
  <w:num w:numId="5" w16cid:durableId="789933422">
    <w:abstractNumId w:val="7"/>
  </w:num>
  <w:num w:numId="6" w16cid:durableId="1018118964">
    <w:abstractNumId w:val="3"/>
  </w:num>
  <w:num w:numId="7" w16cid:durableId="2066709383">
    <w:abstractNumId w:val="2"/>
  </w:num>
  <w:num w:numId="8" w16cid:durableId="2027366552">
    <w:abstractNumId w:val="1"/>
  </w:num>
  <w:num w:numId="9" w16cid:durableId="20081679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37E"/>
    <w:rsid w:val="00002B45"/>
    <w:rsid w:val="000058BE"/>
    <w:rsid w:val="00017FA2"/>
    <w:rsid w:val="00020473"/>
    <w:rsid w:val="00021D16"/>
    <w:rsid w:val="00042FE8"/>
    <w:rsid w:val="00053F44"/>
    <w:rsid w:val="00060A52"/>
    <w:rsid w:val="00066FCD"/>
    <w:rsid w:val="00071EC4"/>
    <w:rsid w:val="000909BC"/>
    <w:rsid w:val="000B3D66"/>
    <w:rsid w:val="000B5DD3"/>
    <w:rsid w:val="000F2F54"/>
    <w:rsid w:val="000F6086"/>
    <w:rsid w:val="00102200"/>
    <w:rsid w:val="001037F9"/>
    <w:rsid w:val="001046F2"/>
    <w:rsid w:val="00107516"/>
    <w:rsid w:val="00123DCD"/>
    <w:rsid w:val="001324DD"/>
    <w:rsid w:val="00140ACD"/>
    <w:rsid w:val="00143DF1"/>
    <w:rsid w:val="0015021A"/>
    <w:rsid w:val="00191735"/>
    <w:rsid w:val="001A521F"/>
    <w:rsid w:val="001A7107"/>
    <w:rsid w:val="001B537F"/>
    <w:rsid w:val="001C4F6E"/>
    <w:rsid w:val="001D49DE"/>
    <w:rsid w:val="00205BC1"/>
    <w:rsid w:val="0021270E"/>
    <w:rsid w:val="00215DF3"/>
    <w:rsid w:val="00260701"/>
    <w:rsid w:val="00265A31"/>
    <w:rsid w:val="0027401C"/>
    <w:rsid w:val="00276C5B"/>
    <w:rsid w:val="00283CC5"/>
    <w:rsid w:val="002909F3"/>
    <w:rsid w:val="002B11B9"/>
    <w:rsid w:val="002B37C7"/>
    <w:rsid w:val="002C116E"/>
    <w:rsid w:val="002C2083"/>
    <w:rsid w:val="002C246D"/>
    <w:rsid w:val="002D3E04"/>
    <w:rsid w:val="002F0472"/>
    <w:rsid w:val="00311951"/>
    <w:rsid w:val="003157C1"/>
    <w:rsid w:val="00320341"/>
    <w:rsid w:val="00342C0B"/>
    <w:rsid w:val="003463AB"/>
    <w:rsid w:val="003519A4"/>
    <w:rsid w:val="00386F59"/>
    <w:rsid w:val="003A703B"/>
    <w:rsid w:val="003A7CE4"/>
    <w:rsid w:val="003B64A0"/>
    <w:rsid w:val="003C4DAD"/>
    <w:rsid w:val="003D0343"/>
    <w:rsid w:val="003D4C11"/>
    <w:rsid w:val="003F355F"/>
    <w:rsid w:val="004037E7"/>
    <w:rsid w:val="0041263A"/>
    <w:rsid w:val="0041318C"/>
    <w:rsid w:val="00444174"/>
    <w:rsid w:val="004448DA"/>
    <w:rsid w:val="004527BF"/>
    <w:rsid w:val="00460F23"/>
    <w:rsid w:val="00465BD6"/>
    <w:rsid w:val="00465F22"/>
    <w:rsid w:val="00477E76"/>
    <w:rsid w:val="00486912"/>
    <w:rsid w:val="00487F95"/>
    <w:rsid w:val="004C15CD"/>
    <w:rsid w:val="004C7C1D"/>
    <w:rsid w:val="004D221D"/>
    <w:rsid w:val="004D6976"/>
    <w:rsid w:val="004E5349"/>
    <w:rsid w:val="004F042B"/>
    <w:rsid w:val="00526ED7"/>
    <w:rsid w:val="00553CFB"/>
    <w:rsid w:val="005568D7"/>
    <w:rsid w:val="00561BEB"/>
    <w:rsid w:val="00584587"/>
    <w:rsid w:val="00592D1C"/>
    <w:rsid w:val="005A1961"/>
    <w:rsid w:val="005B0E3D"/>
    <w:rsid w:val="005C0B32"/>
    <w:rsid w:val="005C5A59"/>
    <w:rsid w:val="005E0A01"/>
    <w:rsid w:val="005E6F57"/>
    <w:rsid w:val="005F0582"/>
    <w:rsid w:val="00605741"/>
    <w:rsid w:val="00611D84"/>
    <w:rsid w:val="00616288"/>
    <w:rsid w:val="006177EF"/>
    <w:rsid w:val="00617B5B"/>
    <w:rsid w:val="006275C8"/>
    <w:rsid w:val="006314F1"/>
    <w:rsid w:val="006418C5"/>
    <w:rsid w:val="006472F9"/>
    <w:rsid w:val="006511AD"/>
    <w:rsid w:val="006535E3"/>
    <w:rsid w:val="00660A4F"/>
    <w:rsid w:val="00662DD9"/>
    <w:rsid w:val="0067756A"/>
    <w:rsid w:val="00686EA9"/>
    <w:rsid w:val="00694D7F"/>
    <w:rsid w:val="00697B74"/>
    <w:rsid w:val="006A21E6"/>
    <w:rsid w:val="006C20DA"/>
    <w:rsid w:val="006C72C9"/>
    <w:rsid w:val="006E6572"/>
    <w:rsid w:val="006F0B72"/>
    <w:rsid w:val="00703EFC"/>
    <w:rsid w:val="00712D95"/>
    <w:rsid w:val="00747981"/>
    <w:rsid w:val="007557E0"/>
    <w:rsid w:val="00757CAA"/>
    <w:rsid w:val="00761964"/>
    <w:rsid w:val="007714EE"/>
    <w:rsid w:val="007731FF"/>
    <w:rsid w:val="00774A14"/>
    <w:rsid w:val="00783B3B"/>
    <w:rsid w:val="0079373F"/>
    <w:rsid w:val="007B0D93"/>
    <w:rsid w:val="007E169C"/>
    <w:rsid w:val="007E5C95"/>
    <w:rsid w:val="008001BA"/>
    <w:rsid w:val="00813612"/>
    <w:rsid w:val="00823791"/>
    <w:rsid w:val="00824346"/>
    <w:rsid w:val="008410FD"/>
    <w:rsid w:val="00857D58"/>
    <w:rsid w:val="008873B3"/>
    <w:rsid w:val="00897D39"/>
    <w:rsid w:val="008A7025"/>
    <w:rsid w:val="008D5615"/>
    <w:rsid w:val="008E0107"/>
    <w:rsid w:val="008F4900"/>
    <w:rsid w:val="00905330"/>
    <w:rsid w:val="00907BB7"/>
    <w:rsid w:val="00913616"/>
    <w:rsid w:val="009237F5"/>
    <w:rsid w:val="00923F78"/>
    <w:rsid w:val="00940B3F"/>
    <w:rsid w:val="009561A4"/>
    <w:rsid w:val="0096699A"/>
    <w:rsid w:val="00972A29"/>
    <w:rsid w:val="00973E20"/>
    <w:rsid w:val="00984B8C"/>
    <w:rsid w:val="00984C87"/>
    <w:rsid w:val="00992C4F"/>
    <w:rsid w:val="009A66F3"/>
    <w:rsid w:val="009A6E4F"/>
    <w:rsid w:val="009B238D"/>
    <w:rsid w:val="009B3F5A"/>
    <w:rsid w:val="009B4C4C"/>
    <w:rsid w:val="009B4E1B"/>
    <w:rsid w:val="009B59EB"/>
    <w:rsid w:val="009B5F8D"/>
    <w:rsid w:val="009C237B"/>
    <w:rsid w:val="009F0914"/>
    <w:rsid w:val="00A01643"/>
    <w:rsid w:val="00A12DD2"/>
    <w:rsid w:val="00A22C5E"/>
    <w:rsid w:val="00A27397"/>
    <w:rsid w:val="00A4558A"/>
    <w:rsid w:val="00A62799"/>
    <w:rsid w:val="00A90A99"/>
    <w:rsid w:val="00A96EF7"/>
    <w:rsid w:val="00AA7FC7"/>
    <w:rsid w:val="00AD6942"/>
    <w:rsid w:val="00AE00B0"/>
    <w:rsid w:val="00AE28CB"/>
    <w:rsid w:val="00AE2D46"/>
    <w:rsid w:val="00AE4708"/>
    <w:rsid w:val="00B12C9B"/>
    <w:rsid w:val="00B1632B"/>
    <w:rsid w:val="00B33552"/>
    <w:rsid w:val="00B61E92"/>
    <w:rsid w:val="00B717AA"/>
    <w:rsid w:val="00B773EF"/>
    <w:rsid w:val="00B81D54"/>
    <w:rsid w:val="00B858DD"/>
    <w:rsid w:val="00B862BE"/>
    <w:rsid w:val="00B90BF1"/>
    <w:rsid w:val="00B968FA"/>
    <w:rsid w:val="00B96E9B"/>
    <w:rsid w:val="00BA2BA7"/>
    <w:rsid w:val="00BB0214"/>
    <w:rsid w:val="00BB0F32"/>
    <w:rsid w:val="00BB137E"/>
    <w:rsid w:val="00BB4896"/>
    <w:rsid w:val="00BF167F"/>
    <w:rsid w:val="00BF3809"/>
    <w:rsid w:val="00C01AF2"/>
    <w:rsid w:val="00C01C08"/>
    <w:rsid w:val="00C22FEA"/>
    <w:rsid w:val="00C27785"/>
    <w:rsid w:val="00C31846"/>
    <w:rsid w:val="00C41A10"/>
    <w:rsid w:val="00C44D7B"/>
    <w:rsid w:val="00C476F9"/>
    <w:rsid w:val="00C73FE4"/>
    <w:rsid w:val="00C83366"/>
    <w:rsid w:val="00C8437D"/>
    <w:rsid w:val="00C84E00"/>
    <w:rsid w:val="00C873C7"/>
    <w:rsid w:val="00C93211"/>
    <w:rsid w:val="00CA1616"/>
    <w:rsid w:val="00CB2FC0"/>
    <w:rsid w:val="00CC2671"/>
    <w:rsid w:val="00CD15CA"/>
    <w:rsid w:val="00CD22B6"/>
    <w:rsid w:val="00CE1037"/>
    <w:rsid w:val="00D11F67"/>
    <w:rsid w:val="00D13BA3"/>
    <w:rsid w:val="00D14EC6"/>
    <w:rsid w:val="00D20792"/>
    <w:rsid w:val="00D20872"/>
    <w:rsid w:val="00D22172"/>
    <w:rsid w:val="00D2691E"/>
    <w:rsid w:val="00D32570"/>
    <w:rsid w:val="00D45D4C"/>
    <w:rsid w:val="00D45EE8"/>
    <w:rsid w:val="00D51953"/>
    <w:rsid w:val="00D6115D"/>
    <w:rsid w:val="00D63750"/>
    <w:rsid w:val="00D70417"/>
    <w:rsid w:val="00D73F33"/>
    <w:rsid w:val="00D74FC4"/>
    <w:rsid w:val="00DA0148"/>
    <w:rsid w:val="00DB46F7"/>
    <w:rsid w:val="00DB5F1A"/>
    <w:rsid w:val="00DC3365"/>
    <w:rsid w:val="00DD2F29"/>
    <w:rsid w:val="00DD61D2"/>
    <w:rsid w:val="00DE0DDD"/>
    <w:rsid w:val="00DE24E4"/>
    <w:rsid w:val="00DE45F9"/>
    <w:rsid w:val="00DF5726"/>
    <w:rsid w:val="00E121D9"/>
    <w:rsid w:val="00E245B8"/>
    <w:rsid w:val="00E324EB"/>
    <w:rsid w:val="00E41FCC"/>
    <w:rsid w:val="00E44911"/>
    <w:rsid w:val="00E75AAB"/>
    <w:rsid w:val="00E76181"/>
    <w:rsid w:val="00E91420"/>
    <w:rsid w:val="00EA4BDE"/>
    <w:rsid w:val="00EB21A1"/>
    <w:rsid w:val="00EB7F00"/>
    <w:rsid w:val="00EC4FA9"/>
    <w:rsid w:val="00EF49C7"/>
    <w:rsid w:val="00EF62E2"/>
    <w:rsid w:val="00F0192D"/>
    <w:rsid w:val="00F0714B"/>
    <w:rsid w:val="00F121DA"/>
    <w:rsid w:val="00F2669D"/>
    <w:rsid w:val="00F470C9"/>
    <w:rsid w:val="00F47E22"/>
    <w:rsid w:val="00F552C2"/>
    <w:rsid w:val="00F57F70"/>
    <w:rsid w:val="00F66DC0"/>
    <w:rsid w:val="00F67443"/>
    <w:rsid w:val="00F71657"/>
    <w:rsid w:val="00F72F5E"/>
    <w:rsid w:val="00F75E99"/>
    <w:rsid w:val="00F81ABD"/>
    <w:rsid w:val="00F83E0E"/>
    <w:rsid w:val="00FA21F6"/>
    <w:rsid w:val="00FD3AB1"/>
    <w:rsid w:val="00FD6F5D"/>
    <w:rsid w:val="00FE3EC3"/>
    <w:rsid w:val="00FE6C8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CA13B541-08EA-5048-B9D6-C5A25984B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137E"/>
    <w:pPr>
      <w:spacing w:after="120" w:line="276" w:lineRule="auto"/>
      <w:jc w:val="both"/>
    </w:pPr>
    <w:rPr>
      <w:rFonts w:ascii="Times New Roman" w:eastAsia="Times New Roman" w:hAnsi="Times New Roman" w:cs="Times New Roman"/>
      <w:kern w:val="0"/>
      <w:sz w:val="22"/>
      <w:szCs w:val="22"/>
      <w:lang w:val="en-US"/>
      <w14:ligatures w14:val="none"/>
    </w:rPr>
  </w:style>
  <w:style w:type="paragraph" w:styleId="Balk1">
    <w:name w:val="heading 1"/>
    <w:basedOn w:val="Normal"/>
    <w:next w:val="Normal"/>
    <w:link w:val="Balk1Char"/>
    <w:uiPriority w:val="9"/>
    <w:qFormat/>
    <w:rsid w:val="00BB137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unhideWhenUsed/>
    <w:qFormat/>
    <w:rsid w:val="00BB137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unhideWhenUsed/>
    <w:qFormat/>
    <w:rsid w:val="00BB137E"/>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BB137E"/>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BB137E"/>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BB137E"/>
    <w:pPr>
      <w:keepNext/>
      <w:keepLines/>
      <w:spacing w:before="4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BB137E"/>
    <w:pPr>
      <w:keepNext/>
      <w:keepLines/>
      <w:spacing w:before="4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BB137E"/>
    <w:pPr>
      <w:keepNext/>
      <w:keepLines/>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BB137E"/>
    <w:pPr>
      <w:keepNext/>
      <w:keepLines/>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BB137E"/>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rsid w:val="00BB137E"/>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rsid w:val="00BB137E"/>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BB137E"/>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BB137E"/>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BB137E"/>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BB137E"/>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BB137E"/>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BB137E"/>
    <w:rPr>
      <w:rFonts w:eastAsiaTheme="majorEastAsia" w:cstheme="majorBidi"/>
      <w:color w:val="272727" w:themeColor="text1" w:themeTint="D8"/>
    </w:rPr>
  </w:style>
  <w:style w:type="paragraph" w:styleId="KonuBal">
    <w:name w:val="Title"/>
    <w:basedOn w:val="Normal"/>
    <w:next w:val="Normal"/>
    <w:link w:val="KonuBalChar"/>
    <w:uiPriority w:val="10"/>
    <w:qFormat/>
    <w:rsid w:val="00BB137E"/>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BB137E"/>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BB137E"/>
    <w:pPr>
      <w:numPr>
        <w:ilvl w:val="1"/>
      </w:numPr>
      <w:spacing w:after="160"/>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BB137E"/>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BB137E"/>
    <w:pPr>
      <w:spacing w:before="160" w:after="160"/>
      <w:jc w:val="center"/>
    </w:pPr>
    <w:rPr>
      <w:i/>
      <w:iCs/>
      <w:color w:val="404040" w:themeColor="text1" w:themeTint="BF"/>
    </w:rPr>
  </w:style>
  <w:style w:type="character" w:customStyle="1" w:styleId="AlntChar">
    <w:name w:val="Alıntı Char"/>
    <w:basedOn w:val="VarsaylanParagrafYazTipi"/>
    <w:link w:val="Alnt"/>
    <w:uiPriority w:val="29"/>
    <w:rsid w:val="00BB137E"/>
    <w:rPr>
      <w:i/>
      <w:iCs/>
      <w:color w:val="404040" w:themeColor="text1" w:themeTint="BF"/>
    </w:rPr>
  </w:style>
  <w:style w:type="paragraph" w:styleId="ListeParagraf">
    <w:name w:val="List Paragraph"/>
    <w:basedOn w:val="Normal"/>
    <w:uiPriority w:val="34"/>
    <w:qFormat/>
    <w:rsid w:val="00BB137E"/>
    <w:pPr>
      <w:ind w:left="720"/>
      <w:contextualSpacing/>
    </w:pPr>
  </w:style>
  <w:style w:type="character" w:styleId="GlVurgulama">
    <w:name w:val="Intense Emphasis"/>
    <w:basedOn w:val="VarsaylanParagrafYazTipi"/>
    <w:uiPriority w:val="21"/>
    <w:qFormat/>
    <w:rsid w:val="00BB137E"/>
    <w:rPr>
      <w:i/>
      <w:iCs/>
      <w:color w:val="2F5496" w:themeColor="accent1" w:themeShade="BF"/>
    </w:rPr>
  </w:style>
  <w:style w:type="paragraph" w:styleId="GlAlnt">
    <w:name w:val="Intense Quote"/>
    <w:basedOn w:val="Normal"/>
    <w:next w:val="Normal"/>
    <w:link w:val="GlAlntChar"/>
    <w:uiPriority w:val="30"/>
    <w:qFormat/>
    <w:rsid w:val="00BB137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BB137E"/>
    <w:rPr>
      <w:i/>
      <w:iCs/>
      <w:color w:val="2F5496" w:themeColor="accent1" w:themeShade="BF"/>
    </w:rPr>
  </w:style>
  <w:style w:type="character" w:styleId="GlBavuru">
    <w:name w:val="Intense Reference"/>
    <w:basedOn w:val="VarsaylanParagrafYazTipi"/>
    <w:uiPriority w:val="32"/>
    <w:qFormat/>
    <w:rsid w:val="00BB137E"/>
    <w:rPr>
      <w:b/>
      <w:bCs/>
      <w:smallCaps/>
      <w:color w:val="2F5496" w:themeColor="accent1" w:themeShade="BF"/>
      <w:spacing w:val="5"/>
    </w:rPr>
  </w:style>
  <w:style w:type="paragraph" w:styleId="stBilgi">
    <w:name w:val="header"/>
    <w:basedOn w:val="Normal"/>
    <w:link w:val="stBilgiChar"/>
    <w:uiPriority w:val="99"/>
    <w:unhideWhenUsed/>
    <w:rsid w:val="00BB137E"/>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BB137E"/>
    <w:rPr>
      <w:rFonts w:ascii="Times New Roman" w:eastAsia="Times New Roman" w:hAnsi="Times New Roman" w:cs="Times New Roman"/>
      <w:kern w:val="0"/>
      <w:sz w:val="22"/>
      <w:szCs w:val="22"/>
      <w:lang w:val="en-US"/>
      <w14:ligatures w14:val="none"/>
    </w:rPr>
  </w:style>
  <w:style w:type="paragraph" w:styleId="AltBilgi">
    <w:name w:val="footer"/>
    <w:basedOn w:val="Normal"/>
    <w:link w:val="AltBilgiChar"/>
    <w:uiPriority w:val="99"/>
    <w:unhideWhenUsed/>
    <w:rsid w:val="00BB137E"/>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BB137E"/>
    <w:rPr>
      <w:rFonts w:ascii="Times New Roman" w:eastAsia="Times New Roman" w:hAnsi="Times New Roman" w:cs="Times New Roman"/>
      <w:kern w:val="0"/>
      <w:sz w:val="22"/>
      <w:szCs w:val="22"/>
      <w:lang w:val="en-US"/>
      <w14:ligatures w14:val="none"/>
    </w:rPr>
  </w:style>
  <w:style w:type="paragraph" w:styleId="AralkYok">
    <w:name w:val="No Spacing"/>
    <w:uiPriority w:val="1"/>
    <w:qFormat/>
    <w:rsid w:val="00BB137E"/>
    <w:rPr>
      <w:rFonts w:eastAsiaTheme="minorEastAsia"/>
      <w:kern w:val="0"/>
      <w:sz w:val="22"/>
      <w:szCs w:val="22"/>
      <w:lang w:val="en-US"/>
      <w14:ligatures w14:val="none"/>
    </w:rPr>
  </w:style>
  <w:style w:type="paragraph" w:styleId="GvdeMetni">
    <w:name w:val="Body Text"/>
    <w:basedOn w:val="Normal"/>
    <w:link w:val="GvdeMetniChar"/>
    <w:uiPriority w:val="99"/>
    <w:unhideWhenUsed/>
    <w:rsid w:val="00BB137E"/>
  </w:style>
  <w:style w:type="character" w:customStyle="1" w:styleId="GvdeMetniChar">
    <w:name w:val="Gövde Metni Char"/>
    <w:basedOn w:val="VarsaylanParagrafYazTipi"/>
    <w:link w:val="GvdeMetni"/>
    <w:uiPriority w:val="99"/>
    <w:rsid w:val="00BB137E"/>
    <w:rPr>
      <w:rFonts w:ascii="Times New Roman" w:eastAsia="Times New Roman" w:hAnsi="Times New Roman" w:cs="Times New Roman"/>
      <w:kern w:val="0"/>
      <w:sz w:val="22"/>
      <w:szCs w:val="22"/>
      <w:lang w:val="en-US"/>
      <w14:ligatures w14:val="none"/>
    </w:rPr>
  </w:style>
  <w:style w:type="paragraph" w:styleId="GvdeMetni2">
    <w:name w:val="Body Text 2"/>
    <w:basedOn w:val="Normal"/>
    <w:link w:val="GvdeMetni2Char"/>
    <w:uiPriority w:val="99"/>
    <w:unhideWhenUsed/>
    <w:rsid w:val="00BB137E"/>
    <w:pPr>
      <w:spacing w:line="480" w:lineRule="auto"/>
    </w:pPr>
  </w:style>
  <w:style w:type="character" w:customStyle="1" w:styleId="GvdeMetni2Char">
    <w:name w:val="Gövde Metni 2 Char"/>
    <w:basedOn w:val="VarsaylanParagrafYazTipi"/>
    <w:link w:val="GvdeMetni2"/>
    <w:uiPriority w:val="99"/>
    <w:rsid w:val="00BB137E"/>
    <w:rPr>
      <w:rFonts w:ascii="Times New Roman" w:eastAsia="Times New Roman" w:hAnsi="Times New Roman" w:cs="Times New Roman"/>
      <w:kern w:val="0"/>
      <w:sz w:val="22"/>
      <w:szCs w:val="22"/>
      <w:lang w:val="en-US"/>
      <w14:ligatures w14:val="none"/>
    </w:rPr>
  </w:style>
  <w:style w:type="paragraph" w:styleId="GvdeMetni3">
    <w:name w:val="Body Text 3"/>
    <w:basedOn w:val="Normal"/>
    <w:link w:val="GvdeMetni3Char"/>
    <w:uiPriority w:val="99"/>
    <w:unhideWhenUsed/>
    <w:rsid w:val="00BB137E"/>
    <w:rPr>
      <w:sz w:val="16"/>
      <w:szCs w:val="16"/>
    </w:rPr>
  </w:style>
  <w:style w:type="character" w:customStyle="1" w:styleId="GvdeMetni3Char">
    <w:name w:val="Gövde Metni 3 Char"/>
    <w:basedOn w:val="VarsaylanParagrafYazTipi"/>
    <w:link w:val="GvdeMetni3"/>
    <w:uiPriority w:val="99"/>
    <w:rsid w:val="00BB137E"/>
    <w:rPr>
      <w:rFonts w:ascii="Times New Roman" w:eastAsia="Times New Roman" w:hAnsi="Times New Roman" w:cs="Times New Roman"/>
      <w:kern w:val="0"/>
      <w:sz w:val="16"/>
      <w:szCs w:val="16"/>
      <w:lang w:val="en-US"/>
      <w14:ligatures w14:val="none"/>
    </w:rPr>
  </w:style>
  <w:style w:type="paragraph" w:styleId="Liste">
    <w:name w:val="List"/>
    <w:basedOn w:val="Normal"/>
    <w:uiPriority w:val="99"/>
    <w:unhideWhenUsed/>
    <w:rsid w:val="00BB137E"/>
    <w:pPr>
      <w:ind w:left="360" w:hanging="360"/>
      <w:contextualSpacing/>
    </w:pPr>
  </w:style>
  <w:style w:type="paragraph" w:styleId="Liste2">
    <w:name w:val="List 2"/>
    <w:basedOn w:val="Normal"/>
    <w:uiPriority w:val="99"/>
    <w:unhideWhenUsed/>
    <w:rsid w:val="00BB137E"/>
    <w:pPr>
      <w:ind w:left="720" w:hanging="360"/>
      <w:contextualSpacing/>
    </w:pPr>
  </w:style>
  <w:style w:type="paragraph" w:styleId="Liste3">
    <w:name w:val="List 3"/>
    <w:basedOn w:val="Normal"/>
    <w:uiPriority w:val="99"/>
    <w:unhideWhenUsed/>
    <w:rsid w:val="00BB137E"/>
    <w:pPr>
      <w:ind w:left="1080" w:hanging="360"/>
      <w:contextualSpacing/>
    </w:pPr>
  </w:style>
  <w:style w:type="paragraph" w:styleId="ListeMaddemi">
    <w:name w:val="List Bullet"/>
    <w:basedOn w:val="Normal"/>
    <w:uiPriority w:val="99"/>
    <w:unhideWhenUsed/>
    <w:rsid w:val="00BB137E"/>
    <w:pPr>
      <w:numPr>
        <w:numId w:val="1"/>
      </w:numPr>
      <w:tabs>
        <w:tab w:val="clear" w:pos="360"/>
      </w:tabs>
      <w:ind w:left="0" w:firstLine="0"/>
      <w:contextualSpacing/>
    </w:pPr>
  </w:style>
  <w:style w:type="paragraph" w:styleId="ListeMaddemi2">
    <w:name w:val="List Bullet 2"/>
    <w:basedOn w:val="Normal"/>
    <w:uiPriority w:val="99"/>
    <w:unhideWhenUsed/>
    <w:rsid w:val="00BB137E"/>
    <w:pPr>
      <w:numPr>
        <w:numId w:val="2"/>
      </w:numPr>
      <w:tabs>
        <w:tab w:val="clear" w:pos="720"/>
      </w:tabs>
      <w:ind w:left="0" w:firstLine="0"/>
      <w:contextualSpacing/>
    </w:pPr>
  </w:style>
  <w:style w:type="paragraph" w:styleId="ListeMaddemi3">
    <w:name w:val="List Bullet 3"/>
    <w:basedOn w:val="Normal"/>
    <w:uiPriority w:val="99"/>
    <w:unhideWhenUsed/>
    <w:rsid w:val="00BB137E"/>
    <w:pPr>
      <w:numPr>
        <w:numId w:val="3"/>
      </w:numPr>
      <w:tabs>
        <w:tab w:val="clear" w:pos="1080"/>
      </w:tabs>
      <w:ind w:left="0" w:firstLine="0"/>
      <w:contextualSpacing/>
    </w:pPr>
  </w:style>
  <w:style w:type="paragraph" w:styleId="ListeNumaras">
    <w:name w:val="List Number"/>
    <w:basedOn w:val="Normal"/>
    <w:uiPriority w:val="99"/>
    <w:unhideWhenUsed/>
    <w:rsid w:val="00BB137E"/>
    <w:pPr>
      <w:numPr>
        <w:numId w:val="5"/>
      </w:numPr>
      <w:tabs>
        <w:tab w:val="clear" w:pos="360"/>
      </w:tabs>
      <w:ind w:left="0" w:firstLine="0"/>
      <w:contextualSpacing/>
    </w:pPr>
  </w:style>
  <w:style w:type="paragraph" w:styleId="ListeNumaras2">
    <w:name w:val="List Number 2"/>
    <w:basedOn w:val="Normal"/>
    <w:uiPriority w:val="99"/>
    <w:unhideWhenUsed/>
    <w:rsid w:val="00BB137E"/>
    <w:pPr>
      <w:numPr>
        <w:numId w:val="6"/>
      </w:numPr>
      <w:tabs>
        <w:tab w:val="clear" w:pos="720"/>
      </w:tabs>
      <w:ind w:left="0" w:firstLine="0"/>
      <w:contextualSpacing/>
    </w:pPr>
  </w:style>
  <w:style w:type="paragraph" w:styleId="ListeNumaras3">
    <w:name w:val="List Number 3"/>
    <w:basedOn w:val="Normal"/>
    <w:uiPriority w:val="99"/>
    <w:unhideWhenUsed/>
    <w:rsid w:val="00BB137E"/>
    <w:pPr>
      <w:numPr>
        <w:numId w:val="7"/>
      </w:numPr>
      <w:tabs>
        <w:tab w:val="clear" w:pos="1080"/>
      </w:tabs>
      <w:ind w:left="0" w:firstLine="0"/>
      <w:contextualSpacing/>
    </w:pPr>
  </w:style>
  <w:style w:type="paragraph" w:styleId="ListeDevam">
    <w:name w:val="List Continue"/>
    <w:basedOn w:val="Normal"/>
    <w:uiPriority w:val="99"/>
    <w:unhideWhenUsed/>
    <w:rsid w:val="00BB137E"/>
    <w:pPr>
      <w:ind w:left="360"/>
      <w:contextualSpacing/>
    </w:pPr>
  </w:style>
  <w:style w:type="paragraph" w:styleId="ListeDevam2">
    <w:name w:val="List Continue 2"/>
    <w:basedOn w:val="Normal"/>
    <w:uiPriority w:val="99"/>
    <w:unhideWhenUsed/>
    <w:rsid w:val="00BB137E"/>
    <w:pPr>
      <w:ind w:left="720"/>
      <w:contextualSpacing/>
    </w:pPr>
  </w:style>
  <w:style w:type="paragraph" w:styleId="ListeDevam3">
    <w:name w:val="List Continue 3"/>
    <w:basedOn w:val="Normal"/>
    <w:uiPriority w:val="99"/>
    <w:unhideWhenUsed/>
    <w:rsid w:val="00BB137E"/>
    <w:pPr>
      <w:ind w:left="1080"/>
      <w:contextualSpacing/>
    </w:pPr>
  </w:style>
  <w:style w:type="paragraph" w:styleId="MakroMetni">
    <w:name w:val="macro"/>
    <w:link w:val="MakroMetniChar"/>
    <w:uiPriority w:val="99"/>
    <w:unhideWhenUsed/>
    <w:rsid w:val="00BB137E"/>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kern w:val="0"/>
      <w:sz w:val="20"/>
      <w:szCs w:val="20"/>
      <w:lang w:val="en-US"/>
      <w14:ligatures w14:val="none"/>
    </w:rPr>
  </w:style>
  <w:style w:type="character" w:customStyle="1" w:styleId="MakroMetniChar">
    <w:name w:val="Makro Metni Char"/>
    <w:basedOn w:val="VarsaylanParagrafYazTipi"/>
    <w:link w:val="MakroMetni"/>
    <w:uiPriority w:val="99"/>
    <w:rsid w:val="00BB137E"/>
    <w:rPr>
      <w:rFonts w:ascii="Courier" w:eastAsiaTheme="minorEastAsia" w:hAnsi="Courier"/>
      <w:kern w:val="0"/>
      <w:sz w:val="20"/>
      <w:szCs w:val="20"/>
      <w:lang w:val="en-US"/>
      <w14:ligatures w14:val="none"/>
    </w:rPr>
  </w:style>
  <w:style w:type="paragraph" w:styleId="ResimYazs">
    <w:name w:val="caption"/>
    <w:basedOn w:val="Normal"/>
    <w:next w:val="Normal"/>
    <w:uiPriority w:val="35"/>
    <w:semiHidden/>
    <w:unhideWhenUsed/>
    <w:qFormat/>
    <w:rsid w:val="00BB137E"/>
    <w:pPr>
      <w:spacing w:line="240" w:lineRule="auto"/>
    </w:pPr>
    <w:rPr>
      <w:b/>
      <w:bCs/>
      <w:color w:val="4472C4" w:themeColor="accent1"/>
      <w:sz w:val="18"/>
      <w:szCs w:val="18"/>
    </w:rPr>
  </w:style>
  <w:style w:type="character" w:styleId="Gl">
    <w:name w:val="Strong"/>
    <w:basedOn w:val="VarsaylanParagrafYazTipi"/>
    <w:uiPriority w:val="22"/>
    <w:qFormat/>
    <w:rsid w:val="00BB137E"/>
    <w:rPr>
      <w:b/>
      <w:bCs/>
    </w:rPr>
  </w:style>
  <w:style w:type="character" w:styleId="Vurgu">
    <w:name w:val="Emphasis"/>
    <w:basedOn w:val="VarsaylanParagrafYazTipi"/>
    <w:uiPriority w:val="20"/>
    <w:qFormat/>
    <w:rsid w:val="00BB137E"/>
    <w:rPr>
      <w:i/>
      <w:iCs/>
    </w:rPr>
  </w:style>
  <w:style w:type="character" w:styleId="HafifVurgulama">
    <w:name w:val="Subtle Emphasis"/>
    <w:basedOn w:val="VarsaylanParagrafYazTipi"/>
    <w:uiPriority w:val="19"/>
    <w:qFormat/>
    <w:rsid w:val="00BB137E"/>
    <w:rPr>
      <w:i/>
      <w:iCs/>
      <w:color w:val="808080" w:themeColor="text1" w:themeTint="7F"/>
    </w:rPr>
  </w:style>
  <w:style w:type="character" w:styleId="HafifBavuru">
    <w:name w:val="Subtle Reference"/>
    <w:basedOn w:val="VarsaylanParagrafYazTipi"/>
    <w:uiPriority w:val="31"/>
    <w:qFormat/>
    <w:rsid w:val="00BB137E"/>
    <w:rPr>
      <w:smallCaps/>
      <w:color w:val="ED7D31" w:themeColor="accent2"/>
      <w:u w:val="single"/>
    </w:rPr>
  </w:style>
  <w:style w:type="character" w:styleId="KitapBal">
    <w:name w:val="Book Title"/>
    <w:basedOn w:val="VarsaylanParagrafYazTipi"/>
    <w:uiPriority w:val="33"/>
    <w:qFormat/>
    <w:rsid w:val="00BB137E"/>
    <w:rPr>
      <w:b/>
      <w:bCs/>
      <w:smallCaps/>
      <w:spacing w:val="5"/>
    </w:rPr>
  </w:style>
  <w:style w:type="paragraph" w:styleId="TBal">
    <w:name w:val="TOC Heading"/>
    <w:basedOn w:val="Balk1"/>
    <w:next w:val="Normal"/>
    <w:uiPriority w:val="39"/>
    <w:semiHidden/>
    <w:unhideWhenUsed/>
    <w:qFormat/>
    <w:rsid w:val="00BB137E"/>
    <w:pPr>
      <w:spacing w:before="480" w:after="0"/>
      <w:outlineLvl w:val="9"/>
    </w:pPr>
    <w:rPr>
      <w:b/>
      <w:bCs/>
      <w:sz w:val="28"/>
      <w:szCs w:val="28"/>
    </w:rPr>
  </w:style>
  <w:style w:type="table" w:styleId="TabloKlavuzu">
    <w:name w:val="Table Grid"/>
    <w:basedOn w:val="NormalTablo"/>
    <w:uiPriority w:val="59"/>
    <w:rsid w:val="00BB137E"/>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BB137E"/>
    <w:rPr>
      <w:rFonts w:eastAsiaTheme="minorEastAsia"/>
      <w:color w:val="000000" w:themeColor="text1" w:themeShade="BF"/>
      <w:kern w:val="0"/>
      <w:sz w:val="22"/>
      <w:szCs w:val="22"/>
      <w:lang w:val="en-US"/>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BB137E"/>
    <w:rPr>
      <w:rFonts w:eastAsiaTheme="minorEastAsia"/>
      <w:color w:val="2F5496" w:themeColor="accent1" w:themeShade="BF"/>
      <w:kern w:val="0"/>
      <w:sz w:val="22"/>
      <w:szCs w:val="22"/>
      <w:lang w:val="en-US"/>
      <w14:ligatures w14:val="none"/>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AkGlgeleme-Vurgu2">
    <w:name w:val="Light Shading Accent 2"/>
    <w:basedOn w:val="NormalTablo"/>
    <w:uiPriority w:val="60"/>
    <w:rsid w:val="00BB137E"/>
    <w:rPr>
      <w:rFonts w:eastAsiaTheme="minorEastAsia"/>
      <w:color w:val="C45911" w:themeColor="accent2" w:themeShade="BF"/>
      <w:kern w:val="0"/>
      <w:sz w:val="22"/>
      <w:szCs w:val="22"/>
      <w:lang w:val="en-US"/>
      <w14:ligatures w14:val="none"/>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AkGlgeleme-Vurgu3">
    <w:name w:val="Light Shading Accent 3"/>
    <w:basedOn w:val="NormalTablo"/>
    <w:uiPriority w:val="60"/>
    <w:rsid w:val="00BB137E"/>
    <w:rPr>
      <w:rFonts w:eastAsiaTheme="minorEastAsia"/>
      <w:color w:val="7B7B7B" w:themeColor="accent3" w:themeShade="BF"/>
      <w:kern w:val="0"/>
      <w:sz w:val="22"/>
      <w:szCs w:val="22"/>
      <w:lang w:val="en-US"/>
      <w14:ligatures w14:val="none"/>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AkGlgeleme-Vurgu4">
    <w:name w:val="Light Shading Accent 4"/>
    <w:basedOn w:val="NormalTablo"/>
    <w:uiPriority w:val="60"/>
    <w:rsid w:val="00BB137E"/>
    <w:rPr>
      <w:rFonts w:eastAsiaTheme="minorEastAsia"/>
      <w:color w:val="BF8F00" w:themeColor="accent4" w:themeShade="BF"/>
      <w:kern w:val="0"/>
      <w:sz w:val="22"/>
      <w:szCs w:val="22"/>
      <w:lang w:val="en-US"/>
      <w14:ligatures w14:val="none"/>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AkGlgeleme-Vurgu5">
    <w:name w:val="Light Shading Accent 5"/>
    <w:basedOn w:val="NormalTablo"/>
    <w:uiPriority w:val="60"/>
    <w:rsid w:val="00BB137E"/>
    <w:rPr>
      <w:rFonts w:eastAsiaTheme="minorEastAsia"/>
      <w:color w:val="2E74B5" w:themeColor="accent5" w:themeShade="BF"/>
      <w:kern w:val="0"/>
      <w:sz w:val="22"/>
      <w:szCs w:val="22"/>
      <w:lang w:val="en-US"/>
      <w14:ligatures w14:val="none"/>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AkGlgeleme-Vurgu6">
    <w:name w:val="Light Shading Accent 6"/>
    <w:basedOn w:val="NormalTablo"/>
    <w:uiPriority w:val="60"/>
    <w:rsid w:val="00BB137E"/>
    <w:rPr>
      <w:rFonts w:eastAsiaTheme="minorEastAsia"/>
      <w:color w:val="538135" w:themeColor="accent6" w:themeShade="BF"/>
      <w:kern w:val="0"/>
      <w:sz w:val="22"/>
      <w:szCs w:val="22"/>
      <w:lang w:val="en-US"/>
      <w14:ligatures w14:val="none"/>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AkListe">
    <w:name w:val="Light List"/>
    <w:basedOn w:val="NormalTablo"/>
    <w:uiPriority w:val="61"/>
    <w:rsid w:val="00BB137E"/>
    <w:rPr>
      <w:rFonts w:eastAsiaTheme="minorEastAsia"/>
      <w:kern w:val="0"/>
      <w:sz w:val="22"/>
      <w:szCs w:val="22"/>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BB137E"/>
    <w:rPr>
      <w:rFonts w:eastAsiaTheme="minorEastAsia"/>
      <w:kern w:val="0"/>
      <w:sz w:val="22"/>
      <w:szCs w:val="22"/>
      <w:lang w:val="en-US"/>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AkListe-Vurgu2">
    <w:name w:val="Light List Accent 2"/>
    <w:basedOn w:val="NormalTablo"/>
    <w:uiPriority w:val="61"/>
    <w:rsid w:val="00BB137E"/>
    <w:rPr>
      <w:rFonts w:eastAsiaTheme="minorEastAsia"/>
      <w:kern w:val="0"/>
      <w:sz w:val="22"/>
      <w:szCs w:val="22"/>
      <w:lang w:val="en-US"/>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AkListe-Vurgu3">
    <w:name w:val="Light List Accent 3"/>
    <w:basedOn w:val="NormalTablo"/>
    <w:uiPriority w:val="61"/>
    <w:rsid w:val="00BB137E"/>
    <w:rPr>
      <w:rFonts w:eastAsiaTheme="minorEastAsia"/>
      <w:kern w:val="0"/>
      <w:sz w:val="22"/>
      <w:szCs w:val="22"/>
      <w:lang w:val="en-US"/>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AkListe-Vurgu4">
    <w:name w:val="Light List Accent 4"/>
    <w:basedOn w:val="NormalTablo"/>
    <w:uiPriority w:val="61"/>
    <w:rsid w:val="00BB137E"/>
    <w:rPr>
      <w:rFonts w:eastAsiaTheme="minorEastAsia"/>
      <w:kern w:val="0"/>
      <w:sz w:val="22"/>
      <w:szCs w:val="22"/>
      <w:lang w:val="en-US"/>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AkListe-Vurgu5">
    <w:name w:val="Light List Accent 5"/>
    <w:basedOn w:val="NormalTablo"/>
    <w:uiPriority w:val="61"/>
    <w:rsid w:val="00BB137E"/>
    <w:rPr>
      <w:rFonts w:eastAsiaTheme="minorEastAsia"/>
      <w:kern w:val="0"/>
      <w:sz w:val="22"/>
      <w:szCs w:val="22"/>
      <w:lang w:val="en-US"/>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AkListe-Vurgu6">
    <w:name w:val="Light List Accent 6"/>
    <w:basedOn w:val="NormalTablo"/>
    <w:uiPriority w:val="61"/>
    <w:rsid w:val="00BB137E"/>
    <w:rPr>
      <w:rFonts w:eastAsiaTheme="minorEastAsia"/>
      <w:kern w:val="0"/>
      <w:sz w:val="22"/>
      <w:szCs w:val="22"/>
      <w:lang w:val="en-US"/>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AkKlavuz">
    <w:name w:val="Light Grid"/>
    <w:basedOn w:val="NormalTablo"/>
    <w:uiPriority w:val="62"/>
    <w:rsid w:val="00BB137E"/>
    <w:rPr>
      <w:rFonts w:eastAsiaTheme="minorEastAsia"/>
      <w:kern w:val="0"/>
      <w:sz w:val="22"/>
      <w:szCs w:val="22"/>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BB137E"/>
    <w:rPr>
      <w:rFonts w:eastAsiaTheme="minorEastAsia"/>
      <w:kern w:val="0"/>
      <w:sz w:val="22"/>
      <w:szCs w:val="22"/>
      <w:lang w:val="en-US"/>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AkKlavuz-Vurgu2">
    <w:name w:val="Light Grid Accent 2"/>
    <w:basedOn w:val="NormalTablo"/>
    <w:uiPriority w:val="62"/>
    <w:rsid w:val="00BB137E"/>
    <w:rPr>
      <w:rFonts w:eastAsiaTheme="minorEastAsia"/>
      <w:kern w:val="0"/>
      <w:sz w:val="22"/>
      <w:szCs w:val="22"/>
      <w:lang w:val="en-US"/>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AkKlavuz-Vurgu3">
    <w:name w:val="Light Grid Accent 3"/>
    <w:basedOn w:val="NormalTablo"/>
    <w:uiPriority w:val="62"/>
    <w:rsid w:val="00BB137E"/>
    <w:rPr>
      <w:rFonts w:eastAsiaTheme="minorEastAsia"/>
      <w:kern w:val="0"/>
      <w:sz w:val="22"/>
      <w:szCs w:val="22"/>
      <w:lang w:val="en-US"/>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AkKlavuz-Vurgu4">
    <w:name w:val="Light Grid Accent 4"/>
    <w:basedOn w:val="NormalTablo"/>
    <w:uiPriority w:val="62"/>
    <w:rsid w:val="00BB137E"/>
    <w:rPr>
      <w:rFonts w:eastAsiaTheme="minorEastAsia"/>
      <w:kern w:val="0"/>
      <w:sz w:val="22"/>
      <w:szCs w:val="22"/>
      <w:lang w:val="en-US"/>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AkKlavuz-Vurgu5">
    <w:name w:val="Light Grid Accent 5"/>
    <w:basedOn w:val="NormalTablo"/>
    <w:uiPriority w:val="62"/>
    <w:rsid w:val="00BB137E"/>
    <w:rPr>
      <w:rFonts w:eastAsiaTheme="minorEastAsia"/>
      <w:kern w:val="0"/>
      <w:sz w:val="22"/>
      <w:szCs w:val="22"/>
      <w:lang w:val="en-US"/>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AkKlavuz-Vurgu6">
    <w:name w:val="Light Grid Accent 6"/>
    <w:basedOn w:val="NormalTablo"/>
    <w:uiPriority w:val="62"/>
    <w:rsid w:val="00BB137E"/>
    <w:rPr>
      <w:rFonts w:eastAsiaTheme="minorEastAsia"/>
      <w:kern w:val="0"/>
      <w:sz w:val="22"/>
      <w:szCs w:val="22"/>
      <w:lang w:val="en-US"/>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OrtaGlgeleme1">
    <w:name w:val="Medium Shading 1"/>
    <w:basedOn w:val="NormalTablo"/>
    <w:uiPriority w:val="63"/>
    <w:rsid w:val="00BB137E"/>
    <w:rPr>
      <w:rFonts w:eastAsiaTheme="minorEastAsia"/>
      <w:kern w:val="0"/>
      <w:sz w:val="22"/>
      <w:szCs w:val="22"/>
      <w:lang w:val="en-US"/>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BB137E"/>
    <w:rPr>
      <w:rFonts w:eastAsiaTheme="minorEastAsia"/>
      <w:kern w:val="0"/>
      <w:sz w:val="22"/>
      <w:szCs w:val="22"/>
      <w:lang w:val="en-US"/>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BB137E"/>
    <w:rPr>
      <w:rFonts w:eastAsiaTheme="minorEastAsia"/>
      <w:kern w:val="0"/>
      <w:sz w:val="22"/>
      <w:szCs w:val="22"/>
      <w:lang w:val="en-US"/>
      <w14:ligatures w14:val="none"/>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BB137E"/>
    <w:rPr>
      <w:rFonts w:eastAsiaTheme="minorEastAsia"/>
      <w:kern w:val="0"/>
      <w:sz w:val="22"/>
      <w:szCs w:val="22"/>
      <w:lang w:val="en-US"/>
      <w14:ligatures w14:val="none"/>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BB137E"/>
    <w:rPr>
      <w:rFonts w:eastAsiaTheme="minorEastAsia"/>
      <w:kern w:val="0"/>
      <w:sz w:val="22"/>
      <w:szCs w:val="22"/>
      <w:lang w:val="en-US"/>
      <w14:ligatures w14:val="non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BB137E"/>
    <w:rPr>
      <w:rFonts w:eastAsiaTheme="minorEastAsia"/>
      <w:kern w:val="0"/>
      <w:sz w:val="22"/>
      <w:szCs w:val="22"/>
      <w:lang w:val="en-US"/>
      <w14:ligatures w14:val="none"/>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BB137E"/>
    <w:rPr>
      <w:rFonts w:eastAsiaTheme="minorEastAsia"/>
      <w:kern w:val="0"/>
      <w:sz w:val="22"/>
      <w:szCs w:val="22"/>
      <w:lang w:val="en-US"/>
      <w14:ligatures w14:val="none"/>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BB137E"/>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BB137E"/>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BB137E"/>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BB137E"/>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BB137E"/>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BB137E"/>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BB137E"/>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BB137E"/>
    <w:rPr>
      <w:rFonts w:eastAsiaTheme="minorEastAsia"/>
      <w:color w:val="000000" w:themeColor="text1"/>
      <w:kern w:val="0"/>
      <w:sz w:val="22"/>
      <w:szCs w:val="22"/>
      <w:lang w:val="en-US"/>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BB137E"/>
    <w:rPr>
      <w:rFonts w:eastAsiaTheme="minorEastAsia"/>
      <w:color w:val="000000" w:themeColor="text1"/>
      <w:kern w:val="0"/>
      <w:sz w:val="22"/>
      <w:szCs w:val="22"/>
      <w:lang w:val="en-US"/>
      <w14:ligatures w14:val="none"/>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OrtaListe1-Vurgu2">
    <w:name w:val="Medium List 1 Accent 2"/>
    <w:basedOn w:val="NormalTablo"/>
    <w:uiPriority w:val="65"/>
    <w:rsid w:val="00BB137E"/>
    <w:rPr>
      <w:rFonts w:eastAsiaTheme="minorEastAsia"/>
      <w:color w:val="000000" w:themeColor="text1"/>
      <w:kern w:val="0"/>
      <w:sz w:val="22"/>
      <w:szCs w:val="22"/>
      <w:lang w:val="en-US"/>
      <w14:ligatures w14:val="none"/>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OrtaListe1-Vurgu3">
    <w:name w:val="Medium List 1 Accent 3"/>
    <w:basedOn w:val="NormalTablo"/>
    <w:uiPriority w:val="65"/>
    <w:rsid w:val="00BB137E"/>
    <w:rPr>
      <w:rFonts w:eastAsiaTheme="minorEastAsia"/>
      <w:color w:val="000000" w:themeColor="text1"/>
      <w:kern w:val="0"/>
      <w:sz w:val="22"/>
      <w:szCs w:val="22"/>
      <w:lang w:val="en-US"/>
      <w14:ligatures w14:val="none"/>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OrtaListe1-Vurgu4">
    <w:name w:val="Medium List 1 Accent 4"/>
    <w:basedOn w:val="NormalTablo"/>
    <w:uiPriority w:val="65"/>
    <w:rsid w:val="00BB137E"/>
    <w:rPr>
      <w:rFonts w:eastAsiaTheme="minorEastAsia"/>
      <w:color w:val="000000" w:themeColor="text1"/>
      <w:kern w:val="0"/>
      <w:sz w:val="22"/>
      <w:szCs w:val="22"/>
      <w:lang w:val="en-US"/>
      <w14:ligatures w14:val="none"/>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OrtaListe1-Vurgu5">
    <w:name w:val="Medium List 1 Accent 5"/>
    <w:basedOn w:val="NormalTablo"/>
    <w:uiPriority w:val="65"/>
    <w:rsid w:val="00BB137E"/>
    <w:rPr>
      <w:rFonts w:eastAsiaTheme="minorEastAsia"/>
      <w:color w:val="000000" w:themeColor="text1"/>
      <w:kern w:val="0"/>
      <w:sz w:val="22"/>
      <w:szCs w:val="22"/>
      <w:lang w:val="en-US"/>
      <w14:ligatures w14:val="none"/>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OrtaListe1-Vurgu6">
    <w:name w:val="Medium List 1 Accent 6"/>
    <w:basedOn w:val="NormalTablo"/>
    <w:uiPriority w:val="65"/>
    <w:rsid w:val="00BB137E"/>
    <w:rPr>
      <w:rFonts w:eastAsiaTheme="minorEastAsia"/>
      <w:color w:val="000000" w:themeColor="text1"/>
      <w:kern w:val="0"/>
      <w:sz w:val="22"/>
      <w:szCs w:val="22"/>
      <w:lang w:val="en-US"/>
      <w14:ligatures w14:val="none"/>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OrtaListe2">
    <w:name w:val="Medium List 2"/>
    <w:basedOn w:val="NormalTablo"/>
    <w:uiPriority w:val="66"/>
    <w:rsid w:val="00BB137E"/>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BB137E"/>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BB137E"/>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BB137E"/>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BB137E"/>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BB137E"/>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BB137E"/>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BB137E"/>
    <w:rPr>
      <w:rFonts w:eastAsiaTheme="minorEastAsia"/>
      <w:kern w:val="0"/>
      <w:sz w:val="22"/>
      <w:szCs w:val="22"/>
      <w:lang w:val="en-US"/>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BB137E"/>
    <w:rPr>
      <w:rFonts w:eastAsiaTheme="minorEastAsia"/>
      <w:kern w:val="0"/>
      <w:sz w:val="22"/>
      <w:szCs w:val="22"/>
      <w:lang w:val="en-US"/>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OrtaKlavuz1-Vurgu2">
    <w:name w:val="Medium Grid 1 Accent 2"/>
    <w:basedOn w:val="NormalTablo"/>
    <w:uiPriority w:val="67"/>
    <w:rsid w:val="00BB137E"/>
    <w:rPr>
      <w:rFonts w:eastAsiaTheme="minorEastAsia"/>
      <w:kern w:val="0"/>
      <w:sz w:val="22"/>
      <w:szCs w:val="22"/>
      <w:lang w:val="en-US"/>
      <w14:ligatures w14:val="none"/>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OrtaKlavuz1-Vurgu3">
    <w:name w:val="Medium Grid 1 Accent 3"/>
    <w:basedOn w:val="NormalTablo"/>
    <w:uiPriority w:val="67"/>
    <w:rsid w:val="00BB137E"/>
    <w:rPr>
      <w:rFonts w:eastAsiaTheme="minorEastAsia"/>
      <w:kern w:val="0"/>
      <w:sz w:val="22"/>
      <w:szCs w:val="22"/>
      <w:lang w:val="en-US"/>
      <w14:ligatures w14:val="none"/>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OrtaKlavuz1-Vurgu4">
    <w:name w:val="Medium Grid 1 Accent 4"/>
    <w:basedOn w:val="NormalTablo"/>
    <w:uiPriority w:val="67"/>
    <w:rsid w:val="00BB137E"/>
    <w:rPr>
      <w:rFonts w:eastAsiaTheme="minorEastAsia"/>
      <w:kern w:val="0"/>
      <w:sz w:val="22"/>
      <w:szCs w:val="22"/>
      <w:lang w:val="en-US"/>
      <w14:ligatures w14:val="non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OrtaKlavuz1-Vurgu5">
    <w:name w:val="Medium Grid 1 Accent 5"/>
    <w:basedOn w:val="NormalTablo"/>
    <w:uiPriority w:val="67"/>
    <w:rsid w:val="00BB137E"/>
    <w:rPr>
      <w:rFonts w:eastAsiaTheme="minorEastAsia"/>
      <w:kern w:val="0"/>
      <w:sz w:val="22"/>
      <w:szCs w:val="22"/>
      <w:lang w:val="en-US"/>
      <w14:ligatures w14:val="none"/>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OrtaKlavuz1-Vurgu6">
    <w:name w:val="Medium Grid 1 Accent 6"/>
    <w:basedOn w:val="NormalTablo"/>
    <w:uiPriority w:val="67"/>
    <w:rsid w:val="00BB137E"/>
    <w:rPr>
      <w:rFonts w:eastAsiaTheme="minorEastAsia"/>
      <w:kern w:val="0"/>
      <w:sz w:val="22"/>
      <w:szCs w:val="22"/>
      <w:lang w:val="en-US"/>
      <w14:ligatures w14:val="none"/>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OrtaKlavuz2">
    <w:name w:val="Medium Grid 2"/>
    <w:basedOn w:val="NormalTablo"/>
    <w:uiPriority w:val="68"/>
    <w:rsid w:val="00BB137E"/>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BB137E"/>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BB137E"/>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BB137E"/>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BB137E"/>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BB137E"/>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BB137E"/>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BB137E"/>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BB137E"/>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OrtaKlavuz3-Vurgu2">
    <w:name w:val="Medium Grid 3 Accent 2"/>
    <w:basedOn w:val="NormalTablo"/>
    <w:uiPriority w:val="69"/>
    <w:rsid w:val="00BB137E"/>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OrtaKlavuz3-Vurgu3">
    <w:name w:val="Medium Grid 3 Accent 3"/>
    <w:basedOn w:val="NormalTablo"/>
    <w:uiPriority w:val="69"/>
    <w:rsid w:val="00BB137E"/>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OrtaKlavuz3-Vurgu4">
    <w:name w:val="Medium Grid 3 Accent 4"/>
    <w:basedOn w:val="NormalTablo"/>
    <w:uiPriority w:val="69"/>
    <w:rsid w:val="00BB137E"/>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OrtaKlavuz3-Vurgu5">
    <w:name w:val="Medium Grid 3 Accent 5"/>
    <w:basedOn w:val="NormalTablo"/>
    <w:uiPriority w:val="69"/>
    <w:rsid w:val="00BB137E"/>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OrtaKlavuz3-Vurgu6">
    <w:name w:val="Medium Grid 3 Accent 6"/>
    <w:basedOn w:val="NormalTablo"/>
    <w:uiPriority w:val="69"/>
    <w:rsid w:val="00BB137E"/>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KoyuListe">
    <w:name w:val="Dark List"/>
    <w:basedOn w:val="NormalTablo"/>
    <w:uiPriority w:val="70"/>
    <w:rsid w:val="00BB137E"/>
    <w:rPr>
      <w:rFonts w:eastAsiaTheme="minorEastAsia"/>
      <w:color w:val="FFFFFF" w:themeColor="background1"/>
      <w:kern w:val="0"/>
      <w:sz w:val="22"/>
      <w:szCs w:val="22"/>
      <w:lang w:val="en-US"/>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BB137E"/>
    <w:rPr>
      <w:rFonts w:eastAsiaTheme="minorEastAsia"/>
      <w:color w:val="FFFFFF" w:themeColor="background1"/>
      <w:kern w:val="0"/>
      <w:sz w:val="22"/>
      <w:szCs w:val="22"/>
      <w:lang w:val="en-US"/>
      <w14:ligatures w14:val="none"/>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KoyuListe-Vurgu2">
    <w:name w:val="Dark List Accent 2"/>
    <w:basedOn w:val="NormalTablo"/>
    <w:uiPriority w:val="70"/>
    <w:rsid w:val="00BB137E"/>
    <w:rPr>
      <w:rFonts w:eastAsiaTheme="minorEastAsia"/>
      <w:color w:val="FFFFFF" w:themeColor="background1"/>
      <w:kern w:val="0"/>
      <w:sz w:val="22"/>
      <w:szCs w:val="22"/>
      <w:lang w:val="en-US"/>
      <w14:ligatures w14:val="none"/>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KoyuListe-Vurgu3">
    <w:name w:val="Dark List Accent 3"/>
    <w:basedOn w:val="NormalTablo"/>
    <w:uiPriority w:val="70"/>
    <w:rsid w:val="00BB137E"/>
    <w:rPr>
      <w:rFonts w:eastAsiaTheme="minorEastAsia"/>
      <w:color w:val="FFFFFF" w:themeColor="background1"/>
      <w:kern w:val="0"/>
      <w:sz w:val="22"/>
      <w:szCs w:val="22"/>
      <w:lang w:val="en-US"/>
      <w14:ligatures w14:val="none"/>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KoyuListe-Vurgu4">
    <w:name w:val="Dark List Accent 4"/>
    <w:basedOn w:val="NormalTablo"/>
    <w:uiPriority w:val="70"/>
    <w:rsid w:val="00BB137E"/>
    <w:rPr>
      <w:rFonts w:eastAsiaTheme="minorEastAsia"/>
      <w:color w:val="FFFFFF" w:themeColor="background1"/>
      <w:kern w:val="0"/>
      <w:sz w:val="22"/>
      <w:szCs w:val="22"/>
      <w:lang w:val="en-US"/>
      <w14:ligatures w14:val="none"/>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KoyuListe-Vurgu5">
    <w:name w:val="Dark List Accent 5"/>
    <w:basedOn w:val="NormalTablo"/>
    <w:uiPriority w:val="70"/>
    <w:rsid w:val="00BB137E"/>
    <w:rPr>
      <w:rFonts w:eastAsiaTheme="minorEastAsia"/>
      <w:color w:val="FFFFFF" w:themeColor="background1"/>
      <w:kern w:val="0"/>
      <w:sz w:val="22"/>
      <w:szCs w:val="22"/>
      <w:lang w:val="en-US"/>
      <w14:ligatures w14:val="none"/>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KoyuListe-Vurgu6">
    <w:name w:val="Dark List Accent 6"/>
    <w:basedOn w:val="NormalTablo"/>
    <w:uiPriority w:val="70"/>
    <w:rsid w:val="00BB137E"/>
    <w:rPr>
      <w:rFonts w:eastAsiaTheme="minorEastAsia"/>
      <w:color w:val="FFFFFF" w:themeColor="background1"/>
      <w:kern w:val="0"/>
      <w:sz w:val="22"/>
      <w:szCs w:val="22"/>
      <w:lang w:val="en-US"/>
      <w14:ligatures w14:val="none"/>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RenkliGlgeleme">
    <w:name w:val="Colorful Shading"/>
    <w:basedOn w:val="NormalTablo"/>
    <w:uiPriority w:val="71"/>
    <w:rsid w:val="00BB137E"/>
    <w:rPr>
      <w:rFonts w:eastAsiaTheme="minorEastAsia"/>
      <w:color w:val="000000" w:themeColor="text1"/>
      <w:kern w:val="0"/>
      <w:sz w:val="22"/>
      <w:szCs w:val="22"/>
      <w:lang w:val="en-US"/>
      <w14:ligatures w14:val="none"/>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BB137E"/>
    <w:rPr>
      <w:rFonts w:eastAsiaTheme="minorEastAsia"/>
      <w:color w:val="000000" w:themeColor="text1"/>
      <w:kern w:val="0"/>
      <w:sz w:val="22"/>
      <w:szCs w:val="22"/>
      <w:lang w:val="en-US"/>
      <w14:ligatures w14:val="none"/>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BB137E"/>
    <w:rPr>
      <w:rFonts w:eastAsiaTheme="minorEastAsia"/>
      <w:color w:val="000000" w:themeColor="text1"/>
      <w:kern w:val="0"/>
      <w:sz w:val="22"/>
      <w:szCs w:val="22"/>
      <w:lang w:val="en-US"/>
      <w14:ligatures w14:val="none"/>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BB137E"/>
    <w:rPr>
      <w:rFonts w:eastAsiaTheme="minorEastAsia"/>
      <w:color w:val="000000" w:themeColor="text1"/>
      <w:kern w:val="0"/>
      <w:sz w:val="22"/>
      <w:szCs w:val="22"/>
      <w:lang w:val="en-US"/>
      <w14:ligatures w14:val="none"/>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RenkliGlgeleme-Vurgu4">
    <w:name w:val="Colorful Shading Accent 4"/>
    <w:basedOn w:val="NormalTablo"/>
    <w:uiPriority w:val="71"/>
    <w:rsid w:val="00BB137E"/>
    <w:rPr>
      <w:rFonts w:eastAsiaTheme="minorEastAsia"/>
      <w:color w:val="000000" w:themeColor="text1"/>
      <w:kern w:val="0"/>
      <w:sz w:val="22"/>
      <w:szCs w:val="22"/>
      <w:lang w:val="en-US"/>
      <w14:ligatures w14:val="none"/>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BB137E"/>
    <w:rPr>
      <w:rFonts w:eastAsiaTheme="minorEastAsia"/>
      <w:color w:val="000000" w:themeColor="text1"/>
      <w:kern w:val="0"/>
      <w:sz w:val="22"/>
      <w:szCs w:val="22"/>
      <w:lang w:val="en-US"/>
      <w14:ligatures w14:val="none"/>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BB137E"/>
    <w:rPr>
      <w:rFonts w:eastAsiaTheme="minorEastAsia"/>
      <w:color w:val="000000" w:themeColor="text1"/>
      <w:kern w:val="0"/>
      <w:sz w:val="22"/>
      <w:szCs w:val="22"/>
      <w:lang w:val="en-US"/>
      <w14:ligatures w14:val="none"/>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BB137E"/>
    <w:rPr>
      <w:rFonts w:eastAsiaTheme="minorEastAsia"/>
      <w:color w:val="000000" w:themeColor="text1"/>
      <w:kern w:val="0"/>
      <w:sz w:val="22"/>
      <w:szCs w:val="22"/>
      <w:lang w:val="en-US"/>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BB137E"/>
    <w:rPr>
      <w:rFonts w:eastAsiaTheme="minorEastAsia"/>
      <w:color w:val="000000" w:themeColor="text1"/>
      <w:kern w:val="0"/>
      <w:sz w:val="22"/>
      <w:szCs w:val="22"/>
      <w:lang w:val="en-US"/>
      <w14:ligatures w14:val="none"/>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RenkliListe-Vurgu2">
    <w:name w:val="Colorful List Accent 2"/>
    <w:basedOn w:val="NormalTablo"/>
    <w:uiPriority w:val="72"/>
    <w:rsid w:val="00BB137E"/>
    <w:rPr>
      <w:rFonts w:eastAsiaTheme="minorEastAsia"/>
      <w:color w:val="000000" w:themeColor="text1"/>
      <w:kern w:val="0"/>
      <w:sz w:val="22"/>
      <w:szCs w:val="22"/>
      <w:lang w:val="en-US"/>
      <w14:ligatures w14:val="none"/>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RenkliListe-Vurgu3">
    <w:name w:val="Colorful List Accent 3"/>
    <w:basedOn w:val="NormalTablo"/>
    <w:uiPriority w:val="72"/>
    <w:rsid w:val="00BB137E"/>
    <w:rPr>
      <w:rFonts w:eastAsiaTheme="minorEastAsia"/>
      <w:color w:val="000000" w:themeColor="text1"/>
      <w:kern w:val="0"/>
      <w:sz w:val="22"/>
      <w:szCs w:val="22"/>
      <w:lang w:val="en-US"/>
      <w14:ligatures w14:val="none"/>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RenkliListe-Vurgu4">
    <w:name w:val="Colorful List Accent 4"/>
    <w:basedOn w:val="NormalTablo"/>
    <w:uiPriority w:val="72"/>
    <w:rsid w:val="00BB137E"/>
    <w:rPr>
      <w:rFonts w:eastAsiaTheme="minorEastAsia"/>
      <w:color w:val="000000" w:themeColor="text1"/>
      <w:kern w:val="0"/>
      <w:sz w:val="22"/>
      <w:szCs w:val="22"/>
      <w:lang w:val="en-US"/>
      <w14:ligatures w14:val="none"/>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RenkliListe-Vurgu5">
    <w:name w:val="Colorful List Accent 5"/>
    <w:basedOn w:val="NormalTablo"/>
    <w:uiPriority w:val="72"/>
    <w:rsid w:val="00BB137E"/>
    <w:rPr>
      <w:rFonts w:eastAsiaTheme="minorEastAsia"/>
      <w:color w:val="000000" w:themeColor="text1"/>
      <w:kern w:val="0"/>
      <w:sz w:val="22"/>
      <w:szCs w:val="22"/>
      <w:lang w:val="en-US"/>
      <w14:ligatures w14:val="none"/>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RenkliListe-Vurgu6">
    <w:name w:val="Colorful List Accent 6"/>
    <w:basedOn w:val="NormalTablo"/>
    <w:uiPriority w:val="72"/>
    <w:rsid w:val="00BB137E"/>
    <w:rPr>
      <w:rFonts w:eastAsiaTheme="minorEastAsia"/>
      <w:color w:val="000000" w:themeColor="text1"/>
      <w:kern w:val="0"/>
      <w:sz w:val="22"/>
      <w:szCs w:val="22"/>
      <w:lang w:val="en-US"/>
      <w14:ligatures w14:val="none"/>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RenkliKlavuz">
    <w:name w:val="Colorful Grid"/>
    <w:basedOn w:val="NormalTablo"/>
    <w:uiPriority w:val="73"/>
    <w:rsid w:val="00BB137E"/>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BB137E"/>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RenkliKlavuz-Vurgu2">
    <w:name w:val="Colorful Grid Accent 2"/>
    <w:basedOn w:val="NormalTablo"/>
    <w:uiPriority w:val="73"/>
    <w:rsid w:val="00BB137E"/>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RenkliKlavuz-Vurgu3">
    <w:name w:val="Colorful Grid Accent 3"/>
    <w:basedOn w:val="NormalTablo"/>
    <w:uiPriority w:val="73"/>
    <w:rsid w:val="00BB137E"/>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RenkliKlavuz-Vurgu4">
    <w:name w:val="Colorful Grid Accent 4"/>
    <w:basedOn w:val="NormalTablo"/>
    <w:uiPriority w:val="73"/>
    <w:rsid w:val="00BB137E"/>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RenkliKlavuz-Vurgu5">
    <w:name w:val="Colorful Grid Accent 5"/>
    <w:basedOn w:val="NormalTablo"/>
    <w:uiPriority w:val="73"/>
    <w:rsid w:val="00BB137E"/>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RenkliKlavuz-Vurgu6">
    <w:name w:val="Colorful Grid Accent 6"/>
    <w:basedOn w:val="NormalTablo"/>
    <w:uiPriority w:val="73"/>
    <w:rsid w:val="00BB137E"/>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4604</Words>
  <Characters>26245</Characters>
  <Application>Microsoft Office Word</Application>
  <DocSecurity>0</DocSecurity>
  <Lines>218</Lines>
  <Paragraphs>61</Paragraphs>
  <ScaleCrop>false</ScaleCrop>
  <Company/>
  <LinksUpToDate>false</LinksUpToDate>
  <CharactersWithSpaces>30788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Umut Kasapoğlu</dc:creator>
  <cp:keywords/>
  <dc:description/>
  <cp:lastModifiedBy>Umut Kasapoğlu</cp:lastModifiedBy>
  <cp:revision>1</cp:revision>
  <dcterms:created xsi:type="dcterms:W3CDTF">2026-08-13T06:25:00Z</dcterms:created>
  <dcterms:modified xsi:type="dcterms:W3CDTF">2026-08-13T06:25:00Z</dcterms:modified>
</cp:coreProperties>
</file>