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A884B" w14:textId="608719BD" w:rsidR="00E27205" w:rsidRDefault="00000000">
      <w:pPr>
        <w:jc w:val="center"/>
      </w:pPr>
      <w:r>
        <w:rPr>
          <w:b/>
          <w:sz w:val="28"/>
        </w:rPr>
        <w:t xml:space="preserve">Supplementary </w:t>
      </w:r>
    </w:p>
    <w:p w14:paraId="58F54D78" w14:textId="77777777" w:rsidR="00CC2428" w:rsidRDefault="00CC2428" w:rsidP="00CC2428">
      <w:pPr>
        <w:tabs>
          <w:tab w:val="left" w:pos="709"/>
        </w:tabs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A84FC6">
        <w:rPr>
          <w:rFonts w:asciiTheme="majorBidi" w:hAnsiTheme="majorBidi" w:cstheme="majorBidi"/>
          <w:b/>
          <w:bCs/>
          <w:sz w:val="28"/>
          <w:szCs w:val="28"/>
        </w:rPr>
        <w:t>Projected Spatial Asymmetry of Daytime and Nighttime Temperature Extremes in the Middle East under CMIP6 Warming</w:t>
      </w:r>
    </w:p>
    <w:p w14:paraId="11EDBB40" w14:textId="77777777" w:rsidR="00CC2428" w:rsidRDefault="00CC2428">
      <w:pPr>
        <w:jc w:val="both"/>
        <w:rPr>
          <w:lang w:bidi="fa-IR"/>
        </w:rPr>
      </w:pPr>
    </w:p>
    <w:p w14:paraId="726D5BC0" w14:textId="7406D50B" w:rsidR="00E27205" w:rsidRPr="00CC2428" w:rsidRDefault="00000000" w:rsidP="00CC2428">
      <w:pPr>
        <w:tabs>
          <w:tab w:val="left" w:pos="284"/>
        </w:tabs>
        <w:jc w:val="both"/>
        <w:rPr>
          <w:sz w:val="20"/>
          <w:szCs w:val="24"/>
        </w:rPr>
      </w:pPr>
      <w:r w:rsidRPr="00CC2428">
        <w:rPr>
          <w:b/>
          <w:sz w:val="20"/>
          <w:szCs w:val="24"/>
        </w:rPr>
        <w:t>Table S1a. Seasonal and period-based summary of mean changes (Δ) in extreme temperature indices under SSP1-2.6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1440"/>
        <w:gridCol w:w="864"/>
        <w:gridCol w:w="1152"/>
        <w:gridCol w:w="1152"/>
        <w:gridCol w:w="1152"/>
        <w:gridCol w:w="1152"/>
      </w:tblGrid>
      <w:tr w:rsidR="00E27205" w:rsidRPr="00EE6E36" w14:paraId="6AB0A820" w14:textId="77777777" w:rsidTr="00EC7BC3">
        <w:trPr>
          <w:tblHeader/>
          <w:jc w:val="center"/>
        </w:trPr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65BFB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Index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79EAE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Period</w:t>
            </w: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35D56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Season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485AF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Mean Δ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D7407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Min Δ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D1545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Max Δ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9EA87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Std. Dev.</w:t>
            </w:r>
          </w:p>
        </w:tc>
      </w:tr>
      <w:tr w:rsidR="00D874B3" w:rsidRPr="00EE6E36" w14:paraId="2D5A48E0" w14:textId="77777777" w:rsidTr="00EC7BC3">
        <w:trPr>
          <w:jc w:val="center"/>
        </w:trPr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162ED2D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1D5BDF5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tcBorders>
              <w:top w:val="single" w:sz="8" w:space="0" w:color="auto"/>
            </w:tcBorders>
          </w:tcPr>
          <w:p w14:paraId="689501BF" w14:textId="0348491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3770EC1B" w14:textId="6AF03B8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32.93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021E9AFC" w14:textId="66A8DE6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6B2C5A7C" w14:textId="2CC7599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90.06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1F9835F2" w14:textId="52EE152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40.7</w:t>
            </w:r>
          </w:p>
        </w:tc>
      </w:tr>
      <w:tr w:rsidR="00D874B3" w:rsidRPr="00EE6E36" w14:paraId="0262197D" w14:textId="77777777" w:rsidTr="00EC7BC3">
        <w:trPr>
          <w:jc w:val="center"/>
        </w:trPr>
        <w:tc>
          <w:tcPr>
            <w:tcW w:w="1152" w:type="dxa"/>
            <w:vAlign w:val="center"/>
          </w:tcPr>
          <w:p w14:paraId="7BAA898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586BA75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34FF623D" w14:textId="205D67E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44688963" w14:textId="366E9A7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44.79</w:t>
            </w:r>
          </w:p>
        </w:tc>
        <w:tc>
          <w:tcPr>
            <w:tcW w:w="1152" w:type="dxa"/>
          </w:tcPr>
          <w:p w14:paraId="796B82E3" w14:textId="6E6A889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2C893C32" w14:textId="2EB4BF7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27D71C36" w14:textId="3AFDC41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38.95</w:t>
            </w:r>
          </w:p>
        </w:tc>
      </w:tr>
      <w:tr w:rsidR="00D874B3" w:rsidRPr="00EE6E36" w14:paraId="1E74FE99" w14:textId="77777777" w:rsidTr="00EC7BC3">
        <w:trPr>
          <w:jc w:val="center"/>
        </w:trPr>
        <w:tc>
          <w:tcPr>
            <w:tcW w:w="1152" w:type="dxa"/>
            <w:vAlign w:val="center"/>
          </w:tcPr>
          <w:p w14:paraId="08788A0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354228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1DBDB322" w14:textId="66E9C95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118DF3FC" w14:textId="1828530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44.8</w:t>
            </w:r>
          </w:p>
        </w:tc>
        <w:tc>
          <w:tcPr>
            <w:tcW w:w="1152" w:type="dxa"/>
          </w:tcPr>
          <w:p w14:paraId="0DD5D777" w14:textId="167332A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5FB7A1F2" w14:textId="78CDEB4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22CC9B78" w14:textId="311B126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39.75</w:t>
            </w:r>
          </w:p>
        </w:tc>
      </w:tr>
      <w:tr w:rsidR="00D874B3" w:rsidRPr="00EE6E36" w14:paraId="78CA0654" w14:textId="77777777" w:rsidTr="00EC7BC3">
        <w:trPr>
          <w:jc w:val="center"/>
        </w:trPr>
        <w:tc>
          <w:tcPr>
            <w:tcW w:w="1152" w:type="dxa"/>
            <w:vAlign w:val="center"/>
          </w:tcPr>
          <w:p w14:paraId="0957E94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0C9E383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2CE0735F" w14:textId="24AC43E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39B6DCFA" w14:textId="539454C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41.88</w:t>
            </w:r>
          </w:p>
        </w:tc>
        <w:tc>
          <w:tcPr>
            <w:tcW w:w="1152" w:type="dxa"/>
          </w:tcPr>
          <w:p w14:paraId="37483804" w14:textId="18220D3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6899B915" w14:textId="7C616BB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6C5E4D57" w14:textId="558D5DC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40.21</w:t>
            </w:r>
          </w:p>
        </w:tc>
      </w:tr>
      <w:tr w:rsidR="00D874B3" w:rsidRPr="00EE6E36" w14:paraId="1D2A0749" w14:textId="77777777" w:rsidTr="00EC7BC3">
        <w:trPr>
          <w:jc w:val="center"/>
        </w:trPr>
        <w:tc>
          <w:tcPr>
            <w:tcW w:w="1152" w:type="dxa"/>
            <w:vAlign w:val="center"/>
          </w:tcPr>
          <w:p w14:paraId="7961AAF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32E7C51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00806EE7" w14:textId="1723B0C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5A2B5734" w14:textId="023D700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34.15</w:t>
            </w:r>
          </w:p>
        </w:tc>
        <w:tc>
          <w:tcPr>
            <w:tcW w:w="1152" w:type="dxa"/>
          </w:tcPr>
          <w:p w14:paraId="4BBD4414" w14:textId="441E179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</w:tcPr>
          <w:p w14:paraId="36E97E92" w14:textId="08B2A53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90.06</w:t>
            </w:r>
          </w:p>
        </w:tc>
        <w:tc>
          <w:tcPr>
            <w:tcW w:w="1152" w:type="dxa"/>
          </w:tcPr>
          <w:p w14:paraId="36A96F92" w14:textId="0B45487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40.53</w:t>
            </w:r>
          </w:p>
        </w:tc>
      </w:tr>
      <w:tr w:rsidR="00D874B3" w:rsidRPr="00EE6E36" w14:paraId="3BE39BA0" w14:textId="77777777" w:rsidTr="00EC7BC3">
        <w:trPr>
          <w:jc w:val="center"/>
        </w:trPr>
        <w:tc>
          <w:tcPr>
            <w:tcW w:w="1152" w:type="dxa"/>
            <w:vAlign w:val="center"/>
          </w:tcPr>
          <w:p w14:paraId="70664DC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FC3292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1D0EB73B" w14:textId="4F4332C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589801C9" w14:textId="1ADCF15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45.56</w:t>
            </w:r>
          </w:p>
        </w:tc>
        <w:tc>
          <w:tcPr>
            <w:tcW w:w="1152" w:type="dxa"/>
          </w:tcPr>
          <w:p w14:paraId="5A89746E" w14:textId="5EA3AA0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664475D4" w14:textId="1688AD2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6B6925FF" w14:textId="3FB4775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38.81</w:t>
            </w:r>
          </w:p>
        </w:tc>
      </w:tr>
      <w:tr w:rsidR="00D874B3" w:rsidRPr="00EE6E36" w14:paraId="7BB3D37B" w14:textId="77777777" w:rsidTr="00EC7BC3">
        <w:trPr>
          <w:jc w:val="center"/>
        </w:trPr>
        <w:tc>
          <w:tcPr>
            <w:tcW w:w="1152" w:type="dxa"/>
            <w:vAlign w:val="center"/>
          </w:tcPr>
          <w:p w14:paraId="25D629D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2410A38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2D5D69C0" w14:textId="74795FD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73AEB513" w14:textId="4660A08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46.88</w:t>
            </w:r>
          </w:p>
        </w:tc>
        <w:tc>
          <w:tcPr>
            <w:tcW w:w="1152" w:type="dxa"/>
          </w:tcPr>
          <w:p w14:paraId="1065A14D" w14:textId="4382361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25E9C324" w14:textId="4DFF912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13F01073" w14:textId="705643B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39.37</w:t>
            </w:r>
          </w:p>
        </w:tc>
      </w:tr>
      <w:tr w:rsidR="00D874B3" w:rsidRPr="00EE6E36" w14:paraId="7F49F074" w14:textId="77777777" w:rsidTr="00EC7BC3">
        <w:trPr>
          <w:jc w:val="center"/>
        </w:trPr>
        <w:tc>
          <w:tcPr>
            <w:tcW w:w="1152" w:type="dxa"/>
            <w:vAlign w:val="center"/>
          </w:tcPr>
          <w:p w14:paraId="3CC50F5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6EEB626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572A569E" w14:textId="3F4DCAF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0E49BF8C" w14:textId="66EE7EC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42.88</w:t>
            </w:r>
          </w:p>
        </w:tc>
        <w:tc>
          <w:tcPr>
            <w:tcW w:w="1152" w:type="dxa"/>
          </w:tcPr>
          <w:p w14:paraId="3E4610A9" w14:textId="1FACEE0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20FA0315" w14:textId="02B06E5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3254EE62" w14:textId="18E5645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40.06</w:t>
            </w:r>
          </w:p>
        </w:tc>
      </w:tr>
      <w:tr w:rsidR="00D874B3" w:rsidRPr="00EE6E36" w14:paraId="55FABB3C" w14:textId="77777777" w:rsidTr="00EC7BC3">
        <w:trPr>
          <w:jc w:val="center"/>
        </w:trPr>
        <w:tc>
          <w:tcPr>
            <w:tcW w:w="1152" w:type="dxa"/>
            <w:vAlign w:val="center"/>
          </w:tcPr>
          <w:p w14:paraId="529A7D9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0BD0CF9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64B997FE" w14:textId="44F1CC2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3F08E2EF" w14:textId="74677A8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32.01</w:t>
            </w:r>
          </w:p>
        </w:tc>
        <w:tc>
          <w:tcPr>
            <w:tcW w:w="1152" w:type="dxa"/>
          </w:tcPr>
          <w:p w14:paraId="52F6C7BC" w14:textId="5CEFB25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</w:tcPr>
          <w:p w14:paraId="60595A20" w14:textId="03F46CB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90.06</w:t>
            </w:r>
          </w:p>
        </w:tc>
        <w:tc>
          <w:tcPr>
            <w:tcW w:w="1152" w:type="dxa"/>
          </w:tcPr>
          <w:p w14:paraId="5EE36DDE" w14:textId="04CED8B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40.96</w:t>
            </w:r>
          </w:p>
        </w:tc>
      </w:tr>
      <w:tr w:rsidR="00D874B3" w:rsidRPr="00EE6E36" w14:paraId="3B2383EE" w14:textId="77777777" w:rsidTr="00EC7BC3">
        <w:trPr>
          <w:jc w:val="center"/>
        </w:trPr>
        <w:tc>
          <w:tcPr>
            <w:tcW w:w="1152" w:type="dxa"/>
            <w:vAlign w:val="center"/>
          </w:tcPr>
          <w:p w14:paraId="0EEDC19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5229958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205B232F" w14:textId="405BC50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63617732" w14:textId="3E752E3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43.03</w:t>
            </w:r>
          </w:p>
        </w:tc>
        <w:tc>
          <w:tcPr>
            <w:tcW w:w="1152" w:type="dxa"/>
          </w:tcPr>
          <w:p w14:paraId="2D26B10D" w14:textId="5253323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40630B2D" w14:textId="1EDB90D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32B093D1" w14:textId="76787A2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39.13</w:t>
            </w:r>
          </w:p>
        </w:tc>
      </w:tr>
      <w:tr w:rsidR="00D874B3" w:rsidRPr="00EE6E36" w14:paraId="0D89B5B9" w14:textId="77777777" w:rsidTr="00EC7BC3">
        <w:trPr>
          <w:jc w:val="center"/>
        </w:trPr>
        <w:tc>
          <w:tcPr>
            <w:tcW w:w="1152" w:type="dxa"/>
            <w:vAlign w:val="center"/>
          </w:tcPr>
          <w:p w14:paraId="5C89147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1E3966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630E3147" w14:textId="0EA0801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328569A7" w14:textId="5BB187F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45.45</w:t>
            </w:r>
          </w:p>
        </w:tc>
        <w:tc>
          <w:tcPr>
            <w:tcW w:w="1152" w:type="dxa"/>
          </w:tcPr>
          <w:p w14:paraId="433304FC" w14:textId="0644C30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1752FECE" w14:textId="2EC6ED2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6605F4B5" w14:textId="42DFFC2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39.55</w:t>
            </w:r>
          </w:p>
        </w:tc>
      </w:tr>
      <w:tr w:rsidR="00D874B3" w:rsidRPr="00EE6E36" w14:paraId="2DA66ED4" w14:textId="77777777" w:rsidTr="00EC7BC3">
        <w:trPr>
          <w:jc w:val="center"/>
        </w:trPr>
        <w:tc>
          <w:tcPr>
            <w:tcW w:w="1152" w:type="dxa"/>
            <w:vAlign w:val="center"/>
          </w:tcPr>
          <w:p w14:paraId="770D383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5133B20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4740F0EF" w14:textId="030E0EA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2167E47B" w14:textId="78B9F02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41.87</w:t>
            </w:r>
          </w:p>
        </w:tc>
        <w:tc>
          <w:tcPr>
            <w:tcW w:w="1152" w:type="dxa"/>
          </w:tcPr>
          <w:p w14:paraId="29B50C7D" w14:textId="4D562CD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21ACEE08" w14:textId="7D9BA90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02345B7D" w14:textId="3409286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40.45</w:t>
            </w:r>
          </w:p>
        </w:tc>
      </w:tr>
      <w:tr w:rsidR="00D874B3" w:rsidRPr="00EE6E36" w14:paraId="57D47A3E" w14:textId="77777777" w:rsidTr="00EC7BC3">
        <w:trPr>
          <w:jc w:val="center"/>
        </w:trPr>
        <w:tc>
          <w:tcPr>
            <w:tcW w:w="1152" w:type="dxa"/>
            <w:vAlign w:val="center"/>
          </w:tcPr>
          <w:p w14:paraId="64F6792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E91EE1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1F678894" w14:textId="7362E10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61EF4D49" w14:textId="7343040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60.89</w:t>
            </w:r>
          </w:p>
        </w:tc>
        <w:tc>
          <w:tcPr>
            <w:tcW w:w="1152" w:type="dxa"/>
          </w:tcPr>
          <w:p w14:paraId="3474DA36" w14:textId="558D3C1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</w:t>
            </w:r>
          </w:p>
        </w:tc>
        <w:tc>
          <w:tcPr>
            <w:tcW w:w="1152" w:type="dxa"/>
          </w:tcPr>
          <w:p w14:paraId="01E42AA7" w14:textId="32B17DA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</w:t>
            </w:r>
          </w:p>
        </w:tc>
        <w:tc>
          <w:tcPr>
            <w:tcW w:w="1152" w:type="dxa"/>
          </w:tcPr>
          <w:p w14:paraId="294504C3" w14:textId="2E48AE9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38.25</w:t>
            </w:r>
          </w:p>
        </w:tc>
      </w:tr>
      <w:tr w:rsidR="00D874B3" w:rsidRPr="00EE6E36" w14:paraId="06ACEE93" w14:textId="77777777" w:rsidTr="00EC7BC3">
        <w:trPr>
          <w:jc w:val="center"/>
        </w:trPr>
        <w:tc>
          <w:tcPr>
            <w:tcW w:w="1152" w:type="dxa"/>
            <w:vAlign w:val="center"/>
          </w:tcPr>
          <w:p w14:paraId="0D627F5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16BC8FF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5AEAC7C6" w14:textId="287AAE2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7BFECBBF" w14:textId="3BDF752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59.77</w:t>
            </w:r>
          </w:p>
        </w:tc>
        <w:tc>
          <w:tcPr>
            <w:tcW w:w="1152" w:type="dxa"/>
          </w:tcPr>
          <w:p w14:paraId="78DB4FE6" w14:textId="57D35E2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109531F4" w14:textId="49D8179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46AA19CF" w14:textId="0747F4B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39.74</w:t>
            </w:r>
          </w:p>
        </w:tc>
      </w:tr>
      <w:tr w:rsidR="00D874B3" w:rsidRPr="00EE6E36" w14:paraId="29B5277A" w14:textId="77777777" w:rsidTr="00EC7BC3">
        <w:trPr>
          <w:jc w:val="center"/>
        </w:trPr>
        <w:tc>
          <w:tcPr>
            <w:tcW w:w="1152" w:type="dxa"/>
            <w:vAlign w:val="center"/>
          </w:tcPr>
          <w:p w14:paraId="33491EB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172D58B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41B0F0FE" w14:textId="48FA07A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3C1A26ED" w14:textId="0ED4539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59.59</w:t>
            </w:r>
          </w:p>
        </w:tc>
        <w:tc>
          <w:tcPr>
            <w:tcW w:w="1152" w:type="dxa"/>
          </w:tcPr>
          <w:p w14:paraId="52542617" w14:textId="70D48CE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014631F3" w14:textId="5722D9D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7CF6F8D6" w14:textId="5352396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39.42</w:t>
            </w:r>
          </w:p>
        </w:tc>
      </w:tr>
      <w:tr w:rsidR="00D874B3" w:rsidRPr="00EE6E36" w14:paraId="6AF4BC72" w14:textId="77777777" w:rsidTr="00EC7BC3">
        <w:trPr>
          <w:jc w:val="center"/>
        </w:trPr>
        <w:tc>
          <w:tcPr>
            <w:tcW w:w="1152" w:type="dxa"/>
            <w:vAlign w:val="center"/>
          </w:tcPr>
          <w:p w14:paraId="25B82A6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53F2B9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037779CD" w14:textId="635A83D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19886752" w14:textId="5A94076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64.27</w:t>
            </w:r>
          </w:p>
        </w:tc>
        <w:tc>
          <w:tcPr>
            <w:tcW w:w="1152" w:type="dxa"/>
          </w:tcPr>
          <w:p w14:paraId="20F070F5" w14:textId="34E890D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432A3B60" w14:textId="62035F3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46349995" w14:textId="783EAA3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36.94</w:t>
            </w:r>
          </w:p>
        </w:tc>
      </w:tr>
      <w:tr w:rsidR="00D874B3" w:rsidRPr="00EE6E36" w14:paraId="3A354A23" w14:textId="77777777" w:rsidTr="00EC7BC3">
        <w:trPr>
          <w:jc w:val="center"/>
        </w:trPr>
        <w:tc>
          <w:tcPr>
            <w:tcW w:w="1152" w:type="dxa"/>
            <w:vAlign w:val="center"/>
          </w:tcPr>
          <w:p w14:paraId="49EE610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90CBD2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58C268AC" w14:textId="77C67AA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35367BF5" w14:textId="40D3D5B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61.99</w:t>
            </w:r>
          </w:p>
        </w:tc>
        <w:tc>
          <w:tcPr>
            <w:tcW w:w="1152" w:type="dxa"/>
          </w:tcPr>
          <w:p w14:paraId="063E27F2" w14:textId="1BCAFB0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</w:t>
            </w:r>
          </w:p>
        </w:tc>
        <w:tc>
          <w:tcPr>
            <w:tcW w:w="1152" w:type="dxa"/>
          </w:tcPr>
          <w:p w14:paraId="198F1C66" w14:textId="1C9C973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</w:t>
            </w:r>
          </w:p>
        </w:tc>
        <w:tc>
          <w:tcPr>
            <w:tcW w:w="1152" w:type="dxa"/>
          </w:tcPr>
          <w:p w14:paraId="22413259" w14:textId="5ACAC86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37.81</w:t>
            </w:r>
          </w:p>
        </w:tc>
      </w:tr>
      <w:tr w:rsidR="00D874B3" w:rsidRPr="00EE6E36" w14:paraId="5D51815C" w14:textId="77777777" w:rsidTr="00EC7BC3">
        <w:trPr>
          <w:jc w:val="center"/>
        </w:trPr>
        <w:tc>
          <w:tcPr>
            <w:tcW w:w="1152" w:type="dxa"/>
            <w:vAlign w:val="center"/>
          </w:tcPr>
          <w:p w14:paraId="2969F75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614250D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48235311" w14:textId="7587147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0E3697A8" w14:textId="101BF99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60.83</w:t>
            </w:r>
          </w:p>
        </w:tc>
        <w:tc>
          <w:tcPr>
            <w:tcW w:w="1152" w:type="dxa"/>
          </w:tcPr>
          <w:p w14:paraId="5F64D1C2" w14:textId="7886927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39CFF57D" w14:textId="4B5118E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7A099978" w14:textId="0B885F5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39.26</w:t>
            </w:r>
          </w:p>
        </w:tc>
      </w:tr>
      <w:tr w:rsidR="00D874B3" w:rsidRPr="00EE6E36" w14:paraId="1A04212F" w14:textId="77777777" w:rsidTr="00EC7BC3">
        <w:trPr>
          <w:jc w:val="center"/>
        </w:trPr>
        <w:tc>
          <w:tcPr>
            <w:tcW w:w="1152" w:type="dxa"/>
            <w:vAlign w:val="center"/>
          </w:tcPr>
          <w:p w14:paraId="1ADC8E8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1A53837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10E64FB5" w14:textId="6E241EC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6E8C9B6F" w14:textId="3CD8414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61.71</w:t>
            </w:r>
          </w:p>
        </w:tc>
        <w:tc>
          <w:tcPr>
            <w:tcW w:w="1152" w:type="dxa"/>
          </w:tcPr>
          <w:p w14:paraId="2333D282" w14:textId="6D42C3E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161F8F55" w14:textId="74E4884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53CA7C01" w14:textId="77406F2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38.17</w:t>
            </w:r>
          </w:p>
        </w:tc>
      </w:tr>
      <w:tr w:rsidR="00D874B3" w:rsidRPr="00EE6E36" w14:paraId="6491A884" w14:textId="77777777" w:rsidTr="00EC7BC3">
        <w:trPr>
          <w:jc w:val="center"/>
        </w:trPr>
        <w:tc>
          <w:tcPr>
            <w:tcW w:w="1152" w:type="dxa"/>
            <w:vAlign w:val="center"/>
          </w:tcPr>
          <w:p w14:paraId="2B79D45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BD4571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1C1DD165" w14:textId="4E2C9BE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3EF6C078" w14:textId="727FBA2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65.75</w:t>
            </w:r>
          </w:p>
        </w:tc>
        <w:tc>
          <w:tcPr>
            <w:tcW w:w="1152" w:type="dxa"/>
          </w:tcPr>
          <w:p w14:paraId="1B429EF4" w14:textId="09ABCA7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65D8A492" w14:textId="0083B7B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432E5C24" w14:textId="27051A8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35.86</w:t>
            </w:r>
          </w:p>
        </w:tc>
      </w:tr>
      <w:tr w:rsidR="00D874B3" w:rsidRPr="00EE6E36" w14:paraId="6AF3D0AF" w14:textId="77777777" w:rsidTr="00EC7BC3">
        <w:trPr>
          <w:jc w:val="center"/>
        </w:trPr>
        <w:tc>
          <w:tcPr>
            <w:tcW w:w="1152" w:type="dxa"/>
            <w:vAlign w:val="center"/>
          </w:tcPr>
          <w:p w14:paraId="42FACF2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AEB01E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14B423B4" w14:textId="1A27EF8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5DCA79BE" w14:textId="4785452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61.56</w:t>
            </w:r>
          </w:p>
        </w:tc>
        <w:tc>
          <w:tcPr>
            <w:tcW w:w="1152" w:type="dxa"/>
          </w:tcPr>
          <w:p w14:paraId="3BAD678F" w14:textId="18A1E1F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</w:t>
            </w:r>
          </w:p>
        </w:tc>
        <w:tc>
          <w:tcPr>
            <w:tcW w:w="1152" w:type="dxa"/>
          </w:tcPr>
          <w:p w14:paraId="066AA442" w14:textId="38EC5AA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</w:t>
            </w:r>
          </w:p>
        </w:tc>
        <w:tc>
          <w:tcPr>
            <w:tcW w:w="1152" w:type="dxa"/>
          </w:tcPr>
          <w:p w14:paraId="442C1A25" w14:textId="0905D5E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37.49</w:t>
            </w:r>
          </w:p>
        </w:tc>
      </w:tr>
      <w:tr w:rsidR="00D874B3" w:rsidRPr="00EE6E36" w14:paraId="7F1AED52" w14:textId="77777777" w:rsidTr="00EC7BC3">
        <w:trPr>
          <w:jc w:val="center"/>
        </w:trPr>
        <w:tc>
          <w:tcPr>
            <w:tcW w:w="1152" w:type="dxa"/>
            <w:vAlign w:val="center"/>
          </w:tcPr>
          <w:p w14:paraId="2699C23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3BC562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1B42DDE8" w14:textId="63833F6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6F47D3F0" w14:textId="3451BD2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59.55</w:t>
            </w:r>
          </w:p>
        </w:tc>
        <w:tc>
          <w:tcPr>
            <w:tcW w:w="1152" w:type="dxa"/>
          </w:tcPr>
          <w:p w14:paraId="319A830B" w14:textId="17E2DB3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0FA2035B" w14:textId="3163821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5567830A" w14:textId="456C6B9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39.87</w:t>
            </w:r>
          </w:p>
        </w:tc>
      </w:tr>
      <w:tr w:rsidR="00D874B3" w:rsidRPr="00EE6E36" w14:paraId="5AB56503" w14:textId="77777777" w:rsidTr="00EC7BC3">
        <w:trPr>
          <w:jc w:val="center"/>
        </w:trPr>
        <w:tc>
          <w:tcPr>
            <w:tcW w:w="1152" w:type="dxa"/>
            <w:vAlign w:val="center"/>
          </w:tcPr>
          <w:p w14:paraId="470F690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353E517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32C84D73" w14:textId="2BFB69E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494FFAFC" w14:textId="1B8275B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60.82</w:t>
            </w:r>
          </w:p>
        </w:tc>
        <w:tc>
          <w:tcPr>
            <w:tcW w:w="1152" w:type="dxa"/>
          </w:tcPr>
          <w:p w14:paraId="1C5C76F5" w14:textId="131C163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224C4D94" w14:textId="5264584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6448DF8F" w14:textId="563A276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38.75</w:t>
            </w:r>
          </w:p>
        </w:tc>
      </w:tr>
      <w:tr w:rsidR="00D874B3" w:rsidRPr="00EE6E36" w14:paraId="7ECBADAE" w14:textId="77777777" w:rsidTr="00EC7BC3">
        <w:trPr>
          <w:jc w:val="center"/>
        </w:trPr>
        <w:tc>
          <w:tcPr>
            <w:tcW w:w="1152" w:type="dxa"/>
            <w:vAlign w:val="center"/>
          </w:tcPr>
          <w:p w14:paraId="7BF10BC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695E2D3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5CF92896" w14:textId="3E2E7DB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5D96F6A1" w14:textId="434D7E4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65.96</w:t>
            </w:r>
          </w:p>
        </w:tc>
        <w:tc>
          <w:tcPr>
            <w:tcW w:w="1152" w:type="dxa"/>
          </w:tcPr>
          <w:p w14:paraId="03806D29" w14:textId="26212DF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70E87C3B" w14:textId="04761E9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21F2E86F" w14:textId="43F000C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35.85</w:t>
            </w:r>
          </w:p>
        </w:tc>
      </w:tr>
      <w:tr w:rsidR="00D874B3" w:rsidRPr="00EE6E36" w14:paraId="4B9AC7CC" w14:textId="77777777" w:rsidTr="00EC7BC3">
        <w:trPr>
          <w:jc w:val="center"/>
        </w:trPr>
        <w:tc>
          <w:tcPr>
            <w:tcW w:w="1152" w:type="dxa"/>
            <w:vAlign w:val="center"/>
          </w:tcPr>
          <w:p w14:paraId="66D2F7B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6767CC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4A9EA355" w14:textId="4A86B06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42ECCC12" w14:textId="6A7BEF4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4.23</w:t>
            </w:r>
          </w:p>
        </w:tc>
        <w:tc>
          <w:tcPr>
            <w:tcW w:w="1152" w:type="dxa"/>
          </w:tcPr>
          <w:p w14:paraId="115DA05D" w14:textId="0266A29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-28.03</w:t>
            </w:r>
          </w:p>
        </w:tc>
        <w:tc>
          <w:tcPr>
            <w:tcW w:w="1152" w:type="dxa"/>
          </w:tcPr>
          <w:p w14:paraId="4FDDD0BF" w14:textId="40FA067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26.86</w:t>
            </w:r>
          </w:p>
        </w:tc>
        <w:tc>
          <w:tcPr>
            <w:tcW w:w="1152" w:type="dxa"/>
          </w:tcPr>
          <w:p w14:paraId="0B9E1BBD" w14:textId="295064E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8.16</w:t>
            </w:r>
          </w:p>
        </w:tc>
      </w:tr>
      <w:tr w:rsidR="00D874B3" w:rsidRPr="00EE6E36" w14:paraId="03D66F4C" w14:textId="77777777" w:rsidTr="00EC7BC3">
        <w:trPr>
          <w:jc w:val="center"/>
        </w:trPr>
        <w:tc>
          <w:tcPr>
            <w:tcW w:w="1152" w:type="dxa"/>
            <w:vAlign w:val="center"/>
          </w:tcPr>
          <w:p w14:paraId="0BEFC86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08E81BD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4B7FF931" w14:textId="53ACE70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0787A598" w14:textId="3F9EACB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4.78</w:t>
            </w:r>
          </w:p>
        </w:tc>
        <w:tc>
          <w:tcPr>
            <w:tcW w:w="1152" w:type="dxa"/>
          </w:tcPr>
          <w:p w14:paraId="79E8750F" w14:textId="0CA22FC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-22.53</w:t>
            </w:r>
          </w:p>
        </w:tc>
        <w:tc>
          <w:tcPr>
            <w:tcW w:w="1152" w:type="dxa"/>
          </w:tcPr>
          <w:p w14:paraId="65DFAD2B" w14:textId="7C8532D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26.67</w:t>
            </w:r>
          </w:p>
        </w:tc>
        <w:tc>
          <w:tcPr>
            <w:tcW w:w="1152" w:type="dxa"/>
          </w:tcPr>
          <w:p w14:paraId="51033A0A" w14:textId="484C458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7.85</w:t>
            </w:r>
          </w:p>
        </w:tc>
      </w:tr>
      <w:tr w:rsidR="00D874B3" w:rsidRPr="00EE6E36" w14:paraId="21253B37" w14:textId="77777777" w:rsidTr="00EC7BC3">
        <w:trPr>
          <w:jc w:val="center"/>
        </w:trPr>
        <w:tc>
          <w:tcPr>
            <w:tcW w:w="1152" w:type="dxa"/>
            <w:vAlign w:val="center"/>
          </w:tcPr>
          <w:p w14:paraId="54786C0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2AD55C4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5642D74E" w14:textId="0F85331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5D4AA34D" w14:textId="7817E88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2.96</w:t>
            </w:r>
          </w:p>
        </w:tc>
        <w:tc>
          <w:tcPr>
            <w:tcW w:w="1152" w:type="dxa"/>
          </w:tcPr>
          <w:p w14:paraId="1367A441" w14:textId="5EC6A8A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-19.57</w:t>
            </w:r>
          </w:p>
        </w:tc>
        <w:tc>
          <w:tcPr>
            <w:tcW w:w="1152" w:type="dxa"/>
          </w:tcPr>
          <w:p w14:paraId="0A151EF1" w14:textId="351EF54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22.42</w:t>
            </w:r>
          </w:p>
        </w:tc>
        <w:tc>
          <w:tcPr>
            <w:tcW w:w="1152" w:type="dxa"/>
          </w:tcPr>
          <w:p w14:paraId="6750C868" w14:textId="3E13CCA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6.19</w:t>
            </w:r>
          </w:p>
        </w:tc>
      </w:tr>
      <w:tr w:rsidR="00D874B3" w:rsidRPr="00EE6E36" w14:paraId="5D2AA7A4" w14:textId="77777777" w:rsidTr="00EC7BC3">
        <w:trPr>
          <w:jc w:val="center"/>
        </w:trPr>
        <w:tc>
          <w:tcPr>
            <w:tcW w:w="1152" w:type="dxa"/>
            <w:vAlign w:val="center"/>
          </w:tcPr>
          <w:p w14:paraId="2C5D630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15ABF5C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0100BA06" w14:textId="268ED5C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13ED2CC8" w14:textId="0CDB3F0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3.75</w:t>
            </w:r>
          </w:p>
        </w:tc>
        <w:tc>
          <w:tcPr>
            <w:tcW w:w="1152" w:type="dxa"/>
          </w:tcPr>
          <w:p w14:paraId="0CDBBBC5" w14:textId="55ED771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-22.17</w:t>
            </w:r>
          </w:p>
        </w:tc>
        <w:tc>
          <w:tcPr>
            <w:tcW w:w="1152" w:type="dxa"/>
          </w:tcPr>
          <w:p w14:paraId="64BF1BA4" w14:textId="0B5F383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23.69</w:t>
            </w:r>
          </w:p>
        </w:tc>
        <w:tc>
          <w:tcPr>
            <w:tcW w:w="1152" w:type="dxa"/>
          </w:tcPr>
          <w:p w14:paraId="12944513" w14:textId="235DFB9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6.72</w:t>
            </w:r>
          </w:p>
        </w:tc>
      </w:tr>
      <w:tr w:rsidR="00D874B3" w:rsidRPr="00EE6E36" w14:paraId="7A1190BA" w14:textId="77777777" w:rsidTr="00EC7BC3">
        <w:trPr>
          <w:jc w:val="center"/>
        </w:trPr>
        <w:tc>
          <w:tcPr>
            <w:tcW w:w="1152" w:type="dxa"/>
            <w:vAlign w:val="center"/>
          </w:tcPr>
          <w:p w14:paraId="486E323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688660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79C00245" w14:textId="7E9477C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56241371" w14:textId="746FDDB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4.16</w:t>
            </w:r>
          </w:p>
        </w:tc>
        <w:tc>
          <w:tcPr>
            <w:tcW w:w="1152" w:type="dxa"/>
          </w:tcPr>
          <w:p w14:paraId="410AB1FD" w14:textId="70D891B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-28.15</w:t>
            </w:r>
          </w:p>
        </w:tc>
        <w:tc>
          <w:tcPr>
            <w:tcW w:w="1152" w:type="dxa"/>
          </w:tcPr>
          <w:p w14:paraId="525B0BE1" w14:textId="11FE31C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27.26</w:t>
            </w:r>
          </w:p>
        </w:tc>
        <w:tc>
          <w:tcPr>
            <w:tcW w:w="1152" w:type="dxa"/>
          </w:tcPr>
          <w:p w14:paraId="09E38FD5" w14:textId="087CB3E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8.21</w:t>
            </w:r>
          </w:p>
        </w:tc>
      </w:tr>
      <w:tr w:rsidR="00D874B3" w:rsidRPr="00EE6E36" w14:paraId="4DEE907E" w14:textId="77777777" w:rsidTr="00EC7BC3">
        <w:trPr>
          <w:jc w:val="center"/>
        </w:trPr>
        <w:tc>
          <w:tcPr>
            <w:tcW w:w="1152" w:type="dxa"/>
            <w:vAlign w:val="center"/>
          </w:tcPr>
          <w:p w14:paraId="0EEA322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9938C8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3C8359B5" w14:textId="1E54F0B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16154AD9" w14:textId="6261963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5.31</w:t>
            </w:r>
          </w:p>
        </w:tc>
        <w:tc>
          <w:tcPr>
            <w:tcW w:w="1152" w:type="dxa"/>
          </w:tcPr>
          <w:p w14:paraId="49E5355B" w14:textId="443B31E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-21.65</w:t>
            </w:r>
          </w:p>
        </w:tc>
        <w:tc>
          <w:tcPr>
            <w:tcW w:w="1152" w:type="dxa"/>
          </w:tcPr>
          <w:p w14:paraId="793CCBAE" w14:textId="4693EBA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27.3</w:t>
            </w:r>
          </w:p>
        </w:tc>
        <w:tc>
          <w:tcPr>
            <w:tcW w:w="1152" w:type="dxa"/>
          </w:tcPr>
          <w:p w14:paraId="2C5EDA6F" w14:textId="2348359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7.84</w:t>
            </w:r>
          </w:p>
        </w:tc>
      </w:tr>
      <w:tr w:rsidR="00D874B3" w:rsidRPr="00EE6E36" w14:paraId="470044E6" w14:textId="77777777" w:rsidTr="00EC7BC3">
        <w:trPr>
          <w:jc w:val="center"/>
        </w:trPr>
        <w:tc>
          <w:tcPr>
            <w:tcW w:w="1152" w:type="dxa"/>
            <w:vAlign w:val="center"/>
          </w:tcPr>
          <w:p w14:paraId="542A062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B3A812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3E796220" w14:textId="3A85F3C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51B63EDD" w14:textId="750EC11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3.43</w:t>
            </w:r>
          </w:p>
        </w:tc>
        <w:tc>
          <w:tcPr>
            <w:tcW w:w="1152" w:type="dxa"/>
          </w:tcPr>
          <w:p w14:paraId="57968AF0" w14:textId="4E4E143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-19.19</w:t>
            </w:r>
          </w:p>
        </w:tc>
        <w:tc>
          <w:tcPr>
            <w:tcW w:w="1152" w:type="dxa"/>
          </w:tcPr>
          <w:p w14:paraId="455CED2F" w14:textId="100928F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23.04</w:t>
            </w:r>
          </w:p>
        </w:tc>
        <w:tc>
          <w:tcPr>
            <w:tcW w:w="1152" w:type="dxa"/>
          </w:tcPr>
          <w:p w14:paraId="1903EF4E" w14:textId="215CB2B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6.26</w:t>
            </w:r>
          </w:p>
        </w:tc>
      </w:tr>
      <w:tr w:rsidR="00D874B3" w:rsidRPr="00EE6E36" w14:paraId="2E6181E1" w14:textId="77777777" w:rsidTr="00EC7BC3">
        <w:trPr>
          <w:jc w:val="center"/>
        </w:trPr>
        <w:tc>
          <w:tcPr>
            <w:tcW w:w="1152" w:type="dxa"/>
            <w:vAlign w:val="center"/>
          </w:tcPr>
          <w:p w14:paraId="706002E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2E5CE9A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3D7BB3DC" w14:textId="02537AC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4DAFC7C0" w14:textId="25AC0F2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3.94</w:t>
            </w:r>
          </w:p>
        </w:tc>
        <w:tc>
          <w:tcPr>
            <w:tcW w:w="1152" w:type="dxa"/>
          </w:tcPr>
          <w:p w14:paraId="6B8EFFDE" w14:textId="114C8FA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-21.8</w:t>
            </w:r>
          </w:p>
        </w:tc>
        <w:tc>
          <w:tcPr>
            <w:tcW w:w="1152" w:type="dxa"/>
          </w:tcPr>
          <w:p w14:paraId="67FACFCC" w14:textId="0CEA6F0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23.81</w:t>
            </w:r>
          </w:p>
        </w:tc>
        <w:tc>
          <w:tcPr>
            <w:tcW w:w="1152" w:type="dxa"/>
          </w:tcPr>
          <w:p w14:paraId="1C02B188" w14:textId="3212755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6.67</w:t>
            </w:r>
          </w:p>
        </w:tc>
      </w:tr>
      <w:tr w:rsidR="00D874B3" w:rsidRPr="00EE6E36" w14:paraId="4C654F3B" w14:textId="77777777" w:rsidTr="00EC7BC3">
        <w:trPr>
          <w:jc w:val="center"/>
        </w:trPr>
        <w:tc>
          <w:tcPr>
            <w:tcW w:w="1152" w:type="dxa"/>
            <w:vAlign w:val="center"/>
          </w:tcPr>
          <w:p w14:paraId="6DC0558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069EE0A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181C7B99" w14:textId="5BE40C9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17BE60C5" w14:textId="44B105C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3.89</w:t>
            </w:r>
          </w:p>
        </w:tc>
        <w:tc>
          <w:tcPr>
            <w:tcW w:w="1152" w:type="dxa"/>
          </w:tcPr>
          <w:p w14:paraId="7D932447" w14:textId="33FD3D7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-28.49</w:t>
            </w:r>
          </w:p>
        </w:tc>
        <w:tc>
          <w:tcPr>
            <w:tcW w:w="1152" w:type="dxa"/>
          </w:tcPr>
          <w:p w14:paraId="10E3B946" w14:textId="5004059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26.55</w:t>
            </w:r>
          </w:p>
        </w:tc>
        <w:tc>
          <w:tcPr>
            <w:tcW w:w="1152" w:type="dxa"/>
          </w:tcPr>
          <w:p w14:paraId="0B47611D" w14:textId="30D7577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8.21</w:t>
            </w:r>
          </w:p>
        </w:tc>
      </w:tr>
      <w:tr w:rsidR="00D874B3" w:rsidRPr="00EE6E36" w14:paraId="1481B889" w14:textId="77777777" w:rsidTr="00EC7BC3">
        <w:trPr>
          <w:jc w:val="center"/>
        </w:trPr>
        <w:tc>
          <w:tcPr>
            <w:tcW w:w="1152" w:type="dxa"/>
            <w:vAlign w:val="center"/>
          </w:tcPr>
          <w:p w14:paraId="659D5F0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1536C2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5869017D" w14:textId="15C3F24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4F6AF2C6" w14:textId="58EDAA6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4.78</w:t>
            </w:r>
          </w:p>
        </w:tc>
        <w:tc>
          <w:tcPr>
            <w:tcW w:w="1152" w:type="dxa"/>
          </w:tcPr>
          <w:p w14:paraId="54F07204" w14:textId="68584CA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-22.21</w:t>
            </w:r>
          </w:p>
        </w:tc>
        <w:tc>
          <w:tcPr>
            <w:tcW w:w="1152" w:type="dxa"/>
          </w:tcPr>
          <w:p w14:paraId="2752E65C" w14:textId="76539A7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26.77</w:t>
            </w:r>
          </w:p>
        </w:tc>
        <w:tc>
          <w:tcPr>
            <w:tcW w:w="1152" w:type="dxa"/>
          </w:tcPr>
          <w:p w14:paraId="325C2845" w14:textId="174C02A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7.73</w:t>
            </w:r>
          </w:p>
        </w:tc>
      </w:tr>
      <w:tr w:rsidR="00D874B3" w:rsidRPr="00EE6E36" w14:paraId="2E7B5158" w14:textId="77777777" w:rsidTr="00EC7BC3">
        <w:trPr>
          <w:jc w:val="center"/>
        </w:trPr>
        <w:tc>
          <w:tcPr>
            <w:tcW w:w="1152" w:type="dxa"/>
            <w:vAlign w:val="center"/>
          </w:tcPr>
          <w:p w14:paraId="4F910E9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0AE9F19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4BE5871E" w14:textId="22EABBE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3F7D6742" w14:textId="377E301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3.19</w:t>
            </w:r>
          </w:p>
        </w:tc>
        <w:tc>
          <w:tcPr>
            <w:tcW w:w="1152" w:type="dxa"/>
          </w:tcPr>
          <w:p w14:paraId="48EF3541" w14:textId="0716A7E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-19.67</w:t>
            </w:r>
          </w:p>
        </w:tc>
        <w:tc>
          <w:tcPr>
            <w:tcW w:w="1152" w:type="dxa"/>
          </w:tcPr>
          <w:p w14:paraId="1BDAD622" w14:textId="5EEBBF7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22.61</w:t>
            </w:r>
          </w:p>
        </w:tc>
        <w:tc>
          <w:tcPr>
            <w:tcW w:w="1152" w:type="dxa"/>
          </w:tcPr>
          <w:p w14:paraId="35558FD3" w14:textId="25262EA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6.3</w:t>
            </w:r>
          </w:p>
        </w:tc>
      </w:tr>
      <w:tr w:rsidR="00D874B3" w:rsidRPr="00EE6E36" w14:paraId="3684674D" w14:textId="77777777" w:rsidTr="00EC7BC3">
        <w:trPr>
          <w:jc w:val="center"/>
        </w:trPr>
        <w:tc>
          <w:tcPr>
            <w:tcW w:w="1152" w:type="dxa"/>
            <w:vAlign w:val="center"/>
          </w:tcPr>
          <w:p w14:paraId="4BEC5F9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61B9CF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2C616E4C" w14:textId="188D402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30D126C9" w14:textId="19B56A3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3.75</w:t>
            </w:r>
          </w:p>
        </w:tc>
        <w:tc>
          <w:tcPr>
            <w:tcW w:w="1152" w:type="dxa"/>
          </w:tcPr>
          <w:p w14:paraId="62C9CA4E" w14:textId="4A75C1F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-22.29</w:t>
            </w:r>
          </w:p>
        </w:tc>
        <w:tc>
          <w:tcPr>
            <w:tcW w:w="1152" w:type="dxa"/>
          </w:tcPr>
          <w:p w14:paraId="7262F1A4" w14:textId="6FD07A1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23.48</w:t>
            </w:r>
          </w:p>
        </w:tc>
        <w:tc>
          <w:tcPr>
            <w:tcW w:w="1152" w:type="dxa"/>
          </w:tcPr>
          <w:p w14:paraId="58DD2294" w14:textId="446F1F8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6.72</w:t>
            </w:r>
          </w:p>
        </w:tc>
      </w:tr>
      <w:tr w:rsidR="00D874B3" w:rsidRPr="00EE6E36" w14:paraId="591E278A" w14:textId="77777777" w:rsidTr="00EC7BC3">
        <w:trPr>
          <w:jc w:val="center"/>
        </w:trPr>
        <w:tc>
          <w:tcPr>
            <w:tcW w:w="1152" w:type="dxa"/>
            <w:vAlign w:val="center"/>
          </w:tcPr>
          <w:p w14:paraId="107BBF2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76610E4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046D0B0B" w14:textId="528A524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664D4B48" w14:textId="2912C1F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8.66</w:t>
            </w:r>
          </w:p>
        </w:tc>
        <w:tc>
          <w:tcPr>
            <w:tcW w:w="1152" w:type="dxa"/>
          </w:tcPr>
          <w:p w14:paraId="3E4E0264" w14:textId="5F3ABC2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-24.31</w:t>
            </w:r>
          </w:p>
        </w:tc>
        <w:tc>
          <w:tcPr>
            <w:tcW w:w="1152" w:type="dxa"/>
          </w:tcPr>
          <w:p w14:paraId="51BE8C1F" w14:textId="78BAC83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30.97</w:t>
            </w:r>
          </w:p>
        </w:tc>
        <w:tc>
          <w:tcPr>
            <w:tcW w:w="1152" w:type="dxa"/>
          </w:tcPr>
          <w:p w14:paraId="16125A48" w14:textId="5738CF8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9.5</w:t>
            </w:r>
          </w:p>
        </w:tc>
      </w:tr>
      <w:tr w:rsidR="00D874B3" w:rsidRPr="00EE6E36" w14:paraId="20C479CB" w14:textId="77777777" w:rsidTr="00EC7BC3">
        <w:trPr>
          <w:jc w:val="center"/>
        </w:trPr>
        <w:tc>
          <w:tcPr>
            <w:tcW w:w="1152" w:type="dxa"/>
            <w:vAlign w:val="center"/>
          </w:tcPr>
          <w:p w14:paraId="74DFB97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45DBE0E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1F4EE3F1" w14:textId="46DEA47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308B63FA" w14:textId="3ED5DC8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8.89</w:t>
            </w:r>
          </w:p>
        </w:tc>
        <w:tc>
          <w:tcPr>
            <w:tcW w:w="1152" w:type="dxa"/>
          </w:tcPr>
          <w:p w14:paraId="6E8735F9" w14:textId="572B9CA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-19.78</w:t>
            </w:r>
          </w:p>
        </w:tc>
        <w:tc>
          <w:tcPr>
            <w:tcW w:w="1152" w:type="dxa"/>
          </w:tcPr>
          <w:p w14:paraId="542E8E96" w14:textId="7581E19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30.02</w:t>
            </w:r>
          </w:p>
        </w:tc>
        <w:tc>
          <w:tcPr>
            <w:tcW w:w="1152" w:type="dxa"/>
          </w:tcPr>
          <w:p w14:paraId="1920F785" w14:textId="3847752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10.2</w:t>
            </w:r>
          </w:p>
        </w:tc>
      </w:tr>
      <w:tr w:rsidR="00D874B3" w:rsidRPr="00EE6E36" w14:paraId="470756DF" w14:textId="77777777" w:rsidTr="00EC7BC3">
        <w:trPr>
          <w:jc w:val="center"/>
        </w:trPr>
        <w:tc>
          <w:tcPr>
            <w:tcW w:w="1152" w:type="dxa"/>
            <w:vAlign w:val="center"/>
          </w:tcPr>
          <w:p w14:paraId="2C81175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6F6A5AF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5E2FE209" w14:textId="1932161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6DFF514D" w14:textId="11D49ED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6.83</w:t>
            </w:r>
          </w:p>
        </w:tc>
        <w:tc>
          <w:tcPr>
            <w:tcW w:w="1152" w:type="dxa"/>
          </w:tcPr>
          <w:p w14:paraId="76DEF599" w14:textId="2AFC42D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-14.02</w:t>
            </w:r>
          </w:p>
        </w:tc>
        <w:tc>
          <w:tcPr>
            <w:tcW w:w="1152" w:type="dxa"/>
          </w:tcPr>
          <w:p w14:paraId="6280EDE2" w14:textId="6045B51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26.38</w:t>
            </w:r>
          </w:p>
        </w:tc>
        <w:tc>
          <w:tcPr>
            <w:tcW w:w="1152" w:type="dxa"/>
          </w:tcPr>
          <w:p w14:paraId="0732E852" w14:textId="1F49322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8.05</w:t>
            </w:r>
          </w:p>
        </w:tc>
      </w:tr>
      <w:tr w:rsidR="00D874B3" w:rsidRPr="00EE6E36" w14:paraId="69F9A6AD" w14:textId="77777777" w:rsidTr="00EC7BC3">
        <w:trPr>
          <w:jc w:val="center"/>
        </w:trPr>
        <w:tc>
          <w:tcPr>
            <w:tcW w:w="1152" w:type="dxa"/>
            <w:vAlign w:val="center"/>
          </w:tcPr>
          <w:p w14:paraId="7F9C94F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50C579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</w:tcPr>
          <w:p w14:paraId="35885594" w14:textId="16B0319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4A47EAED" w14:textId="3E4015D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7.59</w:t>
            </w:r>
          </w:p>
        </w:tc>
        <w:tc>
          <w:tcPr>
            <w:tcW w:w="1152" w:type="dxa"/>
          </w:tcPr>
          <w:p w14:paraId="440C6FF9" w14:textId="79C196F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-13.91</w:t>
            </w:r>
          </w:p>
        </w:tc>
        <w:tc>
          <w:tcPr>
            <w:tcW w:w="1152" w:type="dxa"/>
          </w:tcPr>
          <w:p w14:paraId="2C30702F" w14:textId="68D8183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26.27</w:t>
            </w:r>
          </w:p>
        </w:tc>
        <w:tc>
          <w:tcPr>
            <w:tcW w:w="1152" w:type="dxa"/>
          </w:tcPr>
          <w:p w14:paraId="594C94E9" w14:textId="47FB45B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7.66</w:t>
            </w:r>
          </w:p>
        </w:tc>
      </w:tr>
      <w:tr w:rsidR="00D874B3" w:rsidRPr="00EE6E36" w14:paraId="707BFAEE" w14:textId="77777777" w:rsidTr="00EC7BC3">
        <w:trPr>
          <w:jc w:val="center"/>
        </w:trPr>
        <w:tc>
          <w:tcPr>
            <w:tcW w:w="1152" w:type="dxa"/>
            <w:vAlign w:val="center"/>
          </w:tcPr>
          <w:p w14:paraId="297C3A9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1DE0F42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5A0407BC" w14:textId="0C57821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67A9A9A3" w14:textId="276C818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8.88</w:t>
            </w:r>
          </w:p>
        </w:tc>
        <w:tc>
          <w:tcPr>
            <w:tcW w:w="1152" w:type="dxa"/>
          </w:tcPr>
          <w:p w14:paraId="72DDB318" w14:textId="194386F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-23.77</w:t>
            </w:r>
          </w:p>
        </w:tc>
        <w:tc>
          <w:tcPr>
            <w:tcW w:w="1152" w:type="dxa"/>
          </w:tcPr>
          <w:p w14:paraId="3E2C9A9A" w14:textId="270A25C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31.59</w:t>
            </w:r>
          </w:p>
        </w:tc>
        <w:tc>
          <w:tcPr>
            <w:tcW w:w="1152" w:type="dxa"/>
          </w:tcPr>
          <w:p w14:paraId="5033DB96" w14:textId="35EB8BA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9.44</w:t>
            </w:r>
          </w:p>
        </w:tc>
      </w:tr>
      <w:tr w:rsidR="00D874B3" w:rsidRPr="00EE6E36" w14:paraId="5941CB22" w14:textId="77777777" w:rsidTr="00EC7BC3">
        <w:trPr>
          <w:jc w:val="center"/>
        </w:trPr>
        <w:tc>
          <w:tcPr>
            <w:tcW w:w="1152" w:type="dxa"/>
            <w:vAlign w:val="center"/>
          </w:tcPr>
          <w:p w14:paraId="5F567CD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13FF174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3C2BA401" w14:textId="1D49773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713F8537" w14:textId="08EE1F1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9.5</w:t>
            </w:r>
          </w:p>
        </w:tc>
        <w:tc>
          <w:tcPr>
            <w:tcW w:w="1152" w:type="dxa"/>
          </w:tcPr>
          <w:p w14:paraId="2CE67A6E" w14:textId="1EC16D7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-19.51</w:t>
            </w:r>
          </w:p>
        </w:tc>
        <w:tc>
          <w:tcPr>
            <w:tcW w:w="1152" w:type="dxa"/>
          </w:tcPr>
          <w:p w14:paraId="20F393B9" w14:textId="277E143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31.1</w:t>
            </w:r>
          </w:p>
        </w:tc>
        <w:tc>
          <w:tcPr>
            <w:tcW w:w="1152" w:type="dxa"/>
          </w:tcPr>
          <w:p w14:paraId="3B76D7CE" w14:textId="7CA0FD3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10.17</w:t>
            </w:r>
          </w:p>
        </w:tc>
      </w:tr>
      <w:tr w:rsidR="00D874B3" w:rsidRPr="00EE6E36" w14:paraId="4BD18746" w14:textId="77777777" w:rsidTr="00EC7BC3">
        <w:trPr>
          <w:jc w:val="center"/>
        </w:trPr>
        <w:tc>
          <w:tcPr>
            <w:tcW w:w="1152" w:type="dxa"/>
            <w:vAlign w:val="center"/>
          </w:tcPr>
          <w:p w14:paraId="4C1AB44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782512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1D70CEDE" w14:textId="2C8F0C8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0BBCD1E0" w14:textId="672CEFC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7.4</w:t>
            </w:r>
          </w:p>
        </w:tc>
        <w:tc>
          <w:tcPr>
            <w:tcW w:w="1152" w:type="dxa"/>
          </w:tcPr>
          <w:p w14:paraId="65CC2CD4" w14:textId="2B6DC4C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-13.37</w:t>
            </w:r>
          </w:p>
        </w:tc>
        <w:tc>
          <w:tcPr>
            <w:tcW w:w="1152" w:type="dxa"/>
          </w:tcPr>
          <w:p w14:paraId="64E0B288" w14:textId="3D7377F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27.33</w:t>
            </w:r>
          </w:p>
        </w:tc>
        <w:tc>
          <w:tcPr>
            <w:tcW w:w="1152" w:type="dxa"/>
          </w:tcPr>
          <w:p w14:paraId="1B2DEC5E" w14:textId="0877937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8.06</w:t>
            </w:r>
          </w:p>
        </w:tc>
      </w:tr>
      <w:tr w:rsidR="00D874B3" w:rsidRPr="00EE6E36" w14:paraId="5576DDCE" w14:textId="77777777" w:rsidTr="00EC7BC3">
        <w:trPr>
          <w:jc w:val="center"/>
        </w:trPr>
        <w:tc>
          <w:tcPr>
            <w:tcW w:w="1152" w:type="dxa"/>
            <w:vAlign w:val="center"/>
          </w:tcPr>
          <w:p w14:paraId="403F59F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96AB11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</w:tcPr>
          <w:p w14:paraId="6D18BC2F" w14:textId="2A684EA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68F84870" w14:textId="134B112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7.99</w:t>
            </w:r>
          </w:p>
        </w:tc>
        <w:tc>
          <w:tcPr>
            <w:tcW w:w="1152" w:type="dxa"/>
          </w:tcPr>
          <w:p w14:paraId="17FFEA26" w14:textId="1EC8DFD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-13.4</w:t>
            </w:r>
          </w:p>
        </w:tc>
        <w:tc>
          <w:tcPr>
            <w:tcW w:w="1152" w:type="dxa"/>
          </w:tcPr>
          <w:p w14:paraId="4FC67823" w14:textId="2493277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26.51</w:t>
            </w:r>
          </w:p>
        </w:tc>
        <w:tc>
          <w:tcPr>
            <w:tcW w:w="1152" w:type="dxa"/>
          </w:tcPr>
          <w:p w14:paraId="0BFBC9BC" w14:textId="696958A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7.52</w:t>
            </w:r>
          </w:p>
        </w:tc>
      </w:tr>
      <w:tr w:rsidR="00D874B3" w:rsidRPr="00EE6E36" w14:paraId="27EE39C0" w14:textId="77777777" w:rsidTr="00EC7BC3">
        <w:trPr>
          <w:jc w:val="center"/>
        </w:trPr>
        <w:tc>
          <w:tcPr>
            <w:tcW w:w="1152" w:type="dxa"/>
            <w:vAlign w:val="center"/>
          </w:tcPr>
          <w:p w14:paraId="4C27FDA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539E28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08B3409D" w14:textId="3CCD0F4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5FC28107" w14:textId="40E7CD2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9.04</w:t>
            </w:r>
          </w:p>
        </w:tc>
        <w:tc>
          <w:tcPr>
            <w:tcW w:w="1152" w:type="dxa"/>
          </w:tcPr>
          <w:p w14:paraId="43DCDA03" w14:textId="6A06377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-23.44</w:t>
            </w:r>
          </w:p>
        </w:tc>
        <w:tc>
          <w:tcPr>
            <w:tcW w:w="1152" w:type="dxa"/>
          </w:tcPr>
          <w:p w14:paraId="0AA47138" w14:textId="614F4A5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31.01</w:t>
            </w:r>
          </w:p>
        </w:tc>
        <w:tc>
          <w:tcPr>
            <w:tcW w:w="1152" w:type="dxa"/>
          </w:tcPr>
          <w:p w14:paraId="619839CC" w14:textId="000C977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9.33</w:t>
            </w:r>
          </w:p>
        </w:tc>
      </w:tr>
      <w:tr w:rsidR="00D874B3" w:rsidRPr="00EE6E36" w14:paraId="4D11AEC6" w14:textId="77777777" w:rsidTr="00EC7BC3">
        <w:trPr>
          <w:jc w:val="center"/>
        </w:trPr>
        <w:tc>
          <w:tcPr>
            <w:tcW w:w="1152" w:type="dxa"/>
            <w:vAlign w:val="center"/>
          </w:tcPr>
          <w:p w14:paraId="792A512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6777BC7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77866B75" w14:textId="7F1442A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7AD57138" w14:textId="21E6F9A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</w:t>
            </w:r>
          </w:p>
        </w:tc>
        <w:tc>
          <w:tcPr>
            <w:tcW w:w="1152" w:type="dxa"/>
          </w:tcPr>
          <w:p w14:paraId="69656C26" w14:textId="55BA8F7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-20.33</w:t>
            </w:r>
          </w:p>
        </w:tc>
        <w:tc>
          <w:tcPr>
            <w:tcW w:w="1152" w:type="dxa"/>
          </w:tcPr>
          <w:p w14:paraId="72F2E2EA" w14:textId="2B7661F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30.26</w:t>
            </w:r>
          </w:p>
        </w:tc>
        <w:tc>
          <w:tcPr>
            <w:tcW w:w="1152" w:type="dxa"/>
          </w:tcPr>
          <w:p w14:paraId="6AF82789" w14:textId="3749A0C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9.99</w:t>
            </w:r>
          </w:p>
        </w:tc>
      </w:tr>
      <w:tr w:rsidR="00D874B3" w:rsidRPr="00EE6E36" w14:paraId="19C33D29" w14:textId="77777777" w:rsidTr="00EC7BC3">
        <w:trPr>
          <w:jc w:val="center"/>
        </w:trPr>
        <w:tc>
          <w:tcPr>
            <w:tcW w:w="1152" w:type="dxa"/>
            <w:vAlign w:val="center"/>
          </w:tcPr>
          <w:p w14:paraId="3A6AD37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2F3E9D5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</w:tcPr>
          <w:p w14:paraId="10282101" w14:textId="4BD349A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6E86CE85" w14:textId="7208C43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7.27</w:t>
            </w:r>
          </w:p>
        </w:tc>
        <w:tc>
          <w:tcPr>
            <w:tcW w:w="1152" w:type="dxa"/>
          </w:tcPr>
          <w:p w14:paraId="44ADB622" w14:textId="40AA434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-13.55</w:t>
            </w:r>
          </w:p>
        </w:tc>
        <w:tc>
          <w:tcPr>
            <w:tcW w:w="1152" w:type="dxa"/>
          </w:tcPr>
          <w:p w14:paraId="57310CE5" w14:textId="53500C9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27.26</w:t>
            </w:r>
          </w:p>
        </w:tc>
        <w:tc>
          <w:tcPr>
            <w:tcW w:w="1152" w:type="dxa"/>
          </w:tcPr>
          <w:p w14:paraId="0FC87F2B" w14:textId="4DA0DC8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8.11</w:t>
            </w:r>
          </w:p>
        </w:tc>
      </w:tr>
      <w:tr w:rsidR="00D874B3" w:rsidRPr="00EE6E36" w14:paraId="61CC6892" w14:textId="77777777" w:rsidTr="00EC7BC3">
        <w:trPr>
          <w:jc w:val="center"/>
        </w:trPr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720E0BA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1FE1397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tcBorders>
              <w:bottom w:val="single" w:sz="8" w:space="0" w:color="auto"/>
            </w:tcBorders>
          </w:tcPr>
          <w:p w14:paraId="1E666E90" w14:textId="23D0428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5AAC461B" w14:textId="6EB8C36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7.83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1E0A51B4" w14:textId="179B2EF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-13.76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0CED1C58" w14:textId="7680F10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26.39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7F65070D" w14:textId="3D5F696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7.57</w:t>
            </w:r>
          </w:p>
        </w:tc>
      </w:tr>
    </w:tbl>
    <w:p w14:paraId="79D483C6" w14:textId="77777777" w:rsidR="00E27205" w:rsidRDefault="00E27205"/>
    <w:p w14:paraId="68D041DB" w14:textId="77777777" w:rsidR="00E27205" w:rsidRPr="00CC2428" w:rsidRDefault="00000000">
      <w:pPr>
        <w:jc w:val="both"/>
        <w:rPr>
          <w:b/>
          <w:sz w:val="20"/>
          <w:szCs w:val="24"/>
        </w:rPr>
      </w:pPr>
      <w:r w:rsidRPr="00CC2428">
        <w:rPr>
          <w:b/>
          <w:sz w:val="20"/>
          <w:szCs w:val="24"/>
        </w:rPr>
        <w:lastRenderedPageBreak/>
        <w:t>Table S1b. Seasonal and period-based summary of mean changes (Δ) in extreme temperature indices under SSP2-4.5.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1440"/>
        <w:gridCol w:w="864"/>
        <w:gridCol w:w="1152"/>
        <w:gridCol w:w="1152"/>
        <w:gridCol w:w="1152"/>
        <w:gridCol w:w="1152"/>
      </w:tblGrid>
      <w:tr w:rsidR="00E27205" w:rsidRPr="00EE6E36" w14:paraId="7E6FC429" w14:textId="77777777" w:rsidTr="00EC7BC3">
        <w:trPr>
          <w:tblHeader/>
          <w:jc w:val="center"/>
        </w:trPr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7B636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Index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A0142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Period</w:t>
            </w: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329B9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Season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881E9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Mean Δ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0A50C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Min Δ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CAF9C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Max Δ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DC31D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Std. Dev.</w:t>
            </w:r>
          </w:p>
        </w:tc>
      </w:tr>
      <w:tr w:rsidR="00D874B3" w:rsidRPr="00EE6E36" w14:paraId="590DC1D1" w14:textId="77777777" w:rsidTr="00EC7BC3">
        <w:trPr>
          <w:jc w:val="center"/>
        </w:trPr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20C563A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4F8D338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tcBorders>
              <w:top w:val="single" w:sz="8" w:space="0" w:color="auto"/>
            </w:tcBorders>
            <w:vAlign w:val="center"/>
          </w:tcPr>
          <w:p w14:paraId="76FE491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1446ADAE" w14:textId="03B6EED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33.09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7681BA35" w14:textId="1F4B7F7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69D186D3" w14:textId="341673A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90.06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262E4B5C" w14:textId="7CA7677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40.44</w:t>
            </w:r>
          </w:p>
        </w:tc>
      </w:tr>
      <w:tr w:rsidR="00D874B3" w:rsidRPr="00EE6E36" w14:paraId="3E718A82" w14:textId="77777777" w:rsidTr="00EC7BC3">
        <w:trPr>
          <w:jc w:val="center"/>
        </w:trPr>
        <w:tc>
          <w:tcPr>
            <w:tcW w:w="1152" w:type="dxa"/>
            <w:vAlign w:val="center"/>
          </w:tcPr>
          <w:p w14:paraId="7FD14E0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BAA8FD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795C571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6686B59F" w14:textId="3B57A2F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44.18</w:t>
            </w:r>
          </w:p>
        </w:tc>
        <w:tc>
          <w:tcPr>
            <w:tcW w:w="1152" w:type="dxa"/>
          </w:tcPr>
          <w:p w14:paraId="58F276B1" w14:textId="13E4EC9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68C04DA6" w14:textId="6C2F29B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346FC1FB" w14:textId="61A6660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39.04</w:t>
            </w:r>
          </w:p>
        </w:tc>
      </w:tr>
      <w:tr w:rsidR="00D874B3" w:rsidRPr="00EE6E36" w14:paraId="225DEBE0" w14:textId="77777777" w:rsidTr="00EC7BC3">
        <w:trPr>
          <w:jc w:val="center"/>
        </w:trPr>
        <w:tc>
          <w:tcPr>
            <w:tcW w:w="1152" w:type="dxa"/>
            <w:vAlign w:val="center"/>
          </w:tcPr>
          <w:p w14:paraId="24DB6C4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0D5AB7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702005F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1791B9BD" w14:textId="47BD676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45.12</w:t>
            </w:r>
          </w:p>
        </w:tc>
        <w:tc>
          <w:tcPr>
            <w:tcW w:w="1152" w:type="dxa"/>
          </w:tcPr>
          <w:p w14:paraId="4C8F3571" w14:textId="3A922EB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2D020938" w14:textId="4D25DF0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422862AA" w14:textId="6C235E4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39.67</w:t>
            </w:r>
          </w:p>
        </w:tc>
      </w:tr>
      <w:tr w:rsidR="00D874B3" w:rsidRPr="00EE6E36" w14:paraId="3C74640A" w14:textId="77777777" w:rsidTr="00EC7BC3">
        <w:trPr>
          <w:jc w:val="center"/>
        </w:trPr>
        <w:tc>
          <w:tcPr>
            <w:tcW w:w="1152" w:type="dxa"/>
            <w:vAlign w:val="center"/>
          </w:tcPr>
          <w:p w14:paraId="082EBB3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03D18B8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8E232E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38C87E1F" w14:textId="47F6295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41.91</w:t>
            </w:r>
          </w:p>
        </w:tc>
        <w:tc>
          <w:tcPr>
            <w:tcW w:w="1152" w:type="dxa"/>
          </w:tcPr>
          <w:p w14:paraId="7E9B44CC" w14:textId="7FE4929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25AB48A3" w14:textId="6652F86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370E58E0" w14:textId="6417A89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40.27</w:t>
            </w:r>
          </w:p>
        </w:tc>
      </w:tr>
      <w:tr w:rsidR="00D874B3" w:rsidRPr="00EE6E36" w14:paraId="60A91232" w14:textId="77777777" w:rsidTr="00EC7BC3">
        <w:trPr>
          <w:jc w:val="center"/>
        </w:trPr>
        <w:tc>
          <w:tcPr>
            <w:tcW w:w="1152" w:type="dxa"/>
            <w:vAlign w:val="center"/>
          </w:tcPr>
          <w:p w14:paraId="582EA53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0859AD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709295E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428DB0A9" w14:textId="3CA0375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33.36</w:t>
            </w:r>
          </w:p>
        </w:tc>
        <w:tc>
          <w:tcPr>
            <w:tcW w:w="1152" w:type="dxa"/>
          </w:tcPr>
          <w:p w14:paraId="50BF130B" w14:textId="4439705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</w:tcPr>
          <w:p w14:paraId="4D4A6A0E" w14:textId="588F599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90.06</w:t>
            </w:r>
          </w:p>
        </w:tc>
        <w:tc>
          <w:tcPr>
            <w:tcW w:w="1152" w:type="dxa"/>
          </w:tcPr>
          <w:p w14:paraId="3AD38BDB" w14:textId="70515F2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40.86</w:t>
            </w:r>
          </w:p>
        </w:tc>
      </w:tr>
      <w:tr w:rsidR="00D874B3" w:rsidRPr="00EE6E36" w14:paraId="4E7A4D9D" w14:textId="77777777" w:rsidTr="00EC7BC3">
        <w:trPr>
          <w:jc w:val="center"/>
        </w:trPr>
        <w:tc>
          <w:tcPr>
            <w:tcW w:w="1152" w:type="dxa"/>
            <w:vAlign w:val="center"/>
          </w:tcPr>
          <w:p w14:paraId="512BE68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C368A4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73638E1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4D4F39C9" w14:textId="57A149A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46.08</w:t>
            </w:r>
          </w:p>
        </w:tc>
        <w:tc>
          <w:tcPr>
            <w:tcW w:w="1152" w:type="dxa"/>
          </w:tcPr>
          <w:p w14:paraId="7368B2A7" w14:textId="5304FC4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129A9A52" w14:textId="6F9673E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501EF3C3" w14:textId="2A40FE5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38.71</w:t>
            </w:r>
          </w:p>
        </w:tc>
      </w:tr>
      <w:tr w:rsidR="00D874B3" w:rsidRPr="00EE6E36" w14:paraId="7857D58C" w14:textId="77777777" w:rsidTr="00EC7BC3">
        <w:trPr>
          <w:jc w:val="center"/>
        </w:trPr>
        <w:tc>
          <w:tcPr>
            <w:tcW w:w="1152" w:type="dxa"/>
            <w:vAlign w:val="center"/>
          </w:tcPr>
          <w:p w14:paraId="45006EB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3CA3D41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740C7B5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1DE51559" w14:textId="4E3E935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50.93</w:t>
            </w:r>
          </w:p>
        </w:tc>
        <w:tc>
          <w:tcPr>
            <w:tcW w:w="1152" w:type="dxa"/>
          </w:tcPr>
          <w:p w14:paraId="7870AF4D" w14:textId="7248511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1602111D" w14:textId="677814F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68574DFD" w14:textId="192C7A5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38.28</w:t>
            </w:r>
          </w:p>
        </w:tc>
      </w:tr>
      <w:tr w:rsidR="00D874B3" w:rsidRPr="00EE6E36" w14:paraId="7E6C5868" w14:textId="77777777" w:rsidTr="00EC7BC3">
        <w:trPr>
          <w:jc w:val="center"/>
        </w:trPr>
        <w:tc>
          <w:tcPr>
            <w:tcW w:w="1152" w:type="dxa"/>
            <w:vAlign w:val="center"/>
          </w:tcPr>
          <w:p w14:paraId="5CA8589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415C698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11487E5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2523887A" w14:textId="545B8F4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45.46</w:t>
            </w:r>
          </w:p>
        </w:tc>
        <w:tc>
          <w:tcPr>
            <w:tcW w:w="1152" w:type="dxa"/>
          </w:tcPr>
          <w:p w14:paraId="5F3784FD" w14:textId="6119CA3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6FF5C17D" w14:textId="76694CE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420CC19C" w14:textId="238D236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39.28</w:t>
            </w:r>
          </w:p>
        </w:tc>
      </w:tr>
      <w:tr w:rsidR="00D874B3" w:rsidRPr="00EE6E36" w14:paraId="3E139BB2" w14:textId="77777777" w:rsidTr="00EC7BC3">
        <w:trPr>
          <w:jc w:val="center"/>
        </w:trPr>
        <w:tc>
          <w:tcPr>
            <w:tcW w:w="1152" w:type="dxa"/>
            <w:vAlign w:val="center"/>
          </w:tcPr>
          <w:p w14:paraId="1D888CB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A8AF09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5F3BCB5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13F461DC" w14:textId="519285A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35.51</w:t>
            </w:r>
          </w:p>
        </w:tc>
        <w:tc>
          <w:tcPr>
            <w:tcW w:w="1152" w:type="dxa"/>
          </w:tcPr>
          <w:p w14:paraId="215AF091" w14:textId="16F748C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</w:tcPr>
          <w:p w14:paraId="38CBB4A1" w14:textId="390F46A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90.06</w:t>
            </w:r>
          </w:p>
        </w:tc>
        <w:tc>
          <w:tcPr>
            <w:tcW w:w="1152" w:type="dxa"/>
          </w:tcPr>
          <w:p w14:paraId="79DD690A" w14:textId="57387F6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40.2</w:t>
            </w:r>
          </w:p>
        </w:tc>
      </w:tr>
      <w:tr w:rsidR="00D874B3" w:rsidRPr="00EE6E36" w14:paraId="72AA28AC" w14:textId="77777777" w:rsidTr="00EC7BC3">
        <w:trPr>
          <w:jc w:val="center"/>
        </w:trPr>
        <w:tc>
          <w:tcPr>
            <w:tcW w:w="1152" w:type="dxa"/>
            <w:vAlign w:val="center"/>
          </w:tcPr>
          <w:p w14:paraId="1148C74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3011601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25A0D4E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2615A899" w14:textId="7C653EC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47.61</w:t>
            </w:r>
          </w:p>
        </w:tc>
        <w:tc>
          <w:tcPr>
            <w:tcW w:w="1152" w:type="dxa"/>
          </w:tcPr>
          <w:p w14:paraId="27F1ABE8" w14:textId="10ADDEA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7D5CB134" w14:textId="192DD10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6807147F" w14:textId="66751A2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38.34</w:t>
            </w:r>
          </w:p>
        </w:tc>
      </w:tr>
      <w:tr w:rsidR="00D874B3" w:rsidRPr="00EE6E36" w14:paraId="7B87B7F5" w14:textId="77777777" w:rsidTr="00EC7BC3">
        <w:trPr>
          <w:jc w:val="center"/>
        </w:trPr>
        <w:tc>
          <w:tcPr>
            <w:tcW w:w="1152" w:type="dxa"/>
            <w:vAlign w:val="center"/>
          </w:tcPr>
          <w:p w14:paraId="04E734D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34E2D46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CFA508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29F002DE" w14:textId="7923E89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53.94</w:t>
            </w:r>
          </w:p>
        </w:tc>
        <w:tc>
          <w:tcPr>
            <w:tcW w:w="1152" w:type="dxa"/>
          </w:tcPr>
          <w:p w14:paraId="77AABE8F" w14:textId="04DC266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6C5D71D4" w14:textId="417E2C2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57E4B1D9" w14:textId="7DF2836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37.64</w:t>
            </w:r>
          </w:p>
        </w:tc>
      </w:tr>
      <w:tr w:rsidR="00D874B3" w:rsidRPr="00EE6E36" w14:paraId="2BAF92C0" w14:textId="77777777" w:rsidTr="00EC7BC3">
        <w:trPr>
          <w:jc w:val="center"/>
        </w:trPr>
        <w:tc>
          <w:tcPr>
            <w:tcW w:w="1152" w:type="dxa"/>
            <w:vAlign w:val="center"/>
          </w:tcPr>
          <w:p w14:paraId="20A921F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388292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99F16F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1740766B" w14:textId="73F7124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48.76</w:t>
            </w:r>
          </w:p>
        </w:tc>
        <w:tc>
          <w:tcPr>
            <w:tcW w:w="1152" w:type="dxa"/>
          </w:tcPr>
          <w:p w14:paraId="1F0BB04E" w14:textId="3D6F366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1E77541D" w14:textId="5F47B8F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62E2A3B7" w14:textId="5BB6FD3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38.35</w:t>
            </w:r>
          </w:p>
        </w:tc>
      </w:tr>
      <w:tr w:rsidR="00D874B3" w:rsidRPr="00EE6E36" w14:paraId="3DB22DE9" w14:textId="77777777" w:rsidTr="00EC7BC3">
        <w:trPr>
          <w:jc w:val="center"/>
        </w:trPr>
        <w:tc>
          <w:tcPr>
            <w:tcW w:w="1152" w:type="dxa"/>
            <w:vAlign w:val="center"/>
          </w:tcPr>
          <w:p w14:paraId="099D9F7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EFBC8F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C5A583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50F63853" w14:textId="5CBBBB8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60.7</w:t>
            </w:r>
          </w:p>
        </w:tc>
        <w:tc>
          <w:tcPr>
            <w:tcW w:w="1152" w:type="dxa"/>
          </w:tcPr>
          <w:p w14:paraId="10DBB0E8" w14:textId="619F14E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</w:t>
            </w:r>
          </w:p>
        </w:tc>
        <w:tc>
          <w:tcPr>
            <w:tcW w:w="1152" w:type="dxa"/>
          </w:tcPr>
          <w:p w14:paraId="571E6535" w14:textId="395BBA3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</w:t>
            </w:r>
          </w:p>
        </w:tc>
        <w:tc>
          <w:tcPr>
            <w:tcW w:w="1152" w:type="dxa"/>
          </w:tcPr>
          <w:p w14:paraId="441D938C" w14:textId="7230404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38.42</w:t>
            </w:r>
          </w:p>
        </w:tc>
      </w:tr>
      <w:tr w:rsidR="00D874B3" w:rsidRPr="00EE6E36" w14:paraId="02048B5B" w14:textId="77777777" w:rsidTr="00EC7BC3">
        <w:trPr>
          <w:jc w:val="center"/>
        </w:trPr>
        <w:tc>
          <w:tcPr>
            <w:tcW w:w="1152" w:type="dxa"/>
            <w:vAlign w:val="center"/>
          </w:tcPr>
          <w:p w14:paraId="77982B7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3C9778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02FB98D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092424D0" w14:textId="7372633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59.42</w:t>
            </w:r>
          </w:p>
        </w:tc>
        <w:tc>
          <w:tcPr>
            <w:tcW w:w="1152" w:type="dxa"/>
          </w:tcPr>
          <w:p w14:paraId="4AA500D4" w14:textId="1438751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371D9781" w14:textId="2E82337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0549F9E5" w14:textId="2865889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39.9</w:t>
            </w:r>
          </w:p>
        </w:tc>
      </w:tr>
      <w:tr w:rsidR="00D874B3" w:rsidRPr="00EE6E36" w14:paraId="7E5463C5" w14:textId="77777777" w:rsidTr="00EC7BC3">
        <w:trPr>
          <w:jc w:val="center"/>
        </w:trPr>
        <w:tc>
          <w:tcPr>
            <w:tcW w:w="1152" w:type="dxa"/>
            <w:vAlign w:val="center"/>
          </w:tcPr>
          <w:p w14:paraId="0362C84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FA9F15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359C3AC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458817BF" w14:textId="5279D74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59.67</w:t>
            </w:r>
          </w:p>
        </w:tc>
        <w:tc>
          <w:tcPr>
            <w:tcW w:w="1152" w:type="dxa"/>
          </w:tcPr>
          <w:p w14:paraId="1103D55A" w14:textId="0DAEAFE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5B1CA4CD" w14:textId="27C657C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74EB34C5" w14:textId="620F950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39.4</w:t>
            </w:r>
          </w:p>
        </w:tc>
      </w:tr>
      <w:tr w:rsidR="00D874B3" w:rsidRPr="00EE6E36" w14:paraId="63F91E91" w14:textId="77777777" w:rsidTr="00EC7BC3">
        <w:trPr>
          <w:jc w:val="center"/>
        </w:trPr>
        <w:tc>
          <w:tcPr>
            <w:tcW w:w="1152" w:type="dxa"/>
            <w:vAlign w:val="center"/>
          </w:tcPr>
          <w:p w14:paraId="068486A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52ED23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0446DF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2C3C581B" w14:textId="1735DF5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64.8</w:t>
            </w:r>
          </w:p>
        </w:tc>
        <w:tc>
          <w:tcPr>
            <w:tcW w:w="1152" w:type="dxa"/>
          </w:tcPr>
          <w:p w14:paraId="220CCB71" w14:textId="2161A59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5FE57A67" w14:textId="30B13B6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01959EC8" w14:textId="59C2A3F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36.54</w:t>
            </w:r>
          </w:p>
        </w:tc>
      </w:tr>
      <w:tr w:rsidR="00D874B3" w:rsidRPr="00EE6E36" w14:paraId="3C71B5E1" w14:textId="77777777" w:rsidTr="00EC7BC3">
        <w:trPr>
          <w:jc w:val="center"/>
        </w:trPr>
        <w:tc>
          <w:tcPr>
            <w:tcW w:w="1152" w:type="dxa"/>
            <w:vAlign w:val="center"/>
          </w:tcPr>
          <w:p w14:paraId="67169E8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69CD98E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F6EF42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2E98BAFB" w14:textId="080397A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62.37</w:t>
            </w:r>
          </w:p>
        </w:tc>
        <w:tc>
          <w:tcPr>
            <w:tcW w:w="1152" w:type="dxa"/>
          </w:tcPr>
          <w:p w14:paraId="344A07FA" w14:textId="3900A4B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</w:tcPr>
          <w:p w14:paraId="1720BEAA" w14:textId="24109DC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</w:t>
            </w:r>
          </w:p>
        </w:tc>
        <w:tc>
          <w:tcPr>
            <w:tcW w:w="1152" w:type="dxa"/>
          </w:tcPr>
          <w:p w14:paraId="5E3F461D" w14:textId="2DEE2B4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37.47</w:t>
            </w:r>
          </w:p>
        </w:tc>
      </w:tr>
      <w:tr w:rsidR="00D874B3" w:rsidRPr="00EE6E36" w14:paraId="025740C8" w14:textId="77777777" w:rsidTr="00EC7BC3">
        <w:trPr>
          <w:jc w:val="center"/>
        </w:trPr>
        <w:tc>
          <w:tcPr>
            <w:tcW w:w="1152" w:type="dxa"/>
            <w:vAlign w:val="center"/>
          </w:tcPr>
          <w:p w14:paraId="715B4F6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7030ED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B5E47A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5AF04FF9" w14:textId="0742F33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61.55</w:t>
            </w:r>
          </w:p>
        </w:tc>
        <w:tc>
          <w:tcPr>
            <w:tcW w:w="1152" w:type="dxa"/>
          </w:tcPr>
          <w:p w14:paraId="5038F007" w14:textId="287E6B9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335D1DF3" w14:textId="20760AF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1652D237" w14:textId="0F652C2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38.71</w:t>
            </w:r>
          </w:p>
        </w:tc>
      </w:tr>
      <w:tr w:rsidR="00D874B3" w:rsidRPr="00EE6E36" w14:paraId="6F712934" w14:textId="77777777" w:rsidTr="00EC7BC3">
        <w:trPr>
          <w:jc w:val="center"/>
        </w:trPr>
        <w:tc>
          <w:tcPr>
            <w:tcW w:w="1152" w:type="dxa"/>
            <w:vAlign w:val="center"/>
          </w:tcPr>
          <w:p w14:paraId="685CDFF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4E09FAF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6FEE224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1DA61FB7" w14:textId="4D5897A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64.56</w:t>
            </w:r>
          </w:p>
        </w:tc>
        <w:tc>
          <w:tcPr>
            <w:tcW w:w="1152" w:type="dxa"/>
          </w:tcPr>
          <w:p w14:paraId="091B7731" w14:textId="5B8C483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7DB83FC1" w14:textId="28A99D8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2072CEB8" w14:textId="0A50D18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36.77</w:t>
            </w:r>
          </w:p>
        </w:tc>
      </w:tr>
      <w:tr w:rsidR="00D874B3" w:rsidRPr="00EE6E36" w14:paraId="0F28A989" w14:textId="77777777" w:rsidTr="00EC7BC3">
        <w:trPr>
          <w:jc w:val="center"/>
        </w:trPr>
        <w:tc>
          <w:tcPr>
            <w:tcW w:w="1152" w:type="dxa"/>
            <w:vAlign w:val="center"/>
          </w:tcPr>
          <w:p w14:paraId="6346B13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A09789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48647BD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51EEF2E4" w14:textId="3C52247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66.93</w:t>
            </w:r>
          </w:p>
        </w:tc>
        <w:tc>
          <w:tcPr>
            <w:tcW w:w="1152" w:type="dxa"/>
          </w:tcPr>
          <w:p w14:paraId="56E8F93B" w14:textId="3A19D2A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42AE358F" w14:textId="7EFD89F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304982B8" w14:textId="697AB0A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35.2</w:t>
            </w:r>
          </w:p>
        </w:tc>
      </w:tr>
      <w:tr w:rsidR="00D874B3" w:rsidRPr="00EE6E36" w14:paraId="767316E4" w14:textId="77777777" w:rsidTr="00EC7BC3">
        <w:trPr>
          <w:jc w:val="center"/>
        </w:trPr>
        <w:tc>
          <w:tcPr>
            <w:tcW w:w="1152" w:type="dxa"/>
            <w:vAlign w:val="center"/>
          </w:tcPr>
          <w:p w14:paraId="25FC945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65D3571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7C21CB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6CD4C497" w14:textId="54B8DD1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64.07</w:t>
            </w:r>
          </w:p>
        </w:tc>
        <w:tc>
          <w:tcPr>
            <w:tcW w:w="1152" w:type="dxa"/>
          </w:tcPr>
          <w:p w14:paraId="3986B789" w14:textId="1E54046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</w:tcPr>
          <w:p w14:paraId="003BE528" w14:textId="66A31F0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</w:t>
            </w:r>
          </w:p>
        </w:tc>
        <w:tc>
          <w:tcPr>
            <w:tcW w:w="1152" w:type="dxa"/>
          </w:tcPr>
          <w:p w14:paraId="14D2CF9B" w14:textId="265BEE1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36.12</w:t>
            </w:r>
          </w:p>
        </w:tc>
      </w:tr>
      <w:tr w:rsidR="00D874B3" w:rsidRPr="00EE6E36" w14:paraId="2180EDD1" w14:textId="77777777" w:rsidTr="00EC7BC3">
        <w:trPr>
          <w:jc w:val="center"/>
        </w:trPr>
        <w:tc>
          <w:tcPr>
            <w:tcW w:w="1152" w:type="dxa"/>
            <w:vAlign w:val="center"/>
          </w:tcPr>
          <w:p w14:paraId="3842302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E3D456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F9CF52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7374FC54" w14:textId="6999306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62.06</w:t>
            </w:r>
          </w:p>
        </w:tc>
        <w:tc>
          <w:tcPr>
            <w:tcW w:w="1152" w:type="dxa"/>
          </w:tcPr>
          <w:p w14:paraId="6A0120C4" w14:textId="23D71C3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485301F4" w14:textId="095E211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337EC60F" w14:textId="2F4B166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38.33</w:t>
            </w:r>
          </w:p>
        </w:tc>
      </w:tr>
      <w:tr w:rsidR="00D874B3" w:rsidRPr="00EE6E36" w14:paraId="01AF96B5" w14:textId="77777777" w:rsidTr="00EC7BC3">
        <w:trPr>
          <w:jc w:val="center"/>
        </w:trPr>
        <w:tc>
          <w:tcPr>
            <w:tcW w:w="1152" w:type="dxa"/>
            <w:vAlign w:val="center"/>
          </w:tcPr>
          <w:p w14:paraId="6A301F8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336452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407AB1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153BFEA8" w14:textId="49CEFAB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66.44</w:t>
            </w:r>
          </w:p>
        </w:tc>
        <w:tc>
          <w:tcPr>
            <w:tcW w:w="1152" w:type="dxa"/>
          </w:tcPr>
          <w:p w14:paraId="39A53053" w14:textId="3AD6D79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113BA9F6" w14:textId="0182BEB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38F3F29F" w14:textId="689353E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35.74</w:t>
            </w:r>
          </w:p>
        </w:tc>
      </w:tr>
      <w:tr w:rsidR="00D874B3" w:rsidRPr="00EE6E36" w14:paraId="2E3482FB" w14:textId="77777777" w:rsidTr="00EC7BC3">
        <w:trPr>
          <w:jc w:val="center"/>
        </w:trPr>
        <w:tc>
          <w:tcPr>
            <w:tcW w:w="1152" w:type="dxa"/>
            <w:vAlign w:val="center"/>
          </w:tcPr>
          <w:p w14:paraId="4835422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3E38501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165D62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0AD6694C" w14:textId="64D018C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68.53</w:t>
            </w:r>
          </w:p>
        </w:tc>
        <w:tc>
          <w:tcPr>
            <w:tcW w:w="1152" w:type="dxa"/>
          </w:tcPr>
          <w:p w14:paraId="5E924021" w14:textId="02ADA19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2BB322AF" w14:textId="09A3ACE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12464E3F" w14:textId="1A88983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34.1</w:t>
            </w:r>
          </w:p>
        </w:tc>
      </w:tr>
      <w:tr w:rsidR="00D874B3" w:rsidRPr="00EE6E36" w14:paraId="7F486AA0" w14:textId="77777777" w:rsidTr="00EC7BC3">
        <w:trPr>
          <w:jc w:val="center"/>
        </w:trPr>
        <w:tc>
          <w:tcPr>
            <w:tcW w:w="1152" w:type="dxa"/>
            <w:vAlign w:val="center"/>
          </w:tcPr>
          <w:p w14:paraId="2F91A49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0163DA5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6EBB4EB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22C85F10" w14:textId="0BAAAB8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4.3</w:t>
            </w:r>
          </w:p>
        </w:tc>
        <w:tc>
          <w:tcPr>
            <w:tcW w:w="1152" w:type="dxa"/>
          </w:tcPr>
          <w:p w14:paraId="7BF3A2E1" w14:textId="1CC65E2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-27.7</w:t>
            </w:r>
          </w:p>
        </w:tc>
        <w:tc>
          <w:tcPr>
            <w:tcW w:w="1152" w:type="dxa"/>
          </w:tcPr>
          <w:p w14:paraId="4CBC892C" w14:textId="598DF37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26.31</w:t>
            </w:r>
          </w:p>
        </w:tc>
        <w:tc>
          <w:tcPr>
            <w:tcW w:w="1152" w:type="dxa"/>
          </w:tcPr>
          <w:p w14:paraId="77E74B80" w14:textId="60C41B0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8.04</w:t>
            </w:r>
          </w:p>
        </w:tc>
      </w:tr>
      <w:tr w:rsidR="00D874B3" w:rsidRPr="00EE6E36" w14:paraId="3E509DA8" w14:textId="77777777" w:rsidTr="00EC7BC3">
        <w:trPr>
          <w:jc w:val="center"/>
        </w:trPr>
        <w:tc>
          <w:tcPr>
            <w:tcW w:w="1152" w:type="dxa"/>
            <w:vAlign w:val="center"/>
          </w:tcPr>
          <w:p w14:paraId="182F898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72BB5D8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8FEDB7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0435D6F9" w14:textId="674DF59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4.66</w:t>
            </w:r>
          </w:p>
        </w:tc>
        <w:tc>
          <w:tcPr>
            <w:tcW w:w="1152" w:type="dxa"/>
          </w:tcPr>
          <w:p w14:paraId="2084BC2A" w14:textId="3E630A6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-22.02</w:t>
            </w:r>
          </w:p>
        </w:tc>
        <w:tc>
          <w:tcPr>
            <w:tcW w:w="1152" w:type="dxa"/>
          </w:tcPr>
          <w:p w14:paraId="1F336975" w14:textId="1E42759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26.67</w:t>
            </w:r>
          </w:p>
        </w:tc>
        <w:tc>
          <w:tcPr>
            <w:tcW w:w="1152" w:type="dxa"/>
          </w:tcPr>
          <w:p w14:paraId="12616AF3" w14:textId="30497EE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7.85</w:t>
            </w:r>
          </w:p>
        </w:tc>
      </w:tr>
      <w:tr w:rsidR="00D874B3" w:rsidRPr="00EE6E36" w14:paraId="647CD255" w14:textId="77777777" w:rsidTr="00EC7BC3">
        <w:trPr>
          <w:jc w:val="center"/>
        </w:trPr>
        <w:tc>
          <w:tcPr>
            <w:tcW w:w="1152" w:type="dxa"/>
            <w:vAlign w:val="center"/>
          </w:tcPr>
          <w:p w14:paraId="35BD046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2F5EE37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66495CB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2775D3EF" w14:textId="3EA21BD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3.12</w:t>
            </w:r>
          </w:p>
        </w:tc>
        <w:tc>
          <w:tcPr>
            <w:tcW w:w="1152" w:type="dxa"/>
          </w:tcPr>
          <w:p w14:paraId="6E50454C" w14:textId="4764720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-19.61</w:t>
            </w:r>
          </w:p>
        </w:tc>
        <w:tc>
          <w:tcPr>
            <w:tcW w:w="1152" w:type="dxa"/>
          </w:tcPr>
          <w:p w14:paraId="187F6DC5" w14:textId="2D968BA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22.57</w:t>
            </w:r>
          </w:p>
        </w:tc>
        <w:tc>
          <w:tcPr>
            <w:tcW w:w="1152" w:type="dxa"/>
          </w:tcPr>
          <w:p w14:paraId="6BA2ED77" w14:textId="35FB94B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6.28</w:t>
            </w:r>
          </w:p>
        </w:tc>
      </w:tr>
      <w:tr w:rsidR="00D874B3" w:rsidRPr="00EE6E36" w14:paraId="35ED9991" w14:textId="77777777" w:rsidTr="00EC7BC3">
        <w:trPr>
          <w:jc w:val="center"/>
        </w:trPr>
        <w:tc>
          <w:tcPr>
            <w:tcW w:w="1152" w:type="dxa"/>
            <w:vAlign w:val="center"/>
          </w:tcPr>
          <w:p w14:paraId="239DFA7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7E9F980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4B981FB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26062506" w14:textId="67B3FD4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3.74</w:t>
            </w:r>
          </w:p>
        </w:tc>
        <w:tc>
          <w:tcPr>
            <w:tcW w:w="1152" w:type="dxa"/>
          </w:tcPr>
          <w:p w14:paraId="54C713B9" w14:textId="71C8CE2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-22.48</w:t>
            </w:r>
          </w:p>
        </w:tc>
        <w:tc>
          <w:tcPr>
            <w:tcW w:w="1152" w:type="dxa"/>
          </w:tcPr>
          <w:p w14:paraId="744C710D" w14:textId="5EBB85C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23.62</w:t>
            </w:r>
          </w:p>
        </w:tc>
        <w:tc>
          <w:tcPr>
            <w:tcW w:w="1152" w:type="dxa"/>
          </w:tcPr>
          <w:p w14:paraId="3399FF8D" w14:textId="76CA448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6.72</w:t>
            </w:r>
          </w:p>
        </w:tc>
      </w:tr>
      <w:tr w:rsidR="00D874B3" w:rsidRPr="00EE6E36" w14:paraId="44A5028C" w14:textId="77777777" w:rsidTr="00EC7BC3">
        <w:trPr>
          <w:jc w:val="center"/>
        </w:trPr>
        <w:tc>
          <w:tcPr>
            <w:tcW w:w="1152" w:type="dxa"/>
            <w:vAlign w:val="center"/>
          </w:tcPr>
          <w:p w14:paraId="7729253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0086A60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489B05D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7E3B2F7D" w14:textId="385E878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4.22</w:t>
            </w:r>
          </w:p>
        </w:tc>
        <w:tc>
          <w:tcPr>
            <w:tcW w:w="1152" w:type="dxa"/>
          </w:tcPr>
          <w:p w14:paraId="3F99D0C9" w14:textId="2F1793A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-28.26</w:t>
            </w:r>
          </w:p>
        </w:tc>
        <w:tc>
          <w:tcPr>
            <w:tcW w:w="1152" w:type="dxa"/>
          </w:tcPr>
          <w:p w14:paraId="0AEB8AF6" w14:textId="1BEE625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27.31</w:t>
            </w:r>
          </w:p>
        </w:tc>
        <w:tc>
          <w:tcPr>
            <w:tcW w:w="1152" w:type="dxa"/>
          </w:tcPr>
          <w:p w14:paraId="093EADFA" w14:textId="4C845A4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8.32</w:t>
            </w:r>
          </w:p>
        </w:tc>
      </w:tr>
      <w:tr w:rsidR="00D874B3" w:rsidRPr="00EE6E36" w14:paraId="3A64FD3E" w14:textId="77777777" w:rsidTr="00EC7BC3">
        <w:trPr>
          <w:jc w:val="center"/>
        </w:trPr>
        <w:tc>
          <w:tcPr>
            <w:tcW w:w="1152" w:type="dxa"/>
            <w:vAlign w:val="center"/>
          </w:tcPr>
          <w:p w14:paraId="095F8D9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31C71CA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3EA28A0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7C972A0D" w14:textId="49A4885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5.72</w:t>
            </w:r>
          </w:p>
        </w:tc>
        <w:tc>
          <w:tcPr>
            <w:tcW w:w="1152" w:type="dxa"/>
          </w:tcPr>
          <w:p w14:paraId="4E35354D" w14:textId="24CA3D5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-21.67</w:t>
            </w:r>
          </w:p>
        </w:tc>
        <w:tc>
          <w:tcPr>
            <w:tcW w:w="1152" w:type="dxa"/>
          </w:tcPr>
          <w:p w14:paraId="6A4A991F" w14:textId="179613E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27.69</w:t>
            </w:r>
          </w:p>
        </w:tc>
        <w:tc>
          <w:tcPr>
            <w:tcW w:w="1152" w:type="dxa"/>
          </w:tcPr>
          <w:p w14:paraId="4AE12569" w14:textId="721C62E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7.84</w:t>
            </w:r>
          </w:p>
        </w:tc>
      </w:tr>
      <w:tr w:rsidR="00D874B3" w:rsidRPr="00EE6E36" w14:paraId="77E81730" w14:textId="77777777" w:rsidTr="00EC7BC3">
        <w:trPr>
          <w:jc w:val="center"/>
        </w:trPr>
        <w:tc>
          <w:tcPr>
            <w:tcW w:w="1152" w:type="dxa"/>
            <w:vAlign w:val="center"/>
          </w:tcPr>
          <w:p w14:paraId="4F54140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7914EF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4C8E842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12710877" w14:textId="2C23515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4.19</w:t>
            </w:r>
          </w:p>
        </w:tc>
        <w:tc>
          <w:tcPr>
            <w:tcW w:w="1152" w:type="dxa"/>
          </w:tcPr>
          <w:p w14:paraId="155E8278" w14:textId="1F9529B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-18.62</w:t>
            </w:r>
          </w:p>
        </w:tc>
        <w:tc>
          <w:tcPr>
            <w:tcW w:w="1152" w:type="dxa"/>
          </w:tcPr>
          <w:p w14:paraId="65BFE2C6" w14:textId="6B01136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23.7</w:t>
            </w:r>
          </w:p>
        </w:tc>
        <w:tc>
          <w:tcPr>
            <w:tcW w:w="1152" w:type="dxa"/>
          </w:tcPr>
          <w:p w14:paraId="0D6BB414" w14:textId="030936C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6.31</w:t>
            </w:r>
          </w:p>
        </w:tc>
      </w:tr>
      <w:tr w:rsidR="00D874B3" w:rsidRPr="00EE6E36" w14:paraId="266CC4B5" w14:textId="77777777" w:rsidTr="00EC7BC3">
        <w:trPr>
          <w:jc w:val="center"/>
        </w:trPr>
        <w:tc>
          <w:tcPr>
            <w:tcW w:w="1152" w:type="dxa"/>
            <w:vAlign w:val="center"/>
          </w:tcPr>
          <w:p w14:paraId="1DCE87E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1741296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39DDFE8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147A5E08" w14:textId="35F4BE2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4.86</w:t>
            </w:r>
          </w:p>
        </w:tc>
        <w:tc>
          <w:tcPr>
            <w:tcW w:w="1152" w:type="dxa"/>
          </w:tcPr>
          <w:p w14:paraId="35761C58" w14:textId="2FCB9D1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-21.13</w:t>
            </w:r>
          </w:p>
        </w:tc>
        <w:tc>
          <w:tcPr>
            <w:tcW w:w="1152" w:type="dxa"/>
          </w:tcPr>
          <w:p w14:paraId="0F2A21BB" w14:textId="348E09C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24.64</w:t>
            </w:r>
          </w:p>
        </w:tc>
        <w:tc>
          <w:tcPr>
            <w:tcW w:w="1152" w:type="dxa"/>
          </w:tcPr>
          <w:p w14:paraId="5E5CBA87" w14:textId="130B546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6.75</w:t>
            </w:r>
          </w:p>
        </w:tc>
      </w:tr>
      <w:tr w:rsidR="00D874B3" w:rsidRPr="00EE6E36" w14:paraId="09E6E835" w14:textId="77777777" w:rsidTr="00EC7BC3">
        <w:trPr>
          <w:jc w:val="center"/>
        </w:trPr>
        <w:tc>
          <w:tcPr>
            <w:tcW w:w="1152" w:type="dxa"/>
            <w:vAlign w:val="center"/>
          </w:tcPr>
          <w:p w14:paraId="35C30A4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166F0EC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3D97BEB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017C5012" w14:textId="4BBF262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4.7</w:t>
            </w:r>
          </w:p>
        </w:tc>
        <w:tc>
          <w:tcPr>
            <w:tcW w:w="1152" w:type="dxa"/>
          </w:tcPr>
          <w:p w14:paraId="191870FF" w14:textId="05B1B9A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-26.61</w:t>
            </w:r>
          </w:p>
        </w:tc>
        <w:tc>
          <w:tcPr>
            <w:tcW w:w="1152" w:type="dxa"/>
          </w:tcPr>
          <w:p w14:paraId="59B3B1CA" w14:textId="4FABC69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28.03</w:t>
            </w:r>
          </w:p>
        </w:tc>
        <w:tc>
          <w:tcPr>
            <w:tcW w:w="1152" w:type="dxa"/>
          </w:tcPr>
          <w:p w14:paraId="5DB87ED7" w14:textId="4A9C74C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8.27</w:t>
            </w:r>
          </w:p>
        </w:tc>
      </w:tr>
      <w:tr w:rsidR="00D874B3" w:rsidRPr="00EE6E36" w14:paraId="6F2F73D5" w14:textId="77777777" w:rsidTr="00EC7BC3">
        <w:trPr>
          <w:jc w:val="center"/>
        </w:trPr>
        <w:tc>
          <w:tcPr>
            <w:tcW w:w="1152" w:type="dxa"/>
            <w:vAlign w:val="center"/>
          </w:tcPr>
          <w:p w14:paraId="7A66F48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5ABF862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008A7F7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5C494815" w14:textId="75C2C9E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6.21</w:t>
            </w:r>
          </w:p>
        </w:tc>
        <w:tc>
          <w:tcPr>
            <w:tcW w:w="1152" w:type="dxa"/>
          </w:tcPr>
          <w:p w14:paraId="025F2287" w14:textId="53D4278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-21.08</w:t>
            </w:r>
          </w:p>
        </w:tc>
        <w:tc>
          <w:tcPr>
            <w:tcW w:w="1152" w:type="dxa"/>
          </w:tcPr>
          <w:p w14:paraId="16BC4C45" w14:textId="5061DFF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28.17</w:t>
            </w:r>
          </w:p>
        </w:tc>
        <w:tc>
          <w:tcPr>
            <w:tcW w:w="1152" w:type="dxa"/>
          </w:tcPr>
          <w:p w14:paraId="50C6A186" w14:textId="2F0862C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7.89</w:t>
            </w:r>
          </w:p>
        </w:tc>
      </w:tr>
      <w:tr w:rsidR="00D874B3" w:rsidRPr="00EE6E36" w14:paraId="41BBD290" w14:textId="77777777" w:rsidTr="00EC7BC3">
        <w:trPr>
          <w:jc w:val="center"/>
        </w:trPr>
        <w:tc>
          <w:tcPr>
            <w:tcW w:w="1152" w:type="dxa"/>
            <w:vAlign w:val="center"/>
          </w:tcPr>
          <w:p w14:paraId="0A7BB0A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634133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56D2E39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73716520" w14:textId="01FF602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4.7</w:t>
            </w:r>
          </w:p>
        </w:tc>
        <w:tc>
          <w:tcPr>
            <w:tcW w:w="1152" w:type="dxa"/>
          </w:tcPr>
          <w:p w14:paraId="60417DF3" w14:textId="52D3D6E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-18.18</w:t>
            </w:r>
          </w:p>
        </w:tc>
        <w:tc>
          <w:tcPr>
            <w:tcW w:w="1152" w:type="dxa"/>
          </w:tcPr>
          <w:p w14:paraId="4B89C0E6" w14:textId="2A023F4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24.22</w:t>
            </w:r>
          </w:p>
        </w:tc>
        <w:tc>
          <w:tcPr>
            <w:tcW w:w="1152" w:type="dxa"/>
          </w:tcPr>
          <w:p w14:paraId="7EBA076D" w14:textId="30241A4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6.31</w:t>
            </w:r>
          </w:p>
        </w:tc>
      </w:tr>
      <w:tr w:rsidR="00D874B3" w:rsidRPr="00EE6E36" w14:paraId="7B423CAF" w14:textId="77777777" w:rsidTr="00EC7BC3">
        <w:trPr>
          <w:jc w:val="center"/>
        </w:trPr>
        <w:tc>
          <w:tcPr>
            <w:tcW w:w="1152" w:type="dxa"/>
            <w:vAlign w:val="center"/>
          </w:tcPr>
          <w:p w14:paraId="5D89C2C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0902AF7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4712AAF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3235C928" w14:textId="241CB1C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5.38</w:t>
            </w:r>
          </w:p>
        </w:tc>
        <w:tc>
          <w:tcPr>
            <w:tcW w:w="1152" w:type="dxa"/>
          </w:tcPr>
          <w:p w14:paraId="5472CDEF" w14:textId="5FF6739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-20.59</w:t>
            </w:r>
          </w:p>
        </w:tc>
        <w:tc>
          <w:tcPr>
            <w:tcW w:w="1152" w:type="dxa"/>
          </w:tcPr>
          <w:p w14:paraId="535331D3" w14:textId="6631C4A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25.29</w:t>
            </w:r>
          </w:p>
        </w:tc>
        <w:tc>
          <w:tcPr>
            <w:tcW w:w="1152" w:type="dxa"/>
          </w:tcPr>
          <w:p w14:paraId="39AB49FD" w14:textId="51C0A4A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6.69</w:t>
            </w:r>
          </w:p>
        </w:tc>
      </w:tr>
      <w:tr w:rsidR="00D874B3" w:rsidRPr="00EE6E36" w14:paraId="1384BFE2" w14:textId="77777777" w:rsidTr="00EC7BC3">
        <w:trPr>
          <w:jc w:val="center"/>
        </w:trPr>
        <w:tc>
          <w:tcPr>
            <w:tcW w:w="1152" w:type="dxa"/>
            <w:vAlign w:val="center"/>
          </w:tcPr>
          <w:p w14:paraId="371EF43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98CD34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6A93169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27D5EAEF" w14:textId="74E6577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9.01</w:t>
            </w:r>
          </w:p>
        </w:tc>
        <w:tc>
          <w:tcPr>
            <w:tcW w:w="1152" w:type="dxa"/>
          </w:tcPr>
          <w:p w14:paraId="54A28B05" w14:textId="6161CB6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-23.91</w:t>
            </w:r>
          </w:p>
        </w:tc>
        <w:tc>
          <w:tcPr>
            <w:tcW w:w="1152" w:type="dxa"/>
          </w:tcPr>
          <w:p w14:paraId="7ABC217E" w14:textId="733767A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31.32</w:t>
            </w:r>
          </w:p>
        </w:tc>
        <w:tc>
          <w:tcPr>
            <w:tcW w:w="1152" w:type="dxa"/>
          </w:tcPr>
          <w:p w14:paraId="1E5DE772" w14:textId="5BBC6A0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9.62</w:t>
            </w:r>
          </w:p>
        </w:tc>
      </w:tr>
      <w:tr w:rsidR="00D874B3" w:rsidRPr="00EE6E36" w14:paraId="0C9BE679" w14:textId="77777777" w:rsidTr="00EC7BC3">
        <w:trPr>
          <w:jc w:val="center"/>
        </w:trPr>
        <w:tc>
          <w:tcPr>
            <w:tcW w:w="1152" w:type="dxa"/>
            <w:vAlign w:val="center"/>
          </w:tcPr>
          <w:p w14:paraId="66C1EEC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8F34D6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68ECFF7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671282E0" w14:textId="62A0ECE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8.75</w:t>
            </w:r>
          </w:p>
        </w:tc>
        <w:tc>
          <w:tcPr>
            <w:tcW w:w="1152" w:type="dxa"/>
          </w:tcPr>
          <w:p w14:paraId="4C33C01D" w14:textId="4C81629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-19.6</w:t>
            </w:r>
          </w:p>
        </w:tc>
        <w:tc>
          <w:tcPr>
            <w:tcW w:w="1152" w:type="dxa"/>
          </w:tcPr>
          <w:p w14:paraId="785DF239" w14:textId="6ED1F0F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30</w:t>
            </w:r>
          </w:p>
        </w:tc>
        <w:tc>
          <w:tcPr>
            <w:tcW w:w="1152" w:type="dxa"/>
          </w:tcPr>
          <w:p w14:paraId="47225ECE" w14:textId="5DCF4C2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10.2</w:t>
            </w:r>
          </w:p>
        </w:tc>
      </w:tr>
      <w:tr w:rsidR="00D874B3" w:rsidRPr="00EE6E36" w14:paraId="22D62234" w14:textId="77777777" w:rsidTr="00EC7BC3">
        <w:trPr>
          <w:jc w:val="center"/>
        </w:trPr>
        <w:tc>
          <w:tcPr>
            <w:tcW w:w="1152" w:type="dxa"/>
            <w:vAlign w:val="center"/>
          </w:tcPr>
          <w:p w14:paraId="53E5571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204A205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6C7521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37A43350" w14:textId="2F6A4D5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</w:t>
            </w:r>
          </w:p>
        </w:tc>
        <w:tc>
          <w:tcPr>
            <w:tcW w:w="1152" w:type="dxa"/>
          </w:tcPr>
          <w:p w14:paraId="31515570" w14:textId="19DC599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-13.76</w:t>
            </w:r>
          </w:p>
        </w:tc>
        <w:tc>
          <w:tcPr>
            <w:tcW w:w="1152" w:type="dxa"/>
          </w:tcPr>
          <w:p w14:paraId="18476735" w14:textId="7CCF2E1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26.82</w:t>
            </w:r>
          </w:p>
        </w:tc>
        <w:tc>
          <w:tcPr>
            <w:tcW w:w="1152" w:type="dxa"/>
          </w:tcPr>
          <w:p w14:paraId="064F149B" w14:textId="0589053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8.15</w:t>
            </w:r>
          </w:p>
        </w:tc>
      </w:tr>
      <w:tr w:rsidR="00D874B3" w:rsidRPr="00EE6E36" w14:paraId="6B2AD5C1" w14:textId="77777777" w:rsidTr="00EC7BC3">
        <w:trPr>
          <w:jc w:val="center"/>
        </w:trPr>
        <w:tc>
          <w:tcPr>
            <w:tcW w:w="1152" w:type="dxa"/>
            <w:vAlign w:val="center"/>
          </w:tcPr>
          <w:p w14:paraId="0BEAD89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4B83FF6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21EB125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522BD60B" w14:textId="4464F21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7.61</w:t>
            </w:r>
          </w:p>
        </w:tc>
        <w:tc>
          <w:tcPr>
            <w:tcW w:w="1152" w:type="dxa"/>
          </w:tcPr>
          <w:p w14:paraId="76BF4B8B" w14:textId="53C13EA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-13.74</w:t>
            </w:r>
          </w:p>
        </w:tc>
        <w:tc>
          <w:tcPr>
            <w:tcW w:w="1152" w:type="dxa"/>
          </w:tcPr>
          <w:p w14:paraId="23C214C0" w14:textId="2703C71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26.19</w:t>
            </w:r>
          </w:p>
        </w:tc>
        <w:tc>
          <w:tcPr>
            <w:tcW w:w="1152" w:type="dxa"/>
          </w:tcPr>
          <w:p w14:paraId="67A2C9F6" w14:textId="31B9912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7.62</w:t>
            </w:r>
          </w:p>
        </w:tc>
      </w:tr>
      <w:tr w:rsidR="00D874B3" w:rsidRPr="00EE6E36" w14:paraId="2AF7B2F9" w14:textId="77777777" w:rsidTr="00EC7BC3">
        <w:trPr>
          <w:jc w:val="center"/>
        </w:trPr>
        <w:tc>
          <w:tcPr>
            <w:tcW w:w="1152" w:type="dxa"/>
            <w:vAlign w:val="center"/>
          </w:tcPr>
          <w:p w14:paraId="655742D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FAB804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16505A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2B9693B0" w14:textId="6C075AD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9.2</w:t>
            </w:r>
          </w:p>
        </w:tc>
        <w:tc>
          <w:tcPr>
            <w:tcW w:w="1152" w:type="dxa"/>
          </w:tcPr>
          <w:p w14:paraId="4AAC8D5F" w14:textId="71BD8CA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-23.62</w:t>
            </w:r>
          </w:p>
        </w:tc>
        <w:tc>
          <w:tcPr>
            <w:tcW w:w="1152" w:type="dxa"/>
          </w:tcPr>
          <w:p w14:paraId="58B84576" w14:textId="7A9CA13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31.72</w:t>
            </w:r>
          </w:p>
        </w:tc>
        <w:tc>
          <w:tcPr>
            <w:tcW w:w="1152" w:type="dxa"/>
          </w:tcPr>
          <w:p w14:paraId="304D9270" w14:textId="34773E2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9.46</w:t>
            </w:r>
          </w:p>
        </w:tc>
      </w:tr>
      <w:tr w:rsidR="00D874B3" w:rsidRPr="00EE6E36" w14:paraId="38EAA2D9" w14:textId="77777777" w:rsidTr="00EC7BC3">
        <w:trPr>
          <w:jc w:val="center"/>
        </w:trPr>
        <w:tc>
          <w:tcPr>
            <w:tcW w:w="1152" w:type="dxa"/>
            <w:vAlign w:val="center"/>
          </w:tcPr>
          <w:p w14:paraId="7B99BD9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40B407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4EB503C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115DB385" w14:textId="542B200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10.03</w:t>
            </w:r>
          </w:p>
        </w:tc>
        <w:tc>
          <w:tcPr>
            <w:tcW w:w="1152" w:type="dxa"/>
          </w:tcPr>
          <w:p w14:paraId="52BCB5D4" w14:textId="238CDEA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-19.22</w:t>
            </w:r>
          </w:p>
        </w:tc>
        <w:tc>
          <w:tcPr>
            <w:tcW w:w="1152" w:type="dxa"/>
          </w:tcPr>
          <w:p w14:paraId="2C986EEB" w14:textId="1C33E50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31.23</w:t>
            </w:r>
          </w:p>
        </w:tc>
        <w:tc>
          <w:tcPr>
            <w:tcW w:w="1152" w:type="dxa"/>
          </w:tcPr>
          <w:p w14:paraId="6EE3EC3C" w14:textId="29FCC7D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10.17</w:t>
            </w:r>
          </w:p>
        </w:tc>
      </w:tr>
      <w:tr w:rsidR="00D874B3" w:rsidRPr="00EE6E36" w14:paraId="2538901D" w14:textId="77777777" w:rsidTr="00EC7BC3">
        <w:trPr>
          <w:jc w:val="center"/>
        </w:trPr>
        <w:tc>
          <w:tcPr>
            <w:tcW w:w="1152" w:type="dxa"/>
            <w:vAlign w:val="center"/>
          </w:tcPr>
          <w:p w14:paraId="1C762BC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7C7A866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382E2B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4F40D428" w14:textId="2432822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8.2</w:t>
            </w:r>
          </w:p>
        </w:tc>
        <w:tc>
          <w:tcPr>
            <w:tcW w:w="1152" w:type="dxa"/>
          </w:tcPr>
          <w:p w14:paraId="0517F387" w14:textId="028B8A0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-12.71</w:t>
            </w:r>
          </w:p>
        </w:tc>
        <w:tc>
          <w:tcPr>
            <w:tcW w:w="1152" w:type="dxa"/>
          </w:tcPr>
          <w:p w14:paraId="02E6323A" w14:textId="099832A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27.87</w:t>
            </w:r>
          </w:p>
        </w:tc>
        <w:tc>
          <w:tcPr>
            <w:tcW w:w="1152" w:type="dxa"/>
          </w:tcPr>
          <w:p w14:paraId="542186AD" w14:textId="6103CC1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8.16</w:t>
            </w:r>
          </w:p>
        </w:tc>
      </w:tr>
      <w:tr w:rsidR="00D874B3" w:rsidRPr="00EE6E36" w14:paraId="32CD9083" w14:textId="77777777" w:rsidTr="00EC7BC3">
        <w:trPr>
          <w:jc w:val="center"/>
        </w:trPr>
        <w:tc>
          <w:tcPr>
            <w:tcW w:w="1152" w:type="dxa"/>
            <w:vAlign w:val="center"/>
          </w:tcPr>
          <w:p w14:paraId="05FD7D4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68BBF75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E0CA9B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16D679B1" w14:textId="3153E5E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8.88</w:t>
            </w:r>
          </w:p>
        </w:tc>
        <w:tc>
          <w:tcPr>
            <w:tcW w:w="1152" w:type="dxa"/>
          </w:tcPr>
          <w:p w14:paraId="3D0729FB" w14:textId="64761F2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-12.68</w:t>
            </w:r>
          </w:p>
        </w:tc>
        <w:tc>
          <w:tcPr>
            <w:tcW w:w="1152" w:type="dxa"/>
          </w:tcPr>
          <w:p w14:paraId="56E2623E" w14:textId="61C4AB1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27.32</w:t>
            </w:r>
          </w:p>
        </w:tc>
        <w:tc>
          <w:tcPr>
            <w:tcW w:w="1152" w:type="dxa"/>
          </w:tcPr>
          <w:p w14:paraId="45DFB91E" w14:textId="493839A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7.71</w:t>
            </w:r>
          </w:p>
        </w:tc>
      </w:tr>
      <w:tr w:rsidR="00D874B3" w:rsidRPr="00EE6E36" w14:paraId="000A96D0" w14:textId="77777777" w:rsidTr="00EC7BC3">
        <w:trPr>
          <w:jc w:val="center"/>
        </w:trPr>
        <w:tc>
          <w:tcPr>
            <w:tcW w:w="1152" w:type="dxa"/>
            <w:vAlign w:val="center"/>
          </w:tcPr>
          <w:p w14:paraId="132DB88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C0DAD3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3BB3FC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118B31A8" w14:textId="1C0EFCE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10.02</w:t>
            </w:r>
          </w:p>
        </w:tc>
        <w:tc>
          <w:tcPr>
            <w:tcW w:w="1152" w:type="dxa"/>
          </w:tcPr>
          <w:p w14:paraId="23FCA485" w14:textId="1FB75F9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-21.59</w:t>
            </w:r>
          </w:p>
        </w:tc>
        <w:tc>
          <w:tcPr>
            <w:tcW w:w="1152" w:type="dxa"/>
          </w:tcPr>
          <w:p w14:paraId="2E40356B" w14:textId="0E1F853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32.2</w:t>
            </w:r>
          </w:p>
        </w:tc>
        <w:tc>
          <w:tcPr>
            <w:tcW w:w="1152" w:type="dxa"/>
          </w:tcPr>
          <w:p w14:paraId="704E1F10" w14:textId="21AD33F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9.15</w:t>
            </w:r>
          </w:p>
        </w:tc>
      </w:tr>
      <w:tr w:rsidR="00D874B3" w:rsidRPr="00EE6E36" w14:paraId="0A43E00B" w14:textId="77777777" w:rsidTr="00EC7BC3">
        <w:trPr>
          <w:jc w:val="center"/>
        </w:trPr>
        <w:tc>
          <w:tcPr>
            <w:tcW w:w="1152" w:type="dxa"/>
            <w:vAlign w:val="center"/>
          </w:tcPr>
          <w:p w14:paraId="31484F8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E20B19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0749950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2CE7A0C3" w14:textId="6491DE0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10.51</w:t>
            </w:r>
          </w:p>
        </w:tc>
        <w:tc>
          <w:tcPr>
            <w:tcW w:w="1152" w:type="dxa"/>
          </w:tcPr>
          <w:p w14:paraId="4D0F238B" w14:textId="27771C5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-18.81</w:t>
            </w:r>
          </w:p>
        </w:tc>
        <w:tc>
          <w:tcPr>
            <w:tcW w:w="1152" w:type="dxa"/>
          </w:tcPr>
          <w:p w14:paraId="58D36901" w14:textId="16A590E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31.84</w:t>
            </w:r>
          </w:p>
        </w:tc>
        <w:tc>
          <w:tcPr>
            <w:tcW w:w="1152" w:type="dxa"/>
          </w:tcPr>
          <w:p w14:paraId="41703F94" w14:textId="1472C2D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10.25</w:t>
            </w:r>
          </w:p>
        </w:tc>
      </w:tr>
      <w:tr w:rsidR="00D874B3" w:rsidRPr="00EE6E36" w14:paraId="1A6C867D" w14:textId="77777777" w:rsidTr="00EC7BC3">
        <w:trPr>
          <w:jc w:val="center"/>
        </w:trPr>
        <w:tc>
          <w:tcPr>
            <w:tcW w:w="1152" w:type="dxa"/>
            <w:vAlign w:val="center"/>
          </w:tcPr>
          <w:p w14:paraId="68F6C03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D38DCF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982BC0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57749536" w14:textId="44DA293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8.78</w:t>
            </w:r>
          </w:p>
        </w:tc>
        <w:tc>
          <w:tcPr>
            <w:tcW w:w="1152" w:type="dxa"/>
          </w:tcPr>
          <w:p w14:paraId="2E8D20B2" w14:textId="46D2385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-12.18</w:t>
            </w:r>
          </w:p>
        </w:tc>
        <w:tc>
          <w:tcPr>
            <w:tcW w:w="1152" w:type="dxa"/>
          </w:tcPr>
          <w:p w14:paraId="772C0B9A" w14:textId="0197F13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28.68</w:t>
            </w:r>
          </w:p>
        </w:tc>
        <w:tc>
          <w:tcPr>
            <w:tcW w:w="1152" w:type="dxa"/>
          </w:tcPr>
          <w:p w14:paraId="6FC602F6" w14:textId="658EFF9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8.12</w:t>
            </w:r>
          </w:p>
        </w:tc>
      </w:tr>
      <w:tr w:rsidR="00D874B3" w:rsidRPr="00EE6E36" w14:paraId="1C81DBBA" w14:textId="77777777" w:rsidTr="00EC7BC3">
        <w:trPr>
          <w:jc w:val="center"/>
        </w:trPr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50702B4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7A38E94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tcBorders>
              <w:bottom w:val="single" w:sz="8" w:space="0" w:color="auto"/>
            </w:tcBorders>
            <w:vAlign w:val="center"/>
          </w:tcPr>
          <w:p w14:paraId="745B3D1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6B444B0A" w14:textId="3A5F8EC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9.44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35FF9FD1" w14:textId="031BC76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-12.1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2AA2DF08" w14:textId="1F80E8C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28.14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45530209" w14:textId="786C0C4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7.62</w:t>
            </w:r>
          </w:p>
        </w:tc>
      </w:tr>
    </w:tbl>
    <w:p w14:paraId="3CD73AD9" w14:textId="77777777" w:rsidR="00E27205" w:rsidRDefault="00E27205"/>
    <w:p w14:paraId="29FF946A" w14:textId="77777777" w:rsidR="00CC2428" w:rsidRDefault="00CC2428">
      <w:pPr>
        <w:jc w:val="both"/>
        <w:rPr>
          <w:b/>
          <w:sz w:val="20"/>
          <w:szCs w:val="24"/>
        </w:rPr>
      </w:pPr>
    </w:p>
    <w:p w14:paraId="4EC6437A" w14:textId="77777777" w:rsidR="00CC2428" w:rsidRDefault="00CC2428">
      <w:pPr>
        <w:jc w:val="both"/>
        <w:rPr>
          <w:b/>
          <w:sz w:val="20"/>
          <w:szCs w:val="24"/>
        </w:rPr>
      </w:pPr>
    </w:p>
    <w:p w14:paraId="4BE03C6F" w14:textId="77777777" w:rsidR="00CC2428" w:rsidRDefault="00CC2428">
      <w:pPr>
        <w:jc w:val="both"/>
        <w:rPr>
          <w:b/>
          <w:sz w:val="20"/>
          <w:szCs w:val="24"/>
        </w:rPr>
      </w:pPr>
    </w:p>
    <w:p w14:paraId="3AF64920" w14:textId="77777777" w:rsidR="00CC2428" w:rsidRDefault="00CC2428">
      <w:pPr>
        <w:jc w:val="both"/>
        <w:rPr>
          <w:b/>
          <w:sz w:val="20"/>
          <w:szCs w:val="24"/>
        </w:rPr>
      </w:pPr>
    </w:p>
    <w:p w14:paraId="27F96D3A" w14:textId="747B5845" w:rsidR="00E27205" w:rsidRDefault="00000000">
      <w:pPr>
        <w:jc w:val="both"/>
      </w:pPr>
      <w:r w:rsidRPr="00CC2428">
        <w:rPr>
          <w:b/>
          <w:sz w:val="20"/>
          <w:szCs w:val="24"/>
        </w:rPr>
        <w:lastRenderedPageBreak/>
        <w:t>Table S1c. Seasonal and period-based summary of mean changes (Δ) in extreme temperature indices under SSP5-8.5.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1440"/>
        <w:gridCol w:w="864"/>
        <w:gridCol w:w="1152"/>
        <w:gridCol w:w="1152"/>
        <w:gridCol w:w="1152"/>
        <w:gridCol w:w="1152"/>
      </w:tblGrid>
      <w:tr w:rsidR="00E27205" w:rsidRPr="00EE6E36" w14:paraId="11E4F86B" w14:textId="77777777" w:rsidTr="00EC7BC3">
        <w:trPr>
          <w:tblHeader/>
          <w:jc w:val="center"/>
        </w:trPr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E00E1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Index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89F8F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Period</w:t>
            </w: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2065A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Season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E7CC4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Mean Δ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954E4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Min Δ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E915D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Max Δ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F8CD3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Std. Dev.</w:t>
            </w:r>
          </w:p>
        </w:tc>
      </w:tr>
      <w:tr w:rsidR="00D874B3" w:rsidRPr="00EE6E36" w14:paraId="168437B7" w14:textId="77777777" w:rsidTr="00EC7BC3">
        <w:trPr>
          <w:jc w:val="center"/>
        </w:trPr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181AE10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5A36F62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tcBorders>
              <w:top w:val="single" w:sz="8" w:space="0" w:color="auto"/>
            </w:tcBorders>
            <w:vAlign w:val="center"/>
          </w:tcPr>
          <w:p w14:paraId="098DE34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2354DB9C" w14:textId="122F13C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32.23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0979A7B9" w14:textId="0E495B9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1B241297" w14:textId="0843236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90.06</w:t>
            </w:r>
          </w:p>
        </w:tc>
        <w:tc>
          <w:tcPr>
            <w:tcW w:w="1152" w:type="dxa"/>
            <w:tcBorders>
              <w:top w:val="single" w:sz="8" w:space="0" w:color="auto"/>
            </w:tcBorders>
          </w:tcPr>
          <w:p w14:paraId="51E9EF0A" w14:textId="2B20728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40.89</w:t>
            </w:r>
          </w:p>
        </w:tc>
      </w:tr>
      <w:tr w:rsidR="00D874B3" w:rsidRPr="00EE6E36" w14:paraId="00307A33" w14:textId="77777777" w:rsidTr="00EC7BC3">
        <w:trPr>
          <w:jc w:val="center"/>
        </w:trPr>
        <w:tc>
          <w:tcPr>
            <w:tcW w:w="1152" w:type="dxa"/>
            <w:vAlign w:val="center"/>
          </w:tcPr>
          <w:p w14:paraId="695A1C3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40F9D87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4BF2A06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35FF7DD5" w14:textId="40CB135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44</w:t>
            </w:r>
          </w:p>
        </w:tc>
        <w:tc>
          <w:tcPr>
            <w:tcW w:w="1152" w:type="dxa"/>
          </w:tcPr>
          <w:p w14:paraId="258B30FE" w14:textId="750F9BF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67E3473A" w14:textId="60FAE96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15307CCD" w14:textId="7A434B4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39.45</w:t>
            </w:r>
          </w:p>
        </w:tc>
      </w:tr>
      <w:tr w:rsidR="00D874B3" w:rsidRPr="00EE6E36" w14:paraId="470D06F5" w14:textId="77777777" w:rsidTr="00EC7BC3">
        <w:trPr>
          <w:jc w:val="center"/>
        </w:trPr>
        <w:tc>
          <w:tcPr>
            <w:tcW w:w="1152" w:type="dxa"/>
            <w:vAlign w:val="center"/>
          </w:tcPr>
          <w:p w14:paraId="5ECCB31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6DFE8A6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90FDFD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510A2579" w14:textId="6BB6172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46.61</w:t>
            </w:r>
          </w:p>
        </w:tc>
        <w:tc>
          <w:tcPr>
            <w:tcW w:w="1152" w:type="dxa"/>
          </w:tcPr>
          <w:p w14:paraId="0D4C76EA" w14:textId="4516527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497AAE52" w14:textId="4226A70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027E6C4A" w14:textId="1B16E4E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39.32</w:t>
            </w:r>
          </w:p>
        </w:tc>
      </w:tr>
      <w:tr w:rsidR="00D874B3" w:rsidRPr="00EE6E36" w14:paraId="3FA56BFA" w14:textId="77777777" w:rsidTr="00EC7BC3">
        <w:trPr>
          <w:jc w:val="center"/>
        </w:trPr>
        <w:tc>
          <w:tcPr>
            <w:tcW w:w="1152" w:type="dxa"/>
            <w:vAlign w:val="center"/>
          </w:tcPr>
          <w:p w14:paraId="59D0C80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3997DD3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20F355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6C7D3B31" w14:textId="22E7F7C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43.66</w:t>
            </w:r>
          </w:p>
        </w:tc>
        <w:tc>
          <w:tcPr>
            <w:tcW w:w="1152" w:type="dxa"/>
          </w:tcPr>
          <w:p w14:paraId="1B54ADAE" w14:textId="350B857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1A97AED3" w14:textId="7C4ADCC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481A9A7C" w14:textId="4987792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39.47</w:t>
            </w:r>
          </w:p>
        </w:tc>
      </w:tr>
      <w:tr w:rsidR="00D874B3" w:rsidRPr="00EE6E36" w14:paraId="406C1544" w14:textId="77777777" w:rsidTr="00EC7BC3">
        <w:trPr>
          <w:jc w:val="center"/>
        </w:trPr>
        <w:tc>
          <w:tcPr>
            <w:tcW w:w="1152" w:type="dxa"/>
            <w:vAlign w:val="center"/>
          </w:tcPr>
          <w:p w14:paraId="482C22F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60476DE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F50D60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4B303FA2" w14:textId="270071D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38.5</w:t>
            </w:r>
          </w:p>
        </w:tc>
        <w:tc>
          <w:tcPr>
            <w:tcW w:w="1152" w:type="dxa"/>
          </w:tcPr>
          <w:p w14:paraId="15060950" w14:textId="18F13FD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</w:tcPr>
          <w:p w14:paraId="23A00546" w14:textId="6FB2E26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90.06</w:t>
            </w:r>
          </w:p>
        </w:tc>
        <w:tc>
          <w:tcPr>
            <w:tcW w:w="1152" w:type="dxa"/>
          </w:tcPr>
          <w:p w14:paraId="4CF725A5" w14:textId="73E6258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40.36</w:t>
            </w:r>
          </w:p>
        </w:tc>
      </w:tr>
      <w:tr w:rsidR="00D874B3" w:rsidRPr="00EE6E36" w14:paraId="676001BA" w14:textId="77777777" w:rsidTr="00EC7BC3">
        <w:trPr>
          <w:jc w:val="center"/>
        </w:trPr>
        <w:tc>
          <w:tcPr>
            <w:tcW w:w="1152" w:type="dxa"/>
            <w:vAlign w:val="center"/>
          </w:tcPr>
          <w:p w14:paraId="0D78A1E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67E6F5D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272801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1DA9C329" w14:textId="7F105FC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49.89</w:t>
            </w:r>
          </w:p>
        </w:tc>
        <w:tc>
          <w:tcPr>
            <w:tcW w:w="1152" w:type="dxa"/>
          </w:tcPr>
          <w:p w14:paraId="14B0C195" w14:textId="35EB246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5BFF21C2" w14:textId="0421527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65BEE4E5" w14:textId="68834E0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37.82</w:t>
            </w:r>
          </w:p>
        </w:tc>
      </w:tr>
      <w:tr w:rsidR="00D874B3" w:rsidRPr="00EE6E36" w14:paraId="7F71392C" w14:textId="77777777" w:rsidTr="00EC7BC3">
        <w:trPr>
          <w:jc w:val="center"/>
        </w:trPr>
        <w:tc>
          <w:tcPr>
            <w:tcW w:w="1152" w:type="dxa"/>
            <w:vAlign w:val="center"/>
          </w:tcPr>
          <w:p w14:paraId="692F22E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505B963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649EBE0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38EE0583" w14:textId="5D29706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56.31</w:t>
            </w:r>
          </w:p>
        </w:tc>
        <w:tc>
          <w:tcPr>
            <w:tcW w:w="1152" w:type="dxa"/>
          </w:tcPr>
          <w:p w14:paraId="1E56580C" w14:textId="4DCEC76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717C7596" w14:textId="5D17409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4EB7E24B" w14:textId="278363D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37.03</w:t>
            </w:r>
          </w:p>
        </w:tc>
      </w:tr>
      <w:tr w:rsidR="00D874B3" w:rsidRPr="00EE6E36" w14:paraId="0DA8859C" w14:textId="77777777" w:rsidTr="00EC7BC3">
        <w:trPr>
          <w:jc w:val="center"/>
        </w:trPr>
        <w:tc>
          <w:tcPr>
            <w:tcW w:w="1152" w:type="dxa"/>
            <w:vAlign w:val="center"/>
          </w:tcPr>
          <w:p w14:paraId="35AB5CB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0A10017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315F6A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1CA4EB4B" w14:textId="26D9034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51.1</w:t>
            </w:r>
          </w:p>
        </w:tc>
        <w:tc>
          <w:tcPr>
            <w:tcW w:w="1152" w:type="dxa"/>
          </w:tcPr>
          <w:p w14:paraId="7DE368AB" w14:textId="556542D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183372D1" w14:textId="3254CE0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08C877CC" w14:textId="33676D4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37.73</w:t>
            </w:r>
          </w:p>
        </w:tc>
      </w:tr>
      <w:tr w:rsidR="00D874B3" w:rsidRPr="00EE6E36" w14:paraId="6FF85749" w14:textId="77777777" w:rsidTr="00EC7BC3">
        <w:trPr>
          <w:jc w:val="center"/>
        </w:trPr>
        <w:tc>
          <w:tcPr>
            <w:tcW w:w="1152" w:type="dxa"/>
            <w:vAlign w:val="center"/>
          </w:tcPr>
          <w:p w14:paraId="151A638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3067F75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F87EC1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3C7A00E2" w14:textId="18E6B19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42.17</w:t>
            </w:r>
          </w:p>
        </w:tc>
        <w:tc>
          <w:tcPr>
            <w:tcW w:w="1152" w:type="dxa"/>
          </w:tcPr>
          <w:p w14:paraId="2F80AA9B" w14:textId="1F5AEC6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</w:tcPr>
          <w:p w14:paraId="761DC13D" w14:textId="75A536C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90.06</w:t>
            </w:r>
          </w:p>
        </w:tc>
        <w:tc>
          <w:tcPr>
            <w:tcW w:w="1152" w:type="dxa"/>
          </w:tcPr>
          <w:p w14:paraId="6E8B458E" w14:textId="53AC1A4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39.44</w:t>
            </w:r>
          </w:p>
        </w:tc>
      </w:tr>
      <w:tr w:rsidR="00D874B3" w:rsidRPr="00EE6E36" w14:paraId="17446475" w14:textId="77777777" w:rsidTr="00EC7BC3">
        <w:trPr>
          <w:jc w:val="center"/>
        </w:trPr>
        <w:tc>
          <w:tcPr>
            <w:tcW w:w="1152" w:type="dxa"/>
            <w:vAlign w:val="center"/>
          </w:tcPr>
          <w:p w14:paraId="253991B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2C97FF9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5E35CD4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510FF853" w14:textId="151B1C3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55.28</w:t>
            </w:r>
          </w:p>
        </w:tc>
        <w:tc>
          <w:tcPr>
            <w:tcW w:w="1152" w:type="dxa"/>
          </w:tcPr>
          <w:p w14:paraId="6CB66D74" w14:textId="00D20F9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-10.11</w:t>
            </w:r>
          </w:p>
        </w:tc>
        <w:tc>
          <w:tcPr>
            <w:tcW w:w="1152" w:type="dxa"/>
          </w:tcPr>
          <w:p w14:paraId="2D91EB29" w14:textId="3FE10F0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51F74CA6" w14:textId="23A1ECB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36.18</w:t>
            </w:r>
          </w:p>
        </w:tc>
      </w:tr>
      <w:tr w:rsidR="00D874B3" w:rsidRPr="00EE6E36" w14:paraId="53E09D14" w14:textId="77777777" w:rsidTr="00EC7BC3">
        <w:trPr>
          <w:jc w:val="center"/>
        </w:trPr>
        <w:tc>
          <w:tcPr>
            <w:tcW w:w="1152" w:type="dxa"/>
            <w:vAlign w:val="center"/>
          </w:tcPr>
          <w:p w14:paraId="35CEA26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5339820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03EA90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5EE83562" w14:textId="1C465FA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65.87</w:t>
            </w:r>
          </w:p>
        </w:tc>
        <w:tc>
          <w:tcPr>
            <w:tcW w:w="1152" w:type="dxa"/>
          </w:tcPr>
          <w:p w14:paraId="0D54CC64" w14:textId="7CC2D44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0931DF5D" w14:textId="7B38C97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5952ADC1" w14:textId="0F44CFE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33.57</w:t>
            </w:r>
          </w:p>
        </w:tc>
      </w:tr>
      <w:tr w:rsidR="00D874B3" w:rsidRPr="00EE6E36" w14:paraId="222E2AEF" w14:textId="77777777" w:rsidTr="00EC7BC3">
        <w:trPr>
          <w:jc w:val="center"/>
        </w:trPr>
        <w:tc>
          <w:tcPr>
            <w:tcW w:w="1152" w:type="dxa"/>
            <w:vAlign w:val="center"/>
          </w:tcPr>
          <w:p w14:paraId="6AF6EB8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DB7273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667214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0D7537AE" w14:textId="47CB028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58.31</w:t>
            </w:r>
          </w:p>
        </w:tc>
        <w:tc>
          <w:tcPr>
            <w:tcW w:w="1152" w:type="dxa"/>
          </w:tcPr>
          <w:p w14:paraId="64E5C43B" w14:textId="03EDFB7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-10.04</w:t>
            </w:r>
          </w:p>
        </w:tc>
        <w:tc>
          <w:tcPr>
            <w:tcW w:w="1152" w:type="dxa"/>
          </w:tcPr>
          <w:p w14:paraId="5DA60A36" w14:textId="65EF32A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45E2A058" w14:textId="26BE541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35.19</w:t>
            </w:r>
          </w:p>
        </w:tc>
      </w:tr>
      <w:tr w:rsidR="00D874B3" w:rsidRPr="00EE6E36" w14:paraId="71AF5625" w14:textId="77777777" w:rsidTr="00EC7BC3">
        <w:trPr>
          <w:jc w:val="center"/>
        </w:trPr>
        <w:tc>
          <w:tcPr>
            <w:tcW w:w="1152" w:type="dxa"/>
            <w:vAlign w:val="center"/>
          </w:tcPr>
          <w:p w14:paraId="6031D9E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38267C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6CD377A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07A3584F" w14:textId="09FDA20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60.74</w:t>
            </w:r>
          </w:p>
        </w:tc>
        <w:tc>
          <w:tcPr>
            <w:tcW w:w="1152" w:type="dxa"/>
          </w:tcPr>
          <w:p w14:paraId="207F7930" w14:textId="0BAA883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</w:t>
            </w:r>
          </w:p>
        </w:tc>
        <w:tc>
          <w:tcPr>
            <w:tcW w:w="1152" w:type="dxa"/>
          </w:tcPr>
          <w:p w14:paraId="5558D98A" w14:textId="7897F40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</w:t>
            </w:r>
          </w:p>
        </w:tc>
        <w:tc>
          <w:tcPr>
            <w:tcW w:w="1152" w:type="dxa"/>
          </w:tcPr>
          <w:p w14:paraId="4C9E5853" w14:textId="7FC6659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38.36</w:t>
            </w:r>
          </w:p>
        </w:tc>
      </w:tr>
      <w:tr w:rsidR="00D874B3" w:rsidRPr="00EE6E36" w14:paraId="5D580FD8" w14:textId="77777777" w:rsidTr="00EC7BC3">
        <w:trPr>
          <w:jc w:val="center"/>
        </w:trPr>
        <w:tc>
          <w:tcPr>
            <w:tcW w:w="1152" w:type="dxa"/>
            <w:vAlign w:val="center"/>
          </w:tcPr>
          <w:p w14:paraId="6E88BC2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0EA727F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3DB51C0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6801F916" w14:textId="0097772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59.07</w:t>
            </w:r>
          </w:p>
        </w:tc>
        <w:tc>
          <w:tcPr>
            <w:tcW w:w="1152" w:type="dxa"/>
          </w:tcPr>
          <w:p w14:paraId="2EBD9D15" w14:textId="7010418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3B3FEB2C" w14:textId="35E0076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1E2DC7D6" w14:textId="2B67B81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40.34</w:t>
            </w:r>
          </w:p>
        </w:tc>
      </w:tr>
      <w:tr w:rsidR="00D874B3" w:rsidRPr="00EE6E36" w14:paraId="61C3BABA" w14:textId="77777777" w:rsidTr="00EC7BC3">
        <w:trPr>
          <w:jc w:val="center"/>
        </w:trPr>
        <w:tc>
          <w:tcPr>
            <w:tcW w:w="1152" w:type="dxa"/>
            <w:vAlign w:val="center"/>
          </w:tcPr>
          <w:p w14:paraId="1664A6A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E5A8F6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633BBBA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059BDF93" w14:textId="478746C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60.74</w:t>
            </w:r>
          </w:p>
        </w:tc>
        <w:tc>
          <w:tcPr>
            <w:tcW w:w="1152" w:type="dxa"/>
          </w:tcPr>
          <w:p w14:paraId="47DCCA51" w14:textId="6E7469D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7C4A5CF0" w14:textId="1E299EA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4BDC6962" w14:textId="4002B32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38.81</w:t>
            </w:r>
          </w:p>
        </w:tc>
      </w:tr>
      <w:tr w:rsidR="00D874B3" w:rsidRPr="00EE6E36" w14:paraId="75170855" w14:textId="77777777" w:rsidTr="00EC7BC3">
        <w:trPr>
          <w:jc w:val="center"/>
        </w:trPr>
        <w:tc>
          <w:tcPr>
            <w:tcW w:w="1152" w:type="dxa"/>
            <w:vAlign w:val="center"/>
          </w:tcPr>
          <w:p w14:paraId="2CDF618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10ACC6A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4F4E4D0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09EF2878" w14:textId="1469DC8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65.74</w:t>
            </w:r>
          </w:p>
        </w:tc>
        <w:tc>
          <w:tcPr>
            <w:tcW w:w="1152" w:type="dxa"/>
          </w:tcPr>
          <w:p w14:paraId="36F04C46" w14:textId="37FE675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3BAAFA9D" w14:textId="7D49418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295D2311" w14:textId="06B719E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35.91</w:t>
            </w:r>
          </w:p>
        </w:tc>
      </w:tr>
      <w:tr w:rsidR="00D874B3" w:rsidRPr="00EE6E36" w14:paraId="567803EB" w14:textId="77777777" w:rsidTr="00EC7BC3">
        <w:trPr>
          <w:jc w:val="center"/>
        </w:trPr>
        <w:tc>
          <w:tcPr>
            <w:tcW w:w="1152" w:type="dxa"/>
            <w:vAlign w:val="center"/>
          </w:tcPr>
          <w:p w14:paraId="0FA797D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B781F5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3A57347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3E843CE7" w14:textId="30DF8CA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65.9</w:t>
            </w:r>
          </w:p>
        </w:tc>
        <w:tc>
          <w:tcPr>
            <w:tcW w:w="1152" w:type="dxa"/>
          </w:tcPr>
          <w:p w14:paraId="72213FEF" w14:textId="68DD64D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</w:t>
            </w:r>
          </w:p>
        </w:tc>
        <w:tc>
          <w:tcPr>
            <w:tcW w:w="1152" w:type="dxa"/>
          </w:tcPr>
          <w:p w14:paraId="009EA1C0" w14:textId="7FC07EB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</w:t>
            </w:r>
          </w:p>
        </w:tc>
        <w:tc>
          <w:tcPr>
            <w:tcW w:w="1152" w:type="dxa"/>
          </w:tcPr>
          <w:p w14:paraId="60AFE1D8" w14:textId="0E0628A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35.68</w:t>
            </w:r>
          </w:p>
        </w:tc>
      </w:tr>
      <w:tr w:rsidR="00D874B3" w:rsidRPr="00EE6E36" w14:paraId="4B0F16EC" w14:textId="77777777" w:rsidTr="00EC7BC3">
        <w:trPr>
          <w:jc w:val="center"/>
        </w:trPr>
        <w:tc>
          <w:tcPr>
            <w:tcW w:w="1152" w:type="dxa"/>
            <w:vAlign w:val="center"/>
          </w:tcPr>
          <w:p w14:paraId="553B3B9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C6AEFC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D7E1EF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3A76592C" w14:textId="0C104D2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64.27</w:t>
            </w:r>
          </w:p>
        </w:tc>
        <w:tc>
          <w:tcPr>
            <w:tcW w:w="1152" w:type="dxa"/>
          </w:tcPr>
          <w:p w14:paraId="6947C15A" w14:textId="3B372D2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00D187C5" w14:textId="5FDB270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01523D87" w14:textId="0D5DF75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37.09</w:t>
            </w:r>
          </w:p>
        </w:tc>
      </w:tr>
      <w:tr w:rsidR="00D874B3" w:rsidRPr="00EE6E36" w14:paraId="4944B90B" w14:textId="77777777" w:rsidTr="00EC7BC3">
        <w:trPr>
          <w:jc w:val="center"/>
        </w:trPr>
        <w:tc>
          <w:tcPr>
            <w:tcW w:w="1152" w:type="dxa"/>
            <w:vAlign w:val="center"/>
          </w:tcPr>
          <w:p w14:paraId="1CEF278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1DCC0B5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37DC8D6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232A99F7" w14:textId="6B1860A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67.87</w:t>
            </w:r>
          </w:p>
        </w:tc>
        <w:tc>
          <w:tcPr>
            <w:tcW w:w="1152" w:type="dxa"/>
          </w:tcPr>
          <w:p w14:paraId="34616CE0" w14:textId="2BDB00E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189AA68B" w14:textId="36EDF0E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7FF3DBD0" w14:textId="37D2D5C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34.69</w:t>
            </w:r>
          </w:p>
        </w:tc>
      </w:tr>
      <w:tr w:rsidR="00D874B3" w:rsidRPr="00EE6E36" w14:paraId="0A717A28" w14:textId="77777777" w:rsidTr="00EC7BC3">
        <w:trPr>
          <w:jc w:val="center"/>
        </w:trPr>
        <w:tc>
          <w:tcPr>
            <w:tcW w:w="1152" w:type="dxa"/>
            <w:vAlign w:val="center"/>
          </w:tcPr>
          <w:p w14:paraId="6C7BA5D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E96614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4A1ECCE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1AA80AF8" w14:textId="59A2276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70.23</w:t>
            </w:r>
          </w:p>
        </w:tc>
        <w:tc>
          <w:tcPr>
            <w:tcW w:w="1152" w:type="dxa"/>
          </w:tcPr>
          <w:p w14:paraId="3BB99D64" w14:textId="352F42A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5AD7E23D" w14:textId="1482F8A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270F20FE" w14:textId="16C8AD4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33.1</w:t>
            </w:r>
          </w:p>
        </w:tc>
      </w:tr>
      <w:tr w:rsidR="00D874B3" w:rsidRPr="00EE6E36" w14:paraId="0DC4E5BA" w14:textId="77777777" w:rsidTr="00EC7BC3">
        <w:trPr>
          <w:jc w:val="center"/>
        </w:trPr>
        <w:tc>
          <w:tcPr>
            <w:tcW w:w="1152" w:type="dxa"/>
            <w:vAlign w:val="center"/>
          </w:tcPr>
          <w:p w14:paraId="3E6807C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37FE4BE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31B3DAF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5BE489C7" w14:textId="33F69BB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67.66</w:t>
            </w:r>
          </w:p>
        </w:tc>
        <w:tc>
          <w:tcPr>
            <w:tcW w:w="1152" w:type="dxa"/>
          </w:tcPr>
          <w:p w14:paraId="698672C7" w14:textId="7070330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-10.09</w:t>
            </w:r>
          </w:p>
        </w:tc>
        <w:tc>
          <w:tcPr>
            <w:tcW w:w="1152" w:type="dxa"/>
          </w:tcPr>
          <w:p w14:paraId="65EE342D" w14:textId="376200B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</w:t>
            </w:r>
          </w:p>
        </w:tc>
        <w:tc>
          <w:tcPr>
            <w:tcW w:w="1152" w:type="dxa"/>
          </w:tcPr>
          <w:p w14:paraId="7E549429" w14:textId="40BE894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34.29</w:t>
            </w:r>
          </w:p>
        </w:tc>
      </w:tr>
      <w:tr w:rsidR="00D874B3" w:rsidRPr="00EE6E36" w14:paraId="0850D423" w14:textId="77777777" w:rsidTr="00EC7BC3">
        <w:trPr>
          <w:jc w:val="center"/>
        </w:trPr>
        <w:tc>
          <w:tcPr>
            <w:tcW w:w="1152" w:type="dxa"/>
            <w:vAlign w:val="center"/>
          </w:tcPr>
          <w:p w14:paraId="55ADDBB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09D3292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04DF0BC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7BD26FE8" w14:textId="3B9A84F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67.41</w:t>
            </w:r>
          </w:p>
        </w:tc>
        <w:tc>
          <w:tcPr>
            <w:tcW w:w="1152" w:type="dxa"/>
          </w:tcPr>
          <w:p w14:paraId="531C0919" w14:textId="2B979D3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7595DA9F" w14:textId="0D33B81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10F0FE1A" w14:textId="518D5E4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34.58</w:t>
            </w:r>
          </w:p>
        </w:tc>
      </w:tr>
      <w:tr w:rsidR="00D874B3" w:rsidRPr="00EE6E36" w14:paraId="44C8D3F5" w14:textId="77777777" w:rsidTr="00EC7BC3">
        <w:trPr>
          <w:jc w:val="center"/>
        </w:trPr>
        <w:tc>
          <w:tcPr>
            <w:tcW w:w="1152" w:type="dxa"/>
            <w:vAlign w:val="center"/>
          </w:tcPr>
          <w:p w14:paraId="1FE6E80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8603FE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F80D90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2D121C3C" w14:textId="225CA35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73.93</w:t>
            </w:r>
          </w:p>
        </w:tc>
        <w:tc>
          <w:tcPr>
            <w:tcW w:w="1152" w:type="dxa"/>
          </w:tcPr>
          <w:p w14:paraId="2AD202F7" w14:textId="1A1B617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-10.07</w:t>
            </w:r>
          </w:p>
        </w:tc>
        <w:tc>
          <w:tcPr>
            <w:tcW w:w="1152" w:type="dxa"/>
          </w:tcPr>
          <w:p w14:paraId="55C8770D" w14:textId="41FF1FE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90.07</w:t>
            </w:r>
          </w:p>
        </w:tc>
        <w:tc>
          <w:tcPr>
            <w:tcW w:w="1152" w:type="dxa"/>
          </w:tcPr>
          <w:p w14:paraId="068C05D8" w14:textId="47E7790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30.33</w:t>
            </w:r>
          </w:p>
        </w:tc>
      </w:tr>
      <w:tr w:rsidR="00D874B3" w:rsidRPr="00EE6E36" w14:paraId="4CFEE126" w14:textId="77777777" w:rsidTr="00EC7BC3">
        <w:trPr>
          <w:jc w:val="center"/>
        </w:trPr>
        <w:tc>
          <w:tcPr>
            <w:tcW w:w="1152" w:type="dxa"/>
            <w:vAlign w:val="center"/>
          </w:tcPr>
          <w:p w14:paraId="6778497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0CA6ACC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13E11C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753CB277" w14:textId="1DAA23E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73.78</w:t>
            </w:r>
          </w:p>
        </w:tc>
        <w:tc>
          <w:tcPr>
            <w:tcW w:w="1152" w:type="dxa"/>
          </w:tcPr>
          <w:p w14:paraId="349781D5" w14:textId="348E75B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-10.04</w:t>
            </w:r>
          </w:p>
        </w:tc>
        <w:tc>
          <w:tcPr>
            <w:tcW w:w="1152" w:type="dxa"/>
          </w:tcPr>
          <w:p w14:paraId="335C92EF" w14:textId="0F394CF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90.11</w:t>
            </w:r>
          </w:p>
        </w:tc>
        <w:tc>
          <w:tcPr>
            <w:tcW w:w="1152" w:type="dxa"/>
          </w:tcPr>
          <w:p w14:paraId="017DAA67" w14:textId="4588BE2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30.2</w:t>
            </w:r>
          </w:p>
        </w:tc>
      </w:tr>
      <w:tr w:rsidR="00D874B3" w:rsidRPr="00EE6E36" w14:paraId="0758E630" w14:textId="77777777" w:rsidTr="00EC7BC3">
        <w:trPr>
          <w:jc w:val="center"/>
        </w:trPr>
        <w:tc>
          <w:tcPr>
            <w:tcW w:w="1152" w:type="dxa"/>
            <w:vAlign w:val="center"/>
          </w:tcPr>
          <w:p w14:paraId="69103D5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2F0DB29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3B89BE2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2E50897A" w14:textId="69B23B4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3.97</w:t>
            </w:r>
          </w:p>
        </w:tc>
        <w:tc>
          <w:tcPr>
            <w:tcW w:w="1152" w:type="dxa"/>
          </w:tcPr>
          <w:p w14:paraId="62B6E6B5" w14:textId="7484664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-28.1</w:t>
            </w:r>
          </w:p>
        </w:tc>
        <w:tc>
          <w:tcPr>
            <w:tcW w:w="1152" w:type="dxa"/>
          </w:tcPr>
          <w:p w14:paraId="1DBDA258" w14:textId="570A41F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27.22</w:t>
            </w:r>
          </w:p>
        </w:tc>
        <w:tc>
          <w:tcPr>
            <w:tcW w:w="1152" w:type="dxa"/>
          </w:tcPr>
          <w:p w14:paraId="0F09D5B9" w14:textId="382C7EA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8.27</w:t>
            </w:r>
          </w:p>
        </w:tc>
      </w:tr>
      <w:tr w:rsidR="00D874B3" w:rsidRPr="00EE6E36" w14:paraId="4BF04F5F" w14:textId="77777777" w:rsidTr="00EC7BC3">
        <w:trPr>
          <w:jc w:val="center"/>
        </w:trPr>
        <w:tc>
          <w:tcPr>
            <w:tcW w:w="1152" w:type="dxa"/>
            <w:vAlign w:val="center"/>
          </w:tcPr>
          <w:p w14:paraId="788379F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6EA808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4D516A5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4768BD3B" w14:textId="64D0CAC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4.74</w:t>
            </w:r>
          </w:p>
        </w:tc>
        <w:tc>
          <w:tcPr>
            <w:tcW w:w="1152" w:type="dxa"/>
          </w:tcPr>
          <w:p w14:paraId="18305A6D" w14:textId="653344D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-22.22</w:t>
            </w:r>
          </w:p>
        </w:tc>
        <w:tc>
          <w:tcPr>
            <w:tcW w:w="1152" w:type="dxa"/>
          </w:tcPr>
          <w:p w14:paraId="1209C0D9" w14:textId="128519F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26.94</w:t>
            </w:r>
          </w:p>
        </w:tc>
        <w:tc>
          <w:tcPr>
            <w:tcW w:w="1152" w:type="dxa"/>
          </w:tcPr>
          <w:p w14:paraId="1B37EF9E" w14:textId="46FDE0C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7.84</w:t>
            </w:r>
          </w:p>
        </w:tc>
      </w:tr>
      <w:tr w:rsidR="00D874B3" w:rsidRPr="00EE6E36" w14:paraId="7BE0BB6A" w14:textId="77777777" w:rsidTr="00EC7BC3">
        <w:trPr>
          <w:jc w:val="center"/>
        </w:trPr>
        <w:tc>
          <w:tcPr>
            <w:tcW w:w="1152" w:type="dxa"/>
            <w:vAlign w:val="center"/>
          </w:tcPr>
          <w:p w14:paraId="5D21DA9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76CB759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766C396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30E28912" w14:textId="0E64151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3.33</w:t>
            </w:r>
          </w:p>
        </w:tc>
        <w:tc>
          <w:tcPr>
            <w:tcW w:w="1152" w:type="dxa"/>
          </w:tcPr>
          <w:p w14:paraId="7DB145FC" w14:textId="0734880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-19.65</w:t>
            </w:r>
          </w:p>
        </w:tc>
        <w:tc>
          <w:tcPr>
            <w:tcW w:w="1152" w:type="dxa"/>
          </w:tcPr>
          <w:p w14:paraId="14D6DB92" w14:textId="466019F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23.03</w:t>
            </w:r>
          </w:p>
        </w:tc>
        <w:tc>
          <w:tcPr>
            <w:tcW w:w="1152" w:type="dxa"/>
          </w:tcPr>
          <w:p w14:paraId="11B22FCE" w14:textId="337F953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6.27</w:t>
            </w:r>
          </w:p>
        </w:tc>
      </w:tr>
      <w:tr w:rsidR="00D874B3" w:rsidRPr="00EE6E36" w14:paraId="67C6E486" w14:textId="77777777" w:rsidTr="00EC7BC3">
        <w:trPr>
          <w:jc w:val="center"/>
        </w:trPr>
        <w:tc>
          <w:tcPr>
            <w:tcW w:w="1152" w:type="dxa"/>
            <w:vAlign w:val="center"/>
          </w:tcPr>
          <w:p w14:paraId="7782B99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D166E8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09A41E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08DFECB4" w14:textId="074BCB3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4.22</w:t>
            </w:r>
          </w:p>
        </w:tc>
        <w:tc>
          <w:tcPr>
            <w:tcW w:w="1152" w:type="dxa"/>
          </w:tcPr>
          <w:p w14:paraId="1188736F" w14:textId="3778C9C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-21.61</w:t>
            </w:r>
          </w:p>
        </w:tc>
        <w:tc>
          <w:tcPr>
            <w:tcW w:w="1152" w:type="dxa"/>
          </w:tcPr>
          <w:p w14:paraId="3AC12C16" w14:textId="77AA31D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23.85</w:t>
            </w:r>
          </w:p>
        </w:tc>
        <w:tc>
          <w:tcPr>
            <w:tcW w:w="1152" w:type="dxa"/>
          </w:tcPr>
          <w:p w14:paraId="1FC51BC4" w14:textId="7B4D612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6.73</w:t>
            </w:r>
          </w:p>
        </w:tc>
      </w:tr>
      <w:tr w:rsidR="00D874B3" w:rsidRPr="00EE6E36" w14:paraId="25D19F2C" w14:textId="77777777" w:rsidTr="00EC7BC3">
        <w:trPr>
          <w:jc w:val="center"/>
        </w:trPr>
        <w:tc>
          <w:tcPr>
            <w:tcW w:w="1152" w:type="dxa"/>
            <w:vAlign w:val="center"/>
          </w:tcPr>
          <w:p w14:paraId="5439DCF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ADEEC5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651D7BB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371F87C6" w14:textId="14FE6C2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5.42</w:t>
            </w:r>
          </w:p>
        </w:tc>
        <w:tc>
          <w:tcPr>
            <w:tcW w:w="1152" w:type="dxa"/>
          </w:tcPr>
          <w:p w14:paraId="4FA89989" w14:textId="0B46FDC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-26.39</w:t>
            </w:r>
          </w:p>
        </w:tc>
        <w:tc>
          <w:tcPr>
            <w:tcW w:w="1152" w:type="dxa"/>
          </w:tcPr>
          <w:p w14:paraId="1216F81C" w14:textId="3A4B85C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28.66</w:t>
            </w:r>
          </w:p>
        </w:tc>
        <w:tc>
          <w:tcPr>
            <w:tcW w:w="1152" w:type="dxa"/>
          </w:tcPr>
          <w:p w14:paraId="16390DC3" w14:textId="35B027B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8.29</w:t>
            </w:r>
          </w:p>
        </w:tc>
      </w:tr>
      <w:tr w:rsidR="00D874B3" w:rsidRPr="00EE6E36" w14:paraId="5D2DC750" w14:textId="77777777" w:rsidTr="00EC7BC3">
        <w:trPr>
          <w:jc w:val="center"/>
        </w:trPr>
        <w:tc>
          <w:tcPr>
            <w:tcW w:w="1152" w:type="dxa"/>
            <w:vAlign w:val="center"/>
          </w:tcPr>
          <w:p w14:paraId="75D430B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85D3B6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BBE0DA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251DC071" w14:textId="579E9AF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6.75</w:t>
            </w:r>
          </w:p>
        </w:tc>
        <w:tc>
          <w:tcPr>
            <w:tcW w:w="1152" w:type="dxa"/>
          </w:tcPr>
          <w:p w14:paraId="016C788F" w14:textId="103A68C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-20.19</w:t>
            </w:r>
          </w:p>
        </w:tc>
        <w:tc>
          <w:tcPr>
            <w:tcW w:w="1152" w:type="dxa"/>
          </w:tcPr>
          <w:p w14:paraId="3959C0B2" w14:textId="3461BEF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28.8</w:t>
            </w:r>
          </w:p>
        </w:tc>
        <w:tc>
          <w:tcPr>
            <w:tcW w:w="1152" w:type="dxa"/>
          </w:tcPr>
          <w:p w14:paraId="43422FBA" w14:textId="4C3D7AE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7.74</w:t>
            </w:r>
          </w:p>
        </w:tc>
      </w:tr>
      <w:tr w:rsidR="00D874B3" w:rsidRPr="00EE6E36" w14:paraId="6CB79A4C" w14:textId="77777777" w:rsidTr="00EC7BC3">
        <w:trPr>
          <w:jc w:val="center"/>
        </w:trPr>
        <w:tc>
          <w:tcPr>
            <w:tcW w:w="1152" w:type="dxa"/>
            <w:vAlign w:val="center"/>
          </w:tcPr>
          <w:p w14:paraId="4044329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13566FC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7609F3D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76DD3A53" w14:textId="2B20E87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5.13</w:t>
            </w:r>
          </w:p>
        </w:tc>
        <w:tc>
          <w:tcPr>
            <w:tcW w:w="1152" w:type="dxa"/>
          </w:tcPr>
          <w:p w14:paraId="201388A7" w14:textId="4B4BE32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-17.5</w:t>
            </w:r>
          </w:p>
        </w:tc>
        <w:tc>
          <w:tcPr>
            <w:tcW w:w="1152" w:type="dxa"/>
          </w:tcPr>
          <w:p w14:paraId="286E23F2" w14:textId="19D72F5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24.93</w:t>
            </w:r>
          </w:p>
        </w:tc>
        <w:tc>
          <w:tcPr>
            <w:tcW w:w="1152" w:type="dxa"/>
          </w:tcPr>
          <w:p w14:paraId="2465B403" w14:textId="68B1FE0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6.33</w:t>
            </w:r>
          </w:p>
        </w:tc>
      </w:tr>
      <w:tr w:rsidR="00D874B3" w:rsidRPr="00EE6E36" w14:paraId="6200C328" w14:textId="77777777" w:rsidTr="00EC7BC3">
        <w:trPr>
          <w:jc w:val="center"/>
        </w:trPr>
        <w:tc>
          <w:tcPr>
            <w:tcW w:w="1152" w:type="dxa"/>
            <w:vAlign w:val="center"/>
          </w:tcPr>
          <w:p w14:paraId="5AA7533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02F42C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1021030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5D7D7190" w14:textId="458BB0E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5.93</w:t>
            </w:r>
          </w:p>
        </w:tc>
        <w:tc>
          <w:tcPr>
            <w:tcW w:w="1152" w:type="dxa"/>
          </w:tcPr>
          <w:p w14:paraId="307A9B99" w14:textId="67F2FB5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-20.11</w:t>
            </w:r>
          </w:p>
        </w:tc>
        <w:tc>
          <w:tcPr>
            <w:tcW w:w="1152" w:type="dxa"/>
          </w:tcPr>
          <w:p w14:paraId="6AB000D7" w14:textId="32DA6EA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25.88</w:t>
            </w:r>
          </w:p>
        </w:tc>
        <w:tc>
          <w:tcPr>
            <w:tcW w:w="1152" w:type="dxa"/>
          </w:tcPr>
          <w:p w14:paraId="7D1D2426" w14:textId="656F856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6.79</w:t>
            </w:r>
          </w:p>
        </w:tc>
      </w:tr>
      <w:tr w:rsidR="00D874B3" w:rsidRPr="00EE6E36" w14:paraId="67D6F62D" w14:textId="77777777" w:rsidTr="00EC7BC3">
        <w:trPr>
          <w:jc w:val="center"/>
        </w:trPr>
        <w:tc>
          <w:tcPr>
            <w:tcW w:w="1152" w:type="dxa"/>
            <w:vAlign w:val="center"/>
          </w:tcPr>
          <w:p w14:paraId="524BD16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1ACA67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77B2BD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6B4D1C82" w14:textId="0AAF58D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6.65</w:t>
            </w:r>
          </w:p>
        </w:tc>
        <w:tc>
          <w:tcPr>
            <w:tcW w:w="1152" w:type="dxa"/>
          </w:tcPr>
          <w:p w14:paraId="084BA5C9" w14:textId="45B01B1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-26.07</w:t>
            </w:r>
          </w:p>
        </w:tc>
        <w:tc>
          <w:tcPr>
            <w:tcW w:w="1152" w:type="dxa"/>
          </w:tcPr>
          <w:p w14:paraId="5923BB8D" w14:textId="1B7CE36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29.84</w:t>
            </w:r>
          </w:p>
        </w:tc>
        <w:tc>
          <w:tcPr>
            <w:tcW w:w="1152" w:type="dxa"/>
          </w:tcPr>
          <w:p w14:paraId="4ADEFE84" w14:textId="254F5D0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8.45</w:t>
            </w:r>
          </w:p>
        </w:tc>
      </w:tr>
      <w:tr w:rsidR="00D874B3" w:rsidRPr="00EE6E36" w14:paraId="00052C48" w14:textId="77777777" w:rsidTr="00EC7BC3">
        <w:trPr>
          <w:jc w:val="center"/>
        </w:trPr>
        <w:tc>
          <w:tcPr>
            <w:tcW w:w="1152" w:type="dxa"/>
            <w:vAlign w:val="center"/>
          </w:tcPr>
          <w:p w14:paraId="3CAF0F9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22F5D54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4C03817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3D8BBF47" w14:textId="240B72F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8.25</w:t>
            </w:r>
          </w:p>
        </w:tc>
        <w:tc>
          <w:tcPr>
            <w:tcW w:w="1152" w:type="dxa"/>
          </w:tcPr>
          <w:p w14:paraId="3535CDFA" w14:textId="195B106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-18.85</w:t>
            </w:r>
          </w:p>
        </w:tc>
        <w:tc>
          <w:tcPr>
            <w:tcW w:w="1152" w:type="dxa"/>
          </w:tcPr>
          <w:p w14:paraId="6C2BB8B9" w14:textId="35A342C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30.57</w:t>
            </w:r>
          </w:p>
        </w:tc>
        <w:tc>
          <w:tcPr>
            <w:tcW w:w="1152" w:type="dxa"/>
          </w:tcPr>
          <w:p w14:paraId="645A874B" w14:textId="2FC451E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7.78</w:t>
            </w:r>
          </w:p>
        </w:tc>
      </w:tr>
      <w:tr w:rsidR="00D874B3" w:rsidRPr="00EE6E36" w14:paraId="0CEE3276" w14:textId="77777777" w:rsidTr="00EC7BC3">
        <w:trPr>
          <w:jc w:val="center"/>
        </w:trPr>
        <w:tc>
          <w:tcPr>
            <w:tcW w:w="1152" w:type="dxa"/>
            <w:vAlign w:val="center"/>
          </w:tcPr>
          <w:p w14:paraId="6180661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15D8CF4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3994BF7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1A822EEB" w14:textId="52BB61B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7.06</w:t>
            </w:r>
          </w:p>
        </w:tc>
        <w:tc>
          <w:tcPr>
            <w:tcW w:w="1152" w:type="dxa"/>
          </w:tcPr>
          <w:p w14:paraId="0F4EBC6C" w14:textId="180F753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-15.01</w:t>
            </w:r>
          </w:p>
        </w:tc>
        <w:tc>
          <w:tcPr>
            <w:tcW w:w="1152" w:type="dxa"/>
          </w:tcPr>
          <w:p w14:paraId="5A9F46E9" w14:textId="0BB1F35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</w:t>
            </w:r>
          </w:p>
        </w:tc>
        <w:tc>
          <w:tcPr>
            <w:tcW w:w="1152" w:type="dxa"/>
          </w:tcPr>
          <w:p w14:paraId="2B704405" w14:textId="039B849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6.3</w:t>
            </w:r>
          </w:p>
        </w:tc>
      </w:tr>
      <w:tr w:rsidR="00D874B3" w:rsidRPr="00EE6E36" w14:paraId="5B63EC5C" w14:textId="77777777" w:rsidTr="00EC7BC3">
        <w:trPr>
          <w:jc w:val="center"/>
        </w:trPr>
        <w:tc>
          <w:tcPr>
            <w:tcW w:w="1152" w:type="dxa"/>
            <w:vAlign w:val="center"/>
          </w:tcPr>
          <w:p w14:paraId="291286A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6C4677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7C2464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730EE9E8" w14:textId="6CD53A9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7.88</w:t>
            </w:r>
          </w:p>
        </w:tc>
        <w:tc>
          <w:tcPr>
            <w:tcW w:w="1152" w:type="dxa"/>
          </w:tcPr>
          <w:p w14:paraId="1E305A80" w14:textId="129466B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-17.98</w:t>
            </w:r>
          </w:p>
        </w:tc>
        <w:tc>
          <w:tcPr>
            <w:tcW w:w="1152" w:type="dxa"/>
          </w:tcPr>
          <w:p w14:paraId="400CA5A9" w14:textId="2C704A5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28.34</w:t>
            </w:r>
          </w:p>
        </w:tc>
        <w:tc>
          <w:tcPr>
            <w:tcW w:w="1152" w:type="dxa"/>
          </w:tcPr>
          <w:p w14:paraId="403C10F9" w14:textId="4D148BC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6.87</w:t>
            </w:r>
          </w:p>
        </w:tc>
      </w:tr>
      <w:tr w:rsidR="00D874B3" w:rsidRPr="00EE6E36" w14:paraId="3C8C8613" w14:textId="77777777" w:rsidTr="00EC7BC3">
        <w:trPr>
          <w:jc w:val="center"/>
        </w:trPr>
        <w:tc>
          <w:tcPr>
            <w:tcW w:w="1152" w:type="dxa"/>
            <w:vAlign w:val="center"/>
          </w:tcPr>
          <w:p w14:paraId="236F5F5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02A93EE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31DE395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354BC01D" w14:textId="551CC9F6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8.62</w:t>
            </w:r>
          </w:p>
        </w:tc>
        <w:tc>
          <w:tcPr>
            <w:tcW w:w="1152" w:type="dxa"/>
          </w:tcPr>
          <w:p w14:paraId="3615F7C5" w14:textId="672D9BDB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-24.43</w:t>
            </w:r>
          </w:p>
        </w:tc>
        <w:tc>
          <w:tcPr>
            <w:tcW w:w="1152" w:type="dxa"/>
          </w:tcPr>
          <w:p w14:paraId="03CF153D" w14:textId="1985FC5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31.49</w:t>
            </w:r>
          </w:p>
        </w:tc>
        <w:tc>
          <w:tcPr>
            <w:tcW w:w="1152" w:type="dxa"/>
          </w:tcPr>
          <w:p w14:paraId="3A6E8261" w14:textId="6020FB6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9.57</w:t>
            </w:r>
          </w:p>
        </w:tc>
      </w:tr>
      <w:tr w:rsidR="00D874B3" w:rsidRPr="00EE6E36" w14:paraId="085B5FE3" w14:textId="77777777" w:rsidTr="00EC7BC3">
        <w:trPr>
          <w:jc w:val="center"/>
        </w:trPr>
        <w:tc>
          <w:tcPr>
            <w:tcW w:w="1152" w:type="dxa"/>
            <w:vAlign w:val="center"/>
          </w:tcPr>
          <w:p w14:paraId="760061A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07AEA92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29BBEE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3BF7117C" w14:textId="63A06C7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8.93</w:t>
            </w:r>
          </w:p>
        </w:tc>
        <w:tc>
          <w:tcPr>
            <w:tcW w:w="1152" w:type="dxa"/>
          </w:tcPr>
          <w:p w14:paraId="1066A807" w14:textId="1FF0D30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-19.98</w:t>
            </w:r>
          </w:p>
        </w:tc>
        <w:tc>
          <w:tcPr>
            <w:tcW w:w="1152" w:type="dxa"/>
          </w:tcPr>
          <w:p w14:paraId="4D48D02F" w14:textId="3803E24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30.1</w:t>
            </w:r>
          </w:p>
        </w:tc>
        <w:tc>
          <w:tcPr>
            <w:tcW w:w="1152" w:type="dxa"/>
          </w:tcPr>
          <w:p w14:paraId="7D678B63" w14:textId="6FEC82C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10.2</w:t>
            </w:r>
          </w:p>
        </w:tc>
      </w:tr>
      <w:tr w:rsidR="00D874B3" w:rsidRPr="00EE6E36" w14:paraId="42541325" w14:textId="77777777" w:rsidTr="00EC7BC3">
        <w:trPr>
          <w:jc w:val="center"/>
        </w:trPr>
        <w:tc>
          <w:tcPr>
            <w:tcW w:w="1152" w:type="dxa"/>
            <w:vAlign w:val="center"/>
          </w:tcPr>
          <w:p w14:paraId="347A31F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4EDB10BE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451E1E38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2F7A11FA" w14:textId="2359F2A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7.18</w:t>
            </w:r>
          </w:p>
        </w:tc>
        <w:tc>
          <w:tcPr>
            <w:tcW w:w="1152" w:type="dxa"/>
          </w:tcPr>
          <w:p w14:paraId="7910702B" w14:textId="4D159E4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-13.48</w:t>
            </w:r>
          </w:p>
        </w:tc>
        <w:tc>
          <w:tcPr>
            <w:tcW w:w="1152" w:type="dxa"/>
          </w:tcPr>
          <w:p w14:paraId="06AC2559" w14:textId="5CC9780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26.76</w:t>
            </w:r>
          </w:p>
        </w:tc>
        <w:tc>
          <w:tcPr>
            <w:tcW w:w="1152" w:type="dxa"/>
          </w:tcPr>
          <w:p w14:paraId="15218766" w14:textId="0587CD7E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8.15</w:t>
            </w:r>
          </w:p>
        </w:tc>
      </w:tr>
      <w:tr w:rsidR="00D874B3" w:rsidRPr="00EE6E36" w14:paraId="68691ADB" w14:textId="77777777" w:rsidTr="00EC7BC3">
        <w:trPr>
          <w:jc w:val="center"/>
        </w:trPr>
        <w:tc>
          <w:tcPr>
            <w:tcW w:w="1152" w:type="dxa"/>
            <w:vAlign w:val="center"/>
          </w:tcPr>
          <w:p w14:paraId="2E6F4A0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7E77FBB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C0030A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0E589300" w14:textId="34CB863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8.15</w:t>
            </w:r>
          </w:p>
        </w:tc>
        <w:tc>
          <w:tcPr>
            <w:tcW w:w="1152" w:type="dxa"/>
          </w:tcPr>
          <w:p w14:paraId="770C3047" w14:textId="4B6E599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-13.57</w:t>
            </w:r>
          </w:p>
        </w:tc>
        <w:tc>
          <w:tcPr>
            <w:tcW w:w="1152" w:type="dxa"/>
          </w:tcPr>
          <w:p w14:paraId="29A5065C" w14:textId="42D5F14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26.64</w:t>
            </w:r>
          </w:p>
        </w:tc>
        <w:tc>
          <w:tcPr>
            <w:tcW w:w="1152" w:type="dxa"/>
          </w:tcPr>
          <w:p w14:paraId="3AF1C6EC" w14:textId="0AF46D2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7.75</w:t>
            </w:r>
          </w:p>
        </w:tc>
      </w:tr>
      <w:tr w:rsidR="00D874B3" w:rsidRPr="00EE6E36" w14:paraId="111610CA" w14:textId="77777777" w:rsidTr="00EC7BC3">
        <w:trPr>
          <w:jc w:val="center"/>
        </w:trPr>
        <w:tc>
          <w:tcPr>
            <w:tcW w:w="1152" w:type="dxa"/>
            <w:vAlign w:val="center"/>
          </w:tcPr>
          <w:p w14:paraId="23383C92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F786DED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A1E027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3C51D2F2" w14:textId="34961BA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10.44</w:t>
            </w:r>
          </w:p>
        </w:tc>
        <w:tc>
          <w:tcPr>
            <w:tcW w:w="1152" w:type="dxa"/>
          </w:tcPr>
          <w:p w14:paraId="2A16527A" w14:textId="3F55BB1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-20.69</w:t>
            </w:r>
          </w:p>
        </w:tc>
        <w:tc>
          <w:tcPr>
            <w:tcW w:w="1152" w:type="dxa"/>
          </w:tcPr>
          <w:p w14:paraId="3566CD84" w14:textId="15091D15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33.25</w:t>
            </w:r>
          </w:p>
        </w:tc>
        <w:tc>
          <w:tcPr>
            <w:tcW w:w="1152" w:type="dxa"/>
          </w:tcPr>
          <w:p w14:paraId="43E70776" w14:textId="2F708B4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9.36</w:t>
            </w:r>
          </w:p>
        </w:tc>
      </w:tr>
      <w:tr w:rsidR="00D874B3" w:rsidRPr="00EE6E36" w14:paraId="62F4B6A8" w14:textId="77777777" w:rsidTr="00EC7BC3">
        <w:trPr>
          <w:jc w:val="center"/>
        </w:trPr>
        <w:tc>
          <w:tcPr>
            <w:tcW w:w="1152" w:type="dxa"/>
            <w:vAlign w:val="center"/>
          </w:tcPr>
          <w:p w14:paraId="168EBD7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7D07853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48FCE3B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3BE76927" w14:textId="53696379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11.13</w:t>
            </w:r>
          </w:p>
        </w:tc>
        <w:tc>
          <w:tcPr>
            <w:tcW w:w="1152" w:type="dxa"/>
          </w:tcPr>
          <w:p w14:paraId="37B9CE17" w14:textId="38E2FE0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-17.25</w:t>
            </w:r>
          </w:p>
        </w:tc>
        <w:tc>
          <w:tcPr>
            <w:tcW w:w="1152" w:type="dxa"/>
          </w:tcPr>
          <w:p w14:paraId="6E2428C9" w14:textId="1DE0925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32.18</w:t>
            </w:r>
          </w:p>
        </w:tc>
        <w:tc>
          <w:tcPr>
            <w:tcW w:w="1152" w:type="dxa"/>
          </w:tcPr>
          <w:p w14:paraId="7C3D9E74" w14:textId="60192E3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9.97</w:t>
            </w:r>
          </w:p>
        </w:tc>
      </w:tr>
      <w:tr w:rsidR="00D874B3" w:rsidRPr="00EE6E36" w14:paraId="570AD867" w14:textId="77777777" w:rsidTr="00EC7BC3">
        <w:trPr>
          <w:jc w:val="center"/>
        </w:trPr>
        <w:tc>
          <w:tcPr>
            <w:tcW w:w="1152" w:type="dxa"/>
            <w:vAlign w:val="center"/>
          </w:tcPr>
          <w:p w14:paraId="6110483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48B013A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5EE5F5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44CD0BA9" w14:textId="4D0F152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9.18</w:t>
            </w:r>
          </w:p>
        </w:tc>
        <w:tc>
          <w:tcPr>
            <w:tcW w:w="1152" w:type="dxa"/>
          </w:tcPr>
          <w:p w14:paraId="094537ED" w14:textId="1742FA1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-11.51</w:t>
            </w:r>
          </w:p>
        </w:tc>
        <w:tc>
          <w:tcPr>
            <w:tcW w:w="1152" w:type="dxa"/>
          </w:tcPr>
          <w:p w14:paraId="3F7F374B" w14:textId="23A1E96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29.02</w:t>
            </w:r>
          </w:p>
        </w:tc>
        <w:tc>
          <w:tcPr>
            <w:tcW w:w="1152" w:type="dxa"/>
          </w:tcPr>
          <w:p w14:paraId="0E791AEE" w14:textId="6C3C1EC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8.11</w:t>
            </w:r>
          </w:p>
        </w:tc>
      </w:tr>
      <w:tr w:rsidR="00D874B3" w:rsidRPr="00EE6E36" w14:paraId="5501E368" w14:textId="77777777" w:rsidTr="00EC7BC3">
        <w:trPr>
          <w:jc w:val="center"/>
        </w:trPr>
        <w:tc>
          <w:tcPr>
            <w:tcW w:w="1152" w:type="dxa"/>
            <w:vAlign w:val="center"/>
          </w:tcPr>
          <w:p w14:paraId="561CCD3F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29FABDF5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1356323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</w:tcPr>
          <w:p w14:paraId="6CD0B254" w14:textId="13DD75C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9.96</w:t>
            </w:r>
          </w:p>
        </w:tc>
        <w:tc>
          <w:tcPr>
            <w:tcW w:w="1152" w:type="dxa"/>
          </w:tcPr>
          <w:p w14:paraId="1D563E9F" w14:textId="1D9F11E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-11.6</w:t>
            </w:r>
          </w:p>
        </w:tc>
        <w:tc>
          <w:tcPr>
            <w:tcW w:w="1152" w:type="dxa"/>
          </w:tcPr>
          <w:p w14:paraId="10AD2837" w14:textId="52CC06C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28.74</w:t>
            </w:r>
          </w:p>
        </w:tc>
        <w:tc>
          <w:tcPr>
            <w:tcW w:w="1152" w:type="dxa"/>
          </w:tcPr>
          <w:p w14:paraId="5DEC8046" w14:textId="4A48DD2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7.73</w:t>
            </w:r>
          </w:p>
        </w:tc>
      </w:tr>
      <w:tr w:rsidR="00D874B3" w:rsidRPr="00EE6E36" w14:paraId="0E9BCA12" w14:textId="77777777" w:rsidTr="00EC7BC3">
        <w:trPr>
          <w:jc w:val="center"/>
        </w:trPr>
        <w:tc>
          <w:tcPr>
            <w:tcW w:w="1152" w:type="dxa"/>
            <w:vAlign w:val="center"/>
          </w:tcPr>
          <w:p w14:paraId="447DEEC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2E3E8557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2F8E18C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</w:tcPr>
          <w:p w14:paraId="795A1ACE" w14:textId="3DC1126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11.74</w:t>
            </w:r>
          </w:p>
        </w:tc>
        <w:tc>
          <w:tcPr>
            <w:tcW w:w="1152" w:type="dxa"/>
          </w:tcPr>
          <w:p w14:paraId="10C342BB" w14:textId="3E988F1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-19.84</w:t>
            </w:r>
          </w:p>
        </w:tc>
        <w:tc>
          <w:tcPr>
            <w:tcW w:w="1152" w:type="dxa"/>
          </w:tcPr>
          <w:p w14:paraId="2DE3B702" w14:textId="6394FB31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34.08</w:t>
            </w:r>
          </w:p>
        </w:tc>
        <w:tc>
          <w:tcPr>
            <w:tcW w:w="1152" w:type="dxa"/>
          </w:tcPr>
          <w:p w14:paraId="13F08E9D" w14:textId="65A4273F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9.29</w:t>
            </w:r>
          </w:p>
        </w:tc>
      </w:tr>
      <w:tr w:rsidR="00D874B3" w:rsidRPr="00EE6E36" w14:paraId="4E91CAE1" w14:textId="77777777" w:rsidTr="00EC7BC3">
        <w:trPr>
          <w:jc w:val="center"/>
        </w:trPr>
        <w:tc>
          <w:tcPr>
            <w:tcW w:w="1152" w:type="dxa"/>
            <w:vAlign w:val="center"/>
          </w:tcPr>
          <w:p w14:paraId="09A3CE63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6C316821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3E74B4B9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</w:tcPr>
          <w:p w14:paraId="1E45E511" w14:textId="594CEDD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12.67</w:t>
            </w:r>
          </w:p>
        </w:tc>
        <w:tc>
          <w:tcPr>
            <w:tcW w:w="1152" w:type="dxa"/>
          </w:tcPr>
          <w:p w14:paraId="7A717811" w14:textId="6E237F20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-16.13</w:t>
            </w:r>
          </w:p>
        </w:tc>
        <w:tc>
          <w:tcPr>
            <w:tcW w:w="1152" w:type="dxa"/>
          </w:tcPr>
          <w:p w14:paraId="6E181B89" w14:textId="019E2CD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34.36</w:t>
            </w:r>
          </w:p>
        </w:tc>
        <w:tc>
          <w:tcPr>
            <w:tcW w:w="1152" w:type="dxa"/>
          </w:tcPr>
          <w:p w14:paraId="2DE53E3F" w14:textId="03EC3D5A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9.95</w:t>
            </w:r>
          </w:p>
        </w:tc>
      </w:tr>
      <w:tr w:rsidR="00D874B3" w:rsidRPr="00EE6E36" w14:paraId="1779A3E9" w14:textId="77777777" w:rsidTr="00EC7BC3">
        <w:trPr>
          <w:jc w:val="center"/>
        </w:trPr>
        <w:tc>
          <w:tcPr>
            <w:tcW w:w="1152" w:type="dxa"/>
            <w:vAlign w:val="center"/>
          </w:tcPr>
          <w:p w14:paraId="4A210B5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70BC7D70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0A252F6C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</w:tcPr>
          <w:p w14:paraId="4F98EDEB" w14:textId="558E01FD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11.22</w:t>
            </w:r>
          </w:p>
        </w:tc>
        <w:tc>
          <w:tcPr>
            <w:tcW w:w="1152" w:type="dxa"/>
          </w:tcPr>
          <w:p w14:paraId="38EC263D" w14:textId="4AEE831C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-8.83</w:t>
            </w:r>
          </w:p>
        </w:tc>
        <w:tc>
          <w:tcPr>
            <w:tcW w:w="1152" w:type="dxa"/>
          </w:tcPr>
          <w:p w14:paraId="5683D224" w14:textId="1FA98B48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31.13</w:t>
            </w:r>
          </w:p>
        </w:tc>
        <w:tc>
          <w:tcPr>
            <w:tcW w:w="1152" w:type="dxa"/>
          </w:tcPr>
          <w:p w14:paraId="1A21A312" w14:textId="31062A54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8</w:t>
            </w:r>
          </w:p>
        </w:tc>
      </w:tr>
      <w:tr w:rsidR="00D874B3" w:rsidRPr="00EE6E36" w14:paraId="21C87958" w14:textId="77777777" w:rsidTr="00EC7BC3">
        <w:trPr>
          <w:jc w:val="center"/>
        </w:trPr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3091E83A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6886D6F4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tcBorders>
              <w:bottom w:val="single" w:sz="8" w:space="0" w:color="auto"/>
            </w:tcBorders>
            <w:vAlign w:val="center"/>
          </w:tcPr>
          <w:p w14:paraId="17F13F56" w14:textId="7777777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1D1780EA" w14:textId="18CBB603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12.12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29B94D1A" w14:textId="0BBA6AE2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-10.17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44CFABD9" w14:textId="5118DC1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30.96</w:t>
            </w:r>
          </w:p>
        </w:tc>
        <w:tc>
          <w:tcPr>
            <w:tcW w:w="1152" w:type="dxa"/>
            <w:tcBorders>
              <w:bottom w:val="single" w:sz="8" w:space="0" w:color="auto"/>
            </w:tcBorders>
          </w:tcPr>
          <w:p w14:paraId="6E006FA8" w14:textId="087D4DB7" w:rsidR="00D874B3" w:rsidRPr="00EE6E36" w:rsidRDefault="00D874B3" w:rsidP="00D874B3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7.72</w:t>
            </w:r>
          </w:p>
        </w:tc>
      </w:tr>
    </w:tbl>
    <w:p w14:paraId="22E3DB72" w14:textId="77777777" w:rsidR="00E27205" w:rsidRDefault="00E27205"/>
    <w:p w14:paraId="24AEAFE3" w14:textId="77777777" w:rsidR="00CC2428" w:rsidRDefault="00CC2428"/>
    <w:p w14:paraId="44371CFA" w14:textId="77777777" w:rsidR="00CC2428" w:rsidRDefault="00CC2428"/>
    <w:p w14:paraId="14E28C3A" w14:textId="77777777" w:rsidR="00CC2428" w:rsidRDefault="00CC2428"/>
    <w:p w14:paraId="3D1FE852" w14:textId="77777777" w:rsidR="00CC2428" w:rsidRDefault="00CC2428"/>
    <w:p w14:paraId="1A6659EA" w14:textId="77777777" w:rsidR="00E27205" w:rsidRPr="00CC2428" w:rsidRDefault="00000000">
      <w:pPr>
        <w:jc w:val="both"/>
        <w:rPr>
          <w:b/>
          <w:sz w:val="20"/>
          <w:szCs w:val="24"/>
        </w:rPr>
      </w:pPr>
      <w:r w:rsidRPr="00CC2428">
        <w:rPr>
          <w:b/>
          <w:sz w:val="20"/>
          <w:szCs w:val="24"/>
        </w:rPr>
        <w:lastRenderedPageBreak/>
        <w:t>Table S2a. Global Moran’s I results for projected changes in extreme temperature indices under SSP1-2.6, including z-scores and permutation-based p-values.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1440"/>
        <w:gridCol w:w="864"/>
        <w:gridCol w:w="1152"/>
        <w:gridCol w:w="1152"/>
        <w:gridCol w:w="1152"/>
      </w:tblGrid>
      <w:tr w:rsidR="00E27205" w:rsidRPr="00EE6E36" w14:paraId="7A1BFC08" w14:textId="77777777" w:rsidTr="00EC7BC3">
        <w:trPr>
          <w:tblHeader/>
          <w:jc w:val="center"/>
        </w:trPr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94340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Index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9C0DF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Period</w:t>
            </w: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CF888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Season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B582C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Moran’s I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67D18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z-score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DF21A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p-value</w:t>
            </w:r>
          </w:p>
        </w:tc>
      </w:tr>
      <w:tr w:rsidR="00E27205" w:rsidRPr="00EE6E36" w14:paraId="067306D5" w14:textId="77777777" w:rsidTr="00EC7BC3">
        <w:trPr>
          <w:jc w:val="center"/>
        </w:trPr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1EA0A75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14412FF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tcBorders>
              <w:top w:val="single" w:sz="8" w:space="0" w:color="auto"/>
            </w:tcBorders>
            <w:vAlign w:val="center"/>
          </w:tcPr>
          <w:p w14:paraId="23DAE64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1FC05AA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0.961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316288F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263.29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2C2E475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7489DC7" w14:textId="77777777" w:rsidTr="00EC7BC3">
        <w:trPr>
          <w:jc w:val="center"/>
        </w:trPr>
        <w:tc>
          <w:tcPr>
            <w:tcW w:w="1152" w:type="dxa"/>
            <w:vAlign w:val="center"/>
          </w:tcPr>
          <w:p w14:paraId="05D9DE6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23560F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24D5DE3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3BBBA35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0.958</w:t>
            </w:r>
          </w:p>
        </w:tc>
        <w:tc>
          <w:tcPr>
            <w:tcW w:w="1152" w:type="dxa"/>
            <w:vAlign w:val="center"/>
          </w:tcPr>
          <w:p w14:paraId="287586D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284.83</w:t>
            </w:r>
          </w:p>
        </w:tc>
        <w:tc>
          <w:tcPr>
            <w:tcW w:w="1152" w:type="dxa"/>
            <w:vAlign w:val="center"/>
          </w:tcPr>
          <w:p w14:paraId="3FC297D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8776DDA" w14:textId="77777777" w:rsidTr="00EC7BC3">
        <w:trPr>
          <w:jc w:val="center"/>
        </w:trPr>
        <w:tc>
          <w:tcPr>
            <w:tcW w:w="1152" w:type="dxa"/>
            <w:vAlign w:val="center"/>
          </w:tcPr>
          <w:p w14:paraId="27D9A06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62EA6ED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6AB4AD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04638D1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0.943</w:t>
            </w:r>
          </w:p>
        </w:tc>
        <w:tc>
          <w:tcPr>
            <w:tcW w:w="1152" w:type="dxa"/>
            <w:vAlign w:val="center"/>
          </w:tcPr>
          <w:p w14:paraId="7A28D43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262.21</w:t>
            </w:r>
          </w:p>
        </w:tc>
        <w:tc>
          <w:tcPr>
            <w:tcW w:w="1152" w:type="dxa"/>
            <w:vAlign w:val="center"/>
          </w:tcPr>
          <w:p w14:paraId="0B63386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5826492" w14:textId="77777777" w:rsidTr="00EC7BC3">
        <w:trPr>
          <w:jc w:val="center"/>
        </w:trPr>
        <w:tc>
          <w:tcPr>
            <w:tcW w:w="1152" w:type="dxa"/>
            <w:vAlign w:val="center"/>
          </w:tcPr>
          <w:p w14:paraId="18BE4B5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575E22B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16606C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521F647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0.944</w:t>
            </w:r>
          </w:p>
        </w:tc>
        <w:tc>
          <w:tcPr>
            <w:tcW w:w="1152" w:type="dxa"/>
            <w:vAlign w:val="center"/>
          </w:tcPr>
          <w:p w14:paraId="195D6D4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273.50</w:t>
            </w:r>
          </w:p>
        </w:tc>
        <w:tc>
          <w:tcPr>
            <w:tcW w:w="1152" w:type="dxa"/>
            <w:vAlign w:val="center"/>
          </w:tcPr>
          <w:p w14:paraId="30367DB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13DD68E" w14:textId="77777777" w:rsidTr="00EC7BC3">
        <w:trPr>
          <w:jc w:val="center"/>
        </w:trPr>
        <w:tc>
          <w:tcPr>
            <w:tcW w:w="1152" w:type="dxa"/>
            <w:vAlign w:val="center"/>
          </w:tcPr>
          <w:p w14:paraId="6659159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029F53C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355D92B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61D1803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0.968</w:t>
            </w:r>
          </w:p>
        </w:tc>
        <w:tc>
          <w:tcPr>
            <w:tcW w:w="1152" w:type="dxa"/>
            <w:vAlign w:val="center"/>
          </w:tcPr>
          <w:p w14:paraId="3D31C99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276.75</w:t>
            </w:r>
          </w:p>
        </w:tc>
        <w:tc>
          <w:tcPr>
            <w:tcW w:w="1152" w:type="dxa"/>
            <w:vAlign w:val="center"/>
          </w:tcPr>
          <w:p w14:paraId="3A0FF52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16CA650" w14:textId="77777777" w:rsidTr="00EC7BC3">
        <w:trPr>
          <w:jc w:val="center"/>
        </w:trPr>
        <w:tc>
          <w:tcPr>
            <w:tcW w:w="1152" w:type="dxa"/>
            <w:vAlign w:val="center"/>
          </w:tcPr>
          <w:p w14:paraId="0C5CCE3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5F5F080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BC34F9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6ED1B21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0.960</w:t>
            </w:r>
          </w:p>
        </w:tc>
        <w:tc>
          <w:tcPr>
            <w:tcW w:w="1152" w:type="dxa"/>
            <w:vAlign w:val="center"/>
          </w:tcPr>
          <w:p w14:paraId="7DAA12D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265.67</w:t>
            </w:r>
          </w:p>
        </w:tc>
        <w:tc>
          <w:tcPr>
            <w:tcW w:w="1152" w:type="dxa"/>
            <w:vAlign w:val="center"/>
          </w:tcPr>
          <w:p w14:paraId="00A0BC8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04E31A8" w14:textId="77777777" w:rsidTr="00EC7BC3">
        <w:trPr>
          <w:jc w:val="center"/>
        </w:trPr>
        <w:tc>
          <w:tcPr>
            <w:tcW w:w="1152" w:type="dxa"/>
            <w:vAlign w:val="center"/>
          </w:tcPr>
          <w:p w14:paraId="303511C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7EF8901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0BBD34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60A506A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0.965</w:t>
            </w:r>
          </w:p>
        </w:tc>
        <w:tc>
          <w:tcPr>
            <w:tcW w:w="1152" w:type="dxa"/>
            <w:vAlign w:val="center"/>
          </w:tcPr>
          <w:p w14:paraId="35FD604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282.48</w:t>
            </w:r>
          </w:p>
        </w:tc>
        <w:tc>
          <w:tcPr>
            <w:tcW w:w="1152" w:type="dxa"/>
            <w:vAlign w:val="center"/>
          </w:tcPr>
          <w:p w14:paraId="546275C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01A04D4" w14:textId="77777777" w:rsidTr="00EC7BC3">
        <w:trPr>
          <w:jc w:val="center"/>
        </w:trPr>
        <w:tc>
          <w:tcPr>
            <w:tcW w:w="1152" w:type="dxa"/>
            <w:vAlign w:val="center"/>
          </w:tcPr>
          <w:p w14:paraId="32D3E15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05794C6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1974FE4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384BFB7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0.954</w:t>
            </w:r>
          </w:p>
        </w:tc>
        <w:tc>
          <w:tcPr>
            <w:tcW w:w="1152" w:type="dxa"/>
            <w:vAlign w:val="center"/>
          </w:tcPr>
          <w:p w14:paraId="55FA6F2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273.68</w:t>
            </w:r>
          </w:p>
        </w:tc>
        <w:tc>
          <w:tcPr>
            <w:tcW w:w="1152" w:type="dxa"/>
            <w:vAlign w:val="center"/>
          </w:tcPr>
          <w:p w14:paraId="0387E99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F9FF443" w14:textId="77777777" w:rsidTr="00EC7BC3">
        <w:trPr>
          <w:jc w:val="center"/>
        </w:trPr>
        <w:tc>
          <w:tcPr>
            <w:tcW w:w="1152" w:type="dxa"/>
            <w:vAlign w:val="center"/>
          </w:tcPr>
          <w:p w14:paraId="5137F5D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6ADFBF4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24B9F62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0D24738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0.955</w:t>
            </w:r>
          </w:p>
        </w:tc>
        <w:tc>
          <w:tcPr>
            <w:tcW w:w="1152" w:type="dxa"/>
            <w:vAlign w:val="center"/>
          </w:tcPr>
          <w:p w14:paraId="4A71FC6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278.15</w:t>
            </w:r>
          </w:p>
        </w:tc>
        <w:tc>
          <w:tcPr>
            <w:tcW w:w="1152" w:type="dxa"/>
            <w:vAlign w:val="center"/>
          </w:tcPr>
          <w:p w14:paraId="11EDECB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BD10FBD" w14:textId="77777777" w:rsidTr="00EC7BC3">
        <w:trPr>
          <w:jc w:val="center"/>
        </w:trPr>
        <w:tc>
          <w:tcPr>
            <w:tcW w:w="1152" w:type="dxa"/>
            <w:vAlign w:val="center"/>
          </w:tcPr>
          <w:p w14:paraId="666A93D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21B78A4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940D5C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67571E0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0.955</w:t>
            </w:r>
          </w:p>
        </w:tc>
        <w:tc>
          <w:tcPr>
            <w:tcW w:w="1152" w:type="dxa"/>
            <w:vAlign w:val="center"/>
          </w:tcPr>
          <w:p w14:paraId="14278C0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266.16</w:t>
            </w:r>
          </w:p>
        </w:tc>
        <w:tc>
          <w:tcPr>
            <w:tcW w:w="1152" w:type="dxa"/>
            <w:vAlign w:val="center"/>
          </w:tcPr>
          <w:p w14:paraId="4C336C5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07C770F" w14:textId="77777777" w:rsidTr="00EC7BC3">
        <w:trPr>
          <w:jc w:val="center"/>
        </w:trPr>
        <w:tc>
          <w:tcPr>
            <w:tcW w:w="1152" w:type="dxa"/>
            <w:vAlign w:val="center"/>
          </w:tcPr>
          <w:p w14:paraId="4E55AB5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479AEED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DC882F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3055430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0.969</w:t>
            </w:r>
          </w:p>
        </w:tc>
        <w:tc>
          <w:tcPr>
            <w:tcW w:w="1152" w:type="dxa"/>
            <w:vAlign w:val="center"/>
          </w:tcPr>
          <w:p w14:paraId="51F942B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277.33</w:t>
            </w:r>
          </w:p>
        </w:tc>
        <w:tc>
          <w:tcPr>
            <w:tcW w:w="1152" w:type="dxa"/>
            <w:vAlign w:val="center"/>
          </w:tcPr>
          <w:p w14:paraId="6280C11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65654A2" w14:textId="77777777" w:rsidTr="00EC7BC3">
        <w:trPr>
          <w:jc w:val="center"/>
        </w:trPr>
        <w:tc>
          <w:tcPr>
            <w:tcW w:w="1152" w:type="dxa"/>
            <w:vAlign w:val="center"/>
          </w:tcPr>
          <w:p w14:paraId="41F03CE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385D94E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9265A8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4F6CBDF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0.956</w:t>
            </w:r>
          </w:p>
        </w:tc>
        <w:tc>
          <w:tcPr>
            <w:tcW w:w="1152" w:type="dxa"/>
            <w:vAlign w:val="center"/>
          </w:tcPr>
          <w:p w14:paraId="19C1B35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275.61</w:t>
            </w:r>
          </w:p>
        </w:tc>
        <w:tc>
          <w:tcPr>
            <w:tcW w:w="1152" w:type="dxa"/>
            <w:vAlign w:val="center"/>
          </w:tcPr>
          <w:p w14:paraId="3709999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92CD657" w14:textId="77777777" w:rsidTr="00EC7BC3">
        <w:trPr>
          <w:jc w:val="center"/>
        </w:trPr>
        <w:tc>
          <w:tcPr>
            <w:tcW w:w="1152" w:type="dxa"/>
            <w:vAlign w:val="center"/>
          </w:tcPr>
          <w:p w14:paraId="38F97A5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55D7D50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414D49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3E2DB87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0.980</w:t>
            </w:r>
          </w:p>
        </w:tc>
        <w:tc>
          <w:tcPr>
            <w:tcW w:w="1152" w:type="dxa"/>
            <w:vAlign w:val="center"/>
          </w:tcPr>
          <w:p w14:paraId="7B0BA6B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282.60</w:t>
            </w:r>
          </w:p>
        </w:tc>
        <w:tc>
          <w:tcPr>
            <w:tcW w:w="1152" w:type="dxa"/>
            <w:vAlign w:val="center"/>
          </w:tcPr>
          <w:p w14:paraId="0907BEB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7E9FA7E" w14:textId="77777777" w:rsidTr="00EC7BC3">
        <w:trPr>
          <w:jc w:val="center"/>
        </w:trPr>
        <w:tc>
          <w:tcPr>
            <w:tcW w:w="1152" w:type="dxa"/>
            <w:vAlign w:val="center"/>
          </w:tcPr>
          <w:p w14:paraId="1827893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3FC8EDD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A59DEB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04C1415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04F43E9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283.36</w:t>
            </w:r>
          </w:p>
        </w:tc>
        <w:tc>
          <w:tcPr>
            <w:tcW w:w="1152" w:type="dxa"/>
            <w:vAlign w:val="center"/>
          </w:tcPr>
          <w:p w14:paraId="2911B8C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277A674" w14:textId="77777777" w:rsidTr="00EC7BC3">
        <w:trPr>
          <w:jc w:val="center"/>
        </w:trPr>
        <w:tc>
          <w:tcPr>
            <w:tcW w:w="1152" w:type="dxa"/>
            <w:vAlign w:val="center"/>
          </w:tcPr>
          <w:p w14:paraId="563B6B9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09B8C6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2A66DBC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470A6B9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0.967</w:t>
            </w:r>
          </w:p>
        </w:tc>
        <w:tc>
          <w:tcPr>
            <w:tcW w:w="1152" w:type="dxa"/>
            <w:vAlign w:val="center"/>
          </w:tcPr>
          <w:p w14:paraId="75CF255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282.25</w:t>
            </w:r>
          </w:p>
        </w:tc>
        <w:tc>
          <w:tcPr>
            <w:tcW w:w="1152" w:type="dxa"/>
            <w:vAlign w:val="center"/>
          </w:tcPr>
          <w:p w14:paraId="26D8B3D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2ECC4D5" w14:textId="77777777" w:rsidTr="00EC7BC3">
        <w:trPr>
          <w:jc w:val="center"/>
        </w:trPr>
        <w:tc>
          <w:tcPr>
            <w:tcW w:w="1152" w:type="dxa"/>
            <w:vAlign w:val="center"/>
          </w:tcPr>
          <w:p w14:paraId="2339933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72D0C3F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4DFA128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0DA48E7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0.971</w:t>
            </w:r>
          </w:p>
        </w:tc>
        <w:tc>
          <w:tcPr>
            <w:tcW w:w="1152" w:type="dxa"/>
            <w:vAlign w:val="center"/>
          </w:tcPr>
          <w:p w14:paraId="7CF96C0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277.38</w:t>
            </w:r>
          </w:p>
        </w:tc>
        <w:tc>
          <w:tcPr>
            <w:tcW w:w="1152" w:type="dxa"/>
            <w:vAlign w:val="center"/>
          </w:tcPr>
          <w:p w14:paraId="07B12BD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5557E20" w14:textId="77777777" w:rsidTr="00EC7BC3">
        <w:trPr>
          <w:jc w:val="center"/>
        </w:trPr>
        <w:tc>
          <w:tcPr>
            <w:tcW w:w="1152" w:type="dxa"/>
            <w:vAlign w:val="center"/>
          </w:tcPr>
          <w:p w14:paraId="4047E96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21D2264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16144AE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238ABEE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0.981</w:t>
            </w:r>
          </w:p>
        </w:tc>
        <w:tc>
          <w:tcPr>
            <w:tcW w:w="1152" w:type="dxa"/>
            <w:vAlign w:val="center"/>
          </w:tcPr>
          <w:p w14:paraId="1CCACA9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265.68</w:t>
            </w:r>
          </w:p>
        </w:tc>
        <w:tc>
          <w:tcPr>
            <w:tcW w:w="1152" w:type="dxa"/>
            <w:vAlign w:val="center"/>
          </w:tcPr>
          <w:p w14:paraId="2AC9A89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8D8EFE6" w14:textId="77777777" w:rsidTr="00EC7BC3">
        <w:trPr>
          <w:jc w:val="center"/>
        </w:trPr>
        <w:tc>
          <w:tcPr>
            <w:tcW w:w="1152" w:type="dxa"/>
            <w:vAlign w:val="center"/>
          </w:tcPr>
          <w:p w14:paraId="0BD4603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D7C594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67ABCB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3DA64E9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30219A5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282.15</w:t>
            </w:r>
          </w:p>
        </w:tc>
        <w:tc>
          <w:tcPr>
            <w:tcW w:w="1152" w:type="dxa"/>
            <w:vAlign w:val="center"/>
          </w:tcPr>
          <w:p w14:paraId="142C0C1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C9D19D4" w14:textId="77777777" w:rsidTr="00EC7BC3">
        <w:trPr>
          <w:jc w:val="center"/>
        </w:trPr>
        <w:tc>
          <w:tcPr>
            <w:tcW w:w="1152" w:type="dxa"/>
            <w:vAlign w:val="center"/>
          </w:tcPr>
          <w:p w14:paraId="35783C1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0A55F9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4350467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79AD438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0.967</w:t>
            </w:r>
          </w:p>
        </w:tc>
        <w:tc>
          <w:tcPr>
            <w:tcW w:w="1152" w:type="dxa"/>
            <w:vAlign w:val="center"/>
          </w:tcPr>
          <w:p w14:paraId="0704D0F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261.24</w:t>
            </w:r>
          </w:p>
        </w:tc>
        <w:tc>
          <w:tcPr>
            <w:tcW w:w="1152" w:type="dxa"/>
            <w:vAlign w:val="center"/>
          </w:tcPr>
          <w:p w14:paraId="5ED1405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EC7AF5C" w14:textId="77777777" w:rsidTr="00EC7BC3">
        <w:trPr>
          <w:jc w:val="center"/>
        </w:trPr>
        <w:tc>
          <w:tcPr>
            <w:tcW w:w="1152" w:type="dxa"/>
            <w:vAlign w:val="center"/>
          </w:tcPr>
          <w:p w14:paraId="51F4888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2D2734F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4285E0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2BABC1A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0.970</w:t>
            </w:r>
          </w:p>
        </w:tc>
        <w:tc>
          <w:tcPr>
            <w:tcW w:w="1152" w:type="dxa"/>
            <w:vAlign w:val="center"/>
          </w:tcPr>
          <w:p w14:paraId="7731FE3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281.42</w:t>
            </w:r>
          </w:p>
        </w:tc>
        <w:tc>
          <w:tcPr>
            <w:tcW w:w="1152" w:type="dxa"/>
            <w:vAlign w:val="center"/>
          </w:tcPr>
          <w:p w14:paraId="53F23AD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32BC1E8" w14:textId="77777777" w:rsidTr="00EC7BC3">
        <w:trPr>
          <w:jc w:val="center"/>
        </w:trPr>
        <w:tc>
          <w:tcPr>
            <w:tcW w:w="1152" w:type="dxa"/>
            <w:vAlign w:val="center"/>
          </w:tcPr>
          <w:p w14:paraId="1D9F15D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7B14D20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8C983D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15D2FB1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0.980</w:t>
            </w:r>
          </w:p>
        </w:tc>
        <w:tc>
          <w:tcPr>
            <w:tcW w:w="1152" w:type="dxa"/>
            <w:vAlign w:val="center"/>
          </w:tcPr>
          <w:p w14:paraId="59F8499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276.67</w:t>
            </w:r>
          </w:p>
        </w:tc>
        <w:tc>
          <w:tcPr>
            <w:tcW w:w="1152" w:type="dxa"/>
            <w:vAlign w:val="center"/>
          </w:tcPr>
          <w:p w14:paraId="252D3A8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62D8DCB" w14:textId="77777777" w:rsidTr="00EC7BC3">
        <w:trPr>
          <w:jc w:val="center"/>
        </w:trPr>
        <w:tc>
          <w:tcPr>
            <w:tcW w:w="1152" w:type="dxa"/>
            <w:vAlign w:val="center"/>
          </w:tcPr>
          <w:p w14:paraId="50BAD23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2A1EBE1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86FC18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726099A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7EF3A9A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268.01</w:t>
            </w:r>
          </w:p>
        </w:tc>
        <w:tc>
          <w:tcPr>
            <w:tcW w:w="1152" w:type="dxa"/>
            <w:vAlign w:val="center"/>
          </w:tcPr>
          <w:p w14:paraId="64C073F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823AC86" w14:textId="77777777" w:rsidTr="00EC7BC3">
        <w:trPr>
          <w:jc w:val="center"/>
        </w:trPr>
        <w:tc>
          <w:tcPr>
            <w:tcW w:w="1152" w:type="dxa"/>
            <w:vAlign w:val="center"/>
          </w:tcPr>
          <w:p w14:paraId="5CA56E0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517ACEB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F5A44C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750EA7B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0.968</w:t>
            </w:r>
          </w:p>
        </w:tc>
        <w:tc>
          <w:tcPr>
            <w:tcW w:w="1152" w:type="dxa"/>
            <w:vAlign w:val="center"/>
          </w:tcPr>
          <w:p w14:paraId="4E4514A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281.96</w:t>
            </w:r>
          </w:p>
        </w:tc>
        <w:tc>
          <w:tcPr>
            <w:tcW w:w="1152" w:type="dxa"/>
            <w:vAlign w:val="center"/>
          </w:tcPr>
          <w:p w14:paraId="4B376B7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725BC57" w14:textId="77777777" w:rsidTr="00EC7BC3">
        <w:trPr>
          <w:jc w:val="center"/>
        </w:trPr>
        <w:tc>
          <w:tcPr>
            <w:tcW w:w="1152" w:type="dxa"/>
            <w:vAlign w:val="center"/>
          </w:tcPr>
          <w:p w14:paraId="7B9E4BC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02CEB70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4F4FC92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42E3C51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0.971</w:t>
            </w:r>
          </w:p>
        </w:tc>
        <w:tc>
          <w:tcPr>
            <w:tcW w:w="1152" w:type="dxa"/>
            <w:vAlign w:val="center"/>
          </w:tcPr>
          <w:p w14:paraId="370BF1F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267.96</w:t>
            </w:r>
          </w:p>
        </w:tc>
        <w:tc>
          <w:tcPr>
            <w:tcW w:w="1152" w:type="dxa"/>
            <w:vAlign w:val="center"/>
          </w:tcPr>
          <w:p w14:paraId="604F8EC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B45CDC8" w14:textId="77777777" w:rsidTr="00EC7BC3">
        <w:trPr>
          <w:jc w:val="center"/>
        </w:trPr>
        <w:tc>
          <w:tcPr>
            <w:tcW w:w="1152" w:type="dxa"/>
            <w:vAlign w:val="center"/>
          </w:tcPr>
          <w:p w14:paraId="2DB7311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67E3373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2CB10F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13571D4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0.966</w:t>
            </w:r>
          </w:p>
        </w:tc>
        <w:tc>
          <w:tcPr>
            <w:tcW w:w="1152" w:type="dxa"/>
            <w:vAlign w:val="center"/>
          </w:tcPr>
          <w:p w14:paraId="100B6AE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269.30</w:t>
            </w:r>
          </w:p>
        </w:tc>
        <w:tc>
          <w:tcPr>
            <w:tcW w:w="1152" w:type="dxa"/>
            <w:vAlign w:val="center"/>
          </w:tcPr>
          <w:p w14:paraId="2110597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EB175E0" w14:textId="77777777" w:rsidTr="00EC7BC3">
        <w:trPr>
          <w:jc w:val="center"/>
        </w:trPr>
        <w:tc>
          <w:tcPr>
            <w:tcW w:w="1152" w:type="dxa"/>
            <w:vAlign w:val="center"/>
          </w:tcPr>
          <w:p w14:paraId="0FF41C1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2E58AA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B05C1C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06E89CB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24D181C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270.41</w:t>
            </w:r>
          </w:p>
        </w:tc>
        <w:tc>
          <w:tcPr>
            <w:tcW w:w="1152" w:type="dxa"/>
            <w:vAlign w:val="center"/>
          </w:tcPr>
          <w:p w14:paraId="146DADC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FD38317" w14:textId="77777777" w:rsidTr="00EC7BC3">
        <w:trPr>
          <w:jc w:val="center"/>
        </w:trPr>
        <w:tc>
          <w:tcPr>
            <w:tcW w:w="1152" w:type="dxa"/>
            <w:vAlign w:val="center"/>
          </w:tcPr>
          <w:p w14:paraId="0903FB8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8D4314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7F7300C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79F0BA1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0.950</w:t>
            </w:r>
          </w:p>
        </w:tc>
        <w:tc>
          <w:tcPr>
            <w:tcW w:w="1152" w:type="dxa"/>
            <w:vAlign w:val="center"/>
          </w:tcPr>
          <w:p w14:paraId="2320C7D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264.25</w:t>
            </w:r>
          </w:p>
        </w:tc>
        <w:tc>
          <w:tcPr>
            <w:tcW w:w="1152" w:type="dxa"/>
            <w:vAlign w:val="center"/>
          </w:tcPr>
          <w:p w14:paraId="3B9EA2A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83B5259" w14:textId="77777777" w:rsidTr="00EC7BC3">
        <w:trPr>
          <w:jc w:val="center"/>
        </w:trPr>
        <w:tc>
          <w:tcPr>
            <w:tcW w:w="1152" w:type="dxa"/>
            <w:vAlign w:val="center"/>
          </w:tcPr>
          <w:p w14:paraId="0058E4B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6D4A443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5291EF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25950E1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0.983</w:t>
            </w:r>
          </w:p>
        </w:tc>
        <w:tc>
          <w:tcPr>
            <w:tcW w:w="1152" w:type="dxa"/>
            <w:vAlign w:val="center"/>
          </w:tcPr>
          <w:p w14:paraId="624A82F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285.81</w:t>
            </w:r>
          </w:p>
        </w:tc>
        <w:tc>
          <w:tcPr>
            <w:tcW w:w="1152" w:type="dxa"/>
            <w:vAlign w:val="center"/>
          </w:tcPr>
          <w:p w14:paraId="5F8E115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00A7B25" w14:textId="77777777" w:rsidTr="00EC7BC3">
        <w:trPr>
          <w:jc w:val="center"/>
        </w:trPr>
        <w:tc>
          <w:tcPr>
            <w:tcW w:w="1152" w:type="dxa"/>
            <w:vAlign w:val="center"/>
          </w:tcPr>
          <w:p w14:paraId="46D31F2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C603BC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2E1CB6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2B4542A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0.978</w:t>
            </w:r>
          </w:p>
        </w:tc>
        <w:tc>
          <w:tcPr>
            <w:tcW w:w="1152" w:type="dxa"/>
            <w:vAlign w:val="center"/>
          </w:tcPr>
          <w:p w14:paraId="1B19D8E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278.42</w:t>
            </w:r>
          </w:p>
        </w:tc>
        <w:tc>
          <w:tcPr>
            <w:tcW w:w="1152" w:type="dxa"/>
            <w:vAlign w:val="center"/>
          </w:tcPr>
          <w:p w14:paraId="49A3128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8A1BFA0" w14:textId="77777777" w:rsidTr="00EC7BC3">
        <w:trPr>
          <w:jc w:val="center"/>
        </w:trPr>
        <w:tc>
          <w:tcPr>
            <w:tcW w:w="1152" w:type="dxa"/>
            <w:vAlign w:val="center"/>
          </w:tcPr>
          <w:p w14:paraId="7D22F37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40E2D87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997754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227BA83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0.962</w:t>
            </w:r>
          </w:p>
        </w:tc>
        <w:tc>
          <w:tcPr>
            <w:tcW w:w="1152" w:type="dxa"/>
            <w:vAlign w:val="center"/>
          </w:tcPr>
          <w:p w14:paraId="7CF059D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263.47</w:t>
            </w:r>
          </w:p>
        </w:tc>
        <w:tc>
          <w:tcPr>
            <w:tcW w:w="1152" w:type="dxa"/>
            <w:vAlign w:val="center"/>
          </w:tcPr>
          <w:p w14:paraId="2BB422A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5E70DEC" w14:textId="77777777" w:rsidTr="00EC7BC3">
        <w:trPr>
          <w:jc w:val="center"/>
        </w:trPr>
        <w:tc>
          <w:tcPr>
            <w:tcW w:w="1152" w:type="dxa"/>
            <w:vAlign w:val="center"/>
          </w:tcPr>
          <w:p w14:paraId="304132F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04E1A4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F52239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6D2CABA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0.966</w:t>
            </w:r>
          </w:p>
        </w:tc>
        <w:tc>
          <w:tcPr>
            <w:tcW w:w="1152" w:type="dxa"/>
            <w:vAlign w:val="center"/>
          </w:tcPr>
          <w:p w14:paraId="65C2F8C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269.87</w:t>
            </w:r>
          </w:p>
        </w:tc>
        <w:tc>
          <w:tcPr>
            <w:tcW w:w="1152" w:type="dxa"/>
            <w:vAlign w:val="center"/>
          </w:tcPr>
          <w:p w14:paraId="03CF61C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1E37470" w14:textId="77777777" w:rsidTr="00EC7BC3">
        <w:trPr>
          <w:jc w:val="center"/>
        </w:trPr>
        <w:tc>
          <w:tcPr>
            <w:tcW w:w="1152" w:type="dxa"/>
            <w:vAlign w:val="center"/>
          </w:tcPr>
          <w:p w14:paraId="4C0DEF8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4DAACAE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C362CD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356263A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0.975</w:t>
            </w:r>
          </w:p>
        </w:tc>
        <w:tc>
          <w:tcPr>
            <w:tcW w:w="1152" w:type="dxa"/>
            <w:vAlign w:val="center"/>
          </w:tcPr>
          <w:p w14:paraId="1A95148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274.57</w:t>
            </w:r>
          </w:p>
        </w:tc>
        <w:tc>
          <w:tcPr>
            <w:tcW w:w="1152" w:type="dxa"/>
            <w:vAlign w:val="center"/>
          </w:tcPr>
          <w:p w14:paraId="6441F86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F477235" w14:textId="77777777" w:rsidTr="00EC7BC3">
        <w:trPr>
          <w:jc w:val="center"/>
        </w:trPr>
        <w:tc>
          <w:tcPr>
            <w:tcW w:w="1152" w:type="dxa"/>
            <w:vAlign w:val="center"/>
          </w:tcPr>
          <w:p w14:paraId="1DF6D18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0D187B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214FE5C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112FA20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0.972</w:t>
            </w:r>
          </w:p>
        </w:tc>
        <w:tc>
          <w:tcPr>
            <w:tcW w:w="1152" w:type="dxa"/>
            <w:vAlign w:val="center"/>
          </w:tcPr>
          <w:p w14:paraId="6B685F2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264.38</w:t>
            </w:r>
          </w:p>
        </w:tc>
        <w:tc>
          <w:tcPr>
            <w:tcW w:w="1152" w:type="dxa"/>
            <w:vAlign w:val="center"/>
          </w:tcPr>
          <w:p w14:paraId="1E174F3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84E5000" w14:textId="77777777" w:rsidTr="00EC7BC3">
        <w:trPr>
          <w:jc w:val="center"/>
        </w:trPr>
        <w:tc>
          <w:tcPr>
            <w:tcW w:w="1152" w:type="dxa"/>
            <w:vAlign w:val="center"/>
          </w:tcPr>
          <w:p w14:paraId="72F54B0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474CE57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C0D26C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4F94B05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0.962</w:t>
            </w:r>
          </w:p>
        </w:tc>
        <w:tc>
          <w:tcPr>
            <w:tcW w:w="1152" w:type="dxa"/>
            <w:vAlign w:val="center"/>
          </w:tcPr>
          <w:p w14:paraId="163E387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275.46</w:t>
            </w:r>
          </w:p>
        </w:tc>
        <w:tc>
          <w:tcPr>
            <w:tcW w:w="1152" w:type="dxa"/>
            <w:vAlign w:val="center"/>
          </w:tcPr>
          <w:p w14:paraId="6C085FC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9B5B45A" w14:textId="77777777" w:rsidTr="00EC7BC3">
        <w:trPr>
          <w:jc w:val="center"/>
        </w:trPr>
        <w:tc>
          <w:tcPr>
            <w:tcW w:w="1152" w:type="dxa"/>
            <w:vAlign w:val="center"/>
          </w:tcPr>
          <w:p w14:paraId="0F5FBE3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6711BA0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2E1B255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62736EC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0.960</w:t>
            </w:r>
          </w:p>
        </w:tc>
        <w:tc>
          <w:tcPr>
            <w:tcW w:w="1152" w:type="dxa"/>
            <w:vAlign w:val="center"/>
          </w:tcPr>
          <w:p w14:paraId="016E177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290.92</w:t>
            </w:r>
          </w:p>
        </w:tc>
        <w:tc>
          <w:tcPr>
            <w:tcW w:w="1152" w:type="dxa"/>
            <w:vAlign w:val="center"/>
          </w:tcPr>
          <w:p w14:paraId="7787397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F4A27FC" w14:textId="77777777" w:rsidTr="00EC7BC3">
        <w:trPr>
          <w:jc w:val="center"/>
        </w:trPr>
        <w:tc>
          <w:tcPr>
            <w:tcW w:w="1152" w:type="dxa"/>
            <w:vAlign w:val="center"/>
          </w:tcPr>
          <w:p w14:paraId="6AD49F6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9F45A4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2E376B0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1F117EF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0.956</w:t>
            </w:r>
          </w:p>
        </w:tc>
        <w:tc>
          <w:tcPr>
            <w:tcW w:w="1152" w:type="dxa"/>
            <w:vAlign w:val="center"/>
          </w:tcPr>
          <w:p w14:paraId="7D400BD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273.50</w:t>
            </w:r>
          </w:p>
        </w:tc>
        <w:tc>
          <w:tcPr>
            <w:tcW w:w="1152" w:type="dxa"/>
            <w:vAlign w:val="center"/>
          </w:tcPr>
          <w:p w14:paraId="1D130F9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3FE212F" w14:textId="77777777" w:rsidTr="00EC7BC3">
        <w:trPr>
          <w:jc w:val="center"/>
        </w:trPr>
        <w:tc>
          <w:tcPr>
            <w:tcW w:w="1152" w:type="dxa"/>
            <w:vAlign w:val="center"/>
          </w:tcPr>
          <w:p w14:paraId="5AECF2B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4F28669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BF3ADD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2E60801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0.984</w:t>
            </w:r>
          </w:p>
        </w:tc>
        <w:tc>
          <w:tcPr>
            <w:tcW w:w="1152" w:type="dxa"/>
            <w:vAlign w:val="center"/>
          </w:tcPr>
          <w:p w14:paraId="471F100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273.02</w:t>
            </w:r>
          </w:p>
        </w:tc>
        <w:tc>
          <w:tcPr>
            <w:tcW w:w="1152" w:type="dxa"/>
            <w:vAlign w:val="center"/>
          </w:tcPr>
          <w:p w14:paraId="0DB5D6C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3119357" w14:textId="77777777" w:rsidTr="00EC7BC3">
        <w:trPr>
          <w:jc w:val="center"/>
        </w:trPr>
        <w:tc>
          <w:tcPr>
            <w:tcW w:w="1152" w:type="dxa"/>
            <w:vAlign w:val="center"/>
          </w:tcPr>
          <w:p w14:paraId="174BD01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27A7E7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40523D9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2E12E4E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0.981</w:t>
            </w:r>
          </w:p>
        </w:tc>
        <w:tc>
          <w:tcPr>
            <w:tcW w:w="1152" w:type="dxa"/>
            <w:vAlign w:val="center"/>
          </w:tcPr>
          <w:p w14:paraId="25E4AAE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276.98</w:t>
            </w:r>
          </w:p>
        </w:tc>
        <w:tc>
          <w:tcPr>
            <w:tcW w:w="1152" w:type="dxa"/>
            <w:vAlign w:val="center"/>
          </w:tcPr>
          <w:p w14:paraId="507DBEE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7B60C66" w14:textId="77777777" w:rsidTr="00EC7BC3">
        <w:trPr>
          <w:jc w:val="center"/>
        </w:trPr>
        <w:tc>
          <w:tcPr>
            <w:tcW w:w="1152" w:type="dxa"/>
            <w:vAlign w:val="center"/>
          </w:tcPr>
          <w:p w14:paraId="544E27E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55DA4B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048491C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6CD9CAA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0.969</w:t>
            </w:r>
          </w:p>
        </w:tc>
        <w:tc>
          <w:tcPr>
            <w:tcW w:w="1152" w:type="dxa"/>
            <w:vAlign w:val="center"/>
          </w:tcPr>
          <w:p w14:paraId="7A401B1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269.44</w:t>
            </w:r>
          </w:p>
        </w:tc>
        <w:tc>
          <w:tcPr>
            <w:tcW w:w="1152" w:type="dxa"/>
            <w:vAlign w:val="center"/>
          </w:tcPr>
          <w:p w14:paraId="085C4B0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281462C" w14:textId="77777777" w:rsidTr="00EC7BC3">
        <w:trPr>
          <w:jc w:val="center"/>
        </w:trPr>
        <w:tc>
          <w:tcPr>
            <w:tcW w:w="1152" w:type="dxa"/>
            <w:vAlign w:val="center"/>
          </w:tcPr>
          <w:p w14:paraId="7E06973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DE51ED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39DCAE3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62144FD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0.973</w:t>
            </w:r>
          </w:p>
        </w:tc>
        <w:tc>
          <w:tcPr>
            <w:tcW w:w="1152" w:type="dxa"/>
            <w:vAlign w:val="center"/>
          </w:tcPr>
          <w:p w14:paraId="4047DF7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280.35</w:t>
            </w:r>
          </w:p>
        </w:tc>
        <w:tc>
          <w:tcPr>
            <w:tcW w:w="1152" w:type="dxa"/>
            <w:vAlign w:val="center"/>
          </w:tcPr>
          <w:p w14:paraId="2054DBC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B7CFC85" w14:textId="77777777" w:rsidTr="00EC7BC3">
        <w:trPr>
          <w:jc w:val="center"/>
        </w:trPr>
        <w:tc>
          <w:tcPr>
            <w:tcW w:w="1152" w:type="dxa"/>
            <w:vAlign w:val="center"/>
          </w:tcPr>
          <w:p w14:paraId="646E0C1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6CD3470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05945A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7BD26E7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0.984</w:t>
            </w:r>
          </w:p>
        </w:tc>
        <w:tc>
          <w:tcPr>
            <w:tcW w:w="1152" w:type="dxa"/>
            <w:vAlign w:val="center"/>
          </w:tcPr>
          <w:p w14:paraId="52E5822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279.72</w:t>
            </w:r>
          </w:p>
        </w:tc>
        <w:tc>
          <w:tcPr>
            <w:tcW w:w="1152" w:type="dxa"/>
            <w:vAlign w:val="center"/>
          </w:tcPr>
          <w:p w14:paraId="49C025F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9D0497E" w14:textId="77777777" w:rsidTr="00EC7BC3">
        <w:trPr>
          <w:jc w:val="center"/>
        </w:trPr>
        <w:tc>
          <w:tcPr>
            <w:tcW w:w="1152" w:type="dxa"/>
            <w:vAlign w:val="center"/>
          </w:tcPr>
          <w:p w14:paraId="34F0765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07F8194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3EFA64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2BCB66B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0.981</w:t>
            </w:r>
          </w:p>
        </w:tc>
        <w:tc>
          <w:tcPr>
            <w:tcW w:w="1152" w:type="dxa"/>
            <w:vAlign w:val="center"/>
          </w:tcPr>
          <w:p w14:paraId="35310BD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267.50</w:t>
            </w:r>
          </w:p>
        </w:tc>
        <w:tc>
          <w:tcPr>
            <w:tcW w:w="1152" w:type="dxa"/>
            <w:vAlign w:val="center"/>
          </w:tcPr>
          <w:p w14:paraId="359F42B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17D4900" w14:textId="77777777" w:rsidTr="00EC7BC3">
        <w:trPr>
          <w:jc w:val="center"/>
        </w:trPr>
        <w:tc>
          <w:tcPr>
            <w:tcW w:w="1152" w:type="dxa"/>
            <w:vAlign w:val="center"/>
          </w:tcPr>
          <w:p w14:paraId="06A031C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4AA2725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5084AC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3A2A1E8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0.969</w:t>
            </w:r>
          </w:p>
        </w:tc>
        <w:tc>
          <w:tcPr>
            <w:tcW w:w="1152" w:type="dxa"/>
            <w:vAlign w:val="center"/>
          </w:tcPr>
          <w:p w14:paraId="7CE1A6C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287.60</w:t>
            </w:r>
          </w:p>
        </w:tc>
        <w:tc>
          <w:tcPr>
            <w:tcW w:w="1152" w:type="dxa"/>
            <w:vAlign w:val="center"/>
          </w:tcPr>
          <w:p w14:paraId="77C952E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5633978" w14:textId="77777777" w:rsidTr="00EC7BC3">
        <w:trPr>
          <w:jc w:val="center"/>
        </w:trPr>
        <w:tc>
          <w:tcPr>
            <w:tcW w:w="1152" w:type="dxa"/>
            <w:vAlign w:val="center"/>
          </w:tcPr>
          <w:p w14:paraId="3E662E9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7116031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7480688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7D38179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0.972</w:t>
            </w:r>
          </w:p>
        </w:tc>
        <w:tc>
          <w:tcPr>
            <w:tcW w:w="1152" w:type="dxa"/>
            <w:vAlign w:val="center"/>
          </w:tcPr>
          <w:p w14:paraId="6BED7CA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270.41</w:t>
            </w:r>
          </w:p>
        </w:tc>
        <w:tc>
          <w:tcPr>
            <w:tcW w:w="1152" w:type="dxa"/>
            <w:vAlign w:val="center"/>
          </w:tcPr>
          <w:p w14:paraId="10D4F90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7FC544A" w14:textId="77777777" w:rsidTr="00EC7BC3">
        <w:trPr>
          <w:jc w:val="center"/>
        </w:trPr>
        <w:tc>
          <w:tcPr>
            <w:tcW w:w="1152" w:type="dxa"/>
            <w:vAlign w:val="center"/>
          </w:tcPr>
          <w:p w14:paraId="5AA090F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CE5AAB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1D42D8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73E2E96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0.984</w:t>
            </w:r>
          </w:p>
        </w:tc>
        <w:tc>
          <w:tcPr>
            <w:tcW w:w="1152" w:type="dxa"/>
            <w:vAlign w:val="center"/>
          </w:tcPr>
          <w:p w14:paraId="63212D7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282.92</w:t>
            </w:r>
          </w:p>
        </w:tc>
        <w:tc>
          <w:tcPr>
            <w:tcW w:w="1152" w:type="dxa"/>
            <w:vAlign w:val="center"/>
          </w:tcPr>
          <w:p w14:paraId="0ADB3E9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402E1F3" w14:textId="77777777" w:rsidTr="00EC7BC3">
        <w:trPr>
          <w:jc w:val="center"/>
        </w:trPr>
        <w:tc>
          <w:tcPr>
            <w:tcW w:w="1152" w:type="dxa"/>
            <w:vAlign w:val="center"/>
          </w:tcPr>
          <w:p w14:paraId="463A47E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44E5BC3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3C726C8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0CB9B1F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0.980</w:t>
            </w:r>
          </w:p>
        </w:tc>
        <w:tc>
          <w:tcPr>
            <w:tcW w:w="1152" w:type="dxa"/>
            <w:vAlign w:val="center"/>
          </w:tcPr>
          <w:p w14:paraId="4AECF21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282.48</w:t>
            </w:r>
          </w:p>
        </w:tc>
        <w:tc>
          <w:tcPr>
            <w:tcW w:w="1152" w:type="dxa"/>
            <w:vAlign w:val="center"/>
          </w:tcPr>
          <w:p w14:paraId="7F0F963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9F99FDD" w14:textId="77777777" w:rsidTr="00EC7BC3">
        <w:trPr>
          <w:jc w:val="center"/>
        </w:trPr>
        <w:tc>
          <w:tcPr>
            <w:tcW w:w="1152" w:type="dxa"/>
            <w:vAlign w:val="center"/>
          </w:tcPr>
          <w:p w14:paraId="4DA2E7A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7D9D598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880F09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259B2C5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0.970</w:t>
            </w:r>
          </w:p>
        </w:tc>
        <w:tc>
          <w:tcPr>
            <w:tcW w:w="1152" w:type="dxa"/>
            <w:vAlign w:val="center"/>
          </w:tcPr>
          <w:p w14:paraId="4D00209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270.09</w:t>
            </w:r>
          </w:p>
        </w:tc>
        <w:tc>
          <w:tcPr>
            <w:tcW w:w="1152" w:type="dxa"/>
            <w:vAlign w:val="center"/>
          </w:tcPr>
          <w:p w14:paraId="18EF937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9C9C079" w14:textId="77777777" w:rsidTr="00EC7BC3">
        <w:trPr>
          <w:jc w:val="center"/>
        </w:trPr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3876B46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3CF2D7F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tcBorders>
              <w:bottom w:val="single" w:sz="8" w:space="0" w:color="auto"/>
            </w:tcBorders>
            <w:vAlign w:val="center"/>
          </w:tcPr>
          <w:p w14:paraId="4B52DED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453BB0F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0.972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1E013C9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279.25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307F2C0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</w:tbl>
    <w:p w14:paraId="6BE99BF3" w14:textId="77777777" w:rsidR="00E27205" w:rsidRDefault="00E27205" w:rsidP="00CC2428">
      <w:pPr>
        <w:jc w:val="both"/>
        <w:rPr>
          <w:b/>
          <w:sz w:val="20"/>
          <w:szCs w:val="24"/>
        </w:rPr>
      </w:pPr>
    </w:p>
    <w:p w14:paraId="6C7D8F19" w14:textId="77777777" w:rsidR="00CC2428" w:rsidRDefault="00CC2428" w:rsidP="00CC2428">
      <w:pPr>
        <w:jc w:val="both"/>
        <w:rPr>
          <w:b/>
          <w:sz w:val="20"/>
          <w:szCs w:val="24"/>
        </w:rPr>
      </w:pPr>
    </w:p>
    <w:p w14:paraId="7D173EA1" w14:textId="77777777" w:rsidR="00CC2428" w:rsidRDefault="00CC2428" w:rsidP="00CC2428">
      <w:pPr>
        <w:jc w:val="both"/>
        <w:rPr>
          <w:b/>
          <w:sz w:val="20"/>
          <w:szCs w:val="24"/>
        </w:rPr>
      </w:pPr>
    </w:p>
    <w:p w14:paraId="1919AC20" w14:textId="77777777" w:rsidR="00CC2428" w:rsidRDefault="00CC2428" w:rsidP="00CC2428">
      <w:pPr>
        <w:jc w:val="both"/>
        <w:rPr>
          <w:b/>
          <w:sz w:val="20"/>
          <w:szCs w:val="24"/>
        </w:rPr>
      </w:pPr>
    </w:p>
    <w:p w14:paraId="0A52391E" w14:textId="77777777" w:rsidR="00CC2428" w:rsidRDefault="00CC2428" w:rsidP="00CC2428">
      <w:pPr>
        <w:jc w:val="both"/>
        <w:rPr>
          <w:b/>
          <w:sz w:val="20"/>
          <w:szCs w:val="24"/>
          <w:rtl/>
        </w:rPr>
      </w:pPr>
    </w:p>
    <w:p w14:paraId="7C10A9BE" w14:textId="77777777" w:rsidR="00E27205" w:rsidRPr="00CC2428" w:rsidRDefault="00000000">
      <w:pPr>
        <w:jc w:val="both"/>
        <w:rPr>
          <w:b/>
          <w:sz w:val="20"/>
          <w:szCs w:val="24"/>
        </w:rPr>
      </w:pPr>
      <w:r w:rsidRPr="00CC2428">
        <w:rPr>
          <w:b/>
          <w:sz w:val="20"/>
          <w:szCs w:val="24"/>
        </w:rPr>
        <w:lastRenderedPageBreak/>
        <w:t>Table S2b. Global Moran’s I results for projected changes in extreme temperature indices under SSP2-4.5, including z-scores and permutation-based p-values.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1440"/>
        <w:gridCol w:w="864"/>
        <w:gridCol w:w="1152"/>
        <w:gridCol w:w="1152"/>
        <w:gridCol w:w="1152"/>
      </w:tblGrid>
      <w:tr w:rsidR="00E27205" w:rsidRPr="00EE6E36" w14:paraId="51AB82C7" w14:textId="77777777" w:rsidTr="00EC7BC3">
        <w:trPr>
          <w:tblHeader/>
          <w:jc w:val="center"/>
        </w:trPr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4CD09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Index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EB005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Period</w:t>
            </w: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79722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Season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1E47B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Moran’s I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B2451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z-score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118F1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p-value</w:t>
            </w:r>
          </w:p>
        </w:tc>
      </w:tr>
      <w:tr w:rsidR="00E27205" w:rsidRPr="00EE6E36" w14:paraId="79B81338" w14:textId="77777777" w:rsidTr="00EC7BC3">
        <w:trPr>
          <w:jc w:val="center"/>
        </w:trPr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3BC4FE2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0F582E8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tcBorders>
              <w:top w:val="single" w:sz="8" w:space="0" w:color="auto"/>
            </w:tcBorders>
            <w:vAlign w:val="center"/>
          </w:tcPr>
          <w:p w14:paraId="44FD1E7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3D86DB5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0.970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7999EBE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277.92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20FBDF7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706D7B8" w14:textId="77777777" w:rsidTr="00EC7BC3">
        <w:trPr>
          <w:jc w:val="center"/>
        </w:trPr>
        <w:tc>
          <w:tcPr>
            <w:tcW w:w="1152" w:type="dxa"/>
            <w:vAlign w:val="center"/>
          </w:tcPr>
          <w:p w14:paraId="25C6406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41A0BEF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4ECA57D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43983AE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0.972</w:t>
            </w:r>
          </w:p>
        </w:tc>
        <w:tc>
          <w:tcPr>
            <w:tcW w:w="1152" w:type="dxa"/>
            <w:vAlign w:val="center"/>
          </w:tcPr>
          <w:p w14:paraId="4218966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273.77</w:t>
            </w:r>
          </w:p>
        </w:tc>
        <w:tc>
          <w:tcPr>
            <w:tcW w:w="1152" w:type="dxa"/>
            <w:vAlign w:val="center"/>
          </w:tcPr>
          <w:p w14:paraId="444F734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0D7A49F" w14:textId="77777777" w:rsidTr="00EC7BC3">
        <w:trPr>
          <w:jc w:val="center"/>
        </w:trPr>
        <w:tc>
          <w:tcPr>
            <w:tcW w:w="1152" w:type="dxa"/>
            <w:vAlign w:val="center"/>
          </w:tcPr>
          <w:p w14:paraId="1C8E6EA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F38017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429C20C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7AA2F64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0.957</w:t>
            </w:r>
          </w:p>
        </w:tc>
        <w:tc>
          <w:tcPr>
            <w:tcW w:w="1152" w:type="dxa"/>
            <w:vAlign w:val="center"/>
          </w:tcPr>
          <w:p w14:paraId="58CF805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272.83</w:t>
            </w:r>
          </w:p>
        </w:tc>
        <w:tc>
          <w:tcPr>
            <w:tcW w:w="1152" w:type="dxa"/>
            <w:vAlign w:val="center"/>
          </w:tcPr>
          <w:p w14:paraId="2B7ACB5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2884588" w14:textId="77777777" w:rsidTr="00EC7BC3">
        <w:trPr>
          <w:jc w:val="center"/>
        </w:trPr>
        <w:tc>
          <w:tcPr>
            <w:tcW w:w="1152" w:type="dxa"/>
            <w:vAlign w:val="center"/>
          </w:tcPr>
          <w:p w14:paraId="0BD31D5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3D19413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0CE78DB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2A34317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0.971</w:t>
            </w:r>
          </w:p>
        </w:tc>
        <w:tc>
          <w:tcPr>
            <w:tcW w:w="1152" w:type="dxa"/>
            <w:vAlign w:val="center"/>
          </w:tcPr>
          <w:p w14:paraId="2F5AA4D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269.88</w:t>
            </w:r>
          </w:p>
        </w:tc>
        <w:tc>
          <w:tcPr>
            <w:tcW w:w="1152" w:type="dxa"/>
            <w:vAlign w:val="center"/>
          </w:tcPr>
          <w:p w14:paraId="437249D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CC11885" w14:textId="77777777" w:rsidTr="00EC7BC3">
        <w:trPr>
          <w:jc w:val="center"/>
        </w:trPr>
        <w:tc>
          <w:tcPr>
            <w:tcW w:w="1152" w:type="dxa"/>
            <w:vAlign w:val="center"/>
          </w:tcPr>
          <w:p w14:paraId="10E0264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0228802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66C836C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29EA1A0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0.957</w:t>
            </w:r>
          </w:p>
        </w:tc>
        <w:tc>
          <w:tcPr>
            <w:tcW w:w="1152" w:type="dxa"/>
            <w:vAlign w:val="center"/>
          </w:tcPr>
          <w:p w14:paraId="14F5760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286.68</w:t>
            </w:r>
          </w:p>
        </w:tc>
        <w:tc>
          <w:tcPr>
            <w:tcW w:w="1152" w:type="dxa"/>
            <w:vAlign w:val="center"/>
          </w:tcPr>
          <w:p w14:paraId="27BEC61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CBEB007" w14:textId="77777777" w:rsidTr="00EC7BC3">
        <w:trPr>
          <w:jc w:val="center"/>
        </w:trPr>
        <w:tc>
          <w:tcPr>
            <w:tcW w:w="1152" w:type="dxa"/>
            <w:vAlign w:val="center"/>
          </w:tcPr>
          <w:p w14:paraId="76D695C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213E0AD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64323EC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769E66D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0.947</w:t>
            </w:r>
          </w:p>
        </w:tc>
        <w:tc>
          <w:tcPr>
            <w:tcW w:w="1152" w:type="dxa"/>
            <w:vAlign w:val="center"/>
          </w:tcPr>
          <w:p w14:paraId="35DC92E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269.27</w:t>
            </w:r>
          </w:p>
        </w:tc>
        <w:tc>
          <w:tcPr>
            <w:tcW w:w="1152" w:type="dxa"/>
            <w:vAlign w:val="center"/>
          </w:tcPr>
          <w:p w14:paraId="69FBD24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44E07D3" w14:textId="77777777" w:rsidTr="00EC7BC3">
        <w:trPr>
          <w:jc w:val="center"/>
        </w:trPr>
        <w:tc>
          <w:tcPr>
            <w:tcW w:w="1152" w:type="dxa"/>
            <w:vAlign w:val="center"/>
          </w:tcPr>
          <w:p w14:paraId="3A73EC4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0C3B999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657FE1C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7604E09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0.954</w:t>
            </w:r>
          </w:p>
        </w:tc>
        <w:tc>
          <w:tcPr>
            <w:tcW w:w="1152" w:type="dxa"/>
            <w:vAlign w:val="center"/>
          </w:tcPr>
          <w:p w14:paraId="3429BAA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264.87</w:t>
            </w:r>
          </w:p>
        </w:tc>
        <w:tc>
          <w:tcPr>
            <w:tcW w:w="1152" w:type="dxa"/>
            <w:vAlign w:val="center"/>
          </w:tcPr>
          <w:p w14:paraId="3FEA8DC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266168A" w14:textId="77777777" w:rsidTr="00EC7BC3">
        <w:trPr>
          <w:jc w:val="center"/>
        </w:trPr>
        <w:tc>
          <w:tcPr>
            <w:tcW w:w="1152" w:type="dxa"/>
            <w:vAlign w:val="center"/>
          </w:tcPr>
          <w:p w14:paraId="608EFF2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68DF11F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0C0532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7D42914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0.932</w:t>
            </w:r>
          </w:p>
        </w:tc>
        <w:tc>
          <w:tcPr>
            <w:tcW w:w="1152" w:type="dxa"/>
            <w:vAlign w:val="center"/>
          </w:tcPr>
          <w:p w14:paraId="7DCD0F2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264.58</w:t>
            </w:r>
          </w:p>
        </w:tc>
        <w:tc>
          <w:tcPr>
            <w:tcW w:w="1152" w:type="dxa"/>
            <w:vAlign w:val="center"/>
          </w:tcPr>
          <w:p w14:paraId="3ECB902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EFA7464" w14:textId="77777777" w:rsidTr="00EC7BC3">
        <w:trPr>
          <w:jc w:val="center"/>
        </w:trPr>
        <w:tc>
          <w:tcPr>
            <w:tcW w:w="1152" w:type="dxa"/>
            <w:vAlign w:val="center"/>
          </w:tcPr>
          <w:p w14:paraId="417B74F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3842F07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B10AD3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49D1436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0.978</w:t>
            </w:r>
          </w:p>
        </w:tc>
        <w:tc>
          <w:tcPr>
            <w:tcW w:w="1152" w:type="dxa"/>
            <w:vAlign w:val="center"/>
          </w:tcPr>
          <w:p w14:paraId="7C14E54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270.08</w:t>
            </w:r>
          </w:p>
        </w:tc>
        <w:tc>
          <w:tcPr>
            <w:tcW w:w="1152" w:type="dxa"/>
            <w:vAlign w:val="center"/>
          </w:tcPr>
          <w:p w14:paraId="48AD64A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3BFAB3B" w14:textId="77777777" w:rsidTr="00EC7BC3">
        <w:trPr>
          <w:jc w:val="center"/>
        </w:trPr>
        <w:tc>
          <w:tcPr>
            <w:tcW w:w="1152" w:type="dxa"/>
            <w:vAlign w:val="center"/>
          </w:tcPr>
          <w:p w14:paraId="294FFC7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7C96314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28ED8A3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3BDD6CB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0.975</w:t>
            </w:r>
          </w:p>
        </w:tc>
        <w:tc>
          <w:tcPr>
            <w:tcW w:w="1152" w:type="dxa"/>
            <w:vAlign w:val="center"/>
          </w:tcPr>
          <w:p w14:paraId="38A0ED3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269.91</w:t>
            </w:r>
          </w:p>
        </w:tc>
        <w:tc>
          <w:tcPr>
            <w:tcW w:w="1152" w:type="dxa"/>
            <w:vAlign w:val="center"/>
          </w:tcPr>
          <w:p w14:paraId="10BA3CE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A5B1FDE" w14:textId="77777777" w:rsidTr="00EC7BC3">
        <w:trPr>
          <w:jc w:val="center"/>
        </w:trPr>
        <w:tc>
          <w:tcPr>
            <w:tcW w:w="1152" w:type="dxa"/>
            <w:vAlign w:val="center"/>
          </w:tcPr>
          <w:p w14:paraId="7B18E88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059E353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216BC69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3EAD3E6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0.969</w:t>
            </w:r>
          </w:p>
        </w:tc>
        <w:tc>
          <w:tcPr>
            <w:tcW w:w="1152" w:type="dxa"/>
            <w:vAlign w:val="center"/>
          </w:tcPr>
          <w:p w14:paraId="173FE92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268.54</w:t>
            </w:r>
          </w:p>
        </w:tc>
        <w:tc>
          <w:tcPr>
            <w:tcW w:w="1152" w:type="dxa"/>
            <w:vAlign w:val="center"/>
          </w:tcPr>
          <w:p w14:paraId="09E17BE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DBE1464" w14:textId="77777777" w:rsidTr="00EC7BC3">
        <w:trPr>
          <w:jc w:val="center"/>
        </w:trPr>
        <w:tc>
          <w:tcPr>
            <w:tcW w:w="1152" w:type="dxa"/>
            <w:vAlign w:val="center"/>
          </w:tcPr>
          <w:p w14:paraId="04E23E0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7673274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3AB5BAB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68C99B2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0.971</w:t>
            </w:r>
          </w:p>
        </w:tc>
        <w:tc>
          <w:tcPr>
            <w:tcW w:w="1152" w:type="dxa"/>
            <w:vAlign w:val="center"/>
          </w:tcPr>
          <w:p w14:paraId="1951433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276.63</w:t>
            </w:r>
          </w:p>
        </w:tc>
        <w:tc>
          <w:tcPr>
            <w:tcW w:w="1152" w:type="dxa"/>
            <w:vAlign w:val="center"/>
          </w:tcPr>
          <w:p w14:paraId="5D8C62F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4F01557" w14:textId="77777777" w:rsidTr="00EC7BC3">
        <w:trPr>
          <w:jc w:val="center"/>
        </w:trPr>
        <w:tc>
          <w:tcPr>
            <w:tcW w:w="1152" w:type="dxa"/>
            <w:vAlign w:val="center"/>
          </w:tcPr>
          <w:p w14:paraId="30213F0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067BF5B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C8F39B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7DA5E41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0.980</w:t>
            </w:r>
          </w:p>
        </w:tc>
        <w:tc>
          <w:tcPr>
            <w:tcW w:w="1152" w:type="dxa"/>
            <w:vAlign w:val="center"/>
          </w:tcPr>
          <w:p w14:paraId="602C328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280.24</w:t>
            </w:r>
          </w:p>
        </w:tc>
        <w:tc>
          <w:tcPr>
            <w:tcW w:w="1152" w:type="dxa"/>
            <w:vAlign w:val="center"/>
          </w:tcPr>
          <w:p w14:paraId="1A9C302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A2EB079" w14:textId="77777777" w:rsidTr="00EC7BC3">
        <w:trPr>
          <w:jc w:val="center"/>
        </w:trPr>
        <w:tc>
          <w:tcPr>
            <w:tcW w:w="1152" w:type="dxa"/>
            <w:vAlign w:val="center"/>
          </w:tcPr>
          <w:p w14:paraId="396FAE4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0C7CD30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2BB7633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35671CD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4FCB0DD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269.68</w:t>
            </w:r>
          </w:p>
        </w:tc>
        <w:tc>
          <w:tcPr>
            <w:tcW w:w="1152" w:type="dxa"/>
            <w:vAlign w:val="center"/>
          </w:tcPr>
          <w:p w14:paraId="3BDFF7B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D249EF9" w14:textId="77777777" w:rsidTr="00EC7BC3">
        <w:trPr>
          <w:jc w:val="center"/>
        </w:trPr>
        <w:tc>
          <w:tcPr>
            <w:tcW w:w="1152" w:type="dxa"/>
            <w:vAlign w:val="center"/>
          </w:tcPr>
          <w:p w14:paraId="0C34E40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41BD03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A10476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7D90A17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0.968</w:t>
            </w:r>
          </w:p>
        </w:tc>
        <w:tc>
          <w:tcPr>
            <w:tcW w:w="1152" w:type="dxa"/>
            <w:vAlign w:val="center"/>
          </w:tcPr>
          <w:p w14:paraId="309065D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271.02</w:t>
            </w:r>
          </w:p>
        </w:tc>
        <w:tc>
          <w:tcPr>
            <w:tcW w:w="1152" w:type="dxa"/>
            <w:vAlign w:val="center"/>
          </w:tcPr>
          <w:p w14:paraId="2EA0E2A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9463314" w14:textId="77777777" w:rsidTr="00EC7BC3">
        <w:trPr>
          <w:jc w:val="center"/>
        </w:trPr>
        <w:tc>
          <w:tcPr>
            <w:tcW w:w="1152" w:type="dxa"/>
            <w:vAlign w:val="center"/>
          </w:tcPr>
          <w:p w14:paraId="30F3A30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0DC2250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6C133D1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391B29A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0.971</w:t>
            </w:r>
          </w:p>
        </w:tc>
        <w:tc>
          <w:tcPr>
            <w:tcW w:w="1152" w:type="dxa"/>
            <w:vAlign w:val="center"/>
          </w:tcPr>
          <w:p w14:paraId="621A534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286.12</w:t>
            </w:r>
          </w:p>
        </w:tc>
        <w:tc>
          <w:tcPr>
            <w:tcW w:w="1152" w:type="dxa"/>
            <w:vAlign w:val="center"/>
          </w:tcPr>
          <w:p w14:paraId="26F9693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4C89285" w14:textId="77777777" w:rsidTr="00EC7BC3">
        <w:trPr>
          <w:jc w:val="center"/>
        </w:trPr>
        <w:tc>
          <w:tcPr>
            <w:tcW w:w="1152" w:type="dxa"/>
            <w:vAlign w:val="center"/>
          </w:tcPr>
          <w:p w14:paraId="252266C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33CD91F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7065C15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0AB7162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0.981</w:t>
            </w:r>
          </w:p>
        </w:tc>
        <w:tc>
          <w:tcPr>
            <w:tcW w:w="1152" w:type="dxa"/>
            <w:vAlign w:val="center"/>
          </w:tcPr>
          <w:p w14:paraId="2CDA81A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269.75</w:t>
            </w:r>
          </w:p>
        </w:tc>
        <w:tc>
          <w:tcPr>
            <w:tcW w:w="1152" w:type="dxa"/>
            <w:vAlign w:val="center"/>
          </w:tcPr>
          <w:p w14:paraId="55ACE48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EC2776C" w14:textId="77777777" w:rsidTr="00EC7BC3">
        <w:trPr>
          <w:jc w:val="center"/>
        </w:trPr>
        <w:tc>
          <w:tcPr>
            <w:tcW w:w="1152" w:type="dxa"/>
            <w:vAlign w:val="center"/>
          </w:tcPr>
          <w:p w14:paraId="7DA9D2F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770FB8C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3130A32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31EFE88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5BB9842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275.05</w:t>
            </w:r>
          </w:p>
        </w:tc>
        <w:tc>
          <w:tcPr>
            <w:tcW w:w="1152" w:type="dxa"/>
            <w:vAlign w:val="center"/>
          </w:tcPr>
          <w:p w14:paraId="77107E1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7A87D34" w14:textId="77777777" w:rsidTr="00EC7BC3">
        <w:trPr>
          <w:jc w:val="center"/>
        </w:trPr>
        <w:tc>
          <w:tcPr>
            <w:tcW w:w="1152" w:type="dxa"/>
            <w:vAlign w:val="center"/>
          </w:tcPr>
          <w:p w14:paraId="156C4B4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7690522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19ACBC4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12C07B8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0.968</w:t>
            </w:r>
          </w:p>
        </w:tc>
        <w:tc>
          <w:tcPr>
            <w:tcW w:w="1152" w:type="dxa"/>
            <w:vAlign w:val="center"/>
          </w:tcPr>
          <w:p w14:paraId="7D4F2A8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271.94</w:t>
            </w:r>
          </w:p>
        </w:tc>
        <w:tc>
          <w:tcPr>
            <w:tcW w:w="1152" w:type="dxa"/>
            <w:vAlign w:val="center"/>
          </w:tcPr>
          <w:p w14:paraId="611E6F8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1229599" w14:textId="77777777" w:rsidTr="00EC7BC3">
        <w:trPr>
          <w:jc w:val="center"/>
        </w:trPr>
        <w:tc>
          <w:tcPr>
            <w:tcW w:w="1152" w:type="dxa"/>
            <w:vAlign w:val="center"/>
          </w:tcPr>
          <w:p w14:paraId="45D82FD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11AF75C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134597F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6FE3248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0.971</w:t>
            </w:r>
          </w:p>
        </w:tc>
        <w:tc>
          <w:tcPr>
            <w:tcW w:w="1152" w:type="dxa"/>
            <w:vAlign w:val="center"/>
          </w:tcPr>
          <w:p w14:paraId="77FC8A4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279.78</w:t>
            </w:r>
          </w:p>
        </w:tc>
        <w:tc>
          <w:tcPr>
            <w:tcW w:w="1152" w:type="dxa"/>
            <w:vAlign w:val="center"/>
          </w:tcPr>
          <w:p w14:paraId="2E50E9B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62B8EEA" w14:textId="77777777" w:rsidTr="00EC7BC3">
        <w:trPr>
          <w:jc w:val="center"/>
        </w:trPr>
        <w:tc>
          <w:tcPr>
            <w:tcW w:w="1152" w:type="dxa"/>
            <w:vAlign w:val="center"/>
          </w:tcPr>
          <w:p w14:paraId="56D20E6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537FA77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3493BF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0B8ED04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0.981</w:t>
            </w:r>
          </w:p>
        </w:tc>
        <w:tc>
          <w:tcPr>
            <w:tcW w:w="1152" w:type="dxa"/>
            <w:vAlign w:val="center"/>
          </w:tcPr>
          <w:p w14:paraId="00D9AB5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277.70</w:t>
            </w:r>
          </w:p>
        </w:tc>
        <w:tc>
          <w:tcPr>
            <w:tcW w:w="1152" w:type="dxa"/>
            <w:vAlign w:val="center"/>
          </w:tcPr>
          <w:p w14:paraId="398FA14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3635926" w14:textId="77777777" w:rsidTr="00EC7BC3">
        <w:trPr>
          <w:jc w:val="center"/>
        </w:trPr>
        <w:tc>
          <w:tcPr>
            <w:tcW w:w="1152" w:type="dxa"/>
            <w:vAlign w:val="center"/>
          </w:tcPr>
          <w:p w14:paraId="6016960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5D8751E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2B5DFB5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4F7EF13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0.980</w:t>
            </w:r>
          </w:p>
        </w:tc>
        <w:tc>
          <w:tcPr>
            <w:tcW w:w="1152" w:type="dxa"/>
            <w:vAlign w:val="center"/>
          </w:tcPr>
          <w:p w14:paraId="53F8E44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286.07</w:t>
            </w:r>
          </w:p>
        </w:tc>
        <w:tc>
          <w:tcPr>
            <w:tcW w:w="1152" w:type="dxa"/>
            <w:vAlign w:val="center"/>
          </w:tcPr>
          <w:p w14:paraId="0E5A906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92305E3" w14:textId="77777777" w:rsidTr="00EC7BC3">
        <w:trPr>
          <w:jc w:val="center"/>
        </w:trPr>
        <w:tc>
          <w:tcPr>
            <w:tcW w:w="1152" w:type="dxa"/>
            <w:vAlign w:val="center"/>
          </w:tcPr>
          <w:p w14:paraId="555FDF7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5A0BEDA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6AA212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17C7839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0.968</w:t>
            </w:r>
          </w:p>
        </w:tc>
        <w:tc>
          <w:tcPr>
            <w:tcW w:w="1152" w:type="dxa"/>
            <w:vAlign w:val="center"/>
          </w:tcPr>
          <w:p w14:paraId="5C0FA28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274.12</w:t>
            </w:r>
          </w:p>
        </w:tc>
        <w:tc>
          <w:tcPr>
            <w:tcW w:w="1152" w:type="dxa"/>
            <w:vAlign w:val="center"/>
          </w:tcPr>
          <w:p w14:paraId="5ED9EB4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BA7023B" w14:textId="77777777" w:rsidTr="00EC7BC3">
        <w:trPr>
          <w:jc w:val="center"/>
        </w:trPr>
        <w:tc>
          <w:tcPr>
            <w:tcW w:w="1152" w:type="dxa"/>
            <w:vAlign w:val="center"/>
          </w:tcPr>
          <w:p w14:paraId="7FA5B72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1370E76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D6B35B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44F85D4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0.971</w:t>
            </w:r>
          </w:p>
        </w:tc>
        <w:tc>
          <w:tcPr>
            <w:tcW w:w="1152" w:type="dxa"/>
            <w:vAlign w:val="center"/>
          </w:tcPr>
          <w:p w14:paraId="071F8F2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286.28</w:t>
            </w:r>
          </w:p>
        </w:tc>
        <w:tc>
          <w:tcPr>
            <w:tcW w:w="1152" w:type="dxa"/>
            <w:vAlign w:val="center"/>
          </w:tcPr>
          <w:p w14:paraId="60C4095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C858E1F" w14:textId="77777777" w:rsidTr="00EC7BC3">
        <w:trPr>
          <w:jc w:val="center"/>
        </w:trPr>
        <w:tc>
          <w:tcPr>
            <w:tcW w:w="1152" w:type="dxa"/>
            <w:vAlign w:val="center"/>
          </w:tcPr>
          <w:p w14:paraId="310D710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6BB6842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3F84E6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77E523B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2C98940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273.20</w:t>
            </w:r>
          </w:p>
        </w:tc>
        <w:tc>
          <w:tcPr>
            <w:tcW w:w="1152" w:type="dxa"/>
            <w:vAlign w:val="center"/>
          </w:tcPr>
          <w:p w14:paraId="7472A08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3AC8493" w14:textId="77777777" w:rsidTr="00EC7BC3">
        <w:trPr>
          <w:jc w:val="center"/>
        </w:trPr>
        <w:tc>
          <w:tcPr>
            <w:tcW w:w="1152" w:type="dxa"/>
            <w:vAlign w:val="center"/>
          </w:tcPr>
          <w:p w14:paraId="5AAA19E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4AB04FE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68F6A92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59C46BF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0.985</w:t>
            </w:r>
          </w:p>
        </w:tc>
        <w:tc>
          <w:tcPr>
            <w:tcW w:w="1152" w:type="dxa"/>
            <w:vAlign w:val="center"/>
          </w:tcPr>
          <w:p w14:paraId="5F6F26B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273.75</w:t>
            </w:r>
          </w:p>
        </w:tc>
        <w:tc>
          <w:tcPr>
            <w:tcW w:w="1152" w:type="dxa"/>
            <w:vAlign w:val="center"/>
          </w:tcPr>
          <w:p w14:paraId="462E277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4F7E845" w14:textId="77777777" w:rsidTr="00EC7BC3">
        <w:trPr>
          <w:jc w:val="center"/>
        </w:trPr>
        <w:tc>
          <w:tcPr>
            <w:tcW w:w="1152" w:type="dxa"/>
            <w:vAlign w:val="center"/>
          </w:tcPr>
          <w:p w14:paraId="3C66E9C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32319D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04A2F67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7AD6174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0.970</w:t>
            </w:r>
          </w:p>
        </w:tc>
        <w:tc>
          <w:tcPr>
            <w:tcW w:w="1152" w:type="dxa"/>
            <w:vAlign w:val="center"/>
          </w:tcPr>
          <w:p w14:paraId="02472BA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281.07</w:t>
            </w:r>
          </w:p>
        </w:tc>
        <w:tc>
          <w:tcPr>
            <w:tcW w:w="1152" w:type="dxa"/>
            <w:vAlign w:val="center"/>
          </w:tcPr>
          <w:p w14:paraId="7F615B4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67F013A" w14:textId="77777777" w:rsidTr="00EC7BC3">
        <w:trPr>
          <w:jc w:val="center"/>
        </w:trPr>
        <w:tc>
          <w:tcPr>
            <w:tcW w:w="1152" w:type="dxa"/>
            <w:vAlign w:val="center"/>
          </w:tcPr>
          <w:p w14:paraId="45968D7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3BBCCA8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4B2191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4F78AFB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0.984</w:t>
            </w:r>
          </w:p>
        </w:tc>
        <w:tc>
          <w:tcPr>
            <w:tcW w:w="1152" w:type="dxa"/>
            <w:vAlign w:val="center"/>
          </w:tcPr>
          <w:p w14:paraId="63F8DF3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288.69</w:t>
            </w:r>
          </w:p>
        </w:tc>
        <w:tc>
          <w:tcPr>
            <w:tcW w:w="1152" w:type="dxa"/>
            <w:vAlign w:val="center"/>
          </w:tcPr>
          <w:p w14:paraId="5D97E02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4D4CE29" w14:textId="77777777" w:rsidTr="00EC7BC3">
        <w:trPr>
          <w:jc w:val="center"/>
        </w:trPr>
        <w:tc>
          <w:tcPr>
            <w:tcW w:w="1152" w:type="dxa"/>
            <w:vAlign w:val="center"/>
          </w:tcPr>
          <w:p w14:paraId="715EC55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BC682E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6999F84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52D73D8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0.969</w:t>
            </w:r>
          </w:p>
        </w:tc>
        <w:tc>
          <w:tcPr>
            <w:tcW w:w="1152" w:type="dxa"/>
            <w:vAlign w:val="center"/>
          </w:tcPr>
          <w:p w14:paraId="2660F7B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266.64</w:t>
            </w:r>
          </w:p>
        </w:tc>
        <w:tc>
          <w:tcPr>
            <w:tcW w:w="1152" w:type="dxa"/>
            <w:vAlign w:val="center"/>
          </w:tcPr>
          <w:p w14:paraId="710B980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0725733" w14:textId="77777777" w:rsidTr="00EC7BC3">
        <w:trPr>
          <w:jc w:val="center"/>
        </w:trPr>
        <w:tc>
          <w:tcPr>
            <w:tcW w:w="1152" w:type="dxa"/>
            <w:vAlign w:val="center"/>
          </w:tcPr>
          <w:p w14:paraId="52F5F7F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4136053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071C91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383C829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0.943</w:t>
            </w:r>
          </w:p>
        </w:tc>
        <w:tc>
          <w:tcPr>
            <w:tcW w:w="1152" w:type="dxa"/>
            <w:vAlign w:val="center"/>
          </w:tcPr>
          <w:p w14:paraId="046A079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270.41</w:t>
            </w:r>
          </w:p>
        </w:tc>
        <w:tc>
          <w:tcPr>
            <w:tcW w:w="1152" w:type="dxa"/>
            <w:vAlign w:val="center"/>
          </w:tcPr>
          <w:p w14:paraId="72B2CD1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7FB8782" w14:textId="77777777" w:rsidTr="00EC7BC3">
        <w:trPr>
          <w:jc w:val="center"/>
        </w:trPr>
        <w:tc>
          <w:tcPr>
            <w:tcW w:w="1152" w:type="dxa"/>
            <w:vAlign w:val="center"/>
          </w:tcPr>
          <w:p w14:paraId="4D881EC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A10F38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775AA5C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6B97B91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0.960</w:t>
            </w:r>
          </w:p>
        </w:tc>
        <w:tc>
          <w:tcPr>
            <w:tcW w:w="1152" w:type="dxa"/>
            <w:vAlign w:val="center"/>
          </w:tcPr>
          <w:p w14:paraId="36A548F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276.02</w:t>
            </w:r>
          </w:p>
        </w:tc>
        <w:tc>
          <w:tcPr>
            <w:tcW w:w="1152" w:type="dxa"/>
            <w:vAlign w:val="center"/>
          </w:tcPr>
          <w:p w14:paraId="7DEC942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D8FAE3C" w14:textId="77777777" w:rsidTr="00EC7BC3">
        <w:trPr>
          <w:jc w:val="center"/>
        </w:trPr>
        <w:tc>
          <w:tcPr>
            <w:tcW w:w="1152" w:type="dxa"/>
            <w:vAlign w:val="center"/>
          </w:tcPr>
          <w:p w14:paraId="078A780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662C148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441CC41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1E9C0EB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0.971</w:t>
            </w:r>
          </w:p>
        </w:tc>
        <w:tc>
          <w:tcPr>
            <w:tcW w:w="1152" w:type="dxa"/>
            <w:vAlign w:val="center"/>
          </w:tcPr>
          <w:p w14:paraId="63ED19D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280.63</w:t>
            </w:r>
          </w:p>
        </w:tc>
        <w:tc>
          <w:tcPr>
            <w:tcW w:w="1152" w:type="dxa"/>
            <w:vAlign w:val="center"/>
          </w:tcPr>
          <w:p w14:paraId="1A05DA2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8AFE1EE" w14:textId="77777777" w:rsidTr="00EC7BC3">
        <w:trPr>
          <w:jc w:val="center"/>
        </w:trPr>
        <w:tc>
          <w:tcPr>
            <w:tcW w:w="1152" w:type="dxa"/>
            <w:vAlign w:val="center"/>
          </w:tcPr>
          <w:p w14:paraId="3C1C355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137736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753B2C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10FE4D2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0.991</w:t>
            </w:r>
          </w:p>
        </w:tc>
        <w:tc>
          <w:tcPr>
            <w:tcW w:w="1152" w:type="dxa"/>
            <w:vAlign w:val="center"/>
          </w:tcPr>
          <w:p w14:paraId="06E2378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284.16</w:t>
            </w:r>
          </w:p>
        </w:tc>
        <w:tc>
          <w:tcPr>
            <w:tcW w:w="1152" w:type="dxa"/>
            <w:vAlign w:val="center"/>
          </w:tcPr>
          <w:p w14:paraId="2F79A4B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2D52C0B" w14:textId="77777777" w:rsidTr="00EC7BC3">
        <w:trPr>
          <w:jc w:val="center"/>
        </w:trPr>
        <w:tc>
          <w:tcPr>
            <w:tcW w:w="1152" w:type="dxa"/>
            <w:vAlign w:val="center"/>
          </w:tcPr>
          <w:p w14:paraId="3E7B5A2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1D3F4DB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2094FF0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0F08AD6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5AF1E81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280.83</w:t>
            </w:r>
          </w:p>
        </w:tc>
        <w:tc>
          <w:tcPr>
            <w:tcW w:w="1152" w:type="dxa"/>
            <w:vAlign w:val="center"/>
          </w:tcPr>
          <w:p w14:paraId="0D60BA3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935E60F" w14:textId="77777777" w:rsidTr="00EC7BC3">
        <w:trPr>
          <w:jc w:val="center"/>
        </w:trPr>
        <w:tc>
          <w:tcPr>
            <w:tcW w:w="1152" w:type="dxa"/>
            <w:vAlign w:val="center"/>
          </w:tcPr>
          <w:p w14:paraId="57078E3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57E6D2B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4D2F1D1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237C987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0.982</w:t>
            </w:r>
          </w:p>
        </w:tc>
        <w:tc>
          <w:tcPr>
            <w:tcW w:w="1152" w:type="dxa"/>
            <w:vAlign w:val="center"/>
          </w:tcPr>
          <w:p w14:paraId="7DF19FC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280.16</w:t>
            </w:r>
          </w:p>
        </w:tc>
        <w:tc>
          <w:tcPr>
            <w:tcW w:w="1152" w:type="dxa"/>
            <w:vAlign w:val="center"/>
          </w:tcPr>
          <w:p w14:paraId="398CCA3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13FED46" w14:textId="77777777" w:rsidTr="00EC7BC3">
        <w:trPr>
          <w:jc w:val="center"/>
        </w:trPr>
        <w:tc>
          <w:tcPr>
            <w:tcW w:w="1152" w:type="dxa"/>
            <w:vAlign w:val="center"/>
          </w:tcPr>
          <w:p w14:paraId="53C7BDF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30D08C5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4BA5DCD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35163D7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0.987</w:t>
            </w:r>
          </w:p>
        </w:tc>
        <w:tc>
          <w:tcPr>
            <w:tcW w:w="1152" w:type="dxa"/>
            <w:vAlign w:val="center"/>
          </w:tcPr>
          <w:p w14:paraId="314190E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274.14</w:t>
            </w:r>
          </w:p>
        </w:tc>
        <w:tc>
          <w:tcPr>
            <w:tcW w:w="1152" w:type="dxa"/>
            <w:vAlign w:val="center"/>
          </w:tcPr>
          <w:p w14:paraId="3B615D2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27BFE4E" w14:textId="77777777" w:rsidTr="00EC7BC3">
        <w:trPr>
          <w:jc w:val="center"/>
        </w:trPr>
        <w:tc>
          <w:tcPr>
            <w:tcW w:w="1152" w:type="dxa"/>
            <w:vAlign w:val="center"/>
          </w:tcPr>
          <w:p w14:paraId="2C7E682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086F66B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34C3F7D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5D087F0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0.985</w:t>
            </w:r>
          </w:p>
        </w:tc>
        <w:tc>
          <w:tcPr>
            <w:tcW w:w="1152" w:type="dxa"/>
            <w:vAlign w:val="center"/>
          </w:tcPr>
          <w:p w14:paraId="29FEDE2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279.09</w:t>
            </w:r>
          </w:p>
        </w:tc>
        <w:tc>
          <w:tcPr>
            <w:tcW w:w="1152" w:type="dxa"/>
            <w:vAlign w:val="center"/>
          </w:tcPr>
          <w:p w14:paraId="319E56F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5D57FB2" w14:textId="77777777" w:rsidTr="00EC7BC3">
        <w:trPr>
          <w:jc w:val="center"/>
        </w:trPr>
        <w:tc>
          <w:tcPr>
            <w:tcW w:w="1152" w:type="dxa"/>
            <w:vAlign w:val="center"/>
          </w:tcPr>
          <w:p w14:paraId="09D7BA6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415A5A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3D80DB0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135F497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0.981</w:t>
            </w:r>
          </w:p>
        </w:tc>
        <w:tc>
          <w:tcPr>
            <w:tcW w:w="1152" w:type="dxa"/>
            <w:vAlign w:val="center"/>
          </w:tcPr>
          <w:p w14:paraId="49928E0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275.99</w:t>
            </w:r>
          </w:p>
        </w:tc>
        <w:tc>
          <w:tcPr>
            <w:tcW w:w="1152" w:type="dxa"/>
            <w:vAlign w:val="center"/>
          </w:tcPr>
          <w:p w14:paraId="1660ACE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C6C6C16" w14:textId="77777777" w:rsidTr="00EC7BC3">
        <w:trPr>
          <w:jc w:val="center"/>
        </w:trPr>
        <w:tc>
          <w:tcPr>
            <w:tcW w:w="1152" w:type="dxa"/>
            <w:vAlign w:val="center"/>
          </w:tcPr>
          <w:p w14:paraId="3A90937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776718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75EF444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771C378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0.970</w:t>
            </w:r>
          </w:p>
        </w:tc>
        <w:tc>
          <w:tcPr>
            <w:tcW w:w="1152" w:type="dxa"/>
            <w:vAlign w:val="center"/>
          </w:tcPr>
          <w:p w14:paraId="108A41A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284.09</w:t>
            </w:r>
          </w:p>
        </w:tc>
        <w:tc>
          <w:tcPr>
            <w:tcW w:w="1152" w:type="dxa"/>
            <w:vAlign w:val="center"/>
          </w:tcPr>
          <w:p w14:paraId="230686C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E7C5FB2" w14:textId="77777777" w:rsidTr="00EC7BC3">
        <w:trPr>
          <w:jc w:val="center"/>
        </w:trPr>
        <w:tc>
          <w:tcPr>
            <w:tcW w:w="1152" w:type="dxa"/>
            <w:vAlign w:val="center"/>
          </w:tcPr>
          <w:p w14:paraId="767B56E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74C14CE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36B13A1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480DCF3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0.972</w:t>
            </w:r>
          </w:p>
        </w:tc>
        <w:tc>
          <w:tcPr>
            <w:tcW w:w="1152" w:type="dxa"/>
            <w:vAlign w:val="center"/>
          </w:tcPr>
          <w:p w14:paraId="54D3EC9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281.88</w:t>
            </w:r>
          </w:p>
        </w:tc>
        <w:tc>
          <w:tcPr>
            <w:tcW w:w="1152" w:type="dxa"/>
            <w:vAlign w:val="center"/>
          </w:tcPr>
          <w:p w14:paraId="612834B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EEE03A1" w14:textId="77777777" w:rsidTr="00EC7BC3">
        <w:trPr>
          <w:jc w:val="center"/>
        </w:trPr>
        <w:tc>
          <w:tcPr>
            <w:tcW w:w="1152" w:type="dxa"/>
            <w:vAlign w:val="center"/>
          </w:tcPr>
          <w:p w14:paraId="6470277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DA737C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314B46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5C5A843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0.984</w:t>
            </w:r>
          </w:p>
        </w:tc>
        <w:tc>
          <w:tcPr>
            <w:tcW w:w="1152" w:type="dxa"/>
            <w:vAlign w:val="center"/>
          </w:tcPr>
          <w:p w14:paraId="178F7B9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284.23</w:t>
            </w:r>
          </w:p>
        </w:tc>
        <w:tc>
          <w:tcPr>
            <w:tcW w:w="1152" w:type="dxa"/>
            <w:vAlign w:val="center"/>
          </w:tcPr>
          <w:p w14:paraId="7686080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427139E" w14:textId="77777777" w:rsidTr="00EC7BC3">
        <w:trPr>
          <w:jc w:val="center"/>
        </w:trPr>
        <w:tc>
          <w:tcPr>
            <w:tcW w:w="1152" w:type="dxa"/>
            <w:vAlign w:val="center"/>
          </w:tcPr>
          <w:p w14:paraId="5C0DF54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1E88858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767878B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06BC066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0.980</w:t>
            </w:r>
          </w:p>
        </w:tc>
        <w:tc>
          <w:tcPr>
            <w:tcW w:w="1152" w:type="dxa"/>
            <w:vAlign w:val="center"/>
          </w:tcPr>
          <w:p w14:paraId="764E9C6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284.44</w:t>
            </w:r>
          </w:p>
        </w:tc>
        <w:tc>
          <w:tcPr>
            <w:tcW w:w="1152" w:type="dxa"/>
            <w:vAlign w:val="center"/>
          </w:tcPr>
          <w:p w14:paraId="40D3B08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C8F45A0" w14:textId="77777777" w:rsidTr="00EC7BC3">
        <w:trPr>
          <w:jc w:val="center"/>
        </w:trPr>
        <w:tc>
          <w:tcPr>
            <w:tcW w:w="1152" w:type="dxa"/>
            <w:vAlign w:val="center"/>
          </w:tcPr>
          <w:p w14:paraId="3A28443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5CD546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12B171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0D22490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0.970</w:t>
            </w:r>
          </w:p>
        </w:tc>
        <w:tc>
          <w:tcPr>
            <w:tcW w:w="1152" w:type="dxa"/>
            <w:vAlign w:val="center"/>
          </w:tcPr>
          <w:p w14:paraId="7758E37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276.65</w:t>
            </w:r>
          </w:p>
        </w:tc>
        <w:tc>
          <w:tcPr>
            <w:tcW w:w="1152" w:type="dxa"/>
            <w:vAlign w:val="center"/>
          </w:tcPr>
          <w:p w14:paraId="281C30F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B374E33" w14:textId="77777777" w:rsidTr="00EC7BC3">
        <w:trPr>
          <w:jc w:val="center"/>
        </w:trPr>
        <w:tc>
          <w:tcPr>
            <w:tcW w:w="1152" w:type="dxa"/>
            <w:vAlign w:val="center"/>
          </w:tcPr>
          <w:p w14:paraId="7F6EF96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F63661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3509A0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463213A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0.973</w:t>
            </w:r>
          </w:p>
        </w:tc>
        <w:tc>
          <w:tcPr>
            <w:tcW w:w="1152" w:type="dxa"/>
            <w:vAlign w:val="center"/>
          </w:tcPr>
          <w:p w14:paraId="0A28B2F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264.28</w:t>
            </w:r>
          </w:p>
        </w:tc>
        <w:tc>
          <w:tcPr>
            <w:tcW w:w="1152" w:type="dxa"/>
            <w:vAlign w:val="center"/>
          </w:tcPr>
          <w:p w14:paraId="5667125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6B9A8D2" w14:textId="77777777" w:rsidTr="00EC7BC3">
        <w:trPr>
          <w:jc w:val="center"/>
        </w:trPr>
        <w:tc>
          <w:tcPr>
            <w:tcW w:w="1152" w:type="dxa"/>
            <w:vAlign w:val="center"/>
          </w:tcPr>
          <w:p w14:paraId="23BFD60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118228F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496ACA4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20DEB5E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0.983</w:t>
            </w:r>
          </w:p>
        </w:tc>
        <w:tc>
          <w:tcPr>
            <w:tcW w:w="1152" w:type="dxa"/>
            <w:vAlign w:val="center"/>
          </w:tcPr>
          <w:p w14:paraId="1AF5038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274.95</w:t>
            </w:r>
          </w:p>
        </w:tc>
        <w:tc>
          <w:tcPr>
            <w:tcW w:w="1152" w:type="dxa"/>
            <w:vAlign w:val="center"/>
          </w:tcPr>
          <w:p w14:paraId="449657F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0118BC2" w14:textId="77777777" w:rsidTr="00EC7BC3">
        <w:trPr>
          <w:jc w:val="center"/>
        </w:trPr>
        <w:tc>
          <w:tcPr>
            <w:tcW w:w="1152" w:type="dxa"/>
            <w:vAlign w:val="center"/>
          </w:tcPr>
          <w:p w14:paraId="2B8E776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1388631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24E690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4520458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0.981</w:t>
            </w:r>
          </w:p>
        </w:tc>
        <w:tc>
          <w:tcPr>
            <w:tcW w:w="1152" w:type="dxa"/>
            <w:vAlign w:val="center"/>
          </w:tcPr>
          <w:p w14:paraId="02181BF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276.67</w:t>
            </w:r>
          </w:p>
        </w:tc>
        <w:tc>
          <w:tcPr>
            <w:tcW w:w="1152" w:type="dxa"/>
            <w:vAlign w:val="center"/>
          </w:tcPr>
          <w:p w14:paraId="71F6B1D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19B0120" w14:textId="77777777" w:rsidTr="00EC7BC3">
        <w:trPr>
          <w:jc w:val="center"/>
        </w:trPr>
        <w:tc>
          <w:tcPr>
            <w:tcW w:w="1152" w:type="dxa"/>
            <w:vAlign w:val="center"/>
          </w:tcPr>
          <w:p w14:paraId="5C2B454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030C95C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4DB7C0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4331752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0.969</w:t>
            </w:r>
          </w:p>
        </w:tc>
        <w:tc>
          <w:tcPr>
            <w:tcW w:w="1152" w:type="dxa"/>
            <w:vAlign w:val="center"/>
          </w:tcPr>
          <w:p w14:paraId="5B693A6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278.09</w:t>
            </w:r>
          </w:p>
        </w:tc>
        <w:tc>
          <w:tcPr>
            <w:tcW w:w="1152" w:type="dxa"/>
            <w:vAlign w:val="center"/>
          </w:tcPr>
          <w:p w14:paraId="6EF17ED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B10A674" w14:textId="77777777" w:rsidTr="00EC7BC3">
        <w:trPr>
          <w:jc w:val="center"/>
        </w:trPr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7287035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4098DF5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tcBorders>
              <w:bottom w:val="single" w:sz="8" w:space="0" w:color="auto"/>
            </w:tcBorders>
            <w:vAlign w:val="center"/>
          </w:tcPr>
          <w:p w14:paraId="43BD4E2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506BC21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0.972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51021F0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285.12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596E647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</w:tbl>
    <w:p w14:paraId="48CEBB0F" w14:textId="77777777" w:rsidR="00E27205" w:rsidRDefault="00E27205" w:rsidP="00CC2428">
      <w:pPr>
        <w:jc w:val="both"/>
        <w:rPr>
          <w:b/>
          <w:sz w:val="20"/>
          <w:szCs w:val="24"/>
        </w:rPr>
      </w:pPr>
    </w:p>
    <w:p w14:paraId="59D67784" w14:textId="77777777" w:rsidR="00CC2428" w:rsidRDefault="00CC2428" w:rsidP="00CC2428">
      <w:pPr>
        <w:jc w:val="both"/>
        <w:rPr>
          <w:b/>
          <w:sz w:val="20"/>
          <w:szCs w:val="24"/>
        </w:rPr>
      </w:pPr>
    </w:p>
    <w:p w14:paraId="772CDDC7" w14:textId="77777777" w:rsidR="00CC2428" w:rsidRDefault="00CC2428" w:rsidP="00CC2428">
      <w:pPr>
        <w:jc w:val="both"/>
        <w:rPr>
          <w:b/>
          <w:sz w:val="20"/>
          <w:szCs w:val="24"/>
        </w:rPr>
      </w:pPr>
    </w:p>
    <w:p w14:paraId="655455E3" w14:textId="77777777" w:rsidR="00CC2428" w:rsidRDefault="00CC2428" w:rsidP="00CC2428">
      <w:pPr>
        <w:jc w:val="both"/>
        <w:rPr>
          <w:b/>
          <w:sz w:val="20"/>
          <w:szCs w:val="24"/>
        </w:rPr>
      </w:pPr>
    </w:p>
    <w:p w14:paraId="30386069" w14:textId="77777777" w:rsidR="00CC2428" w:rsidRDefault="00CC2428" w:rsidP="00CC2428">
      <w:pPr>
        <w:jc w:val="both"/>
        <w:rPr>
          <w:b/>
          <w:sz w:val="20"/>
          <w:szCs w:val="24"/>
        </w:rPr>
      </w:pPr>
    </w:p>
    <w:p w14:paraId="3DEAFF4C" w14:textId="77777777" w:rsidR="00E27205" w:rsidRPr="00CC2428" w:rsidRDefault="00000000">
      <w:pPr>
        <w:jc w:val="both"/>
        <w:rPr>
          <w:b/>
          <w:sz w:val="20"/>
          <w:szCs w:val="24"/>
        </w:rPr>
      </w:pPr>
      <w:r w:rsidRPr="00CC2428">
        <w:rPr>
          <w:b/>
          <w:sz w:val="20"/>
          <w:szCs w:val="24"/>
        </w:rPr>
        <w:lastRenderedPageBreak/>
        <w:t>Table S2c. Global Moran’s I results for projected changes in extreme temperature indices under SSP5-8.5, including z-scores and permutation-based p-values.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1440"/>
        <w:gridCol w:w="864"/>
        <w:gridCol w:w="1152"/>
        <w:gridCol w:w="1152"/>
        <w:gridCol w:w="1152"/>
      </w:tblGrid>
      <w:tr w:rsidR="00E27205" w:rsidRPr="00EE6E36" w14:paraId="4C0E7A13" w14:textId="77777777" w:rsidTr="00EC7BC3">
        <w:trPr>
          <w:tblHeader/>
          <w:jc w:val="center"/>
        </w:trPr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50E01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Index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B10E1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Period</w:t>
            </w: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769CC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Season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69C4B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Moran’s I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AC06A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z-score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87352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b/>
                <w:szCs w:val="18"/>
              </w:rPr>
              <w:t>p-value</w:t>
            </w:r>
          </w:p>
        </w:tc>
      </w:tr>
      <w:tr w:rsidR="00E27205" w:rsidRPr="00EE6E36" w14:paraId="4A5380C1" w14:textId="77777777" w:rsidTr="00EC7BC3">
        <w:trPr>
          <w:jc w:val="center"/>
        </w:trPr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626DF62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2F8837E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tcBorders>
              <w:top w:val="single" w:sz="8" w:space="0" w:color="auto"/>
            </w:tcBorders>
            <w:vAlign w:val="center"/>
          </w:tcPr>
          <w:p w14:paraId="17D5E36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0380ABC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0.977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7A4A92D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279.64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19F0EA2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DE393FA" w14:textId="77777777" w:rsidTr="00EC7BC3">
        <w:trPr>
          <w:jc w:val="center"/>
        </w:trPr>
        <w:tc>
          <w:tcPr>
            <w:tcW w:w="1152" w:type="dxa"/>
            <w:vAlign w:val="center"/>
          </w:tcPr>
          <w:p w14:paraId="007F5AD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30CD6F3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43104F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7797AD7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0.984</w:t>
            </w:r>
          </w:p>
        </w:tc>
        <w:tc>
          <w:tcPr>
            <w:tcW w:w="1152" w:type="dxa"/>
            <w:vAlign w:val="center"/>
          </w:tcPr>
          <w:p w14:paraId="10E58B0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285.45</w:t>
            </w:r>
          </w:p>
        </w:tc>
        <w:tc>
          <w:tcPr>
            <w:tcW w:w="1152" w:type="dxa"/>
            <w:vAlign w:val="center"/>
          </w:tcPr>
          <w:p w14:paraId="5113C11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A6B3282" w14:textId="77777777" w:rsidTr="00EC7BC3">
        <w:trPr>
          <w:jc w:val="center"/>
        </w:trPr>
        <w:tc>
          <w:tcPr>
            <w:tcW w:w="1152" w:type="dxa"/>
            <w:vAlign w:val="center"/>
          </w:tcPr>
          <w:p w14:paraId="1EB0CAF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7F683EC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D3D1D3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0C97181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0.966</w:t>
            </w:r>
          </w:p>
        </w:tc>
        <w:tc>
          <w:tcPr>
            <w:tcW w:w="1152" w:type="dxa"/>
            <w:vAlign w:val="center"/>
          </w:tcPr>
          <w:p w14:paraId="1B849C1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278.55</w:t>
            </w:r>
          </w:p>
        </w:tc>
        <w:tc>
          <w:tcPr>
            <w:tcW w:w="1152" w:type="dxa"/>
            <w:vAlign w:val="center"/>
          </w:tcPr>
          <w:p w14:paraId="49645DB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3A217AF" w14:textId="77777777" w:rsidTr="00EC7BC3">
        <w:trPr>
          <w:jc w:val="center"/>
        </w:trPr>
        <w:tc>
          <w:tcPr>
            <w:tcW w:w="1152" w:type="dxa"/>
            <w:vAlign w:val="center"/>
          </w:tcPr>
          <w:p w14:paraId="6D7D6B9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7F95227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75852C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326D4A0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0.982</w:t>
            </w:r>
          </w:p>
        </w:tc>
        <w:tc>
          <w:tcPr>
            <w:tcW w:w="1152" w:type="dxa"/>
            <w:vAlign w:val="center"/>
          </w:tcPr>
          <w:p w14:paraId="25BDDA4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275.33</w:t>
            </w:r>
          </w:p>
        </w:tc>
        <w:tc>
          <w:tcPr>
            <w:tcW w:w="1152" w:type="dxa"/>
            <w:vAlign w:val="center"/>
          </w:tcPr>
          <w:p w14:paraId="7F6C2A5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5138522" w14:textId="77777777" w:rsidTr="00EC7BC3">
        <w:trPr>
          <w:jc w:val="center"/>
        </w:trPr>
        <w:tc>
          <w:tcPr>
            <w:tcW w:w="1152" w:type="dxa"/>
            <w:vAlign w:val="center"/>
          </w:tcPr>
          <w:p w14:paraId="2C7395F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694D65F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94DC63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17BB08A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0.944</w:t>
            </w:r>
          </w:p>
        </w:tc>
        <w:tc>
          <w:tcPr>
            <w:tcW w:w="1152" w:type="dxa"/>
            <w:vAlign w:val="center"/>
          </w:tcPr>
          <w:p w14:paraId="7D469C4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267.28</w:t>
            </w:r>
          </w:p>
        </w:tc>
        <w:tc>
          <w:tcPr>
            <w:tcW w:w="1152" w:type="dxa"/>
            <w:vAlign w:val="center"/>
          </w:tcPr>
          <w:p w14:paraId="18E5DB1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000AB1B" w14:textId="77777777" w:rsidTr="00EC7BC3">
        <w:trPr>
          <w:jc w:val="center"/>
        </w:trPr>
        <w:tc>
          <w:tcPr>
            <w:tcW w:w="1152" w:type="dxa"/>
            <w:vAlign w:val="center"/>
          </w:tcPr>
          <w:p w14:paraId="18E7398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7996B12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5171F7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031E696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0.962</w:t>
            </w:r>
          </w:p>
        </w:tc>
        <w:tc>
          <w:tcPr>
            <w:tcW w:w="1152" w:type="dxa"/>
            <w:vAlign w:val="center"/>
          </w:tcPr>
          <w:p w14:paraId="40BE5A1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271.25</w:t>
            </w:r>
          </w:p>
        </w:tc>
        <w:tc>
          <w:tcPr>
            <w:tcW w:w="1152" w:type="dxa"/>
            <w:vAlign w:val="center"/>
          </w:tcPr>
          <w:p w14:paraId="61936E7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A2304A0" w14:textId="77777777" w:rsidTr="00EC7BC3">
        <w:trPr>
          <w:jc w:val="center"/>
        </w:trPr>
        <w:tc>
          <w:tcPr>
            <w:tcW w:w="1152" w:type="dxa"/>
            <w:vAlign w:val="center"/>
          </w:tcPr>
          <w:p w14:paraId="64B124A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7AD78EE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3A92204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12EC9D5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0.949</w:t>
            </w:r>
          </w:p>
        </w:tc>
        <w:tc>
          <w:tcPr>
            <w:tcW w:w="1152" w:type="dxa"/>
            <w:vAlign w:val="center"/>
          </w:tcPr>
          <w:p w14:paraId="1A5D7EE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269.89</w:t>
            </w:r>
          </w:p>
        </w:tc>
        <w:tc>
          <w:tcPr>
            <w:tcW w:w="1152" w:type="dxa"/>
            <w:vAlign w:val="center"/>
          </w:tcPr>
          <w:p w14:paraId="0FDB464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1D1FDC4" w14:textId="77777777" w:rsidTr="00EC7BC3">
        <w:trPr>
          <w:jc w:val="center"/>
        </w:trPr>
        <w:tc>
          <w:tcPr>
            <w:tcW w:w="1152" w:type="dxa"/>
            <w:vAlign w:val="center"/>
          </w:tcPr>
          <w:p w14:paraId="5C75663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EDFEC2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F7384A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5DB42D5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0.937</w:t>
            </w:r>
          </w:p>
        </w:tc>
        <w:tc>
          <w:tcPr>
            <w:tcW w:w="1152" w:type="dxa"/>
            <w:vAlign w:val="center"/>
          </w:tcPr>
          <w:p w14:paraId="643C516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255.70</w:t>
            </w:r>
          </w:p>
        </w:tc>
        <w:tc>
          <w:tcPr>
            <w:tcW w:w="1152" w:type="dxa"/>
            <w:vAlign w:val="center"/>
          </w:tcPr>
          <w:p w14:paraId="790C8ED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FB43084" w14:textId="77777777" w:rsidTr="00EC7BC3">
        <w:trPr>
          <w:jc w:val="center"/>
        </w:trPr>
        <w:tc>
          <w:tcPr>
            <w:tcW w:w="1152" w:type="dxa"/>
            <w:vAlign w:val="center"/>
          </w:tcPr>
          <w:p w14:paraId="200132A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6901F50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0B221A1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365074B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0.982</w:t>
            </w:r>
          </w:p>
        </w:tc>
        <w:tc>
          <w:tcPr>
            <w:tcW w:w="1152" w:type="dxa"/>
            <w:vAlign w:val="center"/>
          </w:tcPr>
          <w:p w14:paraId="479A9AC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281.14</w:t>
            </w:r>
          </w:p>
        </w:tc>
        <w:tc>
          <w:tcPr>
            <w:tcW w:w="1152" w:type="dxa"/>
            <w:vAlign w:val="center"/>
          </w:tcPr>
          <w:p w14:paraId="113169C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52CB64F" w14:textId="77777777" w:rsidTr="00EC7BC3">
        <w:trPr>
          <w:jc w:val="center"/>
        </w:trPr>
        <w:tc>
          <w:tcPr>
            <w:tcW w:w="1152" w:type="dxa"/>
            <w:vAlign w:val="center"/>
          </w:tcPr>
          <w:p w14:paraId="2EB6126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19EC696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D93B36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4655AE3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0.990</w:t>
            </w:r>
          </w:p>
        </w:tc>
        <w:tc>
          <w:tcPr>
            <w:tcW w:w="1152" w:type="dxa"/>
            <w:vAlign w:val="center"/>
          </w:tcPr>
          <w:p w14:paraId="60083D6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281.78</w:t>
            </w:r>
          </w:p>
        </w:tc>
        <w:tc>
          <w:tcPr>
            <w:tcW w:w="1152" w:type="dxa"/>
            <w:vAlign w:val="center"/>
          </w:tcPr>
          <w:p w14:paraId="3727993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9287407" w14:textId="77777777" w:rsidTr="00EC7BC3">
        <w:trPr>
          <w:jc w:val="center"/>
        </w:trPr>
        <w:tc>
          <w:tcPr>
            <w:tcW w:w="1152" w:type="dxa"/>
            <w:vAlign w:val="center"/>
          </w:tcPr>
          <w:p w14:paraId="1F5AAF7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75096B7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056CF09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3F57104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0A1910F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286.89</w:t>
            </w:r>
          </w:p>
        </w:tc>
        <w:tc>
          <w:tcPr>
            <w:tcW w:w="1152" w:type="dxa"/>
            <w:vAlign w:val="center"/>
          </w:tcPr>
          <w:p w14:paraId="7EACE05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6E1B82C" w14:textId="77777777" w:rsidTr="00EC7BC3">
        <w:trPr>
          <w:jc w:val="center"/>
        </w:trPr>
        <w:tc>
          <w:tcPr>
            <w:tcW w:w="1152" w:type="dxa"/>
            <w:vAlign w:val="center"/>
          </w:tcPr>
          <w:p w14:paraId="2FF8106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TN90p</w:t>
            </w:r>
          </w:p>
        </w:tc>
        <w:tc>
          <w:tcPr>
            <w:tcW w:w="1440" w:type="dxa"/>
            <w:vAlign w:val="center"/>
          </w:tcPr>
          <w:p w14:paraId="5A9918E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3E5E251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3CC10FB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0.992</w:t>
            </w:r>
          </w:p>
        </w:tc>
        <w:tc>
          <w:tcPr>
            <w:tcW w:w="1152" w:type="dxa"/>
            <w:vAlign w:val="center"/>
          </w:tcPr>
          <w:p w14:paraId="5585843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279.61</w:t>
            </w:r>
          </w:p>
        </w:tc>
        <w:tc>
          <w:tcPr>
            <w:tcW w:w="1152" w:type="dxa"/>
            <w:vAlign w:val="center"/>
          </w:tcPr>
          <w:p w14:paraId="7E2E723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371493A" w14:textId="77777777" w:rsidTr="00EC7BC3">
        <w:trPr>
          <w:jc w:val="center"/>
        </w:trPr>
        <w:tc>
          <w:tcPr>
            <w:tcW w:w="1152" w:type="dxa"/>
            <w:vAlign w:val="center"/>
          </w:tcPr>
          <w:p w14:paraId="2C634F5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78E8ABC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111E67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76C2B3C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0.981</w:t>
            </w:r>
          </w:p>
        </w:tc>
        <w:tc>
          <w:tcPr>
            <w:tcW w:w="1152" w:type="dxa"/>
            <w:vAlign w:val="center"/>
          </w:tcPr>
          <w:p w14:paraId="26789A2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283.20</w:t>
            </w:r>
          </w:p>
        </w:tc>
        <w:tc>
          <w:tcPr>
            <w:tcW w:w="1152" w:type="dxa"/>
            <w:vAlign w:val="center"/>
          </w:tcPr>
          <w:p w14:paraId="7BBE027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30F749D" w14:textId="77777777" w:rsidTr="00EC7BC3">
        <w:trPr>
          <w:jc w:val="center"/>
        </w:trPr>
        <w:tc>
          <w:tcPr>
            <w:tcW w:w="1152" w:type="dxa"/>
            <w:vAlign w:val="center"/>
          </w:tcPr>
          <w:p w14:paraId="6C13005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30004A3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62C06B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320A28B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4AC8E1F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275.97</w:t>
            </w:r>
          </w:p>
        </w:tc>
        <w:tc>
          <w:tcPr>
            <w:tcW w:w="1152" w:type="dxa"/>
            <w:vAlign w:val="center"/>
          </w:tcPr>
          <w:p w14:paraId="17910F9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345DECC" w14:textId="77777777" w:rsidTr="00EC7BC3">
        <w:trPr>
          <w:jc w:val="center"/>
        </w:trPr>
        <w:tc>
          <w:tcPr>
            <w:tcW w:w="1152" w:type="dxa"/>
            <w:vAlign w:val="center"/>
          </w:tcPr>
          <w:p w14:paraId="72F9685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524285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372BA87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20EB569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0.968</w:t>
            </w:r>
          </w:p>
        </w:tc>
        <w:tc>
          <w:tcPr>
            <w:tcW w:w="1152" w:type="dxa"/>
            <w:vAlign w:val="center"/>
          </w:tcPr>
          <w:p w14:paraId="7F65CBD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282.51</w:t>
            </w:r>
          </w:p>
        </w:tc>
        <w:tc>
          <w:tcPr>
            <w:tcW w:w="1152" w:type="dxa"/>
            <w:vAlign w:val="center"/>
          </w:tcPr>
          <w:p w14:paraId="7F4B353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F7C0DA7" w14:textId="77777777" w:rsidTr="00EC7BC3">
        <w:trPr>
          <w:jc w:val="center"/>
        </w:trPr>
        <w:tc>
          <w:tcPr>
            <w:tcW w:w="1152" w:type="dxa"/>
            <w:vAlign w:val="center"/>
          </w:tcPr>
          <w:p w14:paraId="2A80DAC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2C56C82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848B32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380D506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0.971</w:t>
            </w:r>
          </w:p>
        </w:tc>
        <w:tc>
          <w:tcPr>
            <w:tcW w:w="1152" w:type="dxa"/>
            <w:vAlign w:val="center"/>
          </w:tcPr>
          <w:p w14:paraId="71D287E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268.79</w:t>
            </w:r>
          </w:p>
        </w:tc>
        <w:tc>
          <w:tcPr>
            <w:tcW w:w="1152" w:type="dxa"/>
            <w:vAlign w:val="center"/>
          </w:tcPr>
          <w:p w14:paraId="34B5DA1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F1F6302" w14:textId="77777777" w:rsidTr="00EC7BC3">
        <w:trPr>
          <w:jc w:val="center"/>
        </w:trPr>
        <w:tc>
          <w:tcPr>
            <w:tcW w:w="1152" w:type="dxa"/>
            <w:vAlign w:val="center"/>
          </w:tcPr>
          <w:p w14:paraId="1524981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37EB445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7AA320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374DD74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0.981</w:t>
            </w:r>
          </w:p>
        </w:tc>
        <w:tc>
          <w:tcPr>
            <w:tcW w:w="1152" w:type="dxa"/>
            <w:vAlign w:val="center"/>
          </w:tcPr>
          <w:p w14:paraId="4048F3D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275.56</w:t>
            </w:r>
          </w:p>
        </w:tc>
        <w:tc>
          <w:tcPr>
            <w:tcW w:w="1152" w:type="dxa"/>
            <w:vAlign w:val="center"/>
          </w:tcPr>
          <w:p w14:paraId="49BE932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E90FA39" w14:textId="77777777" w:rsidTr="00EC7BC3">
        <w:trPr>
          <w:jc w:val="center"/>
        </w:trPr>
        <w:tc>
          <w:tcPr>
            <w:tcW w:w="1152" w:type="dxa"/>
            <w:vAlign w:val="center"/>
          </w:tcPr>
          <w:p w14:paraId="62260D8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68E1F10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3EE84C1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70BD0C0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1F83C01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279.99</w:t>
            </w:r>
          </w:p>
        </w:tc>
        <w:tc>
          <w:tcPr>
            <w:tcW w:w="1152" w:type="dxa"/>
            <w:vAlign w:val="center"/>
          </w:tcPr>
          <w:p w14:paraId="1C6DE25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9691A11" w14:textId="77777777" w:rsidTr="00EC7BC3">
        <w:trPr>
          <w:jc w:val="center"/>
        </w:trPr>
        <w:tc>
          <w:tcPr>
            <w:tcW w:w="1152" w:type="dxa"/>
            <w:vAlign w:val="center"/>
          </w:tcPr>
          <w:p w14:paraId="5ADC35A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D02EC1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427C61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04E7E9E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0.968</w:t>
            </w:r>
          </w:p>
        </w:tc>
        <w:tc>
          <w:tcPr>
            <w:tcW w:w="1152" w:type="dxa"/>
            <w:vAlign w:val="center"/>
          </w:tcPr>
          <w:p w14:paraId="5005129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281.29</w:t>
            </w:r>
          </w:p>
        </w:tc>
        <w:tc>
          <w:tcPr>
            <w:tcW w:w="1152" w:type="dxa"/>
            <w:vAlign w:val="center"/>
          </w:tcPr>
          <w:p w14:paraId="6DA621B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46382AF" w14:textId="77777777" w:rsidTr="00EC7BC3">
        <w:trPr>
          <w:jc w:val="center"/>
        </w:trPr>
        <w:tc>
          <w:tcPr>
            <w:tcW w:w="1152" w:type="dxa"/>
            <w:vAlign w:val="center"/>
          </w:tcPr>
          <w:p w14:paraId="7019BFE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26E34CC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7904EB3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4CC0B26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0.972</w:t>
            </w:r>
          </w:p>
        </w:tc>
        <w:tc>
          <w:tcPr>
            <w:tcW w:w="1152" w:type="dxa"/>
            <w:vAlign w:val="center"/>
          </w:tcPr>
          <w:p w14:paraId="1788614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266.23</w:t>
            </w:r>
          </w:p>
        </w:tc>
        <w:tc>
          <w:tcPr>
            <w:tcW w:w="1152" w:type="dxa"/>
            <w:vAlign w:val="center"/>
          </w:tcPr>
          <w:p w14:paraId="6609789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73A5DCE" w14:textId="77777777" w:rsidTr="00EC7BC3">
        <w:trPr>
          <w:jc w:val="center"/>
        </w:trPr>
        <w:tc>
          <w:tcPr>
            <w:tcW w:w="1152" w:type="dxa"/>
            <w:vAlign w:val="center"/>
          </w:tcPr>
          <w:p w14:paraId="489940E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3A5BA2C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880835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253C3CC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0.982</w:t>
            </w:r>
          </w:p>
        </w:tc>
        <w:tc>
          <w:tcPr>
            <w:tcW w:w="1152" w:type="dxa"/>
            <w:vAlign w:val="center"/>
          </w:tcPr>
          <w:p w14:paraId="12F5A99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282.29</w:t>
            </w:r>
          </w:p>
        </w:tc>
        <w:tc>
          <w:tcPr>
            <w:tcW w:w="1152" w:type="dxa"/>
            <w:vAlign w:val="center"/>
          </w:tcPr>
          <w:p w14:paraId="7578D2C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5681BD5" w14:textId="77777777" w:rsidTr="00EC7BC3">
        <w:trPr>
          <w:jc w:val="center"/>
        </w:trPr>
        <w:tc>
          <w:tcPr>
            <w:tcW w:w="1152" w:type="dxa"/>
            <w:vAlign w:val="center"/>
          </w:tcPr>
          <w:p w14:paraId="552D6F1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4B0BBB9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1C2881D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590939B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51F7246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272.49</w:t>
            </w:r>
          </w:p>
        </w:tc>
        <w:tc>
          <w:tcPr>
            <w:tcW w:w="1152" w:type="dxa"/>
            <w:vAlign w:val="center"/>
          </w:tcPr>
          <w:p w14:paraId="113D3D5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303F850" w14:textId="77777777" w:rsidTr="00EC7BC3">
        <w:trPr>
          <w:jc w:val="center"/>
        </w:trPr>
        <w:tc>
          <w:tcPr>
            <w:tcW w:w="1152" w:type="dxa"/>
            <w:vAlign w:val="center"/>
          </w:tcPr>
          <w:p w14:paraId="3600AEA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5339AC5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696483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2E5E784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0.968</w:t>
            </w:r>
          </w:p>
        </w:tc>
        <w:tc>
          <w:tcPr>
            <w:tcW w:w="1152" w:type="dxa"/>
            <w:vAlign w:val="center"/>
          </w:tcPr>
          <w:p w14:paraId="7938D1A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284.58</w:t>
            </w:r>
          </w:p>
        </w:tc>
        <w:tc>
          <w:tcPr>
            <w:tcW w:w="1152" w:type="dxa"/>
            <w:vAlign w:val="center"/>
          </w:tcPr>
          <w:p w14:paraId="13D08ED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C9E4E81" w14:textId="77777777" w:rsidTr="00EC7BC3">
        <w:trPr>
          <w:jc w:val="center"/>
        </w:trPr>
        <w:tc>
          <w:tcPr>
            <w:tcW w:w="1152" w:type="dxa"/>
            <w:vAlign w:val="center"/>
          </w:tcPr>
          <w:p w14:paraId="0A59EFB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TNx</w:t>
            </w:r>
          </w:p>
        </w:tc>
        <w:tc>
          <w:tcPr>
            <w:tcW w:w="1440" w:type="dxa"/>
            <w:vAlign w:val="center"/>
          </w:tcPr>
          <w:p w14:paraId="374E842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5A31380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2D3FD05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0.972</w:t>
            </w:r>
          </w:p>
        </w:tc>
        <w:tc>
          <w:tcPr>
            <w:tcW w:w="1152" w:type="dxa"/>
            <w:vAlign w:val="center"/>
          </w:tcPr>
          <w:p w14:paraId="04288B5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278.25</w:t>
            </w:r>
          </w:p>
        </w:tc>
        <w:tc>
          <w:tcPr>
            <w:tcW w:w="1152" w:type="dxa"/>
            <w:vAlign w:val="center"/>
          </w:tcPr>
          <w:p w14:paraId="2276A4D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56B42EFF" w14:textId="77777777" w:rsidTr="00EC7BC3">
        <w:trPr>
          <w:jc w:val="center"/>
        </w:trPr>
        <w:tc>
          <w:tcPr>
            <w:tcW w:w="1152" w:type="dxa"/>
            <w:vAlign w:val="center"/>
          </w:tcPr>
          <w:p w14:paraId="20367D8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6579CB7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0C7FECB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22A85FA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0.969</w:t>
            </w:r>
          </w:p>
        </w:tc>
        <w:tc>
          <w:tcPr>
            <w:tcW w:w="1152" w:type="dxa"/>
            <w:vAlign w:val="center"/>
          </w:tcPr>
          <w:p w14:paraId="306A4E3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274.84</w:t>
            </w:r>
          </w:p>
        </w:tc>
        <w:tc>
          <w:tcPr>
            <w:tcW w:w="1152" w:type="dxa"/>
            <w:vAlign w:val="center"/>
          </w:tcPr>
          <w:p w14:paraId="7947E8A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DC65492" w14:textId="77777777" w:rsidTr="00EC7BC3">
        <w:trPr>
          <w:jc w:val="center"/>
        </w:trPr>
        <w:tc>
          <w:tcPr>
            <w:tcW w:w="1152" w:type="dxa"/>
            <w:vAlign w:val="center"/>
          </w:tcPr>
          <w:p w14:paraId="597BC3A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C0CCCE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21DBCD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19E1845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0.990</w:t>
            </w:r>
          </w:p>
        </w:tc>
        <w:tc>
          <w:tcPr>
            <w:tcW w:w="1152" w:type="dxa"/>
            <w:vAlign w:val="center"/>
          </w:tcPr>
          <w:p w14:paraId="7B9F562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285.26</w:t>
            </w:r>
          </w:p>
        </w:tc>
        <w:tc>
          <w:tcPr>
            <w:tcW w:w="1152" w:type="dxa"/>
            <w:vAlign w:val="center"/>
          </w:tcPr>
          <w:p w14:paraId="2AB8C76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BEE8C2F" w14:textId="77777777" w:rsidTr="00EC7BC3">
        <w:trPr>
          <w:jc w:val="center"/>
        </w:trPr>
        <w:tc>
          <w:tcPr>
            <w:tcW w:w="1152" w:type="dxa"/>
            <w:vAlign w:val="center"/>
          </w:tcPr>
          <w:p w14:paraId="0CA7279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03A617A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5E5648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1C4ECEF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0.970</w:t>
            </w:r>
          </w:p>
        </w:tc>
        <w:tc>
          <w:tcPr>
            <w:tcW w:w="1152" w:type="dxa"/>
            <w:vAlign w:val="center"/>
          </w:tcPr>
          <w:p w14:paraId="166587A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270.18</w:t>
            </w:r>
          </w:p>
        </w:tc>
        <w:tc>
          <w:tcPr>
            <w:tcW w:w="1152" w:type="dxa"/>
            <w:vAlign w:val="center"/>
          </w:tcPr>
          <w:p w14:paraId="50111F6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82B5C56" w14:textId="77777777" w:rsidTr="00EC7BC3">
        <w:trPr>
          <w:jc w:val="center"/>
        </w:trPr>
        <w:tc>
          <w:tcPr>
            <w:tcW w:w="1152" w:type="dxa"/>
            <w:vAlign w:val="center"/>
          </w:tcPr>
          <w:p w14:paraId="4984B1C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02A4FCC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0E8338B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5B22873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0.987</w:t>
            </w:r>
          </w:p>
        </w:tc>
        <w:tc>
          <w:tcPr>
            <w:tcW w:w="1152" w:type="dxa"/>
            <w:vAlign w:val="center"/>
          </w:tcPr>
          <w:p w14:paraId="56AA1A3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280.92</w:t>
            </w:r>
          </w:p>
        </w:tc>
        <w:tc>
          <w:tcPr>
            <w:tcW w:w="1152" w:type="dxa"/>
            <w:vAlign w:val="center"/>
          </w:tcPr>
          <w:p w14:paraId="56BC12D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CE466F9" w14:textId="77777777" w:rsidTr="00EC7BC3">
        <w:trPr>
          <w:jc w:val="center"/>
        </w:trPr>
        <w:tc>
          <w:tcPr>
            <w:tcW w:w="1152" w:type="dxa"/>
            <w:vAlign w:val="center"/>
          </w:tcPr>
          <w:p w14:paraId="0281F26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4E3C7AB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013C5B2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0382D3F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0.962</w:t>
            </w:r>
          </w:p>
        </w:tc>
        <w:tc>
          <w:tcPr>
            <w:tcW w:w="1152" w:type="dxa"/>
            <w:vAlign w:val="center"/>
          </w:tcPr>
          <w:p w14:paraId="4D0BA0C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268.91</w:t>
            </w:r>
          </w:p>
        </w:tc>
        <w:tc>
          <w:tcPr>
            <w:tcW w:w="1152" w:type="dxa"/>
            <w:vAlign w:val="center"/>
          </w:tcPr>
          <w:p w14:paraId="5223A7A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754D890A" w14:textId="77777777" w:rsidTr="00EC7BC3">
        <w:trPr>
          <w:jc w:val="center"/>
        </w:trPr>
        <w:tc>
          <w:tcPr>
            <w:tcW w:w="1152" w:type="dxa"/>
            <w:vAlign w:val="center"/>
          </w:tcPr>
          <w:p w14:paraId="214F311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61B99B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1BE4270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1ABAA1B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0.962</w:t>
            </w:r>
          </w:p>
        </w:tc>
        <w:tc>
          <w:tcPr>
            <w:tcW w:w="1152" w:type="dxa"/>
            <w:vAlign w:val="center"/>
          </w:tcPr>
          <w:p w14:paraId="04D9F53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287.29</w:t>
            </w:r>
          </w:p>
        </w:tc>
        <w:tc>
          <w:tcPr>
            <w:tcW w:w="1152" w:type="dxa"/>
            <w:vAlign w:val="center"/>
          </w:tcPr>
          <w:p w14:paraId="38A0363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6601696" w14:textId="77777777" w:rsidTr="00EC7BC3">
        <w:trPr>
          <w:jc w:val="center"/>
        </w:trPr>
        <w:tc>
          <w:tcPr>
            <w:tcW w:w="1152" w:type="dxa"/>
            <w:vAlign w:val="center"/>
          </w:tcPr>
          <w:p w14:paraId="3A8F3E6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2459629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1428E42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7FC63C3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0.952</w:t>
            </w:r>
          </w:p>
        </w:tc>
        <w:tc>
          <w:tcPr>
            <w:tcW w:w="1152" w:type="dxa"/>
            <w:vAlign w:val="center"/>
          </w:tcPr>
          <w:p w14:paraId="730191E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270.45</w:t>
            </w:r>
          </w:p>
        </w:tc>
        <w:tc>
          <w:tcPr>
            <w:tcW w:w="1152" w:type="dxa"/>
            <w:vAlign w:val="center"/>
          </w:tcPr>
          <w:p w14:paraId="1E4634B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5A22F30" w14:textId="77777777" w:rsidTr="00EC7BC3">
        <w:trPr>
          <w:jc w:val="center"/>
        </w:trPr>
        <w:tc>
          <w:tcPr>
            <w:tcW w:w="1152" w:type="dxa"/>
            <w:vAlign w:val="center"/>
          </w:tcPr>
          <w:p w14:paraId="2F4F396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0D59239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2FB8350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48D6EBB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0.968</w:t>
            </w:r>
          </w:p>
        </w:tc>
        <w:tc>
          <w:tcPr>
            <w:tcW w:w="1152" w:type="dxa"/>
            <w:vAlign w:val="center"/>
          </w:tcPr>
          <w:p w14:paraId="781E933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273.42</w:t>
            </w:r>
          </w:p>
        </w:tc>
        <w:tc>
          <w:tcPr>
            <w:tcW w:w="1152" w:type="dxa"/>
            <w:vAlign w:val="center"/>
          </w:tcPr>
          <w:p w14:paraId="480291D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D21CDF5" w14:textId="77777777" w:rsidTr="00EC7BC3">
        <w:trPr>
          <w:jc w:val="center"/>
        </w:trPr>
        <w:tc>
          <w:tcPr>
            <w:tcW w:w="1152" w:type="dxa"/>
            <w:vAlign w:val="center"/>
          </w:tcPr>
          <w:p w14:paraId="59F919D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4461C31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586561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3DA0CF0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0.990</w:t>
            </w:r>
          </w:p>
        </w:tc>
        <w:tc>
          <w:tcPr>
            <w:tcW w:w="1152" w:type="dxa"/>
            <w:vAlign w:val="center"/>
          </w:tcPr>
          <w:p w14:paraId="5D32F4F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278.61</w:t>
            </w:r>
          </w:p>
        </w:tc>
        <w:tc>
          <w:tcPr>
            <w:tcW w:w="1152" w:type="dxa"/>
            <w:vAlign w:val="center"/>
          </w:tcPr>
          <w:p w14:paraId="06EC952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693BA7A" w14:textId="77777777" w:rsidTr="00EC7BC3">
        <w:trPr>
          <w:jc w:val="center"/>
        </w:trPr>
        <w:tc>
          <w:tcPr>
            <w:tcW w:w="1152" w:type="dxa"/>
            <w:vAlign w:val="center"/>
          </w:tcPr>
          <w:p w14:paraId="54E707F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3E29986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5CC7683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68F557B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0.991</w:t>
            </w:r>
          </w:p>
        </w:tc>
        <w:tc>
          <w:tcPr>
            <w:tcW w:w="1152" w:type="dxa"/>
            <w:vAlign w:val="center"/>
          </w:tcPr>
          <w:p w14:paraId="273437D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279.52</w:t>
            </w:r>
          </w:p>
        </w:tc>
        <w:tc>
          <w:tcPr>
            <w:tcW w:w="1152" w:type="dxa"/>
            <w:vAlign w:val="center"/>
          </w:tcPr>
          <w:p w14:paraId="194E295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EAD5B05" w14:textId="77777777" w:rsidTr="00EC7BC3">
        <w:trPr>
          <w:jc w:val="center"/>
        </w:trPr>
        <w:tc>
          <w:tcPr>
            <w:tcW w:w="1152" w:type="dxa"/>
            <w:vAlign w:val="center"/>
          </w:tcPr>
          <w:p w14:paraId="4C65C10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76ABC45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36976B4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69FAAB5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0.988</w:t>
            </w:r>
          </w:p>
        </w:tc>
        <w:tc>
          <w:tcPr>
            <w:tcW w:w="1152" w:type="dxa"/>
            <w:vAlign w:val="center"/>
          </w:tcPr>
          <w:p w14:paraId="508C768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283.31</w:t>
            </w:r>
          </w:p>
        </w:tc>
        <w:tc>
          <w:tcPr>
            <w:tcW w:w="1152" w:type="dxa"/>
            <w:vAlign w:val="center"/>
          </w:tcPr>
          <w:p w14:paraId="37AB38C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BD64688" w14:textId="77777777" w:rsidTr="00EC7BC3">
        <w:trPr>
          <w:jc w:val="center"/>
        </w:trPr>
        <w:tc>
          <w:tcPr>
            <w:tcW w:w="1152" w:type="dxa"/>
            <w:vAlign w:val="center"/>
          </w:tcPr>
          <w:p w14:paraId="1B89A1E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TX90p</w:t>
            </w:r>
          </w:p>
        </w:tc>
        <w:tc>
          <w:tcPr>
            <w:tcW w:w="1440" w:type="dxa"/>
            <w:vAlign w:val="center"/>
          </w:tcPr>
          <w:p w14:paraId="0A15525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F04C69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254494A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0.995</w:t>
            </w:r>
          </w:p>
        </w:tc>
        <w:tc>
          <w:tcPr>
            <w:tcW w:w="1152" w:type="dxa"/>
            <w:vAlign w:val="center"/>
          </w:tcPr>
          <w:p w14:paraId="5306E0C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287.03</w:t>
            </w:r>
          </w:p>
        </w:tc>
        <w:tc>
          <w:tcPr>
            <w:tcW w:w="1152" w:type="dxa"/>
            <w:vAlign w:val="center"/>
          </w:tcPr>
          <w:p w14:paraId="49EAB2B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C283988" w14:textId="77777777" w:rsidTr="00EC7BC3">
        <w:trPr>
          <w:jc w:val="center"/>
        </w:trPr>
        <w:tc>
          <w:tcPr>
            <w:tcW w:w="1152" w:type="dxa"/>
            <w:vAlign w:val="center"/>
          </w:tcPr>
          <w:p w14:paraId="765CB08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CEC7B0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773811C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3D10055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0.984</w:t>
            </w:r>
          </w:p>
        </w:tc>
        <w:tc>
          <w:tcPr>
            <w:tcW w:w="1152" w:type="dxa"/>
            <w:vAlign w:val="center"/>
          </w:tcPr>
          <w:p w14:paraId="2AAAD8F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277.32</w:t>
            </w:r>
          </w:p>
        </w:tc>
        <w:tc>
          <w:tcPr>
            <w:tcW w:w="1152" w:type="dxa"/>
            <w:vAlign w:val="center"/>
          </w:tcPr>
          <w:p w14:paraId="7752523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1882080" w14:textId="77777777" w:rsidTr="00EC7BC3">
        <w:trPr>
          <w:jc w:val="center"/>
        </w:trPr>
        <w:tc>
          <w:tcPr>
            <w:tcW w:w="1152" w:type="dxa"/>
            <w:vAlign w:val="center"/>
          </w:tcPr>
          <w:p w14:paraId="1E33E98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4891BE3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1A3A772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4FFAF29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0.981</w:t>
            </w:r>
          </w:p>
        </w:tc>
        <w:tc>
          <w:tcPr>
            <w:tcW w:w="1152" w:type="dxa"/>
            <w:vAlign w:val="center"/>
          </w:tcPr>
          <w:p w14:paraId="693913E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279.78</w:t>
            </w:r>
          </w:p>
        </w:tc>
        <w:tc>
          <w:tcPr>
            <w:tcW w:w="1152" w:type="dxa"/>
            <w:vAlign w:val="center"/>
          </w:tcPr>
          <w:p w14:paraId="4DBE1DC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E8AE6EB" w14:textId="77777777" w:rsidTr="00EC7BC3">
        <w:trPr>
          <w:jc w:val="center"/>
        </w:trPr>
        <w:tc>
          <w:tcPr>
            <w:tcW w:w="1152" w:type="dxa"/>
            <w:vAlign w:val="center"/>
          </w:tcPr>
          <w:p w14:paraId="2E53887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5A83A3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31CF28A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7357571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0.970</w:t>
            </w:r>
          </w:p>
        </w:tc>
        <w:tc>
          <w:tcPr>
            <w:tcW w:w="1152" w:type="dxa"/>
            <w:vAlign w:val="center"/>
          </w:tcPr>
          <w:p w14:paraId="78B632E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276.29</w:t>
            </w:r>
          </w:p>
        </w:tc>
        <w:tc>
          <w:tcPr>
            <w:tcW w:w="1152" w:type="dxa"/>
            <w:vAlign w:val="center"/>
          </w:tcPr>
          <w:p w14:paraId="00CB9E7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00C2E714" w14:textId="77777777" w:rsidTr="00EC7BC3">
        <w:trPr>
          <w:jc w:val="center"/>
        </w:trPr>
        <w:tc>
          <w:tcPr>
            <w:tcW w:w="1152" w:type="dxa"/>
            <w:vAlign w:val="center"/>
          </w:tcPr>
          <w:p w14:paraId="51C974E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895A0D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2015–2044</w:t>
            </w:r>
          </w:p>
        </w:tc>
        <w:tc>
          <w:tcPr>
            <w:tcW w:w="864" w:type="dxa"/>
            <w:vAlign w:val="center"/>
          </w:tcPr>
          <w:p w14:paraId="5F48F43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0CCE733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0.973</w:t>
            </w:r>
          </w:p>
        </w:tc>
        <w:tc>
          <w:tcPr>
            <w:tcW w:w="1152" w:type="dxa"/>
            <w:vAlign w:val="center"/>
          </w:tcPr>
          <w:p w14:paraId="6727FC5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265.62</w:t>
            </w:r>
          </w:p>
        </w:tc>
        <w:tc>
          <w:tcPr>
            <w:tcW w:w="1152" w:type="dxa"/>
            <w:vAlign w:val="center"/>
          </w:tcPr>
          <w:p w14:paraId="0409A31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4867EA5A" w14:textId="77777777" w:rsidTr="00EC7BC3">
        <w:trPr>
          <w:jc w:val="center"/>
        </w:trPr>
        <w:tc>
          <w:tcPr>
            <w:tcW w:w="1152" w:type="dxa"/>
            <w:vAlign w:val="center"/>
          </w:tcPr>
          <w:p w14:paraId="50279A7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1A5CD96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770C855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3663C39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0.984</w:t>
            </w:r>
          </w:p>
        </w:tc>
        <w:tc>
          <w:tcPr>
            <w:tcW w:w="1152" w:type="dxa"/>
            <w:vAlign w:val="center"/>
          </w:tcPr>
          <w:p w14:paraId="2C53CDE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277.40</w:t>
            </w:r>
          </w:p>
        </w:tc>
        <w:tc>
          <w:tcPr>
            <w:tcW w:w="1152" w:type="dxa"/>
            <w:vAlign w:val="center"/>
          </w:tcPr>
          <w:p w14:paraId="260FD4E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1703141" w14:textId="77777777" w:rsidTr="00EC7BC3">
        <w:trPr>
          <w:jc w:val="center"/>
        </w:trPr>
        <w:tc>
          <w:tcPr>
            <w:tcW w:w="1152" w:type="dxa"/>
            <w:vAlign w:val="center"/>
          </w:tcPr>
          <w:p w14:paraId="5596544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032B78D1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35C6A1A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203522B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0.980</w:t>
            </w:r>
          </w:p>
        </w:tc>
        <w:tc>
          <w:tcPr>
            <w:tcW w:w="1152" w:type="dxa"/>
            <w:vAlign w:val="center"/>
          </w:tcPr>
          <w:p w14:paraId="3181D88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275.32</w:t>
            </w:r>
          </w:p>
        </w:tc>
        <w:tc>
          <w:tcPr>
            <w:tcW w:w="1152" w:type="dxa"/>
            <w:vAlign w:val="center"/>
          </w:tcPr>
          <w:p w14:paraId="5D5C1A7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AA6A28C" w14:textId="77777777" w:rsidTr="00EC7BC3">
        <w:trPr>
          <w:jc w:val="center"/>
        </w:trPr>
        <w:tc>
          <w:tcPr>
            <w:tcW w:w="1152" w:type="dxa"/>
            <w:vAlign w:val="center"/>
          </w:tcPr>
          <w:p w14:paraId="381E654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0120266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496D9CC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0D23441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0.969</w:t>
            </w:r>
          </w:p>
        </w:tc>
        <w:tc>
          <w:tcPr>
            <w:tcW w:w="1152" w:type="dxa"/>
            <w:vAlign w:val="center"/>
          </w:tcPr>
          <w:p w14:paraId="1CF849E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271.24</w:t>
            </w:r>
          </w:p>
        </w:tc>
        <w:tc>
          <w:tcPr>
            <w:tcW w:w="1152" w:type="dxa"/>
            <w:vAlign w:val="center"/>
          </w:tcPr>
          <w:p w14:paraId="7C38D09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2CE8D10D" w14:textId="77777777" w:rsidTr="00EC7BC3">
        <w:trPr>
          <w:jc w:val="center"/>
        </w:trPr>
        <w:tc>
          <w:tcPr>
            <w:tcW w:w="1152" w:type="dxa"/>
            <w:vAlign w:val="center"/>
          </w:tcPr>
          <w:p w14:paraId="55B6942C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85F487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2045–2074</w:t>
            </w:r>
          </w:p>
        </w:tc>
        <w:tc>
          <w:tcPr>
            <w:tcW w:w="864" w:type="dxa"/>
            <w:vAlign w:val="center"/>
          </w:tcPr>
          <w:p w14:paraId="5A6C711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vAlign w:val="center"/>
          </w:tcPr>
          <w:p w14:paraId="0D3C955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0.973</w:t>
            </w:r>
          </w:p>
        </w:tc>
        <w:tc>
          <w:tcPr>
            <w:tcW w:w="1152" w:type="dxa"/>
            <w:vAlign w:val="center"/>
          </w:tcPr>
          <w:p w14:paraId="6839233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272.70</w:t>
            </w:r>
          </w:p>
        </w:tc>
        <w:tc>
          <w:tcPr>
            <w:tcW w:w="1152" w:type="dxa"/>
            <w:vAlign w:val="center"/>
          </w:tcPr>
          <w:p w14:paraId="73089FD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66E7A225" w14:textId="77777777" w:rsidTr="00EC7BC3">
        <w:trPr>
          <w:jc w:val="center"/>
        </w:trPr>
        <w:tc>
          <w:tcPr>
            <w:tcW w:w="1152" w:type="dxa"/>
            <w:vAlign w:val="center"/>
          </w:tcPr>
          <w:p w14:paraId="7AA8A06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321DC67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3B5293D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DJF</w:t>
            </w:r>
          </w:p>
        </w:tc>
        <w:tc>
          <w:tcPr>
            <w:tcW w:w="1152" w:type="dxa"/>
            <w:vAlign w:val="center"/>
          </w:tcPr>
          <w:p w14:paraId="69FDD706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0.983</w:t>
            </w:r>
          </w:p>
        </w:tc>
        <w:tc>
          <w:tcPr>
            <w:tcW w:w="1152" w:type="dxa"/>
            <w:vAlign w:val="center"/>
          </w:tcPr>
          <w:p w14:paraId="4A2EE50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278.63</w:t>
            </w:r>
          </w:p>
        </w:tc>
        <w:tc>
          <w:tcPr>
            <w:tcW w:w="1152" w:type="dxa"/>
            <w:vAlign w:val="center"/>
          </w:tcPr>
          <w:p w14:paraId="04164F2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3654AFDD" w14:textId="77777777" w:rsidTr="00EC7BC3">
        <w:trPr>
          <w:jc w:val="center"/>
        </w:trPr>
        <w:tc>
          <w:tcPr>
            <w:tcW w:w="1152" w:type="dxa"/>
            <w:vAlign w:val="center"/>
          </w:tcPr>
          <w:p w14:paraId="5F4465D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5E04DC39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7B816A1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MAM</w:t>
            </w:r>
          </w:p>
        </w:tc>
        <w:tc>
          <w:tcPr>
            <w:tcW w:w="1152" w:type="dxa"/>
            <w:vAlign w:val="center"/>
          </w:tcPr>
          <w:p w14:paraId="2ED0106F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0.979</w:t>
            </w:r>
          </w:p>
        </w:tc>
        <w:tc>
          <w:tcPr>
            <w:tcW w:w="1152" w:type="dxa"/>
            <w:vAlign w:val="center"/>
          </w:tcPr>
          <w:p w14:paraId="7F13339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280.78</w:t>
            </w:r>
          </w:p>
        </w:tc>
        <w:tc>
          <w:tcPr>
            <w:tcW w:w="1152" w:type="dxa"/>
            <w:vAlign w:val="center"/>
          </w:tcPr>
          <w:p w14:paraId="1EAEE35A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392D32C" w14:textId="77777777" w:rsidTr="00EC7BC3">
        <w:trPr>
          <w:jc w:val="center"/>
        </w:trPr>
        <w:tc>
          <w:tcPr>
            <w:tcW w:w="1152" w:type="dxa"/>
            <w:vAlign w:val="center"/>
          </w:tcPr>
          <w:p w14:paraId="69EB85A7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vAlign w:val="center"/>
          </w:tcPr>
          <w:p w14:paraId="0B7345BE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vAlign w:val="center"/>
          </w:tcPr>
          <w:p w14:paraId="604736FB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JJA</w:t>
            </w:r>
          </w:p>
        </w:tc>
        <w:tc>
          <w:tcPr>
            <w:tcW w:w="1152" w:type="dxa"/>
            <w:vAlign w:val="center"/>
          </w:tcPr>
          <w:p w14:paraId="2715146D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0.968</w:t>
            </w:r>
          </w:p>
        </w:tc>
        <w:tc>
          <w:tcPr>
            <w:tcW w:w="1152" w:type="dxa"/>
            <w:vAlign w:val="center"/>
          </w:tcPr>
          <w:p w14:paraId="6EBD59E2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269.65</w:t>
            </w:r>
          </w:p>
        </w:tc>
        <w:tc>
          <w:tcPr>
            <w:tcW w:w="1152" w:type="dxa"/>
            <w:vAlign w:val="center"/>
          </w:tcPr>
          <w:p w14:paraId="712E2D7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  <w:tr w:rsidR="00E27205" w:rsidRPr="00EE6E36" w14:paraId="1F3FE09A" w14:textId="77777777" w:rsidTr="00EC7BC3">
        <w:trPr>
          <w:jc w:val="center"/>
        </w:trPr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02BC0798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TXx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027C061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2075–2100</w:t>
            </w:r>
          </w:p>
        </w:tc>
        <w:tc>
          <w:tcPr>
            <w:tcW w:w="864" w:type="dxa"/>
            <w:tcBorders>
              <w:bottom w:val="single" w:sz="8" w:space="0" w:color="auto"/>
            </w:tcBorders>
            <w:vAlign w:val="center"/>
          </w:tcPr>
          <w:p w14:paraId="6B01AEB0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SON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3A979815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0.973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64B24374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276.05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25D2B393" w14:textId="77777777" w:rsidR="00E27205" w:rsidRPr="00EE6E36" w:rsidRDefault="00000000">
            <w:pPr>
              <w:jc w:val="center"/>
              <w:rPr>
                <w:szCs w:val="18"/>
              </w:rPr>
            </w:pPr>
            <w:r w:rsidRPr="00EE6E36">
              <w:rPr>
                <w:szCs w:val="18"/>
              </w:rPr>
              <w:t>0.001</w:t>
            </w:r>
          </w:p>
        </w:tc>
      </w:tr>
    </w:tbl>
    <w:p w14:paraId="70983162" w14:textId="77777777" w:rsidR="00E27205" w:rsidRDefault="00E27205"/>
    <w:sectPr w:rsidR="00E27205" w:rsidSect="00CC2428">
      <w:footerReference w:type="default" r:id="rId8"/>
      <w:pgSz w:w="12240" w:h="15840" w:code="1"/>
      <w:pgMar w:top="1191" w:right="1134" w:bottom="119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63ED3" w14:textId="77777777" w:rsidR="00B75345" w:rsidRDefault="00B75345" w:rsidP="007909BB">
      <w:pPr>
        <w:spacing w:after="0" w:line="240" w:lineRule="auto"/>
      </w:pPr>
      <w:r>
        <w:separator/>
      </w:r>
    </w:p>
  </w:endnote>
  <w:endnote w:type="continuationSeparator" w:id="0">
    <w:p w14:paraId="108B04B7" w14:textId="77777777" w:rsidR="00B75345" w:rsidRDefault="00B75345" w:rsidP="0079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3561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0CA0B" w14:textId="75910201" w:rsidR="007909BB" w:rsidRDefault="007909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596BEE" w14:textId="77777777" w:rsidR="007909BB" w:rsidRDefault="00790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003AC" w14:textId="77777777" w:rsidR="00B75345" w:rsidRDefault="00B75345" w:rsidP="007909BB">
      <w:pPr>
        <w:spacing w:after="0" w:line="240" w:lineRule="auto"/>
      </w:pPr>
      <w:r>
        <w:separator/>
      </w:r>
    </w:p>
  </w:footnote>
  <w:footnote w:type="continuationSeparator" w:id="0">
    <w:p w14:paraId="0A7A2BA5" w14:textId="77777777" w:rsidR="00B75345" w:rsidRDefault="00B75345" w:rsidP="00790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4684378">
    <w:abstractNumId w:val="8"/>
  </w:num>
  <w:num w:numId="2" w16cid:durableId="1427194820">
    <w:abstractNumId w:val="6"/>
  </w:num>
  <w:num w:numId="3" w16cid:durableId="795488128">
    <w:abstractNumId w:val="5"/>
  </w:num>
  <w:num w:numId="4" w16cid:durableId="2137487713">
    <w:abstractNumId w:val="4"/>
  </w:num>
  <w:num w:numId="5" w16cid:durableId="558245035">
    <w:abstractNumId w:val="7"/>
  </w:num>
  <w:num w:numId="6" w16cid:durableId="376274515">
    <w:abstractNumId w:val="3"/>
  </w:num>
  <w:num w:numId="7" w16cid:durableId="852451005">
    <w:abstractNumId w:val="2"/>
  </w:num>
  <w:num w:numId="8" w16cid:durableId="2098820725">
    <w:abstractNumId w:val="1"/>
  </w:num>
  <w:num w:numId="9" w16cid:durableId="190791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8DD"/>
    <w:rsid w:val="001370A9"/>
    <w:rsid w:val="0015074B"/>
    <w:rsid w:val="0029639D"/>
    <w:rsid w:val="00326F90"/>
    <w:rsid w:val="005F68F5"/>
    <w:rsid w:val="006B0631"/>
    <w:rsid w:val="007909BB"/>
    <w:rsid w:val="00A51529"/>
    <w:rsid w:val="00AA1D8D"/>
    <w:rsid w:val="00B47730"/>
    <w:rsid w:val="00B75345"/>
    <w:rsid w:val="00CB0664"/>
    <w:rsid w:val="00CC2428"/>
    <w:rsid w:val="00D5679C"/>
    <w:rsid w:val="00D874B3"/>
    <w:rsid w:val="00DB54AD"/>
    <w:rsid w:val="00E27205"/>
    <w:rsid w:val="00EC7BC3"/>
    <w:rsid w:val="00EE6E36"/>
    <w:rsid w:val="00F26F0C"/>
    <w:rsid w:val="00FC693F"/>
    <w:rsid w:val="00FC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BF3FD6"/>
  <w14:defaultImageDpi w14:val="300"/>
  <w15:docId w15:val="{BF7563C7-969B-4791-889C-97856138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Khosravi, Younes</cp:lastModifiedBy>
  <cp:revision>9</cp:revision>
  <dcterms:created xsi:type="dcterms:W3CDTF">2013-12-23T23:15:00Z</dcterms:created>
  <dcterms:modified xsi:type="dcterms:W3CDTF">2026-05-05T15:14:00Z</dcterms:modified>
  <cp:category/>
</cp:coreProperties>
</file>