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B90" w:rsidRDefault="00FE4595">
      <w:pPr>
        <w:pStyle w:val="Heading1"/>
      </w:pPr>
      <w:r>
        <w:t>Food Group Classification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B2B90">
        <w:tc>
          <w:tcPr>
            <w:tcW w:w="4320" w:type="dxa"/>
          </w:tcPr>
          <w:p w:rsidR="00DB2B90" w:rsidRDefault="00FE4595">
            <w:r>
              <w:t>Food Group</w:t>
            </w:r>
          </w:p>
        </w:tc>
        <w:tc>
          <w:tcPr>
            <w:tcW w:w="4320" w:type="dxa"/>
          </w:tcPr>
          <w:p w:rsidR="00DB2B90" w:rsidRDefault="00FE4595">
            <w:r>
              <w:t>Items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Whole Grains</w:t>
            </w:r>
          </w:p>
        </w:tc>
        <w:tc>
          <w:tcPr>
            <w:tcW w:w="4320" w:type="dxa"/>
          </w:tcPr>
          <w:p w:rsidR="00DB2B90" w:rsidRDefault="00FE4595">
            <w:r>
              <w:t>Sangak bread, Wheat, Oats, Barley, Barley diet dried bread, Traditional bread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Refined Grains</w:t>
            </w:r>
          </w:p>
        </w:tc>
        <w:tc>
          <w:tcPr>
            <w:tcW w:w="4320" w:type="dxa"/>
          </w:tcPr>
          <w:p w:rsidR="00DB2B90" w:rsidRDefault="00FE4595" w:rsidP="009339C3">
            <w:r>
              <w:t>Lavash bread, Barbari bread, Bague</w:t>
            </w:r>
            <w:r w:rsidR="009339C3">
              <w:t xml:space="preserve">tte, Cooked rice, Cooked pasta, </w:t>
            </w:r>
            <w:bookmarkStart w:id="0" w:name="_GoBack"/>
            <w:bookmarkEnd w:id="0"/>
            <w:r>
              <w:t>Crackers/Wafers/Biscuits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Legumes and Nuts</w:t>
            </w:r>
          </w:p>
        </w:tc>
        <w:tc>
          <w:tcPr>
            <w:tcW w:w="4320" w:type="dxa"/>
          </w:tcPr>
          <w:p w:rsidR="00DB2B90" w:rsidRDefault="00FE4595">
            <w:r>
              <w:t xml:space="preserve">Beans, Chickpeas, Mung beans, Lentils, Dhal, Split peas, Soybeans, </w:t>
            </w:r>
            <w:r w:rsidRPr="00FA0366">
              <w:t>Fava beans</w:t>
            </w:r>
            <w:r>
              <w:t xml:space="preserve">, </w:t>
            </w:r>
            <w:r w:rsidRPr="005B7B3E">
              <w:t>Lima beans</w:t>
            </w:r>
            <w:r>
              <w:t xml:space="preserve">, Walnuts, Peanuts, </w:t>
            </w:r>
            <w:r w:rsidRPr="002E3FB0">
              <w:t>Almonds,</w:t>
            </w:r>
            <w:r>
              <w:t xml:space="preserve"> Pistachios, Hazelnuts, Pumpkin seeds, Watermelon seeds, Sunflower seeds, Wild almond (Prunus scoparia), Pistacia atlantica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Red Meats</w:t>
            </w:r>
          </w:p>
        </w:tc>
        <w:tc>
          <w:tcPr>
            <w:tcW w:w="4320" w:type="dxa"/>
          </w:tcPr>
          <w:p w:rsidR="00DB2B90" w:rsidRDefault="00FE4595">
            <w:r>
              <w:t>Red meat, Hamburger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Organ Meats</w:t>
            </w:r>
          </w:p>
        </w:tc>
        <w:tc>
          <w:tcPr>
            <w:tcW w:w="4320" w:type="dxa"/>
          </w:tcPr>
          <w:p w:rsidR="00DB2B90" w:rsidRDefault="00FE4595">
            <w:r>
              <w:t>Chicken giblets, Heart, Liver, Kidney, Sheep brain, Sheep tongue, Tripe, Leg, Trotter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Poultry, Fish, Seafood</w:t>
            </w:r>
          </w:p>
        </w:tc>
        <w:tc>
          <w:tcPr>
            <w:tcW w:w="4320" w:type="dxa"/>
          </w:tcPr>
          <w:p w:rsidR="00DB2B90" w:rsidRDefault="00FE4595">
            <w:r>
              <w:t>Chicken, Fish, Canned tuna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Fast Foods</w:t>
            </w:r>
          </w:p>
        </w:tc>
        <w:tc>
          <w:tcPr>
            <w:tcW w:w="4320" w:type="dxa"/>
          </w:tcPr>
          <w:p w:rsidR="00DB2B90" w:rsidRDefault="00FE4595">
            <w:r>
              <w:t>Sausages, Kielbasa, Salami, Pizza, Meatless sausage/salami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Eggs</w:t>
            </w:r>
          </w:p>
        </w:tc>
        <w:tc>
          <w:tcPr>
            <w:tcW w:w="4320" w:type="dxa"/>
          </w:tcPr>
          <w:p w:rsidR="00DB2B90" w:rsidRDefault="00FE4595">
            <w:r>
              <w:t>Eggs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Dairy Products</w:t>
            </w:r>
          </w:p>
        </w:tc>
        <w:tc>
          <w:tcPr>
            <w:tcW w:w="4320" w:type="dxa"/>
          </w:tcPr>
          <w:p w:rsidR="00DB2B90" w:rsidRDefault="00FE4595">
            <w:r>
              <w:t>Milk, Yogurt, Cheese, Doogh/Ayran, Kashk, Whey, Flavored milk, Clotted cream, Ice cream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Vegetables</w:t>
            </w:r>
          </w:p>
        </w:tc>
        <w:tc>
          <w:tcPr>
            <w:tcW w:w="4320" w:type="dxa"/>
          </w:tcPr>
          <w:p w:rsidR="00DB2B90" w:rsidRDefault="00FE4595">
            <w:r>
              <w:t xml:space="preserve">Lettuce, Cabbage, </w:t>
            </w:r>
            <w:r w:rsidRPr="004A743E">
              <w:t>Cauliflower,</w:t>
            </w:r>
            <w:r>
              <w:t xml:space="preserve"> Broccoli, Tomatoes, Cucumbers, Leafy greens (fresh/cooked), Eggplant, Celery, Beets, Turnips, Carrots, Garlic, Onions, Bell peppers, Mushrooms, Corn, Green peas, Green beans, Zucchini, Tomato paste, Green peppers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Potatoes</w:t>
            </w:r>
          </w:p>
        </w:tc>
        <w:tc>
          <w:tcPr>
            <w:tcW w:w="4320" w:type="dxa"/>
          </w:tcPr>
          <w:p w:rsidR="00DB2B90" w:rsidRDefault="00FE4595">
            <w:r>
              <w:t>Potatoes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Fruits and Dried Fruits</w:t>
            </w:r>
          </w:p>
        </w:tc>
        <w:tc>
          <w:tcPr>
            <w:tcW w:w="4320" w:type="dxa"/>
          </w:tcPr>
          <w:p w:rsidR="00DB2B90" w:rsidRDefault="00FE4595">
            <w:r>
              <w:t xml:space="preserve">Cantaloupe, Honeydew, Watermelon, Apricot, Cherries, Nectarines, Peaches, </w:t>
            </w:r>
            <w:r w:rsidRPr="001A16AA">
              <w:t>Stone fruits,</w:t>
            </w:r>
            <w:r>
              <w:t xml:space="preserve"> Berries, Mulberries, Strawberries, Plums, Figs, Grapes, Pears, Apples, Kiwi, Citrus fruits, Pomegranate, Banana, Persimmon, Dates, Fresh juice, </w:t>
            </w:r>
            <w:r w:rsidRPr="00A6630D">
              <w:t>Juice from concentrate</w:t>
            </w:r>
            <w:r>
              <w:t>, Dried fruits, Raisins, Compote, Pomegranate paste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Sugars, Sweets, Desserts</w:t>
            </w:r>
          </w:p>
        </w:tc>
        <w:tc>
          <w:tcPr>
            <w:tcW w:w="4320" w:type="dxa"/>
          </w:tcPr>
          <w:p w:rsidR="00DB2B90" w:rsidRDefault="00FE4595">
            <w:r>
              <w:t>Sugar cubes, White sugar, Rock candy, Noghl, Honey, Jam, Dry sweets, Cream sweets, Chocolate, Desert truffle, Halva, Tahini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Salty Snacks &amp; Pickles</w:t>
            </w:r>
          </w:p>
        </w:tc>
        <w:tc>
          <w:tcPr>
            <w:tcW w:w="4320" w:type="dxa"/>
          </w:tcPr>
          <w:p w:rsidR="00DB2B90" w:rsidRDefault="00FE4595">
            <w:r>
              <w:t xml:space="preserve">Chips, Cheese puffs, Pickles, Vinegar pickles, </w:t>
            </w:r>
            <w:r w:rsidRPr="00636904">
              <w:t>Salt-water pickles</w:t>
            </w:r>
            <w:r>
              <w:t>, Crackers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Animal Fats</w:t>
            </w:r>
          </w:p>
        </w:tc>
        <w:tc>
          <w:tcPr>
            <w:tcW w:w="4320" w:type="dxa"/>
          </w:tcPr>
          <w:p w:rsidR="00DB2B90" w:rsidRDefault="00FE4595">
            <w:r>
              <w:t>Butter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lastRenderedPageBreak/>
              <w:t>Vegetable Oils</w:t>
            </w:r>
          </w:p>
        </w:tc>
        <w:tc>
          <w:tcPr>
            <w:tcW w:w="4320" w:type="dxa"/>
          </w:tcPr>
          <w:p w:rsidR="00DB2B90" w:rsidRDefault="00FE4595">
            <w:r>
              <w:t xml:space="preserve">Margarine, Hydrogenated oils, Vegetable oils, Mayonnaise, </w:t>
            </w:r>
            <w:r w:rsidRPr="00ED6E75">
              <w:t>Salad dressing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Olives</w:t>
            </w:r>
          </w:p>
        </w:tc>
        <w:tc>
          <w:tcPr>
            <w:tcW w:w="4320" w:type="dxa"/>
          </w:tcPr>
          <w:p w:rsidR="00DB2B90" w:rsidRDefault="00FE4595">
            <w:r>
              <w:t>Olives, Olive oil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Tea and Coffee</w:t>
            </w:r>
          </w:p>
        </w:tc>
        <w:tc>
          <w:tcPr>
            <w:tcW w:w="4320" w:type="dxa"/>
          </w:tcPr>
          <w:p w:rsidR="00DB2B90" w:rsidRDefault="00FE4595">
            <w:r>
              <w:t>Tea, Coffee, Nescafé</w:t>
            </w:r>
          </w:p>
        </w:tc>
      </w:tr>
      <w:tr w:rsidR="00DB2B90">
        <w:tc>
          <w:tcPr>
            <w:tcW w:w="4320" w:type="dxa"/>
          </w:tcPr>
          <w:p w:rsidR="00DB2B90" w:rsidRDefault="00FE4595">
            <w:r>
              <w:t>Carbonated Drinks</w:t>
            </w:r>
          </w:p>
        </w:tc>
        <w:tc>
          <w:tcPr>
            <w:tcW w:w="4320" w:type="dxa"/>
          </w:tcPr>
          <w:p w:rsidR="00DB2B90" w:rsidRDefault="00FE4595">
            <w:r>
              <w:t>Soft drinks, Carbonated beverages, Non-alcoholic malt beverage</w:t>
            </w:r>
          </w:p>
        </w:tc>
      </w:tr>
    </w:tbl>
    <w:p w:rsidR="00FE4595" w:rsidRDefault="00FE4595"/>
    <w:sectPr w:rsidR="00FE459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16AA"/>
    <w:rsid w:val="00295E68"/>
    <w:rsid w:val="0029639D"/>
    <w:rsid w:val="002E3FB0"/>
    <w:rsid w:val="00326F90"/>
    <w:rsid w:val="004A743E"/>
    <w:rsid w:val="005B7B3E"/>
    <w:rsid w:val="005C174E"/>
    <w:rsid w:val="00636904"/>
    <w:rsid w:val="006D4379"/>
    <w:rsid w:val="009339C3"/>
    <w:rsid w:val="00A6630D"/>
    <w:rsid w:val="00AA1D8D"/>
    <w:rsid w:val="00B26155"/>
    <w:rsid w:val="00B47730"/>
    <w:rsid w:val="00B55794"/>
    <w:rsid w:val="00CB0664"/>
    <w:rsid w:val="00DB2B90"/>
    <w:rsid w:val="00DB3A31"/>
    <w:rsid w:val="00ED6E75"/>
    <w:rsid w:val="00FA0366"/>
    <w:rsid w:val="00FC693F"/>
    <w:rsid w:val="00FE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3E370"/>
  <w14:defaultImageDpi w14:val="300"/>
  <w15:docId w15:val="{8683252E-A8E1-4B86-9FD4-32EDD07C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7C4946-12F8-42B5-97DF-48FE6236B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armin</cp:lastModifiedBy>
  <cp:revision>15</cp:revision>
  <dcterms:created xsi:type="dcterms:W3CDTF">2013-12-23T23:15:00Z</dcterms:created>
  <dcterms:modified xsi:type="dcterms:W3CDTF">2026-01-01T12:52:00Z</dcterms:modified>
  <cp:category/>
</cp:coreProperties>
</file>