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CF7A9" w14:textId="77777777" w:rsidR="000260E1" w:rsidRPr="007631E6" w:rsidRDefault="00000000" w:rsidP="007631E6">
      <w:pPr>
        <w:pStyle w:val="Heading1"/>
        <w:jc w:val="center"/>
        <w:rPr>
          <w:rFonts w:asciiTheme="majorBidi" w:hAnsiTheme="majorBidi"/>
          <w:color w:val="auto"/>
          <w:sz w:val="32"/>
          <w:szCs w:val="32"/>
        </w:rPr>
      </w:pPr>
      <w:r w:rsidRPr="007631E6">
        <w:rPr>
          <w:rFonts w:asciiTheme="majorBidi" w:hAnsiTheme="majorBidi"/>
          <w:color w:val="auto"/>
          <w:sz w:val="32"/>
          <w:szCs w:val="32"/>
        </w:rPr>
        <w:t>Supplementary Information</w:t>
      </w:r>
    </w:p>
    <w:p w14:paraId="3D45EF34" w14:textId="3C7D47EB" w:rsidR="000260E1" w:rsidRDefault="00000000">
      <w:pPr>
        <w:jc w:val="center"/>
        <w:rPr>
          <w:rFonts w:asciiTheme="majorBidi" w:hAnsiTheme="majorBidi" w:cstheme="majorBidi"/>
          <w:sz w:val="28"/>
          <w:szCs w:val="28"/>
          <w:rtl/>
        </w:rPr>
      </w:pPr>
      <w:r w:rsidRPr="007631E6">
        <w:rPr>
          <w:rFonts w:asciiTheme="majorBidi" w:hAnsiTheme="majorBidi" w:cstheme="majorBidi"/>
          <w:sz w:val="28"/>
          <w:szCs w:val="28"/>
        </w:rPr>
        <w:t>Perceived Indoor Environmental Quality and Facility Satisfaction Across Four University Housing Facilities in Taiz</w:t>
      </w:r>
      <w:r w:rsidR="00E9757A">
        <w:rPr>
          <w:rFonts w:asciiTheme="majorBidi" w:hAnsiTheme="majorBidi" w:cstheme="majorBidi"/>
          <w:sz w:val="28"/>
          <w:szCs w:val="28"/>
        </w:rPr>
        <w:t>,</w:t>
      </w:r>
      <w:r w:rsidRPr="007631E6">
        <w:rPr>
          <w:rFonts w:asciiTheme="majorBidi" w:hAnsiTheme="majorBidi" w:cstheme="majorBidi"/>
          <w:sz w:val="28"/>
          <w:szCs w:val="28"/>
        </w:rPr>
        <w:t xml:space="preserve"> Yemen</w:t>
      </w:r>
    </w:p>
    <w:p w14:paraId="13C2D5B3" w14:textId="77777777" w:rsidR="00770EC4" w:rsidRPr="007631E6" w:rsidRDefault="00770EC4">
      <w:pPr>
        <w:jc w:val="center"/>
        <w:rPr>
          <w:rFonts w:asciiTheme="majorBidi" w:hAnsiTheme="majorBidi" w:cstheme="majorBidi"/>
          <w:sz w:val="28"/>
          <w:szCs w:val="28"/>
        </w:rPr>
      </w:pPr>
    </w:p>
    <w:p w14:paraId="38AEEBC0" w14:textId="77777777" w:rsidR="00770EC4" w:rsidRPr="000A32C7" w:rsidRDefault="00770EC4" w:rsidP="00770EC4">
      <w:pPr>
        <w:spacing w:after="80" w:line="252" w:lineRule="auto"/>
        <w:jc w:val="center"/>
        <w:rPr>
          <w:rFonts w:asciiTheme="majorBidi" w:hAnsiTheme="majorBidi" w:cstheme="majorBidi"/>
          <w:sz w:val="24"/>
          <w:szCs w:val="24"/>
          <w:vertAlign w:val="superscript"/>
        </w:rPr>
      </w:pPr>
      <w:r w:rsidRPr="000A32C7">
        <w:rPr>
          <w:rFonts w:asciiTheme="majorBidi" w:hAnsiTheme="majorBidi" w:cstheme="majorBidi"/>
          <w:sz w:val="24"/>
          <w:szCs w:val="24"/>
        </w:rPr>
        <w:t>Ghanima A. M. Al-Alali</w:t>
      </w:r>
      <w:r w:rsidRPr="000A32C7">
        <w:rPr>
          <w:rFonts w:asciiTheme="majorBidi" w:hAnsiTheme="majorBidi" w:cstheme="majorBidi"/>
          <w:sz w:val="24"/>
          <w:szCs w:val="24"/>
          <w:vertAlign w:val="superscript"/>
        </w:rPr>
        <w:t>1</w:t>
      </w:r>
      <w:r w:rsidRPr="000A32C7">
        <w:rPr>
          <w:rFonts w:asciiTheme="majorBidi" w:hAnsiTheme="majorBidi" w:cstheme="majorBidi"/>
          <w:sz w:val="24"/>
          <w:szCs w:val="24"/>
        </w:rPr>
        <w:t>,  Yaser Gamil</w:t>
      </w:r>
      <w:r w:rsidRPr="000A32C7">
        <w:rPr>
          <w:rFonts w:asciiTheme="majorBidi" w:hAnsiTheme="majorBidi" w:cstheme="majorBidi"/>
          <w:sz w:val="24"/>
          <w:szCs w:val="24"/>
          <w:vertAlign w:val="superscript"/>
        </w:rPr>
        <w:t>2</w:t>
      </w:r>
      <w:r w:rsidRPr="000A32C7">
        <w:rPr>
          <w:rFonts w:asciiTheme="majorBidi" w:hAnsiTheme="majorBidi" w:cstheme="majorBidi"/>
          <w:sz w:val="24"/>
          <w:szCs w:val="24"/>
        </w:rPr>
        <w:t>,  Saleem Ahmed Al-Azazi</w:t>
      </w:r>
      <w:r w:rsidRPr="000A32C7">
        <w:rPr>
          <w:rFonts w:asciiTheme="majorBidi" w:hAnsiTheme="majorBidi" w:cstheme="majorBidi"/>
          <w:sz w:val="24"/>
          <w:szCs w:val="24"/>
          <w:vertAlign w:val="superscript"/>
        </w:rPr>
        <w:t>3</w:t>
      </w:r>
      <w:r>
        <w:rPr>
          <w:rFonts w:asciiTheme="majorBidi" w:hAnsiTheme="majorBidi" w:cstheme="majorBidi"/>
          <w:sz w:val="24"/>
          <w:szCs w:val="24"/>
          <w:vertAlign w:val="superscript"/>
        </w:rPr>
        <w:t>,4</w:t>
      </w:r>
      <w:r w:rsidRPr="000A32C7">
        <w:rPr>
          <w:rFonts w:asciiTheme="majorBidi" w:hAnsiTheme="majorBidi" w:cstheme="majorBidi"/>
          <w:sz w:val="24"/>
          <w:szCs w:val="24"/>
          <w:vertAlign w:val="superscript"/>
        </w:rPr>
        <w:t>*</w:t>
      </w:r>
    </w:p>
    <w:p w14:paraId="2996FB38" w14:textId="77777777" w:rsidR="00770EC4" w:rsidRPr="000A32C7" w:rsidRDefault="00770EC4" w:rsidP="00770EC4">
      <w:pPr>
        <w:spacing w:after="80" w:line="252" w:lineRule="auto"/>
        <w:jc w:val="center"/>
        <w:rPr>
          <w:rFonts w:asciiTheme="majorBidi" w:hAnsiTheme="majorBidi" w:cstheme="majorBidi"/>
          <w:sz w:val="24"/>
          <w:szCs w:val="24"/>
        </w:rPr>
      </w:pPr>
    </w:p>
    <w:p w14:paraId="20305E59" w14:textId="77777777" w:rsidR="00770EC4" w:rsidRPr="000A32C7" w:rsidRDefault="00770EC4" w:rsidP="00770EC4">
      <w:pPr>
        <w:spacing w:after="80" w:line="252" w:lineRule="auto"/>
        <w:jc w:val="center"/>
        <w:rPr>
          <w:rFonts w:asciiTheme="majorBidi" w:hAnsiTheme="majorBidi" w:cstheme="majorBidi"/>
          <w:sz w:val="24"/>
          <w:szCs w:val="24"/>
        </w:rPr>
      </w:pPr>
      <w:r w:rsidRPr="000A32C7">
        <w:rPr>
          <w:rFonts w:asciiTheme="majorBidi" w:hAnsiTheme="majorBidi" w:cstheme="majorBidi"/>
          <w:sz w:val="24"/>
          <w:szCs w:val="24"/>
          <w:vertAlign w:val="superscript"/>
        </w:rPr>
        <w:t xml:space="preserve">1 </w:t>
      </w:r>
      <w:r w:rsidRPr="000A32C7">
        <w:rPr>
          <w:rFonts w:asciiTheme="majorBidi" w:hAnsiTheme="majorBidi" w:cstheme="majorBidi"/>
          <w:sz w:val="24"/>
          <w:szCs w:val="24"/>
        </w:rPr>
        <w:t xml:space="preserve"> Faculty of Engineering and Information Technology, Taiz University, Taiz 6803, Yemen;</w:t>
      </w:r>
    </w:p>
    <w:p w14:paraId="7AA04F59" w14:textId="77777777" w:rsidR="00770EC4" w:rsidRPr="000A32C7" w:rsidRDefault="00770EC4" w:rsidP="00770EC4">
      <w:pPr>
        <w:spacing w:after="40"/>
        <w:jc w:val="center"/>
        <w:rPr>
          <w:rStyle w:val="Hyperlink"/>
          <w:rFonts w:asciiTheme="majorBidi" w:hAnsiTheme="majorBidi" w:cstheme="majorBidi"/>
          <w:sz w:val="24"/>
          <w:szCs w:val="24"/>
        </w:rPr>
      </w:pPr>
      <w:hyperlink r:id="rId7" w:history="1">
        <w:r w:rsidRPr="000A32C7">
          <w:rPr>
            <w:rStyle w:val="Hyperlink"/>
            <w:rFonts w:asciiTheme="majorBidi" w:hAnsiTheme="majorBidi" w:cstheme="majorBidi"/>
            <w:sz w:val="24"/>
            <w:szCs w:val="24"/>
          </w:rPr>
          <w:t>ghghss3434@gmail.com</w:t>
        </w:r>
      </w:hyperlink>
    </w:p>
    <w:p w14:paraId="7311136C" w14:textId="77777777" w:rsidR="00770EC4" w:rsidRPr="000A32C7" w:rsidRDefault="00770EC4" w:rsidP="00770EC4">
      <w:pPr>
        <w:spacing w:after="80" w:line="252" w:lineRule="auto"/>
        <w:jc w:val="center"/>
        <w:rPr>
          <w:rFonts w:asciiTheme="majorBidi" w:hAnsiTheme="majorBidi" w:cstheme="majorBidi"/>
          <w:sz w:val="24"/>
          <w:szCs w:val="24"/>
        </w:rPr>
      </w:pPr>
      <w:r w:rsidRPr="000A32C7">
        <w:rPr>
          <w:rFonts w:asciiTheme="majorBidi" w:hAnsiTheme="majorBidi" w:cstheme="majorBidi"/>
          <w:sz w:val="24"/>
          <w:szCs w:val="24"/>
          <w:vertAlign w:val="superscript"/>
        </w:rPr>
        <w:t>2</w:t>
      </w:r>
      <w:r w:rsidRPr="000A32C7">
        <w:rPr>
          <w:rFonts w:asciiTheme="majorBidi" w:hAnsiTheme="majorBidi" w:cstheme="majorBidi"/>
          <w:sz w:val="24"/>
          <w:szCs w:val="24"/>
        </w:rPr>
        <w:t xml:space="preserve"> Department of Civil Engineering, School of Engineering, Monash University, Malaysia;</w:t>
      </w:r>
    </w:p>
    <w:p w14:paraId="71230D71" w14:textId="77777777" w:rsidR="00770EC4" w:rsidRPr="000A32C7" w:rsidRDefault="00770EC4" w:rsidP="00770EC4">
      <w:pPr>
        <w:spacing w:after="40"/>
        <w:jc w:val="center"/>
        <w:rPr>
          <w:rStyle w:val="Hyperlink"/>
          <w:rFonts w:asciiTheme="majorBidi" w:hAnsiTheme="majorBidi" w:cstheme="majorBidi"/>
          <w:sz w:val="24"/>
          <w:szCs w:val="24"/>
        </w:rPr>
      </w:pPr>
      <w:r w:rsidRPr="000A32C7">
        <w:rPr>
          <w:rStyle w:val="Hyperlink"/>
          <w:rFonts w:asciiTheme="majorBidi" w:hAnsiTheme="majorBidi" w:cstheme="majorBidi"/>
          <w:sz w:val="24"/>
          <w:szCs w:val="24"/>
        </w:rPr>
        <w:t>yaser.gamil@monash.edu</w:t>
      </w:r>
    </w:p>
    <w:p w14:paraId="68C7A7F4" w14:textId="77777777" w:rsidR="00770EC4" w:rsidRPr="000A32C7" w:rsidRDefault="00770EC4" w:rsidP="00770EC4">
      <w:pPr>
        <w:spacing w:after="80" w:line="252" w:lineRule="auto"/>
        <w:jc w:val="center"/>
        <w:rPr>
          <w:rFonts w:asciiTheme="majorBidi" w:hAnsiTheme="majorBidi" w:cstheme="majorBidi"/>
          <w:sz w:val="24"/>
          <w:szCs w:val="24"/>
        </w:rPr>
      </w:pPr>
      <w:r w:rsidRPr="000A32C7">
        <w:rPr>
          <w:rFonts w:asciiTheme="majorBidi" w:hAnsiTheme="majorBidi" w:cstheme="majorBidi"/>
          <w:sz w:val="24"/>
          <w:szCs w:val="24"/>
          <w:vertAlign w:val="superscript"/>
        </w:rPr>
        <w:t>3</w:t>
      </w:r>
      <w:r w:rsidRPr="000A32C7">
        <w:rPr>
          <w:rFonts w:asciiTheme="majorBidi" w:hAnsiTheme="majorBidi" w:cstheme="majorBidi"/>
          <w:sz w:val="24"/>
          <w:szCs w:val="24"/>
        </w:rPr>
        <w:t xml:space="preserve"> Faculty of Engineering and Information Technology, Taiz University, Taiz 6803, Yemen;</w:t>
      </w:r>
    </w:p>
    <w:p w14:paraId="4E8317E0" w14:textId="77777777" w:rsidR="00770EC4" w:rsidRDefault="00770EC4" w:rsidP="00770EC4">
      <w:pPr>
        <w:spacing w:after="40"/>
        <w:jc w:val="center"/>
        <w:rPr>
          <w:rStyle w:val="Hyperlink"/>
          <w:rFonts w:asciiTheme="majorBidi" w:hAnsiTheme="majorBidi" w:cstheme="majorBidi"/>
          <w:sz w:val="24"/>
          <w:szCs w:val="24"/>
          <w:rtl/>
        </w:rPr>
      </w:pPr>
      <w:hyperlink r:id="rId8" w:history="1">
        <w:r w:rsidRPr="001548EF">
          <w:rPr>
            <w:rStyle w:val="Hyperlink"/>
            <w:rFonts w:asciiTheme="majorBidi" w:hAnsiTheme="majorBidi" w:cstheme="majorBidi"/>
            <w:sz w:val="24"/>
            <w:szCs w:val="24"/>
          </w:rPr>
          <w:t>saleem.alazazi@taiz.edu.ye</w:t>
        </w:r>
      </w:hyperlink>
    </w:p>
    <w:p w14:paraId="1637DD38" w14:textId="77777777" w:rsidR="00770EC4" w:rsidRPr="002F10E4" w:rsidRDefault="00770EC4" w:rsidP="00770EC4">
      <w:pPr>
        <w:spacing w:after="80" w:line="252" w:lineRule="auto"/>
        <w:jc w:val="center"/>
      </w:pPr>
      <w:r>
        <w:rPr>
          <w:rFonts w:asciiTheme="majorBidi" w:hAnsiTheme="majorBidi" w:cstheme="majorBidi" w:hint="cs"/>
          <w:sz w:val="24"/>
          <w:szCs w:val="24"/>
          <w:vertAlign w:val="superscript"/>
          <w:rtl/>
        </w:rPr>
        <w:t>4</w:t>
      </w:r>
      <w:r w:rsidRPr="000A32C7">
        <w:rPr>
          <w:rFonts w:asciiTheme="majorBidi" w:hAnsiTheme="majorBidi" w:cstheme="majorBidi"/>
          <w:sz w:val="24"/>
          <w:szCs w:val="24"/>
        </w:rPr>
        <w:t xml:space="preserve"> </w:t>
      </w:r>
      <w:r w:rsidRPr="002F10E4">
        <w:t>Department of Biomedical Equipment Engineering, Faculty of Engineering, Al Rowad University, Taiz, Yemen</w:t>
      </w:r>
    </w:p>
    <w:p w14:paraId="782E75F2" w14:textId="77777777" w:rsidR="00770EC4" w:rsidRPr="000A32C7" w:rsidRDefault="00770EC4" w:rsidP="00770EC4">
      <w:pPr>
        <w:spacing w:after="80" w:line="252" w:lineRule="auto"/>
        <w:jc w:val="center"/>
        <w:rPr>
          <w:rFonts w:asciiTheme="majorBidi" w:hAnsiTheme="majorBidi" w:cstheme="majorBidi"/>
          <w:sz w:val="24"/>
          <w:szCs w:val="24"/>
        </w:rPr>
      </w:pPr>
    </w:p>
    <w:p w14:paraId="4517851D" w14:textId="296FC57E" w:rsidR="007631E6" w:rsidRPr="007631E6" w:rsidRDefault="00770EC4" w:rsidP="00770EC4">
      <w:pPr>
        <w:jc w:val="center"/>
        <w:rPr>
          <w:rFonts w:asciiTheme="majorBidi" w:hAnsiTheme="majorBidi" w:cstheme="majorBidi"/>
          <w:sz w:val="24"/>
          <w:szCs w:val="24"/>
        </w:rPr>
      </w:pPr>
      <w:r w:rsidRPr="000A32C7">
        <w:rPr>
          <w:rFonts w:asciiTheme="majorBidi" w:hAnsiTheme="majorBidi" w:cstheme="majorBidi"/>
          <w:b/>
          <w:bCs/>
          <w:sz w:val="24"/>
          <w:szCs w:val="24"/>
        </w:rPr>
        <w:t>Corresponding author</w:t>
      </w:r>
      <w:r w:rsidRPr="000A32C7">
        <w:rPr>
          <w:rFonts w:asciiTheme="majorBidi" w:hAnsiTheme="majorBidi" w:cstheme="majorBidi"/>
          <w:sz w:val="24"/>
          <w:szCs w:val="24"/>
        </w:rPr>
        <w:t xml:space="preserve">: Saleem Ahmed Al-Azazi; email: </w:t>
      </w:r>
      <w:r w:rsidRPr="000A32C7">
        <w:rPr>
          <w:rStyle w:val="Hyperlink"/>
          <w:rFonts w:asciiTheme="majorBidi" w:hAnsiTheme="majorBidi" w:cstheme="majorBidi"/>
          <w:sz w:val="24"/>
          <w:szCs w:val="24"/>
        </w:rPr>
        <w:t>saleem.alazazi@taiz.edu.ye</w:t>
      </w:r>
    </w:p>
    <w:p w14:paraId="567CFF64" w14:textId="77777777" w:rsidR="007631E6" w:rsidRPr="007631E6" w:rsidRDefault="007631E6">
      <w:pPr>
        <w:jc w:val="center"/>
        <w:rPr>
          <w:rFonts w:asciiTheme="majorBidi" w:hAnsiTheme="majorBidi" w:cstheme="majorBidi"/>
          <w:sz w:val="24"/>
          <w:szCs w:val="24"/>
        </w:rPr>
      </w:pPr>
    </w:p>
    <w:p w14:paraId="0E84A7D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This file reports complete supporting methods and results. It does not convert the study-specific questionnaire into a validated scale and does not support causal or institutional-ranking claims.</w:t>
      </w:r>
    </w:p>
    <w:p w14:paraId="1226C7A2"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S1 Data provenance and analytic populations</w:t>
      </w:r>
    </w:p>
    <w:p w14:paraId="74C548FF" w14:textId="77777777" w:rsidR="000260E1" w:rsidRPr="007631E6" w:rsidRDefault="00000000" w:rsidP="00DA00DC">
      <w:pPr>
        <w:jc w:val="both"/>
        <w:rPr>
          <w:rFonts w:asciiTheme="majorBidi" w:hAnsiTheme="majorBidi" w:cstheme="majorBidi"/>
          <w:sz w:val="24"/>
          <w:szCs w:val="24"/>
        </w:rPr>
      </w:pPr>
      <w:r w:rsidRPr="007631E6">
        <w:rPr>
          <w:rFonts w:asciiTheme="majorBidi" w:hAnsiTheme="majorBidi" w:cstheme="majorBidi"/>
          <w:sz w:val="24"/>
          <w:szCs w:val="24"/>
        </w:rPr>
        <w:t>Resident sources contributed 138 and 115 complete records. Primary N=253; sensitivity N=235 after exclusion of 18 prespecified response-profile flags. No missing item values or exact duplicate analytic rows were found. Recruitment denominators were unavailable. Archived institutional facility codes were retained as Ofok Foundation Housing (code 1; N=76), Taiz University Housing (code 2; N=56), World Assembly Housing (code 3; N=102) and Al-Janad University Housing (code 4; N=19). Ofok Foundation has separate men’s and women’s physical buildings, but the analytic file does not contain a participant-level branch variable that can split its 76 responses reliably. No site code was inferred or reassigned from participant sex.</w:t>
      </w:r>
    </w:p>
    <w:p w14:paraId="4F8E52DA"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S1  Site metadata</w:t>
      </w:r>
    </w:p>
    <w:tbl>
      <w:tblPr>
        <w:tblStyle w:val="TableGrid"/>
        <w:tblW w:w="5000" w:type="pct"/>
        <w:tblLook w:val="04A0" w:firstRow="1" w:lastRow="0" w:firstColumn="1" w:lastColumn="0" w:noHBand="0" w:noVBand="1"/>
      </w:tblPr>
      <w:tblGrid>
        <w:gridCol w:w="802"/>
        <w:gridCol w:w="903"/>
        <w:gridCol w:w="899"/>
        <w:gridCol w:w="899"/>
        <w:gridCol w:w="894"/>
        <w:gridCol w:w="1380"/>
        <w:gridCol w:w="702"/>
        <w:gridCol w:w="1372"/>
        <w:gridCol w:w="735"/>
        <w:gridCol w:w="761"/>
        <w:gridCol w:w="903"/>
      </w:tblGrid>
      <w:tr w:rsidR="000260E1" w:rsidRPr="007631E6" w14:paraId="6563B70E" w14:textId="77777777" w:rsidTr="007631E6">
        <w:tc>
          <w:tcPr>
            <w:tcW w:w="316" w:type="pct"/>
          </w:tcPr>
          <w:p w14:paraId="220D448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site_code</w:t>
            </w:r>
          </w:p>
        </w:tc>
        <w:tc>
          <w:tcPr>
            <w:tcW w:w="516" w:type="pct"/>
          </w:tcPr>
          <w:p w14:paraId="720B700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site</w:t>
            </w:r>
          </w:p>
        </w:tc>
        <w:tc>
          <w:tcPr>
            <w:tcW w:w="439" w:type="pct"/>
          </w:tcPr>
          <w:p w14:paraId="3BD6573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latitude</w:t>
            </w:r>
          </w:p>
        </w:tc>
        <w:tc>
          <w:tcPr>
            <w:tcW w:w="439" w:type="pct"/>
          </w:tcPr>
          <w:p w14:paraId="28DDF27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longitude</w:t>
            </w:r>
          </w:p>
        </w:tc>
        <w:tc>
          <w:tcPr>
            <w:tcW w:w="436" w:type="pct"/>
          </w:tcPr>
          <w:p w14:paraId="65AB8C4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resident_n</w:t>
            </w:r>
          </w:p>
        </w:tc>
        <w:tc>
          <w:tcPr>
            <w:tcW w:w="673" w:type="pct"/>
          </w:tcPr>
          <w:p w14:paraId="01308F5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construction_year</w:t>
            </w:r>
          </w:p>
        </w:tc>
        <w:tc>
          <w:tcPr>
            <w:tcW w:w="342" w:type="pct"/>
          </w:tcPr>
          <w:p w14:paraId="3EF74AB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stories</w:t>
            </w:r>
          </w:p>
        </w:tc>
        <w:tc>
          <w:tcPr>
            <w:tcW w:w="669" w:type="pct"/>
          </w:tcPr>
          <w:p w14:paraId="2FF9B64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structural_system</w:t>
            </w:r>
          </w:p>
        </w:tc>
        <w:tc>
          <w:tcPr>
            <w:tcW w:w="359" w:type="pct"/>
          </w:tcPr>
          <w:p w14:paraId="19D2B3C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walls</w:t>
            </w:r>
          </w:p>
        </w:tc>
        <w:tc>
          <w:tcPr>
            <w:tcW w:w="371" w:type="pct"/>
          </w:tcPr>
          <w:p w14:paraId="4346FDE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cooling</w:t>
            </w:r>
          </w:p>
        </w:tc>
        <w:tc>
          <w:tcPr>
            <w:tcW w:w="440" w:type="pct"/>
          </w:tcPr>
          <w:p w14:paraId="158689D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ventilation</w:t>
            </w:r>
          </w:p>
        </w:tc>
      </w:tr>
      <w:tr w:rsidR="000260E1" w:rsidRPr="007631E6" w14:paraId="649CE707" w14:textId="77777777" w:rsidTr="007631E6">
        <w:tc>
          <w:tcPr>
            <w:tcW w:w="316" w:type="pct"/>
          </w:tcPr>
          <w:p w14:paraId="3D7270C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c>
          <w:tcPr>
            <w:tcW w:w="516" w:type="pct"/>
          </w:tcPr>
          <w:p w14:paraId="6A5D29D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439" w:type="pct"/>
          </w:tcPr>
          <w:p w14:paraId="131B8CC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Men 13.583657; Women 13.577823</w:t>
            </w:r>
          </w:p>
        </w:tc>
        <w:tc>
          <w:tcPr>
            <w:tcW w:w="439" w:type="pct"/>
          </w:tcPr>
          <w:p w14:paraId="22F570F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Men 43.967018; Women 43.982780</w:t>
            </w:r>
          </w:p>
        </w:tc>
        <w:tc>
          <w:tcPr>
            <w:tcW w:w="436" w:type="pct"/>
          </w:tcPr>
          <w:p w14:paraId="3CFA603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76</w:t>
            </w:r>
          </w:p>
        </w:tc>
        <w:tc>
          <w:tcPr>
            <w:tcW w:w="673" w:type="pct"/>
          </w:tcPr>
          <w:p w14:paraId="6C49B3D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2009</w:t>
            </w:r>
          </w:p>
        </w:tc>
        <w:tc>
          <w:tcPr>
            <w:tcW w:w="342" w:type="pct"/>
          </w:tcPr>
          <w:p w14:paraId="6285DA4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Men 4; Women 5</w:t>
            </w:r>
          </w:p>
        </w:tc>
        <w:tc>
          <w:tcPr>
            <w:tcW w:w="669" w:type="pct"/>
          </w:tcPr>
          <w:p w14:paraId="4413000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Reinforced concrete frame</w:t>
            </w:r>
          </w:p>
        </w:tc>
        <w:tc>
          <w:tcPr>
            <w:tcW w:w="359" w:type="pct"/>
          </w:tcPr>
          <w:p w14:paraId="27F3DAA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Hollow cement block masonry</w:t>
            </w:r>
          </w:p>
        </w:tc>
        <w:tc>
          <w:tcPr>
            <w:tcW w:w="371" w:type="pct"/>
          </w:tcPr>
          <w:p w14:paraId="51187D5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Natural cooling through windows</w:t>
            </w:r>
          </w:p>
        </w:tc>
        <w:tc>
          <w:tcPr>
            <w:tcW w:w="440" w:type="pct"/>
          </w:tcPr>
          <w:p w14:paraId="338DDE7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Natural ventilation through window openings</w:t>
            </w:r>
          </w:p>
        </w:tc>
      </w:tr>
      <w:tr w:rsidR="000260E1" w:rsidRPr="007631E6" w14:paraId="78627751" w14:textId="77777777" w:rsidTr="007631E6">
        <w:tc>
          <w:tcPr>
            <w:tcW w:w="316" w:type="pct"/>
          </w:tcPr>
          <w:p w14:paraId="7257E94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lastRenderedPageBreak/>
              <w:t>2</w:t>
            </w:r>
          </w:p>
        </w:tc>
        <w:tc>
          <w:tcPr>
            <w:tcW w:w="516" w:type="pct"/>
          </w:tcPr>
          <w:p w14:paraId="319D650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439" w:type="pct"/>
          </w:tcPr>
          <w:p w14:paraId="7E39400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13.578847</w:t>
            </w:r>
          </w:p>
        </w:tc>
        <w:tc>
          <w:tcPr>
            <w:tcW w:w="439" w:type="pct"/>
          </w:tcPr>
          <w:p w14:paraId="7559B31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43.976776</w:t>
            </w:r>
          </w:p>
        </w:tc>
        <w:tc>
          <w:tcPr>
            <w:tcW w:w="436" w:type="pct"/>
          </w:tcPr>
          <w:p w14:paraId="0D37764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56</w:t>
            </w:r>
          </w:p>
        </w:tc>
        <w:tc>
          <w:tcPr>
            <w:tcW w:w="673" w:type="pct"/>
          </w:tcPr>
          <w:p w14:paraId="23C2742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2017</w:t>
            </w:r>
          </w:p>
        </w:tc>
        <w:tc>
          <w:tcPr>
            <w:tcW w:w="342" w:type="pct"/>
          </w:tcPr>
          <w:p w14:paraId="75EF435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5</w:t>
            </w:r>
          </w:p>
        </w:tc>
        <w:tc>
          <w:tcPr>
            <w:tcW w:w="669" w:type="pct"/>
          </w:tcPr>
          <w:p w14:paraId="76F6BFB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Reinforced concrete frame</w:t>
            </w:r>
          </w:p>
        </w:tc>
        <w:tc>
          <w:tcPr>
            <w:tcW w:w="359" w:type="pct"/>
          </w:tcPr>
          <w:p w14:paraId="73258CF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Hollow cement block masonry</w:t>
            </w:r>
          </w:p>
        </w:tc>
        <w:tc>
          <w:tcPr>
            <w:tcW w:w="371" w:type="pct"/>
          </w:tcPr>
          <w:p w14:paraId="029EF16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Natural cooling through windows</w:t>
            </w:r>
          </w:p>
        </w:tc>
        <w:tc>
          <w:tcPr>
            <w:tcW w:w="440" w:type="pct"/>
          </w:tcPr>
          <w:p w14:paraId="26A08D8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Natural ventilation through window openings</w:t>
            </w:r>
          </w:p>
        </w:tc>
      </w:tr>
      <w:tr w:rsidR="000260E1" w:rsidRPr="007631E6" w14:paraId="7A04624B" w14:textId="77777777" w:rsidTr="007631E6">
        <w:tc>
          <w:tcPr>
            <w:tcW w:w="316" w:type="pct"/>
          </w:tcPr>
          <w:p w14:paraId="7488584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w:t>
            </w:r>
          </w:p>
        </w:tc>
        <w:tc>
          <w:tcPr>
            <w:tcW w:w="516" w:type="pct"/>
          </w:tcPr>
          <w:p w14:paraId="2DAEC34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439" w:type="pct"/>
          </w:tcPr>
          <w:p w14:paraId="24874D6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retained</w:t>
            </w:r>
          </w:p>
        </w:tc>
        <w:tc>
          <w:tcPr>
            <w:tcW w:w="439" w:type="pct"/>
          </w:tcPr>
          <w:p w14:paraId="75B0EF2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retained</w:t>
            </w:r>
          </w:p>
        </w:tc>
        <w:tc>
          <w:tcPr>
            <w:tcW w:w="436" w:type="pct"/>
          </w:tcPr>
          <w:p w14:paraId="1FD3DF1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102</w:t>
            </w:r>
          </w:p>
        </w:tc>
        <w:tc>
          <w:tcPr>
            <w:tcW w:w="673" w:type="pct"/>
          </w:tcPr>
          <w:p w14:paraId="1E21940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retained</w:t>
            </w:r>
          </w:p>
        </w:tc>
        <w:tc>
          <w:tcPr>
            <w:tcW w:w="342" w:type="pct"/>
          </w:tcPr>
          <w:p w14:paraId="093885E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retained</w:t>
            </w:r>
          </w:p>
        </w:tc>
        <w:tc>
          <w:tcPr>
            <w:tcW w:w="669" w:type="pct"/>
          </w:tcPr>
          <w:p w14:paraId="5875624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verified in retained site notes</w:t>
            </w:r>
          </w:p>
        </w:tc>
        <w:tc>
          <w:tcPr>
            <w:tcW w:w="359" w:type="pct"/>
          </w:tcPr>
          <w:p w14:paraId="2A473D1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verified in retained site notes</w:t>
            </w:r>
          </w:p>
        </w:tc>
        <w:tc>
          <w:tcPr>
            <w:tcW w:w="371" w:type="pct"/>
          </w:tcPr>
          <w:p w14:paraId="09FE8CC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verified in retained site notes</w:t>
            </w:r>
          </w:p>
        </w:tc>
        <w:tc>
          <w:tcPr>
            <w:tcW w:w="440" w:type="pct"/>
          </w:tcPr>
          <w:p w14:paraId="056B220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Not verified in retained site notes</w:t>
            </w:r>
          </w:p>
        </w:tc>
      </w:tr>
      <w:tr w:rsidR="000260E1" w:rsidRPr="007631E6" w14:paraId="0F09E05F" w14:textId="77777777" w:rsidTr="007631E6">
        <w:tc>
          <w:tcPr>
            <w:tcW w:w="316" w:type="pct"/>
          </w:tcPr>
          <w:p w14:paraId="153BC09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w:t>
            </w:r>
          </w:p>
        </w:tc>
        <w:tc>
          <w:tcPr>
            <w:tcW w:w="516" w:type="pct"/>
          </w:tcPr>
          <w:p w14:paraId="3058700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439" w:type="pct"/>
          </w:tcPr>
          <w:p w14:paraId="4BCF344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13.585086</w:t>
            </w:r>
          </w:p>
        </w:tc>
        <w:tc>
          <w:tcPr>
            <w:tcW w:w="439" w:type="pct"/>
          </w:tcPr>
          <w:p w14:paraId="67148EC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44.006655</w:t>
            </w:r>
          </w:p>
        </w:tc>
        <w:tc>
          <w:tcPr>
            <w:tcW w:w="436" w:type="pct"/>
          </w:tcPr>
          <w:p w14:paraId="1AB6817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19</w:t>
            </w:r>
          </w:p>
        </w:tc>
        <w:tc>
          <w:tcPr>
            <w:tcW w:w="673" w:type="pct"/>
          </w:tcPr>
          <w:p w14:paraId="6690D6B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2000</w:t>
            </w:r>
          </w:p>
        </w:tc>
        <w:tc>
          <w:tcPr>
            <w:tcW w:w="342" w:type="pct"/>
          </w:tcPr>
          <w:p w14:paraId="5D8B192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w:t>
            </w:r>
          </w:p>
        </w:tc>
        <w:tc>
          <w:tcPr>
            <w:tcW w:w="669" w:type="pct"/>
          </w:tcPr>
          <w:p w14:paraId="3C51D19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Reinforced concrete frame</w:t>
            </w:r>
          </w:p>
        </w:tc>
        <w:tc>
          <w:tcPr>
            <w:tcW w:w="359" w:type="pct"/>
          </w:tcPr>
          <w:p w14:paraId="29E2DD4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Hollow cement block masonry</w:t>
            </w:r>
          </w:p>
        </w:tc>
        <w:tc>
          <w:tcPr>
            <w:tcW w:w="371" w:type="pct"/>
          </w:tcPr>
          <w:p w14:paraId="7F4EFE6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Natural cooling through windows</w:t>
            </w:r>
          </w:p>
        </w:tc>
        <w:tc>
          <w:tcPr>
            <w:tcW w:w="440" w:type="pct"/>
          </w:tcPr>
          <w:p w14:paraId="1483601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Natural ventilation through window openings</w:t>
            </w:r>
          </w:p>
        </w:tc>
      </w:tr>
    </w:tbl>
    <w:p w14:paraId="2C6590C8"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S2 Questionnaire dimensions</w:t>
      </w:r>
    </w:p>
    <w:p w14:paraId="4F701B60"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S2  Dimension summaries and consistency</w:t>
      </w:r>
    </w:p>
    <w:tbl>
      <w:tblPr>
        <w:tblStyle w:val="TableGrid"/>
        <w:tblW w:w="5000" w:type="pct"/>
        <w:tblLook w:val="04A0" w:firstRow="1" w:lastRow="0" w:firstColumn="1" w:lastColumn="0" w:noHBand="0" w:noVBand="1"/>
      </w:tblPr>
      <w:tblGrid>
        <w:gridCol w:w="758"/>
        <w:gridCol w:w="1976"/>
        <w:gridCol w:w="836"/>
        <w:gridCol w:w="800"/>
        <w:gridCol w:w="980"/>
        <w:gridCol w:w="980"/>
        <w:gridCol w:w="980"/>
        <w:gridCol w:w="980"/>
        <w:gridCol w:w="980"/>
        <w:gridCol w:w="980"/>
      </w:tblGrid>
      <w:tr w:rsidR="000260E1" w:rsidRPr="007631E6" w14:paraId="6E78AFC4" w14:textId="77777777" w:rsidTr="007631E6">
        <w:tc>
          <w:tcPr>
            <w:tcW w:w="392" w:type="pct"/>
          </w:tcPr>
          <w:p w14:paraId="1AD7201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code</w:t>
            </w:r>
          </w:p>
        </w:tc>
        <w:tc>
          <w:tcPr>
            <w:tcW w:w="765" w:type="pct"/>
          </w:tcPr>
          <w:p w14:paraId="49F719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construct</w:t>
            </w:r>
          </w:p>
        </w:tc>
        <w:tc>
          <w:tcPr>
            <w:tcW w:w="430" w:type="pct"/>
          </w:tcPr>
          <w:p w14:paraId="27AC5C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items</w:t>
            </w:r>
          </w:p>
        </w:tc>
        <w:tc>
          <w:tcPr>
            <w:tcW w:w="412" w:type="pct"/>
          </w:tcPr>
          <w:p w14:paraId="1A71A55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N</w:t>
            </w:r>
          </w:p>
        </w:tc>
        <w:tc>
          <w:tcPr>
            <w:tcW w:w="500" w:type="pct"/>
          </w:tcPr>
          <w:p w14:paraId="14E0547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mean</w:t>
            </w:r>
          </w:p>
        </w:tc>
        <w:tc>
          <w:tcPr>
            <w:tcW w:w="500" w:type="pct"/>
          </w:tcPr>
          <w:p w14:paraId="7D1547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SD</w:t>
            </w:r>
          </w:p>
        </w:tc>
        <w:tc>
          <w:tcPr>
            <w:tcW w:w="500" w:type="pct"/>
          </w:tcPr>
          <w:p w14:paraId="3477072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median</w:t>
            </w:r>
          </w:p>
        </w:tc>
        <w:tc>
          <w:tcPr>
            <w:tcW w:w="500" w:type="pct"/>
          </w:tcPr>
          <w:p w14:paraId="555957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IQR</w:t>
            </w:r>
          </w:p>
        </w:tc>
        <w:tc>
          <w:tcPr>
            <w:tcW w:w="500" w:type="pct"/>
          </w:tcPr>
          <w:p w14:paraId="5F81936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alpha</w:t>
            </w:r>
          </w:p>
        </w:tc>
        <w:tc>
          <w:tcPr>
            <w:tcW w:w="500" w:type="pct"/>
          </w:tcPr>
          <w:p w14:paraId="090060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omega</w:t>
            </w:r>
          </w:p>
        </w:tc>
      </w:tr>
      <w:tr w:rsidR="000260E1" w:rsidRPr="007631E6" w14:paraId="0A7A393B" w14:textId="77777777" w:rsidTr="007631E6">
        <w:tc>
          <w:tcPr>
            <w:tcW w:w="392" w:type="pct"/>
          </w:tcPr>
          <w:p w14:paraId="26FBE77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TC</w:t>
            </w:r>
          </w:p>
        </w:tc>
        <w:tc>
          <w:tcPr>
            <w:tcW w:w="765" w:type="pct"/>
          </w:tcPr>
          <w:p w14:paraId="28EBA46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Thermal comfort</w:t>
            </w:r>
          </w:p>
        </w:tc>
        <w:tc>
          <w:tcPr>
            <w:tcW w:w="430" w:type="pct"/>
          </w:tcPr>
          <w:p w14:paraId="730F24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412" w:type="pct"/>
          </w:tcPr>
          <w:p w14:paraId="26F2E3E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4F1E8A0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3.179</w:t>
            </w:r>
          </w:p>
        </w:tc>
        <w:tc>
          <w:tcPr>
            <w:tcW w:w="500" w:type="pct"/>
          </w:tcPr>
          <w:p w14:paraId="61A14E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0.742</w:t>
            </w:r>
          </w:p>
        </w:tc>
        <w:tc>
          <w:tcPr>
            <w:tcW w:w="500" w:type="pct"/>
          </w:tcPr>
          <w:p w14:paraId="04414AA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3.250</w:t>
            </w:r>
          </w:p>
        </w:tc>
        <w:tc>
          <w:tcPr>
            <w:tcW w:w="500" w:type="pct"/>
          </w:tcPr>
          <w:p w14:paraId="57D9998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1.000</w:t>
            </w:r>
          </w:p>
        </w:tc>
        <w:tc>
          <w:tcPr>
            <w:tcW w:w="500" w:type="pct"/>
          </w:tcPr>
          <w:p w14:paraId="51E36DA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0.663</w:t>
            </w:r>
          </w:p>
        </w:tc>
        <w:tc>
          <w:tcPr>
            <w:tcW w:w="500" w:type="pct"/>
          </w:tcPr>
          <w:p w14:paraId="1CF1FC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0.675</w:t>
            </w:r>
          </w:p>
        </w:tc>
      </w:tr>
      <w:tr w:rsidR="000260E1" w:rsidRPr="007631E6" w14:paraId="76C1D552" w14:textId="77777777" w:rsidTr="007631E6">
        <w:tc>
          <w:tcPr>
            <w:tcW w:w="392" w:type="pct"/>
          </w:tcPr>
          <w:p w14:paraId="0DF239F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VC</w:t>
            </w:r>
          </w:p>
        </w:tc>
        <w:tc>
          <w:tcPr>
            <w:tcW w:w="765" w:type="pct"/>
          </w:tcPr>
          <w:p w14:paraId="20A789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Visual comfort</w:t>
            </w:r>
          </w:p>
        </w:tc>
        <w:tc>
          <w:tcPr>
            <w:tcW w:w="430" w:type="pct"/>
          </w:tcPr>
          <w:p w14:paraId="565412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c>
          <w:tcPr>
            <w:tcW w:w="412" w:type="pct"/>
          </w:tcPr>
          <w:p w14:paraId="7254C32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38CEC4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3.638</w:t>
            </w:r>
          </w:p>
        </w:tc>
        <w:tc>
          <w:tcPr>
            <w:tcW w:w="500" w:type="pct"/>
          </w:tcPr>
          <w:p w14:paraId="6F5F96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0.825</w:t>
            </w:r>
          </w:p>
        </w:tc>
        <w:tc>
          <w:tcPr>
            <w:tcW w:w="500" w:type="pct"/>
          </w:tcPr>
          <w:p w14:paraId="410E49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3.800</w:t>
            </w:r>
          </w:p>
        </w:tc>
        <w:tc>
          <w:tcPr>
            <w:tcW w:w="500" w:type="pct"/>
          </w:tcPr>
          <w:p w14:paraId="5C31F5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1.000</w:t>
            </w:r>
          </w:p>
        </w:tc>
        <w:tc>
          <w:tcPr>
            <w:tcW w:w="500" w:type="pct"/>
          </w:tcPr>
          <w:p w14:paraId="03AD63A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0.795</w:t>
            </w:r>
          </w:p>
        </w:tc>
        <w:tc>
          <w:tcPr>
            <w:tcW w:w="500" w:type="pct"/>
          </w:tcPr>
          <w:p w14:paraId="2DD59B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0.797</w:t>
            </w:r>
          </w:p>
        </w:tc>
      </w:tr>
      <w:tr w:rsidR="000260E1" w:rsidRPr="007631E6" w14:paraId="30F41179" w14:textId="77777777" w:rsidTr="007631E6">
        <w:tc>
          <w:tcPr>
            <w:tcW w:w="392" w:type="pct"/>
          </w:tcPr>
          <w:p w14:paraId="0521A1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w:t>
            </w:r>
          </w:p>
        </w:tc>
        <w:tc>
          <w:tcPr>
            <w:tcW w:w="765" w:type="pct"/>
          </w:tcPr>
          <w:p w14:paraId="7645340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Acoustic comfort</w:t>
            </w:r>
          </w:p>
        </w:tc>
        <w:tc>
          <w:tcPr>
            <w:tcW w:w="430" w:type="pct"/>
          </w:tcPr>
          <w:p w14:paraId="57EAE9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412" w:type="pct"/>
          </w:tcPr>
          <w:p w14:paraId="6A15937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58C6D84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3.297</w:t>
            </w:r>
          </w:p>
        </w:tc>
        <w:tc>
          <w:tcPr>
            <w:tcW w:w="500" w:type="pct"/>
          </w:tcPr>
          <w:p w14:paraId="5F630C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0.870</w:t>
            </w:r>
          </w:p>
        </w:tc>
        <w:tc>
          <w:tcPr>
            <w:tcW w:w="500" w:type="pct"/>
          </w:tcPr>
          <w:p w14:paraId="75F2EB3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3.500</w:t>
            </w:r>
          </w:p>
        </w:tc>
        <w:tc>
          <w:tcPr>
            <w:tcW w:w="500" w:type="pct"/>
          </w:tcPr>
          <w:p w14:paraId="033642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1.250</w:t>
            </w:r>
          </w:p>
        </w:tc>
        <w:tc>
          <w:tcPr>
            <w:tcW w:w="500" w:type="pct"/>
          </w:tcPr>
          <w:p w14:paraId="53A882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0.739</w:t>
            </w:r>
          </w:p>
        </w:tc>
        <w:tc>
          <w:tcPr>
            <w:tcW w:w="500" w:type="pct"/>
          </w:tcPr>
          <w:p w14:paraId="0291DD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0.758</w:t>
            </w:r>
          </w:p>
        </w:tc>
      </w:tr>
      <w:tr w:rsidR="000260E1" w:rsidRPr="007631E6" w14:paraId="64AC2524" w14:textId="77777777" w:rsidTr="007631E6">
        <w:tc>
          <w:tcPr>
            <w:tcW w:w="392" w:type="pct"/>
          </w:tcPr>
          <w:p w14:paraId="1E4F0D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IAQ</w:t>
            </w:r>
          </w:p>
        </w:tc>
        <w:tc>
          <w:tcPr>
            <w:tcW w:w="765" w:type="pct"/>
          </w:tcPr>
          <w:p w14:paraId="59D2315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Indoor air quality/ventilation</w:t>
            </w:r>
          </w:p>
        </w:tc>
        <w:tc>
          <w:tcPr>
            <w:tcW w:w="430" w:type="pct"/>
          </w:tcPr>
          <w:p w14:paraId="6FBBC0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412" w:type="pct"/>
          </w:tcPr>
          <w:p w14:paraId="10DC9B0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7A3402B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3.206</w:t>
            </w:r>
          </w:p>
        </w:tc>
        <w:tc>
          <w:tcPr>
            <w:tcW w:w="500" w:type="pct"/>
          </w:tcPr>
          <w:p w14:paraId="385999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0.880</w:t>
            </w:r>
          </w:p>
        </w:tc>
        <w:tc>
          <w:tcPr>
            <w:tcW w:w="500" w:type="pct"/>
          </w:tcPr>
          <w:p w14:paraId="606A32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3.250</w:t>
            </w:r>
          </w:p>
        </w:tc>
        <w:tc>
          <w:tcPr>
            <w:tcW w:w="500" w:type="pct"/>
          </w:tcPr>
          <w:p w14:paraId="652ECD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1.250</w:t>
            </w:r>
          </w:p>
        </w:tc>
        <w:tc>
          <w:tcPr>
            <w:tcW w:w="500" w:type="pct"/>
          </w:tcPr>
          <w:p w14:paraId="4F8270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0.738</w:t>
            </w:r>
          </w:p>
        </w:tc>
        <w:tc>
          <w:tcPr>
            <w:tcW w:w="500" w:type="pct"/>
          </w:tcPr>
          <w:p w14:paraId="5A114C6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0.774</w:t>
            </w:r>
          </w:p>
        </w:tc>
      </w:tr>
      <w:tr w:rsidR="000260E1" w:rsidRPr="007631E6" w14:paraId="46A1F7CC" w14:textId="77777777" w:rsidTr="007631E6">
        <w:tc>
          <w:tcPr>
            <w:tcW w:w="392" w:type="pct"/>
          </w:tcPr>
          <w:p w14:paraId="3B19B23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FLS</w:t>
            </w:r>
          </w:p>
        </w:tc>
        <w:tc>
          <w:tcPr>
            <w:tcW w:w="765" w:type="pct"/>
          </w:tcPr>
          <w:p w14:paraId="63D7B80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Fire and life safety</w:t>
            </w:r>
          </w:p>
        </w:tc>
        <w:tc>
          <w:tcPr>
            <w:tcW w:w="430" w:type="pct"/>
          </w:tcPr>
          <w:p w14:paraId="65BBFDF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412" w:type="pct"/>
          </w:tcPr>
          <w:p w14:paraId="780BF97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7E6E8E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3.093</w:t>
            </w:r>
          </w:p>
        </w:tc>
        <w:tc>
          <w:tcPr>
            <w:tcW w:w="500" w:type="pct"/>
          </w:tcPr>
          <w:p w14:paraId="72707F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1.034</w:t>
            </w:r>
          </w:p>
        </w:tc>
        <w:tc>
          <w:tcPr>
            <w:tcW w:w="500" w:type="pct"/>
          </w:tcPr>
          <w:p w14:paraId="60E42A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3.250</w:t>
            </w:r>
          </w:p>
        </w:tc>
        <w:tc>
          <w:tcPr>
            <w:tcW w:w="500" w:type="pct"/>
          </w:tcPr>
          <w:p w14:paraId="2C4AC50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1.500</w:t>
            </w:r>
          </w:p>
        </w:tc>
        <w:tc>
          <w:tcPr>
            <w:tcW w:w="500" w:type="pct"/>
          </w:tcPr>
          <w:p w14:paraId="4B756D1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0.840</w:t>
            </w:r>
          </w:p>
        </w:tc>
        <w:tc>
          <w:tcPr>
            <w:tcW w:w="500" w:type="pct"/>
          </w:tcPr>
          <w:p w14:paraId="72E7ED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0.854</w:t>
            </w:r>
          </w:p>
        </w:tc>
      </w:tr>
      <w:tr w:rsidR="000260E1" w:rsidRPr="007631E6" w14:paraId="00EC14E3" w14:textId="77777777" w:rsidTr="007631E6">
        <w:tc>
          <w:tcPr>
            <w:tcW w:w="392" w:type="pct"/>
          </w:tcPr>
          <w:p w14:paraId="4EAC34B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RF</w:t>
            </w:r>
          </w:p>
        </w:tc>
        <w:tc>
          <w:tcPr>
            <w:tcW w:w="765" w:type="pct"/>
          </w:tcPr>
          <w:p w14:paraId="3F6FF2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Room functionality</w:t>
            </w:r>
          </w:p>
        </w:tc>
        <w:tc>
          <w:tcPr>
            <w:tcW w:w="430" w:type="pct"/>
          </w:tcPr>
          <w:p w14:paraId="44A9A4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412" w:type="pct"/>
          </w:tcPr>
          <w:p w14:paraId="3B1A7B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0206AB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3.602</w:t>
            </w:r>
          </w:p>
        </w:tc>
        <w:tc>
          <w:tcPr>
            <w:tcW w:w="500" w:type="pct"/>
          </w:tcPr>
          <w:p w14:paraId="55008E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0.842</w:t>
            </w:r>
          </w:p>
        </w:tc>
        <w:tc>
          <w:tcPr>
            <w:tcW w:w="500" w:type="pct"/>
          </w:tcPr>
          <w:p w14:paraId="117162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3.750</w:t>
            </w:r>
          </w:p>
        </w:tc>
        <w:tc>
          <w:tcPr>
            <w:tcW w:w="500" w:type="pct"/>
          </w:tcPr>
          <w:p w14:paraId="45D8BD3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1.000</w:t>
            </w:r>
          </w:p>
        </w:tc>
        <w:tc>
          <w:tcPr>
            <w:tcW w:w="500" w:type="pct"/>
          </w:tcPr>
          <w:p w14:paraId="26DEEE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0.770</w:t>
            </w:r>
          </w:p>
        </w:tc>
        <w:tc>
          <w:tcPr>
            <w:tcW w:w="500" w:type="pct"/>
          </w:tcPr>
          <w:p w14:paraId="516A95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0.777</w:t>
            </w:r>
          </w:p>
        </w:tc>
      </w:tr>
      <w:tr w:rsidR="000260E1" w:rsidRPr="007631E6" w14:paraId="2302E963" w14:textId="77777777" w:rsidTr="007631E6">
        <w:tc>
          <w:tcPr>
            <w:tcW w:w="392" w:type="pct"/>
          </w:tcPr>
          <w:p w14:paraId="7BEA062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BC</w:t>
            </w:r>
          </w:p>
        </w:tc>
        <w:tc>
          <w:tcPr>
            <w:tcW w:w="765" w:type="pct"/>
          </w:tcPr>
          <w:p w14:paraId="5BFA0C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Building condition and finishes</w:t>
            </w:r>
          </w:p>
        </w:tc>
        <w:tc>
          <w:tcPr>
            <w:tcW w:w="430" w:type="pct"/>
          </w:tcPr>
          <w:p w14:paraId="22C396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w:t>
            </w:r>
          </w:p>
        </w:tc>
        <w:tc>
          <w:tcPr>
            <w:tcW w:w="412" w:type="pct"/>
          </w:tcPr>
          <w:p w14:paraId="447BB6F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592712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3.564</w:t>
            </w:r>
          </w:p>
        </w:tc>
        <w:tc>
          <w:tcPr>
            <w:tcW w:w="500" w:type="pct"/>
          </w:tcPr>
          <w:p w14:paraId="4B08F99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0.798</w:t>
            </w:r>
          </w:p>
        </w:tc>
        <w:tc>
          <w:tcPr>
            <w:tcW w:w="500" w:type="pct"/>
          </w:tcPr>
          <w:p w14:paraId="325D169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3.571</w:t>
            </w:r>
          </w:p>
        </w:tc>
        <w:tc>
          <w:tcPr>
            <w:tcW w:w="500" w:type="pct"/>
          </w:tcPr>
          <w:p w14:paraId="3839544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1.000</w:t>
            </w:r>
          </w:p>
        </w:tc>
        <w:tc>
          <w:tcPr>
            <w:tcW w:w="500" w:type="pct"/>
          </w:tcPr>
          <w:p w14:paraId="0A643B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0.855</w:t>
            </w:r>
          </w:p>
        </w:tc>
        <w:tc>
          <w:tcPr>
            <w:tcW w:w="500" w:type="pct"/>
          </w:tcPr>
          <w:p w14:paraId="4243182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0.861</w:t>
            </w:r>
          </w:p>
        </w:tc>
      </w:tr>
      <w:tr w:rsidR="000260E1" w:rsidRPr="007631E6" w14:paraId="46CF2AFF" w14:textId="77777777" w:rsidTr="007631E6">
        <w:tc>
          <w:tcPr>
            <w:tcW w:w="392" w:type="pct"/>
          </w:tcPr>
          <w:p w14:paraId="41C044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HS</w:t>
            </w:r>
          </w:p>
        </w:tc>
        <w:tc>
          <w:tcPr>
            <w:tcW w:w="765" w:type="pct"/>
          </w:tcPr>
          <w:p w14:paraId="081270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Housing and utility services</w:t>
            </w:r>
          </w:p>
        </w:tc>
        <w:tc>
          <w:tcPr>
            <w:tcW w:w="430" w:type="pct"/>
          </w:tcPr>
          <w:p w14:paraId="4675765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c>
          <w:tcPr>
            <w:tcW w:w="412" w:type="pct"/>
          </w:tcPr>
          <w:p w14:paraId="2349D7A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62E1DDC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3.093</w:t>
            </w:r>
          </w:p>
        </w:tc>
        <w:tc>
          <w:tcPr>
            <w:tcW w:w="500" w:type="pct"/>
          </w:tcPr>
          <w:p w14:paraId="0E0709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0.871</w:t>
            </w:r>
          </w:p>
        </w:tc>
        <w:tc>
          <w:tcPr>
            <w:tcW w:w="500" w:type="pct"/>
          </w:tcPr>
          <w:p w14:paraId="3EF1CE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3.200</w:t>
            </w:r>
          </w:p>
        </w:tc>
        <w:tc>
          <w:tcPr>
            <w:tcW w:w="500" w:type="pct"/>
          </w:tcPr>
          <w:p w14:paraId="5D991F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1.400</w:t>
            </w:r>
          </w:p>
        </w:tc>
        <w:tc>
          <w:tcPr>
            <w:tcW w:w="500" w:type="pct"/>
          </w:tcPr>
          <w:p w14:paraId="566D1F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0.747</w:t>
            </w:r>
          </w:p>
        </w:tc>
        <w:tc>
          <w:tcPr>
            <w:tcW w:w="500" w:type="pct"/>
          </w:tcPr>
          <w:p w14:paraId="336BBA1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0.759</w:t>
            </w:r>
          </w:p>
        </w:tc>
      </w:tr>
      <w:tr w:rsidR="000260E1" w:rsidRPr="007631E6" w14:paraId="3792E112" w14:textId="77777777" w:rsidTr="007631E6">
        <w:tc>
          <w:tcPr>
            <w:tcW w:w="392" w:type="pct"/>
          </w:tcPr>
          <w:p w14:paraId="14B151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MA</w:t>
            </w:r>
          </w:p>
        </w:tc>
        <w:tc>
          <w:tcPr>
            <w:tcW w:w="765" w:type="pct"/>
          </w:tcPr>
          <w:p w14:paraId="7187E60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Mobility and accessibility</w:t>
            </w:r>
          </w:p>
        </w:tc>
        <w:tc>
          <w:tcPr>
            <w:tcW w:w="430" w:type="pct"/>
          </w:tcPr>
          <w:p w14:paraId="0591C26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w:t>
            </w:r>
          </w:p>
        </w:tc>
        <w:tc>
          <w:tcPr>
            <w:tcW w:w="412" w:type="pct"/>
          </w:tcPr>
          <w:p w14:paraId="43DC24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500" w:type="pct"/>
          </w:tcPr>
          <w:p w14:paraId="6F7D244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3.686</w:t>
            </w:r>
          </w:p>
        </w:tc>
        <w:tc>
          <w:tcPr>
            <w:tcW w:w="500" w:type="pct"/>
          </w:tcPr>
          <w:p w14:paraId="2EE5235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0.724</w:t>
            </w:r>
          </w:p>
        </w:tc>
        <w:tc>
          <w:tcPr>
            <w:tcW w:w="500" w:type="pct"/>
          </w:tcPr>
          <w:p w14:paraId="278983F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3.667</w:t>
            </w:r>
          </w:p>
        </w:tc>
        <w:tc>
          <w:tcPr>
            <w:tcW w:w="500" w:type="pct"/>
          </w:tcPr>
          <w:p w14:paraId="61987F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0.667</w:t>
            </w:r>
          </w:p>
        </w:tc>
        <w:tc>
          <w:tcPr>
            <w:tcW w:w="500" w:type="pct"/>
          </w:tcPr>
          <w:p w14:paraId="326EE3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0.754</w:t>
            </w:r>
          </w:p>
        </w:tc>
        <w:tc>
          <w:tcPr>
            <w:tcW w:w="500" w:type="pct"/>
          </w:tcPr>
          <w:p w14:paraId="630E52F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0.753</w:t>
            </w:r>
          </w:p>
        </w:tc>
      </w:tr>
    </w:tbl>
    <w:p w14:paraId="2EA88F0B"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lastRenderedPageBreak/>
        <w:t>Supplementary Table S3  Complete resident item statistics</w:t>
      </w:r>
    </w:p>
    <w:tbl>
      <w:tblPr>
        <w:tblStyle w:val="TableGrid"/>
        <w:tblW w:w="0" w:type="auto"/>
        <w:tblLook w:val="04A0" w:firstRow="1" w:lastRow="0" w:firstColumn="1" w:lastColumn="0" w:noHBand="0" w:noVBand="1"/>
      </w:tblPr>
      <w:tblGrid>
        <w:gridCol w:w="652"/>
        <w:gridCol w:w="2063"/>
        <w:gridCol w:w="562"/>
        <w:gridCol w:w="755"/>
        <w:gridCol w:w="735"/>
        <w:gridCol w:w="948"/>
        <w:gridCol w:w="1730"/>
        <w:gridCol w:w="1358"/>
        <w:gridCol w:w="1447"/>
      </w:tblGrid>
      <w:tr w:rsidR="000260E1" w:rsidRPr="007631E6" w14:paraId="43C52740" w14:textId="77777777" w:rsidTr="007631E6">
        <w:tc>
          <w:tcPr>
            <w:tcW w:w="0" w:type="auto"/>
          </w:tcPr>
          <w:p w14:paraId="138461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item</w:t>
            </w:r>
          </w:p>
        </w:tc>
        <w:tc>
          <w:tcPr>
            <w:tcW w:w="1530" w:type="dxa"/>
          </w:tcPr>
          <w:p w14:paraId="58A9CA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label</w:t>
            </w:r>
          </w:p>
        </w:tc>
        <w:tc>
          <w:tcPr>
            <w:tcW w:w="870" w:type="dxa"/>
          </w:tcPr>
          <w:p w14:paraId="04D4CFB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N</w:t>
            </w:r>
          </w:p>
        </w:tc>
        <w:tc>
          <w:tcPr>
            <w:tcW w:w="0" w:type="auto"/>
          </w:tcPr>
          <w:p w14:paraId="73318B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mean</w:t>
            </w:r>
          </w:p>
        </w:tc>
        <w:tc>
          <w:tcPr>
            <w:tcW w:w="0" w:type="auto"/>
          </w:tcPr>
          <w:p w14:paraId="4ECB30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SD</w:t>
            </w:r>
          </w:p>
        </w:tc>
        <w:tc>
          <w:tcPr>
            <w:tcW w:w="0" w:type="auto"/>
          </w:tcPr>
          <w:p w14:paraId="641619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median</w:t>
            </w:r>
          </w:p>
        </w:tc>
        <w:tc>
          <w:tcPr>
            <w:tcW w:w="0" w:type="auto"/>
          </w:tcPr>
          <w:p w14:paraId="3ED7BC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dissatisfied_pct</w:t>
            </w:r>
          </w:p>
        </w:tc>
        <w:tc>
          <w:tcPr>
            <w:tcW w:w="0" w:type="auto"/>
          </w:tcPr>
          <w:p w14:paraId="75574D6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neutral_pct</w:t>
            </w:r>
          </w:p>
        </w:tc>
        <w:tc>
          <w:tcPr>
            <w:tcW w:w="0" w:type="auto"/>
          </w:tcPr>
          <w:p w14:paraId="3141C8E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satisfied_pct</w:t>
            </w:r>
          </w:p>
        </w:tc>
      </w:tr>
      <w:tr w:rsidR="000260E1" w:rsidRPr="007631E6" w14:paraId="70898959" w14:textId="77777777" w:rsidTr="007631E6">
        <w:tc>
          <w:tcPr>
            <w:tcW w:w="0" w:type="auto"/>
          </w:tcPr>
          <w:p w14:paraId="7D7F9A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30" w:type="dxa"/>
          </w:tcPr>
          <w:p w14:paraId="234C134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Room temperature during summer</w:t>
            </w:r>
          </w:p>
        </w:tc>
        <w:tc>
          <w:tcPr>
            <w:tcW w:w="870" w:type="dxa"/>
          </w:tcPr>
          <w:p w14:paraId="388BBE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64214A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2.213</w:t>
            </w:r>
          </w:p>
        </w:tc>
        <w:tc>
          <w:tcPr>
            <w:tcW w:w="0" w:type="auto"/>
          </w:tcPr>
          <w:p w14:paraId="6C41602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1.114</w:t>
            </w:r>
          </w:p>
        </w:tc>
        <w:tc>
          <w:tcPr>
            <w:tcW w:w="0" w:type="auto"/>
          </w:tcPr>
          <w:p w14:paraId="231221D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c>
          <w:tcPr>
            <w:tcW w:w="0" w:type="auto"/>
          </w:tcPr>
          <w:p w14:paraId="09A90A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66.8</w:t>
            </w:r>
          </w:p>
        </w:tc>
        <w:tc>
          <w:tcPr>
            <w:tcW w:w="0" w:type="auto"/>
          </w:tcPr>
          <w:p w14:paraId="34F733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14.2</w:t>
            </w:r>
          </w:p>
        </w:tc>
        <w:tc>
          <w:tcPr>
            <w:tcW w:w="0" w:type="auto"/>
          </w:tcPr>
          <w:p w14:paraId="0A8D79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19.0</w:t>
            </w:r>
          </w:p>
        </w:tc>
      </w:tr>
      <w:tr w:rsidR="000260E1" w:rsidRPr="007631E6" w14:paraId="7C9C3CDF" w14:textId="77777777" w:rsidTr="007631E6">
        <w:tc>
          <w:tcPr>
            <w:tcW w:w="0" w:type="auto"/>
          </w:tcPr>
          <w:p w14:paraId="676708A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c>
          <w:tcPr>
            <w:tcW w:w="1530" w:type="dxa"/>
          </w:tcPr>
          <w:p w14:paraId="76C3C9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Room temperature during winter</w:t>
            </w:r>
          </w:p>
        </w:tc>
        <w:tc>
          <w:tcPr>
            <w:tcW w:w="870" w:type="dxa"/>
          </w:tcPr>
          <w:p w14:paraId="5006F3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35C644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3.779</w:t>
            </w:r>
          </w:p>
        </w:tc>
        <w:tc>
          <w:tcPr>
            <w:tcW w:w="0" w:type="auto"/>
          </w:tcPr>
          <w:p w14:paraId="1233F7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1.027</w:t>
            </w:r>
          </w:p>
        </w:tc>
        <w:tc>
          <w:tcPr>
            <w:tcW w:w="0" w:type="auto"/>
          </w:tcPr>
          <w:p w14:paraId="6EAADD9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2C02C5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11.5</w:t>
            </w:r>
          </w:p>
        </w:tc>
        <w:tc>
          <w:tcPr>
            <w:tcW w:w="0" w:type="auto"/>
          </w:tcPr>
          <w:p w14:paraId="014CECE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17.4</w:t>
            </w:r>
          </w:p>
        </w:tc>
        <w:tc>
          <w:tcPr>
            <w:tcW w:w="0" w:type="auto"/>
          </w:tcPr>
          <w:p w14:paraId="7F29AB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71.1</w:t>
            </w:r>
          </w:p>
        </w:tc>
      </w:tr>
      <w:tr w:rsidR="000260E1" w:rsidRPr="007631E6" w14:paraId="7D6B6702" w14:textId="77777777" w:rsidTr="007631E6">
        <w:tc>
          <w:tcPr>
            <w:tcW w:w="0" w:type="auto"/>
          </w:tcPr>
          <w:p w14:paraId="10D8356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c>
          <w:tcPr>
            <w:tcW w:w="1530" w:type="dxa"/>
          </w:tcPr>
          <w:p w14:paraId="51860D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Temperature in common areas</w:t>
            </w:r>
          </w:p>
        </w:tc>
        <w:tc>
          <w:tcPr>
            <w:tcW w:w="870" w:type="dxa"/>
          </w:tcPr>
          <w:p w14:paraId="1ECD74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AFD2C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3.277</w:t>
            </w:r>
          </w:p>
        </w:tc>
        <w:tc>
          <w:tcPr>
            <w:tcW w:w="0" w:type="auto"/>
          </w:tcPr>
          <w:p w14:paraId="6DA8A2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0.965</w:t>
            </w:r>
          </w:p>
        </w:tc>
        <w:tc>
          <w:tcPr>
            <w:tcW w:w="0" w:type="auto"/>
          </w:tcPr>
          <w:p w14:paraId="798008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3FD45B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20.6</w:t>
            </w:r>
          </w:p>
        </w:tc>
        <w:tc>
          <w:tcPr>
            <w:tcW w:w="0" w:type="auto"/>
          </w:tcPr>
          <w:p w14:paraId="50D617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30.4</w:t>
            </w:r>
          </w:p>
        </w:tc>
        <w:tc>
          <w:tcPr>
            <w:tcW w:w="0" w:type="auto"/>
          </w:tcPr>
          <w:p w14:paraId="405E51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49.0</w:t>
            </w:r>
          </w:p>
        </w:tc>
      </w:tr>
      <w:tr w:rsidR="000260E1" w:rsidRPr="007631E6" w14:paraId="56294B50" w14:textId="77777777" w:rsidTr="007631E6">
        <w:tc>
          <w:tcPr>
            <w:tcW w:w="0" w:type="auto"/>
          </w:tcPr>
          <w:p w14:paraId="1C5BC14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530" w:type="dxa"/>
          </w:tcPr>
          <w:p w14:paraId="071346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Fresh air from room windows</w:t>
            </w:r>
          </w:p>
        </w:tc>
        <w:tc>
          <w:tcPr>
            <w:tcW w:w="870" w:type="dxa"/>
          </w:tcPr>
          <w:p w14:paraId="099661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6916EC9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3.447</w:t>
            </w:r>
          </w:p>
        </w:tc>
        <w:tc>
          <w:tcPr>
            <w:tcW w:w="0" w:type="auto"/>
          </w:tcPr>
          <w:p w14:paraId="2F7F632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1.096</w:t>
            </w:r>
          </w:p>
        </w:tc>
        <w:tc>
          <w:tcPr>
            <w:tcW w:w="0" w:type="auto"/>
          </w:tcPr>
          <w:p w14:paraId="450AAF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460131C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19.8</w:t>
            </w:r>
          </w:p>
        </w:tc>
        <w:tc>
          <w:tcPr>
            <w:tcW w:w="0" w:type="auto"/>
          </w:tcPr>
          <w:p w14:paraId="36E025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23.3</w:t>
            </w:r>
          </w:p>
        </w:tc>
        <w:tc>
          <w:tcPr>
            <w:tcW w:w="0" w:type="auto"/>
          </w:tcPr>
          <w:p w14:paraId="500475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56.9</w:t>
            </w:r>
          </w:p>
        </w:tc>
      </w:tr>
      <w:tr w:rsidR="000260E1" w:rsidRPr="007631E6" w14:paraId="6DEA66E4" w14:textId="77777777" w:rsidTr="007631E6">
        <w:tc>
          <w:tcPr>
            <w:tcW w:w="0" w:type="auto"/>
          </w:tcPr>
          <w:p w14:paraId="093B1B3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c>
          <w:tcPr>
            <w:tcW w:w="1530" w:type="dxa"/>
          </w:tcPr>
          <w:p w14:paraId="3B90276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Natural daylight in room</w:t>
            </w:r>
          </w:p>
        </w:tc>
        <w:tc>
          <w:tcPr>
            <w:tcW w:w="870" w:type="dxa"/>
          </w:tcPr>
          <w:p w14:paraId="2444A87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79005F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3.810</w:t>
            </w:r>
          </w:p>
        </w:tc>
        <w:tc>
          <w:tcPr>
            <w:tcW w:w="0" w:type="auto"/>
          </w:tcPr>
          <w:p w14:paraId="1E5CDC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1.085</w:t>
            </w:r>
          </w:p>
        </w:tc>
        <w:tc>
          <w:tcPr>
            <w:tcW w:w="0" w:type="auto"/>
          </w:tcPr>
          <w:p w14:paraId="6B836E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2C2DE6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15.4</w:t>
            </w:r>
          </w:p>
        </w:tc>
        <w:tc>
          <w:tcPr>
            <w:tcW w:w="0" w:type="auto"/>
          </w:tcPr>
          <w:p w14:paraId="77F10BD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9.5</w:t>
            </w:r>
          </w:p>
        </w:tc>
        <w:tc>
          <w:tcPr>
            <w:tcW w:w="0" w:type="auto"/>
          </w:tcPr>
          <w:p w14:paraId="755F8E7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75.1</w:t>
            </w:r>
          </w:p>
        </w:tc>
      </w:tr>
      <w:tr w:rsidR="000260E1" w:rsidRPr="007631E6" w14:paraId="403A33DB" w14:textId="77777777" w:rsidTr="007631E6">
        <w:tc>
          <w:tcPr>
            <w:tcW w:w="0" w:type="auto"/>
          </w:tcPr>
          <w:p w14:paraId="547A21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w:t>
            </w:r>
          </w:p>
        </w:tc>
        <w:tc>
          <w:tcPr>
            <w:tcW w:w="1530" w:type="dxa"/>
          </w:tcPr>
          <w:p w14:paraId="6C52E3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Natural daylight in corridors</w:t>
            </w:r>
          </w:p>
        </w:tc>
        <w:tc>
          <w:tcPr>
            <w:tcW w:w="870" w:type="dxa"/>
          </w:tcPr>
          <w:p w14:paraId="42DCBF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2998C1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3.700</w:t>
            </w:r>
          </w:p>
        </w:tc>
        <w:tc>
          <w:tcPr>
            <w:tcW w:w="0" w:type="auto"/>
          </w:tcPr>
          <w:p w14:paraId="6453F01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1.034</w:t>
            </w:r>
          </w:p>
        </w:tc>
        <w:tc>
          <w:tcPr>
            <w:tcW w:w="0" w:type="auto"/>
          </w:tcPr>
          <w:p w14:paraId="032EAA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304FCB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15.4</w:t>
            </w:r>
          </w:p>
        </w:tc>
        <w:tc>
          <w:tcPr>
            <w:tcW w:w="0" w:type="auto"/>
          </w:tcPr>
          <w:p w14:paraId="004E9A9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13.4</w:t>
            </w:r>
          </w:p>
        </w:tc>
        <w:tc>
          <w:tcPr>
            <w:tcW w:w="0" w:type="auto"/>
          </w:tcPr>
          <w:p w14:paraId="628C6C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71.1</w:t>
            </w:r>
          </w:p>
        </w:tc>
      </w:tr>
      <w:tr w:rsidR="000260E1" w:rsidRPr="007631E6" w14:paraId="5EA2C071" w14:textId="77777777" w:rsidTr="007631E6">
        <w:tc>
          <w:tcPr>
            <w:tcW w:w="0" w:type="auto"/>
          </w:tcPr>
          <w:p w14:paraId="13E4364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w:t>
            </w:r>
          </w:p>
        </w:tc>
        <w:tc>
          <w:tcPr>
            <w:tcW w:w="1530" w:type="dxa"/>
          </w:tcPr>
          <w:p w14:paraId="3503BE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Artificial lighting in room at night</w:t>
            </w:r>
          </w:p>
        </w:tc>
        <w:tc>
          <w:tcPr>
            <w:tcW w:w="870" w:type="dxa"/>
          </w:tcPr>
          <w:p w14:paraId="6B9CEF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7E94322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3.585</w:t>
            </w:r>
          </w:p>
        </w:tc>
        <w:tc>
          <w:tcPr>
            <w:tcW w:w="0" w:type="auto"/>
          </w:tcPr>
          <w:p w14:paraId="16543D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1.214</w:t>
            </w:r>
          </w:p>
        </w:tc>
        <w:tc>
          <w:tcPr>
            <w:tcW w:w="0" w:type="auto"/>
          </w:tcPr>
          <w:p w14:paraId="38BB1C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7D46BC1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22.1</w:t>
            </w:r>
          </w:p>
        </w:tc>
        <w:tc>
          <w:tcPr>
            <w:tcW w:w="0" w:type="auto"/>
          </w:tcPr>
          <w:p w14:paraId="1DAB53A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15.0</w:t>
            </w:r>
          </w:p>
        </w:tc>
        <w:tc>
          <w:tcPr>
            <w:tcW w:w="0" w:type="auto"/>
          </w:tcPr>
          <w:p w14:paraId="50B5845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62.8</w:t>
            </w:r>
          </w:p>
        </w:tc>
      </w:tr>
      <w:tr w:rsidR="000260E1" w:rsidRPr="007631E6" w14:paraId="270B21B6" w14:textId="77777777" w:rsidTr="007631E6">
        <w:tc>
          <w:tcPr>
            <w:tcW w:w="0" w:type="auto"/>
          </w:tcPr>
          <w:p w14:paraId="24BD89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w:t>
            </w:r>
          </w:p>
        </w:tc>
        <w:tc>
          <w:tcPr>
            <w:tcW w:w="1530" w:type="dxa"/>
          </w:tcPr>
          <w:p w14:paraId="165BE2F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Artificial lighting in corridors/stairs</w:t>
            </w:r>
          </w:p>
        </w:tc>
        <w:tc>
          <w:tcPr>
            <w:tcW w:w="870" w:type="dxa"/>
          </w:tcPr>
          <w:p w14:paraId="5E1E52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C52CA7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3.577</w:t>
            </w:r>
          </w:p>
        </w:tc>
        <w:tc>
          <w:tcPr>
            <w:tcW w:w="0" w:type="auto"/>
          </w:tcPr>
          <w:p w14:paraId="1F2EE54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1.140</w:t>
            </w:r>
          </w:p>
        </w:tc>
        <w:tc>
          <w:tcPr>
            <w:tcW w:w="0" w:type="auto"/>
          </w:tcPr>
          <w:p w14:paraId="651E42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54FBA8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20.9</w:t>
            </w:r>
          </w:p>
        </w:tc>
        <w:tc>
          <w:tcPr>
            <w:tcW w:w="0" w:type="auto"/>
          </w:tcPr>
          <w:p w14:paraId="5576DF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14.2</w:t>
            </w:r>
          </w:p>
        </w:tc>
        <w:tc>
          <w:tcPr>
            <w:tcW w:w="0" w:type="auto"/>
          </w:tcPr>
          <w:p w14:paraId="4C5D01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64.8</w:t>
            </w:r>
          </w:p>
        </w:tc>
      </w:tr>
      <w:tr w:rsidR="000260E1" w:rsidRPr="007631E6" w14:paraId="7939ED68" w14:textId="77777777" w:rsidTr="007631E6">
        <w:tc>
          <w:tcPr>
            <w:tcW w:w="0" w:type="auto"/>
          </w:tcPr>
          <w:p w14:paraId="7119086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530" w:type="dxa"/>
          </w:tcPr>
          <w:p w14:paraId="6865181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Control over room lighting</w:t>
            </w:r>
          </w:p>
        </w:tc>
        <w:tc>
          <w:tcPr>
            <w:tcW w:w="870" w:type="dxa"/>
          </w:tcPr>
          <w:p w14:paraId="095AD43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7C8B5CD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3.518</w:t>
            </w:r>
          </w:p>
        </w:tc>
        <w:tc>
          <w:tcPr>
            <w:tcW w:w="0" w:type="auto"/>
          </w:tcPr>
          <w:p w14:paraId="097502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1.079</w:t>
            </w:r>
          </w:p>
        </w:tc>
        <w:tc>
          <w:tcPr>
            <w:tcW w:w="0" w:type="auto"/>
          </w:tcPr>
          <w:p w14:paraId="68F2138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29E421B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17.8</w:t>
            </w:r>
          </w:p>
        </w:tc>
        <w:tc>
          <w:tcPr>
            <w:tcW w:w="0" w:type="auto"/>
          </w:tcPr>
          <w:p w14:paraId="2FEE7D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22.5</w:t>
            </w:r>
          </w:p>
        </w:tc>
        <w:tc>
          <w:tcPr>
            <w:tcW w:w="0" w:type="auto"/>
          </w:tcPr>
          <w:p w14:paraId="6B500E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59.7</w:t>
            </w:r>
          </w:p>
        </w:tc>
      </w:tr>
      <w:tr w:rsidR="000260E1" w:rsidRPr="007631E6" w14:paraId="57F6B707" w14:textId="77777777" w:rsidTr="007631E6">
        <w:tc>
          <w:tcPr>
            <w:tcW w:w="0" w:type="auto"/>
          </w:tcPr>
          <w:p w14:paraId="3E55B9A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c>
          <w:tcPr>
            <w:tcW w:w="1530" w:type="dxa"/>
          </w:tcPr>
          <w:p w14:paraId="79BEF8E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External-noise insulation</w:t>
            </w:r>
          </w:p>
        </w:tc>
        <w:tc>
          <w:tcPr>
            <w:tcW w:w="870" w:type="dxa"/>
          </w:tcPr>
          <w:p w14:paraId="2E6099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ADD6D3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2.992</w:t>
            </w:r>
          </w:p>
        </w:tc>
        <w:tc>
          <w:tcPr>
            <w:tcW w:w="0" w:type="auto"/>
          </w:tcPr>
          <w:p w14:paraId="2BB355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1.291</w:t>
            </w:r>
          </w:p>
        </w:tc>
        <w:tc>
          <w:tcPr>
            <w:tcW w:w="0" w:type="auto"/>
          </w:tcPr>
          <w:p w14:paraId="19D1F8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2732B7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38.3</w:t>
            </w:r>
          </w:p>
        </w:tc>
        <w:tc>
          <w:tcPr>
            <w:tcW w:w="0" w:type="auto"/>
          </w:tcPr>
          <w:p w14:paraId="5FBDF75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21.7</w:t>
            </w:r>
          </w:p>
        </w:tc>
        <w:tc>
          <w:tcPr>
            <w:tcW w:w="0" w:type="auto"/>
          </w:tcPr>
          <w:p w14:paraId="15C5952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39.9</w:t>
            </w:r>
          </w:p>
        </w:tc>
      </w:tr>
      <w:tr w:rsidR="000260E1" w:rsidRPr="007631E6" w14:paraId="0B940762" w14:textId="77777777" w:rsidTr="007631E6">
        <w:tc>
          <w:tcPr>
            <w:tcW w:w="0" w:type="auto"/>
          </w:tcPr>
          <w:p w14:paraId="2ED86F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w:t>
            </w:r>
          </w:p>
        </w:tc>
        <w:tc>
          <w:tcPr>
            <w:tcW w:w="1530" w:type="dxa"/>
          </w:tcPr>
          <w:p w14:paraId="403C05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Noise insulation from adjacent rooms</w:t>
            </w:r>
          </w:p>
        </w:tc>
        <w:tc>
          <w:tcPr>
            <w:tcW w:w="870" w:type="dxa"/>
          </w:tcPr>
          <w:p w14:paraId="59B88A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1798E8D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3.494</w:t>
            </w:r>
          </w:p>
        </w:tc>
        <w:tc>
          <w:tcPr>
            <w:tcW w:w="0" w:type="auto"/>
          </w:tcPr>
          <w:p w14:paraId="60293E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1.101</w:t>
            </w:r>
          </w:p>
        </w:tc>
        <w:tc>
          <w:tcPr>
            <w:tcW w:w="0" w:type="auto"/>
          </w:tcPr>
          <w:p w14:paraId="294D7A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1C50080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20.9</w:t>
            </w:r>
          </w:p>
        </w:tc>
        <w:tc>
          <w:tcPr>
            <w:tcW w:w="0" w:type="auto"/>
          </w:tcPr>
          <w:p w14:paraId="455012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17.8</w:t>
            </w:r>
          </w:p>
        </w:tc>
        <w:tc>
          <w:tcPr>
            <w:tcW w:w="0" w:type="auto"/>
          </w:tcPr>
          <w:p w14:paraId="2BF25A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61.3</w:t>
            </w:r>
          </w:p>
        </w:tc>
      </w:tr>
      <w:tr w:rsidR="000260E1" w:rsidRPr="007631E6" w14:paraId="547C42C4" w14:textId="77777777" w:rsidTr="007631E6">
        <w:tc>
          <w:tcPr>
            <w:tcW w:w="0" w:type="auto"/>
          </w:tcPr>
          <w:p w14:paraId="48EBF8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w:t>
            </w:r>
          </w:p>
        </w:tc>
        <w:tc>
          <w:tcPr>
            <w:tcW w:w="1530" w:type="dxa"/>
          </w:tcPr>
          <w:p w14:paraId="1F9D557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Noise insulation from corridors/common areas</w:t>
            </w:r>
          </w:p>
        </w:tc>
        <w:tc>
          <w:tcPr>
            <w:tcW w:w="870" w:type="dxa"/>
          </w:tcPr>
          <w:p w14:paraId="71E515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7C82CD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3.375</w:t>
            </w:r>
          </w:p>
        </w:tc>
        <w:tc>
          <w:tcPr>
            <w:tcW w:w="0" w:type="auto"/>
          </w:tcPr>
          <w:p w14:paraId="410D4B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1.094</w:t>
            </w:r>
          </w:p>
        </w:tc>
        <w:tc>
          <w:tcPr>
            <w:tcW w:w="0" w:type="auto"/>
          </w:tcPr>
          <w:p w14:paraId="362635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72EC26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22.1</w:t>
            </w:r>
          </w:p>
        </w:tc>
        <w:tc>
          <w:tcPr>
            <w:tcW w:w="0" w:type="auto"/>
          </w:tcPr>
          <w:p w14:paraId="6899CBC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26.1</w:t>
            </w:r>
          </w:p>
        </w:tc>
        <w:tc>
          <w:tcPr>
            <w:tcW w:w="0" w:type="auto"/>
          </w:tcPr>
          <w:p w14:paraId="6F2AB55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51.8</w:t>
            </w:r>
          </w:p>
        </w:tc>
      </w:tr>
      <w:tr w:rsidR="000260E1" w:rsidRPr="007631E6" w14:paraId="10F399A6" w14:textId="77777777" w:rsidTr="007631E6">
        <w:tc>
          <w:tcPr>
            <w:tcW w:w="0" w:type="auto"/>
          </w:tcPr>
          <w:p w14:paraId="3E1A49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w:t>
            </w:r>
          </w:p>
        </w:tc>
        <w:tc>
          <w:tcPr>
            <w:tcW w:w="1530" w:type="dxa"/>
          </w:tcPr>
          <w:p w14:paraId="118ED75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Noise insulation from building systems</w:t>
            </w:r>
          </w:p>
        </w:tc>
        <w:tc>
          <w:tcPr>
            <w:tcW w:w="870" w:type="dxa"/>
          </w:tcPr>
          <w:p w14:paraId="2FE87E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054110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3.328</w:t>
            </w:r>
          </w:p>
        </w:tc>
        <w:tc>
          <w:tcPr>
            <w:tcW w:w="0" w:type="auto"/>
          </w:tcPr>
          <w:p w14:paraId="2C2127D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1.151</w:t>
            </w:r>
          </w:p>
        </w:tc>
        <w:tc>
          <w:tcPr>
            <w:tcW w:w="0" w:type="auto"/>
          </w:tcPr>
          <w:p w14:paraId="0F02BD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773623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22.9</w:t>
            </w:r>
          </w:p>
        </w:tc>
        <w:tc>
          <w:tcPr>
            <w:tcW w:w="0" w:type="auto"/>
          </w:tcPr>
          <w:p w14:paraId="72F41AE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29.6</w:t>
            </w:r>
          </w:p>
        </w:tc>
        <w:tc>
          <w:tcPr>
            <w:tcW w:w="0" w:type="auto"/>
          </w:tcPr>
          <w:p w14:paraId="19BA08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47.4</w:t>
            </w:r>
          </w:p>
        </w:tc>
      </w:tr>
      <w:tr w:rsidR="000260E1" w:rsidRPr="007631E6" w14:paraId="3DB02018" w14:textId="77777777" w:rsidTr="007631E6">
        <w:tc>
          <w:tcPr>
            <w:tcW w:w="0" w:type="auto"/>
          </w:tcPr>
          <w:p w14:paraId="6C5A3D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w:t>
            </w:r>
          </w:p>
        </w:tc>
        <w:tc>
          <w:tcPr>
            <w:tcW w:w="1530" w:type="dxa"/>
          </w:tcPr>
          <w:p w14:paraId="5CE64F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Quality of natural ventilation in room</w:t>
            </w:r>
          </w:p>
        </w:tc>
        <w:tc>
          <w:tcPr>
            <w:tcW w:w="870" w:type="dxa"/>
          </w:tcPr>
          <w:p w14:paraId="0A7C525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5E700E5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3.458</w:t>
            </w:r>
          </w:p>
        </w:tc>
        <w:tc>
          <w:tcPr>
            <w:tcW w:w="0" w:type="auto"/>
          </w:tcPr>
          <w:p w14:paraId="0BE278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1.166</w:t>
            </w:r>
          </w:p>
        </w:tc>
        <w:tc>
          <w:tcPr>
            <w:tcW w:w="0" w:type="auto"/>
          </w:tcPr>
          <w:p w14:paraId="0A43BA0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6343C50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23.3</w:t>
            </w:r>
          </w:p>
        </w:tc>
        <w:tc>
          <w:tcPr>
            <w:tcW w:w="0" w:type="auto"/>
          </w:tcPr>
          <w:p w14:paraId="39E98E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18.2</w:t>
            </w:r>
          </w:p>
        </w:tc>
        <w:tc>
          <w:tcPr>
            <w:tcW w:w="0" w:type="auto"/>
          </w:tcPr>
          <w:p w14:paraId="501B2D9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58.5</w:t>
            </w:r>
          </w:p>
        </w:tc>
      </w:tr>
      <w:tr w:rsidR="000260E1" w:rsidRPr="007631E6" w14:paraId="6703B132" w14:textId="77777777" w:rsidTr="007631E6">
        <w:tc>
          <w:tcPr>
            <w:tcW w:w="0" w:type="auto"/>
          </w:tcPr>
          <w:p w14:paraId="28CBFB5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w:t>
            </w:r>
          </w:p>
        </w:tc>
        <w:tc>
          <w:tcPr>
            <w:tcW w:w="1530" w:type="dxa"/>
          </w:tcPr>
          <w:p w14:paraId="3475B1B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Control over natural ventilation in room</w:t>
            </w:r>
          </w:p>
        </w:tc>
        <w:tc>
          <w:tcPr>
            <w:tcW w:w="870" w:type="dxa"/>
          </w:tcPr>
          <w:p w14:paraId="222F78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121D31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3.336</w:t>
            </w:r>
          </w:p>
        </w:tc>
        <w:tc>
          <w:tcPr>
            <w:tcW w:w="0" w:type="auto"/>
          </w:tcPr>
          <w:p w14:paraId="0502320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1.155</w:t>
            </w:r>
          </w:p>
        </w:tc>
        <w:tc>
          <w:tcPr>
            <w:tcW w:w="0" w:type="auto"/>
          </w:tcPr>
          <w:p w14:paraId="4047226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03FF585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23.3</w:t>
            </w:r>
          </w:p>
        </w:tc>
        <w:tc>
          <w:tcPr>
            <w:tcW w:w="0" w:type="auto"/>
          </w:tcPr>
          <w:p w14:paraId="75EC6D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24.5</w:t>
            </w:r>
          </w:p>
        </w:tc>
        <w:tc>
          <w:tcPr>
            <w:tcW w:w="0" w:type="auto"/>
          </w:tcPr>
          <w:p w14:paraId="0A43D3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52.2</w:t>
            </w:r>
          </w:p>
        </w:tc>
      </w:tr>
      <w:tr w:rsidR="000260E1" w:rsidRPr="007631E6" w14:paraId="04BB1201" w14:textId="77777777" w:rsidTr="007631E6">
        <w:tc>
          <w:tcPr>
            <w:tcW w:w="0" w:type="auto"/>
          </w:tcPr>
          <w:p w14:paraId="13B1BC7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w:t>
            </w:r>
          </w:p>
        </w:tc>
        <w:tc>
          <w:tcPr>
            <w:tcW w:w="1530" w:type="dxa"/>
          </w:tcPr>
          <w:p w14:paraId="2497A08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Ventilation quality in common areas</w:t>
            </w:r>
          </w:p>
        </w:tc>
        <w:tc>
          <w:tcPr>
            <w:tcW w:w="870" w:type="dxa"/>
          </w:tcPr>
          <w:p w14:paraId="67F74F6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15AF4C1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3.585</w:t>
            </w:r>
          </w:p>
        </w:tc>
        <w:tc>
          <w:tcPr>
            <w:tcW w:w="0" w:type="auto"/>
          </w:tcPr>
          <w:p w14:paraId="0106BE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1.038</w:t>
            </w:r>
          </w:p>
        </w:tc>
        <w:tc>
          <w:tcPr>
            <w:tcW w:w="0" w:type="auto"/>
          </w:tcPr>
          <w:p w14:paraId="7AB440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7020E5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17.8</w:t>
            </w:r>
          </w:p>
        </w:tc>
        <w:tc>
          <w:tcPr>
            <w:tcW w:w="0" w:type="auto"/>
          </w:tcPr>
          <w:p w14:paraId="39187D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19.0</w:t>
            </w:r>
          </w:p>
        </w:tc>
        <w:tc>
          <w:tcPr>
            <w:tcW w:w="0" w:type="auto"/>
          </w:tcPr>
          <w:p w14:paraId="7BA504E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63.2</w:t>
            </w:r>
          </w:p>
        </w:tc>
      </w:tr>
      <w:tr w:rsidR="000260E1" w:rsidRPr="007631E6" w14:paraId="13DE73A0" w14:textId="77777777" w:rsidTr="007631E6">
        <w:tc>
          <w:tcPr>
            <w:tcW w:w="0" w:type="auto"/>
          </w:tcPr>
          <w:p w14:paraId="17AE67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w:t>
            </w:r>
          </w:p>
        </w:tc>
        <w:tc>
          <w:tcPr>
            <w:tcW w:w="1530" w:type="dxa"/>
          </w:tcPr>
          <w:p w14:paraId="18C2FA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Control over mechanical ventilation in room</w:t>
            </w:r>
          </w:p>
        </w:tc>
        <w:tc>
          <w:tcPr>
            <w:tcW w:w="870" w:type="dxa"/>
          </w:tcPr>
          <w:p w14:paraId="0B1386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071930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2.443</w:t>
            </w:r>
          </w:p>
        </w:tc>
        <w:tc>
          <w:tcPr>
            <w:tcW w:w="0" w:type="auto"/>
          </w:tcPr>
          <w:p w14:paraId="6C67B3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1.328</w:t>
            </w:r>
          </w:p>
        </w:tc>
        <w:tc>
          <w:tcPr>
            <w:tcW w:w="0" w:type="auto"/>
          </w:tcPr>
          <w:p w14:paraId="616ED2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c>
          <w:tcPr>
            <w:tcW w:w="0" w:type="auto"/>
          </w:tcPr>
          <w:p w14:paraId="73907FC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56.5</w:t>
            </w:r>
          </w:p>
        </w:tc>
        <w:tc>
          <w:tcPr>
            <w:tcW w:w="0" w:type="auto"/>
          </w:tcPr>
          <w:p w14:paraId="0983E31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17.8</w:t>
            </w:r>
          </w:p>
        </w:tc>
        <w:tc>
          <w:tcPr>
            <w:tcW w:w="0" w:type="auto"/>
          </w:tcPr>
          <w:p w14:paraId="23ABE0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25.7</w:t>
            </w:r>
          </w:p>
        </w:tc>
      </w:tr>
      <w:tr w:rsidR="000260E1" w:rsidRPr="007631E6" w14:paraId="645ED341" w14:textId="77777777" w:rsidTr="007631E6">
        <w:tc>
          <w:tcPr>
            <w:tcW w:w="0" w:type="auto"/>
          </w:tcPr>
          <w:p w14:paraId="580685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w:t>
            </w:r>
          </w:p>
        </w:tc>
        <w:tc>
          <w:tcPr>
            <w:tcW w:w="1530" w:type="dxa"/>
          </w:tcPr>
          <w:p w14:paraId="0D492B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Identification of evacuation exits/routes</w:t>
            </w:r>
          </w:p>
        </w:tc>
        <w:tc>
          <w:tcPr>
            <w:tcW w:w="870" w:type="dxa"/>
          </w:tcPr>
          <w:p w14:paraId="4B24EEA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62E3E13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3.123</w:t>
            </w:r>
          </w:p>
        </w:tc>
        <w:tc>
          <w:tcPr>
            <w:tcW w:w="0" w:type="auto"/>
          </w:tcPr>
          <w:p w14:paraId="5B44F5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1.233</w:t>
            </w:r>
          </w:p>
        </w:tc>
        <w:tc>
          <w:tcPr>
            <w:tcW w:w="0" w:type="auto"/>
          </w:tcPr>
          <w:p w14:paraId="7F831C0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63D82E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28.1</w:t>
            </w:r>
          </w:p>
        </w:tc>
        <w:tc>
          <w:tcPr>
            <w:tcW w:w="0" w:type="auto"/>
          </w:tcPr>
          <w:p w14:paraId="7788A06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26.5</w:t>
            </w:r>
          </w:p>
        </w:tc>
        <w:tc>
          <w:tcPr>
            <w:tcW w:w="0" w:type="auto"/>
          </w:tcPr>
          <w:p w14:paraId="4F7F5EA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45.5</w:t>
            </w:r>
          </w:p>
        </w:tc>
      </w:tr>
      <w:tr w:rsidR="000260E1" w:rsidRPr="007631E6" w14:paraId="48CB6BD4" w14:textId="77777777" w:rsidTr="007631E6">
        <w:tc>
          <w:tcPr>
            <w:tcW w:w="0" w:type="auto"/>
          </w:tcPr>
          <w:p w14:paraId="24DB53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w:t>
            </w:r>
          </w:p>
        </w:tc>
        <w:tc>
          <w:tcPr>
            <w:tcW w:w="1530" w:type="dxa"/>
          </w:tcPr>
          <w:p w14:paraId="0D19B5B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Clarity of emergency-exit signage</w:t>
            </w:r>
          </w:p>
        </w:tc>
        <w:tc>
          <w:tcPr>
            <w:tcW w:w="870" w:type="dxa"/>
          </w:tcPr>
          <w:p w14:paraId="2E5DA1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59077C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3.146</w:t>
            </w:r>
          </w:p>
        </w:tc>
        <w:tc>
          <w:tcPr>
            <w:tcW w:w="0" w:type="auto"/>
          </w:tcPr>
          <w:p w14:paraId="0F3DAF5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1.224</w:t>
            </w:r>
          </w:p>
        </w:tc>
        <w:tc>
          <w:tcPr>
            <w:tcW w:w="0" w:type="auto"/>
          </w:tcPr>
          <w:p w14:paraId="4C7CE1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6DDBCCA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29.2</w:t>
            </w:r>
          </w:p>
        </w:tc>
        <w:tc>
          <w:tcPr>
            <w:tcW w:w="0" w:type="auto"/>
          </w:tcPr>
          <w:p w14:paraId="24478E7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25.7</w:t>
            </w:r>
          </w:p>
        </w:tc>
        <w:tc>
          <w:tcPr>
            <w:tcW w:w="0" w:type="auto"/>
          </w:tcPr>
          <w:p w14:paraId="68315D0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45.1</w:t>
            </w:r>
          </w:p>
        </w:tc>
      </w:tr>
      <w:tr w:rsidR="000260E1" w:rsidRPr="007631E6" w14:paraId="69E2AA7A" w14:textId="77777777" w:rsidTr="007631E6">
        <w:tc>
          <w:tcPr>
            <w:tcW w:w="0" w:type="auto"/>
          </w:tcPr>
          <w:p w14:paraId="3EF46F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w:t>
            </w:r>
          </w:p>
        </w:tc>
        <w:tc>
          <w:tcPr>
            <w:tcW w:w="1530" w:type="dxa"/>
          </w:tcPr>
          <w:p w14:paraId="4253E5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Emergency-corridor lighting</w:t>
            </w:r>
          </w:p>
        </w:tc>
        <w:tc>
          <w:tcPr>
            <w:tcW w:w="870" w:type="dxa"/>
          </w:tcPr>
          <w:p w14:paraId="27A5267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05C1C0B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3.123</w:t>
            </w:r>
          </w:p>
        </w:tc>
        <w:tc>
          <w:tcPr>
            <w:tcW w:w="0" w:type="auto"/>
          </w:tcPr>
          <w:p w14:paraId="750B986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1.181</w:t>
            </w:r>
          </w:p>
        </w:tc>
        <w:tc>
          <w:tcPr>
            <w:tcW w:w="0" w:type="auto"/>
          </w:tcPr>
          <w:p w14:paraId="58E38D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2CAFA4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28.1</w:t>
            </w:r>
          </w:p>
        </w:tc>
        <w:tc>
          <w:tcPr>
            <w:tcW w:w="0" w:type="auto"/>
          </w:tcPr>
          <w:p w14:paraId="6935569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28.5</w:t>
            </w:r>
          </w:p>
        </w:tc>
        <w:tc>
          <w:tcPr>
            <w:tcW w:w="0" w:type="auto"/>
          </w:tcPr>
          <w:p w14:paraId="3E47F7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43.5</w:t>
            </w:r>
          </w:p>
        </w:tc>
      </w:tr>
      <w:tr w:rsidR="000260E1" w:rsidRPr="007631E6" w14:paraId="26E06F92" w14:textId="77777777" w:rsidTr="007631E6">
        <w:tc>
          <w:tcPr>
            <w:tcW w:w="0" w:type="auto"/>
          </w:tcPr>
          <w:p w14:paraId="37B2F3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530" w:type="dxa"/>
          </w:tcPr>
          <w:p w14:paraId="673230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Alarm systems and fire extinguishers</w:t>
            </w:r>
          </w:p>
        </w:tc>
        <w:tc>
          <w:tcPr>
            <w:tcW w:w="870" w:type="dxa"/>
          </w:tcPr>
          <w:p w14:paraId="0B6F57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986A1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2.980</w:t>
            </w:r>
          </w:p>
        </w:tc>
        <w:tc>
          <w:tcPr>
            <w:tcW w:w="0" w:type="auto"/>
          </w:tcPr>
          <w:p w14:paraId="4CF8B2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1.384</w:t>
            </w:r>
          </w:p>
        </w:tc>
        <w:tc>
          <w:tcPr>
            <w:tcW w:w="0" w:type="auto"/>
          </w:tcPr>
          <w:p w14:paraId="7BE29B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3F82BFC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39.5</w:t>
            </w:r>
          </w:p>
        </w:tc>
        <w:tc>
          <w:tcPr>
            <w:tcW w:w="0" w:type="auto"/>
          </w:tcPr>
          <w:p w14:paraId="160358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18.2</w:t>
            </w:r>
          </w:p>
        </w:tc>
        <w:tc>
          <w:tcPr>
            <w:tcW w:w="0" w:type="auto"/>
          </w:tcPr>
          <w:p w14:paraId="1959D8D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42.3</w:t>
            </w:r>
          </w:p>
        </w:tc>
      </w:tr>
      <w:tr w:rsidR="000260E1" w:rsidRPr="007631E6" w14:paraId="7E03E1AB" w14:textId="77777777" w:rsidTr="007631E6">
        <w:tc>
          <w:tcPr>
            <w:tcW w:w="0" w:type="auto"/>
          </w:tcPr>
          <w:p w14:paraId="0B25081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lastRenderedPageBreak/>
              <w:t>22</w:t>
            </w:r>
          </w:p>
        </w:tc>
        <w:tc>
          <w:tcPr>
            <w:tcW w:w="1530" w:type="dxa"/>
          </w:tcPr>
          <w:p w14:paraId="26B4EC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Room-space layout</w:t>
            </w:r>
          </w:p>
        </w:tc>
        <w:tc>
          <w:tcPr>
            <w:tcW w:w="870" w:type="dxa"/>
          </w:tcPr>
          <w:p w14:paraId="05DCB5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7F3D29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3.609</w:t>
            </w:r>
          </w:p>
        </w:tc>
        <w:tc>
          <w:tcPr>
            <w:tcW w:w="0" w:type="auto"/>
          </w:tcPr>
          <w:p w14:paraId="686962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1.092</w:t>
            </w:r>
          </w:p>
        </w:tc>
        <w:tc>
          <w:tcPr>
            <w:tcW w:w="0" w:type="auto"/>
          </w:tcPr>
          <w:p w14:paraId="2E06EA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5A65271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18.2</w:t>
            </w:r>
          </w:p>
        </w:tc>
        <w:tc>
          <w:tcPr>
            <w:tcW w:w="0" w:type="auto"/>
          </w:tcPr>
          <w:p w14:paraId="7598909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14.2</w:t>
            </w:r>
          </w:p>
        </w:tc>
        <w:tc>
          <w:tcPr>
            <w:tcW w:w="0" w:type="auto"/>
          </w:tcPr>
          <w:p w14:paraId="78EED8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67.6</w:t>
            </w:r>
          </w:p>
        </w:tc>
      </w:tr>
      <w:tr w:rsidR="000260E1" w:rsidRPr="007631E6" w14:paraId="0F98C974" w14:textId="77777777" w:rsidTr="007631E6">
        <w:tc>
          <w:tcPr>
            <w:tcW w:w="0" w:type="auto"/>
          </w:tcPr>
          <w:p w14:paraId="75F54F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w:t>
            </w:r>
          </w:p>
        </w:tc>
        <w:tc>
          <w:tcPr>
            <w:tcW w:w="1530" w:type="dxa"/>
          </w:tcPr>
          <w:p w14:paraId="5EF922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Visual and acoustic privacy</w:t>
            </w:r>
          </w:p>
        </w:tc>
        <w:tc>
          <w:tcPr>
            <w:tcW w:w="870" w:type="dxa"/>
          </w:tcPr>
          <w:p w14:paraId="16B4DE1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33B98AA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3.427</w:t>
            </w:r>
          </w:p>
        </w:tc>
        <w:tc>
          <w:tcPr>
            <w:tcW w:w="0" w:type="auto"/>
          </w:tcPr>
          <w:p w14:paraId="7009D2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1.127</w:t>
            </w:r>
          </w:p>
        </w:tc>
        <w:tc>
          <w:tcPr>
            <w:tcW w:w="0" w:type="auto"/>
          </w:tcPr>
          <w:p w14:paraId="43E35F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04D893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19.8</w:t>
            </w:r>
          </w:p>
        </w:tc>
        <w:tc>
          <w:tcPr>
            <w:tcW w:w="0" w:type="auto"/>
          </w:tcPr>
          <w:p w14:paraId="03942B6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22.9</w:t>
            </w:r>
          </w:p>
        </w:tc>
        <w:tc>
          <w:tcPr>
            <w:tcW w:w="0" w:type="auto"/>
          </w:tcPr>
          <w:p w14:paraId="6652BF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57.3</w:t>
            </w:r>
          </w:p>
        </w:tc>
      </w:tr>
      <w:tr w:rsidR="000260E1" w:rsidRPr="007631E6" w14:paraId="657036E5" w14:textId="77777777" w:rsidTr="007631E6">
        <w:tc>
          <w:tcPr>
            <w:tcW w:w="0" w:type="auto"/>
          </w:tcPr>
          <w:p w14:paraId="737514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24</w:t>
            </w:r>
          </w:p>
        </w:tc>
        <w:tc>
          <w:tcPr>
            <w:tcW w:w="1530" w:type="dxa"/>
          </w:tcPr>
          <w:p w14:paraId="6D8DFC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Ease of furniture arrangement</w:t>
            </w:r>
          </w:p>
        </w:tc>
        <w:tc>
          <w:tcPr>
            <w:tcW w:w="870" w:type="dxa"/>
          </w:tcPr>
          <w:p w14:paraId="7B1AB2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A465E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3.834</w:t>
            </w:r>
          </w:p>
        </w:tc>
        <w:tc>
          <w:tcPr>
            <w:tcW w:w="0" w:type="auto"/>
          </w:tcPr>
          <w:p w14:paraId="08AA46F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1.033</w:t>
            </w:r>
          </w:p>
        </w:tc>
        <w:tc>
          <w:tcPr>
            <w:tcW w:w="0" w:type="auto"/>
          </w:tcPr>
          <w:p w14:paraId="07708BA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03AB5CE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12.3</w:t>
            </w:r>
          </w:p>
        </w:tc>
        <w:tc>
          <w:tcPr>
            <w:tcW w:w="0" w:type="auto"/>
          </w:tcPr>
          <w:p w14:paraId="60185A8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11.9</w:t>
            </w:r>
          </w:p>
        </w:tc>
        <w:tc>
          <w:tcPr>
            <w:tcW w:w="0" w:type="auto"/>
          </w:tcPr>
          <w:p w14:paraId="21556E2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75.9</w:t>
            </w:r>
          </w:p>
        </w:tc>
      </w:tr>
      <w:tr w:rsidR="000260E1" w:rsidRPr="007631E6" w14:paraId="2D39F7BE" w14:textId="77777777" w:rsidTr="007631E6">
        <w:tc>
          <w:tcPr>
            <w:tcW w:w="0" w:type="auto"/>
          </w:tcPr>
          <w:p w14:paraId="1CF6CF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w:t>
            </w:r>
          </w:p>
        </w:tc>
        <w:tc>
          <w:tcPr>
            <w:tcW w:w="1530" w:type="dxa"/>
          </w:tcPr>
          <w:p w14:paraId="438DBDF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Location and adequacy of room windows</w:t>
            </w:r>
          </w:p>
        </w:tc>
        <w:tc>
          <w:tcPr>
            <w:tcW w:w="870" w:type="dxa"/>
          </w:tcPr>
          <w:p w14:paraId="2FBC86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6E799B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3.538</w:t>
            </w:r>
          </w:p>
        </w:tc>
        <w:tc>
          <w:tcPr>
            <w:tcW w:w="0" w:type="auto"/>
          </w:tcPr>
          <w:p w14:paraId="4A3C5D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1.125</w:t>
            </w:r>
          </w:p>
        </w:tc>
        <w:tc>
          <w:tcPr>
            <w:tcW w:w="0" w:type="auto"/>
          </w:tcPr>
          <w:p w14:paraId="08D977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19B997C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18.2</w:t>
            </w:r>
          </w:p>
        </w:tc>
        <w:tc>
          <w:tcPr>
            <w:tcW w:w="0" w:type="auto"/>
          </w:tcPr>
          <w:p w14:paraId="000158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23.3</w:t>
            </w:r>
          </w:p>
        </w:tc>
        <w:tc>
          <w:tcPr>
            <w:tcW w:w="0" w:type="auto"/>
          </w:tcPr>
          <w:p w14:paraId="4E9B0C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58.5</w:t>
            </w:r>
          </w:p>
        </w:tc>
      </w:tr>
      <w:tr w:rsidR="000260E1" w:rsidRPr="007631E6" w14:paraId="5ABAFB96" w14:textId="77777777" w:rsidTr="007631E6">
        <w:tc>
          <w:tcPr>
            <w:tcW w:w="0" w:type="auto"/>
          </w:tcPr>
          <w:p w14:paraId="23E1F2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26</w:t>
            </w:r>
          </w:p>
        </w:tc>
        <w:tc>
          <w:tcPr>
            <w:tcW w:w="1530" w:type="dxa"/>
          </w:tcPr>
          <w:p w14:paraId="2E1E98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Room wall/paint finishes</w:t>
            </w:r>
          </w:p>
        </w:tc>
        <w:tc>
          <w:tcPr>
            <w:tcW w:w="870" w:type="dxa"/>
          </w:tcPr>
          <w:p w14:paraId="66C5346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36787E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3.700</w:t>
            </w:r>
          </w:p>
        </w:tc>
        <w:tc>
          <w:tcPr>
            <w:tcW w:w="0" w:type="auto"/>
          </w:tcPr>
          <w:p w14:paraId="47A1A2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1.075</w:t>
            </w:r>
          </w:p>
        </w:tc>
        <w:tc>
          <w:tcPr>
            <w:tcW w:w="0" w:type="auto"/>
          </w:tcPr>
          <w:p w14:paraId="1ED36E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30503A4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15.0</w:t>
            </w:r>
          </w:p>
        </w:tc>
        <w:tc>
          <w:tcPr>
            <w:tcW w:w="0" w:type="auto"/>
          </w:tcPr>
          <w:p w14:paraId="10D949A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16.6</w:t>
            </w:r>
          </w:p>
        </w:tc>
        <w:tc>
          <w:tcPr>
            <w:tcW w:w="0" w:type="auto"/>
          </w:tcPr>
          <w:p w14:paraId="7AEC6A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68.4</w:t>
            </w:r>
          </w:p>
        </w:tc>
      </w:tr>
      <w:tr w:rsidR="000260E1" w:rsidRPr="007631E6" w14:paraId="03BF8FDF" w14:textId="77777777" w:rsidTr="007631E6">
        <w:tc>
          <w:tcPr>
            <w:tcW w:w="0" w:type="auto"/>
          </w:tcPr>
          <w:p w14:paraId="525281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27</w:t>
            </w:r>
          </w:p>
        </w:tc>
        <w:tc>
          <w:tcPr>
            <w:tcW w:w="1530" w:type="dxa"/>
          </w:tcPr>
          <w:p w14:paraId="4234A92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Room floors and ceilings</w:t>
            </w:r>
          </w:p>
        </w:tc>
        <w:tc>
          <w:tcPr>
            <w:tcW w:w="870" w:type="dxa"/>
          </w:tcPr>
          <w:p w14:paraId="794AD6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71A6E9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3.846</w:t>
            </w:r>
          </w:p>
        </w:tc>
        <w:tc>
          <w:tcPr>
            <w:tcW w:w="0" w:type="auto"/>
          </w:tcPr>
          <w:p w14:paraId="5C112BC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1.075</w:t>
            </w:r>
          </w:p>
        </w:tc>
        <w:tc>
          <w:tcPr>
            <w:tcW w:w="0" w:type="auto"/>
          </w:tcPr>
          <w:p w14:paraId="19C8A5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417AE73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13.4</w:t>
            </w:r>
          </w:p>
        </w:tc>
        <w:tc>
          <w:tcPr>
            <w:tcW w:w="0" w:type="auto"/>
          </w:tcPr>
          <w:p w14:paraId="230544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13.0</w:t>
            </w:r>
          </w:p>
        </w:tc>
        <w:tc>
          <w:tcPr>
            <w:tcW w:w="0" w:type="auto"/>
          </w:tcPr>
          <w:p w14:paraId="1C22F2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73.5</w:t>
            </w:r>
          </w:p>
        </w:tc>
      </w:tr>
      <w:tr w:rsidR="000260E1" w:rsidRPr="007631E6" w14:paraId="63381E6A" w14:textId="77777777" w:rsidTr="007631E6">
        <w:tc>
          <w:tcPr>
            <w:tcW w:w="0" w:type="auto"/>
          </w:tcPr>
          <w:p w14:paraId="66FF1B8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w:t>
            </w:r>
          </w:p>
        </w:tc>
        <w:tc>
          <w:tcPr>
            <w:tcW w:w="1530" w:type="dxa"/>
          </w:tcPr>
          <w:p w14:paraId="63CFE8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Common-area wall/paint finishes</w:t>
            </w:r>
          </w:p>
        </w:tc>
        <w:tc>
          <w:tcPr>
            <w:tcW w:w="870" w:type="dxa"/>
          </w:tcPr>
          <w:p w14:paraId="3A20FE5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1ECB363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3.692</w:t>
            </w:r>
          </w:p>
        </w:tc>
        <w:tc>
          <w:tcPr>
            <w:tcW w:w="0" w:type="auto"/>
          </w:tcPr>
          <w:p w14:paraId="74EB9C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1.080</w:t>
            </w:r>
          </w:p>
        </w:tc>
        <w:tc>
          <w:tcPr>
            <w:tcW w:w="0" w:type="auto"/>
          </w:tcPr>
          <w:p w14:paraId="0DD3F73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17BEE2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16.2</w:t>
            </w:r>
          </w:p>
        </w:tc>
        <w:tc>
          <w:tcPr>
            <w:tcW w:w="0" w:type="auto"/>
          </w:tcPr>
          <w:p w14:paraId="10F6B3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17.8</w:t>
            </w:r>
          </w:p>
        </w:tc>
        <w:tc>
          <w:tcPr>
            <w:tcW w:w="0" w:type="auto"/>
          </w:tcPr>
          <w:p w14:paraId="634B84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66.0</w:t>
            </w:r>
          </w:p>
        </w:tc>
      </w:tr>
      <w:tr w:rsidR="000260E1" w:rsidRPr="007631E6" w14:paraId="0394E4F2" w14:textId="77777777" w:rsidTr="007631E6">
        <w:tc>
          <w:tcPr>
            <w:tcW w:w="0" w:type="auto"/>
          </w:tcPr>
          <w:p w14:paraId="7AF3B4E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w:t>
            </w:r>
          </w:p>
        </w:tc>
        <w:tc>
          <w:tcPr>
            <w:tcW w:w="1530" w:type="dxa"/>
          </w:tcPr>
          <w:p w14:paraId="7270E1E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Common-area floors and ceilings</w:t>
            </w:r>
          </w:p>
        </w:tc>
        <w:tc>
          <w:tcPr>
            <w:tcW w:w="870" w:type="dxa"/>
          </w:tcPr>
          <w:p w14:paraId="6F984EC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11361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3.723</w:t>
            </w:r>
          </w:p>
        </w:tc>
        <w:tc>
          <w:tcPr>
            <w:tcW w:w="0" w:type="auto"/>
          </w:tcPr>
          <w:p w14:paraId="1F8DFF9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1.040</w:t>
            </w:r>
          </w:p>
        </w:tc>
        <w:tc>
          <w:tcPr>
            <w:tcW w:w="0" w:type="auto"/>
          </w:tcPr>
          <w:p w14:paraId="2593585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20B1C21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14.6</w:t>
            </w:r>
          </w:p>
        </w:tc>
        <w:tc>
          <w:tcPr>
            <w:tcW w:w="0" w:type="auto"/>
          </w:tcPr>
          <w:p w14:paraId="5E6F28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17.0</w:t>
            </w:r>
          </w:p>
        </w:tc>
        <w:tc>
          <w:tcPr>
            <w:tcW w:w="0" w:type="auto"/>
          </w:tcPr>
          <w:p w14:paraId="695F2ED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68.4</w:t>
            </w:r>
          </w:p>
        </w:tc>
      </w:tr>
      <w:tr w:rsidR="000260E1" w:rsidRPr="007631E6" w14:paraId="7D32D3AB" w14:textId="77777777" w:rsidTr="007631E6">
        <w:tc>
          <w:tcPr>
            <w:tcW w:w="0" w:type="auto"/>
          </w:tcPr>
          <w:p w14:paraId="021FCE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w:t>
            </w:r>
          </w:p>
        </w:tc>
        <w:tc>
          <w:tcPr>
            <w:tcW w:w="1530" w:type="dxa"/>
          </w:tcPr>
          <w:p w14:paraId="1943479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External landscaping quality</w:t>
            </w:r>
          </w:p>
        </w:tc>
        <w:tc>
          <w:tcPr>
            <w:tcW w:w="870" w:type="dxa"/>
          </w:tcPr>
          <w:p w14:paraId="451D71C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15A3941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2.917</w:t>
            </w:r>
          </w:p>
        </w:tc>
        <w:tc>
          <w:tcPr>
            <w:tcW w:w="0" w:type="auto"/>
          </w:tcPr>
          <w:p w14:paraId="3F74652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1.230</w:t>
            </w:r>
          </w:p>
        </w:tc>
        <w:tc>
          <w:tcPr>
            <w:tcW w:w="0" w:type="auto"/>
          </w:tcPr>
          <w:p w14:paraId="6F58A7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370ED9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37.9</w:t>
            </w:r>
          </w:p>
        </w:tc>
        <w:tc>
          <w:tcPr>
            <w:tcW w:w="0" w:type="auto"/>
          </w:tcPr>
          <w:p w14:paraId="4FC45D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23.3</w:t>
            </w:r>
          </w:p>
        </w:tc>
        <w:tc>
          <w:tcPr>
            <w:tcW w:w="0" w:type="auto"/>
          </w:tcPr>
          <w:p w14:paraId="3B4FBD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38.7</w:t>
            </w:r>
          </w:p>
        </w:tc>
      </w:tr>
      <w:tr w:rsidR="000260E1" w:rsidRPr="007631E6" w14:paraId="59EFEA6E" w14:textId="77777777" w:rsidTr="007631E6">
        <w:tc>
          <w:tcPr>
            <w:tcW w:w="0" w:type="auto"/>
          </w:tcPr>
          <w:p w14:paraId="21EF3C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w:t>
            </w:r>
          </w:p>
        </w:tc>
        <w:tc>
          <w:tcPr>
            <w:tcW w:w="1530" w:type="dxa"/>
          </w:tcPr>
          <w:p w14:paraId="72007E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Condition of windows</w:t>
            </w:r>
          </w:p>
        </w:tc>
        <w:tc>
          <w:tcPr>
            <w:tcW w:w="870" w:type="dxa"/>
          </w:tcPr>
          <w:p w14:paraId="180D553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528BEC3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3.518</w:t>
            </w:r>
          </w:p>
        </w:tc>
        <w:tc>
          <w:tcPr>
            <w:tcW w:w="0" w:type="auto"/>
          </w:tcPr>
          <w:p w14:paraId="5CF0BD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1.086</w:t>
            </w:r>
          </w:p>
        </w:tc>
        <w:tc>
          <w:tcPr>
            <w:tcW w:w="0" w:type="auto"/>
          </w:tcPr>
          <w:p w14:paraId="1AB270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4A97BA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18.6</w:t>
            </w:r>
          </w:p>
        </w:tc>
        <w:tc>
          <w:tcPr>
            <w:tcW w:w="0" w:type="auto"/>
          </w:tcPr>
          <w:p w14:paraId="39D26EA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20.9</w:t>
            </w:r>
          </w:p>
        </w:tc>
        <w:tc>
          <w:tcPr>
            <w:tcW w:w="0" w:type="auto"/>
          </w:tcPr>
          <w:p w14:paraId="58EB67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60.5</w:t>
            </w:r>
          </w:p>
        </w:tc>
      </w:tr>
      <w:tr w:rsidR="000260E1" w:rsidRPr="007631E6" w14:paraId="54F6FB78" w14:textId="77777777" w:rsidTr="007631E6">
        <w:tc>
          <w:tcPr>
            <w:tcW w:w="0" w:type="auto"/>
          </w:tcPr>
          <w:p w14:paraId="64015A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w:t>
            </w:r>
          </w:p>
        </w:tc>
        <w:tc>
          <w:tcPr>
            <w:tcW w:w="1530" w:type="dxa"/>
          </w:tcPr>
          <w:p w14:paraId="2307FF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Condition of doors</w:t>
            </w:r>
          </w:p>
        </w:tc>
        <w:tc>
          <w:tcPr>
            <w:tcW w:w="870" w:type="dxa"/>
          </w:tcPr>
          <w:p w14:paraId="04EECB5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57FBF2E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3.553</w:t>
            </w:r>
          </w:p>
        </w:tc>
        <w:tc>
          <w:tcPr>
            <w:tcW w:w="0" w:type="auto"/>
          </w:tcPr>
          <w:p w14:paraId="77A2F63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1.044</w:t>
            </w:r>
          </w:p>
        </w:tc>
        <w:tc>
          <w:tcPr>
            <w:tcW w:w="0" w:type="auto"/>
          </w:tcPr>
          <w:p w14:paraId="41CB80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371EF1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17.8</w:t>
            </w:r>
          </w:p>
        </w:tc>
        <w:tc>
          <w:tcPr>
            <w:tcW w:w="0" w:type="auto"/>
          </w:tcPr>
          <w:p w14:paraId="392A35F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21.3</w:t>
            </w:r>
          </w:p>
        </w:tc>
        <w:tc>
          <w:tcPr>
            <w:tcW w:w="0" w:type="auto"/>
          </w:tcPr>
          <w:p w14:paraId="23642B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60.9</w:t>
            </w:r>
          </w:p>
        </w:tc>
      </w:tr>
      <w:tr w:rsidR="000260E1" w:rsidRPr="007631E6" w14:paraId="18B81212" w14:textId="77777777" w:rsidTr="007631E6">
        <w:tc>
          <w:tcPr>
            <w:tcW w:w="0" w:type="auto"/>
          </w:tcPr>
          <w:p w14:paraId="2219FD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w:t>
            </w:r>
          </w:p>
        </w:tc>
        <w:tc>
          <w:tcPr>
            <w:tcW w:w="1530" w:type="dxa"/>
          </w:tcPr>
          <w:p w14:paraId="5A2073E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Continuity of electricity supply</w:t>
            </w:r>
          </w:p>
        </w:tc>
        <w:tc>
          <w:tcPr>
            <w:tcW w:w="870" w:type="dxa"/>
          </w:tcPr>
          <w:p w14:paraId="2A0AED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0036371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3.332</w:t>
            </w:r>
          </w:p>
        </w:tc>
        <w:tc>
          <w:tcPr>
            <w:tcW w:w="0" w:type="auto"/>
          </w:tcPr>
          <w:p w14:paraId="3AED30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1.339</w:t>
            </w:r>
          </w:p>
        </w:tc>
        <w:tc>
          <w:tcPr>
            <w:tcW w:w="0" w:type="auto"/>
          </w:tcPr>
          <w:p w14:paraId="3865886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2A2DA74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30.4</w:t>
            </w:r>
          </w:p>
        </w:tc>
        <w:tc>
          <w:tcPr>
            <w:tcW w:w="0" w:type="auto"/>
          </w:tcPr>
          <w:p w14:paraId="34768DC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12.3</w:t>
            </w:r>
          </w:p>
        </w:tc>
        <w:tc>
          <w:tcPr>
            <w:tcW w:w="0" w:type="auto"/>
          </w:tcPr>
          <w:p w14:paraId="43290BD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57.3</w:t>
            </w:r>
          </w:p>
        </w:tc>
      </w:tr>
      <w:tr w:rsidR="000260E1" w:rsidRPr="007631E6" w14:paraId="0CFEEB7F" w14:textId="77777777" w:rsidTr="007631E6">
        <w:tc>
          <w:tcPr>
            <w:tcW w:w="0" w:type="auto"/>
          </w:tcPr>
          <w:p w14:paraId="689A03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w:t>
            </w:r>
          </w:p>
        </w:tc>
        <w:tc>
          <w:tcPr>
            <w:tcW w:w="1530" w:type="dxa"/>
          </w:tcPr>
          <w:p w14:paraId="778AB9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Continuity of water supply</w:t>
            </w:r>
          </w:p>
        </w:tc>
        <w:tc>
          <w:tcPr>
            <w:tcW w:w="870" w:type="dxa"/>
          </w:tcPr>
          <w:p w14:paraId="1FF153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081820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2.787</w:t>
            </w:r>
          </w:p>
        </w:tc>
        <w:tc>
          <w:tcPr>
            <w:tcW w:w="0" w:type="auto"/>
          </w:tcPr>
          <w:p w14:paraId="20B228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1.298</w:t>
            </w:r>
          </w:p>
        </w:tc>
        <w:tc>
          <w:tcPr>
            <w:tcW w:w="0" w:type="auto"/>
          </w:tcPr>
          <w:p w14:paraId="6DC8FC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527BB1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45.8</w:t>
            </w:r>
          </w:p>
        </w:tc>
        <w:tc>
          <w:tcPr>
            <w:tcW w:w="0" w:type="auto"/>
          </w:tcPr>
          <w:p w14:paraId="6E4DEA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20.2</w:t>
            </w:r>
          </w:p>
        </w:tc>
        <w:tc>
          <w:tcPr>
            <w:tcW w:w="0" w:type="auto"/>
          </w:tcPr>
          <w:p w14:paraId="3E3B88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34.0</w:t>
            </w:r>
          </w:p>
        </w:tc>
      </w:tr>
      <w:tr w:rsidR="000260E1" w:rsidRPr="007631E6" w14:paraId="5D31CD68" w14:textId="77777777" w:rsidTr="007631E6">
        <w:tc>
          <w:tcPr>
            <w:tcW w:w="0" w:type="auto"/>
          </w:tcPr>
          <w:p w14:paraId="2A9D0C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w:t>
            </w:r>
          </w:p>
        </w:tc>
        <w:tc>
          <w:tcPr>
            <w:tcW w:w="1530" w:type="dxa"/>
          </w:tcPr>
          <w:p w14:paraId="65FF02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Condition/readiness of bathrooms and kitchens</w:t>
            </w:r>
          </w:p>
        </w:tc>
        <w:tc>
          <w:tcPr>
            <w:tcW w:w="870" w:type="dxa"/>
          </w:tcPr>
          <w:p w14:paraId="0314D56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514A73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3.372</w:t>
            </w:r>
          </w:p>
        </w:tc>
        <w:tc>
          <w:tcPr>
            <w:tcW w:w="0" w:type="auto"/>
          </w:tcPr>
          <w:p w14:paraId="3030909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1.139</w:t>
            </w:r>
          </w:p>
        </w:tc>
        <w:tc>
          <w:tcPr>
            <w:tcW w:w="0" w:type="auto"/>
          </w:tcPr>
          <w:p w14:paraId="5228A1A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7BCECD4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24.1</w:t>
            </w:r>
          </w:p>
        </w:tc>
        <w:tc>
          <w:tcPr>
            <w:tcW w:w="0" w:type="auto"/>
          </w:tcPr>
          <w:p w14:paraId="47A6D4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20.9</w:t>
            </w:r>
          </w:p>
        </w:tc>
        <w:tc>
          <w:tcPr>
            <w:tcW w:w="0" w:type="auto"/>
          </w:tcPr>
          <w:p w14:paraId="664416F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54.9</w:t>
            </w:r>
          </w:p>
        </w:tc>
      </w:tr>
      <w:tr w:rsidR="000260E1" w:rsidRPr="007631E6" w14:paraId="4615BF5F" w14:textId="77777777" w:rsidTr="007631E6">
        <w:tc>
          <w:tcPr>
            <w:tcW w:w="0" w:type="auto"/>
          </w:tcPr>
          <w:p w14:paraId="5AA1FA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w:t>
            </w:r>
          </w:p>
        </w:tc>
        <w:tc>
          <w:tcPr>
            <w:tcW w:w="1530" w:type="dxa"/>
          </w:tcPr>
          <w:p w14:paraId="13068F2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Adequacy of shared facilities</w:t>
            </w:r>
          </w:p>
        </w:tc>
        <w:tc>
          <w:tcPr>
            <w:tcW w:w="870" w:type="dxa"/>
          </w:tcPr>
          <w:p w14:paraId="7DAF5F2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4BE14E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3.451</w:t>
            </w:r>
          </w:p>
        </w:tc>
        <w:tc>
          <w:tcPr>
            <w:tcW w:w="0" w:type="auto"/>
          </w:tcPr>
          <w:p w14:paraId="1D800E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1.081</w:t>
            </w:r>
          </w:p>
        </w:tc>
        <w:tc>
          <w:tcPr>
            <w:tcW w:w="0" w:type="auto"/>
          </w:tcPr>
          <w:p w14:paraId="54A5FC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7EC367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20.2</w:t>
            </w:r>
          </w:p>
        </w:tc>
        <w:tc>
          <w:tcPr>
            <w:tcW w:w="0" w:type="auto"/>
          </w:tcPr>
          <w:p w14:paraId="296E03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22.5</w:t>
            </w:r>
          </w:p>
        </w:tc>
        <w:tc>
          <w:tcPr>
            <w:tcW w:w="0" w:type="auto"/>
          </w:tcPr>
          <w:p w14:paraId="7C96F3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57.3</w:t>
            </w:r>
          </w:p>
        </w:tc>
      </w:tr>
      <w:tr w:rsidR="000260E1" w:rsidRPr="007631E6" w14:paraId="3D98F2ED" w14:textId="77777777" w:rsidTr="007631E6">
        <w:tc>
          <w:tcPr>
            <w:tcW w:w="0" w:type="auto"/>
          </w:tcPr>
          <w:p w14:paraId="4B5B7C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w:t>
            </w:r>
          </w:p>
        </w:tc>
        <w:tc>
          <w:tcPr>
            <w:tcW w:w="1530" w:type="dxa"/>
          </w:tcPr>
          <w:p w14:paraId="0FD53D2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Adequacy of recreational facilities</w:t>
            </w:r>
          </w:p>
        </w:tc>
        <w:tc>
          <w:tcPr>
            <w:tcW w:w="870" w:type="dxa"/>
          </w:tcPr>
          <w:p w14:paraId="029821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2141F41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2.526</w:t>
            </w:r>
          </w:p>
        </w:tc>
        <w:tc>
          <w:tcPr>
            <w:tcW w:w="0" w:type="auto"/>
          </w:tcPr>
          <w:p w14:paraId="7A3DF8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1.296</w:t>
            </w:r>
          </w:p>
        </w:tc>
        <w:tc>
          <w:tcPr>
            <w:tcW w:w="0" w:type="auto"/>
          </w:tcPr>
          <w:p w14:paraId="368207D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c>
          <w:tcPr>
            <w:tcW w:w="0" w:type="auto"/>
          </w:tcPr>
          <w:p w14:paraId="357381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51.4</w:t>
            </w:r>
          </w:p>
        </w:tc>
        <w:tc>
          <w:tcPr>
            <w:tcW w:w="0" w:type="auto"/>
          </w:tcPr>
          <w:p w14:paraId="2B4830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22.9</w:t>
            </w:r>
          </w:p>
        </w:tc>
        <w:tc>
          <w:tcPr>
            <w:tcW w:w="0" w:type="auto"/>
          </w:tcPr>
          <w:p w14:paraId="0B75B4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25.7</w:t>
            </w:r>
          </w:p>
        </w:tc>
      </w:tr>
      <w:tr w:rsidR="000260E1" w:rsidRPr="007631E6" w14:paraId="09798545" w14:textId="77777777" w:rsidTr="007631E6">
        <w:tc>
          <w:tcPr>
            <w:tcW w:w="0" w:type="auto"/>
          </w:tcPr>
          <w:p w14:paraId="2FAC42B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w:t>
            </w:r>
          </w:p>
        </w:tc>
        <w:tc>
          <w:tcPr>
            <w:tcW w:w="1530" w:type="dxa"/>
          </w:tcPr>
          <w:p w14:paraId="7E875C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Ease of movement between building areas</w:t>
            </w:r>
          </w:p>
        </w:tc>
        <w:tc>
          <w:tcPr>
            <w:tcW w:w="870" w:type="dxa"/>
          </w:tcPr>
          <w:p w14:paraId="2A0443F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00B0352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3.917</w:t>
            </w:r>
          </w:p>
        </w:tc>
        <w:tc>
          <w:tcPr>
            <w:tcW w:w="0" w:type="auto"/>
          </w:tcPr>
          <w:p w14:paraId="02F495A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0.962</w:t>
            </w:r>
          </w:p>
        </w:tc>
        <w:tc>
          <w:tcPr>
            <w:tcW w:w="0" w:type="auto"/>
          </w:tcPr>
          <w:p w14:paraId="7C1EEC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4968DF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9.1</w:t>
            </w:r>
          </w:p>
        </w:tc>
        <w:tc>
          <w:tcPr>
            <w:tcW w:w="0" w:type="auto"/>
          </w:tcPr>
          <w:p w14:paraId="5755D8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15.0</w:t>
            </w:r>
          </w:p>
        </w:tc>
        <w:tc>
          <w:tcPr>
            <w:tcW w:w="0" w:type="auto"/>
          </w:tcPr>
          <w:p w14:paraId="135045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75.9</w:t>
            </w:r>
          </w:p>
        </w:tc>
      </w:tr>
      <w:tr w:rsidR="000260E1" w:rsidRPr="007631E6" w14:paraId="5D9B8F77" w14:textId="77777777" w:rsidTr="007631E6">
        <w:tc>
          <w:tcPr>
            <w:tcW w:w="0" w:type="auto"/>
          </w:tcPr>
          <w:p w14:paraId="15FA5FF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39</w:t>
            </w:r>
          </w:p>
        </w:tc>
        <w:tc>
          <w:tcPr>
            <w:tcW w:w="1530" w:type="dxa"/>
          </w:tcPr>
          <w:p w14:paraId="41404D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Ease of movement in corridors/entrances</w:t>
            </w:r>
          </w:p>
        </w:tc>
        <w:tc>
          <w:tcPr>
            <w:tcW w:w="870" w:type="dxa"/>
          </w:tcPr>
          <w:p w14:paraId="5AEB738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15BD19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4.028</w:t>
            </w:r>
          </w:p>
        </w:tc>
        <w:tc>
          <w:tcPr>
            <w:tcW w:w="0" w:type="auto"/>
          </w:tcPr>
          <w:p w14:paraId="127F9A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0.936</w:t>
            </w:r>
          </w:p>
        </w:tc>
        <w:tc>
          <w:tcPr>
            <w:tcW w:w="0" w:type="auto"/>
          </w:tcPr>
          <w:p w14:paraId="4468342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6CA631E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7.5</w:t>
            </w:r>
          </w:p>
        </w:tc>
        <w:tc>
          <w:tcPr>
            <w:tcW w:w="0" w:type="auto"/>
          </w:tcPr>
          <w:p w14:paraId="3ED66F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11.5</w:t>
            </w:r>
          </w:p>
        </w:tc>
        <w:tc>
          <w:tcPr>
            <w:tcW w:w="0" w:type="auto"/>
          </w:tcPr>
          <w:p w14:paraId="437794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81.0</w:t>
            </w:r>
          </w:p>
        </w:tc>
      </w:tr>
      <w:tr w:rsidR="000260E1" w:rsidRPr="007631E6" w14:paraId="02F20839" w14:textId="77777777" w:rsidTr="007631E6">
        <w:tc>
          <w:tcPr>
            <w:tcW w:w="0" w:type="auto"/>
          </w:tcPr>
          <w:p w14:paraId="33DBB5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w:t>
            </w:r>
          </w:p>
        </w:tc>
        <w:tc>
          <w:tcPr>
            <w:tcW w:w="1530" w:type="dxa"/>
          </w:tcPr>
          <w:p w14:paraId="0EBF7D5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Adequacy of stairs/lifts</w:t>
            </w:r>
          </w:p>
        </w:tc>
        <w:tc>
          <w:tcPr>
            <w:tcW w:w="870" w:type="dxa"/>
          </w:tcPr>
          <w:p w14:paraId="633927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22A3097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3.751</w:t>
            </w:r>
          </w:p>
        </w:tc>
        <w:tc>
          <w:tcPr>
            <w:tcW w:w="0" w:type="auto"/>
          </w:tcPr>
          <w:p w14:paraId="63AE8D1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1.053</w:t>
            </w:r>
          </w:p>
        </w:tc>
        <w:tc>
          <w:tcPr>
            <w:tcW w:w="0" w:type="auto"/>
          </w:tcPr>
          <w:p w14:paraId="3A6899E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59E523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13.8</w:t>
            </w:r>
          </w:p>
        </w:tc>
        <w:tc>
          <w:tcPr>
            <w:tcW w:w="0" w:type="auto"/>
          </w:tcPr>
          <w:p w14:paraId="4685995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17.4</w:t>
            </w:r>
          </w:p>
        </w:tc>
        <w:tc>
          <w:tcPr>
            <w:tcW w:w="0" w:type="auto"/>
          </w:tcPr>
          <w:p w14:paraId="0E58E26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68.8</w:t>
            </w:r>
          </w:p>
        </w:tc>
      </w:tr>
      <w:tr w:rsidR="000260E1" w:rsidRPr="007631E6" w14:paraId="2D70DE1F" w14:textId="77777777" w:rsidTr="007631E6">
        <w:tc>
          <w:tcPr>
            <w:tcW w:w="0" w:type="auto"/>
          </w:tcPr>
          <w:p w14:paraId="1A3229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41</w:t>
            </w:r>
          </w:p>
        </w:tc>
        <w:tc>
          <w:tcPr>
            <w:tcW w:w="1530" w:type="dxa"/>
          </w:tcPr>
          <w:p w14:paraId="1179A4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Accessibility for persons with disabilities</w:t>
            </w:r>
          </w:p>
        </w:tc>
        <w:tc>
          <w:tcPr>
            <w:tcW w:w="870" w:type="dxa"/>
          </w:tcPr>
          <w:p w14:paraId="02AA2C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557B348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3.051</w:t>
            </w:r>
          </w:p>
        </w:tc>
        <w:tc>
          <w:tcPr>
            <w:tcW w:w="0" w:type="auto"/>
          </w:tcPr>
          <w:p w14:paraId="729BC23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1.279</w:t>
            </w:r>
          </w:p>
        </w:tc>
        <w:tc>
          <w:tcPr>
            <w:tcW w:w="0" w:type="auto"/>
          </w:tcPr>
          <w:p w14:paraId="5C76A34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0" w:type="auto"/>
          </w:tcPr>
          <w:p w14:paraId="4E62B8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36.8</w:t>
            </w:r>
          </w:p>
        </w:tc>
        <w:tc>
          <w:tcPr>
            <w:tcW w:w="0" w:type="auto"/>
          </w:tcPr>
          <w:p w14:paraId="3C5975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22.1</w:t>
            </w:r>
          </w:p>
        </w:tc>
        <w:tc>
          <w:tcPr>
            <w:tcW w:w="0" w:type="auto"/>
          </w:tcPr>
          <w:p w14:paraId="4EF523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41.1</w:t>
            </w:r>
          </w:p>
        </w:tc>
      </w:tr>
      <w:tr w:rsidR="000260E1" w:rsidRPr="007631E6" w14:paraId="0E290E23" w14:textId="77777777" w:rsidTr="007631E6">
        <w:tc>
          <w:tcPr>
            <w:tcW w:w="0" w:type="auto"/>
          </w:tcPr>
          <w:p w14:paraId="5E0611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42</w:t>
            </w:r>
          </w:p>
        </w:tc>
        <w:tc>
          <w:tcPr>
            <w:tcW w:w="1530" w:type="dxa"/>
          </w:tcPr>
          <w:p w14:paraId="29DEC9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Location relative to lecture halls</w:t>
            </w:r>
          </w:p>
        </w:tc>
        <w:tc>
          <w:tcPr>
            <w:tcW w:w="870" w:type="dxa"/>
          </w:tcPr>
          <w:p w14:paraId="62EE54B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6C34D0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3.549</w:t>
            </w:r>
          </w:p>
        </w:tc>
        <w:tc>
          <w:tcPr>
            <w:tcW w:w="0" w:type="auto"/>
          </w:tcPr>
          <w:p w14:paraId="412B52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1.180</w:t>
            </w:r>
          </w:p>
        </w:tc>
        <w:tc>
          <w:tcPr>
            <w:tcW w:w="0" w:type="auto"/>
          </w:tcPr>
          <w:p w14:paraId="361B727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56037F7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19.4</w:t>
            </w:r>
          </w:p>
        </w:tc>
        <w:tc>
          <w:tcPr>
            <w:tcW w:w="0" w:type="auto"/>
          </w:tcPr>
          <w:p w14:paraId="5F3F086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20.2</w:t>
            </w:r>
          </w:p>
        </w:tc>
        <w:tc>
          <w:tcPr>
            <w:tcW w:w="0" w:type="auto"/>
          </w:tcPr>
          <w:p w14:paraId="1032F68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60.5</w:t>
            </w:r>
          </w:p>
        </w:tc>
      </w:tr>
      <w:tr w:rsidR="000260E1" w:rsidRPr="007631E6" w14:paraId="1C0F5469" w14:textId="77777777" w:rsidTr="007631E6">
        <w:tc>
          <w:tcPr>
            <w:tcW w:w="0" w:type="auto"/>
          </w:tcPr>
          <w:p w14:paraId="58100D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43</w:t>
            </w:r>
          </w:p>
        </w:tc>
        <w:tc>
          <w:tcPr>
            <w:tcW w:w="1530" w:type="dxa"/>
          </w:tcPr>
          <w:p w14:paraId="7AEEA7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Internal wayfinding signage</w:t>
            </w:r>
          </w:p>
        </w:tc>
        <w:tc>
          <w:tcPr>
            <w:tcW w:w="870" w:type="dxa"/>
          </w:tcPr>
          <w:p w14:paraId="30A72E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253</w:t>
            </w:r>
          </w:p>
        </w:tc>
        <w:tc>
          <w:tcPr>
            <w:tcW w:w="0" w:type="auto"/>
          </w:tcPr>
          <w:p w14:paraId="18A22B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3.818</w:t>
            </w:r>
          </w:p>
        </w:tc>
        <w:tc>
          <w:tcPr>
            <w:tcW w:w="0" w:type="auto"/>
          </w:tcPr>
          <w:p w14:paraId="2075CE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1.031</w:t>
            </w:r>
          </w:p>
        </w:tc>
        <w:tc>
          <w:tcPr>
            <w:tcW w:w="0" w:type="auto"/>
          </w:tcPr>
          <w:p w14:paraId="627B20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c>
          <w:tcPr>
            <w:tcW w:w="0" w:type="auto"/>
          </w:tcPr>
          <w:p w14:paraId="2894F0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10.3</w:t>
            </w:r>
          </w:p>
        </w:tc>
        <w:tc>
          <w:tcPr>
            <w:tcW w:w="0" w:type="auto"/>
          </w:tcPr>
          <w:p w14:paraId="74DFA1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18.6</w:t>
            </w:r>
          </w:p>
        </w:tc>
        <w:tc>
          <w:tcPr>
            <w:tcW w:w="0" w:type="auto"/>
          </w:tcPr>
          <w:p w14:paraId="424996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71.1</w:t>
            </w:r>
          </w:p>
        </w:tc>
      </w:tr>
    </w:tbl>
    <w:p w14:paraId="336CFC03"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lastRenderedPageBreak/>
        <w:t>S3 Measurement-model audit</w:t>
      </w:r>
    </w:p>
    <w:p w14:paraId="770CBFD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The primary ordinal model used lavaan WLSMV with ordered indicators and the explicitly specified delta parameterization. Primary fit was CFI=0.879, TLI=0.867, RMSEA=0.069 and SRMR=0.081; the N=235 sensitivity fit was similar. Maximum-likelihood and independently coded ordinal-DWLS results are retained as complementary audits. Across methods, the prespecified structure did not justify definitive scale validation.</w:t>
      </w:r>
    </w:p>
    <w:p w14:paraId="3F27FF75"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S4  Full ordinal WLSMV fit</w:t>
      </w:r>
    </w:p>
    <w:tbl>
      <w:tblPr>
        <w:tblStyle w:val="TableGrid"/>
        <w:tblW w:w="0" w:type="auto"/>
        <w:tblLayout w:type="fixed"/>
        <w:tblLook w:val="04A0" w:firstRow="1" w:lastRow="0" w:firstColumn="1" w:lastColumn="0" w:noHBand="0" w:noVBand="1"/>
      </w:tblPr>
      <w:tblGrid>
        <w:gridCol w:w="941"/>
        <w:gridCol w:w="941"/>
        <w:gridCol w:w="941"/>
        <w:gridCol w:w="941"/>
        <w:gridCol w:w="941"/>
        <w:gridCol w:w="941"/>
        <w:gridCol w:w="941"/>
        <w:gridCol w:w="941"/>
        <w:gridCol w:w="941"/>
        <w:gridCol w:w="941"/>
      </w:tblGrid>
      <w:tr w:rsidR="000260E1" w:rsidRPr="007631E6" w14:paraId="60C9A373" w14:textId="77777777" w:rsidTr="007631E6">
        <w:tc>
          <w:tcPr>
            <w:tcW w:w="941" w:type="dxa"/>
          </w:tcPr>
          <w:p w14:paraId="7C8004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analysis</w:t>
            </w:r>
          </w:p>
        </w:tc>
        <w:tc>
          <w:tcPr>
            <w:tcW w:w="941" w:type="dxa"/>
          </w:tcPr>
          <w:p w14:paraId="563754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chisq.scaled</w:t>
            </w:r>
          </w:p>
        </w:tc>
        <w:tc>
          <w:tcPr>
            <w:tcW w:w="941" w:type="dxa"/>
          </w:tcPr>
          <w:p w14:paraId="23A5C06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df.scaled</w:t>
            </w:r>
          </w:p>
        </w:tc>
        <w:tc>
          <w:tcPr>
            <w:tcW w:w="941" w:type="dxa"/>
          </w:tcPr>
          <w:p w14:paraId="28D413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pvalue.scaled</w:t>
            </w:r>
          </w:p>
        </w:tc>
        <w:tc>
          <w:tcPr>
            <w:tcW w:w="941" w:type="dxa"/>
          </w:tcPr>
          <w:p w14:paraId="6B01CEE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cfi.scaled</w:t>
            </w:r>
          </w:p>
        </w:tc>
        <w:tc>
          <w:tcPr>
            <w:tcW w:w="941" w:type="dxa"/>
          </w:tcPr>
          <w:p w14:paraId="3F6B05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tli.scaled</w:t>
            </w:r>
          </w:p>
        </w:tc>
        <w:tc>
          <w:tcPr>
            <w:tcW w:w="941" w:type="dxa"/>
          </w:tcPr>
          <w:p w14:paraId="07ABBAB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rmsea.scaled</w:t>
            </w:r>
          </w:p>
        </w:tc>
        <w:tc>
          <w:tcPr>
            <w:tcW w:w="941" w:type="dxa"/>
          </w:tcPr>
          <w:p w14:paraId="622730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rmsea.ci.lower.scaled</w:t>
            </w:r>
          </w:p>
        </w:tc>
        <w:tc>
          <w:tcPr>
            <w:tcW w:w="941" w:type="dxa"/>
          </w:tcPr>
          <w:p w14:paraId="14771B8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rmsea.ci.upper.scaled</w:t>
            </w:r>
          </w:p>
        </w:tc>
        <w:tc>
          <w:tcPr>
            <w:tcW w:w="941" w:type="dxa"/>
          </w:tcPr>
          <w:p w14:paraId="3866F4C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srmr</w:t>
            </w:r>
          </w:p>
        </w:tc>
      </w:tr>
      <w:tr w:rsidR="000260E1" w:rsidRPr="007631E6" w14:paraId="79AEA717" w14:textId="77777777" w:rsidTr="007631E6">
        <w:tc>
          <w:tcPr>
            <w:tcW w:w="941" w:type="dxa"/>
          </w:tcPr>
          <w:p w14:paraId="32906A3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Primary_N253</w:t>
            </w:r>
          </w:p>
        </w:tc>
        <w:tc>
          <w:tcPr>
            <w:tcW w:w="941" w:type="dxa"/>
          </w:tcPr>
          <w:p w14:paraId="694787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1805.573</w:t>
            </w:r>
          </w:p>
        </w:tc>
        <w:tc>
          <w:tcPr>
            <w:tcW w:w="941" w:type="dxa"/>
          </w:tcPr>
          <w:p w14:paraId="7838BD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824.000</w:t>
            </w:r>
          </w:p>
        </w:tc>
        <w:tc>
          <w:tcPr>
            <w:tcW w:w="941" w:type="dxa"/>
          </w:tcPr>
          <w:p w14:paraId="33D3EA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63E2BC8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0.879</w:t>
            </w:r>
          </w:p>
        </w:tc>
        <w:tc>
          <w:tcPr>
            <w:tcW w:w="941" w:type="dxa"/>
          </w:tcPr>
          <w:p w14:paraId="0C67073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0.867</w:t>
            </w:r>
          </w:p>
        </w:tc>
        <w:tc>
          <w:tcPr>
            <w:tcW w:w="941" w:type="dxa"/>
          </w:tcPr>
          <w:p w14:paraId="678BCA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0.069</w:t>
            </w:r>
          </w:p>
        </w:tc>
        <w:tc>
          <w:tcPr>
            <w:tcW w:w="941" w:type="dxa"/>
          </w:tcPr>
          <w:p w14:paraId="78E759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0.064</w:t>
            </w:r>
          </w:p>
        </w:tc>
        <w:tc>
          <w:tcPr>
            <w:tcW w:w="941" w:type="dxa"/>
          </w:tcPr>
          <w:p w14:paraId="5E55AD4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0.073</w:t>
            </w:r>
          </w:p>
        </w:tc>
        <w:tc>
          <w:tcPr>
            <w:tcW w:w="941" w:type="dxa"/>
          </w:tcPr>
          <w:p w14:paraId="17E6509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0.081</w:t>
            </w:r>
          </w:p>
        </w:tc>
      </w:tr>
      <w:tr w:rsidR="000260E1" w:rsidRPr="007631E6" w14:paraId="0B414EB1" w14:textId="77777777" w:rsidTr="007631E6">
        <w:tc>
          <w:tcPr>
            <w:tcW w:w="941" w:type="dxa"/>
          </w:tcPr>
          <w:p w14:paraId="3C4D0F5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Sensitivity_N235</w:t>
            </w:r>
          </w:p>
        </w:tc>
        <w:tc>
          <w:tcPr>
            <w:tcW w:w="941" w:type="dxa"/>
          </w:tcPr>
          <w:p w14:paraId="7351A1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1850.761</w:t>
            </w:r>
          </w:p>
        </w:tc>
        <w:tc>
          <w:tcPr>
            <w:tcW w:w="941" w:type="dxa"/>
          </w:tcPr>
          <w:p w14:paraId="1DA49D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824.000</w:t>
            </w:r>
          </w:p>
        </w:tc>
        <w:tc>
          <w:tcPr>
            <w:tcW w:w="941" w:type="dxa"/>
          </w:tcPr>
          <w:p w14:paraId="4F466AC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5B7A71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0.875</w:t>
            </w:r>
          </w:p>
        </w:tc>
        <w:tc>
          <w:tcPr>
            <w:tcW w:w="941" w:type="dxa"/>
          </w:tcPr>
          <w:p w14:paraId="036285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0.863</w:t>
            </w:r>
          </w:p>
        </w:tc>
        <w:tc>
          <w:tcPr>
            <w:tcW w:w="941" w:type="dxa"/>
          </w:tcPr>
          <w:p w14:paraId="75A9C0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0.073</w:t>
            </w:r>
          </w:p>
        </w:tc>
        <w:tc>
          <w:tcPr>
            <w:tcW w:w="941" w:type="dxa"/>
          </w:tcPr>
          <w:p w14:paraId="0C5523E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0.069</w:t>
            </w:r>
          </w:p>
        </w:tc>
        <w:tc>
          <w:tcPr>
            <w:tcW w:w="941" w:type="dxa"/>
          </w:tcPr>
          <w:p w14:paraId="394F22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0.077</w:t>
            </w:r>
          </w:p>
        </w:tc>
        <w:tc>
          <w:tcPr>
            <w:tcW w:w="941" w:type="dxa"/>
          </w:tcPr>
          <w:p w14:paraId="2BF5AE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0.081</w:t>
            </w:r>
          </w:p>
        </w:tc>
      </w:tr>
    </w:tbl>
    <w:p w14:paraId="0A82EE0B"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S5  Maximum-likelihood measurement audit</w:t>
      </w:r>
    </w:p>
    <w:tbl>
      <w:tblPr>
        <w:tblStyle w:val="TableGrid"/>
        <w:tblW w:w="0" w:type="auto"/>
        <w:tblLayout w:type="fixed"/>
        <w:tblLook w:val="04A0" w:firstRow="1" w:lastRow="0" w:firstColumn="1" w:lastColumn="0" w:noHBand="0" w:noVBand="1"/>
      </w:tblPr>
      <w:tblGrid>
        <w:gridCol w:w="941"/>
        <w:gridCol w:w="941"/>
        <w:gridCol w:w="941"/>
        <w:gridCol w:w="941"/>
        <w:gridCol w:w="941"/>
        <w:gridCol w:w="941"/>
        <w:gridCol w:w="941"/>
        <w:gridCol w:w="941"/>
        <w:gridCol w:w="941"/>
        <w:gridCol w:w="941"/>
      </w:tblGrid>
      <w:tr w:rsidR="000260E1" w:rsidRPr="007631E6" w14:paraId="5777191D" w14:textId="77777777" w:rsidTr="005C7141">
        <w:tc>
          <w:tcPr>
            <w:tcW w:w="941" w:type="dxa"/>
          </w:tcPr>
          <w:p w14:paraId="5BF2E5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analysis</w:t>
            </w:r>
          </w:p>
        </w:tc>
        <w:tc>
          <w:tcPr>
            <w:tcW w:w="941" w:type="dxa"/>
          </w:tcPr>
          <w:p w14:paraId="105E207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model</w:t>
            </w:r>
          </w:p>
        </w:tc>
        <w:tc>
          <w:tcPr>
            <w:tcW w:w="941" w:type="dxa"/>
          </w:tcPr>
          <w:p w14:paraId="0610CD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chi2</w:t>
            </w:r>
          </w:p>
        </w:tc>
        <w:tc>
          <w:tcPr>
            <w:tcW w:w="941" w:type="dxa"/>
          </w:tcPr>
          <w:p w14:paraId="4DAD3C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df</w:t>
            </w:r>
          </w:p>
        </w:tc>
        <w:tc>
          <w:tcPr>
            <w:tcW w:w="941" w:type="dxa"/>
          </w:tcPr>
          <w:p w14:paraId="0A018D5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w:t>
            </w:r>
          </w:p>
        </w:tc>
        <w:tc>
          <w:tcPr>
            <w:tcW w:w="941" w:type="dxa"/>
          </w:tcPr>
          <w:p w14:paraId="7897FD6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CFI</w:t>
            </w:r>
          </w:p>
        </w:tc>
        <w:tc>
          <w:tcPr>
            <w:tcW w:w="941" w:type="dxa"/>
          </w:tcPr>
          <w:p w14:paraId="79E208A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TLI</w:t>
            </w:r>
          </w:p>
        </w:tc>
        <w:tc>
          <w:tcPr>
            <w:tcW w:w="941" w:type="dxa"/>
          </w:tcPr>
          <w:p w14:paraId="6F71CD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RMSEA</w:t>
            </w:r>
          </w:p>
        </w:tc>
        <w:tc>
          <w:tcPr>
            <w:tcW w:w="941" w:type="dxa"/>
          </w:tcPr>
          <w:p w14:paraId="7BEB25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SRMR</w:t>
            </w:r>
          </w:p>
        </w:tc>
        <w:tc>
          <w:tcPr>
            <w:tcW w:w="941" w:type="dxa"/>
          </w:tcPr>
          <w:p w14:paraId="071BFA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converged</w:t>
            </w:r>
          </w:p>
        </w:tc>
      </w:tr>
      <w:tr w:rsidR="000260E1" w:rsidRPr="007631E6" w14:paraId="606E1460" w14:textId="77777777" w:rsidTr="005C7141">
        <w:tc>
          <w:tcPr>
            <w:tcW w:w="941" w:type="dxa"/>
          </w:tcPr>
          <w:p w14:paraId="0F0B49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Primary N=253</w:t>
            </w:r>
          </w:p>
        </w:tc>
        <w:tc>
          <w:tcPr>
            <w:tcW w:w="941" w:type="dxa"/>
          </w:tcPr>
          <w:p w14:paraId="3F0B9C0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item_full</w:t>
            </w:r>
          </w:p>
        </w:tc>
        <w:tc>
          <w:tcPr>
            <w:tcW w:w="941" w:type="dxa"/>
          </w:tcPr>
          <w:p w14:paraId="3B6EA24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1958.019</w:t>
            </w:r>
          </w:p>
        </w:tc>
        <w:tc>
          <w:tcPr>
            <w:tcW w:w="941" w:type="dxa"/>
          </w:tcPr>
          <w:p w14:paraId="1E5515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824</w:t>
            </w:r>
          </w:p>
        </w:tc>
        <w:tc>
          <w:tcPr>
            <w:tcW w:w="941" w:type="dxa"/>
          </w:tcPr>
          <w:p w14:paraId="4137EB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1940975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0.780</w:t>
            </w:r>
          </w:p>
        </w:tc>
        <w:tc>
          <w:tcPr>
            <w:tcW w:w="941" w:type="dxa"/>
          </w:tcPr>
          <w:p w14:paraId="5DFB44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0.759</w:t>
            </w:r>
          </w:p>
        </w:tc>
        <w:tc>
          <w:tcPr>
            <w:tcW w:w="941" w:type="dxa"/>
          </w:tcPr>
          <w:p w14:paraId="0B8AE53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0.074</w:t>
            </w:r>
          </w:p>
        </w:tc>
        <w:tc>
          <w:tcPr>
            <w:tcW w:w="941" w:type="dxa"/>
          </w:tcPr>
          <w:p w14:paraId="6A87E45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0.093</w:t>
            </w:r>
          </w:p>
        </w:tc>
        <w:tc>
          <w:tcPr>
            <w:tcW w:w="941" w:type="dxa"/>
          </w:tcPr>
          <w:p w14:paraId="7A4FBF6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r w:rsidR="000260E1" w:rsidRPr="007631E6" w14:paraId="2FC18C41" w14:textId="77777777" w:rsidTr="005C7141">
        <w:tc>
          <w:tcPr>
            <w:tcW w:w="941" w:type="dxa"/>
          </w:tcPr>
          <w:p w14:paraId="7A1097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Primary N=253</w:t>
            </w:r>
          </w:p>
        </w:tc>
        <w:tc>
          <w:tcPr>
            <w:tcW w:w="941" w:type="dxa"/>
          </w:tcPr>
          <w:p w14:paraId="699C16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item_ieq</w:t>
            </w:r>
          </w:p>
        </w:tc>
        <w:tc>
          <w:tcPr>
            <w:tcW w:w="941" w:type="dxa"/>
          </w:tcPr>
          <w:p w14:paraId="24111E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495.284</w:t>
            </w:r>
          </w:p>
        </w:tc>
        <w:tc>
          <w:tcPr>
            <w:tcW w:w="941" w:type="dxa"/>
          </w:tcPr>
          <w:p w14:paraId="3FB9F55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179</w:t>
            </w:r>
          </w:p>
        </w:tc>
        <w:tc>
          <w:tcPr>
            <w:tcW w:w="941" w:type="dxa"/>
          </w:tcPr>
          <w:p w14:paraId="5C06F68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122CA2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0.854</w:t>
            </w:r>
          </w:p>
        </w:tc>
        <w:tc>
          <w:tcPr>
            <w:tcW w:w="941" w:type="dxa"/>
          </w:tcPr>
          <w:p w14:paraId="5550286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0.829</w:t>
            </w:r>
          </w:p>
        </w:tc>
        <w:tc>
          <w:tcPr>
            <w:tcW w:w="941" w:type="dxa"/>
          </w:tcPr>
          <w:p w14:paraId="7F2BC7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0.084</w:t>
            </w:r>
          </w:p>
        </w:tc>
        <w:tc>
          <w:tcPr>
            <w:tcW w:w="941" w:type="dxa"/>
          </w:tcPr>
          <w:p w14:paraId="4D9319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0.085</w:t>
            </w:r>
          </w:p>
        </w:tc>
        <w:tc>
          <w:tcPr>
            <w:tcW w:w="941" w:type="dxa"/>
          </w:tcPr>
          <w:p w14:paraId="1F48326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r w:rsidR="000260E1" w:rsidRPr="007631E6" w14:paraId="3D7E34C0" w14:textId="77777777" w:rsidTr="005C7141">
        <w:tc>
          <w:tcPr>
            <w:tcW w:w="941" w:type="dxa"/>
          </w:tcPr>
          <w:p w14:paraId="2F2E6B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Primary N=253</w:t>
            </w:r>
          </w:p>
        </w:tc>
        <w:tc>
          <w:tcPr>
            <w:tcW w:w="941" w:type="dxa"/>
          </w:tcPr>
          <w:p w14:paraId="22D988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item_pffs</w:t>
            </w:r>
          </w:p>
        </w:tc>
        <w:tc>
          <w:tcPr>
            <w:tcW w:w="941" w:type="dxa"/>
          </w:tcPr>
          <w:p w14:paraId="0E612A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658.972</w:t>
            </w:r>
          </w:p>
        </w:tc>
        <w:tc>
          <w:tcPr>
            <w:tcW w:w="941" w:type="dxa"/>
          </w:tcPr>
          <w:p w14:paraId="40B246F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203</w:t>
            </w:r>
          </w:p>
        </w:tc>
        <w:tc>
          <w:tcPr>
            <w:tcW w:w="941" w:type="dxa"/>
          </w:tcPr>
          <w:p w14:paraId="125960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09D9CD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0.811</w:t>
            </w:r>
          </w:p>
        </w:tc>
        <w:tc>
          <w:tcPr>
            <w:tcW w:w="941" w:type="dxa"/>
          </w:tcPr>
          <w:p w14:paraId="03AD7DE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0.785</w:t>
            </w:r>
          </w:p>
        </w:tc>
        <w:tc>
          <w:tcPr>
            <w:tcW w:w="941" w:type="dxa"/>
          </w:tcPr>
          <w:p w14:paraId="31C37E3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0.094</w:t>
            </w:r>
          </w:p>
        </w:tc>
        <w:tc>
          <w:tcPr>
            <w:tcW w:w="941" w:type="dxa"/>
          </w:tcPr>
          <w:p w14:paraId="33CE4E3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0.097</w:t>
            </w:r>
          </w:p>
        </w:tc>
        <w:tc>
          <w:tcPr>
            <w:tcW w:w="941" w:type="dxa"/>
          </w:tcPr>
          <w:p w14:paraId="0C9B50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r w:rsidR="000260E1" w:rsidRPr="007631E6" w14:paraId="098C608E" w14:textId="77777777" w:rsidTr="005C7141">
        <w:tc>
          <w:tcPr>
            <w:tcW w:w="941" w:type="dxa"/>
          </w:tcPr>
          <w:p w14:paraId="2DBA90D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Primary N=253</w:t>
            </w:r>
          </w:p>
        </w:tc>
        <w:tc>
          <w:tcPr>
            <w:tcW w:w="941" w:type="dxa"/>
          </w:tcPr>
          <w:p w14:paraId="6953D2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dimension</w:t>
            </w:r>
          </w:p>
        </w:tc>
        <w:tc>
          <w:tcPr>
            <w:tcW w:w="941" w:type="dxa"/>
          </w:tcPr>
          <w:p w14:paraId="4FC490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65.108</w:t>
            </w:r>
          </w:p>
        </w:tc>
        <w:tc>
          <w:tcPr>
            <w:tcW w:w="941" w:type="dxa"/>
          </w:tcPr>
          <w:p w14:paraId="42D839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26</w:t>
            </w:r>
          </w:p>
        </w:tc>
        <w:tc>
          <w:tcPr>
            <w:tcW w:w="941" w:type="dxa"/>
          </w:tcPr>
          <w:p w14:paraId="7C2066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0200EE3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0.959</w:t>
            </w:r>
          </w:p>
        </w:tc>
        <w:tc>
          <w:tcPr>
            <w:tcW w:w="941" w:type="dxa"/>
          </w:tcPr>
          <w:p w14:paraId="78C06D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0.943</w:t>
            </w:r>
          </w:p>
        </w:tc>
        <w:tc>
          <w:tcPr>
            <w:tcW w:w="941" w:type="dxa"/>
          </w:tcPr>
          <w:p w14:paraId="0932010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0.077</w:t>
            </w:r>
          </w:p>
        </w:tc>
        <w:tc>
          <w:tcPr>
            <w:tcW w:w="941" w:type="dxa"/>
          </w:tcPr>
          <w:p w14:paraId="5E5F519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0.047</w:t>
            </w:r>
          </w:p>
        </w:tc>
        <w:tc>
          <w:tcPr>
            <w:tcW w:w="941" w:type="dxa"/>
          </w:tcPr>
          <w:p w14:paraId="09C945E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r w:rsidR="000260E1" w:rsidRPr="007631E6" w14:paraId="214DE794" w14:textId="77777777" w:rsidTr="005C7141">
        <w:tc>
          <w:tcPr>
            <w:tcW w:w="941" w:type="dxa"/>
          </w:tcPr>
          <w:p w14:paraId="6960D7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Sensitivity N=235</w:t>
            </w:r>
          </w:p>
        </w:tc>
        <w:tc>
          <w:tcPr>
            <w:tcW w:w="941" w:type="dxa"/>
          </w:tcPr>
          <w:p w14:paraId="433F6C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item_full</w:t>
            </w:r>
          </w:p>
        </w:tc>
        <w:tc>
          <w:tcPr>
            <w:tcW w:w="941" w:type="dxa"/>
          </w:tcPr>
          <w:p w14:paraId="732ABF5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1884.648</w:t>
            </w:r>
          </w:p>
        </w:tc>
        <w:tc>
          <w:tcPr>
            <w:tcW w:w="941" w:type="dxa"/>
          </w:tcPr>
          <w:p w14:paraId="49FBE9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824</w:t>
            </w:r>
          </w:p>
        </w:tc>
        <w:tc>
          <w:tcPr>
            <w:tcW w:w="941" w:type="dxa"/>
          </w:tcPr>
          <w:p w14:paraId="6044BB3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47CF9F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0.795</w:t>
            </w:r>
          </w:p>
        </w:tc>
        <w:tc>
          <w:tcPr>
            <w:tcW w:w="941" w:type="dxa"/>
          </w:tcPr>
          <w:p w14:paraId="03360F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0.776</w:t>
            </w:r>
          </w:p>
        </w:tc>
        <w:tc>
          <w:tcPr>
            <w:tcW w:w="941" w:type="dxa"/>
          </w:tcPr>
          <w:p w14:paraId="4C07006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0.074</w:t>
            </w:r>
          </w:p>
        </w:tc>
        <w:tc>
          <w:tcPr>
            <w:tcW w:w="941" w:type="dxa"/>
          </w:tcPr>
          <w:p w14:paraId="43A67B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0.092</w:t>
            </w:r>
          </w:p>
        </w:tc>
        <w:tc>
          <w:tcPr>
            <w:tcW w:w="941" w:type="dxa"/>
          </w:tcPr>
          <w:p w14:paraId="64EE34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r w:rsidR="000260E1" w:rsidRPr="007631E6" w14:paraId="7DC5BBE2" w14:textId="77777777" w:rsidTr="005C7141">
        <w:tc>
          <w:tcPr>
            <w:tcW w:w="941" w:type="dxa"/>
          </w:tcPr>
          <w:p w14:paraId="44B9CA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Sensitivity N=235</w:t>
            </w:r>
          </w:p>
        </w:tc>
        <w:tc>
          <w:tcPr>
            <w:tcW w:w="941" w:type="dxa"/>
          </w:tcPr>
          <w:p w14:paraId="26A3BAC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item_ieq</w:t>
            </w:r>
          </w:p>
        </w:tc>
        <w:tc>
          <w:tcPr>
            <w:tcW w:w="941" w:type="dxa"/>
          </w:tcPr>
          <w:p w14:paraId="724169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484.411</w:t>
            </w:r>
          </w:p>
        </w:tc>
        <w:tc>
          <w:tcPr>
            <w:tcW w:w="941" w:type="dxa"/>
          </w:tcPr>
          <w:p w14:paraId="528264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179</w:t>
            </w:r>
          </w:p>
        </w:tc>
        <w:tc>
          <w:tcPr>
            <w:tcW w:w="941" w:type="dxa"/>
          </w:tcPr>
          <w:p w14:paraId="6F602B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578258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0.858</w:t>
            </w:r>
          </w:p>
        </w:tc>
        <w:tc>
          <w:tcPr>
            <w:tcW w:w="941" w:type="dxa"/>
          </w:tcPr>
          <w:p w14:paraId="3E8157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0.834</w:t>
            </w:r>
          </w:p>
        </w:tc>
        <w:tc>
          <w:tcPr>
            <w:tcW w:w="941" w:type="dxa"/>
          </w:tcPr>
          <w:p w14:paraId="03014D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0.085</w:t>
            </w:r>
          </w:p>
        </w:tc>
        <w:tc>
          <w:tcPr>
            <w:tcW w:w="941" w:type="dxa"/>
          </w:tcPr>
          <w:p w14:paraId="641167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0.089</w:t>
            </w:r>
          </w:p>
        </w:tc>
        <w:tc>
          <w:tcPr>
            <w:tcW w:w="941" w:type="dxa"/>
          </w:tcPr>
          <w:p w14:paraId="0AB285D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r w:rsidR="000260E1" w:rsidRPr="007631E6" w14:paraId="70A38E66" w14:textId="77777777" w:rsidTr="005C7141">
        <w:tc>
          <w:tcPr>
            <w:tcW w:w="941" w:type="dxa"/>
          </w:tcPr>
          <w:p w14:paraId="25C5B6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Sensitivity N=235</w:t>
            </w:r>
          </w:p>
        </w:tc>
        <w:tc>
          <w:tcPr>
            <w:tcW w:w="941" w:type="dxa"/>
          </w:tcPr>
          <w:p w14:paraId="2CE6E32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item_pffs</w:t>
            </w:r>
          </w:p>
        </w:tc>
        <w:tc>
          <w:tcPr>
            <w:tcW w:w="941" w:type="dxa"/>
          </w:tcPr>
          <w:p w14:paraId="30A5FA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587.324</w:t>
            </w:r>
          </w:p>
        </w:tc>
        <w:tc>
          <w:tcPr>
            <w:tcW w:w="941" w:type="dxa"/>
          </w:tcPr>
          <w:p w14:paraId="6A96792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203</w:t>
            </w:r>
          </w:p>
        </w:tc>
        <w:tc>
          <w:tcPr>
            <w:tcW w:w="941" w:type="dxa"/>
          </w:tcPr>
          <w:p w14:paraId="29B2D1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941" w:type="dxa"/>
          </w:tcPr>
          <w:p w14:paraId="4C10209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0.844</w:t>
            </w:r>
          </w:p>
        </w:tc>
        <w:tc>
          <w:tcPr>
            <w:tcW w:w="941" w:type="dxa"/>
          </w:tcPr>
          <w:p w14:paraId="21BF07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0.823</w:t>
            </w:r>
          </w:p>
        </w:tc>
        <w:tc>
          <w:tcPr>
            <w:tcW w:w="941" w:type="dxa"/>
          </w:tcPr>
          <w:p w14:paraId="389E70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0.090</w:t>
            </w:r>
          </w:p>
        </w:tc>
        <w:tc>
          <w:tcPr>
            <w:tcW w:w="941" w:type="dxa"/>
          </w:tcPr>
          <w:p w14:paraId="315A1A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0.093</w:t>
            </w:r>
          </w:p>
        </w:tc>
        <w:tc>
          <w:tcPr>
            <w:tcW w:w="941" w:type="dxa"/>
          </w:tcPr>
          <w:p w14:paraId="68A72E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r w:rsidR="000260E1" w:rsidRPr="007631E6" w14:paraId="33F6F5AA" w14:textId="77777777" w:rsidTr="005C7141">
        <w:tc>
          <w:tcPr>
            <w:tcW w:w="941" w:type="dxa"/>
          </w:tcPr>
          <w:p w14:paraId="4D9ACA4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Sensitivity N=235</w:t>
            </w:r>
          </w:p>
        </w:tc>
        <w:tc>
          <w:tcPr>
            <w:tcW w:w="941" w:type="dxa"/>
          </w:tcPr>
          <w:p w14:paraId="464EDC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dimension</w:t>
            </w:r>
          </w:p>
        </w:tc>
        <w:tc>
          <w:tcPr>
            <w:tcW w:w="941" w:type="dxa"/>
          </w:tcPr>
          <w:p w14:paraId="5A7EA0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47.078</w:t>
            </w:r>
          </w:p>
        </w:tc>
        <w:tc>
          <w:tcPr>
            <w:tcW w:w="941" w:type="dxa"/>
          </w:tcPr>
          <w:p w14:paraId="46D3D9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26</w:t>
            </w:r>
          </w:p>
        </w:tc>
        <w:tc>
          <w:tcPr>
            <w:tcW w:w="941" w:type="dxa"/>
          </w:tcPr>
          <w:p w14:paraId="4838E2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0.007</w:t>
            </w:r>
          </w:p>
        </w:tc>
        <w:tc>
          <w:tcPr>
            <w:tcW w:w="941" w:type="dxa"/>
          </w:tcPr>
          <w:p w14:paraId="4954C6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0.977</w:t>
            </w:r>
          </w:p>
        </w:tc>
        <w:tc>
          <w:tcPr>
            <w:tcW w:w="941" w:type="dxa"/>
          </w:tcPr>
          <w:p w14:paraId="54568D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0.969</w:t>
            </w:r>
          </w:p>
        </w:tc>
        <w:tc>
          <w:tcPr>
            <w:tcW w:w="941" w:type="dxa"/>
          </w:tcPr>
          <w:p w14:paraId="1779798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0.059</w:t>
            </w:r>
          </w:p>
        </w:tc>
        <w:tc>
          <w:tcPr>
            <w:tcW w:w="941" w:type="dxa"/>
          </w:tcPr>
          <w:p w14:paraId="2A3732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0.039</w:t>
            </w:r>
          </w:p>
        </w:tc>
        <w:tc>
          <w:tcPr>
            <w:tcW w:w="941" w:type="dxa"/>
          </w:tcPr>
          <w:p w14:paraId="2297C89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True</w:t>
            </w:r>
          </w:p>
        </w:tc>
      </w:tr>
    </w:tbl>
    <w:p w14:paraId="10FB9C59"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S4 Alternative dimensionality and item analyses</w:t>
      </w:r>
    </w:p>
    <w:p w14:paraId="1FA9AF37"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S6  Parallel analysis</w:t>
      </w:r>
    </w:p>
    <w:tbl>
      <w:tblPr>
        <w:tblStyle w:val="TableGrid"/>
        <w:tblW w:w="0" w:type="auto"/>
        <w:tblLayout w:type="fixed"/>
        <w:tblLook w:val="04A0" w:firstRow="1" w:lastRow="0" w:firstColumn="1" w:lastColumn="0" w:noHBand="0" w:noVBand="1"/>
      </w:tblPr>
      <w:tblGrid>
        <w:gridCol w:w="1569"/>
        <w:gridCol w:w="1569"/>
        <w:gridCol w:w="1569"/>
        <w:gridCol w:w="1569"/>
        <w:gridCol w:w="1569"/>
        <w:gridCol w:w="1569"/>
      </w:tblGrid>
      <w:tr w:rsidR="000260E1" w:rsidRPr="007631E6" w14:paraId="0159F10C" w14:textId="77777777" w:rsidTr="005C7141">
        <w:tc>
          <w:tcPr>
            <w:tcW w:w="1569" w:type="dxa"/>
          </w:tcPr>
          <w:p w14:paraId="4BB3A34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block</w:t>
            </w:r>
          </w:p>
        </w:tc>
        <w:tc>
          <w:tcPr>
            <w:tcW w:w="1569" w:type="dxa"/>
          </w:tcPr>
          <w:p w14:paraId="458AB90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component</w:t>
            </w:r>
          </w:p>
        </w:tc>
        <w:tc>
          <w:tcPr>
            <w:tcW w:w="1569" w:type="dxa"/>
          </w:tcPr>
          <w:p w14:paraId="75E8EE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observed_eigenvalue</w:t>
            </w:r>
          </w:p>
        </w:tc>
        <w:tc>
          <w:tcPr>
            <w:tcW w:w="1569" w:type="dxa"/>
          </w:tcPr>
          <w:p w14:paraId="041DFD3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95th_percentile_null</w:t>
            </w:r>
          </w:p>
        </w:tc>
        <w:tc>
          <w:tcPr>
            <w:tcW w:w="1569" w:type="dxa"/>
          </w:tcPr>
          <w:p w14:paraId="0D8849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retained</w:t>
            </w:r>
          </w:p>
        </w:tc>
        <w:tc>
          <w:tcPr>
            <w:tcW w:w="1569" w:type="dxa"/>
          </w:tcPr>
          <w:p w14:paraId="4089CB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total_retained</w:t>
            </w:r>
          </w:p>
        </w:tc>
      </w:tr>
      <w:tr w:rsidR="000260E1" w:rsidRPr="007631E6" w14:paraId="2BE76169" w14:textId="77777777" w:rsidTr="005C7141">
        <w:tc>
          <w:tcPr>
            <w:tcW w:w="1569" w:type="dxa"/>
          </w:tcPr>
          <w:p w14:paraId="7281159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lastRenderedPageBreak/>
              <w:t>Sensory IEQ</w:t>
            </w:r>
          </w:p>
        </w:tc>
        <w:tc>
          <w:tcPr>
            <w:tcW w:w="1569" w:type="dxa"/>
          </w:tcPr>
          <w:p w14:paraId="5D2690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2B7A0FB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5.800</w:t>
            </w:r>
          </w:p>
        </w:tc>
        <w:tc>
          <w:tcPr>
            <w:tcW w:w="1569" w:type="dxa"/>
          </w:tcPr>
          <w:p w14:paraId="04B9DF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1.579</w:t>
            </w:r>
          </w:p>
        </w:tc>
        <w:tc>
          <w:tcPr>
            <w:tcW w:w="1569" w:type="dxa"/>
          </w:tcPr>
          <w:p w14:paraId="69BE6E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49A722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2F811B99" w14:textId="77777777" w:rsidTr="005C7141">
        <w:tc>
          <w:tcPr>
            <w:tcW w:w="1569" w:type="dxa"/>
          </w:tcPr>
          <w:p w14:paraId="6690CF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5C73C54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c>
          <w:tcPr>
            <w:tcW w:w="1569" w:type="dxa"/>
          </w:tcPr>
          <w:p w14:paraId="6064CF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1.771</w:t>
            </w:r>
          </w:p>
        </w:tc>
        <w:tc>
          <w:tcPr>
            <w:tcW w:w="1569" w:type="dxa"/>
          </w:tcPr>
          <w:p w14:paraId="168780F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1.446</w:t>
            </w:r>
          </w:p>
        </w:tc>
        <w:tc>
          <w:tcPr>
            <w:tcW w:w="1569" w:type="dxa"/>
          </w:tcPr>
          <w:p w14:paraId="676C68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44E20F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5EDFCC00" w14:textId="77777777" w:rsidTr="005C7141">
        <w:tc>
          <w:tcPr>
            <w:tcW w:w="1569" w:type="dxa"/>
          </w:tcPr>
          <w:p w14:paraId="070C80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05B1E46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c>
          <w:tcPr>
            <w:tcW w:w="1569" w:type="dxa"/>
          </w:tcPr>
          <w:p w14:paraId="14946F6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1.333</w:t>
            </w:r>
          </w:p>
        </w:tc>
        <w:tc>
          <w:tcPr>
            <w:tcW w:w="1569" w:type="dxa"/>
          </w:tcPr>
          <w:p w14:paraId="1D81B0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1.361</w:t>
            </w:r>
          </w:p>
        </w:tc>
        <w:tc>
          <w:tcPr>
            <w:tcW w:w="1569" w:type="dxa"/>
          </w:tcPr>
          <w:p w14:paraId="136C97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80ABC1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6DB4F79D" w14:textId="77777777" w:rsidTr="005C7141">
        <w:tc>
          <w:tcPr>
            <w:tcW w:w="1569" w:type="dxa"/>
          </w:tcPr>
          <w:p w14:paraId="4AA1F49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42302C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569" w:type="dxa"/>
          </w:tcPr>
          <w:p w14:paraId="4D3A45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1.208</w:t>
            </w:r>
          </w:p>
        </w:tc>
        <w:tc>
          <w:tcPr>
            <w:tcW w:w="1569" w:type="dxa"/>
          </w:tcPr>
          <w:p w14:paraId="4F8AAD5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1.290</w:t>
            </w:r>
          </w:p>
        </w:tc>
        <w:tc>
          <w:tcPr>
            <w:tcW w:w="1569" w:type="dxa"/>
          </w:tcPr>
          <w:p w14:paraId="162936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62DFFA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4D7D388B" w14:textId="77777777" w:rsidTr="005C7141">
        <w:tc>
          <w:tcPr>
            <w:tcW w:w="1569" w:type="dxa"/>
          </w:tcPr>
          <w:p w14:paraId="528C35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67E786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c>
          <w:tcPr>
            <w:tcW w:w="1569" w:type="dxa"/>
          </w:tcPr>
          <w:p w14:paraId="381252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0.913</w:t>
            </w:r>
          </w:p>
        </w:tc>
        <w:tc>
          <w:tcPr>
            <w:tcW w:w="1569" w:type="dxa"/>
          </w:tcPr>
          <w:p w14:paraId="31F1B5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1.225</w:t>
            </w:r>
          </w:p>
        </w:tc>
        <w:tc>
          <w:tcPr>
            <w:tcW w:w="1569" w:type="dxa"/>
          </w:tcPr>
          <w:p w14:paraId="20D88A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2E3BF6F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35FEFB37" w14:textId="77777777" w:rsidTr="005C7141">
        <w:tc>
          <w:tcPr>
            <w:tcW w:w="1569" w:type="dxa"/>
          </w:tcPr>
          <w:p w14:paraId="57EF00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06FE2C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w:t>
            </w:r>
          </w:p>
        </w:tc>
        <w:tc>
          <w:tcPr>
            <w:tcW w:w="1569" w:type="dxa"/>
          </w:tcPr>
          <w:p w14:paraId="5FFD68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0.857</w:t>
            </w:r>
          </w:p>
        </w:tc>
        <w:tc>
          <w:tcPr>
            <w:tcW w:w="1569" w:type="dxa"/>
          </w:tcPr>
          <w:p w14:paraId="179E5C4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1.168</w:t>
            </w:r>
          </w:p>
        </w:tc>
        <w:tc>
          <w:tcPr>
            <w:tcW w:w="1569" w:type="dxa"/>
          </w:tcPr>
          <w:p w14:paraId="3146D3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0530A3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7F7FC501" w14:textId="77777777" w:rsidTr="005C7141">
        <w:tc>
          <w:tcPr>
            <w:tcW w:w="1569" w:type="dxa"/>
          </w:tcPr>
          <w:p w14:paraId="11F840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7BC1E37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w:t>
            </w:r>
          </w:p>
        </w:tc>
        <w:tc>
          <w:tcPr>
            <w:tcW w:w="1569" w:type="dxa"/>
          </w:tcPr>
          <w:p w14:paraId="584061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0.721</w:t>
            </w:r>
          </w:p>
        </w:tc>
        <w:tc>
          <w:tcPr>
            <w:tcW w:w="1569" w:type="dxa"/>
          </w:tcPr>
          <w:p w14:paraId="38E8CB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1.113</w:t>
            </w:r>
          </w:p>
        </w:tc>
        <w:tc>
          <w:tcPr>
            <w:tcW w:w="1569" w:type="dxa"/>
          </w:tcPr>
          <w:p w14:paraId="55D9BE4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1D667AB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1873F175" w14:textId="77777777" w:rsidTr="005C7141">
        <w:tc>
          <w:tcPr>
            <w:tcW w:w="1569" w:type="dxa"/>
          </w:tcPr>
          <w:p w14:paraId="63B5AC7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4BA69A9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w:t>
            </w:r>
          </w:p>
        </w:tc>
        <w:tc>
          <w:tcPr>
            <w:tcW w:w="1569" w:type="dxa"/>
          </w:tcPr>
          <w:p w14:paraId="518462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0.708</w:t>
            </w:r>
          </w:p>
        </w:tc>
        <w:tc>
          <w:tcPr>
            <w:tcW w:w="1569" w:type="dxa"/>
          </w:tcPr>
          <w:p w14:paraId="5ECE255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1.064</w:t>
            </w:r>
          </w:p>
        </w:tc>
        <w:tc>
          <w:tcPr>
            <w:tcW w:w="1569" w:type="dxa"/>
          </w:tcPr>
          <w:p w14:paraId="257A50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60758B7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48B2DFDF" w14:textId="77777777" w:rsidTr="005C7141">
        <w:tc>
          <w:tcPr>
            <w:tcW w:w="1569" w:type="dxa"/>
          </w:tcPr>
          <w:p w14:paraId="3302C2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0BF961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569" w:type="dxa"/>
          </w:tcPr>
          <w:p w14:paraId="791CBD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0.638</w:t>
            </w:r>
          </w:p>
        </w:tc>
        <w:tc>
          <w:tcPr>
            <w:tcW w:w="1569" w:type="dxa"/>
          </w:tcPr>
          <w:p w14:paraId="5EAE8F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1.017</w:t>
            </w:r>
          </w:p>
        </w:tc>
        <w:tc>
          <w:tcPr>
            <w:tcW w:w="1569" w:type="dxa"/>
          </w:tcPr>
          <w:p w14:paraId="69D264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766AA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7A83158A" w14:textId="77777777" w:rsidTr="005C7141">
        <w:tc>
          <w:tcPr>
            <w:tcW w:w="1569" w:type="dxa"/>
          </w:tcPr>
          <w:p w14:paraId="11435BB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6022059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c>
          <w:tcPr>
            <w:tcW w:w="1569" w:type="dxa"/>
          </w:tcPr>
          <w:p w14:paraId="143D861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0.603</w:t>
            </w:r>
          </w:p>
        </w:tc>
        <w:tc>
          <w:tcPr>
            <w:tcW w:w="1569" w:type="dxa"/>
          </w:tcPr>
          <w:p w14:paraId="174CF89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0.973</w:t>
            </w:r>
          </w:p>
        </w:tc>
        <w:tc>
          <w:tcPr>
            <w:tcW w:w="1569" w:type="dxa"/>
          </w:tcPr>
          <w:p w14:paraId="7EE99E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6370D40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24133EF8" w14:textId="77777777" w:rsidTr="005C7141">
        <w:tc>
          <w:tcPr>
            <w:tcW w:w="1569" w:type="dxa"/>
          </w:tcPr>
          <w:p w14:paraId="11DE38C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15352EF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w:t>
            </w:r>
          </w:p>
        </w:tc>
        <w:tc>
          <w:tcPr>
            <w:tcW w:w="1569" w:type="dxa"/>
          </w:tcPr>
          <w:p w14:paraId="345894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0.537</w:t>
            </w:r>
          </w:p>
        </w:tc>
        <w:tc>
          <w:tcPr>
            <w:tcW w:w="1569" w:type="dxa"/>
          </w:tcPr>
          <w:p w14:paraId="45347F0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0.927</w:t>
            </w:r>
          </w:p>
        </w:tc>
        <w:tc>
          <w:tcPr>
            <w:tcW w:w="1569" w:type="dxa"/>
          </w:tcPr>
          <w:p w14:paraId="09FA144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59E7938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718B9E1C" w14:textId="77777777" w:rsidTr="005C7141">
        <w:tc>
          <w:tcPr>
            <w:tcW w:w="1569" w:type="dxa"/>
          </w:tcPr>
          <w:p w14:paraId="116367E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2D9662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w:t>
            </w:r>
          </w:p>
        </w:tc>
        <w:tc>
          <w:tcPr>
            <w:tcW w:w="1569" w:type="dxa"/>
          </w:tcPr>
          <w:p w14:paraId="7D4282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0.453</w:t>
            </w:r>
          </w:p>
        </w:tc>
        <w:tc>
          <w:tcPr>
            <w:tcW w:w="1569" w:type="dxa"/>
          </w:tcPr>
          <w:p w14:paraId="7B88693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0.886</w:t>
            </w:r>
          </w:p>
        </w:tc>
        <w:tc>
          <w:tcPr>
            <w:tcW w:w="1569" w:type="dxa"/>
          </w:tcPr>
          <w:p w14:paraId="3B3922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19EB439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243DB894" w14:textId="77777777" w:rsidTr="005C7141">
        <w:tc>
          <w:tcPr>
            <w:tcW w:w="1569" w:type="dxa"/>
          </w:tcPr>
          <w:p w14:paraId="143D9E3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1AEBA2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w:t>
            </w:r>
          </w:p>
        </w:tc>
        <w:tc>
          <w:tcPr>
            <w:tcW w:w="1569" w:type="dxa"/>
          </w:tcPr>
          <w:p w14:paraId="5CC7339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0.397</w:t>
            </w:r>
          </w:p>
        </w:tc>
        <w:tc>
          <w:tcPr>
            <w:tcW w:w="1569" w:type="dxa"/>
          </w:tcPr>
          <w:p w14:paraId="61130F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0.845</w:t>
            </w:r>
          </w:p>
        </w:tc>
        <w:tc>
          <w:tcPr>
            <w:tcW w:w="1569" w:type="dxa"/>
          </w:tcPr>
          <w:p w14:paraId="333A440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5D51BFF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186386E5" w14:textId="77777777" w:rsidTr="005C7141">
        <w:tc>
          <w:tcPr>
            <w:tcW w:w="1569" w:type="dxa"/>
          </w:tcPr>
          <w:p w14:paraId="6EDEBD6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721649F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w:t>
            </w:r>
          </w:p>
        </w:tc>
        <w:tc>
          <w:tcPr>
            <w:tcW w:w="1569" w:type="dxa"/>
          </w:tcPr>
          <w:p w14:paraId="5C1FEE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0.347</w:t>
            </w:r>
          </w:p>
        </w:tc>
        <w:tc>
          <w:tcPr>
            <w:tcW w:w="1569" w:type="dxa"/>
          </w:tcPr>
          <w:p w14:paraId="501094F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0.799</w:t>
            </w:r>
          </w:p>
        </w:tc>
        <w:tc>
          <w:tcPr>
            <w:tcW w:w="1569" w:type="dxa"/>
          </w:tcPr>
          <w:p w14:paraId="27304C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02F8A8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54DFA69A" w14:textId="77777777" w:rsidTr="005C7141">
        <w:tc>
          <w:tcPr>
            <w:tcW w:w="1569" w:type="dxa"/>
          </w:tcPr>
          <w:p w14:paraId="3D3AB2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0FD9B3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w:t>
            </w:r>
          </w:p>
        </w:tc>
        <w:tc>
          <w:tcPr>
            <w:tcW w:w="1569" w:type="dxa"/>
          </w:tcPr>
          <w:p w14:paraId="2DC0E4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0.280</w:t>
            </w:r>
          </w:p>
        </w:tc>
        <w:tc>
          <w:tcPr>
            <w:tcW w:w="1569" w:type="dxa"/>
          </w:tcPr>
          <w:p w14:paraId="5C190C9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0.752</w:t>
            </w:r>
          </w:p>
        </w:tc>
        <w:tc>
          <w:tcPr>
            <w:tcW w:w="1569" w:type="dxa"/>
          </w:tcPr>
          <w:p w14:paraId="4803CA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546C2BF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735CB585" w14:textId="77777777" w:rsidTr="005C7141">
        <w:tc>
          <w:tcPr>
            <w:tcW w:w="1569" w:type="dxa"/>
          </w:tcPr>
          <w:p w14:paraId="230756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6B81322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w:t>
            </w:r>
          </w:p>
        </w:tc>
        <w:tc>
          <w:tcPr>
            <w:tcW w:w="1569" w:type="dxa"/>
          </w:tcPr>
          <w:p w14:paraId="566E7C3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0.253</w:t>
            </w:r>
          </w:p>
        </w:tc>
        <w:tc>
          <w:tcPr>
            <w:tcW w:w="1569" w:type="dxa"/>
          </w:tcPr>
          <w:p w14:paraId="679FB5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0.706</w:t>
            </w:r>
          </w:p>
        </w:tc>
        <w:tc>
          <w:tcPr>
            <w:tcW w:w="1569" w:type="dxa"/>
          </w:tcPr>
          <w:p w14:paraId="7514FE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176530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21D2D1B4" w14:textId="77777777" w:rsidTr="005C7141">
        <w:tc>
          <w:tcPr>
            <w:tcW w:w="1569" w:type="dxa"/>
          </w:tcPr>
          <w:p w14:paraId="46AC981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66529B9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w:t>
            </w:r>
          </w:p>
        </w:tc>
        <w:tc>
          <w:tcPr>
            <w:tcW w:w="1569" w:type="dxa"/>
          </w:tcPr>
          <w:p w14:paraId="0A28D5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0.182</w:t>
            </w:r>
          </w:p>
        </w:tc>
        <w:tc>
          <w:tcPr>
            <w:tcW w:w="1569" w:type="dxa"/>
          </w:tcPr>
          <w:p w14:paraId="5B8A55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0.655</w:t>
            </w:r>
          </w:p>
        </w:tc>
        <w:tc>
          <w:tcPr>
            <w:tcW w:w="1569" w:type="dxa"/>
          </w:tcPr>
          <w:p w14:paraId="64FF6B3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35C0002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r>
      <w:tr w:rsidR="000260E1" w:rsidRPr="007631E6" w14:paraId="67236950" w14:textId="77777777" w:rsidTr="005C7141">
        <w:tc>
          <w:tcPr>
            <w:tcW w:w="1569" w:type="dxa"/>
          </w:tcPr>
          <w:p w14:paraId="2FC3B1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0184C23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5D1ACB6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7.644</w:t>
            </w:r>
          </w:p>
        </w:tc>
        <w:tc>
          <w:tcPr>
            <w:tcW w:w="1569" w:type="dxa"/>
          </w:tcPr>
          <w:p w14:paraId="67FA4D6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1.672</w:t>
            </w:r>
          </w:p>
        </w:tc>
        <w:tc>
          <w:tcPr>
            <w:tcW w:w="1569" w:type="dxa"/>
          </w:tcPr>
          <w:p w14:paraId="0878D1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1E1357F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31B9512F" w14:textId="77777777" w:rsidTr="005C7141">
        <w:tc>
          <w:tcPr>
            <w:tcW w:w="1569" w:type="dxa"/>
          </w:tcPr>
          <w:p w14:paraId="548C0B3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1B9604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c>
          <w:tcPr>
            <w:tcW w:w="1569" w:type="dxa"/>
          </w:tcPr>
          <w:p w14:paraId="652C41F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2.122</w:t>
            </w:r>
          </w:p>
        </w:tc>
        <w:tc>
          <w:tcPr>
            <w:tcW w:w="1569" w:type="dxa"/>
          </w:tcPr>
          <w:p w14:paraId="6DEA887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1.541</w:t>
            </w:r>
          </w:p>
        </w:tc>
        <w:tc>
          <w:tcPr>
            <w:tcW w:w="1569" w:type="dxa"/>
          </w:tcPr>
          <w:p w14:paraId="5982869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7F711E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69B731FB" w14:textId="77777777" w:rsidTr="005C7141">
        <w:tc>
          <w:tcPr>
            <w:tcW w:w="1569" w:type="dxa"/>
          </w:tcPr>
          <w:p w14:paraId="2D6C56B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304747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c>
          <w:tcPr>
            <w:tcW w:w="1569" w:type="dxa"/>
          </w:tcPr>
          <w:p w14:paraId="398B18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1.585</w:t>
            </w:r>
          </w:p>
        </w:tc>
        <w:tc>
          <w:tcPr>
            <w:tcW w:w="1569" w:type="dxa"/>
          </w:tcPr>
          <w:p w14:paraId="283BB2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1.452</w:t>
            </w:r>
          </w:p>
        </w:tc>
        <w:tc>
          <w:tcPr>
            <w:tcW w:w="1569" w:type="dxa"/>
          </w:tcPr>
          <w:p w14:paraId="152E2C5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27685CA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5DE8734A" w14:textId="77777777" w:rsidTr="005C7141">
        <w:tc>
          <w:tcPr>
            <w:tcW w:w="1569" w:type="dxa"/>
          </w:tcPr>
          <w:p w14:paraId="340556A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4BDB2BA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569" w:type="dxa"/>
          </w:tcPr>
          <w:p w14:paraId="322662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1.273</w:t>
            </w:r>
          </w:p>
        </w:tc>
        <w:tc>
          <w:tcPr>
            <w:tcW w:w="1569" w:type="dxa"/>
          </w:tcPr>
          <w:p w14:paraId="059842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1.381</w:t>
            </w:r>
          </w:p>
        </w:tc>
        <w:tc>
          <w:tcPr>
            <w:tcW w:w="1569" w:type="dxa"/>
          </w:tcPr>
          <w:p w14:paraId="3D30BC7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11BB6A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0A40023A" w14:textId="77777777" w:rsidTr="005C7141">
        <w:tc>
          <w:tcPr>
            <w:tcW w:w="1569" w:type="dxa"/>
          </w:tcPr>
          <w:p w14:paraId="399BCD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29311FD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c>
          <w:tcPr>
            <w:tcW w:w="1569" w:type="dxa"/>
          </w:tcPr>
          <w:p w14:paraId="5C9FFDF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1.099</w:t>
            </w:r>
          </w:p>
        </w:tc>
        <w:tc>
          <w:tcPr>
            <w:tcW w:w="1569" w:type="dxa"/>
          </w:tcPr>
          <w:p w14:paraId="00DF75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1.321</w:t>
            </w:r>
          </w:p>
        </w:tc>
        <w:tc>
          <w:tcPr>
            <w:tcW w:w="1569" w:type="dxa"/>
          </w:tcPr>
          <w:p w14:paraId="17B812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0B9FBD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628C2777" w14:textId="77777777" w:rsidTr="005C7141">
        <w:tc>
          <w:tcPr>
            <w:tcW w:w="1569" w:type="dxa"/>
          </w:tcPr>
          <w:p w14:paraId="54A22A1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6C36CE8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w:t>
            </w:r>
          </w:p>
        </w:tc>
        <w:tc>
          <w:tcPr>
            <w:tcW w:w="1569" w:type="dxa"/>
          </w:tcPr>
          <w:p w14:paraId="0D9ECC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1.019</w:t>
            </w:r>
          </w:p>
        </w:tc>
        <w:tc>
          <w:tcPr>
            <w:tcW w:w="1569" w:type="dxa"/>
          </w:tcPr>
          <w:p w14:paraId="20290B9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1.266</w:t>
            </w:r>
          </w:p>
        </w:tc>
        <w:tc>
          <w:tcPr>
            <w:tcW w:w="1569" w:type="dxa"/>
          </w:tcPr>
          <w:p w14:paraId="61AEC2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086695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0EFABC4F" w14:textId="77777777" w:rsidTr="005C7141">
        <w:tc>
          <w:tcPr>
            <w:tcW w:w="1569" w:type="dxa"/>
          </w:tcPr>
          <w:p w14:paraId="35D2E0F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760D2A4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w:t>
            </w:r>
          </w:p>
        </w:tc>
        <w:tc>
          <w:tcPr>
            <w:tcW w:w="1569" w:type="dxa"/>
          </w:tcPr>
          <w:p w14:paraId="721D1C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0.875</w:t>
            </w:r>
          </w:p>
        </w:tc>
        <w:tc>
          <w:tcPr>
            <w:tcW w:w="1569" w:type="dxa"/>
          </w:tcPr>
          <w:p w14:paraId="61EC60A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1.212</w:t>
            </w:r>
          </w:p>
        </w:tc>
        <w:tc>
          <w:tcPr>
            <w:tcW w:w="1569" w:type="dxa"/>
          </w:tcPr>
          <w:p w14:paraId="4445DB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6FA64D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1163EE5B" w14:textId="77777777" w:rsidTr="005C7141">
        <w:tc>
          <w:tcPr>
            <w:tcW w:w="1569" w:type="dxa"/>
          </w:tcPr>
          <w:p w14:paraId="4416EB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3E50C96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w:t>
            </w:r>
          </w:p>
        </w:tc>
        <w:tc>
          <w:tcPr>
            <w:tcW w:w="1569" w:type="dxa"/>
          </w:tcPr>
          <w:p w14:paraId="3C4BFE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0.722</w:t>
            </w:r>
          </w:p>
        </w:tc>
        <w:tc>
          <w:tcPr>
            <w:tcW w:w="1569" w:type="dxa"/>
          </w:tcPr>
          <w:p w14:paraId="4A663B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1.161</w:t>
            </w:r>
          </w:p>
        </w:tc>
        <w:tc>
          <w:tcPr>
            <w:tcW w:w="1569" w:type="dxa"/>
          </w:tcPr>
          <w:p w14:paraId="4F1359D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346B3F3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6B3A4F27" w14:textId="77777777" w:rsidTr="005C7141">
        <w:tc>
          <w:tcPr>
            <w:tcW w:w="1569" w:type="dxa"/>
          </w:tcPr>
          <w:p w14:paraId="41BBCB5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5C74778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569" w:type="dxa"/>
          </w:tcPr>
          <w:p w14:paraId="7B19AB3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0.636</w:t>
            </w:r>
          </w:p>
        </w:tc>
        <w:tc>
          <w:tcPr>
            <w:tcW w:w="1569" w:type="dxa"/>
          </w:tcPr>
          <w:p w14:paraId="22C93F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1.113</w:t>
            </w:r>
          </w:p>
        </w:tc>
        <w:tc>
          <w:tcPr>
            <w:tcW w:w="1569" w:type="dxa"/>
          </w:tcPr>
          <w:p w14:paraId="1D83F3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6A26BD5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59FE6CA9" w14:textId="77777777" w:rsidTr="005C7141">
        <w:tc>
          <w:tcPr>
            <w:tcW w:w="1569" w:type="dxa"/>
          </w:tcPr>
          <w:p w14:paraId="36FB6C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668CA1D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c>
          <w:tcPr>
            <w:tcW w:w="1569" w:type="dxa"/>
          </w:tcPr>
          <w:p w14:paraId="3C28C3F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0.617</w:t>
            </w:r>
          </w:p>
        </w:tc>
        <w:tc>
          <w:tcPr>
            <w:tcW w:w="1569" w:type="dxa"/>
          </w:tcPr>
          <w:p w14:paraId="02F2A9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1.073</w:t>
            </w:r>
          </w:p>
        </w:tc>
        <w:tc>
          <w:tcPr>
            <w:tcW w:w="1569" w:type="dxa"/>
          </w:tcPr>
          <w:p w14:paraId="326DE9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3D9361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3BE03B00" w14:textId="77777777" w:rsidTr="005C7141">
        <w:tc>
          <w:tcPr>
            <w:tcW w:w="1569" w:type="dxa"/>
          </w:tcPr>
          <w:p w14:paraId="109B79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379C37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w:t>
            </w:r>
          </w:p>
        </w:tc>
        <w:tc>
          <w:tcPr>
            <w:tcW w:w="1569" w:type="dxa"/>
          </w:tcPr>
          <w:p w14:paraId="7F18E2D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0.594</w:t>
            </w:r>
          </w:p>
        </w:tc>
        <w:tc>
          <w:tcPr>
            <w:tcW w:w="1569" w:type="dxa"/>
          </w:tcPr>
          <w:p w14:paraId="78C2669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1.031</w:t>
            </w:r>
          </w:p>
        </w:tc>
        <w:tc>
          <w:tcPr>
            <w:tcW w:w="1569" w:type="dxa"/>
          </w:tcPr>
          <w:p w14:paraId="54E649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219713D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264A3F65" w14:textId="77777777" w:rsidTr="005C7141">
        <w:tc>
          <w:tcPr>
            <w:tcW w:w="1569" w:type="dxa"/>
          </w:tcPr>
          <w:p w14:paraId="2444556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6C8E1C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w:t>
            </w:r>
          </w:p>
        </w:tc>
        <w:tc>
          <w:tcPr>
            <w:tcW w:w="1569" w:type="dxa"/>
          </w:tcPr>
          <w:p w14:paraId="22D6F6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0.540</w:t>
            </w:r>
          </w:p>
        </w:tc>
        <w:tc>
          <w:tcPr>
            <w:tcW w:w="1569" w:type="dxa"/>
          </w:tcPr>
          <w:p w14:paraId="2BB441F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0.987</w:t>
            </w:r>
          </w:p>
        </w:tc>
        <w:tc>
          <w:tcPr>
            <w:tcW w:w="1569" w:type="dxa"/>
          </w:tcPr>
          <w:p w14:paraId="3D527D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20959A3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0A1F28DC" w14:textId="77777777" w:rsidTr="005C7141">
        <w:tc>
          <w:tcPr>
            <w:tcW w:w="1569" w:type="dxa"/>
          </w:tcPr>
          <w:p w14:paraId="096ED27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7B8E0C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w:t>
            </w:r>
          </w:p>
        </w:tc>
        <w:tc>
          <w:tcPr>
            <w:tcW w:w="1569" w:type="dxa"/>
          </w:tcPr>
          <w:p w14:paraId="13857DA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0.503</w:t>
            </w:r>
          </w:p>
        </w:tc>
        <w:tc>
          <w:tcPr>
            <w:tcW w:w="1569" w:type="dxa"/>
          </w:tcPr>
          <w:p w14:paraId="0333560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0.950</w:t>
            </w:r>
          </w:p>
        </w:tc>
        <w:tc>
          <w:tcPr>
            <w:tcW w:w="1569" w:type="dxa"/>
          </w:tcPr>
          <w:p w14:paraId="6379026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345DB6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4DE46390" w14:textId="77777777" w:rsidTr="005C7141">
        <w:tc>
          <w:tcPr>
            <w:tcW w:w="1569" w:type="dxa"/>
          </w:tcPr>
          <w:p w14:paraId="686F42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0F5B277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w:t>
            </w:r>
          </w:p>
        </w:tc>
        <w:tc>
          <w:tcPr>
            <w:tcW w:w="1569" w:type="dxa"/>
          </w:tcPr>
          <w:p w14:paraId="37062D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0.422</w:t>
            </w:r>
          </w:p>
        </w:tc>
        <w:tc>
          <w:tcPr>
            <w:tcW w:w="1569" w:type="dxa"/>
          </w:tcPr>
          <w:p w14:paraId="031685C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0.911</w:t>
            </w:r>
          </w:p>
        </w:tc>
        <w:tc>
          <w:tcPr>
            <w:tcW w:w="1569" w:type="dxa"/>
          </w:tcPr>
          <w:p w14:paraId="121616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747880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0309BCE4" w14:textId="77777777" w:rsidTr="005C7141">
        <w:tc>
          <w:tcPr>
            <w:tcW w:w="1569" w:type="dxa"/>
          </w:tcPr>
          <w:p w14:paraId="4DCC76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37EC3C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w:t>
            </w:r>
          </w:p>
        </w:tc>
        <w:tc>
          <w:tcPr>
            <w:tcW w:w="1569" w:type="dxa"/>
          </w:tcPr>
          <w:p w14:paraId="7CE6BA2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0.394</w:t>
            </w:r>
          </w:p>
        </w:tc>
        <w:tc>
          <w:tcPr>
            <w:tcW w:w="1569" w:type="dxa"/>
          </w:tcPr>
          <w:p w14:paraId="3A7F5C6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0.870</w:t>
            </w:r>
          </w:p>
        </w:tc>
        <w:tc>
          <w:tcPr>
            <w:tcW w:w="1569" w:type="dxa"/>
          </w:tcPr>
          <w:p w14:paraId="4308C22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20CE06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0CE3ADF5" w14:textId="77777777" w:rsidTr="005C7141">
        <w:tc>
          <w:tcPr>
            <w:tcW w:w="1569" w:type="dxa"/>
          </w:tcPr>
          <w:p w14:paraId="27A038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48AE8B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w:t>
            </w:r>
          </w:p>
        </w:tc>
        <w:tc>
          <w:tcPr>
            <w:tcW w:w="1569" w:type="dxa"/>
          </w:tcPr>
          <w:p w14:paraId="6B1946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0.360</w:t>
            </w:r>
          </w:p>
        </w:tc>
        <w:tc>
          <w:tcPr>
            <w:tcW w:w="1569" w:type="dxa"/>
          </w:tcPr>
          <w:p w14:paraId="439FEE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0.834</w:t>
            </w:r>
          </w:p>
        </w:tc>
        <w:tc>
          <w:tcPr>
            <w:tcW w:w="1569" w:type="dxa"/>
          </w:tcPr>
          <w:p w14:paraId="698F950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455066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58196DAF" w14:textId="77777777" w:rsidTr="005C7141">
        <w:tc>
          <w:tcPr>
            <w:tcW w:w="1569" w:type="dxa"/>
          </w:tcPr>
          <w:p w14:paraId="1595523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1C80DD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w:t>
            </w:r>
          </w:p>
        </w:tc>
        <w:tc>
          <w:tcPr>
            <w:tcW w:w="1569" w:type="dxa"/>
          </w:tcPr>
          <w:p w14:paraId="16CCD3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0.340</w:t>
            </w:r>
          </w:p>
        </w:tc>
        <w:tc>
          <w:tcPr>
            <w:tcW w:w="1569" w:type="dxa"/>
          </w:tcPr>
          <w:p w14:paraId="4AEA5CF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0.795</w:t>
            </w:r>
          </w:p>
        </w:tc>
        <w:tc>
          <w:tcPr>
            <w:tcW w:w="1569" w:type="dxa"/>
          </w:tcPr>
          <w:p w14:paraId="1BFC9E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5653E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5B86A181" w14:textId="77777777" w:rsidTr="005C7141">
        <w:tc>
          <w:tcPr>
            <w:tcW w:w="1569" w:type="dxa"/>
          </w:tcPr>
          <w:p w14:paraId="6291BD5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0C19D2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w:t>
            </w:r>
          </w:p>
        </w:tc>
        <w:tc>
          <w:tcPr>
            <w:tcW w:w="1569" w:type="dxa"/>
          </w:tcPr>
          <w:p w14:paraId="55BEA96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0.295</w:t>
            </w:r>
          </w:p>
        </w:tc>
        <w:tc>
          <w:tcPr>
            <w:tcW w:w="1569" w:type="dxa"/>
          </w:tcPr>
          <w:p w14:paraId="0E75378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0.757</w:t>
            </w:r>
          </w:p>
        </w:tc>
        <w:tc>
          <w:tcPr>
            <w:tcW w:w="1569" w:type="dxa"/>
          </w:tcPr>
          <w:p w14:paraId="41DED8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1D297BF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6F96572B" w14:textId="77777777" w:rsidTr="005C7141">
        <w:tc>
          <w:tcPr>
            <w:tcW w:w="1569" w:type="dxa"/>
          </w:tcPr>
          <w:p w14:paraId="56EEB0B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1DFE816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w:t>
            </w:r>
          </w:p>
        </w:tc>
        <w:tc>
          <w:tcPr>
            <w:tcW w:w="1569" w:type="dxa"/>
          </w:tcPr>
          <w:p w14:paraId="47B6F7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0.283</w:t>
            </w:r>
          </w:p>
        </w:tc>
        <w:tc>
          <w:tcPr>
            <w:tcW w:w="1569" w:type="dxa"/>
          </w:tcPr>
          <w:p w14:paraId="515033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0.720</w:t>
            </w:r>
          </w:p>
        </w:tc>
        <w:tc>
          <w:tcPr>
            <w:tcW w:w="1569" w:type="dxa"/>
          </w:tcPr>
          <w:p w14:paraId="0CDC46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79849D6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081FAF90" w14:textId="77777777" w:rsidTr="005C7141">
        <w:tc>
          <w:tcPr>
            <w:tcW w:w="1569" w:type="dxa"/>
          </w:tcPr>
          <w:p w14:paraId="759B11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58E8C52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w:t>
            </w:r>
          </w:p>
        </w:tc>
        <w:tc>
          <w:tcPr>
            <w:tcW w:w="1569" w:type="dxa"/>
          </w:tcPr>
          <w:p w14:paraId="74E06F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0.274</w:t>
            </w:r>
          </w:p>
        </w:tc>
        <w:tc>
          <w:tcPr>
            <w:tcW w:w="1569" w:type="dxa"/>
          </w:tcPr>
          <w:p w14:paraId="611D28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0.679</w:t>
            </w:r>
          </w:p>
        </w:tc>
        <w:tc>
          <w:tcPr>
            <w:tcW w:w="1569" w:type="dxa"/>
          </w:tcPr>
          <w:p w14:paraId="36B482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460D526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70292D7C" w14:textId="77777777" w:rsidTr="005C7141">
        <w:tc>
          <w:tcPr>
            <w:tcW w:w="1569" w:type="dxa"/>
          </w:tcPr>
          <w:p w14:paraId="429ECE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61733D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569" w:type="dxa"/>
          </w:tcPr>
          <w:p w14:paraId="1D0FB2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0.222</w:t>
            </w:r>
          </w:p>
        </w:tc>
        <w:tc>
          <w:tcPr>
            <w:tcW w:w="1569" w:type="dxa"/>
          </w:tcPr>
          <w:p w14:paraId="7E4D814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0.639</w:t>
            </w:r>
          </w:p>
        </w:tc>
        <w:tc>
          <w:tcPr>
            <w:tcW w:w="1569" w:type="dxa"/>
          </w:tcPr>
          <w:p w14:paraId="7E666FF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3AE14B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4F01EB60" w14:textId="77777777" w:rsidTr="005C7141">
        <w:tc>
          <w:tcPr>
            <w:tcW w:w="1569" w:type="dxa"/>
          </w:tcPr>
          <w:p w14:paraId="76C2EF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PFFS</w:t>
            </w:r>
          </w:p>
        </w:tc>
        <w:tc>
          <w:tcPr>
            <w:tcW w:w="1569" w:type="dxa"/>
          </w:tcPr>
          <w:p w14:paraId="2F5A7DA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569" w:type="dxa"/>
          </w:tcPr>
          <w:p w14:paraId="3D9329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0.181</w:t>
            </w:r>
          </w:p>
        </w:tc>
        <w:tc>
          <w:tcPr>
            <w:tcW w:w="1569" w:type="dxa"/>
          </w:tcPr>
          <w:p w14:paraId="51B508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0.588</w:t>
            </w:r>
          </w:p>
        </w:tc>
        <w:tc>
          <w:tcPr>
            <w:tcW w:w="1569" w:type="dxa"/>
          </w:tcPr>
          <w:p w14:paraId="291CDC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569" w:type="dxa"/>
          </w:tcPr>
          <w:p w14:paraId="533C652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bl>
    <w:p w14:paraId="491A9473"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S7  PCA-based adjusted model</w:t>
      </w:r>
    </w:p>
    <w:tbl>
      <w:tblPr>
        <w:tblStyle w:val="TableGrid"/>
        <w:tblW w:w="0" w:type="auto"/>
        <w:tblLayout w:type="fixed"/>
        <w:tblLook w:val="04A0" w:firstRow="1" w:lastRow="0" w:firstColumn="1" w:lastColumn="0" w:noHBand="0" w:noVBand="1"/>
      </w:tblPr>
      <w:tblGrid>
        <w:gridCol w:w="1569"/>
        <w:gridCol w:w="1569"/>
        <w:gridCol w:w="1569"/>
        <w:gridCol w:w="1569"/>
        <w:gridCol w:w="1569"/>
        <w:gridCol w:w="1569"/>
      </w:tblGrid>
      <w:tr w:rsidR="000260E1" w:rsidRPr="007631E6" w14:paraId="77CC8DE5" w14:textId="77777777" w:rsidTr="005C7141">
        <w:tc>
          <w:tcPr>
            <w:tcW w:w="1569" w:type="dxa"/>
          </w:tcPr>
          <w:p w14:paraId="1BBDEBA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term</w:t>
            </w:r>
          </w:p>
        </w:tc>
        <w:tc>
          <w:tcPr>
            <w:tcW w:w="1569" w:type="dxa"/>
          </w:tcPr>
          <w:p w14:paraId="600714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beta</w:t>
            </w:r>
          </w:p>
        </w:tc>
        <w:tc>
          <w:tcPr>
            <w:tcW w:w="1569" w:type="dxa"/>
          </w:tcPr>
          <w:p w14:paraId="0AB9BF9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robust_SE</w:t>
            </w:r>
          </w:p>
        </w:tc>
        <w:tc>
          <w:tcPr>
            <w:tcW w:w="1569" w:type="dxa"/>
          </w:tcPr>
          <w:p w14:paraId="12F76C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CI_low</w:t>
            </w:r>
          </w:p>
        </w:tc>
        <w:tc>
          <w:tcPr>
            <w:tcW w:w="1569" w:type="dxa"/>
          </w:tcPr>
          <w:p w14:paraId="390C4A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CI_high</w:t>
            </w:r>
          </w:p>
        </w:tc>
        <w:tc>
          <w:tcPr>
            <w:tcW w:w="1569" w:type="dxa"/>
          </w:tcPr>
          <w:p w14:paraId="279770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w:t>
            </w:r>
          </w:p>
        </w:tc>
      </w:tr>
      <w:tr w:rsidR="000260E1" w:rsidRPr="007631E6" w14:paraId="619829B7" w14:textId="77777777" w:rsidTr="005C7141">
        <w:tc>
          <w:tcPr>
            <w:tcW w:w="1569" w:type="dxa"/>
          </w:tcPr>
          <w:p w14:paraId="7D6C93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Intercept</w:t>
            </w:r>
          </w:p>
        </w:tc>
        <w:tc>
          <w:tcPr>
            <w:tcW w:w="1569" w:type="dxa"/>
          </w:tcPr>
          <w:p w14:paraId="4970462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-0.4949</w:t>
            </w:r>
          </w:p>
        </w:tc>
        <w:tc>
          <w:tcPr>
            <w:tcW w:w="1569" w:type="dxa"/>
          </w:tcPr>
          <w:p w14:paraId="733FC55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0.2225</w:t>
            </w:r>
          </w:p>
        </w:tc>
        <w:tc>
          <w:tcPr>
            <w:tcW w:w="1569" w:type="dxa"/>
          </w:tcPr>
          <w:p w14:paraId="70829A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-0.931</w:t>
            </w:r>
          </w:p>
        </w:tc>
        <w:tc>
          <w:tcPr>
            <w:tcW w:w="1569" w:type="dxa"/>
          </w:tcPr>
          <w:p w14:paraId="5D7CA8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-0.05882</w:t>
            </w:r>
          </w:p>
        </w:tc>
        <w:tc>
          <w:tcPr>
            <w:tcW w:w="1569" w:type="dxa"/>
          </w:tcPr>
          <w:p w14:paraId="126256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0.02613</w:t>
            </w:r>
          </w:p>
        </w:tc>
      </w:tr>
      <w:tr w:rsidR="000260E1" w:rsidRPr="007631E6" w14:paraId="1E9F858C" w14:textId="77777777" w:rsidTr="005C7141">
        <w:tc>
          <w:tcPr>
            <w:tcW w:w="1569" w:type="dxa"/>
          </w:tcPr>
          <w:p w14:paraId="25853B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item PC1</w:t>
            </w:r>
          </w:p>
        </w:tc>
        <w:tc>
          <w:tcPr>
            <w:tcW w:w="1569" w:type="dxa"/>
          </w:tcPr>
          <w:p w14:paraId="0359DD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0.598</w:t>
            </w:r>
          </w:p>
        </w:tc>
        <w:tc>
          <w:tcPr>
            <w:tcW w:w="1569" w:type="dxa"/>
          </w:tcPr>
          <w:p w14:paraId="299CED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0.06229</w:t>
            </w:r>
          </w:p>
        </w:tc>
        <w:tc>
          <w:tcPr>
            <w:tcW w:w="1569" w:type="dxa"/>
          </w:tcPr>
          <w:p w14:paraId="0462B1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0.4759</w:t>
            </w:r>
          </w:p>
        </w:tc>
        <w:tc>
          <w:tcPr>
            <w:tcW w:w="1569" w:type="dxa"/>
          </w:tcPr>
          <w:p w14:paraId="59356E8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0.7201</w:t>
            </w:r>
          </w:p>
        </w:tc>
        <w:tc>
          <w:tcPr>
            <w:tcW w:w="1569" w:type="dxa"/>
          </w:tcPr>
          <w:p w14:paraId="71DF4D2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7.934e-22</w:t>
            </w:r>
          </w:p>
        </w:tc>
      </w:tr>
      <w:tr w:rsidR="000260E1" w:rsidRPr="007631E6" w14:paraId="757E5EE3" w14:textId="77777777" w:rsidTr="005C7141">
        <w:tc>
          <w:tcPr>
            <w:tcW w:w="1569" w:type="dxa"/>
          </w:tcPr>
          <w:p w14:paraId="68D2FE2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Fire and life safety</w:t>
            </w:r>
          </w:p>
        </w:tc>
        <w:tc>
          <w:tcPr>
            <w:tcW w:w="1569" w:type="dxa"/>
          </w:tcPr>
          <w:p w14:paraId="016C59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0.2156</w:t>
            </w:r>
          </w:p>
        </w:tc>
        <w:tc>
          <w:tcPr>
            <w:tcW w:w="1569" w:type="dxa"/>
          </w:tcPr>
          <w:p w14:paraId="34C4E7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0.0561</w:t>
            </w:r>
          </w:p>
        </w:tc>
        <w:tc>
          <w:tcPr>
            <w:tcW w:w="1569" w:type="dxa"/>
          </w:tcPr>
          <w:p w14:paraId="00E4650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0.1056</w:t>
            </w:r>
          </w:p>
        </w:tc>
        <w:tc>
          <w:tcPr>
            <w:tcW w:w="1569" w:type="dxa"/>
          </w:tcPr>
          <w:p w14:paraId="5504F3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0.3255</w:t>
            </w:r>
          </w:p>
        </w:tc>
        <w:tc>
          <w:tcPr>
            <w:tcW w:w="1569" w:type="dxa"/>
          </w:tcPr>
          <w:p w14:paraId="39FE8D4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0.0001214</w:t>
            </w:r>
          </w:p>
        </w:tc>
      </w:tr>
      <w:tr w:rsidR="000260E1" w:rsidRPr="007631E6" w14:paraId="4A636CA6" w14:textId="77777777" w:rsidTr="005C7141">
        <w:tc>
          <w:tcPr>
            <w:tcW w:w="1569" w:type="dxa"/>
          </w:tcPr>
          <w:p w14:paraId="0C0B2DF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Female</w:t>
            </w:r>
          </w:p>
        </w:tc>
        <w:tc>
          <w:tcPr>
            <w:tcW w:w="1569" w:type="dxa"/>
          </w:tcPr>
          <w:p w14:paraId="23EF2E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0.5322</w:t>
            </w:r>
          </w:p>
        </w:tc>
        <w:tc>
          <w:tcPr>
            <w:tcW w:w="1569" w:type="dxa"/>
          </w:tcPr>
          <w:p w14:paraId="29CB5F3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0.239</w:t>
            </w:r>
          </w:p>
        </w:tc>
        <w:tc>
          <w:tcPr>
            <w:tcW w:w="1569" w:type="dxa"/>
          </w:tcPr>
          <w:p w14:paraId="7A0FDB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0.06376</w:t>
            </w:r>
          </w:p>
        </w:tc>
        <w:tc>
          <w:tcPr>
            <w:tcW w:w="1569" w:type="dxa"/>
          </w:tcPr>
          <w:p w14:paraId="4D6E45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1.001</w:t>
            </w:r>
          </w:p>
        </w:tc>
        <w:tc>
          <w:tcPr>
            <w:tcW w:w="1569" w:type="dxa"/>
          </w:tcPr>
          <w:p w14:paraId="1A76609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0.02596</w:t>
            </w:r>
          </w:p>
        </w:tc>
      </w:tr>
      <w:tr w:rsidR="000260E1" w:rsidRPr="007631E6" w14:paraId="44EBDB83" w14:textId="77777777" w:rsidTr="005C7141">
        <w:tc>
          <w:tcPr>
            <w:tcW w:w="1569" w:type="dxa"/>
          </w:tcPr>
          <w:p w14:paraId="634BEB3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Academic level</w:t>
            </w:r>
          </w:p>
        </w:tc>
        <w:tc>
          <w:tcPr>
            <w:tcW w:w="1569" w:type="dxa"/>
          </w:tcPr>
          <w:p w14:paraId="728B0DF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-0.05227</w:t>
            </w:r>
          </w:p>
        </w:tc>
        <w:tc>
          <w:tcPr>
            <w:tcW w:w="1569" w:type="dxa"/>
          </w:tcPr>
          <w:p w14:paraId="5BA4BC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0.06786</w:t>
            </w:r>
          </w:p>
        </w:tc>
        <w:tc>
          <w:tcPr>
            <w:tcW w:w="1569" w:type="dxa"/>
          </w:tcPr>
          <w:p w14:paraId="59EF34C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-0.1853</w:t>
            </w:r>
          </w:p>
        </w:tc>
        <w:tc>
          <w:tcPr>
            <w:tcW w:w="1569" w:type="dxa"/>
          </w:tcPr>
          <w:p w14:paraId="48C931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0.08074</w:t>
            </w:r>
          </w:p>
        </w:tc>
        <w:tc>
          <w:tcPr>
            <w:tcW w:w="1569" w:type="dxa"/>
          </w:tcPr>
          <w:p w14:paraId="698C42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0.4412</w:t>
            </w:r>
          </w:p>
        </w:tc>
      </w:tr>
      <w:tr w:rsidR="000260E1" w:rsidRPr="007631E6" w14:paraId="15485BB1" w14:textId="77777777" w:rsidTr="005C7141">
        <w:tc>
          <w:tcPr>
            <w:tcW w:w="1569" w:type="dxa"/>
          </w:tcPr>
          <w:p w14:paraId="2751020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Residence duration</w:t>
            </w:r>
          </w:p>
        </w:tc>
        <w:tc>
          <w:tcPr>
            <w:tcW w:w="1569" w:type="dxa"/>
          </w:tcPr>
          <w:p w14:paraId="69C7FE1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0.07818</w:t>
            </w:r>
          </w:p>
        </w:tc>
        <w:tc>
          <w:tcPr>
            <w:tcW w:w="1569" w:type="dxa"/>
          </w:tcPr>
          <w:p w14:paraId="386C9F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0.06612</w:t>
            </w:r>
          </w:p>
        </w:tc>
        <w:tc>
          <w:tcPr>
            <w:tcW w:w="1569" w:type="dxa"/>
          </w:tcPr>
          <w:p w14:paraId="3A2F490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-0.0514</w:t>
            </w:r>
          </w:p>
        </w:tc>
        <w:tc>
          <w:tcPr>
            <w:tcW w:w="1569" w:type="dxa"/>
          </w:tcPr>
          <w:p w14:paraId="4311DB2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0.2078</w:t>
            </w:r>
          </w:p>
        </w:tc>
        <w:tc>
          <w:tcPr>
            <w:tcW w:w="1569" w:type="dxa"/>
          </w:tcPr>
          <w:p w14:paraId="1F121F5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0.237</w:t>
            </w:r>
          </w:p>
        </w:tc>
      </w:tr>
      <w:tr w:rsidR="000260E1" w:rsidRPr="007631E6" w14:paraId="3B1BA8D7" w14:textId="77777777" w:rsidTr="005C7141">
        <w:tc>
          <w:tcPr>
            <w:tcW w:w="1569" w:type="dxa"/>
          </w:tcPr>
          <w:p w14:paraId="13F2530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lastRenderedPageBreak/>
              <w:t>Coded batch</w:t>
            </w:r>
          </w:p>
        </w:tc>
        <w:tc>
          <w:tcPr>
            <w:tcW w:w="1569" w:type="dxa"/>
          </w:tcPr>
          <w:p w14:paraId="52689A3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0.07105</w:t>
            </w:r>
          </w:p>
        </w:tc>
        <w:tc>
          <w:tcPr>
            <w:tcW w:w="1569" w:type="dxa"/>
          </w:tcPr>
          <w:p w14:paraId="11F2472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0.09757</w:t>
            </w:r>
          </w:p>
        </w:tc>
        <w:tc>
          <w:tcPr>
            <w:tcW w:w="1569" w:type="dxa"/>
          </w:tcPr>
          <w:p w14:paraId="16A00B4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-0.1202</w:t>
            </w:r>
          </w:p>
        </w:tc>
        <w:tc>
          <w:tcPr>
            <w:tcW w:w="1569" w:type="dxa"/>
          </w:tcPr>
          <w:p w14:paraId="14DD0BB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0.2623</w:t>
            </w:r>
          </w:p>
        </w:tc>
        <w:tc>
          <w:tcPr>
            <w:tcW w:w="1569" w:type="dxa"/>
          </w:tcPr>
          <w:p w14:paraId="7F17476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0.4665</w:t>
            </w:r>
          </w:p>
        </w:tc>
      </w:tr>
      <w:tr w:rsidR="000260E1" w:rsidRPr="007631E6" w14:paraId="26020F84" w14:textId="77777777" w:rsidTr="005C7141">
        <w:tc>
          <w:tcPr>
            <w:tcW w:w="1569" w:type="dxa"/>
          </w:tcPr>
          <w:p w14:paraId="2F2919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2</w:t>
            </w:r>
          </w:p>
        </w:tc>
        <w:tc>
          <w:tcPr>
            <w:tcW w:w="1569" w:type="dxa"/>
          </w:tcPr>
          <w:p w14:paraId="56BE2B9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-0.156</w:t>
            </w:r>
          </w:p>
        </w:tc>
        <w:tc>
          <w:tcPr>
            <w:tcW w:w="1569" w:type="dxa"/>
          </w:tcPr>
          <w:p w14:paraId="589C46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0.1249</w:t>
            </w:r>
          </w:p>
        </w:tc>
        <w:tc>
          <w:tcPr>
            <w:tcW w:w="1569" w:type="dxa"/>
          </w:tcPr>
          <w:p w14:paraId="7E534B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-0.4008</w:t>
            </w:r>
          </w:p>
        </w:tc>
        <w:tc>
          <w:tcPr>
            <w:tcW w:w="1569" w:type="dxa"/>
          </w:tcPr>
          <w:p w14:paraId="5C8C20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0.08879</w:t>
            </w:r>
          </w:p>
        </w:tc>
        <w:tc>
          <w:tcPr>
            <w:tcW w:w="1569" w:type="dxa"/>
          </w:tcPr>
          <w:p w14:paraId="06C09A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0.2116</w:t>
            </w:r>
          </w:p>
        </w:tc>
      </w:tr>
      <w:tr w:rsidR="000260E1" w:rsidRPr="007631E6" w14:paraId="6B732670" w14:textId="77777777" w:rsidTr="005C7141">
        <w:tc>
          <w:tcPr>
            <w:tcW w:w="1569" w:type="dxa"/>
          </w:tcPr>
          <w:p w14:paraId="3819FE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3</w:t>
            </w:r>
          </w:p>
        </w:tc>
        <w:tc>
          <w:tcPr>
            <w:tcW w:w="1569" w:type="dxa"/>
          </w:tcPr>
          <w:p w14:paraId="584F67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0.5266</w:t>
            </w:r>
          </w:p>
        </w:tc>
        <w:tc>
          <w:tcPr>
            <w:tcW w:w="1569" w:type="dxa"/>
          </w:tcPr>
          <w:p w14:paraId="794023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0.2417</w:t>
            </w:r>
          </w:p>
        </w:tc>
        <w:tc>
          <w:tcPr>
            <w:tcW w:w="1569" w:type="dxa"/>
          </w:tcPr>
          <w:p w14:paraId="2C9B1F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0.05299</w:t>
            </w:r>
          </w:p>
        </w:tc>
        <w:tc>
          <w:tcPr>
            <w:tcW w:w="1569" w:type="dxa"/>
          </w:tcPr>
          <w:p w14:paraId="56259F1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1569" w:type="dxa"/>
          </w:tcPr>
          <w:p w14:paraId="7C5532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0.02931</w:t>
            </w:r>
          </w:p>
        </w:tc>
      </w:tr>
      <w:tr w:rsidR="000260E1" w:rsidRPr="007631E6" w14:paraId="6FB57941" w14:textId="77777777" w:rsidTr="005C7141">
        <w:tc>
          <w:tcPr>
            <w:tcW w:w="1569" w:type="dxa"/>
          </w:tcPr>
          <w:p w14:paraId="3B9690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4</w:t>
            </w:r>
          </w:p>
        </w:tc>
        <w:tc>
          <w:tcPr>
            <w:tcW w:w="1569" w:type="dxa"/>
          </w:tcPr>
          <w:p w14:paraId="1A24C6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0.5439</w:t>
            </w:r>
          </w:p>
        </w:tc>
        <w:tc>
          <w:tcPr>
            <w:tcW w:w="1569" w:type="dxa"/>
          </w:tcPr>
          <w:p w14:paraId="0FD4FF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0.2552</w:t>
            </w:r>
          </w:p>
        </w:tc>
        <w:tc>
          <w:tcPr>
            <w:tcW w:w="1569" w:type="dxa"/>
          </w:tcPr>
          <w:p w14:paraId="795E85B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0.04371</w:t>
            </w:r>
          </w:p>
        </w:tc>
        <w:tc>
          <w:tcPr>
            <w:tcW w:w="1569" w:type="dxa"/>
          </w:tcPr>
          <w:p w14:paraId="3A3BD3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1.044</w:t>
            </w:r>
          </w:p>
        </w:tc>
        <w:tc>
          <w:tcPr>
            <w:tcW w:w="1569" w:type="dxa"/>
          </w:tcPr>
          <w:p w14:paraId="243A680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0.03307</w:t>
            </w:r>
          </w:p>
        </w:tc>
      </w:tr>
    </w:tbl>
    <w:p w14:paraId="49538D6A"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S8  Item-level adjusted associations with Holm correction</w:t>
      </w:r>
    </w:p>
    <w:tbl>
      <w:tblPr>
        <w:tblStyle w:val="TableGrid"/>
        <w:tblW w:w="0" w:type="auto"/>
        <w:tblLayout w:type="fixed"/>
        <w:tblLook w:val="04A0" w:firstRow="1" w:lastRow="0" w:firstColumn="1" w:lastColumn="0" w:noHBand="0" w:noVBand="1"/>
      </w:tblPr>
      <w:tblGrid>
        <w:gridCol w:w="1345"/>
        <w:gridCol w:w="1345"/>
        <w:gridCol w:w="1345"/>
        <w:gridCol w:w="1345"/>
        <w:gridCol w:w="1345"/>
        <w:gridCol w:w="1345"/>
        <w:gridCol w:w="1345"/>
      </w:tblGrid>
      <w:tr w:rsidR="000260E1" w:rsidRPr="007631E6" w14:paraId="42063BA0" w14:textId="77777777" w:rsidTr="005C7141">
        <w:tc>
          <w:tcPr>
            <w:tcW w:w="1345" w:type="dxa"/>
          </w:tcPr>
          <w:p w14:paraId="2564F3A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item</w:t>
            </w:r>
          </w:p>
        </w:tc>
        <w:tc>
          <w:tcPr>
            <w:tcW w:w="1345" w:type="dxa"/>
          </w:tcPr>
          <w:p w14:paraId="2CE30BF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beta</w:t>
            </w:r>
          </w:p>
        </w:tc>
        <w:tc>
          <w:tcPr>
            <w:tcW w:w="1345" w:type="dxa"/>
          </w:tcPr>
          <w:p w14:paraId="1D4F614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robust_SE</w:t>
            </w:r>
          </w:p>
        </w:tc>
        <w:tc>
          <w:tcPr>
            <w:tcW w:w="1345" w:type="dxa"/>
          </w:tcPr>
          <w:p w14:paraId="095359A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CI_low</w:t>
            </w:r>
          </w:p>
        </w:tc>
        <w:tc>
          <w:tcPr>
            <w:tcW w:w="1345" w:type="dxa"/>
          </w:tcPr>
          <w:p w14:paraId="5DA411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CI_high</w:t>
            </w:r>
          </w:p>
        </w:tc>
        <w:tc>
          <w:tcPr>
            <w:tcW w:w="1345" w:type="dxa"/>
          </w:tcPr>
          <w:p w14:paraId="7A4E718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p_raw</w:t>
            </w:r>
          </w:p>
        </w:tc>
        <w:tc>
          <w:tcPr>
            <w:tcW w:w="1345" w:type="dxa"/>
          </w:tcPr>
          <w:p w14:paraId="2E670A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p_Holm</w:t>
            </w:r>
          </w:p>
        </w:tc>
      </w:tr>
      <w:tr w:rsidR="000260E1" w:rsidRPr="007631E6" w14:paraId="003E52D3" w14:textId="77777777" w:rsidTr="005C7141">
        <w:tc>
          <w:tcPr>
            <w:tcW w:w="1345" w:type="dxa"/>
          </w:tcPr>
          <w:p w14:paraId="042A43C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Q01</w:t>
            </w:r>
          </w:p>
        </w:tc>
        <w:tc>
          <w:tcPr>
            <w:tcW w:w="1345" w:type="dxa"/>
          </w:tcPr>
          <w:p w14:paraId="64776D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0.4512</w:t>
            </w:r>
          </w:p>
        </w:tc>
        <w:tc>
          <w:tcPr>
            <w:tcW w:w="1345" w:type="dxa"/>
          </w:tcPr>
          <w:p w14:paraId="54C308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0.0557</w:t>
            </w:r>
          </w:p>
        </w:tc>
        <w:tc>
          <w:tcPr>
            <w:tcW w:w="1345" w:type="dxa"/>
          </w:tcPr>
          <w:p w14:paraId="592DF4A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0.342</w:t>
            </w:r>
          </w:p>
        </w:tc>
        <w:tc>
          <w:tcPr>
            <w:tcW w:w="1345" w:type="dxa"/>
          </w:tcPr>
          <w:p w14:paraId="530F9C6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0.5604</w:t>
            </w:r>
          </w:p>
        </w:tc>
        <w:tc>
          <w:tcPr>
            <w:tcW w:w="1345" w:type="dxa"/>
          </w:tcPr>
          <w:p w14:paraId="18F037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5.509e-16</w:t>
            </w:r>
          </w:p>
        </w:tc>
        <w:tc>
          <w:tcPr>
            <w:tcW w:w="1345" w:type="dxa"/>
          </w:tcPr>
          <w:p w14:paraId="5293841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9.917e-15</w:t>
            </w:r>
          </w:p>
        </w:tc>
      </w:tr>
      <w:tr w:rsidR="000260E1" w:rsidRPr="007631E6" w14:paraId="717BDCA8" w14:textId="77777777" w:rsidTr="005C7141">
        <w:tc>
          <w:tcPr>
            <w:tcW w:w="1345" w:type="dxa"/>
          </w:tcPr>
          <w:p w14:paraId="71FC29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Q02</w:t>
            </w:r>
          </w:p>
        </w:tc>
        <w:tc>
          <w:tcPr>
            <w:tcW w:w="1345" w:type="dxa"/>
          </w:tcPr>
          <w:p w14:paraId="71D2788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0.2609</w:t>
            </w:r>
          </w:p>
        </w:tc>
        <w:tc>
          <w:tcPr>
            <w:tcW w:w="1345" w:type="dxa"/>
          </w:tcPr>
          <w:p w14:paraId="326618A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0.07299</w:t>
            </w:r>
          </w:p>
        </w:tc>
        <w:tc>
          <w:tcPr>
            <w:tcW w:w="1345" w:type="dxa"/>
          </w:tcPr>
          <w:p w14:paraId="11CD6B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0.1178</w:t>
            </w:r>
          </w:p>
        </w:tc>
        <w:tc>
          <w:tcPr>
            <w:tcW w:w="1345" w:type="dxa"/>
          </w:tcPr>
          <w:p w14:paraId="10A7D8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0.4039</w:t>
            </w:r>
          </w:p>
        </w:tc>
        <w:tc>
          <w:tcPr>
            <w:tcW w:w="1345" w:type="dxa"/>
          </w:tcPr>
          <w:p w14:paraId="1227E4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0.0003516</w:t>
            </w:r>
          </w:p>
        </w:tc>
        <w:tc>
          <w:tcPr>
            <w:tcW w:w="1345" w:type="dxa"/>
          </w:tcPr>
          <w:p w14:paraId="1F82A1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0.0003516</w:t>
            </w:r>
          </w:p>
        </w:tc>
      </w:tr>
      <w:tr w:rsidR="000260E1" w:rsidRPr="007631E6" w14:paraId="1F94EDAA" w14:textId="77777777" w:rsidTr="005C7141">
        <w:tc>
          <w:tcPr>
            <w:tcW w:w="1345" w:type="dxa"/>
          </w:tcPr>
          <w:p w14:paraId="37CD1BB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Q03</w:t>
            </w:r>
          </w:p>
        </w:tc>
        <w:tc>
          <w:tcPr>
            <w:tcW w:w="1345" w:type="dxa"/>
          </w:tcPr>
          <w:p w14:paraId="52ACC03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0.2949</w:t>
            </w:r>
          </w:p>
        </w:tc>
        <w:tc>
          <w:tcPr>
            <w:tcW w:w="1345" w:type="dxa"/>
          </w:tcPr>
          <w:p w14:paraId="48564F6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0.0656</w:t>
            </w:r>
          </w:p>
        </w:tc>
        <w:tc>
          <w:tcPr>
            <w:tcW w:w="1345" w:type="dxa"/>
          </w:tcPr>
          <w:p w14:paraId="322FF0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0.1664</w:t>
            </w:r>
          </w:p>
        </w:tc>
        <w:tc>
          <w:tcPr>
            <w:tcW w:w="1345" w:type="dxa"/>
          </w:tcPr>
          <w:p w14:paraId="7428CFD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0.4235</w:t>
            </w:r>
          </w:p>
        </w:tc>
        <w:tc>
          <w:tcPr>
            <w:tcW w:w="1345" w:type="dxa"/>
          </w:tcPr>
          <w:p w14:paraId="5CBB01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6.928e-06</w:t>
            </w:r>
          </w:p>
        </w:tc>
        <w:tc>
          <w:tcPr>
            <w:tcW w:w="1345" w:type="dxa"/>
          </w:tcPr>
          <w:p w14:paraId="0D3404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2.075e-05</w:t>
            </w:r>
          </w:p>
        </w:tc>
      </w:tr>
      <w:tr w:rsidR="000260E1" w:rsidRPr="007631E6" w14:paraId="0AADD81A" w14:textId="77777777" w:rsidTr="005C7141">
        <w:tc>
          <w:tcPr>
            <w:tcW w:w="1345" w:type="dxa"/>
          </w:tcPr>
          <w:p w14:paraId="2F6E4C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Q04</w:t>
            </w:r>
          </w:p>
        </w:tc>
        <w:tc>
          <w:tcPr>
            <w:tcW w:w="1345" w:type="dxa"/>
          </w:tcPr>
          <w:p w14:paraId="3574F2D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0.5003</w:t>
            </w:r>
          </w:p>
        </w:tc>
        <w:tc>
          <w:tcPr>
            <w:tcW w:w="1345" w:type="dxa"/>
          </w:tcPr>
          <w:p w14:paraId="6295E9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0.05976</w:t>
            </w:r>
          </w:p>
        </w:tc>
        <w:tc>
          <w:tcPr>
            <w:tcW w:w="1345" w:type="dxa"/>
          </w:tcPr>
          <w:p w14:paraId="2C192B6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0.3831</w:t>
            </w:r>
          </w:p>
        </w:tc>
        <w:tc>
          <w:tcPr>
            <w:tcW w:w="1345" w:type="dxa"/>
          </w:tcPr>
          <w:p w14:paraId="5CA2C5F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0.6174</w:t>
            </w:r>
          </w:p>
        </w:tc>
        <w:tc>
          <w:tcPr>
            <w:tcW w:w="1345" w:type="dxa"/>
          </w:tcPr>
          <w:p w14:paraId="6B9078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5.669e-17</w:t>
            </w:r>
          </w:p>
        </w:tc>
        <w:tc>
          <w:tcPr>
            <w:tcW w:w="1345" w:type="dxa"/>
          </w:tcPr>
          <w:p w14:paraId="207A30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1.134e-15</w:t>
            </w:r>
          </w:p>
        </w:tc>
      </w:tr>
      <w:tr w:rsidR="000260E1" w:rsidRPr="007631E6" w14:paraId="099A1562" w14:textId="77777777" w:rsidTr="005C7141">
        <w:tc>
          <w:tcPr>
            <w:tcW w:w="1345" w:type="dxa"/>
          </w:tcPr>
          <w:p w14:paraId="4A480B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Q05</w:t>
            </w:r>
          </w:p>
        </w:tc>
        <w:tc>
          <w:tcPr>
            <w:tcW w:w="1345" w:type="dxa"/>
          </w:tcPr>
          <w:p w14:paraId="48EC28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0.3212</w:t>
            </w:r>
          </w:p>
        </w:tc>
        <w:tc>
          <w:tcPr>
            <w:tcW w:w="1345" w:type="dxa"/>
          </w:tcPr>
          <w:p w14:paraId="26E7E0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0.07144</w:t>
            </w:r>
          </w:p>
        </w:tc>
        <w:tc>
          <w:tcPr>
            <w:tcW w:w="1345" w:type="dxa"/>
          </w:tcPr>
          <w:p w14:paraId="288F116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0.1812</w:t>
            </w:r>
          </w:p>
        </w:tc>
        <w:tc>
          <w:tcPr>
            <w:tcW w:w="1345" w:type="dxa"/>
          </w:tcPr>
          <w:p w14:paraId="139BA9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0.4613</w:t>
            </w:r>
          </w:p>
        </w:tc>
        <w:tc>
          <w:tcPr>
            <w:tcW w:w="1345" w:type="dxa"/>
          </w:tcPr>
          <w:p w14:paraId="55BFDB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6.917e-06</w:t>
            </w:r>
          </w:p>
        </w:tc>
        <w:tc>
          <w:tcPr>
            <w:tcW w:w="1345" w:type="dxa"/>
          </w:tcPr>
          <w:p w14:paraId="3C4DA4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2.075e-05</w:t>
            </w:r>
          </w:p>
        </w:tc>
      </w:tr>
      <w:tr w:rsidR="000260E1" w:rsidRPr="007631E6" w14:paraId="3F665EBB" w14:textId="77777777" w:rsidTr="005C7141">
        <w:tc>
          <w:tcPr>
            <w:tcW w:w="1345" w:type="dxa"/>
          </w:tcPr>
          <w:p w14:paraId="7733019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Q06</w:t>
            </w:r>
          </w:p>
        </w:tc>
        <w:tc>
          <w:tcPr>
            <w:tcW w:w="1345" w:type="dxa"/>
          </w:tcPr>
          <w:p w14:paraId="7AD1693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0.3621</w:t>
            </w:r>
          </w:p>
        </w:tc>
        <w:tc>
          <w:tcPr>
            <w:tcW w:w="1345" w:type="dxa"/>
          </w:tcPr>
          <w:p w14:paraId="4EBDDE4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0.06985</w:t>
            </w:r>
          </w:p>
        </w:tc>
        <w:tc>
          <w:tcPr>
            <w:tcW w:w="1345" w:type="dxa"/>
          </w:tcPr>
          <w:p w14:paraId="6504793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0.2252</w:t>
            </w:r>
          </w:p>
        </w:tc>
        <w:tc>
          <w:tcPr>
            <w:tcW w:w="1345" w:type="dxa"/>
          </w:tcPr>
          <w:p w14:paraId="77AC35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0.499</w:t>
            </w:r>
          </w:p>
        </w:tc>
        <w:tc>
          <w:tcPr>
            <w:tcW w:w="1345" w:type="dxa"/>
          </w:tcPr>
          <w:p w14:paraId="249185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2.174e-07</w:t>
            </w:r>
          </w:p>
        </w:tc>
        <w:tc>
          <w:tcPr>
            <w:tcW w:w="1345" w:type="dxa"/>
          </w:tcPr>
          <w:p w14:paraId="7DC310B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1.304e-06</w:t>
            </w:r>
          </w:p>
        </w:tc>
      </w:tr>
      <w:tr w:rsidR="000260E1" w:rsidRPr="007631E6" w14:paraId="7C96BBB8" w14:textId="77777777" w:rsidTr="005C7141">
        <w:tc>
          <w:tcPr>
            <w:tcW w:w="1345" w:type="dxa"/>
          </w:tcPr>
          <w:p w14:paraId="554D02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Q07</w:t>
            </w:r>
          </w:p>
        </w:tc>
        <w:tc>
          <w:tcPr>
            <w:tcW w:w="1345" w:type="dxa"/>
          </w:tcPr>
          <w:p w14:paraId="067053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0.391</w:t>
            </w:r>
          </w:p>
        </w:tc>
        <w:tc>
          <w:tcPr>
            <w:tcW w:w="1345" w:type="dxa"/>
          </w:tcPr>
          <w:p w14:paraId="1E4AB7B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0.07232</w:t>
            </w:r>
          </w:p>
        </w:tc>
        <w:tc>
          <w:tcPr>
            <w:tcW w:w="1345" w:type="dxa"/>
          </w:tcPr>
          <w:p w14:paraId="337680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0.2493</w:t>
            </w:r>
          </w:p>
        </w:tc>
        <w:tc>
          <w:tcPr>
            <w:tcW w:w="1345" w:type="dxa"/>
          </w:tcPr>
          <w:p w14:paraId="6427089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0.5327</w:t>
            </w:r>
          </w:p>
        </w:tc>
        <w:tc>
          <w:tcPr>
            <w:tcW w:w="1345" w:type="dxa"/>
          </w:tcPr>
          <w:p w14:paraId="488141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6.423e-08</w:t>
            </w:r>
          </w:p>
        </w:tc>
        <w:tc>
          <w:tcPr>
            <w:tcW w:w="1345" w:type="dxa"/>
          </w:tcPr>
          <w:p w14:paraId="21A9726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5.138e-07</w:t>
            </w:r>
          </w:p>
        </w:tc>
      </w:tr>
      <w:tr w:rsidR="000260E1" w:rsidRPr="007631E6" w14:paraId="7C1C401C" w14:textId="77777777" w:rsidTr="005C7141">
        <w:tc>
          <w:tcPr>
            <w:tcW w:w="1345" w:type="dxa"/>
          </w:tcPr>
          <w:p w14:paraId="3DAC8E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Q08</w:t>
            </w:r>
          </w:p>
        </w:tc>
        <w:tc>
          <w:tcPr>
            <w:tcW w:w="1345" w:type="dxa"/>
          </w:tcPr>
          <w:p w14:paraId="1FD1C36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0.3809</w:t>
            </w:r>
          </w:p>
        </w:tc>
        <w:tc>
          <w:tcPr>
            <w:tcW w:w="1345" w:type="dxa"/>
          </w:tcPr>
          <w:p w14:paraId="4D4292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0.07004</w:t>
            </w:r>
          </w:p>
        </w:tc>
        <w:tc>
          <w:tcPr>
            <w:tcW w:w="1345" w:type="dxa"/>
          </w:tcPr>
          <w:p w14:paraId="0E01B02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0.2436</w:t>
            </w:r>
          </w:p>
        </w:tc>
        <w:tc>
          <w:tcPr>
            <w:tcW w:w="1345" w:type="dxa"/>
          </w:tcPr>
          <w:p w14:paraId="71D039B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0.5182</w:t>
            </w:r>
          </w:p>
        </w:tc>
        <w:tc>
          <w:tcPr>
            <w:tcW w:w="1345" w:type="dxa"/>
          </w:tcPr>
          <w:p w14:paraId="5C43D2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5.366e-08</w:t>
            </w:r>
          </w:p>
        </w:tc>
        <w:tc>
          <w:tcPr>
            <w:tcW w:w="1345" w:type="dxa"/>
          </w:tcPr>
          <w:p w14:paraId="30EFD71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4.829e-07</w:t>
            </w:r>
          </w:p>
        </w:tc>
      </w:tr>
      <w:tr w:rsidR="000260E1" w:rsidRPr="007631E6" w14:paraId="065D2B9D" w14:textId="77777777" w:rsidTr="005C7141">
        <w:tc>
          <w:tcPr>
            <w:tcW w:w="1345" w:type="dxa"/>
          </w:tcPr>
          <w:p w14:paraId="62D464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Q09</w:t>
            </w:r>
          </w:p>
        </w:tc>
        <w:tc>
          <w:tcPr>
            <w:tcW w:w="1345" w:type="dxa"/>
          </w:tcPr>
          <w:p w14:paraId="091DF6A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0.4553</w:t>
            </w:r>
          </w:p>
        </w:tc>
        <w:tc>
          <w:tcPr>
            <w:tcW w:w="1345" w:type="dxa"/>
          </w:tcPr>
          <w:p w14:paraId="5D8D2A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0.06627</w:t>
            </w:r>
          </w:p>
        </w:tc>
        <w:tc>
          <w:tcPr>
            <w:tcW w:w="1345" w:type="dxa"/>
          </w:tcPr>
          <w:p w14:paraId="0BA29B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0.3254</w:t>
            </w:r>
          </w:p>
        </w:tc>
        <w:tc>
          <w:tcPr>
            <w:tcW w:w="1345" w:type="dxa"/>
          </w:tcPr>
          <w:p w14:paraId="783A24A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0.5852</w:t>
            </w:r>
          </w:p>
        </w:tc>
        <w:tc>
          <w:tcPr>
            <w:tcW w:w="1345" w:type="dxa"/>
          </w:tcPr>
          <w:p w14:paraId="699C92A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6.426e-12</w:t>
            </w:r>
          </w:p>
        </w:tc>
        <w:tc>
          <w:tcPr>
            <w:tcW w:w="1345" w:type="dxa"/>
          </w:tcPr>
          <w:p w14:paraId="36B2D9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8.354e-11</w:t>
            </w:r>
          </w:p>
        </w:tc>
      </w:tr>
      <w:tr w:rsidR="000260E1" w:rsidRPr="007631E6" w14:paraId="70A52CE8" w14:textId="77777777" w:rsidTr="005C7141">
        <w:tc>
          <w:tcPr>
            <w:tcW w:w="1345" w:type="dxa"/>
          </w:tcPr>
          <w:p w14:paraId="3F5ED3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Q10</w:t>
            </w:r>
          </w:p>
        </w:tc>
        <w:tc>
          <w:tcPr>
            <w:tcW w:w="1345" w:type="dxa"/>
          </w:tcPr>
          <w:p w14:paraId="33D9D32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0.3207</w:t>
            </w:r>
          </w:p>
        </w:tc>
        <w:tc>
          <w:tcPr>
            <w:tcW w:w="1345" w:type="dxa"/>
          </w:tcPr>
          <w:p w14:paraId="46854C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0.06267</w:t>
            </w:r>
          </w:p>
        </w:tc>
        <w:tc>
          <w:tcPr>
            <w:tcW w:w="1345" w:type="dxa"/>
          </w:tcPr>
          <w:p w14:paraId="02E4822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0.1979</w:t>
            </w:r>
          </w:p>
        </w:tc>
        <w:tc>
          <w:tcPr>
            <w:tcW w:w="1345" w:type="dxa"/>
          </w:tcPr>
          <w:p w14:paraId="1360EC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0.4435</w:t>
            </w:r>
          </w:p>
        </w:tc>
        <w:tc>
          <w:tcPr>
            <w:tcW w:w="1345" w:type="dxa"/>
          </w:tcPr>
          <w:p w14:paraId="086393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3.097e-07</w:t>
            </w:r>
          </w:p>
        </w:tc>
        <w:tc>
          <w:tcPr>
            <w:tcW w:w="1345" w:type="dxa"/>
          </w:tcPr>
          <w:p w14:paraId="6F10C01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1.549e-06</w:t>
            </w:r>
          </w:p>
        </w:tc>
      </w:tr>
      <w:tr w:rsidR="000260E1" w:rsidRPr="007631E6" w14:paraId="58E60F6B" w14:textId="77777777" w:rsidTr="005C7141">
        <w:tc>
          <w:tcPr>
            <w:tcW w:w="1345" w:type="dxa"/>
          </w:tcPr>
          <w:p w14:paraId="0BB8AD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Q11</w:t>
            </w:r>
          </w:p>
        </w:tc>
        <w:tc>
          <w:tcPr>
            <w:tcW w:w="1345" w:type="dxa"/>
          </w:tcPr>
          <w:p w14:paraId="46DD47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0.4376</w:t>
            </w:r>
          </w:p>
        </w:tc>
        <w:tc>
          <w:tcPr>
            <w:tcW w:w="1345" w:type="dxa"/>
          </w:tcPr>
          <w:p w14:paraId="321C361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0.06175</w:t>
            </w:r>
          </w:p>
        </w:tc>
        <w:tc>
          <w:tcPr>
            <w:tcW w:w="1345" w:type="dxa"/>
          </w:tcPr>
          <w:p w14:paraId="7F54140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0.3165</w:t>
            </w:r>
          </w:p>
        </w:tc>
        <w:tc>
          <w:tcPr>
            <w:tcW w:w="1345" w:type="dxa"/>
          </w:tcPr>
          <w:p w14:paraId="579049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0.5586</w:t>
            </w:r>
          </w:p>
        </w:tc>
        <w:tc>
          <w:tcPr>
            <w:tcW w:w="1345" w:type="dxa"/>
          </w:tcPr>
          <w:p w14:paraId="5567271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1.385e-12</w:t>
            </w:r>
          </w:p>
        </w:tc>
        <w:tc>
          <w:tcPr>
            <w:tcW w:w="1345" w:type="dxa"/>
          </w:tcPr>
          <w:p w14:paraId="7154AFB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2.216e-11</w:t>
            </w:r>
          </w:p>
        </w:tc>
      </w:tr>
      <w:tr w:rsidR="000260E1" w:rsidRPr="007631E6" w14:paraId="428767F3" w14:textId="77777777" w:rsidTr="005C7141">
        <w:tc>
          <w:tcPr>
            <w:tcW w:w="1345" w:type="dxa"/>
          </w:tcPr>
          <w:p w14:paraId="0CEA532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Q12</w:t>
            </w:r>
          </w:p>
        </w:tc>
        <w:tc>
          <w:tcPr>
            <w:tcW w:w="1345" w:type="dxa"/>
          </w:tcPr>
          <w:p w14:paraId="14853D3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0.3879</w:t>
            </w:r>
          </w:p>
        </w:tc>
        <w:tc>
          <w:tcPr>
            <w:tcW w:w="1345" w:type="dxa"/>
          </w:tcPr>
          <w:p w14:paraId="568926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0.06639</w:t>
            </w:r>
          </w:p>
        </w:tc>
        <w:tc>
          <w:tcPr>
            <w:tcW w:w="1345" w:type="dxa"/>
          </w:tcPr>
          <w:p w14:paraId="6696714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0.2577</w:t>
            </w:r>
          </w:p>
        </w:tc>
        <w:tc>
          <w:tcPr>
            <w:tcW w:w="1345" w:type="dxa"/>
          </w:tcPr>
          <w:p w14:paraId="3483E7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0.518</w:t>
            </w:r>
          </w:p>
        </w:tc>
        <w:tc>
          <w:tcPr>
            <w:tcW w:w="1345" w:type="dxa"/>
          </w:tcPr>
          <w:p w14:paraId="435E13A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5.154e-09</w:t>
            </w:r>
          </w:p>
        </w:tc>
        <w:tc>
          <w:tcPr>
            <w:tcW w:w="1345" w:type="dxa"/>
          </w:tcPr>
          <w:p w14:paraId="0B25C1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5.154e-08</w:t>
            </w:r>
          </w:p>
        </w:tc>
      </w:tr>
      <w:tr w:rsidR="000260E1" w:rsidRPr="007631E6" w14:paraId="734EB306" w14:textId="77777777" w:rsidTr="005C7141">
        <w:tc>
          <w:tcPr>
            <w:tcW w:w="1345" w:type="dxa"/>
          </w:tcPr>
          <w:p w14:paraId="5FABB6C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Q13</w:t>
            </w:r>
          </w:p>
        </w:tc>
        <w:tc>
          <w:tcPr>
            <w:tcW w:w="1345" w:type="dxa"/>
          </w:tcPr>
          <w:p w14:paraId="598F16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0.3559</w:t>
            </w:r>
          </w:p>
        </w:tc>
        <w:tc>
          <w:tcPr>
            <w:tcW w:w="1345" w:type="dxa"/>
          </w:tcPr>
          <w:p w14:paraId="615A62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0.07369</w:t>
            </w:r>
          </w:p>
        </w:tc>
        <w:tc>
          <w:tcPr>
            <w:tcW w:w="1345" w:type="dxa"/>
          </w:tcPr>
          <w:p w14:paraId="63790B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0.2114</w:t>
            </w:r>
          </w:p>
        </w:tc>
        <w:tc>
          <w:tcPr>
            <w:tcW w:w="1345" w:type="dxa"/>
          </w:tcPr>
          <w:p w14:paraId="35C927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0.5003</w:t>
            </w:r>
          </w:p>
        </w:tc>
        <w:tc>
          <w:tcPr>
            <w:tcW w:w="1345" w:type="dxa"/>
          </w:tcPr>
          <w:p w14:paraId="0109C4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1.37e-06</w:t>
            </w:r>
          </w:p>
        </w:tc>
        <w:tc>
          <w:tcPr>
            <w:tcW w:w="1345" w:type="dxa"/>
          </w:tcPr>
          <w:p w14:paraId="6EBA11E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5.481e-06</w:t>
            </w:r>
          </w:p>
        </w:tc>
      </w:tr>
      <w:tr w:rsidR="000260E1" w:rsidRPr="007631E6" w14:paraId="1357438E" w14:textId="77777777" w:rsidTr="005C7141">
        <w:tc>
          <w:tcPr>
            <w:tcW w:w="1345" w:type="dxa"/>
          </w:tcPr>
          <w:p w14:paraId="2D36D1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Q14</w:t>
            </w:r>
          </w:p>
        </w:tc>
        <w:tc>
          <w:tcPr>
            <w:tcW w:w="1345" w:type="dxa"/>
          </w:tcPr>
          <w:p w14:paraId="2B04CA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0.5361</w:t>
            </w:r>
          </w:p>
        </w:tc>
        <w:tc>
          <w:tcPr>
            <w:tcW w:w="1345" w:type="dxa"/>
          </w:tcPr>
          <w:p w14:paraId="71EBA1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0.06367</w:t>
            </w:r>
          </w:p>
        </w:tc>
        <w:tc>
          <w:tcPr>
            <w:tcW w:w="1345" w:type="dxa"/>
          </w:tcPr>
          <w:p w14:paraId="77AB0C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0.4113</w:t>
            </w:r>
          </w:p>
        </w:tc>
        <w:tc>
          <w:tcPr>
            <w:tcW w:w="1345" w:type="dxa"/>
          </w:tcPr>
          <w:p w14:paraId="77FE87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0.6609</w:t>
            </w:r>
          </w:p>
        </w:tc>
        <w:tc>
          <w:tcPr>
            <w:tcW w:w="1345" w:type="dxa"/>
          </w:tcPr>
          <w:p w14:paraId="7A97233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3.747e-17</w:t>
            </w:r>
          </w:p>
        </w:tc>
        <w:tc>
          <w:tcPr>
            <w:tcW w:w="1345" w:type="dxa"/>
          </w:tcPr>
          <w:p w14:paraId="132F297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7.868e-16</w:t>
            </w:r>
          </w:p>
        </w:tc>
      </w:tr>
      <w:tr w:rsidR="000260E1" w:rsidRPr="007631E6" w14:paraId="2E8D5E43" w14:textId="77777777" w:rsidTr="005C7141">
        <w:tc>
          <w:tcPr>
            <w:tcW w:w="1345" w:type="dxa"/>
          </w:tcPr>
          <w:p w14:paraId="15C7595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Q15</w:t>
            </w:r>
          </w:p>
        </w:tc>
        <w:tc>
          <w:tcPr>
            <w:tcW w:w="1345" w:type="dxa"/>
          </w:tcPr>
          <w:p w14:paraId="1BBAD4F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0.5318</w:t>
            </w:r>
          </w:p>
        </w:tc>
        <w:tc>
          <w:tcPr>
            <w:tcW w:w="1345" w:type="dxa"/>
          </w:tcPr>
          <w:p w14:paraId="6987EA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0.065</w:t>
            </w:r>
          </w:p>
        </w:tc>
        <w:tc>
          <w:tcPr>
            <w:tcW w:w="1345" w:type="dxa"/>
          </w:tcPr>
          <w:p w14:paraId="1E48B99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0.4044</w:t>
            </w:r>
          </w:p>
        </w:tc>
        <w:tc>
          <w:tcPr>
            <w:tcW w:w="1345" w:type="dxa"/>
          </w:tcPr>
          <w:p w14:paraId="670458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0.6592</w:t>
            </w:r>
          </w:p>
        </w:tc>
        <w:tc>
          <w:tcPr>
            <w:tcW w:w="1345" w:type="dxa"/>
          </w:tcPr>
          <w:p w14:paraId="2CC607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2.8e-16</w:t>
            </w:r>
          </w:p>
        </w:tc>
        <w:tc>
          <w:tcPr>
            <w:tcW w:w="1345" w:type="dxa"/>
          </w:tcPr>
          <w:p w14:paraId="4423DA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5.321e-15</w:t>
            </w:r>
          </w:p>
        </w:tc>
      </w:tr>
      <w:tr w:rsidR="000260E1" w:rsidRPr="007631E6" w14:paraId="5B7AA560" w14:textId="77777777" w:rsidTr="005C7141">
        <w:tc>
          <w:tcPr>
            <w:tcW w:w="1345" w:type="dxa"/>
          </w:tcPr>
          <w:p w14:paraId="0065F2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Q16</w:t>
            </w:r>
          </w:p>
        </w:tc>
        <w:tc>
          <w:tcPr>
            <w:tcW w:w="1345" w:type="dxa"/>
          </w:tcPr>
          <w:p w14:paraId="6223609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0.4437</w:t>
            </w:r>
          </w:p>
        </w:tc>
        <w:tc>
          <w:tcPr>
            <w:tcW w:w="1345" w:type="dxa"/>
          </w:tcPr>
          <w:p w14:paraId="023DDD0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0.06372</w:t>
            </w:r>
          </w:p>
        </w:tc>
        <w:tc>
          <w:tcPr>
            <w:tcW w:w="1345" w:type="dxa"/>
          </w:tcPr>
          <w:p w14:paraId="1A53FD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0.3188</w:t>
            </w:r>
          </w:p>
        </w:tc>
        <w:tc>
          <w:tcPr>
            <w:tcW w:w="1345" w:type="dxa"/>
          </w:tcPr>
          <w:p w14:paraId="233D63A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0.5686</w:t>
            </w:r>
          </w:p>
        </w:tc>
        <w:tc>
          <w:tcPr>
            <w:tcW w:w="1345" w:type="dxa"/>
          </w:tcPr>
          <w:p w14:paraId="052563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3.333e-12</w:t>
            </w:r>
          </w:p>
        </w:tc>
        <w:tc>
          <w:tcPr>
            <w:tcW w:w="1345" w:type="dxa"/>
          </w:tcPr>
          <w:p w14:paraId="066E95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4.999e-11</w:t>
            </w:r>
          </w:p>
        </w:tc>
      </w:tr>
      <w:tr w:rsidR="000260E1" w:rsidRPr="007631E6" w14:paraId="5B686F04" w14:textId="77777777" w:rsidTr="005C7141">
        <w:tc>
          <w:tcPr>
            <w:tcW w:w="1345" w:type="dxa"/>
          </w:tcPr>
          <w:p w14:paraId="0B272C8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Q17</w:t>
            </w:r>
          </w:p>
        </w:tc>
        <w:tc>
          <w:tcPr>
            <w:tcW w:w="1345" w:type="dxa"/>
          </w:tcPr>
          <w:p w14:paraId="78E399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0.4316</w:t>
            </w:r>
          </w:p>
        </w:tc>
        <w:tc>
          <w:tcPr>
            <w:tcW w:w="1345" w:type="dxa"/>
          </w:tcPr>
          <w:p w14:paraId="4E79EE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0.05623</w:t>
            </w:r>
          </w:p>
        </w:tc>
        <w:tc>
          <w:tcPr>
            <w:tcW w:w="1345" w:type="dxa"/>
          </w:tcPr>
          <w:p w14:paraId="36B8150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0.3214</w:t>
            </w:r>
          </w:p>
        </w:tc>
        <w:tc>
          <w:tcPr>
            <w:tcW w:w="1345" w:type="dxa"/>
          </w:tcPr>
          <w:p w14:paraId="4F0AAC1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0.5418</w:t>
            </w:r>
          </w:p>
        </w:tc>
        <w:tc>
          <w:tcPr>
            <w:tcW w:w="1345" w:type="dxa"/>
          </w:tcPr>
          <w:p w14:paraId="6777E6C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1.644e-14</w:t>
            </w:r>
          </w:p>
        </w:tc>
        <w:tc>
          <w:tcPr>
            <w:tcW w:w="1345" w:type="dxa"/>
          </w:tcPr>
          <w:p w14:paraId="7DDE7C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2.794e-13</w:t>
            </w:r>
          </w:p>
        </w:tc>
      </w:tr>
      <w:tr w:rsidR="000260E1" w:rsidRPr="007631E6" w14:paraId="3E9EB7CB" w14:textId="77777777" w:rsidTr="005C7141">
        <w:tc>
          <w:tcPr>
            <w:tcW w:w="1345" w:type="dxa"/>
          </w:tcPr>
          <w:p w14:paraId="5077D2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Q18</w:t>
            </w:r>
          </w:p>
        </w:tc>
        <w:tc>
          <w:tcPr>
            <w:tcW w:w="1345" w:type="dxa"/>
          </w:tcPr>
          <w:p w14:paraId="1FDC27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0.4023</w:t>
            </w:r>
          </w:p>
        </w:tc>
        <w:tc>
          <w:tcPr>
            <w:tcW w:w="1345" w:type="dxa"/>
          </w:tcPr>
          <w:p w14:paraId="5BE2469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0.0638</w:t>
            </w:r>
          </w:p>
        </w:tc>
        <w:tc>
          <w:tcPr>
            <w:tcW w:w="1345" w:type="dxa"/>
          </w:tcPr>
          <w:p w14:paraId="12BBB4B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0.2772</w:t>
            </w:r>
          </w:p>
        </w:tc>
        <w:tc>
          <w:tcPr>
            <w:tcW w:w="1345" w:type="dxa"/>
          </w:tcPr>
          <w:p w14:paraId="461106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0.5273</w:t>
            </w:r>
          </w:p>
        </w:tc>
        <w:tc>
          <w:tcPr>
            <w:tcW w:w="1345" w:type="dxa"/>
          </w:tcPr>
          <w:p w14:paraId="1626FE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2.878e-10</w:t>
            </w:r>
          </w:p>
        </w:tc>
        <w:tc>
          <w:tcPr>
            <w:tcW w:w="1345" w:type="dxa"/>
          </w:tcPr>
          <w:p w14:paraId="710DEF3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3.166e-09</w:t>
            </w:r>
          </w:p>
        </w:tc>
      </w:tr>
      <w:tr w:rsidR="000260E1" w:rsidRPr="007631E6" w14:paraId="3E256FC3" w14:textId="77777777" w:rsidTr="005C7141">
        <w:tc>
          <w:tcPr>
            <w:tcW w:w="1345" w:type="dxa"/>
          </w:tcPr>
          <w:p w14:paraId="69FDC4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Q19</w:t>
            </w:r>
          </w:p>
        </w:tc>
        <w:tc>
          <w:tcPr>
            <w:tcW w:w="1345" w:type="dxa"/>
          </w:tcPr>
          <w:p w14:paraId="475C05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0.4425</w:t>
            </w:r>
          </w:p>
        </w:tc>
        <w:tc>
          <w:tcPr>
            <w:tcW w:w="1345" w:type="dxa"/>
          </w:tcPr>
          <w:p w14:paraId="305D5B6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0.06363</w:t>
            </w:r>
          </w:p>
        </w:tc>
        <w:tc>
          <w:tcPr>
            <w:tcW w:w="1345" w:type="dxa"/>
          </w:tcPr>
          <w:p w14:paraId="088838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0.3178</w:t>
            </w:r>
          </w:p>
        </w:tc>
        <w:tc>
          <w:tcPr>
            <w:tcW w:w="1345" w:type="dxa"/>
          </w:tcPr>
          <w:p w14:paraId="6CE344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0.5672</w:t>
            </w:r>
          </w:p>
        </w:tc>
        <w:tc>
          <w:tcPr>
            <w:tcW w:w="1345" w:type="dxa"/>
          </w:tcPr>
          <w:p w14:paraId="65D5F3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3.523e-12</w:t>
            </w:r>
          </w:p>
        </w:tc>
        <w:tc>
          <w:tcPr>
            <w:tcW w:w="1345" w:type="dxa"/>
          </w:tcPr>
          <w:p w14:paraId="5BE6BE7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4.999e-11</w:t>
            </w:r>
          </w:p>
        </w:tc>
      </w:tr>
      <w:tr w:rsidR="000260E1" w:rsidRPr="007631E6" w14:paraId="514E2D0D" w14:textId="77777777" w:rsidTr="005C7141">
        <w:tc>
          <w:tcPr>
            <w:tcW w:w="1345" w:type="dxa"/>
          </w:tcPr>
          <w:p w14:paraId="3D3D5C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Q20</w:t>
            </w:r>
          </w:p>
        </w:tc>
        <w:tc>
          <w:tcPr>
            <w:tcW w:w="1345" w:type="dxa"/>
          </w:tcPr>
          <w:p w14:paraId="761F652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0.431</w:t>
            </w:r>
          </w:p>
        </w:tc>
        <w:tc>
          <w:tcPr>
            <w:tcW w:w="1345" w:type="dxa"/>
          </w:tcPr>
          <w:p w14:paraId="2D78096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0.06498</w:t>
            </w:r>
          </w:p>
        </w:tc>
        <w:tc>
          <w:tcPr>
            <w:tcW w:w="1345" w:type="dxa"/>
          </w:tcPr>
          <w:p w14:paraId="710D302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0.3036</w:t>
            </w:r>
          </w:p>
        </w:tc>
        <w:tc>
          <w:tcPr>
            <w:tcW w:w="1345" w:type="dxa"/>
          </w:tcPr>
          <w:p w14:paraId="21FCEE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0.5583</w:t>
            </w:r>
          </w:p>
        </w:tc>
        <w:tc>
          <w:tcPr>
            <w:tcW w:w="1345" w:type="dxa"/>
          </w:tcPr>
          <w:p w14:paraId="7F46722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3.31e-11</w:t>
            </w:r>
          </w:p>
        </w:tc>
        <w:tc>
          <w:tcPr>
            <w:tcW w:w="1345" w:type="dxa"/>
          </w:tcPr>
          <w:p w14:paraId="4C96D3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3.973e-10</w:t>
            </w:r>
          </w:p>
        </w:tc>
      </w:tr>
      <w:tr w:rsidR="000260E1" w:rsidRPr="007631E6" w14:paraId="6D30E061" w14:textId="77777777" w:rsidTr="005C7141">
        <w:tc>
          <w:tcPr>
            <w:tcW w:w="1345" w:type="dxa"/>
          </w:tcPr>
          <w:p w14:paraId="3F233D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Q21</w:t>
            </w:r>
          </w:p>
        </w:tc>
        <w:tc>
          <w:tcPr>
            <w:tcW w:w="1345" w:type="dxa"/>
          </w:tcPr>
          <w:p w14:paraId="46054D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0.3632</w:t>
            </w:r>
          </w:p>
        </w:tc>
        <w:tc>
          <w:tcPr>
            <w:tcW w:w="1345" w:type="dxa"/>
          </w:tcPr>
          <w:p w14:paraId="546FF59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0.06807</w:t>
            </w:r>
          </w:p>
        </w:tc>
        <w:tc>
          <w:tcPr>
            <w:tcW w:w="1345" w:type="dxa"/>
          </w:tcPr>
          <w:p w14:paraId="662EA8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0.2297</w:t>
            </w:r>
          </w:p>
        </w:tc>
        <w:tc>
          <w:tcPr>
            <w:tcW w:w="1345" w:type="dxa"/>
          </w:tcPr>
          <w:p w14:paraId="2712A5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0.4966</w:t>
            </w:r>
          </w:p>
        </w:tc>
        <w:tc>
          <w:tcPr>
            <w:tcW w:w="1345" w:type="dxa"/>
          </w:tcPr>
          <w:p w14:paraId="1161E6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9.565e-08</w:t>
            </w:r>
          </w:p>
        </w:tc>
        <w:tc>
          <w:tcPr>
            <w:tcW w:w="1345" w:type="dxa"/>
          </w:tcPr>
          <w:p w14:paraId="73C5253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6.696e-07</w:t>
            </w:r>
          </w:p>
        </w:tc>
      </w:tr>
    </w:tbl>
    <w:p w14:paraId="781B097D"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S5 Association-model details</w:t>
      </w:r>
    </w:p>
    <w:p w14:paraId="4047F9A5"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S9a  Primary N=253</w:t>
      </w:r>
    </w:p>
    <w:tbl>
      <w:tblPr>
        <w:tblStyle w:val="TableGrid"/>
        <w:tblW w:w="0" w:type="auto"/>
        <w:tblLayout w:type="fixed"/>
        <w:tblLook w:val="04A0" w:firstRow="1" w:lastRow="0" w:firstColumn="1" w:lastColumn="0" w:noHBand="0" w:noVBand="1"/>
      </w:tblPr>
      <w:tblGrid>
        <w:gridCol w:w="1569"/>
        <w:gridCol w:w="1569"/>
        <w:gridCol w:w="1569"/>
        <w:gridCol w:w="1569"/>
        <w:gridCol w:w="1569"/>
        <w:gridCol w:w="1569"/>
      </w:tblGrid>
      <w:tr w:rsidR="000260E1" w:rsidRPr="007631E6" w14:paraId="004CABF4" w14:textId="77777777" w:rsidTr="005C7141">
        <w:tc>
          <w:tcPr>
            <w:tcW w:w="1569" w:type="dxa"/>
          </w:tcPr>
          <w:p w14:paraId="244104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term</w:t>
            </w:r>
          </w:p>
        </w:tc>
        <w:tc>
          <w:tcPr>
            <w:tcW w:w="1569" w:type="dxa"/>
          </w:tcPr>
          <w:p w14:paraId="6D6539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beta</w:t>
            </w:r>
          </w:p>
        </w:tc>
        <w:tc>
          <w:tcPr>
            <w:tcW w:w="1569" w:type="dxa"/>
          </w:tcPr>
          <w:p w14:paraId="5F4A979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robust_SE</w:t>
            </w:r>
          </w:p>
        </w:tc>
        <w:tc>
          <w:tcPr>
            <w:tcW w:w="1569" w:type="dxa"/>
          </w:tcPr>
          <w:p w14:paraId="4BA65D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CI_low</w:t>
            </w:r>
          </w:p>
        </w:tc>
        <w:tc>
          <w:tcPr>
            <w:tcW w:w="1569" w:type="dxa"/>
          </w:tcPr>
          <w:p w14:paraId="484C12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CI_high</w:t>
            </w:r>
          </w:p>
        </w:tc>
        <w:tc>
          <w:tcPr>
            <w:tcW w:w="1569" w:type="dxa"/>
          </w:tcPr>
          <w:p w14:paraId="2974C8E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w:t>
            </w:r>
          </w:p>
        </w:tc>
      </w:tr>
      <w:tr w:rsidR="000260E1" w:rsidRPr="007631E6" w14:paraId="405E9E3E" w14:textId="77777777" w:rsidTr="005C7141">
        <w:tc>
          <w:tcPr>
            <w:tcW w:w="1569" w:type="dxa"/>
          </w:tcPr>
          <w:p w14:paraId="186D55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Intercept</w:t>
            </w:r>
          </w:p>
        </w:tc>
        <w:tc>
          <w:tcPr>
            <w:tcW w:w="1569" w:type="dxa"/>
          </w:tcPr>
          <w:p w14:paraId="35699F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-0.4459</w:t>
            </w:r>
          </w:p>
        </w:tc>
        <w:tc>
          <w:tcPr>
            <w:tcW w:w="1569" w:type="dxa"/>
          </w:tcPr>
          <w:p w14:paraId="301DA42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0.2224</w:t>
            </w:r>
          </w:p>
        </w:tc>
        <w:tc>
          <w:tcPr>
            <w:tcW w:w="1569" w:type="dxa"/>
          </w:tcPr>
          <w:p w14:paraId="7C2E84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-0.8818</w:t>
            </w:r>
          </w:p>
        </w:tc>
        <w:tc>
          <w:tcPr>
            <w:tcW w:w="1569" w:type="dxa"/>
          </w:tcPr>
          <w:p w14:paraId="1FA55A1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-0.01001</w:t>
            </w:r>
          </w:p>
        </w:tc>
        <w:tc>
          <w:tcPr>
            <w:tcW w:w="1569" w:type="dxa"/>
          </w:tcPr>
          <w:p w14:paraId="257CD0A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0.04497</w:t>
            </w:r>
          </w:p>
        </w:tc>
      </w:tr>
      <w:tr w:rsidR="000260E1" w:rsidRPr="007631E6" w14:paraId="49E7AF68" w14:textId="77777777" w:rsidTr="005C7141">
        <w:tc>
          <w:tcPr>
            <w:tcW w:w="1569" w:type="dxa"/>
          </w:tcPr>
          <w:p w14:paraId="08E9941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03E392A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0.613</w:t>
            </w:r>
          </w:p>
        </w:tc>
        <w:tc>
          <w:tcPr>
            <w:tcW w:w="1569" w:type="dxa"/>
          </w:tcPr>
          <w:p w14:paraId="4C7D9EA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0.05974</w:t>
            </w:r>
          </w:p>
        </w:tc>
        <w:tc>
          <w:tcPr>
            <w:tcW w:w="1569" w:type="dxa"/>
          </w:tcPr>
          <w:p w14:paraId="0A3D51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0.4959</w:t>
            </w:r>
          </w:p>
        </w:tc>
        <w:tc>
          <w:tcPr>
            <w:tcW w:w="1569" w:type="dxa"/>
          </w:tcPr>
          <w:p w14:paraId="6D770D9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0.7301</w:t>
            </w:r>
          </w:p>
        </w:tc>
        <w:tc>
          <w:tcPr>
            <w:tcW w:w="1569" w:type="dxa"/>
          </w:tcPr>
          <w:p w14:paraId="0B5152F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1.049e-24</w:t>
            </w:r>
          </w:p>
        </w:tc>
      </w:tr>
      <w:tr w:rsidR="000260E1" w:rsidRPr="007631E6" w14:paraId="45EEC924" w14:textId="77777777" w:rsidTr="005C7141">
        <w:tc>
          <w:tcPr>
            <w:tcW w:w="1569" w:type="dxa"/>
          </w:tcPr>
          <w:p w14:paraId="58410A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Fire and life safety</w:t>
            </w:r>
          </w:p>
        </w:tc>
        <w:tc>
          <w:tcPr>
            <w:tcW w:w="1569" w:type="dxa"/>
          </w:tcPr>
          <w:p w14:paraId="522AF2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0.2107</w:t>
            </w:r>
          </w:p>
        </w:tc>
        <w:tc>
          <w:tcPr>
            <w:tcW w:w="1569" w:type="dxa"/>
          </w:tcPr>
          <w:p w14:paraId="54AAF1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0.05636</w:t>
            </w:r>
          </w:p>
        </w:tc>
        <w:tc>
          <w:tcPr>
            <w:tcW w:w="1569" w:type="dxa"/>
          </w:tcPr>
          <w:p w14:paraId="3D0E84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0.1002</w:t>
            </w:r>
          </w:p>
        </w:tc>
        <w:tc>
          <w:tcPr>
            <w:tcW w:w="1569" w:type="dxa"/>
          </w:tcPr>
          <w:p w14:paraId="7108B5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0.3212</w:t>
            </w:r>
          </w:p>
        </w:tc>
        <w:tc>
          <w:tcPr>
            <w:tcW w:w="1569" w:type="dxa"/>
          </w:tcPr>
          <w:p w14:paraId="761605F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0.0001851</w:t>
            </w:r>
          </w:p>
        </w:tc>
      </w:tr>
      <w:tr w:rsidR="000260E1" w:rsidRPr="007631E6" w14:paraId="660EFAFE" w14:textId="77777777" w:rsidTr="005C7141">
        <w:tc>
          <w:tcPr>
            <w:tcW w:w="1569" w:type="dxa"/>
          </w:tcPr>
          <w:p w14:paraId="74A734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Female</w:t>
            </w:r>
          </w:p>
        </w:tc>
        <w:tc>
          <w:tcPr>
            <w:tcW w:w="1569" w:type="dxa"/>
          </w:tcPr>
          <w:p w14:paraId="4DA0BA2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0.4962</w:t>
            </w:r>
          </w:p>
        </w:tc>
        <w:tc>
          <w:tcPr>
            <w:tcW w:w="1569" w:type="dxa"/>
          </w:tcPr>
          <w:p w14:paraId="2A12D17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0.2386</w:t>
            </w:r>
          </w:p>
        </w:tc>
        <w:tc>
          <w:tcPr>
            <w:tcW w:w="1569" w:type="dxa"/>
          </w:tcPr>
          <w:p w14:paraId="2EFADE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0.02857</w:t>
            </w:r>
          </w:p>
        </w:tc>
        <w:tc>
          <w:tcPr>
            <w:tcW w:w="1569" w:type="dxa"/>
          </w:tcPr>
          <w:p w14:paraId="692C5E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0.9639</w:t>
            </w:r>
          </w:p>
        </w:tc>
        <w:tc>
          <w:tcPr>
            <w:tcW w:w="1569" w:type="dxa"/>
          </w:tcPr>
          <w:p w14:paraId="661F9E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0.03755</w:t>
            </w:r>
          </w:p>
        </w:tc>
      </w:tr>
      <w:tr w:rsidR="000260E1" w:rsidRPr="007631E6" w14:paraId="425E64A5" w14:textId="77777777" w:rsidTr="005C7141">
        <w:tc>
          <w:tcPr>
            <w:tcW w:w="1569" w:type="dxa"/>
          </w:tcPr>
          <w:p w14:paraId="67BFD23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Academic level</w:t>
            </w:r>
          </w:p>
        </w:tc>
        <w:tc>
          <w:tcPr>
            <w:tcW w:w="1569" w:type="dxa"/>
          </w:tcPr>
          <w:p w14:paraId="44F0700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-0.07782</w:t>
            </w:r>
          </w:p>
        </w:tc>
        <w:tc>
          <w:tcPr>
            <w:tcW w:w="1569" w:type="dxa"/>
          </w:tcPr>
          <w:p w14:paraId="5707AE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0.067</w:t>
            </w:r>
          </w:p>
        </w:tc>
        <w:tc>
          <w:tcPr>
            <w:tcW w:w="1569" w:type="dxa"/>
          </w:tcPr>
          <w:p w14:paraId="5CB9FBF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-0.2091</w:t>
            </w:r>
          </w:p>
        </w:tc>
        <w:tc>
          <w:tcPr>
            <w:tcW w:w="1569" w:type="dxa"/>
          </w:tcPr>
          <w:p w14:paraId="6604BB3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0.05349</w:t>
            </w:r>
          </w:p>
        </w:tc>
        <w:tc>
          <w:tcPr>
            <w:tcW w:w="1569" w:type="dxa"/>
          </w:tcPr>
          <w:p w14:paraId="5E8F814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0.2454</w:t>
            </w:r>
          </w:p>
        </w:tc>
      </w:tr>
      <w:tr w:rsidR="000260E1" w:rsidRPr="007631E6" w14:paraId="6500675A" w14:textId="77777777" w:rsidTr="005C7141">
        <w:tc>
          <w:tcPr>
            <w:tcW w:w="1569" w:type="dxa"/>
          </w:tcPr>
          <w:p w14:paraId="3A47D3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Residence duration</w:t>
            </w:r>
          </w:p>
        </w:tc>
        <w:tc>
          <w:tcPr>
            <w:tcW w:w="1569" w:type="dxa"/>
          </w:tcPr>
          <w:p w14:paraId="707A59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0.08952</w:t>
            </w:r>
          </w:p>
        </w:tc>
        <w:tc>
          <w:tcPr>
            <w:tcW w:w="1569" w:type="dxa"/>
          </w:tcPr>
          <w:p w14:paraId="20B607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0.0667</w:t>
            </w:r>
          </w:p>
        </w:tc>
        <w:tc>
          <w:tcPr>
            <w:tcW w:w="1569" w:type="dxa"/>
          </w:tcPr>
          <w:p w14:paraId="023A8A9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-0.04121</w:t>
            </w:r>
          </w:p>
        </w:tc>
        <w:tc>
          <w:tcPr>
            <w:tcW w:w="1569" w:type="dxa"/>
          </w:tcPr>
          <w:p w14:paraId="1AE4AF0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0.2203</w:t>
            </w:r>
          </w:p>
        </w:tc>
        <w:tc>
          <w:tcPr>
            <w:tcW w:w="1569" w:type="dxa"/>
          </w:tcPr>
          <w:p w14:paraId="521AB0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0.1796</w:t>
            </w:r>
          </w:p>
        </w:tc>
      </w:tr>
      <w:tr w:rsidR="000260E1" w:rsidRPr="007631E6" w14:paraId="17CF795B" w14:textId="77777777" w:rsidTr="005C7141">
        <w:tc>
          <w:tcPr>
            <w:tcW w:w="1569" w:type="dxa"/>
          </w:tcPr>
          <w:p w14:paraId="5B89C9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Coded batch</w:t>
            </w:r>
          </w:p>
        </w:tc>
        <w:tc>
          <w:tcPr>
            <w:tcW w:w="1569" w:type="dxa"/>
          </w:tcPr>
          <w:p w14:paraId="500BC85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0.05417</w:t>
            </w:r>
          </w:p>
        </w:tc>
        <w:tc>
          <w:tcPr>
            <w:tcW w:w="1569" w:type="dxa"/>
          </w:tcPr>
          <w:p w14:paraId="6F11BC8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0.09667</w:t>
            </w:r>
          </w:p>
        </w:tc>
        <w:tc>
          <w:tcPr>
            <w:tcW w:w="1569" w:type="dxa"/>
          </w:tcPr>
          <w:p w14:paraId="167A31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-0.1353</w:t>
            </w:r>
          </w:p>
        </w:tc>
        <w:tc>
          <w:tcPr>
            <w:tcW w:w="1569" w:type="dxa"/>
          </w:tcPr>
          <w:p w14:paraId="68C521D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0.2436</w:t>
            </w:r>
          </w:p>
        </w:tc>
        <w:tc>
          <w:tcPr>
            <w:tcW w:w="1569" w:type="dxa"/>
          </w:tcPr>
          <w:p w14:paraId="6DB0198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0.5752</w:t>
            </w:r>
          </w:p>
        </w:tc>
      </w:tr>
      <w:tr w:rsidR="000260E1" w:rsidRPr="007631E6" w14:paraId="7BFA2A72" w14:textId="77777777" w:rsidTr="005C7141">
        <w:tc>
          <w:tcPr>
            <w:tcW w:w="1569" w:type="dxa"/>
          </w:tcPr>
          <w:p w14:paraId="0D6F45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2</w:t>
            </w:r>
          </w:p>
        </w:tc>
        <w:tc>
          <w:tcPr>
            <w:tcW w:w="1569" w:type="dxa"/>
          </w:tcPr>
          <w:p w14:paraId="00CBA2C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-0.1147</w:t>
            </w:r>
          </w:p>
        </w:tc>
        <w:tc>
          <w:tcPr>
            <w:tcW w:w="1569" w:type="dxa"/>
          </w:tcPr>
          <w:p w14:paraId="1F30E9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0.1248</w:t>
            </w:r>
          </w:p>
        </w:tc>
        <w:tc>
          <w:tcPr>
            <w:tcW w:w="1569" w:type="dxa"/>
          </w:tcPr>
          <w:p w14:paraId="326EAD0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-0.3592</w:t>
            </w:r>
          </w:p>
        </w:tc>
        <w:tc>
          <w:tcPr>
            <w:tcW w:w="1569" w:type="dxa"/>
          </w:tcPr>
          <w:p w14:paraId="5AF1D68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0.1299</w:t>
            </w:r>
          </w:p>
        </w:tc>
        <w:tc>
          <w:tcPr>
            <w:tcW w:w="1569" w:type="dxa"/>
          </w:tcPr>
          <w:p w14:paraId="0ABFD27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0.3581</w:t>
            </w:r>
          </w:p>
        </w:tc>
      </w:tr>
      <w:tr w:rsidR="000260E1" w:rsidRPr="007631E6" w14:paraId="160E9131" w14:textId="77777777" w:rsidTr="005C7141">
        <w:tc>
          <w:tcPr>
            <w:tcW w:w="1569" w:type="dxa"/>
          </w:tcPr>
          <w:p w14:paraId="473B43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3</w:t>
            </w:r>
          </w:p>
        </w:tc>
        <w:tc>
          <w:tcPr>
            <w:tcW w:w="1569" w:type="dxa"/>
          </w:tcPr>
          <w:p w14:paraId="47ABFC0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0.4616</w:t>
            </w:r>
          </w:p>
        </w:tc>
        <w:tc>
          <w:tcPr>
            <w:tcW w:w="1569" w:type="dxa"/>
          </w:tcPr>
          <w:p w14:paraId="2BF07E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0.2412</w:t>
            </w:r>
          </w:p>
        </w:tc>
        <w:tc>
          <w:tcPr>
            <w:tcW w:w="1569" w:type="dxa"/>
          </w:tcPr>
          <w:p w14:paraId="442FB6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-0.01107</w:t>
            </w:r>
          </w:p>
        </w:tc>
        <w:tc>
          <w:tcPr>
            <w:tcW w:w="1569" w:type="dxa"/>
          </w:tcPr>
          <w:p w14:paraId="75774E3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0.9342</w:t>
            </w:r>
          </w:p>
        </w:tc>
        <w:tc>
          <w:tcPr>
            <w:tcW w:w="1569" w:type="dxa"/>
          </w:tcPr>
          <w:p w14:paraId="7D00782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0.05561</w:t>
            </w:r>
          </w:p>
        </w:tc>
      </w:tr>
      <w:tr w:rsidR="000260E1" w:rsidRPr="007631E6" w14:paraId="6C36328A" w14:textId="77777777" w:rsidTr="005C7141">
        <w:tc>
          <w:tcPr>
            <w:tcW w:w="1569" w:type="dxa"/>
          </w:tcPr>
          <w:p w14:paraId="47E4C59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4</w:t>
            </w:r>
          </w:p>
        </w:tc>
        <w:tc>
          <w:tcPr>
            <w:tcW w:w="1569" w:type="dxa"/>
          </w:tcPr>
          <w:p w14:paraId="2E7DF6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0.4401</w:t>
            </w:r>
          </w:p>
        </w:tc>
        <w:tc>
          <w:tcPr>
            <w:tcW w:w="1569" w:type="dxa"/>
          </w:tcPr>
          <w:p w14:paraId="316448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0.2547</w:t>
            </w:r>
          </w:p>
        </w:tc>
        <w:tc>
          <w:tcPr>
            <w:tcW w:w="1569" w:type="dxa"/>
          </w:tcPr>
          <w:p w14:paraId="6F3111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-0.05911</w:t>
            </w:r>
          </w:p>
        </w:tc>
        <w:tc>
          <w:tcPr>
            <w:tcW w:w="1569" w:type="dxa"/>
          </w:tcPr>
          <w:p w14:paraId="4869115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0.9393</w:t>
            </w:r>
          </w:p>
        </w:tc>
        <w:tc>
          <w:tcPr>
            <w:tcW w:w="1569" w:type="dxa"/>
          </w:tcPr>
          <w:p w14:paraId="01CB38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0.08401</w:t>
            </w:r>
          </w:p>
        </w:tc>
      </w:tr>
    </w:tbl>
    <w:p w14:paraId="3DF1C04C"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S9b  Sensitivity N=235</w:t>
      </w:r>
    </w:p>
    <w:tbl>
      <w:tblPr>
        <w:tblStyle w:val="TableGrid"/>
        <w:tblW w:w="0" w:type="auto"/>
        <w:tblLayout w:type="fixed"/>
        <w:tblLook w:val="04A0" w:firstRow="1" w:lastRow="0" w:firstColumn="1" w:lastColumn="0" w:noHBand="0" w:noVBand="1"/>
      </w:tblPr>
      <w:tblGrid>
        <w:gridCol w:w="1569"/>
        <w:gridCol w:w="1569"/>
        <w:gridCol w:w="1569"/>
        <w:gridCol w:w="1569"/>
        <w:gridCol w:w="1569"/>
        <w:gridCol w:w="1569"/>
      </w:tblGrid>
      <w:tr w:rsidR="000260E1" w:rsidRPr="007631E6" w14:paraId="1EF583AF" w14:textId="77777777" w:rsidTr="005C7141">
        <w:tc>
          <w:tcPr>
            <w:tcW w:w="1569" w:type="dxa"/>
          </w:tcPr>
          <w:p w14:paraId="7E6AF3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term</w:t>
            </w:r>
          </w:p>
        </w:tc>
        <w:tc>
          <w:tcPr>
            <w:tcW w:w="1569" w:type="dxa"/>
          </w:tcPr>
          <w:p w14:paraId="6814474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beta</w:t>
            </w:r>
          </w:p>
        </w:tc>
        <w:tc>
          <w:tcPr>
            <w:tcW w:w="1569" w:type="dxa"/>
          </w:tcPr>
          <w:p w14:paraId="6CFEAD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robust_SE</w:t>
            </w:r>
          </w:p>
        </w:tc>
        <w:tc>
          <w:tcPr>
            <w:tcW w:w="1569" w:type="dxa"/>
          </w:tcPr>
          <w:p w14:paraId="014E4C7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CI_low</w:t>
            </w:r>
          </w:p>
        </w:tc>
        <w:tc>
          <w:tcPr>
            <w:tcW w:w="1569" w:type="dxa"/>
          </w:tcPr>
          <w:p w14:paraId="33D920C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CI_high</w:t>
            </w:r>
          </w:p>
        </w:tc>
        <w:tc>
          <w:tcPr>
            <w:tcW w:w="1569" w:type="dxa"/>
          </w:tcPr>
          <w:p w14:paraId="2BCAD26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w:t>
            </w:r>
          </w:p>
        </w:tc>
      </w:tr>
      <w:tr w:rsidR="000260E1" w:rsidRPr="007631E6" w14:paraId="367C43B8" w14:textId="77777777" w:rsidTr="005C7141">
        <w:tc>
          <w:tcPr>
            <w:tcW w:w="1569" w:type="dxa"/>
          </w:tcPr>
          <w:p w14:paraId="4BC9816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Intercept</w:t>
            </w:r>
          </w:p>
        </w:tc>
        <w:tc>
          <w:tcPr>
            <w:tcW w:w="1569" w:type="dxa"/>
          </w:tcPr>
          <w:p w14:paraId="0C75AC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-0.4017</w:t>
            </w:r>
          </w:p>
        </w:tc>
        <w:tc>
          <w:tcPr>
            <w:tcW w:w="1569" w:type="dxa"/>
          </w:tcPr>
          <w:p w14:paraId="197A25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0.2611</w:t>
            </w:r>
          </w:p>
        </w:tc>
        <w:tc>
          <w:tcPr>
            <w:tcW w:w="1569" w:type="dxa"/>
          </w:tcPr>
          <w:p w14:paraId="7DEA489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-0.9135</w:t>
            </w:r>
          </w:p>
        </w:tc>
        <w:tc>
          <w:tcPr>
            <w:tcW w:w="1569" w:type="dxa"/>
          </w:tcPr>
          <w:p w14:paraId="1FEFAF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0.1101</w:t>
            </w:r>
          </w:p>
        </w:tc>
        <w:tc>
          <w:tcPr>
            <w:tcW w:w="1569" w:type="dxa"/>
          </w:tcPr>
          <w:p w14:paraId="4932A1F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0.1239</w:t>
            </w:r>
          </w:p>
        </w:tc>
      </w:tr>
      <w:tr w:rsidR="000260E1" w:rsidRPr="007631E6" w14:paraId="72B5F40A" w14:textId="77777777" w:rsidTr="005C7141">
        <w:tc>
          <w:tcPr>
            <w:tcW w:w="1569" w:type="dxa"/>
          </w:tcPr>
          <w:p w14:paraId="583EAC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Sensory IEQ</w:t>
            </w:r>
          </w:p>
        </w:tc>
        <w:tc>
          <w:tcPr>
            <w:tcW w:w="1569" w:type="dxa"/>
          </w:tcPr>
          <w:p w14:paraId="775F4AD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0.635</w:t>
            </w:r>
          </w:p>
        </w:tc>
        <w:tc>
          <w:tcPr>
            <w:tcW w:w="1569" w:type="dxa"/>
          </w:tcPr>
          <w:p w14:paraId="1DC7829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0.06358</w:t>
            </w:r>
          </w:p>
        </w:tc>
        <w:tc>
          <w:tcPr>
            <w:tcW w:w="1569" w:type="dxa"/>
          </w:tcPr>
          <w:p w14:paraId="09EA666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0.5103</w:t>
            </w:r>
          </w:p>
        </w:tc>
        <w:tc>
          <w:tcPr>
            <w:tcW w:w="1569" w:type="dxa"/>
          </w:tcPr>
          <w:p w14:paraId="00682F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0.7596</w:t>
            </w:r>
          </w:p>
        </w:tc>
        <w:tc>
          <w:tcPr>
            <w:tcW w:w="1569" w:type="dxa"/>
          </w:tcPr>
          <w:p w14:paraId="37F5FB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1.734e-23</w:t>
            </w:r>
          </w:p>
        </w:tc>
      </w:tr>
      <w:tr w:rsidR="000260E1" w:rsidRPr="007631E6" w14:paraId="1B6E710D" w14:textId="77777777" w:rsidTr="005C7141">
        <w:tc>
          <w:tcPr>
            <w:tcW w:w="1569" w:type="dxa"/>
          </w:tcPr>
          <w:p w14:paraId="496007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 xml:space="preserve">Fire and life </w:t>
            </w:r>
            <w:r w:rsidRPr="007631E6">
              <w:rPr>
                <w:rFonts w:asciiTheme="majorBidi" w:hAnsiTheme="majorBidi" w:cstheme="majorBidi"/>
                <w:sz w:val="24"/>
                <w:szCs w:val="24"/>
              </w:rPr>
              <w:lastRenderedPageBreak/>
              <w:t>safety</w:t>
            </w:r>
          </w:p>
        </w:tc>
        <w:tc>
          <w:tcPr>
            <w:tcW w:w="1569" w:type="dxa"/>
          </w:tcPr>
          <w:p w14:paraId="0412CB1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lastRenderedPageBreak/>
              <w:t>0.1895</w:t>
            </w:r>
          </w:p>
        </w:tc>
        <w:tc>
          <w:tcPr>
            <w:tcW w:w="1569" w:type="dxa"/>
          </w:tcPr>
          <w:p w14:paraId="600706E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0.05716</w:t>
            </w:r>
          </w:p>
        </w:tc>
        <w:tc>
          <w:tcPr>
            <w:tcW w:w="1569" w:type="dxa"/>
          </w:tcPr>
          <w:p w14:paraId="089FBC6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0.07752</w:t>
            </w:r>
          </w:p>
        </w:tc>
        <w:tc>
          <w:tcPr>
            <w:tcW w:w="1569" w:type="dxa"/>
          </w:tcPr>
          <w:p w14:paraId="730CA7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0.3016</w:t>
            </w:r>
          </w:p>
        </w:tc>
        <w:tc>
          <w:tcPr>
            <w:tcW w:w="1569" w:type="dxa"/>
          </w:tcPr>
          <w:p w14:paraId="4790DCA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0.0009127</w:t>
            </w:r>
          </w:p>
        </w:tc>
      </w:tr>
      <w:tr w:rsidR="000260E1" w:rsidRPr="007631E6" w14:paraId="36974102" w14:textId="77777777" w:rsidTr="005C7141">
        <w:tc>
          <w:tcPr>
            <w:tcW w:w="1569" w:type="dxa"/>
          </w:tcPr>
          <w:p w14:paraId="76F3CCE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Female</w:t>
            </w:r>
          </w:p>
        </w:tc>
        <w:tc>
          <w:tcPr>
            <w:tcW w:w="1569" w:type="dxa"/>
          </w:tcPr>
          <w:p w14:paraId="020870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0.4512</w:t>
            </w:r>
          </w:p>
        </w:tc>
        <w:tc>
          <w:tcPr>
            <w:tcW w:w="1569" w:type="dxa"/>
          </w:tcPr>
          <w:p w14:paraId="18DDC77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0.2745</w:t>
            </w:r>
          </w:p>
        </w:tc>
        <w:tc>
          <w:tcPr>
            <w:tcW w:w="1569" w:type="dxa"/>
          </w:tcPr>
          <w:p w14:paraId="0F3AE9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-0.08681</w:t>
            </w:r>
          </w:p>
        </w:tc>
        <w:tc>
          <w:tcPr>
            <w:tcW w:w="1569" w:type="dxa"/>
          </w:tcPr>
          <w:p w14:paraId="620A30C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0.9892</w:t>
            </w:r>
          </w:p>
        </w:tc>
        <w:tc>
          <w:tcPr>
            <w:tcW w:w="1569" w:type="dxa"/>
          </w:tcPr>
          <w:p w14:paraId="3BFEBC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0.1002</w:t>
            </w:r>
          </w:p>
        </w:tc>
      </w:tr>
      <w:tr w:rsidR="000260E1" w:rsidRPr="007631E6" w14:paraId="4FB3E8C1" w14:textId="77777777" w:rsidTr="005C7141">
        <w:tc>
          <w:tcPr>
            <w:tcW w:w="1569" w:type="dxa"/>
          </w:tcPr>
          <w:p w14:paraId="63A5BF5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Academic level</w:t>
            </w:r>
          </w:p>
        </w:tc>
        <w:tc>
          <w:tcPr>
            <w:tcW w:w="1569" w:type="dxa"/>
          </w:tcPr>
          <w:p w14:paraId="68AB6A9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-0.06399</w:t>
            </w:r>
          </w:p>
        </w:tc>
        <w:tc>
          <w:tcPr>
            <w:tcW w:w="1569" w:type="dxa"/>
          </w:tcPr>
          <w:p w14:paraId="1324FC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0.06691</w:t>
            </w:r>
          </w:p>
        </w:tc>
        <w:tc>
          <w:tcPr>
            <w:tcW w:w="1569" w:type="dxa"/>
          </w:tcPr>
          <w:p w14:paraId="0D04CA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-0.1951</w:t>
            </w:r>
          </w:p>
        </w:tc>
        <w:tc>
          <w:tcPr>
            <w:tcW w:w="1569" w:type="dxa"/>
          </w:tcPr>
          <w:p w14:paraId="0BC9326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0.06716</w:t>
            </w:r>
          </w:p>
        </w:tc>
        <w:tc>
          <w:tcPr>
            <w:tcW w:w="1569" w:type="dxa"/>
          </w:tcPr>
          <w:p w14:paraId="409FDB7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0.3389</w:t>
            </w:r>
          </w:p>
        </w:tc>
      </w:tr>
      <w:tr w:rsidR="000260E1" w:rsidRPr="007631E6" w14:paraId="0C4891B7" w14:textId="77777777" w:rsidTr="005C7141">
        <w:tc>
          <w:tcPr>
            <w:tcW w:w="1569" w:type="dxa"/>
          </w:tcPr>
          <w:p w14:paraId="43F523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Residence duration</w:t>
            </w:r>
          </w:p>
        </w:tc>
        <w:tc>
          <w:tcPr>
            <w:tcW w:w="1569" w:type="dxa"/>
          </w:tcPr>
          <w:p w14:paraId="2E63D5F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0.08707</w:t>
            </w:r>
          </w:p>
        </w:tc>
        <w:tc>
          <w:tcPr>
            <w:tcW w:w="1569" w:type="dxa"/>
          </w:tcPr>
          <w:p w14:paraId="47132FD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0.06825</w:t>
            </w:r>
          </w:p>
        </w:tc>
        <w:tc>
          <w:tcPr>
            <w:tcW w:w="1569" w:type="dxa"/>
          </w:tcPr>
          <w:p w14:paraId="461FABF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-0.0467</w:t>
            </w:r>
          </w:p>
        </w:tc>
        <w:tc>
          <w:tcPr>
            <w:tcW w:w="1569" w:type="dxa"/>
          </w:tcPr>
          <w:p w14:paraId="481500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0.2208</w:t>
            </w:r>
          </w:p>
        </w:tc>
        <w:tc>
          <w:tcPr>
            <w:tcW w:w="1569" w:type="dxa"/>
          </w:tcPr>
          <w:p w14:paraId="68C297D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0.2021</w:t>
            </w:r>
          </w:p>
        </w:tc>
      </w:tr>
      <w:tr w:rsidR="000260E1" w:rsidRPr="007631E6" w14:paraId="0C9BAD2A" w14:textId="77777777" w:rsidTr="005C7141">
        <w:tc>
          <w:tcPr>
            <w:tcW w:w="1569" w:type="dxa"/>
          </w:tcPr>
          <w:p w14:paraId="570AD53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Coded batch</w:t>
            </w:r>
          </w:p>
        </w:tc>
        <w:tc>
          <w:tcPr>
            <w:tcW w:w="1569" w:type="dxa"/>
          </w:tcPr>
          <w:p w14:paraId="55A1D6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0.09132</w:t>
            </w:r>
          </w:p>
        </w:tc>
        <w:tc>
          <w:tcPr>
            <w:tcW w:w="1569" w:type="dxa"/>
          </w:tcPr>
          <w:p w14:paraId="3CACDA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0.09948</w:t>
            </w:r>
          </w:p>
        </w:tc>
        <w:tc>
          <w:tcPr>
            <w:tcW w:w="1569" w:type="dxa"/>
          </w:tcPr>
          <w:p w14:paraId="4E3C1A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-0.1037</w:t>
            </w:r>
          </w:p>
        </w:tc>
        <w:tc>
          <w:tcPr>
            <w:tcW w:w="1569" w:type="dxa"/>
          </w:tcPr>
          <w:p w14:paraId="72D8C0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0.2863</w:t>
            </w:r>
          </w:p>
        </w:tc>
        <w:tc>
          <w:tcPr>
            <w:tcW w:w="1569" w:type="dxa"/>
          </w:tcPr>
          <w:p w14:paraId="00565F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0.3586</w:t>
            </w:r>
          </w:p>
        </w:tc>
      </w:tr>
      <w:tr w:rsidR="000260E1" w:rsidRPr="007631E6" w14:paraId="501F4C04" w14:textId="77777777" w:rsidTr="005C7141">
        <w:tc>
          <w:tcPr>
            <w:tcW w:w="1569" w:type="dxa"/>
          </w:tcPr>
          <w:p w14:paraId="4B4EE6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2</w:t>
            </w:r>
          </w:p>
        </w:tc>
        <w:tc>
          <w:tcPr>
            <w:tcW w:w="1569" w:type="dxa"/>
          </w:tcPr>
          <w:p w14:paraId="2CDC2E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-0.1378</w:t>
            </w:r>
          </w:p>
        </w:tc>
        <w:tc>
          <w:tcPr>
            <w:tcW w:w="1569" w:type="dxa"/>
          </w:tcPr>
          <w:p w14:paraId="15F647C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0.1256</w:t>
            </w:r>
          </w:p>
        </w:tc>
        <w:tc>
          <w:tcPr>
            <w:tcW w:w="1569" w:type="dxa"/>
          </w:tcPr>
          <w:p w14:paraId="242BB2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-0.3841</w:t>
            </w:r>
          </w:p>
        </w:tc>
        <w:tc>
          <w:tcPr>
            <w:tcW w:w="1569" w:type="dxa"/>
          </w:tcPr>
          <w:p w14:paraId="3B77F7D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0.1084</w:t>
            </w:r>
          </w:p>
        </w:tc>
        <w:tc>
          <w:tcPr>
            <w:tcW w:w="1569" w:type="dxa"/>
          </w:tcPr>
          <w:p w14:paraId="046C77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0.2726</w:t>
            </w:r>
          </w:p>
        </w:tc>
      </w:tr>
      <w:tr w:rsidR="000260E1" w:rsidRPr="007631E6" w14:paraId="40A281B1" w14:textId="77777777" w:rsidTr="005C7141">
        <w:tc>
          <w:tcPr>
            <w:tcW w:w="1569" w:type="dxa"/>
          </w:tcPr>
          <w:p w14:paraId="5BB414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3</w:t>
            </w:r>
          </w:p>
        </w:tc>
        <w:tc>
          <w:tcPr>
            <w:tcW w:w="1569" w:type="dxa"/>
          </w:tcPr>
          <w:p w14:paraId="268A789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0.3827</w:t>
            </w:r>
          </w:p>
        </w:tc>
        <w:tc>
          <w:tcPr>
            <w:tcW w:w="1569" w:type="dxa"/>
          </w:tcPr>
          <w:p w14:paraId="2941B5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0.2769</w:t>
            </w:r>
          </w:p>
        </w:tc>
        <w:tc>
          <w:tcPr>
            <w:tcW w:w="1569" w:type="dxa"/>
          </w:tcPr>
          <w:p w14:paraId="58EBAEA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-0.16</w:t>
            </w:r>
          </w:p>
        </w:tc>
        <w:tc>
          <w:tcPr>
            <w:tcW w:w="1569" w:type="dxa"/>
          </w:tcPr>
          <w:p w14:paraId="64988A7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0.9254</w:t>
            </w:r>
          </w:p>
        </w:tc>
        <w:tc>
          <w:tcPr>
            <w:tcW w:w="1569" w:type="dxa"/>
          </w:tcPr>
          <w:p w14:paraId="4B0602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0.1669</w:t>
            </w:r>
          </w:p>
        </w:tc>
      </w:tr>
      <w:tr w:rsidR="000260E1" w:rsidRPr="007631E6" w14:paraId="39ECF22A" w14:textId="77777777" w:rsidTr="005C7141">
        <w:tc>
          <w:tcPr>
            <w:tcW w:w="1569" w:type="dxa"/>
          </w:tcPr>
          <w:p w14:paraId="3556360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4</w:t>
            </w:r>
          </w:p>
        </w:tc>
        <w:tc>
          <w:tcPr>
            <w:tcW w:w="1569" w:type="dxa"/>
          </w:tcPr>
          <w:p w14:paraId="47634C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0.3302</w:t>
            </w:r>
          </w:p>
        </w:tc>
        <w:tc>
          <w:tcPr>
            <w:tcW w:w="1569" w:type="dxa"/>
          </w:tcPr>
          <w:p w14:paraId="4768D68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0.2921</w:t>
            </w:r>
          </w:p>
        </w:tc>
        <w:tc>
          <w:tcPr>
            <w:tcW w:w="1569" w:type="dxa"/>
          </w:tcPr>
          <w:p w14:paraId="1BFACA0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-0.2423</w:t>
            </w:r>
          </w:p>
        </w:tc>
        <w:tc>
          <w:tcPr>
            <w:tcW w:w="1569" w:type="dxa"/>
          </w:tcPr>
          <w:p w14:paraId="7F25C90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0.9027</w:t>
            </w:r>
          </w:p>
        </w:tc>
        <w:tc>
          <w:tcPr>
            <w:tcW w:w="1569" w:type="dxa"/>
          </w:tcPr>
          <w:p w14:paraId="679E2B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0.2583</w:t>
            </w:r>
          </w:p>
        </w:tc>
      </w:tr>
    </w:tbl>
    <w:p w14:paraId="52130189" w14:textId="77777777" w:rsidR="000260E1" w:rsidRPr="007631E6" w:rsidRDefault="000260E1">
      <w:pPr>
        <w:spacing w:after="0"/>
        <w:rPr>
          <w:rFonts w:asciiTheme="majorBidi" w:hAnsiTheme="majorBidi" w:cstheme="majorBidi"/>
          <w:sz w:val="24"/>
          <w:szCs w:val="24"/>
        </w:rPr>
      </w:pPr>
    </w:p>
    <w:p w14:paraId="3E2EBB2A"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S9c  Dimension model N=253</w:t>
      </w:r>
    </w:p>
    <w:tbl>
      <w:tblPr>
        <w:tblStyle w:val="TableGrid"/>
        <w:tblW w:w="0" w:type="auto"/>
        <w:tblLayout w:type="fixed"/>
        <w:tblLook w:val="04A0" w:firstRow="1" w:lastRow="0" w:firstColumn="1" w:lastColumn="0" w:noHBand="0" w:noVBand="1"/>
      </w:tblPr>
      <w:tblGrid>
        <w:gridCol w:w="1569"/>
        <w:gridCol w:w="1569"/>
        <w:gridCol w:w="1569"/>
        <w:gridCol w:w="1569"/>
        <w:gridCol w:w="1569"/>
        <w:gridCol w:w="1569"/>
      </w:tblGrid>
      <w:tr w:rsidR="000260E1" w:rsidRPr="007631E6" w14:paraId="2DC6E1BE" w14:textId="77777777" w:rsidTr="005C7141">
        <w:tc>
          <w:tcPr>
            <w:tcW w:w="1569" w:type="dxa"/>
          </w:tcPr>
          <w:p w14:paraId="21CEFE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term</w:t>
            </w:r>
          </w:p>
        </w:tc>
        <w:tc>
          <w:tcPr>
            <w:tcW w:w="1569" w:type="dxa"/>
          </w:tcPr>
          <w:p w14:paraId="1CFE5A6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beta</w:t>
            </w:r>
          </w:p>
        </w:tc>
        <w:tc>
          <w:tcPr>
            <w:tcW w:w="1569" w:type="dxa"/>
          </w:tcPr>
          <w:p w14:paraId="64DE6B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robust_SE</w:t>
            </w:r>
          </w:p>
        </w:tc>
        <w:tc>
          <w:tcPr>
            <w:tcW w:w="1569" w:type="dxa"/>
          </w:tcPr>
          <w:p w14:paraId="43C7FD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CI_low</w:t>
            </w:r>
          </w:p>
        </w:tc>
        <w:tc>
          <w:tcPr>
            <w:tcW w:w="1569" w:type="dxa"/>
          </w:tcPr>
          <w:p w14:paraId="6A44F5B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CI_high</w:t>
            </w:r>
          </w:p>
        </w:tc>
        <w:tc>
          <w:tcPr>
            <w:tcW w:w="1569" w:type="dxa"/>
          </w:tcPr>
          <w:p w14:paraId="7293DE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w:t>
            </w:r>
          </w:p>
        </w:tc>
      </w:tr>
      <w:tr w:rsidR="000260E1" w:rsidRPr="007631E6" w14:paraId="4C14F7BA" w14:textId="77777777" w:rsidTr="005C7141">
        <w:tc>
          <w:tcPr>
            <w:tcW w:w="1569" w:type="dxa"/>
          </w:tcPr>
          <w:p w14:paraId="41CEF9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Intercept</w:t>
            </w:r>
          </w:p>
        </w:tc>
        <w:tc>
          <w:tcPr>
            <w:tcW w:w="1569" w:type="dxa"/>
          </w:tcPr>
          <w:p w14:paraId="3C5908B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-0.4318</w:t>
            </w:r>
          </w:p>
        </w:tc>
        <w:tc>
          <w:tcPr>
            <w:tcW w:w="1569" w:type="dxa"/>
          </w:tcPr>
          <w:p w14:paraId="3EB0625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0.2108</w:t>
            </w:r>
          </w:p>
        </w:tc>
        <w:tc>
          <w:tcPr>
            <w:tcW w:w="1569" w:type="dxa"/>
          </w:tcPr>
          <w:p w14:paraId="0FB8B7B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-0.845</w:t>
            </w:r>
          </w:p>
        </w:tc>
        <w:tc>
          <w:tcPr>
            <w:tcW w:w="1569" w:type="dxa"/>
          </w:tcPr>
          <w:p w14:paraId="3C6C856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-0.01855</w:t>
            </w:r>
          </w:p>
        </w:tc>
        <w:tc>
          <w:tcPr>
            <w:tcW w:w="1569" w:type="dxa"/>
          </w:tcPr>
          <w:p w14:paraId="2A459FE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0.04056</w:t>
            </w:r>
          </w:p>
        </w:tc>
      </w:tr>
      <w:tr w:rsidR="000260E1" w:rsidRPr="007631E6" w14:paraId="41286D63" w14:textId="77777777" w:rsidTr="005C7141">
        <w:tc>
          <w:tcPr>
            <w:tcW w:w="1569" w:type="dxa"/>
          </w:tcPr>
          <w:p w14:paraId="5B706F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Thermal comfort</w:t>
            </w:r>
          </w:p>
        </w:tc>
        <w:tc>
          <w:tcPr>
            <w:tcW w:w="1569" w:type="dxa"/>
          </w:tcPr>
          <w:p w14:paraId="038519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0.1882</w:t>
            </w:r>
          </w:p>
        </w:tc>
        <w:tc>
          <w:tcPr>
            <w:tcW w:w="1569" w:type="dxa"/>
          </w:tcPr>
          <w:p w14:paraId="242E10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0.05511</w:t>
            </w:r>
          </w:p>
        </w:tc>
        <w:tc>
          <w:tcPr>
            <w:tcW w:w="1569" w:type="dxa"/>
          </w:tcPr>
          <w:p w14:paraId="16460DB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0.08017</w:t>
            </w:r>
          </w:p>
        </w:tc>
        <w:tc>
          <w:tcPr>
            <w:tcW w:w="1569" w:type="dxa"/>
          </w:tcPr>
          <w:p w14:paraId="1887F4A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0.2962</w:t>
            </w:r>
          </w:p>
        </w:tc>
        <w:tc>
          <w:tcPr>
            <w:tcW w:w="1569" w:type="dxa"/>
          </w:tcPr>
          <w:p w14:paraId="32C16AB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0.0006388</w:t>
            </w:r>
          </w:p>
        </w:tc>
      </w:tr>
      <w:tr w:rsidR="000260E1" w:rsidRPr="007631E6" w14:paraId="33E9FFBB" w14:textId="77777777" w:rsidTr="005C7141">
        <w:tc>
          <w:tcPr>
            <w:tcW w:w="1569" w:type="dxa"/>
          </w:tcPr>
          <w:p w14:paraId="46F946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Visual comfort</w:t>
            </w:r>
          </w:p>
        </w:tc>
        <w:tc>
          <w:tcPr>
            <w:tcW w:w="1569" w:type="dxa"/>
          </w:tcPr>
          <w:p w14:paraId="64149C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0.08929</w:t>
            </w:r>
          </w:p>
        </w:tc>
        <w:tc>
          <w:tcPr>
            <w:tcW w:w="1569" w:type="dxa"/>
          </w:tcPr>
          <w:p w14:paraId="05C063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0.06962</w:t>
            </w:r>
          </w:p>
        </w:tc>
        <w:tc>
          <w:tcPr>
            <w:tcW w:w="1569" w:type="dxa"/>
          </w:tcPr>
          <w:p w14:paraId="40C531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-0.04715</w:t>
            </w:r>
          </w:p>
        </w:tc>
        <w:tc>
          <w:tcPr>
            <w:tcW w:w="1569" w:type="dxa"/>
          </w:tcPr>
          <w:p w14:paraId="680A63C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0.2257</w:t>
            </w:r>
          </w:p>
        </w:tc>
        <w:tc>
          <w:tcPr>
            <w:tcW w:w="1569" w:type="dxa"/>
          </w:tcPr>
          <w:p w14:paraId="71A3CC8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0.1996</w:t>
            </w:r>
          </w:p>
        </w:tc>
      </w:tr>
      <w:tr w:rsidR="000260E1" w:rsidRPr="007631E6" w14:paraId="27259C0B" w14:textId="77777777" w:rsidTr="005C7141">
        <w:tc>
          <w:tcPr>
            <w:tcW w:w="1569" w:type="dxa"/>
          </w:tcPr>
          <w:p w14:paraId="330474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Acoustic comfort</w:t>
            </w:r>
          </w:p>
        </w:tc>
        <w:tc>
          <w:tcPr>
            <w:tcW w:w="1569" w:type="dxa"/>
          </w:tcPr>
          <w:p w14:paraId="4CFD4F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0.175</w:t>
            </w:r>
          </w:p>
        </w:tc>
        <w:tc>
          <w:tcPr>
            <w:tcW w:w="1569" w:type="dxa"/>
          </w:tcPr>
          <w:p w14:paraId="2CEFA4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0.06422</w:t>
            </w:r>
          </w:p>
        </w:tc>
        <w:tc>
          <w:tcPr>
            <w:tcW w:w="1569" w:type="dxa"/>
          </w:tcPr>
          <w:p w14:paraId="0095935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0.04911</w:t>
            </w:r>
          </w:p>
        </w:tc>
        <w:tc>
          <w:tcPr>
            <w:tcW w:w="1569" w:type="dxa"/>
          </w:tcPr>
          <w:p w14:paraId="054292F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0.3008</w:t>
            </w:r>
          </w:p>
        </w:tc>
        <w:tc>
          <w:tcPr>
            <w:tcW w:w="1569" w:type="dxa"/>
          </w:tcPr>
          <w:p w14:paraId="660D4B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0.006437</w:t>
            </w:r>
          </w:p>
        </w:tc>
      </w:tr>
      <w:tr w:rsidR="000260E1" w:rsidRPr="007631E6" w14:paraId="68DF3B79" w14:textId="77777777" w:rsidTr="005C7141">
        <w:tc>
          <w:tcPr>
            <w:tcW w:w="1569" w:type="dxa"/>
          </w:tcPr>
          <w:p w14:paraId="68E012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Indoor air quality and ventilation</w:t>
            </w:r>
          </w:p>
        </w:tc>
        <w:tc>
          <w:tcPr>
            <w:tcW w:w="1569" w:type="dxa"/>
          </w:tcPr>
          <w:p w14:paraId="772A4E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0.316</w:t>
            </w:r>
          </w:p>
        </w:tc>
        <w:tc>
          <w:tcPr>
            <w:tcW w:w="1569" w:type="dxa"/>
          </w:tcPr>
          <w:p w14:paraId="2D12E9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0.08604</w:t>
            </w:r>
          </w:p>
        </w:tc>
        <w:tc>
          <w:tcPr>
            <w:tcW w:w="1569" w:type="dxa"/>
          </w:tcPr>
          <w:p w14:paraId="498871A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0.1474</w:t>
            </w:r>
          </w:p>
        </w:tc>
        <w:tc>
          <w:tcPr>
            <w:tcW w:w="1569" w:type="dxa"/>
          </w:tcPr>
          <w:p w14:paraId="127C519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0.4846</w:t>
            </w:r>
          </w:p>
        </w:tc>
        <w:tc>
          <w:tcPr>
            <w:tcW w:w="1569" w:type="dxa"/>
          </w:tcPr>
          <w:p w14:paraId="4652930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0.0002397</w:t>
            </w:r>
          </w:p>
        </w:tc>
      </w:tr>
      <w:tr w:rsidR="000260E1" w:rsidRPr="007631E6" w14:paraId="2C8333B2" w14:textId="77777777" w:rsidTr="005C7141">
        <w:tc>
          <w:tcPr>
            <w:tcW w:w="1569" w:type="dxa"/>
          </w:tcPr>
          <w:p w14:paraId="56F979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Fire and life safety</w:t>
            </w:r>
          </w:p>
        </w:tc>
        <w:tc>
          <w:tcPr>
            <w:tcW w:w="1569" w:type="dxa"/>
          </w:tcPr>
          <w:p w14:paraId="3BAACC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0.2141</w:t>
            </w:r>
          </w:p>
        </w:tc>
        <w:tc>
          <w:tcPr>
            <w:tcW w:w="1569" w:type="dxa"/>
          </w:tcPr>
          <w:p w14:paraId="22856E0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0.05582</w:t>
            </w:r>
          </w:p>
        </w:tc>
        <w:tc>
          <w:tcPr>
            <w:tcW w:w="1569" w:type="dxa"/>
          </w:tcPr>
          <w:p w14:paraId="73DBD8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0.1047</w:t>
            </w:r>
          </w:p>
        </w:tc>
        <w:tc>
          <w:tcPr>
            <w:tcW w:w="1569" w:type="dxa"/>
          </w:tcPr>
          <w:p w14:paraId="540E1A1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0.3235</w:t>
            </w:r>
          </w:p>
        </w:tc>
        <w:tc>
          <w:tcPr>
            <w:tcW w:w="1569" w:type="dxa"/>
          </w:tcPr>
          <w:p w14:paraId="3C0BD1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0.0001252</w:t>
            </w:r>
          </w:p>
        </w:tc>
      </w:tr>
      <w:tr w:rsidR="000260E1" w:rsidRPr="007631E6" w14:paraId="67168C7F" w14:textId="77777777" w:rsidTr="005C7141">
        <w:tc>
          <w:tcPr>
            <w:tcW w:w="1569" w:type="dxa"/>
          </w:tcPr>
          <w:p w14:paraId="4062FF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Female</w:t>
            </w:r>
          </w:p>
        </w:tc>
        <w:tc>
          <w:tcPr>
            <w:tcW w:w="1569" w:type="dxa"/>
          </w:tcPr>
          <w:p w14:paraId="30E7B81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0.4513</w:t>
            </w:r>
          </w:p>
        </w:tc>
        <w:tc>
          <w:tcPr>
            <w:tcW w:w="1569" w:type="dxa"/>
          </w:tcPr>
          <w:p w14:paraId="448ECC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0.2279</w:t>
            </w:r>
          </w:p>
        </w:tc>
        <w:tc>
          <w:tcPr>
            <w:tcW w:w="1569" w:type="dxa"/>
          </w:tcPr>
          <w:p w14:paraId="3558C09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0.004606</w:t>
            </w:r>
          </w:p>
        </w:tc>
        <w:tc>
          <w:tcPr>
            <w:tcW w:w="1569" w:type="dxa"/>
          </w:tcPr>
          <w:p w14:paraId="28E163E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0.898</w:t>
            </w:r>
          </w:p>
        </w:tc>
        <w:tc>
          <w:tcPr>
            <w:tcW w:w="1569" w:type="dxa"/>
          </w:tcPr>
          <w:p w14:paraId="69C2893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0.04768</w:t>
            </w:r>
          </w:p>
        </w:tc>
      </w:tr>
      <w:tr w:rsidR="000260E1" w:rsidRPr="007631E6" w14:paraId="1656BACF" w14:textId="77777777" w:rsidTr="005C7141">
        <w:tc>
          <w:tcPr>
            <w:tcW w:w="1569" w:type="dxa"/>
          </w:tcPr>
          <w:p w14:paraId="6718C09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Academic level</w:t>
            </w:r>
          </w:p>
        </w:tc>
        <w:tc>
          <w:tcPr>
            <w:tcW w:w="1569" w:type="dxa"/>
          </w:tcPr>
          <w:p w14:paraId="3BA18CF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-0.08826</w:t>
            </w:r>
          </w:p>
        </w:tc>
        <w:tc>
          <w:tcPr>
            <w:tcW w:w="1569" w:type="dxa"/>
          </w:tcPr>
          <w:p w14:paraId="3FA9C25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0.06801</w:t>
            </w:r>
          </w:p>
        </w:tc>
        <w:tc>
          <w:tcPr>
            <w:tcW w:w="1569" w:type="dxa"/>
          </w:tcPr>
          <w:p w14:paraId="6E9138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-0.2216</w:t>
            </w:r>
          </w:p>
        </w:tc>
        <w:tc>
          <w:tcPr>
            <w:tcW w:w="1569" w:type="dxa"/>
          </w:tcPr>
          <w:p w14:paraId="54346FB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0.04503</w:t>
            </w:r>
          </w:p>
        </w:tc>
        <w:tc>
          <w:tcPr>
            <w:tcW w:w="1569" w:type="dxa"/>
          </w:tcPr>
          <w:p w14:paraId="7AAE935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0.1943</w:t>
            </w:r>
          </w:p>
        </w:tc>
      </w:tr>
      <w:tr w:rsidR="000260E1" w:rsidRPr="007631E6" w14:paraId="7BDA1179" w14:textId="77777777" w:rsidTr="005C7141">
        <w:tc>
          <w:tcPr>
            <w:tcW w:w="1569" w:type="dxa"/>
          </w:tcPr>
          <w:p w14:paraId="1849612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Residence duration</w:t>
            </w:r>
          </w:p>
        </w:tc>
        <w:tc>
          <w:tcPr>
            <w:tcW w:w="1569" w:type="dxa"/>
          </w:tcPr>
          <w:p w14:paraId="5220F9B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0.1008</w:t>
            </w:r>
          </w:p>
        </w:tc>
        <w:tc>
          <w:tcPr>
            <w:tcW w:w="1569" w:type="dxa"/>
          </w:tcPr>
          <w:p w14:paraId="5618FE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0.06864</w:t>
            </w:r>
          </w:p>
        </w:tc>
        <w:tc>
          <w:tcPr>
            <w:tcW w:w="1569" w:type="dxa"/>
          </w:tcPr>
          <w:p w14:paraId="17F7D5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-0.03375</w:t>
            </w:r>
          </w:p>
        </w:tc>
        <w:tc>
          <w:tcPr>
            <w:tcW w:w="1569" w:type="dxa"/>
          </w:tcPr>
          <w:p w14:paraId="19D243A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0.2353</w:t>
            </w:r>
          </w:p>
        </w:tc>
        <w:tc>
          <w:tcPr>
            <w:tcW w:w="1569" w:type="dxa"/>
          </w:tcPr>
          <w:p w14:paraId="32798B1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0.142</w:t>
            </w:r>
          </w:p>
        </w:tc>
      </w:tr>
      <w:tr w:rsidR="000260E1" w:rsidRPr="007631E6" w14:paraId="49A80118" w14:textId="77777777" w:rsidTr="005C7141">
        <w:tc>
          <w:tcPr>
            <w:tcW w:w="1569" w:type="dxa"/>
          </w:tcPr>
          <w:p w14:paraId="77DD558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Coded batch</w:t>
            </w:r>
          </w:p>
        </w:tc>
        <w:tc>
          <w:tcPr>
            <w:tcW w:w="1569" w:type="dxa"/>
          </w:tcPr>
          <w:p w14:paraId="0126FE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0.0789</w:t>
            </w:r>
          </w:p>
        </w:tc>
        <w:tc>
          <w:tcPr>
            <w:tcW w:w="1569" w:type="dxa"/>
          </w:tcPr>
          <w:p w14:paraId="500121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0.1001</w:t>
            </w:r>
          </w:p>
        </w:tc>
        <w:tc>
          <w:tcPr>
            <w:tcW w:w="1569" w:type="dxa"/>
          </w:tcPr>
          <w:p w14:paraId="567C508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-0.1174</w:t>
            </w:r>
          </w:p>
        </w:tc>
        <w:tc>
          <w:tcPr>
            <w:tcW w:w="1569" w:type="dxa"/>
          </w:tcPr>
          <w:p w14:paraId="7A2965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0.2752</w:t>
            </w:r>
          </w:p>
        </w:tc>
        <w:tc>
          <w:tcPr>
            <w:tcW w:w="1569" w:type="dxa"/>
          </w:tcPr>
          <w:p w14:paraId="2136AD6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0.4307</w:t>
            </w:r>
          </w:p>
        </w:tc>
      </w:tr>
      <w:tr w:rsidR="000260E1" w:rsidRPr="007631E6" w14:paraId="2032466D" w14:textId="77777777" w:rsidTr="005C7141">
        <w:tc>
          <w:tcPr>
            <w:tcW w:w="1569" w:type="dxa"/>
          </w:tcPr>
          <w:p w14:paraId="4D3ECF0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2</w:t>
            </w:r>
          </w:p>
        </w:tc>
        <w:tc>
          <w:tcPr>
            <w:tcW w:w="1569" w:type="dxa"/>
          </w:tcPr>
          <w:p w14:paraId="7D99538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-0.1084</w:t>
            </w:r>
          </w:p>
        </w:tc>
        <w:tc>
          <w:tcPr>
            <w:tcW w:w="1569" w:type="dxa"/>
          </w:tcPr>
          <w:p w14:paraId="7E2631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0.1233</w:t>
            </w:r>
          </w:p>
        </w:tc>
        <w:tc>
          <w:tcPr>
            <w:tcW w:w="1569" w:type="dxa"/>
          </w:tcPr>
          <w:p w14:paraId="1A55D02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-0.3501</w:t>
            </w:r>
          </w:p>
        </w:tc>
        <w:tc>
          <w:tcPr>
            <w:tcW w:w="1569" w:type="dxa"/>
          </w:tcPr>
          <w:p w14:paraId="691E27A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0.1332</w:t>
            </w:r>
          </w:p>
        </w:tc>
        <w:tc>
          <w:tcPr>
            <w:tcW w:w="1569" w:type="dxa"/>
          </w:tcPr>
          <w:p w14:paraId="44E4FF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0.3791</w:t>
            </w:r>
          </w:p>
        </w:tc>
      </w:tr>
      <w:tr w:rsidR="000260E1" w:rsidRPr="007631E6" w14:paraId="0FFF204F" w14:textId="77777777" w:rsidTr="005C7141">
        <w:tc>
          <w:tcPr>
            <w:tcW w:w="1569" w:type="dxa"/>
          </w:tcPr>
          <w:p w14:paraId="43C499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3</w:t>
            </w:r>
          </w:p>
        </w:tc>
        <w:tc>
          <w:tcPr>
            <w:tcW w:w="1569" w:type="dxa"/>
          </w:tcPr>
          <w:p w14:paraId="684609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0.442</w:t>
            </w:r>
          </w:p>
        </w:tc>
        <w:tc>
          <w:tcPr>
            <w:tcW w:w="1569" w:type="dxa"/>
          </w:tcPr>
          <w:p w14:paraId="61F8C1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0.2327</w:t>
            </w:r>
          </w:p>
        </w:tc>
        <w:tc>
          <w:tcPr>
            <w:tcW w:w="1569" w:type="dxa"/>
          </w:tcPr>
          <w:p w14:paraId="1F1FD4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-0.014</w:t>
            </w:r>
          </w:p>
        </w:tc>
        <w:tc>
          <w:tcPr>
            <w:tcW w:w="1569" w:type="dxa"/>
          </w:tcPr>
          <w:p w14:paraId="2325FF5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0.8981</w:t>
            </w:r>
          </w:p>
        </w:tc>
        <w:tc>
          <w:tcPr>
            <w:tcW w:w="1569" w:type="dxa"/>
          </w:tcPr>
          <w:p w14:paraId="03C0A17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0.05746</w:t>
            </w:r>
          </w:p>
        </w:tc>
      </w:tr>
      <w:tr w:rsidR="000260E1" w:rsidRPr="007631E6" w14:paraId="4ADB4BF4" w14:textId="77777777" w:rsidTr="005C7141">
        <w:tc>
          <w:tcPr>
            <w:tcW w:w="1569" w:type="dxa"/>
          </w:tcPr>
          <w:p w14:paraId="4987348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4</w:t>
            </w:r>
          </w:p>
        </w:tc>
        <w:tc>
          <w:tcPr>
            <w:tcW w:w="1569" w:type="dxa"/>
          </w:tcPr>
          <w:p w14:paraId="62F6802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0.4629</w:t>
            </w:r>
          </w:p>
        </w:tc>
        <w:tc>
          <w:tcPr>
            <w:tcW w:w="1569" w:type="dxa"/>
          </w:tcPr>
          <w:p w14:paraId="259FF81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0.245</w:t>
            </w:r>
          </w:p>
        </w:tc>
        <w:tc>
          <w:tcPr>
            <w:tcW w:w="1569" w:type="dxa"/>
          </w:tcPr>
          <w:p w14:paraId="04FE72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-0.01732</w:t>
            </w:r>
          </w:p>
        </w:tc>
        <w:tc>
          <w:tcPr>
            <w:tcW w:w="1569" w:type="dxa"/>
          </w:tcPr>
          <w:p w14:paraId="3079F1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0.9431</w:t>
            </w:r>
          </w:p>
        </w:tc>
        <w:tc>
          <w:tcPr>
            <w:tcW w:w="1569" w:type="dxa"/>
          </w:tcPr>
          <w:p w14:paraId="512D1D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0.05885</w:t>
            </w:r>
          </w:p>
        </w:tc>
      </w:tr>
    </w:tbl>
    <w:p w14:paraId="765B22D3"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S9d  Dimension model sensitivity N=235</w:t>
      </w:r>
    </w:p>
    <w:tbl>
      <w:tblPr>
        <w:tblStyle w:val="TableGrid"/>
        <w:tblW w:w="0" w:type="auto"/>
        <w:tblLayout w:type="fixed"/>
        <w:tblLook w:val="04A0" w:firstRow="1" w:lastRow="0" w:firstColumn="1" w:lastColumn="0" w:noHBand="0" w:noVBand="1"/>
      </w:tblPr>
      <w:tblGrid>
        <w:gridCol w:w="1569"/>
        <w:gridCol w:w="1569"/>
        <w:gridCol w:w="1569"/>
        <w:gridCol w:w="1569"/>
        <w:gridCol w:w="1569"/>
        <w:gridCol w:w="1569"/>
      </w:tblGrid>
      <w:tr w:rsidR="000260E1" w:rsidRPr="007631E6" w14:paraId="4738CEE0" w14:textId="77777777" w:rsidTr="005C7141">
        <w:tc>
          <w:tcPr>
            <w:tcW w:w="1569" w:type="dxa"/>
          </w:tcPr>
          <w:p w14:paraId="2153DE4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term</w:t>
            </w:r>
          </w:p>
        </w:tc>
        <w:tc>
          <w:tcPr>
            <w:tcW w:w="1569" w:type="dxa"/>
          </w:tcPr>
          <w:p w14:paraId="2982492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beta</w:t>
            </w:r>
          </w:p>
        </w:tc>
        <w:tc>
          <w:tcPr>
            <w:tcW w:w="1569" w:type="dxa"/>
          </w:tcPr>
          <w:p w14:paraId="063CC8A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robust_SE</w:t>
            </w:r>
          </w:p>
        </w:tc>
        <w:tc>
          <w:tcPr>
            <w:tcW w:w="1569" w:type="dxa"/>
          </w:tcPr>
          <w:p w14:paraId="64E9F7E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CI_low</w:t>
            </w:r>
          </w:p>
        </w:tc>
        <w:tc>
          <w:tcPr>
            <w:tcW w:w="1569" w:type="dxa"/>
          </w:tcPr>
          <w:p w14:paraId="7ED7EE7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CI_high</w:t>
            </w:r>
          </w:p>
        </w:tc>
        <w:tc>
          <w:tcPr>
            <w:tcW w:w="1569" w:type="dxa"/>
          </w:tcPr>
          <w:p w14:paraId="3CE563F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p</w:t>
            </w:r>
          </w:p>
        </w:tc>
      </w:tr>
      <w:tr w:rsidR="000260E1" w:rsidRPr="007631E6" w14:paraId="1D8B553B" w14:textId="77777777" w:rsidTr="005C7141">
        <w:tc>
          <w:tcPr>
            <w:tcW w:w="1569" w:type="dxa"/>
          </w:tcPr>
          <w:p w14:paraId="696540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Intercept</w:t>
            </w:r>
          </w:p>
        </w:tc>
        <w:tc>
          <w:tcPr>
            <w:tcW w:w="1569" w:type="dxa"/>
          </w:tcPr>
          <w:p w14:paraId="6C69CD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-0.4068</w:t>
            </w:r>
          </w:p>
        </w:tc>
        <w:tc>
          <w:tcPr>
            <w:tcW w:w="1569" w:type="dxa"/>
          </w:tcPr>
          <w:p w14:paraId="3209A30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0.2549</w:t>
            </w:r>
          </w:p>
        </w:tc>
        <w:tc>
          <w:tcPr>
            <w:tcW w:w="1569" w:type="dxa"/>
          </w:tcPr>
          <w:p w14:paraId="36C0A7D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-0.9065</w:t>
            </w:r>
          </w:p>
        </w:tc>
        <w:tc>
          <w:tcPr>
            <w:tcW w:w="1569" w:type="dxa"/>
          </w:tcPr>
          <w:p w14:paraId="17F41B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0.09292</w:t>
            </w:r>
          </w:p>
        </w:tc>
        <w:tc>
          <w:tcPr>
            <w:tcW w:w="1569" w:type="dxa"/>
          </w:tcPr>
          <w:p w14:paraId="0AC75E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0.1106</w:t>
            </w:r>
          </w:p>
        </w:tc>
      </w:tr>
      <w:tr w:rsidR="000260E1" w:rsidRPr="007631E6" w14:paraId="282DE162" w14:textId="77777777" w:rsidTr="005C7141">
        <w:tc>
          <w:tcPr>
            <w:tcW w:w="1569" w:type="dxa"/>
          </w:tcPr>
          <w:p w14:paraId="05516B9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Thermal comfort</w:t>
            </w:r>
          </w:p>
        </w:tc>
        <w:tc>
          <w:tcPr>
            <w:tcW w:w="1569" w:type="dxa"/>
          </w:tcPr>
          <w:p w14:paraId="1F9A1B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0.1843</w:t>
            </w:r>
          </w:p>
        </w:tc>
        <w:tc>
          <w:tcPr>
            <w:tcW w:w="1569" w:type="dxa"/>
          </w:tcPr>
          <w:p w14:paraId="762AA44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0.05576</w:t>
            </w:r>
          </w:p>
        </w:tc>
        <w:tc>
          <w:tcPr>
            <w:tcW w:w="1569" w:type="dxa"/>
          </w:tcPr>
          <w:p w14:paraId="5CEC1E5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0.07504</w:t>
            </w:r>
          </w:p>
        </w:tc>
        <w:tc>
          <w:tcPr>
            <w:tcW w:w="1569" w:type="dxa"/>
          </w:tcPr>
          <w:p w14:paraId="6954C9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0.2936</w:t>
            </w:r>
          </w:p>
        </w:tc>
        <w:tc>
          <w:tcPr>
            <w:tcW w:w="1569" w:type="dxa"/>
          </w:tcPr>
          <w:p w14:paraId="74C0EC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0.0009469</w:t>
            </w:r>
          </w:p>
        </w:tc>
      </w:tr>
      <w:tr w:rsidR="000260E1" w:rsidRPr="007631E6" w14:paraId="7165B9A2" w14:textId="77777777" w:rsidTr="005C7141">
        <w:tc>
          <w:tcPr>
            <w:tcW w:w="1569" w:type="dxa"/>
          </w:tcPr>
          <w:p w14:paraId="032C3AE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Visual comfort</w:t>
            </w:r>
          </w:p>
        </w:tc>
        <w:tc>
          <w:tcPr>
            <w:tcW w:w="1569" w:type="dxa"/>
          </w:tcPr>
          <w:p w14:paraId="52DC82A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0.1224</w:t>
            </w:r>
          </w:p>
        </w:tc>
        <w:tc>
          <w:tcPr>
            <w:tcW w:w="1569" w:type="dxa"/>
          </w:tcPr>
          <w:p w14:paraId="708C956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0.07144</w:t>
            </w:r>
          </w:p>
        </w:tc>
        <w:tc>
          <w:tcPr>
            <w:tcW w:w="1569" w:type="dxa"/>
          </w:tcPr>
          <w:p w14:paraId="5C4DBB9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-0.01762</w:t>
            </w:r>
          </w:p>
        </w:tc>
        <w:tc>
          <w:tcPr>
            <w:tcW w:w="1569" w:type="dxa"/>
          </w:tcPr>
          <w:p w14:paraId="2D22318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0.2624</w:t>
            </w:r>
          </w:p>
        </w:tc>
        <w:tc>
          <w:tcPr>
            <w:tcW w:w="1569" w:type="dxa"/>
          </w:tcPr>
          <w:p w14:paraId="13D1C45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0.08666</w:t>
            </w:r>
          </w:p>
        </w:tc>
      </w:tr>
      <w:tr w:rsidR="000260E1" w:rsidRPr="007631E6" w14:paraId="1BAF19D9" w14:textId="77777777" w:rsidTr="005C7141">
        <w:tc>
          <w:tcPr>
            <w:tcW w:w="1569" w:type="dxa"/>
          </w:tcPr>
          <w:p w14:paraId="668F640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Acoustic comfort</w:t>
            </w:r>
          </w:p>
        </w:tc>
        <w:tc>
          <w:tcPr>
            <w:tcW w:w="1569" w:type="dxa"/>
          </w:tcPr>
          <w:p w14:paraId="25FC406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0.1921</w:t>
            </w:r>
          </w:p>
        </w:tc>
        <w:tc>
          <w:tcPr>
            <w:tcW w:w="1569" w:type="dxa"/>
          </w:tcPr>
          <w:p w14:paraId="594042B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0.06214</w:t>
            </w:r>
          </w:p>
        </w:tc>
        <w:tc>
          <w:tcPr>
            <w:tcW w:w="1569" w:type="dxa"/>
          </w:tcPr>
          <w:p w14:paraId="114BDA9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0.07033</w:t>
            </w:r>
          </w:p>
        </w:tc>
        <w:tc>
          <w:tcPr>
            <w:tcW w:w="1569" w:type="dxa"/>
          </w:tcPr>
          <w:p w14:paraId="260CCB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0.3139</w:t>
            </w:r>
          </w:p>
        </w:tc>
        <w:tc>
          <w:tcPr>
            <w:tcW w:w="1569" w:type="dxa"/>
          </w:tcPr>
          <w:p w14:paraId="53D7DFB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0.001989</w:t>
            </w:r>
          </w:p>
        </w:tc>
      </w:tr>
      <w:tr w:rsidR="000260E1" w:rsidRPr="007631E6" w14:paraId="32483C00" w14:textId="77777777" w:rsidTr="005C7141">
        <w:tc>
          <w:tcPr>
            <w:tcW w:w="1569" w:type="dxa"/>
          </w:tcPr>
          <w:p w14:paraId="277F58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Indoor air quality and ventilation</w:t>
            </w:r>
          </w:p>
        </w:tc>
        <w:tc>
          <w:tcPr>
            <w:tcW w:w="1569" w:type="dxa"/>
          </w:tcPr>
          <w:p w14:paraId="5B74CD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0.2975</w:t>
            </w:r>
          </w:p>
        </w:tc>
        <w:tc>
          <w:tcPr>
            <w:tcW w:w="1569" w:type="dxa"/>
          </w:tcPr>
          <w:p w14:paraId="2B0E9E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0.08146</w:t>
            </w:r>
          </w:p>
        </w:tc>
        <w:tc>
          <w:tcPr>
            <w:tcW w:w="1569" w:type="dxa"/>
          </w:tcPr>
          <w:p w14:paraId="6AE374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0.1378</w:t>
            </w:r>
          </w:p>
        </w:tc>
        <w:tc>
          <w:tcPr>
            <w:tcW w:w="1569" w:type="dxa"/>
          </w:tcPr>
          <w:p w14:paraId="32FB668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0.4571</w:t>
            </w:r>
          </w:p>
        </w:tc>
        <w:tc>
          <w:tcPr>
            <w:tcW w:w="1569" w:type="dxa"/>
          </w:tcPr>
          <w:p w14:paraId="7199BF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0.0002602</w:t>
            </w:r>
          </w:p>
        </w:tc>
      </w:tr>
      <w:tr w:rsidR="000260E1" w:rsidRPr="007631E6" w14:paraId="1852E2D5" w14:textId="77777777" w:rsidTr="005C7141">
        <w:tc>
          <w:tcPr>
            <w:tcW w:w="1569" w:type="dxa"/>
          </w:tcPr>
          <w:p w14:paraId="1832A23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Fire and life safety</w:t>
            </w:r>
          </w:p>
        </w:tc>
        <w:tc>
          <w:tcPr>
            <w:tcW w:w="1569" w:type="dxa"/>
          </w:tcPr>
          <w:p w14:paraId="698700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0.1859</w:t>
            </w:r>
          </w:p>
        </w:tc>
        <w:tc>
          <w:tcPr>
            <w:tcW w:w="1569" w:type="dxa"/>
          </w:tcPr>
          <w:p w14:paraId="7B3DA2E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0.05743</w:t>
            </w:r>
          </w:p>
        </w:tc>
        <w:tc>
          <w:tcPr>
            <w:tcW w:w="1569" w:type="dxa"/>
          </w:tcPr>
          <w:p w14:paraId="06A067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0.07333</w:t>
            </w:r>
          </w:p>
        </w:tc>
        <w:tc>
          <w:tcPr>
            <w:tcW w:w="1569" w:type="dxa"/>
          </w:tcPr>
          <w:p w14:paraId="529ED2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0.2984</w:t>
            </w:r>
          </w:p>
        </w:tc>
        <w:tc>
          <w:tcPr>
            <w:tcW w:w="1569" w:type="dxa"/>
          </w:tcPr>
          <w:p w14:paraId="31FED5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0.001208</w:t>
            </w:r>
          </w:p>
        </w:tc>
      </w:tr>
      <w:tr w:rsidR="000260E1" w:rsidRPr="007631E6" w14:paraId="29320669" w14:textId="77777777" w:rsidTr="005C7141">
        <w:tc>
          <w:tcPr>
            <w:tcW w:w="1569" w:type="dxa"/>
          </w:tcPr>
          <w:p w14:paraId="3ED4B4B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Female</w:t>
            </w:r>
          </w:p>
        </w:tc>
        <w:tc>
          <w:tcPr>
            <w:tcW w:w="1569" w:type="dxa"/>
          </w:tcPr>
          <w:p w14:paraId="012662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0.4342</w:t>
            </w:r>
          </w:p>
        </w:tc>
        <w:tc>
          <w:tcPr>
            <w:tcW w:w="1569" w:type="dxa"/>
          </w:tcPr>
          <w:p w14:paraId="38979FD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0.2688</w:t>
            </w:r>
          </w:p>
        </w:tc>
        <w:tc>
          <w:tcPr>
            <w:tcW w:w="1569" w:type="dxa"/>
          </w:tcPr>
          <w:p w14:paraId="2BDBB4B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-0.09266</w:t>
            </w:r>
          </w:p>
        </w:tc>
        <w:tc>
          <w:tcPr>
            <w:tcW w:w="1569" w:type="dxa"/>
          </w:tcPr>
          <w:p w14:paraId="26B11C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0.9611</w:t>
            </w:r>
          </w:p>
        </w:tc>
        <w:tc>
          <w:tcPr>
            <w:tcW w:w="1569" w:type="dxa"/>
          </w:tcPr>
          <w:p w14:paraId="73A5581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0.1062</w:t>
            </w:r>
          </w:p>
        </w:tc>
      </w:tr>
      <w:tr w:rsidR="000260E1" w:rsidRPr="007631E6" w14:paraId="1618F06F" w14:textId="77777777" w:rsidTr="005C7141">
        <w:tc>
          <w:tcPr>
            <w:tcW w:w="1569" w:type="dxa"/>
          </w:tcPr>
          <w:p w14:paraId="7F2CB4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Academic level</w:t>
            </w:r>
          </w:p>
        </w:tc>
        <w:tc>
          <w:tcPr>
            <w:tcW w:w="1569" w:type="dxa"/>
          </w:tcPr>
          <w:p w14:paraId="711D069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-0.07455</w:t>
            </w:r>
          </w:p>
        </w:tc>
        <w:tc>
          <w:tcPr>
            <w:tcW w:w="1569" w:type="dxa"/>
          </w:tcPr>
          <w:p w14:paraId="019318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0.06782</w:t>
            </w:r>
          </w:p>
        </w:tc>
        <w:tc>
          <w:tcPr>
            <w:tcW w:w="1569" w:type="dxa"/>
          </w:tcPr>
          <w:p w14:paraId="0313C5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-0.2075</w:t>
            </w:r>
          </w:p>
        </w:tc>
        <w:tc>
          <w:tcPr>
            <w:tcW w:w="1569" w:type="dxa"/>
          </w:tcPr>
          <w:p w14:paraId="289EC7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0.05838</w:t>
            </w:r>
          </w:p>
        </w:tc>
        <w:tc>
          <w:tcPr>
            <w:tcW w:w="1569" w:type="dxa"/>
          </w:tcPr>
          <w:p w14:paraId="6E643A2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0.2717</w:t>
            </w:r>
          </w:p>
        </w:tc>
      </w:tr>
      <w:tr w:rsidR="000260E1" w:rsidRPr="007631E6" w14:paraId="6904B6EE" w14:textId="77777777" w:rsidTr="005C7141">
        <w:tc>
          <w:tcPr>
            <w:tcW w:w="1569" w:type="dxa"/>
          </w:tcPr>
          <w:p w14:paraId="55CC9B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lastRenderedPageBreak/>
              <w:t>Residence duration</w:t>
            </w:r>
          </w:p>
        </w:tc>
        <w:tc>
          <w:tcPr>
            <w:tcW w:w="1569" w:type="dxa"/>
          </w:tcPr>
          <w:p w14:paraId="2588B4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0.09738</w:t>
            </w:r>
          </w:p>
        </w:tc>
        <w:tc>
          <w:tcPr>
            <w:tcW w:w="1569" w:type="dxa"/>
          </w:tcPr>
          <w:p w14:paraId="088F637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0.07014</w:t>
            </w:r>
          </w:p>
        </w:tc>
        <w:tc>
          <w:tcPr>
            <w:tcW w:w="1569" w:type="dxa"/>
          </w:tcPr>
          <w:p w14:paraId="7FE7BC9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-0.04009</w:t>
            </w:r>
          </w:p>
        </w:tc>
        <w:tc>
          <w:tcPr>
            <w:tcW w:w="1569" w:type="dxa"/>
          </w:tcPr>
          <w:p w14:paraId="783C0B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0.2348</w:t>
            </w:r>
          </w:p>
        </w:tc>
        <w:tc>
          <w:tcPr>
            <w:tcW w:w="1569" w:type="dxa"/>
          </w:tcPr>
          <w:p w14:paraId="3289BC2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0.165</w:t>
            </w:r>
          </w:p>
        </w:tc>
      </w:tr>
      <w:tr w:rsidR="000260E1" w:rsidRPr="007631E6" w14:paraId="2F668F29" w14:textId="77777777" w:rsidTr="005C7141">
        <w:tc>
          <w:tcPr>
            <w:tcW w:w="1569" w:type="dxa"/>
          </w:tcPr>
          <w:p w14:paraId="74EAA5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Coded batch</w:t>
            </w:r>
          </w:p>
        </w:tc>
        <w:tc>
          <w:tcPr>
            <w:tcW w:w="1569" w:type="dxa"/>
          </w:tcPr>
          <w:p w14:paraId="68D1509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0.1106</w:t>
            </w:r>
          </w:p>
        </w:tc>
        <w:tc>
          <w:tcPr>
            <w:tcW w:w="1569" w:type="dxa"/>
          </w:tcPr>
          <w:p w14:paraId="410DF62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0.1025</w:t>
            </w:r>
          </w:p>
        </w:tc>
        <w:tc>
          <w:tcPr>
            <w:tcW w:w="1569" w:type="dxa"/>
          </w:tcPr>
          <w:p w14:paraId="4FA8A6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-0.09034</w:t>
            </w:r>
          </w:p>
        </w:tc>
        <w:tc>
          <w:tcPr>
            <w:tcW w:w="1569" w:type="dxa"/>
          </w:tcPr>
          <w:p w14:paraId="141703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0.3115</w:t>
            </w:r>
          </w:p>
        </w:tc>
        <w:tc>
          <w:tcPr>
            <w:tcW w:w="1569" w:type="dxa"/>
          </w:tcPr>
          <w:p w14:paraId="51FB43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0.2808</w:t>
            </w:r>
          </w:p>
        </w:tc>
      </w:tr>
      <w:tr w:rsidR="000260E1" w:rsidRPr="007631E6" w14:paraId="1BF40D0C" w14:textId="77777777" w:rsidTr="005C7141">
        <w:tc>
          <w:tcPr>
            <w:tcW w:w="1569" w:type="dxa"/>
          </w:tcPr>
          <w:p w14:paraId="0C8EDB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2</w:t>
            </w:r>
          </w:p>
        </w:tc>
        <w:tc>
          <w:tcPr>
            <w:tcW w:w="1569" w:type="dxa"/>
          </w:tcPr>
          <w:p w14:paraId="5F8C911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-0.1368</w:t>
            </w:r>
          </w:p>
        </w:tc>
        <w:tc>
          <w:tcPr>
            <w:tcW w:w="1569" w:type="dxa"/>
          </w:tcPr>
          <w:p w14:paraId="2EA81F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0.1273</w:t>
            </w:r>
          </w:p>
        </w:tc>
        <w:tc>
          <w:tcPr>
            <w:tcW w:w="1569" w:type="dxa"/>
          </w:tcPr>
          <w:p w14:paraId="02D6687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-0.3863</w:t>
            </w:r>
          </w:p>
        </w:tc>
        <w:tc>
          <w:tcPr>
            <w:tcW w:w="1569" w:type="dxa"/>
          </w:tcPr>
          <w:p w14:paraId="76721F5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0.1127</w:t>
            </w:r>
          </w:p>
        </w:tc>
        <w:tc>
          <w:tcPr>
            <w:tcW w:w="1569" w:type="dxa"/>
          </w:tcPr>
          <w:p w14:paraId="1328B6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0.2825</w:t>
            </w:r>
          </w:p>
        </w:tc>
      </w:tr>
      <w:tr w:rsidR="000260E1" w:rsidRPr="007631E6" w14:paraId="6C000E85" w14:textId="77777777" w:rsidTr="005C7141">
        <w:tc>
          <w:tcPr>
            <w:tcW w:w="1569" w:type="dxa"/>
          </w:tcPr>
          <w:p w14:paraId="7CA539C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3</w:t>
            </w:r>
          </w:p>
        </w:tc>
        <w:tc>
          <w:tcPr>
            <w:tcW w:w="1569" w:type="dxa"/>
          </w:tcPr>
          <w:p w14:paraId="69A799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0.3859</w:t>
            </w:r>
          </w:p>
        </w:tc>
        <w:tc>
          <w:tcPr>
            <w:tcW w:w="1569" w:type="dxa"/>
          </w:tcPr>
          <w:p w14:paraId="5DC18B8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0.2722</w:t>
            </w:r>
          </w:p>
        </w:tc>
        <w:tc>
          <w:tcPr>
            <w:tcW w:w="1569" w:type="dxa"/>
          </w:tcPr>
          <w:p w14:paraId="65137A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-0.1477</w:t>
            </w:r>
          </w:p>
        </w:tc>
        <w:tc>
          <w:tcPr>
            <w:tcW w:w="1569" w:type="dxa"/>
          </w:tcPr>
          <w:p w14:paraId="3747291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0.9195</w:t>
            </w:r>
          </w:p>
        </w:tc>
        <w:tc>
          <w:tcPr>
            <w:tcW w:w="1569" w:type="dxa"/>
          </w:tcPr>
          <w:p w14:paraId="4000711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0.1563</w:t>
            </w:r>
          </w:p>
        </w:tc>
      </w:tr>
      <w:tr w:rsidR="000260E1" w:rsidRPr="007631E6" w14:paraId="2CAD65FE" w14:textId="77777777" w:rsidTr="005C7141">
        <w:tc>
          <w:tcPr>
            <w:tcW w:w="1569" w:type="dxa"/>
          </w:tcPr>
          <w:p w14:paraId="5939EB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Site 4</w:t>
            </w:r>
          </w:p>
        </w:tc>
        <w:tc>
          <w:tcPr>
            <w:tcW w:w="1569" w:type="dxa"/>
          </w:tcPr>
          <w:p w14:paraId="1E1A7E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0.3637</w:t>
            </w:r>
          </w:p>
        </w:tc>
        <w:tc>
          <w:tcPr>
            <w:tcW w:w="1569" w:type="dxa"/>
          </w:tcPr>
          <w:p w14:paraId="797AF40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0.2864</w:t>
            </w:r>
          </w:p>
        </w:tc>
        <w:tc>
          <w:tcPr>
            <w:tcW w:w="1569" w:type="dxa"/>
          </w:tcPr>
          <w:p w14:paraId="7CEFFB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-0.1976</w:t>
            </w:r>
          </w:p>
        </w:tc>
        <w:tc>
          <w:tcPr>
            <w:tcW w:w="1569" w:type="dxa"/>
          </w:tcPr>
          <w:p w14:paraId="1D875A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0.925</w:t>
            </w:r>
          </w:p>
        </w:tc>
        <w:tc>
          <w:tcPr>
            <w:tcW w:w="1569" w:type="dxa"/>
          </w:tcPr>
          <w:p w14:paraId="6CA2629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0.2041</w:t>
            </w:r>
          </w:p>
        </w:tc>
      </w:tr>
    </w:tbl>
    <w:p w14:paraId="7D3E01FF"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S6 Facility comparisons</w:t>
      </w:r>
    </w:p>
    <w:p w14:paraId="4EDF9F14"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S10  Omnibus facility comparisons</w:t>
      </w:r>
    </w:p>
    <w:tbl>
      <w:tblPr>
        <w:tblStyle w:val="TableGrid"/>
        <w:tblW w:w="0" w:type="auto"/>
        <w:tblLayout w:type="fixed"/>
        <w:tblLook w:val="04A0" w:firstRow="1" w:lastRow="0" w:firstColumn="1" w:lastColumn="0" w:noHBand="0" w:noVBand="1"/>
      </w:tblPr>
      <w:tblGrid>
        <w:gridCol w:w="1046"/>
        <w:gridCol w:w="1046"/>
        <w:gridCol w:w="1046"/>
        <w:gridCol w:w="1046"/>
        <w:gridCol w:w="1046"/>
        <w:gridCol w:w="1046"/>
        <w:gridCol w:w="1046"/>
        <w:gridCol w:w="1046"/>
        <w:gridCol w:w="1046"/>
      </w:tblGrid>
      <w:tr w:rsidR="000260E1" w:rsidRPr="007631E6" w14:paraId="69293917" w14:textId="77777777" w:rsidTr="005C7141">
        <w:tc>
          <w:tcPr>
            <w:tcW w:w="1046" w:type="dxa"/>
          </w:tcPr>
          <w:p w14:paraId="73E69D7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construct</w:t>
            </w:r>
          </w:p>
        </w:tc>
        <w:tc>
          <w:tcPr>
            <w:tcW w:w="1046" w:type="dxa"/>
          </w:tcPr>
          <w:p w14:paraId="7133472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label</w:t>
            </w:r>
          </w:p>
        </w:tc>
        <w:tc>
          <w:tcPr>
            <w:tcW w:w="1046" w:type="dxa"/>
          </w:tcPr>
          <w:p w14:paraId="573D7F1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H</w:t>
            </w:r>
          </w:p>
        </w:tc>
        <w:tc>
          <w:tcPr>
            <w:tcW w:w="1046" w:type="dxa"/>
          </w:tcPr>
          <w:p w14:paraId="6D4203D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p</w:t>
            </w:r>
          </w:p>
        </w:tc>
        <w:tc>
          <w:tcPr>
            <w:tcW w:w="1046" w:type="dxa"/>
          </w:tcPr>
          <w:p w14:paraId="189AA24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epsilon_squared</w:t>
            </w:r>
          </w:p>
        </w:tc>
        <w:tc>
          <w:tcPr>
            <w:tcW w:w="1046" w:type="dxa"/>
          </w:tcPr>
          <w:p w14:paraId="7F4F6C5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Ofok Foundation</w:t>
            </w:r>
          </w:p>
        </w:tc>
        <w:tc>
          <w:tcPr>
            <w:tcW w:w="1046" w:type="dxa"/>
          </w:tcPr>
          <w:p w14:paraId="24FCC99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Taiz University</w:t>
            </w:r>
          </w:p>
        </w:tc>
        <w:tc>
          <w:tcPr>
            <w:tcW w:w="1046" w:type="dxa"/>
          </w:tcPr>
          <w:p w14:paraId="10CF248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World Assembly</w:t>
            </w:r>
          </w:p>
        </w:tc>
        <w:tc>
          <w:tcPr>
            <w:tcW w:w="1046" w:type="dxa"/>
          </w:tcPr>
          <w:p w14:paraId="75B984D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Al-Janad University</w:t>
            </w:r>
          </w:p>
        </w:tc>
      </w:tr>
      <w:tr w:rsidR="000260E1" w:rsidRPr="007631E6" w14:paraId="65AFAEC7" w14:textId="77777777" w:rsidTr="005C7141">
        <w:tc>
          <w:tcPr>
            <w:tcW w:w="1046" w:type="dxa"/>
          </w:tcPr>
          <w:p w14:paraId="6D8008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TC</w:t>
            </w:r>
          </w:p>
        </w:tc>
        <w:tc>
          <w:tcPr>
            <w:tcW w:w="1046" w:type="dxa"/>
          </w:tcPr>
          <w:p w14:paraId="63C8E0A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Thermal comfort</w:t>
            </w:r>
          </w:p>
        </w:tc>
        <w:tc>
          <w:tcPr>
            <w:tcW w:w="1046" w:type="dxa"/>
          </w:tcPr>
          <w:p w14:paraId="2C6048D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3.626</w:t>
            </w:r>
          </w:p>
        </w:tc>
        <w:tc>
          <w:tcPr>
            <w:tcW w:w="1046" w:type="dxa"/>
          </w:tcPr>
          <w:p w14:paraId="04D7C4A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0.3047</w:t>
            </w:r>
          </w:p>
        </w:tc>
        <w:tc>
          <w:tcPr>
            <w:tcW w:w="1046" w:type="dxa"/>
          </w:tcPr>
          <w:p w14:paraId="649F7B3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0.002515</w:t>
            </w:r>
          </w:p>
        </w:tc>
        <w:tc>
          <w:tcPr>
            <w:tcW w:w="1046" w:type="dxa"/>
          </w:tcPr>
          <w:p w14:paraId="5546598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3.224</w:t>
            </w:r>
          </w:p>
        </w:tc>
        <w:tc>
          <w:tcPr>
            <w:tcW w:w="1046" w:type="dxa"/>
          </w:tcPr>
          <w:p w14:paraId="06E454A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3.009</w:t>
            </w:r>
          </w:p>
        </w:tc>
        <w:tc>
          <w:tcPr>
            <w:tcW w:w="1046" w:type="dxa"/>
          </w:tcPr>
          <w:p w14:paraId="009033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3.238</w:t>
            </w:r>
          </w:p>
        </w:tc>
        <w:tc>
          <w:tcPr>
            <w:tcW w:w="1046" w:type="dxa"/>
          </w:tcPr>
          <w:p w14:paraId="370C15D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3.184</w:t>
            </w:r>
          </w:p>
        </w:tc>
      </w:tr>
      <w:tr w:rsidR="000260E1" w:rsidRPr="007631E6" w14:paraId="3A57287A" w14:textId="77777777" w:rsidTr="005C7141">
        <w:tc>
          <w:tcPr>
            <w:tcW w:w="1046" w:type="dxa"/>
          </w:tcPr>
          <w:p w14:paraId="1FD0F8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VC</w:t>
            </w:r>
          </w:p>
        </w:tc>
        <w:tc>
          <w:tcPr>
            <w:tcW w:w="1046" w:type="dxa"/>
          </w:tcPr>
          <w:p w14:paraId="2ED5BD9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Visual comfort</w:t>
            </w:r>
          </w:p>
        </w:tc>
        <w:tc>
          <w:tcPr>
            <w:tcW w:w="1046" w:type="dxa"/>
          </w:tcPr>
          <w:p w14:paraId="58D80D1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8.426</w:t>
            </w:r>
          </w:p>
        </w:tc>
        <w:tc>
          <w:tcPr>
            <w:tcW w:w="1046" w:type="dxa"/>
          </w:tcPr>
          <w:p w14:paraId="737B427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0.03798</w:t>
            </w:r>
          </w:p>
        </w:tc>
        <w:tc>
          <w:tcPr>
            <w:tcW w:w="1046" w:type="dxa"/>
          </w:tcPr>
          <w:p w14:paraId="5AB277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0.02179</w:t>
            </w:r>
          </w:p>
        </w:tc>
        <w:tc>
          <w:tcPr>
            <w:tcW w:w="1046" w:type="dxa"/>
          </w:tcPr>
          <w:p w14:paraId="0B8DE5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3.724</w:t>
            </w:r>
          </w:p>
        </w:tc>
        <w:tc>
          <w:tcPr>
            <w:tcW w:w="1046" w:type="dxa"/>
          </w:tcPr>
          <w:p w14:paraId="5DB1AB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3.343</w:t>
            </w:r>
          </w:p>
        </w:tc>
        <w:tc>
          <w:tcPr>
            <w:tcW w:w="1046" w:type="dxa"/>
          </w:tcPr>
          <w:p w14:paraId="040AD65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w:t>
            </w:r>
          </w:p>
        </w:tc>
        <w:tc>
          <w:tcPr>
            <w:tcW w:w="1046" w:type="dxa"/>
          </w:tcPr>
          <w:p w14:paraId="2ECE45C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3.832</w:t>
            </w:r>
          </w:p>
        </w:tc>
      </w:tr>
      <w:tr w:rsidR="000260E1" w:rsidRPr="007631E6" w14:paraId="27CB9A81" w14:textId="77777777" w:rsidTr="005C7141">
        <w:tc>
          <w:tcPr>
            <w:tcW w:w="1046" w:type="dxa"/>
          </w:tcPr>
          <w:p w14:paraId="3CB893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w:t>
            </w:r>
          </w:p>
        </w:tc>
        <w:tc>
          <w:tcPr>
            <w:tcW w:w="1046" w:type="dxa"/>
          </w:tcPr>
          <w:p w14:paraId="10037F7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Acoustic comfort</w:t>
            </w:r>
          </w:p>
        </w:tc>
        <w:tc>
          <w:tcPr>
            <w:tcW w:w="1046" w:type="dxa"/>
          </w:tcPr>
          <w:p w14:paraId="713EEA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1.747</w:t>
            </w:r>
          </w:p>
        </w:tc>
        <w:tc>
          <w:tcPr>
            <w:tcW w:w="1046" w:type="dxa"/>
          </w:tcPr>
          <w:p w14:paraId="15C949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0.6265</w:t>
            </w:r>
          </w:p>
        </w:tc>
        <w:tc>
          <w:tcPr>
            <w:tcW w:w="1046" w:type="dxa"/>
          </w:tcPr>
          <w:p w14:paraId="66107F2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046" w:type="dxa"/>
          </w:tcPr>
          <w:p w14:paraId="21EBCDF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3.385</w:t>
            </w:r>
          </w:p>
        </w:tc>
        <w:tc>
          <w:tcPr>
            <w:tcW w:w="1046" w:type="dxa"/>
          </w:tcPr>
          <w:p w14:paraId="6E4A71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3.192</w:t>
            </w:r>
          </w:p>
        </w:tc>
        <w:tc>
          <w:tcPr>
            <w:tcW w:w="1046" w:type="dxa"/>
          </w:tcPr>
          <w:p w14:paraId="38F6C81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3.275</w:t>
            </w:r>
          </w:p>
        </w:tc>
        <w:tc>
          <w:tcPr>
            <w:tcW w:w="1046" w:type="dxa"/>
          </w:tcPr>
          <w:p w14:paraId="6E68066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3.382</w:t>
            </w:r>
          </w:p>
        </w:tc>
      </w:tr>
      <w:tr w:rsidR="000260E1" w:rsidRPr="007631E6" w14:paraId="3A9E6DC1" w14:textId="77777777" w:rsidTr="005C7141">
        <w:tc>
          <w:tcPr>
            <w:tcW w:w="1046" w:type="dxa"/>
          </w:tcPr>
          <w:p w14:paraId="48F31A1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IAQ</w:t>
            </w:r>
          </w:p>
        </w:tc>
        <w:tc>
          <w:tcPr>
            <w:tcW w:w="1046" w:type="dxa"/>
          </w:tcPr>
          <w:p w14:paraId="313D76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Indoor air quality and ventilation</w:t>
            </w:r>
          </w:p>
        </w:tc>
        <w:tc>
          <w:tcPr>
            <w:tcW w:w="1046" w:type="dxa"/>
          </w:tcPr>
          <w:p w14:paraId="1DF5B7D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5.796</w:t>
            </w:r>
          </w:p>
        </w:tc>
        <w:tc>
          <w:tcPr>
            <w:tcW w:w="1046" w:type="dxa"/>
          </w:tcPr>
          <w:p w14:paraId="7699ED4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0.122</w:t>
            </w:r>
          </w:p>
        </w:tc>
        <w:tc>
          <w:tcPr>
            <w:tcW w:w="1046" w:type="dxa"/>
          </w:tcPr>
          <w:p w14:paraId="0A3065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0.01123</w:t>
            </w:r>
          </w:p>
        </w:tc>
        <w:tc>
          <w:tcPr>
            <w:tcW w:w="1046" w:type="dxa"/>
          </w:tcPr>
          <w:p w14:paraId="7DA66BF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3.378</w:t>
            </w:r>
          </w:p>
        </w:tc>
        <w:tc>
          <w:tcPr>
            <w:tcW w:w="1046" w:type="dxa"/>
          </w:tcPr>
          <w:p w14:paraId="74884C1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3.067</w:t>
            </w:r>
          </w:p>
        </w:tc>
        <w:tc>
          <w:tcPr>
            <w:tcW w:w="1046" w:type="dxa"/>
          </w:tcPr>
          <w:p w14:paraId="2BDC60F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3.162</w:t>
            </w:r>
          </w:p>
        </w:tc>
        <w:tc>
          <w:tcPr>
            <w:tcW w:w="1046" w:type="dxa"/>
          </w:tcPr>
          <w:p w14:paraId="408147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3.158</w:t>
            </w:r>
          </w:p>
        </w:tc>
      </w:tr>
      <w:tr w:rsidR="000260E1" w:rsidRPr="007631E6" w14:paraId="436C2761" w14:textId="77777777" w:rsidTr="005C7141">
        <w:tc>
          <w:tcPr>
            <w:tcW w:w="1046" w:type="dxa"/>
          </w:tcPr>
          <w:p w14:paraId="6AE5455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FLS</w:t>
            </w:r>
          </w:p>
        </w:tc>
        <w:tc>
          <w:tcPr>
            <w:tcW w:w="1046" w:type="dxa"/>
          </w:tcPr>
          <w:p w14:paraId="78A174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Fire and life safety</w:t>
            </w:r>
          </w:p>
        </w:tc>
        <w:tc>
          <w:tcPr>
            <w:tcW w:w="1046" w:type="dxa"/>
          </w:tcPr>
          <w:p w14:paraId="6500C7D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24.4</w:t>
            </w:r>
          </w:p>
        </w:tc>
        <w:tc>
          <w:tcPr>
            <w:tcW w:w="1046" w:type="dxa"/>
          </w:tcPr>
          <w:p w14:paraId="69FF911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2.058e-05</w:t>
            </w:r>
          </w:p>
        </w:tc>
        <w:tc>
          <w:tcPr>
            <w:tcW w:w="1046" w:type="dxa"/>
          </w:tcPr>
          <w:p w14:paraId="0C6E27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0.08596</w:t>
            </w:r>
          </w:p>
        </w:tc>
        <w:tc>
          <w:tcPr>
            <w:tcW w:w="1046" w:type="dxa"/>
          </w:tcPr>
          <w:p w14:paraId="78F114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3.539</w:t>
            </w:r>
          </w:p>
        </w:tc>
        <w:tc>
          <w:tcPr>
            <w:tcW w:w="1046" w:type="dxa"/>
          </w:tcPr>
          <w:p w14:paraId="53B729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2.929</w:t>
            </w:r>
          </w:p>
        </w:tc>
        <w:tc>
          <w:tcPr>
            <w:tcW w:w="1046" w:type="dxa"/>
          </w:tcPr>
          <w:p w14:paraId="34BE171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2.804</w:t>
            </w:r>
          </w:p>
        </w:tc>
        <w:tc>
          <w:tcPr>
            <w:tcW w:w="1046" w:type="dxa"/>
          </w:tcPr>
          <w:p w14:paraId="7B889FE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3.342</w:t>
            </w:r>
          </w:p>
        </w:tc>
      </w:tr>
      <w:tr w:rsidR="000260E1" w:rsidRPr="007631E6" w14:paraId="0E187736" w14:textId="77777777" w:rsidTr="005C7141">
        <w:tc>
          <w:tcPr>
            <w:tcW w:w="1046" w:type="dxa"/>
          </w:tcPr>
          <w:p w14:paraId="272F9D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RF</w:t>
            </w:r>
          </w:p>
        </w:tc>
        <w:tc>
          <w:tcPr>
            <w:tcW w:w="1046" w:type="dxa"/>
          </w:tcPr>
          <w:p w14:paraId="68C60B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Room functionality</w:t>
            </w:r>
          </w:p>
        </w:tc>
        <w:tc>
          <w:tcPr>
            <w:tcW w:w="1046" w:type="dxa"/>
          </w:tcPr>
          <w:p w14:paraId="10BEBB9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10.62</w:t>
            </w:r>
          </w:p>
        </w:tc>
        <w:tc>
          <w:tcPr>
            <w:tcW w:w="1046" w:type="dxa"/>
          </w:tcPr>
          <w:p w14:paraId="00306C9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0.01398</w:t>
            </w:r>
          </w:p>
        </w:tc>
        <w:tc>
          <w:tcPr>
            <w:tcW w:w="1046" w:type="dxa"/>
          </w:tcPr>
          <w:p w14:paraId="5CC204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0.0306</w:t>
            </w:r>
          </w:p>
        </w:tc>
        <w:tc>
          <w:tcPr>
            <w:tcW w:w="1046" w:type="dxa"/>
          </w:tcPr>
          <w:p w14:paraId="1A340F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3.816</w:t>
            </w:r>
          </w:p>
        </w:tc>
        <w:tc>
          <w:tcPr>
            <w:tcW w:w="1046" w:type="dxa"/>
          </w:tcPr>
          <w:p w14:paraId="5A51D70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3.379</w:t>
            </w:r>
          </w:p>
        </w:tc>
        <w:tc>
          <w:tcPr>
            <w:tcW w:w="1046" w:type="dxa"/>
          </w:tcPr>
          <w:p w14:paraId="10B2C2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3.571</w:t>
            </w:r>
          </w:p>
        </w:tc>
        <w:tc>
          <w:tcPr>
            <w:tcW w:w="1046" w:type="dxa"/>
          </w:tcPr>
          <w:p w14:paraId="34CBEB8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3.566</w:t>
            </w:r>
          </w:p>
        </w:tc>
      </w:tr>
      <w:tr w:rsidR="000260E1" w:rsidRPr="007631E6" w14:paraId="37B86AF2" w14:textId="77777777" w:rsidTr="005C7141">
        <w:tc>
          <w:tcPr>
            <w:tcW w:w="1046" w:type="dxa"/>
          </w:tcPr>
          <w:p w14:paraId="5BA2172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BC</w:t>
            </w:r>
          </w:p>
        </w:tc>
        <w:tc>
          <w:tcPr>
            <w:tcW w:w="1046" w:type="dxa"/>
          </w:tcPr>
          <w:p w14:paraId="745FFA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Building condition and finishes</w:t>
            </w:r>
          </w:p>
        </w:tc>
        <w:tc>
          <w:tcPr>
            <w:tcW w:w="1046" w:type="dxa"/>
          </w:tcPr>
          <w:p w14:paraId="21295CC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17.33</w:t>
            </w:r>
          </w:p>
        </w:tc>
        <w:tc>
          <w:tcPr>
            <w:tcW w:w="1046" w:type="dxa"/>
          </w:tcPr>
          <w:p w14:paraId="4AD9886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0.0006046</w:t>
            </w:r>
          </w:p>
        </w:tc>
        <w:tc>
          <w:tcPr>
            <w:tcW w:w="1046" w:type="dxa"/>
          </w:tcPr>
          <w:p w14:paraId="1651A04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0.05755</w:t>
            </w:r>
          </w:p>
        </w:tc>
        <w:tc>
          <w:tcPr>
            <w:tcW w:w="1046" w:type="dxa"/>
          </w:tcPr>
          <w:p w14:paraId="547F39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3.579</w:t>
            </w:r>
          </w:p>
        </w:tc>
        <w:tc>
          <w:tcPr>
            <w:tcW w:w="1046" w:type="dxa"/>
          </w:tcPr>
          <w:p w14:paraId="2FD8940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3.258</w:t>
            </w:r>
          </w:p>
        </w:tc>
        <w:tc>
          <w:tcPr>
            <w:tcW w:w="1046" w:type="dxa"/>
          </w:tcPr>
          <w:p w14:paraId="22B2EF3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3.637</w:t>
            </w:r>
          </w:p>
        </w:tc>
        <w:tc>
          <w:tcPr>
            <w:tcW w:w="1046" w:type="dxa"/>
          </w:tcPr>
          <w:p w14:paraId="458FC65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4.015</w:t>
            </w:r>
          </w:p>
        </w:tc>
      </w:tr>
      <w:tr w:rsidR="000260E1" w:rsidRPr="007631E6" w14:paraId="058CC832" w14:textId="77777777" w:rsidTr="005C7141">
        <w:tc>
          <w:tcPr>
            <w:tcW w:w="1046" w:type="dxa"/>
          </w:tcPr>
          <w:p w14:paraId="38EB85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HS</w:t>
            </w:r>
          </w:p>
        </w:tc>
        <w:tc>
          <w:tcPr>
            <w:tcW w:w="1046" w:type="dxa"/>
          </w:tcPr>
          <w:p w14:paraId="3E5A4E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Housing and utility services</w:t>
            </w:r>
          </w:p>
        </w:tc>
        <w:tc>
          <w:tcPr>
            <w:tcW w:w="1046" w:type="dxa"/>
          </w:tcPr>
          <w:p w14:paraId="2993CD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2.455</w:t>
            </w:r>
          </w:p>
        </w:tc>
        <w:tc>
          <w:tcPr>
            <w:tcW w:w="1046" w:type="dxa"/>
          </w:tcPr>
          <w:p w14:paraId="263D49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0.4836</w:t>
            </w:r>
          </w:p>
        </w:tc>
        <w:tc>
          <w:tcPr>
            <w:tcW w:w="1046" w:type="dxa"/>
          </w:tcPr>
          <w:p w14:paraId="184C0B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w:t>
            </w:r>
          </w:p>
        </w:tc>
        <w:tc>
          <w:tcPr>
            <w:tcW w:w="1046" w:type="dxa"/>
          </w:tcPr>
          <w:p w14:paraId="3863491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3.158</w:t>
            </w:r>
          </w:p>
        </w:tc>
        <w:tc>
          <w:tcPr>
            <w:tcW w:w="1046" w:type="dxa"/>
          </w:tcPr>
          <w:p w14:paraId="53F77AF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2.982</w:t>
            </w:r>
          </w:p>
        </w:tc>
        <w:tc>
          <w:tcPr>
            <w:tcW w:w="1046" w:type="dxa"/>
          </w:tcPr>
          <w:p w14:paraId="5834B1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3.133</w:t>
            </w:r>
          </w:p>
        </w:tc>
        <w:tc>
          <w:tcPr>
            <w:tcW w:w="1046" w:type="dxa"/>
          </w:tcPr>
          <w:p w14:paraId="78919E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2.947</w:t>
            </w:r>
          </w:p>
        </w:tc>
      </w:tr>
      <w:tr w:rsidR="000260E1" w:rsidRPr="007631E6" w14:paraId="6BF48938" w14:textId="77777777" w:rsidTr="005C7141">
        <w:tc>
          <w:tcPr>
            <w:tcW w:w="1046" w:type="dxa"/>
          </w:tcPr>
          <w:p w14:paraId="04E8E4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MA</w:t>
            </w:r>
          </w:p>
        </w:tc>
        <w:tc>
          <w:tcPr>
            <w:tcW w:w="1046" w:type="dxa"/>
          </w:tcPr>
          <w:p w14:paraId="75A166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Mobility and accessibility</w:t>
            </w:r>
          </w:p>
        </w:tc>
        <w:tc>
          <w:tcPr>
            <w:tcW w:w="1046" w:type="dxa"/>
          </w:tcPr>
          <w:p w14:paraId="4BF38E3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5.069</w:t>
            </w:r>
          </w:p>
        </w:tc>
        <w:tc>
          <w:tcPr>
            <w:tcW w:w="1046" w:type="dxa"/>
          </w:tcPr>
          <w:p w14:paraId="59A49A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0.1668</w:t>
            </w:r>
          </w:p>
        </w:tc>
        <w:tc>
          <w:tcPr>
            <w:tcW w:w="1046" w:type="dxa"/>
          </w:tcPr>
          <w:p w14:paraId="1AC00A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0.008309</w:t>
            </w:r>
          </w:p>
        </w:tc>
        <w:tc>
          <w:tcPr>
            <w:tcW w:w="1046" w:type="dxa"/>
          </w:tcPr>
          <w:p w14:paraId="546B7F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3.822</w:t>
            </w:r>
          </w:p>
        </w:tc>
        <w:tc>
          <w:tcPr>
            <w:tcW w:w="1046" w:type="dxa"/>
          </w:tcPr>
          <w:p w14:paraId="3B0E70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3.64</w:t>
            </w:r>
          </w:p>
        </w:tc>
        <w:tc>
          <w:tcPr>
            <w:tcW w:w="1046" w:type="dxa"/>
          </w:tcPr>
          <w:p w14:paraId="3403CD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3.624</w:t>
            </w:r>
          </w:p>
        </w:tc>
        <w:tc>
          <w:tcPr>
            <w:tcW w:w="1046" w:type="dxa"/>
          </w:tcPr>
          <w:p w14:paraId="10F6ED2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3.605</w:t>
            </w:r>
          </w:p>
        </w:tc>
      </w:tr>
    </w:tbl>
    <w:p w14:paraId="1DE73F72"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S11  Pairwise facility comparisons with Holm adjustment</w:t>
      </w:r>
    </w:p>
    <w:tbl>
      <w:tblPr>
        <w:tblStyle w:val="TableGrid"/>
        <w:tblW w:w="0" w:type="auto"/>
        <w:tblLayout w:type="fixed"/>
        <w:tblLook w:val="04A0" w:firstRow="1" w:lastRow="0" w:firstColumn="1" w:lastColumn="0" w:noHBand="0" w:noVBand="1"/>
      </w:tblPr>
      <w:tblGrid>
        <w:gridCol w:w="1188"/>
        <w:gridCol w:w="2610"/>
        <w:gridCol w:w="2430"/>
        <w:gridCol w:w="720"/>
        <w:gridCol w:w="1170"/>
        <w:gridCol w:w="1296"/>
      </w:tblGrid>
      <w:tr w:rsidR="000260E1" w:rsidRPr="007631E6" w14:paraId="2DED5B3E" w14:textId="77777777" w:rsidTr="005C7141">
        <w:tc>
          <w:tcPr>
            <w:tcW w:w="1188" w:type="dxa"/>
          </w:tcPr>
          <w:p w14:paraId="4B79B09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construct</w:t>
            </w:r>
          </w:p>
        </w:tc>
        <w:tc>
          <w:tcPr>
            <w:tcW w:w="2610" w:type="dxa"/>
          </w:tcPr>
          <w:p w14:paraId="1679335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site_A</w:t>
            </w:r>
          </w:p>
        </w:tc>
        <w:tc>
          <w:tcPr>
            <w:tcW w:w="2430" w:type="dxa"/>
          </w:tcPr>
          <w:p w14:paraId="42B3E60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site_B</w:t>
            </w:r>
          </w:p>
        </w:tc>
        <w:tc>
          <w:tcPr>
            <w:tcW w:w="720" w:type="dxa"/>
          </w:tcPr>
          <w:p w14:paraId="0A8B73D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U</w:t>
            </w:r>
          </w:p>
        </w:tc>
        <w:tc>
          <w:tcPr>
            <w:tcW w:w="1170" w:type="dxa"/>
          </w:tcPr>
          <w:p w14:paraId="22E7601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p_raw</w:t>
            </w:r>
          </w:p>
        </w:tc>
        <w:tc>
          <w:tcPr>
            <w:tcW w:w="1296" w:type="dxa"/>
          </w:tcPr>
          <w:p w14:paraId="215DFE3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p_Holm</w:t>
            </w:r>
          </w:p>
        </w:tc>
      </w:tr>
      <w:tr w:rsidR="000260E1" w:rsidRPr="007631E6" w14:paraId="5F6DF3B5" w14:textId="77777777" w:rsidTr="005C7141">
        <w:tc>
          <w:tcPr>
            <w:tcW w:w="1188" w:type="dxa"/>
          </w:tcPr>
          <w:p w14:paraId="05D2314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TC</w:t>
            </w:r>
          </w:p>
        </w:tc>
        <w:tc>
          <w:tcPr>
            <w:tcW w:w="2610" w:type="dxa"/>
          </w:tcPr>
          <w:p w14:paraId="6BB8CC1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2B79F4F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00B71ED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2438</w:t>
            </w:r>
          </w:p>
        </w:tc>
        <w:tc>
          <w:tcPr>
            <w:tcW w:w="1170" w:type="dxa"/>
          </w:tcPr>
          <w:p w14:paraId="0C25FA2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0.1527</w:t>
            </w:r>
          </w:p>
        </w:tc>
        <w:tc>
          <w:tcPr>
            <w:tcW w:w="1296" w:type="dxa"/>
          </w:tcPr>
          <w:p w14:paraId="27FAE69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0.7634</w:t>
            </w:r>
          </w:p>
        </w:tc>
      </w:tr>
      <w:tr w:rsidR="000260E1" w:rsidRPr="007631E6" w14:paraId="3854F8A5" w14:textId="77777777" w:rsidTr="005C7141">
        <w:tc>
          <w:tcPr>
            <w:tcW w:w="1188" w:type="dxa"/>
          </w:tcPr>
          <w:p w14:paraId="182B40B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lastRenderedPageBreak/>
              <w:t>TC</w:t>
            </w:r>
          </w:p>
        </w:tc>
        <w:tc>
          <w:tcPr>
            <w:tcW w:w="2610" w:type="dxa"/>
          </w:tcPr>
          <w:p w14:paraId="4E5E28B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0D4D8AF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72D9EBD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3778</w:t>
            </w:r>
          </w:p>
        </w:tc>
        <w:tc>
          <w:tcPr>
            <w:tcW w:w="1170" w:type="dxa"/>
          </w:tcPr>
          <w:p w14:paraId="2D389DF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0.7732</w:t>
            </w:r>
          </w:p>
        </w:tc>
        <w:tc>
          <w:tcPr>
            <w:tcW w:w="1296" w:type="dxa"/>
          </w:tcPr>
          <w:p w14:paraId="701031D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6CDD5630" w14:textId="77777777" w:rsidTr="005C7141">
        <w:tc>
          <w:tcPr>
            <w:tcW w:w="1188" w:type="dxa"/>
          </w:tcPr>
          <w:p w14:paraId="2ED3AF6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TC</w:t>
            </w:r>
          </w:p>
        </w:tc>
        <w:tc>
          <w:tcPr>
            <w:tcW w:w="2610" w:type="dxa"/>
          </w:tcPr>
          <w:p w14:paraId="09FBE32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1F44EFA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32AAE03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738</w:t>
            </w:r>
          </w:p>
        </w:tc>
        <w:tc>
          <w:tcPr>
            <w:tcW w:w="1170" w:type="dxa"/>
          </w:tcPr>
          <w:p w14:paraId="606966B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0.8847</w:t>
            </w:r>
          </w:p>
        </w:tc>
        <w:tc>
          <w:tcPr>
            <w:tcW w:w="1296" w:type="dxa"/>
          </w:tcPr>
          <w:p w14:paraId="469568A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12CA6047" w14:textId="77777777" w:rsidTr="005C7141">
        <w:tc>
          <w:tcPr>
            <w:tcW w:w="1188" w:type="dxa"/>
          </w:tcPr>
          <w:p w14:paraId="0240692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TC</w:t>
            </w:r>
          </w:p>
        </w:tc>
        <w:tc>
          <w:tcPr>
            <w:tcW w:w="2610" w:type="dxa"/>
          </w:tcPr>
          <w:p w14:paraId="7C0DA37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32464C2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4DE45F3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2338</w:t>
            </w:r>
          </w:p>
        </w:tc>
        <w:tc>
          <w:tcPr>
            <w:tcW w:w="1170" w:type="dxa"/>
          </w:tcPr>
          <w:p w14:paraId="4D2696A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0.05849</w:t>
            </w:r>
          </w:p>
        </w:tc>
        <w:tc>
          <w:tcPr>
            <w:tcW w:w="1296" w:type="dxa"/>
          </w:tcPr>
          <w:p w14:paraId="5C6E694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0.351</w:t>
            </w:r>
          </w:p>
        </w:tc>
      </w:tr>
      <w:tr w:rsidR="000260E1" w:rsidRPr="007631E6" w14:paraId="5934DAB8" w14:textId="77777777" w:rsidTr="005C7141">
        <w:tc>
          <w:tcPr>
            <w:tcW w:w="1188" w:type="dxa"/>
          </w:tcPr>
          <w:p w14:paraId="78DC4B3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TC</w:t>
            </w:r>
          </w:p>
        </w:tc>
        <w:tc>
          <w:tcPr>
            <w:tcW w:w="2610" w:type="dxa"/>
          </w:tcPr>
          <w:p w14:paraId="363DC15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7A2EE9F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74D28DE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466</w:t>
            </w:r>
          </w:p>
        </w:tc>
        <w:tc>
          <w:tcPr>
            <w:tcW w:w="1170" w:type="dxa"/>
          </w:tcPr>
          <w:p w14:paraId="4C99F95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0.4222</w:t>
            </w:r>
          </w:p>
        </w:tc>
        <w:tc>
          <w:tcPr>
            <w:tcW w:w="1296" w:type="dxa"/>
          </w:tcPr>
          <w:p w14:paraId="49FF10D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5986412D" w14:textId="77777777" w:rsidTr="005C7141">
        <w:tc>
          <w:tcPr>
            <w:tcW w:w="1188" w:type="dxa"/>
          </w:tcPr>
          <w:p w14:paraId="5BB7B8E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TC</w:t>
            </w:r>
          </w:p>
        </w:tc>
        <w:tc>
          <w:tcPr>
            <w:tcW w:w="2610" w:type="dxa"/>
          </w:tcPr>
          <w:p w14:paraId="323D83F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7CFD1D0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154EB3F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1014</w:t>
            </w:r>
          </w:p>
        </w:tc>
        <w:tc>
          <w:tcPr>
            <w:tcW w:w="1170" w:type="dxa"/>
          </w:tcPr>
          <w:p w14:paraId="075BB7D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0.7525</w:t>
            </w:r>
          </w:p>
        </w:tc>
        <w:tc>
          <w:tcPr>
            <w:tcW w:w="1296" w:type="dxa"/>
          </w:tcPr>
          <w:p w14:paraId="64A99A0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00350CA0" w14:textId="77777777" w:rsidTr="005C7141">
        <w:tc>
          <w:tcPr>
            <w:tcW w:w="1188" w:type="dxa"/>
          </w:tcPr>
          <w:p w14:paraId="0E7F3E4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VC</w:t>
            </w:r>
          </w:p>
        </w:tc>
        <w:tc>
          <w:tcPr>
            <w:tcW w:w="2610" w:type="dxa"/>
          </w:tcPr>
          <w:p w14:paraId="4284147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6011CC5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25D8AE1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2642</w:t>
            </w:r>
          </w:p>
        </w:tc>
        <w:tc>
          <w:tcPr>
            <w:tcW w:w="1170" w:type="dxa"/>
          </w:tcPr>
          <w:p w14:paraId="049AD68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0.01748</w:t>
            </w:r>
          </w:p>
        </w:tc>
        <w:tc>
          <w:tcPr>
            <w:tcW w:w="1296" w:type="dxa"/>
          </w:tcPr>
          <w:p w14:paraId="4325121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0.08738</w:t>
            </w:r>
          </w:p>
        </w:tc>
      </w:tr>
      <w:tr w:rsidR="000260E1" w:rsidRPr="007631E6" w14:paraId="12CBD6B9" w14:textId="77777777" w:rsidTr="005C7141">
        <w:tc>
          <w:tcPr>
            <w:tcW w:w="1188" w:type="dxa"/>
          </w:tcPr>
          <w:p w14:paraId="0E32160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VC</w:t>
            </w:r>
          </w:p>
        </w:tc>
        <w:tc>
          <w:tcPr>
            <w:tcW w:w="2610" w:type="dxa"/>
          </w:tcPr>
          <w:p w14:paraId="3284552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19C3810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7C38EC7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3846</w:t>
            </w:r>
          </w:p>
        </w:tc>
        <w:tc>
          <w:tcPr>
            <w:tcW w:w="1170" w:type="dxa"/>
          </w:tcPr>
          <w:p w14:paraId="2ED54B2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0.9306</w:t>
            </w:r>
          </w:p>
        </w:tc>
        <w:tc>
          <w:tcPr>
            <w:tcW w:w="1296" w:type="dxa"/>
          </w:tcPr>
          <w:p w14:paraId="47B2008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16FFEDCC" w14:textId="77777777" w:rsidTr="005C7141">
        <w:tc>
          <w:tcPr>
            <w:tcW w:w="1188" w:type="dxa"/>
          </w:tcPr>
          <w:p w14:paraId="30F9453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VC</w:t>
            </w:r>
          </w:p>
        </w:tc>
        <w:tc>
          <w:tcPr>
            <w:tcW w:w="2610" w:type="dxa"/>
          </w:tcPr>
          <w:p w14:paraId="65E0DF7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7EE9B09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6627B0C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683</w:t>
            </w:r>
          </w:p>
        </w:tc>
        <w:tc>
          <w:tcPr>
            <w:tcW w:w="1170" w:type="dxa"/>
          </w:tcPr>
          <w:p w14:paraId="1BB6615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0.7187</w:t>
            </w:r>
          </w:p>
        </w:tc>
        <w:tc>
          <w:tcPr>
            <w:tcW w:w="1296" w:type="dxa"/>
          </w:tcPr>
          <w:p w14:paraId="3EC141A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7A71AFB4" w14:textId="77777777" w:rsidTr="005C7141">
        <w:tc>
          <w:tcPr>
            <w:tcW w:w="1188" w:type="dxa"/>
          </w:tcPr>
          <w:p w14:paraId="73526DF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VC</w:t>
            </w:r>
          </w:p>
        </w:tc>
        <w:tc>
          <w:tcPr>
            <w:tcW w:w="2610" w:type="dxa"/>
          </w:tcPr>
          <w:p w14:paraId="3C50B7A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7FA25A4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126F5DF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2154</w:t>
            </w:r>
          </w:p>
        </w:tc>
        <w:tc>
          <w:tcPr>
            <w:tcW w:w="1170" w:type="dxa"/>
          </w:tcPr>
          <w:p w14:paraId="5574C1D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0.01049</w:t>
            </w:r>
          </w:p>
        </w:tc>
        <w:tc>
          <w:tcPr>
            <w:tcW w:w="1296" w:type="dxa"/>
          </w:tcPr>
          <w:p w14:paraId="7B3D51A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0.06293</w:t>
            </w:r>
          </w:p>
        </w:tc>
      </w:tr>
      <w:tr w:rsidR="000260E1" w:rsidRPr="007631E6" w14:paraId="0962F173" w14:textId="77777777" w:rsidTr="005C7141">
        <w:tc>
          <w:tcPr>
            <w:tcW w:w="1188" w:type="dxa"/>
          </w:tcPr>
          <w:p w14:paraId="766E965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VC</w:t>
            </w:r>
          </w:p>
        </w:tc>
        <w:tc>
          <w:tcPr>
            <w:tcW w:w="2610" w:type="dxa"/>
          </w:tcPr>
          <w:p w14:paraId="0B8A242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4D99CDF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207EBEB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365</w:t>
            </w:r>
          </w:p>
        </w:tc>
        <w:tc>
          <w:tcPr>
            <w:tcW w:w="1170" w:type="dxa"/>
          </w:tcPr>
          <w:p w14:paraId="396656D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0.04149</w:t>
            </w:r>
          </w:p>
        </w:tc>
        <w:tc>
          <w:tcPr>
            <w:tcW w:w="1296" w:type="dxa"/>
          </w:tcPr>
          <w:p w14:paraId="261EDF2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0.166</w:t>
            </w:r>
          </w:p>
        </w:tc>
      </w:tr>
      <w:tr w:rsidR="000260E1" w:rsidRPr="007631E6" w14:paraId="7128A344" w14:textId="77777777" w:rsidTr="005C7141">
        <w:tc>
          <w:tcPr>
            <w:tcW w:w="1188" w:type="dxa"/>
          </w:tcPr>
          <w:p w14:paraId="33D570F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VC</w:t>
            </w:r>
          </w:p>
        </w:tc>
        <w:tc>
          <w:tcPr>
            <w:tcW w:w="2610" w:type="dxa"/>
          </w:tcPr>
          <w:p w14:paraId="1E5A8ED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1325A36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25FB224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922.5</w:t>
            </w:r>
          </w:p>
        </w:tc>
        <w:tc>
          <w:tcPr>
            <w:tcW w:w="1170" w:type="dxa"/>
          </w:tcPr>
          <w:p w14:paraId="2E5DDE0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0.742</w:t>
            </w:r>
          </w:p>
        </w:tc>
        <w:tc>
          <w:tcPr>
            <w:tcW w:w="1296" w:type="dxa"/>
          </w:tcPr>
          <w:p w14:paraId="621C424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655C7E17" w14:textId="77777777" w:rsidTr="005C7141">
        <w:tc>
          <w:tcPr>
            <w:tcW w:w="1188" w:type="dxa"/>
          </w:tcPr>
          <w:p w14:paraId="3F0C6E5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AC</w:t>
            </w:r>
          </w:p>
        </w:tc>
        <w:tc>
          <w:tcPr>
            <w:tcW w:w="2610" w:type="dxa"/>
          </w:tcPr>
          <w:p w14:paraId="5AF235E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190ADC8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50B9DE7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2410</w:t>
            </w:r>
          </w:p>
        </w:tc>
        <w:tc>
          <w:tcPr>
            <w:tcW w:w="1170" w:type="dxa"/>
          </w:tcPr>
          <w:p w14:paraId="0598250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0.1937</w:t>
            </w:r>
          </w:p>
        </w:tc>
        <w:tc>
          <w:tcPr>
            <w:tcW w:w="1296" w:type="dxa"/>
          </w:tcPr>
          <w:p w14:paraId="38D1D81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09ED91BB" w14:textId="77777777" w:rsidTr="005C7141">
        <w:tc>
          <w:tcPr>
            <w:tcW w:w="1188" w:type="dxa"/>
          </w:tcPr>
          <w:p w14:paraId="285E22F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AC</w:t>
            </w:r>
          </w:p>
        </w:tc>
        <w:tc>
          <w:tcPr>
            <w:tcW w:w="2610" w:type="dxa"/>
          </w:tcPr>
          <w:p w14:paraId="3E70BCD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060A67A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5836D3F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4132</w:t>
            </w:r>
          </w:p>
        </w:tc>
        <w:tc>
          <w:tcPr>
            <w:tcW w:w="1170" w:type="dxa"/>
          </w:tcPr>
          <w:p w14:paraId="4A6FBA2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0.4507</w:t>
            </w:r>
          </w:p>
        </w:tc>
        <w:tc>
          <w:tcPr>
            <w:tcW w:w="1296" w:type="dxa"/>
          </w:tcPr>
          <w:p w14:paraId="3B46105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14E2F3BC" w14:textId="77777777" w:rsidTr="005C7141">
        <w:tc>
          <w:tcPr>
            <w:tcW w:w="1188" w:type="dxa"/>
          </w:tcPr>
          <w:p w14:paraId="79FC684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AC</w:t>
            </w:r>
          </w:p>
        </w:tc>
        <w:tc>
          <w:tcPr>
            <w:tcW w:w="2610" w:type="dxa"/>
          </w:tcPr>
          <w:p w14:paraId="6339789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2ED3D1A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0F1EF89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746.5</w:t>
            </w:r>
          </w:p>
        </w:tc>
        <w:tc>
          <w:tcPr>
            <w:tcW w:w="1170" w:type="dxa"/>
          </w:tcPr>
          <w:p w14:paraId="32339B8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0.8225</w:t>
            </w:r>
          </w:p>
        </w:tc>
        <w:tc>
          <w:tcPr>
            <w:tcW w:w="1296" w:type="dxa"/>
          </w:tcPr>
          <w:p w14:paraId="00E2B91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27C4D967" w14:textId="77777777" w:rsidTr="005C7141">
        <w:tc>
          <w:tcPr>
            <w:tcW w:w="1188" w:type="dxa"/>
          </w:tcPr>
          <w:p w14:paraId="61AD210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AC</w:t>
            </w:r>
          </w:p>
        </w:tc>
        <w:tc>
          <w:tcPr>
            <w:tcW w:w="2610" w:type="dxa"/>
          </w:tcPr>
          <w:p w14:paraId="49D8011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7EAD8EF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63517C0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2698</w:t>
            </w:r>
          </w:p>
        </w:tc>
        <w:tc>
          <w:tcPr>
            <w:tcW w:w="1170" w:type="dxa"/>
          </w:tcPr>
          <w:p w14:paraId="480F251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0.5666</w:t>
            </w:r>
          </w:p>
        </w:tc>
        <w:tc>
          <w:tcPr>
            <w:tcW w:w="1296" w:type="dxa"/>
          </w:tcPr>
          <w:p w14:paraId="080E4DA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0EFF57E8" w14:textId="77777777" w:rsidTr="005C7141">
        <w:tc>
          <w:tcPr>
            <w:tcW w:w="1188" w:type="dxa"/>
          </w:tcPr>
          <w:p w14:paraId="45D51BE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AC</w:t>
            </w:r>
          </w:p>
        </w:tc>
        <w:tc>
          <w:tcPr>
            <w:tcW w:w="2610" w:type="dxa"/>
          </w:tcPr>
          <w:p w14:paraId="1B9D7FA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0437361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5522AC9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468.5</w:t>
            </w:r>
          </w:p>
        </w:tc>
        <w:tc>
          <w:tcPr>
            <w:tcW w:w="1170" w:type="dxa"/>
          </w:tcPr>
          <w:p w14:paraId="2E447C2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0.4401</w:t>
            </w:r>
          </w:p>
        </w:tc>
        <w:tc>
          <w:tcPr>
            <w:tcW w:w="1296" w:type="dxa"/>
          </w:tcPr>
          <w:p w14:paraId="145B560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5913044B" w14:textId="77777777" w:rsidTr="005C7141">
        <w:tc>
          <w:tcPr>
            <w:tcW w:w="1188" w:type="dxa"/>
          </w:tcPr>
          <w:p w14:paraId="74DC163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AC</w:t>
            </w:r>
          </w:p>
        </w:tc>
        <w:tc>
          <w:tcPr>
            <w:tcW w:w="2610" w:type="dxa"/>
          </w:tcPr>
          <w:p w14:paraId="3A4CA83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29DD882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32BD92B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920.5</w:t>
            </w:r>
          </w:p>
        </w:tc>
        <w:tc>
          <w:tcPr>
            <w:tcW w:w="1170" w:type="dxa"/>
          </w:tcPr>
          <w:p w14:paraId="2DB2600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0.7312</w:t>
            </w:r>
          </w:p>
        </w:tc>
        <w:tc>
          <w:tcPr>
            <w:tcW w:w="1296" w:type="dxa"/>
          </w:tcPr>
          <w:p w14:paraId="2F1BD04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5E49CD99" w14:textId="77777777" w:rsidTr="005C7141">
        <w:tc>
          <w:tcPr>
            <w:tcW w:w="1188" w:type="dxa"/>
          </w:tcPr>
          <w:p w14:paraId="4998A7C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IAQ</w:t>
            </w:r>
          </w:p>
        </w:tc>
        <w:tc>
          <w:tcPr>
            <w:tcW w:w="2610" w:type="dxa"/>
          </w:tcPr>
          <w:p w14:paraId="00698B2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6C0B6B4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0D1F20B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2648</w:t>
            </w:r>
          </w:p>
        </w:tc>
        <w:tc>
          <w:tcPr>
            <w:tcW w:w="1170" w:type="dxa"/>
          </w:tcPr>
          <w:p w14:paraId="7E35FA7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0.01618</w:t>
            </w:r>
          </w:p>
        </w:tc>
        <w:tc>
          <w:tcPr>
            <w:tcW w:w="1296" w:type="dxa"/>
          </w:tcPr>
          <w:p w14:paraId="77D5C09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0.09706</w:t>
            </w:r>
          </w:p>
        </w:tc>
      </w:tr>
      <w:tr w:rsidR="000260E1" w:rsidRPr="007631E6" w14:paraId="6B112C20" w14:textId="77777777" w:rsidTr="005C7141">
        <w:tc>
          <w:tcPr>
            <w:tcW w:w="1188" w:type="dxa"/>
          </w:tcPr>
          <w:p w14:paraId="50614CB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IAQ</w:t>
            </w:r>
          </w:p>
        </w:tc>
        <w:tc>
          <w:tcPr>
            <w:tcW w:w="2610" w:type="dxa"/>
          </w:tcPr>
          <w:p w14:paraId="3FC8ABB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106FB3B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284F3EF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4442</w:t>
            </w:r>
          </w:p>
        </w:tc>
        <w:tc>
          <w:tcPr>
            <w:tcW w:w="1170" w:type="dxa"/>
          </w:tcPr>
          <w:p w14:paraId="032F536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0.09537</w:t>
            </w:r>
          </w:p>
        </w:tc>
        <w:tc>
          <w:tcPr>
            <w:tcW w:w="1296" w:type="dxa"/>
          </w:tcPr>
          <w:p w14:paraId="499EC5A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0.4768</w:t>
            </w:r>
          </w:p>
        </w:tc>
      </w:tr>
      <w:tr w:rsidR="000260E1" w:rsidRPr="007631E6" w14:paraId="76FACE99" w14:textId="77777777" w:rsidTr="005C7141">
        <w:tc>
          <w:tcPr>
            <w:tcW w:w="1188" w:type="dxa"/>
          </w:tcPr>
          <w:p w14:paraId="0CD6A8A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IAQ</w:t>
            </w:r>
          </w:p>
        </w:tc>
        <w:tc>
          <w:tcPr>
            <w:tcW w:w="2610" w:type="dxa"/>
          </w:tcPr>
          <w:p w14:paraId="2211179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04C1C3B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187CD84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852</w:t>
            </w:r>
          </w:p>
        </w:tc>
        <w:tc>
          <w:tcPr>
            <w:tcW w:w="1170" w:type="dxa"/>
          </w:tcPr>
          <w:p w14:paraId="0882157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0.2262</w:t>
            </w:r>
          </w:p>
        </w:tc>
        <w:tc>
          <w:tcPr>
            <w:tcW w:w="1296" w:type="dxa"/>
          </w:tcPr>
          <w:p w14:paraId="017EC29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0.9048</w:t>
            </w:r>
          </w:p>
        </w:tc>
      </w:tr>
      <w:tr w:rsidR="000260E1" w:rsidRPr="007631E6" w14:paraId="24F8D738" w14:textId="77777777" w:rsidTr="005C7141">
        <w:tc>
          <w:tcPr>
            <w:tcW w:w="1188" w:type="dxa"/>
          </w:tcPr>
          <w:p w14:paraId="0ED4BDF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IAQ</w:t>
            </w:r>
          </w:p>
        </w:tc>
        <w:tc>
          <w:tcPr>
            <w:tcW w:w="2610" w:type="dxa"/>
          </w:tcPr>
          <w:p w14:paraId="12879D6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77ADF32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6756C3C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2677</w:t>
            </w:r>
          </w:p>
        </w:tc>
        <w:tc>
          <w:tcPr>
            <w:tcW w:w="1170" w:type="dxa"/>
          </w:tcPr>
          <w:p w14:paraId="06A0F58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0.5147</w:t>
            </w:r>
          </w:p>
        </w:tc>
        <w:tc>
          <w:tcPr>
            <w:tcW w:w="1296" w:type="dxa"/>
          </w:tcPr>
          <w:p w14:paraId="67F7B57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28B2C91F" w14:textId="77777777" w:rsidTr="005C7141">
        <w:tc>
          <w:tcPr>
            <w:tcW w:w="1188" w:type="dxa"/>
          </w:tcPr>
          <w:p w14:paraId="79653C0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lastRenderedPageBreak/>
              <w:t>IAQ</w:t>
            </w:r>
          </w:p>
        </w:tc>
        <w:tc>
          <w:tcPr>
            <w:tcW w:w="2610" w:type="dxa"/>
          </w:tcPr>
          <w:p w14:paraId="3BBD040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5D515E6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159EB28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531</w:t>
            </w:r>
          </w:p>
        </w:tc>
        <w:tc>
          <w:tcPr>
            <w:tcW w:w="1170" w:type="dxa"/>
          </w:tcPr>
          <w:p w14:paraId="04332E6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0.9951</w:t>
            </w:r>
          </w:p>
        </w:tc>
        <w:tc>
          <w:tcPr>
            <w:tcW w:w="1296" w:type="dxa"/>
          </w:tcPr>
          <w:p w14:paraId="3A88AF1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1E85ABD4" w14:textId="77777777" w:rsidTr="005C7141">
        <w:tc>
          <w:tcPr>
            <w:tcW w:w="1188" w:type="dxa"/>
          </w:tcPr>
          <w:p w14:paraId="6DDA7F1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IAQ</w:t>
            </w:r>
          </w:p>
        </w:tc>
        <w:tc>
          <w:tcPr>
            <w:tcW w:w="2610" w:type="dxa"/>
          </w:tcPr>
          <w:p w14:paraId="724A13C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1EE5C0B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6F1E027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1000</w:t>
            </w:r>
          </w:p>
        </w:tc>
        <w:tc>
          <w:tcPr>
            <w:tcW w:w="1170" w:type="dxa"/>
          </w:tcPr>
          <w:p w14:paraId="6D5189F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0.8274</w:t>
            </w:r>
          </w:p>
        </w:tc>
        <w:tc>
          <w:tcPr>
            <w:tcW w:w="1296" w:type="dxa"/>
          </w:tcPr>
          <w:p w14:paraId="6C26909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2D512FD8" w14:textId="77777777" w:rsidTr="005C7141">
        <w:tc>
          <w:tcPr>
            <w:tcW w:w="1188" w:type="dxa"/>
          </w:tcPr>
          <w:p w14:paraId="091D95B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FLS</w:t>
            </w:r>
          </w:p>
        </w:tc>
        <w:tc>
          <w:tcPr>
            <w:tcW w:w="2610" w:type="dxa"/>
          </w:tcPr>
          <w:p w14:paraId="4F04918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7D50976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17CE1C3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2959</w:t>
            </w:r>
          </w:p>
        </w:tc>
        <w:tc>
          <w:tcPr>
            <w:tcW w:w="1170" w:type="dxa"/>
          </w:tcPr>
          <w:p w14:paraId="591C7DB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0.0001187</w:t>
            </w:r>
          </w:p>
        </w:tc>
        <w:tc>
          <w:tcPr>
            <w:tcW w:w="1296" w:type="dxa"/>
          </w:tcPr>
          <w:p w14:paraId="350F76E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0.0005934</w:t>
            </w:r>
          </w:p>
        </w:tc>
      </w:tr>
      <w:tr w:rsidR="000260E1" w:rsidRPr="007631E6" w14:paraId="4117494E" w14:textId="77777777" w:rsidTr="005C7141">
        <w:tc>
          <w:tcPr>
            <w:tcW w:w="1188" w:type="dxa"/>
          </w:tcPr>
          <w:p w14:paraId="1EA5469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FLS</w:t>
            </w:r>
          </w:p>
        </w:tc>
        <w:tc>
          <w:tcPr>
            <w:tcW w:w="2610" w:type="dxa"/>
          </w:tcPr>
          <w:p w14:paraId="4591CF8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05D2F1C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0892AF5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5360</w:t>
            </w:r>
          </w:p>
        </w:tc>
        <w:tc>
          <w:tcPr>
            <w:tcW w:w="1170" w:type="dxa"/>
          </w:tcPr>
          <w:p w14:paraId="7E5E92F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1.187e-05</w:t>
            </w:r>
          </w:p>
        </w:tc>
        <w:tc>
          <w:tcPr>
            <w:tcW w:w="1296" w:type="dxa"/>
          </w:tcPr>
          <w:p w14:paraId="0D383A0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7.122e-05</w:t>
            </w:r>
          </w:p>
        </w:tc>
      </w:tr>
      <w:tr w:rsidR="000260E1" w:rsidRPr="007631E6" w14:paraId="549A5065" w14:textId="77777777" w:rsidTr="005C7141">
        <w:tc>
          <w:tcPr>
            <w:tcW w:w="1188" w:type="dxa"/>
          </w:tcPr>
          <w:p w14:paraId="35640D9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FLS</w:t>
            </w:r>
          </w:p>
        </w:tc>
        <w:tc>
          <w:tcPr>
            <w:tcW w:w="2610" w:type="dxa"/>
          </w:tcPr>
          <w:p w14:paraId="5A6AA5B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4865008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65D11B3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804</w:t>
            </w:r>
          </w:p>
        </w:tc>
        <w:tc>
          <w:tcPr>
            <w:tcW w:w="1170" w:type="dxa"/>
          </w:tcPr>
          <w:p w14:paraId="220E22B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0.4444</w:t>
            </w:r>
          </w:p>
        </w:tc>
        <w:tc>
          <w:tcPr>
            <w:tcW w:w="1296" w:type="dxa"/>
          </w:tcPr>
          <w:p w14:paraId="135590A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0.8889</w:t>
            </w:r>
          </w:p>
        </w:tc>
      </w:tr>
      <w:tr w:rsidR="000260E1" w:rsidRPr="007631E6" w14:paraId="457DE911" w14:textId="77777777" w:rsidTr="005C7141">
        <w:tc>
          <w:tcPr>
            <w:tcW w:w="1188" w:type="dxa"/>
          </w:tcPr>
          <w:p w14:paraId="3F0B1FB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FLS</w:t>
            </w:r>
          </w:p>
        </w:tc>
        <w:tc>
          <w:tcPr>
            <w:tcW w:w="2610" w:type="dxa"/>
          </w:tcPr>
          <w:p w14:paraId="28CC6DF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45A3AFA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3396EE2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3054</w:t>
            </w:r>
          </w:p>
        </w:tc>
        <w:tc>
          <w:tcPr>
            <w:tcW w:w="1170" w:type="dxa"/>
          </w:tcPr>
          <w:p w14:paraId="403BA03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0.4713</w:t>
            </w:r>
          </w:p>
        </w:tc>
        <w:tc>
          <w:tcPr>
            <w:tcW w:w="1296" w:type="dxa"/>
          </w:tcPr>
          <w:p w14:paraId="4A7D56F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0.8889</w:t>
            </w:r>
          </w:p>
        </w:tc>
      </w:tr>
      <w:tr w:rsidR="000260E1" w:rsidRPr="007631E6" w14:paraId="03853837" w14:textId="77777777" w:rsidTr="005C7141">
        <w:tc>
          <w:tcPr>
            <w:tcW w:w="1188" w:type="dxa"/>
          </w:tcPr>
          <w:p w14:paraId="0A6318E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FLS</w:t>
            </w:r>
          </w:p>
        </w:tc>
        <w:tc>
          <w:tcPr>
            <w:tcW w:w="2610" w:type="dxa"/>
          </w:tcPr>
          <w:p w14:paraId="16BE323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1998ACC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1129883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392.5</w:t>
            </w:r>
          </w:p>
        </w:tc>
        <w:tc>
          <w:tcPr>
            <w:tcW w:w="1170" w:type="dxa"/>
          </w:tcPr>
          <w:p w14:paraId="015A8C3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0.08862</w:t>
            </w:r>
          </w:p>
        </w:tc>
        <w:tc>
          <w:tcPr>
            <w:tcW w:w="1296" w:type="dxa"/>
          </w:tcPr>
          <w:p w14:paraId="09C2716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0.2659</w:t>
            </w:r>
          </w:p>
        </w:tc>
      </w:tr>
      <w:tr w:rsidR="000260E1" w:rsidRPr="007631E6" w14:paraId="7AD470BE" w14:textId="77777777" w:rsidTr="005C7141">
        <w:tc>
          <w:tcPr>
            <w:tcW w:w="1188" w:type="dxa"/>
          </w:tcPr>
          <w:p w14:paraId="28CA530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FLS</w:t>
            </w:r>
          </w:p>
        </w:tc>
        <w:tc>
          <w:tcPr>
            <w:tcW w:w="2610" w:type="dxa"/>
          </w:tcPr>
          <w:p w14:paraId="74DF5EA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384057C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177504D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694</w:t>
            </w:r>
          </w:p>
        </w:tc>
        <w:tc>
          <w:tcPr>
            <w:tcW w:w="1170" w:type="dxa"/>
          </w:tcPr>
          <w:p w14:paraId="7F47ED9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0.04989</w:t>
            </w:r>
          </w:p>
        </w:tc>
        <w:tc>
          <w:tcPr>
            <w:tcW w:w="1296" w:type="dxa"/>
          </w:tcPr>
          <w:p w14:paraId="0571D3B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0.1995</w:t>
            </w:r>
          </w:p>
        </w:tc>
      </w:tr>
      <w:tr w:rsidR="000260E1" w:rsidRPr="007631E6" w14:paraId="6E8E5EA9" w14:textId="77777777" w:rsidTr="005C7141">
        <w:tc>
          <w:tcPr>
            <w:tcW w:w="1188" w:type="dxa"/>
          </w:tcPr>
          <w:p w14:paraId="42F611A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RF</w:t>
            </w:r>
          </w:p>
        </w:tc>
        <w:tc>
          <w:tcPr>
            <w:tcW w:w="2610" w:type="dxa"/>
          </w:tcPr>
          <w:p w14:paraId="750EF07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592C71D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1918AA0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2828</w:t>
            </w:r>
          </w:p>
        </w:tc>
        <w:tc>
          <w:tcPr>
            <w:tcW w:w="1170" w:type="dxa"/>
          </w:tcPr>
          <w:p w14:paraId="623F0B8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0.001145</w:t>
            </w:r>
          </w:p>
        </w:tc>
        <w:tc>
          <w:tcPr>
            <w:tcW w:w="1296" w:type="dxa"/>
          </w:tcPr>
          <w:p w14:paraId="27AB37F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0.00687</w:t>
            </w:r>
          </w:p>
        </w:tc>
      </w:tr>
      <w:tr w:rsidR="000260E1" w:rsidRPr="007631E6" w14:paraId="5589AA4A" w14:textId="77777777" w:rsidTr="005C7141">
        <w:tc>
          <w:tcPr>
            <w:tcW w:w="1188" w:type="dxa"/>
          </w:tcPr>
          <w:p w14:paraId="66D25D1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RF</w:t>
            </w:r>
          </w:p>
        </w:tc>
        <w:tc>
          <w:tcPr>
            <w:tcW w:w="2610" w:type="dxa"/>
          </w:tcPr>
          <w:p w14:paraId="2F4B657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7A80AC6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3563806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4529</w:t>
            </w:r>
          </w:p>
        </w:tc>
        <w:tc>
          <w:tcPr>
            <w:tcW w:w="1170" w:type="dxa"/>
          </w:tcPr>
          <w:p w14:paraId="4542C3A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0.05329</w:t>
            </w:r>
          </w:p>
        </w:tc>
        <w:tc>
          <w:tcPr>
            <w:tcW w:w="1296" w:type="dxa"/>
          </w:tcPr>
          <w:p w14:paraId="2D594A7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0.2664</w:t>
            </w:r>
          </w:p>
        </w:tc>
      </w:tr>
      <w:tr w:rsidR="000260E1" w:rsidRPr="007631E6" w14:paraId="65C090C3" w14:textId="77777777" w:rsidTr="005C7141">
        <w:tc>
          <w:tcPr>
            <w:tcW w:w="1188" w:type="dxa"/>
          </w:tcPr>
          <w:p w14:paraId="1D56BF8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RF</w:t>
            </w:r>
          </w:p>
        </w:tc>
        <w:tc>
          <w:tcPr>
            <w:tcW w:w="2610" w:type="dxa"/>
          </w:tcPr>
          <w:p w14:paraId="23FEBEC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7EE9306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52F3D3E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833</w:t>
            </w:r>
          </w:p>
        </w:tc>
        <w:tc>
          <w:tcPr>
            <w:tcW w:w="1170" w:type="dxa"/>
          </w:tcPr>
          <w:p w14:paraId="6F1482E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0.2997</w:t>
            </w:r>
          </w:p>
        </w:tc>
        <w:tc>
          <w:tcPr>
            <w:tcW w:w="1296" w:type="dxa"/>
          </w:tcPr>
          <w:p w14:paraId="00EED72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0.7283</w:t>
            </w:r>
          </w:p>
        </w:tc>
      </w:tr>
      <w:tr w:rsidR="000260E1" w:rsidRPr="007631E6" w14:paraId="0CE78315" w14:textId="77777777" w:rsidTr="005C7141">
        <w:tc>
          <w:tcPr>
            <w:tcW w:w="1188" w:type="dxa"/>
          </w:tcPr>
          <w:p w14:paraId="277E7F6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RF</w:t>
            </w:r>
          </w:p>
        </w:tc>
        <w:tc>
          <w:tcPr>
            <w:tcW w:w="2610" w:type="dxa"/>
          </w:tcPr>
          <w:p w14:paraId="3AE978D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29CCB5D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2D685FE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2414</w:t>
            </w:r>
          </w:p>
        </w:tc>
        <w:tc>
          <w:tcPr>
            <w:tcW w:w="1170" w:type="dxa"/>
          </w:tcPr>
          <w:p w14:paraId="1835061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0.106</w:t>
            </w:r>
          </w:p>
        </w:tc>
        <w:tc>
          <w:tcPr>
            <w:tcW w:w="1296" w:type="dxa"/>
          </w:tcPr>
          <w:p w14:paraId="4537E8B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0.4238</w:t>
            </w:r>
          </w:p>
        </w:tc>
      </w:tr>
      <w:tr w:rsidR="000260E1" w:rsidRPr="007631E6" w14:paraId="2DAAD5BE" w14:textId="77777777" w:rsidTr="005C7141">
        <w:tc>
          <w:tcPr>
            <w:tcW w:w="1188" w:type="dxa"/>
          </w:tcPr>
          <w:p w14:paraId="289C84D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RF</w:t>
            </w:r>
          </w:p>
        </w:tc>
        <w:tc>
          <w:tcPr>
            <w:tcW w:w="2610" w:type="dxa"/>
          </w:tcPr>
          <w:p w14:paraId="17A1C9A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34C214C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14A44C4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436.5</w:t>
            </w:r>
          </w:p>
        </w:tc>
        <w:tc>
          <w:tcPr>
            <w:tcW w:w="1170" w:type="dxa"/>
          </w:tcPr>
          <w:p w14:paraId="7E0FBAF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0.2428</w:t>
            </w:r>
          </w:p>
        </w:tc>
        <w:tc>
          <w:tcPr>
            <w:tcW w:w="1296" w:type="dxa"/>
          </w:tcPr>
          <w:p w14:paraId="3C83F71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0.7283</w:t>
            </w:r>
          </w:p>
        </w:tc>
      </w:tr>
      <w:tr w:rsidR="000260E1" w:rsidRPr="007631E6" w14:paraId="2B95CC45" w14:textId="77777777" w:rsidTr="005C7141">
        <w:tc>
          <w:tcPr>
            <w:tcW w:w="1188" w:type="dxa"/>
          </w:tcPr>
          <w:p w14:paraId="0DD6B03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RF</w:t>
            </w:r>
          </w:p>
        </w:tc>
        <w:tc>
          <w:tcPr>
            <w:tcW w:w="2610" w:type="dxa"/>
          </w:tcPr>
          <w:p w14:paraId="00321D4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1D9AA9C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516F0CF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964</w:t>
            </w:r>
          </w:p>
        </w:tc>
        <w:tc>
          <w:tcPr>
            <w:tcW w:w="1170" w:type="dxa"/>
          </w:tcPr>
          <w:p w14:paraId="2C51E66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0.9743</w:t>
            </w:r>
          </w:p>
        </w:tc>
        <w:tc>
          <w:tcPr>
            <w:tcW w:w="1296" w:type="dxa"/>
          </w:tcPr>
          <w:p w14:paraId="5D01DD5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0.9743</w:t>
            </w:r>
          </w:p>
        </w:tc>
      </w:tr>
      <w:tr w:rsidR="000260E1" w:rsidRPr="007631E6" w14:paraId="5A82AD9B" w14:textId="77777777" w:rsidTr="005C7141">
        <w:tc>
          <w:tcPr>
            <w:tcW w:w="1188" w:type="dxa"/>
          </w:tcPr>
          <w:p w14:paraId="2CCA2F3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BC</w:t>
            </w:r>
          </w:p>
        </w:tc>
        <w:tc>
          <w:tcPr>
            <w:tcW w:w="2610" w:type="dxa"/>
          </w:tcPr>
          <w:p w14:paraId="6382E52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2F9E6A5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6B61EBD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2656</w:t>
            </w:r>
          </w:p>
        </w:tc>
        <w:tc>
          <w:tcPr>
            <w:tcW w:w="1170" w:type="dxa"/>
          </w:tcPr>
          <w:p w14:paraId="26A149F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0.01485</w:t>
            </w:r>
          </w:p>
        </w:tc>
        <w:tc>
          <w:tcPr>
            <w:tcW w:w="1296" w:type="dxa"/>
          </w:tcPr>
          <w:p w14:paraId="14A008E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0.05942</w:t>
            </w:r>
          </w:p>
        </w:tc>
      </w:tr>
      <w:tr w:rsidR="000260E1" w:rsidRPr="007631E6" w14:paraId="1D1A09A1" w14:textId="77777777" w:rsidTr="005C7141">
        <w:tc>
          <w:tcPr>
            <w:tcW w:w="1188" w:type="dxa"/>
          </w:tcPr>
          <w:p w14:paraId="624B00C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BC</w:t>
            </w:r>
          </w:p>
        </w:tc>
        <w:tc>
          <w:tcPr>
            <w:tcW w:w="2610" w:type="dxa"/>
          </w:tcPr>
          <w:p w14:paraId="7269BA9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5D282D1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6955A28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3668</w:t>
            </w:r>
          </w:p>
        </w:tc>
        <w:tc>
          <w:tcPr>
            <w:tcW w:w="1170" w:type="dxa"/>
          </w:tcPr>
          <w:p w14:paraId="15497F4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0.5419</w:t>
            </w:r>
          </w:p>
        </w:tc>
        <w:tc>
          <w:tcPr>
            <w:tcW w:w="1296" w:type="dxa"/>
          </w:tcPr>
          <w:p w14:paraId="3FA44C9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0.5419</w:t>
            </w:r>
          </w:p>
        </w:tc>
      </w:tr>
      <w:tr w:rsidR="000260E1" w:rsidRPr="007631E6" w14:paraId="0B475126" w14:textId="77777777" w:rsidTr="005C7141">
        <w:tc>
          <w:tcPr>
            <w:tcW w:w="1188" w:type="dxa"/>
          </w:tcPr>
          <w:p w14:paraId="0AF02CC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BC</w:t>
            </w:r>
          </w:p>
        </w:tc>
        <w:tc>
          <w:tcPr>
            <w:tcW w:w="2610" w:type="dxa"/>
          </w:tcPr>
          <w:p w14:paraId="3AF16B4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5AACB4F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2EA665F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488</w:t>
            </w:r>
          </w:p>
        </w:tc>
        <w:tc>
          <w:tcPr>
            <w:tcW w:w="1170" w:type="dxa"/>
          </w:tcPr>
          <w:p w14:paraId="40A22AC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0.02919</w:t>
            </w:r>
          </w:p>
        </w:tc>
        <w:tc>
          <w:tcPr>
            <w:tcW w:w="1296" w:type="dxa"/>
          </w:tcPr>
          <w:p w14:paraId="284F74F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0.08756</w:t>
            </w:r>
          </w:p>
        </w:tc>
      </w:tr>
      <w:tr w:rsidR="000260E1" w:rsidRPr="007631E6" w14:paraId="3E46B8CB" w14:textId="77777777" w:rsidTr="005C7141">
        <w:tc>
          <w:tcPr>
            <w:tcW w:w="1188" w:type="dxa"/>
          </w:tcPr>
          <w:p w14:paraId="4A00C65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BC</w:t>
            </w:r>
          </w:p>
        </w:tc>
        <w:tc>
          <w:tcPr>
            <w:tcW w:w="2610" w:type="dxa"/>
          </w:tcPr>
          <w:p w14:paraId="1AC6DA6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59B50AC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116BC6C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1997</w:t>
            </w:r>
          </w:p>
        </w:tc>
        <w:tc>
          <w:tcPr>
            <w:tcW w:w="1170" w:type="dxa"/>
          </w:tcPr>
          <w:p w14:paraId="6EB52FC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0.001765</w:t>
            </w:r>
          </w:p>
        </w:tc>
        <w:tc>
          <w:tcPr>
            <w:tcW w:w="1296" w:type="dxa"/>
          </w:tcPr>
          <w:p w14:paraId="37F7F38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0.008825</w:t>
            </w:r>
          </w:p>
        </w:tc>
      </w:tr>
      <w:tr w:rsidR="000260E1" w:rsidRPr="007631E6" w14:paraId="6303CD55" w14:textId="77777777" w:rsidTr="005C7141">
        <w:tc>
          <w:tcPr>
            <w:tcW w:w="1188" w:type="dxa"/>
          </w:tcPr>
          <w:p w14:paraId="3A2C1E6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BC</w:t>
            </w:r>
          </w:p>
        </w:tc>
        <w:tc>
          <w:tcPr>
            <w:tcW w:w="2610" w:type="dxa"/>
          </w:tcPr>
          <w:p w14:paraId="499773B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5240127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7F1071C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211.5</w:t>
            </w:r>
          </w:p>
        </w:tc>
        <w:tc>
          <w:tcPr>
            <w:tcW w:w="1170" w:type="dxa"/>
          </w:tcPr>
          <w:p w14:paraId="34E9113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9.014e-05</w:t>
            </w:r>
          </w:p>
        </w:tc>
        <w:tc>
          <w:tcPr>
            <w:tcW w:w="1296" w:type="dxa"/>
          </w:tcPr>
          <w:p w14:paraId="6C4660F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0.0005408</w:t>
            </w:r>
          </w:p>
        </w:tc>
      </w:tr>
      <w:tr w:rsidR="000260E1" w:rsidRPr="007631E6" w14:paraId="69EA40C9" w14:textId="77777777" w:rsidTr="005C7141">
        <w:tc>
          <w:tcPr>
            <w:tcW w:w="1188" w:type="dxa"/>
          </w:tcPr>
          <w:p w14:paraId="23E926C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BC</w:t>
            </w:r>
          </w:p>
        </w:tc>
        <w:tc>
          <w:tcPr>
            <w:tcW w:w="2610" w:type="dxa"/>
          </w:tcPr>
          <w:p w14:paraId="42822FA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176C22A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2A7AC8A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724.5</w:t>
            </w:r>
          </w:p>
        </w:tc>
        <w:tc>
          <w:tcPr>
            <w:tcW w:w="1170" w:type="dxa"/>
          </w:tcPr>
          <w:p w14:paraId="4370499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0.08149</w:t>
            </w:r>
          </w:p>
        </w:tc>
        <w:tc>
          <w:tcPr>
            <w:tcW w:w="1296" w:type="dxa"/>
          </w:tcPr>
          <w:p w14:paraId="45C3218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0.163</w:t>
            </w:r>
          </w:p>
        </w:tc>
      </w:tr>
      <w:tr w:rsidR="000260E1" w:rsidRPr="007631E6" w14:paraId="74FD3CCE" w14:textId="77777777" w:rsidTr="005C7141">
        <w:tc>
          <w:tcPr>
            <w:tcW w:w="1188" w:type="dxa"/>
          </w:tcPr>
          <w:p w14:paraId="5AC44BD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HS</w:t>
            </w:r>
          </w:p>
        </w:tc>
        <w:tc>
          <w:tcPr>
            <w:tcW w:w="2610" w:type="dxa"/>
          </w:tcPr>
          <w:p w14:paraId="379D60E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2B9A43F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582D7B3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2382</w:t>
            </w:r>
          </w:p>
        </w:tc>
        <w:tc>
          <w:tcPr>
            <w:tcW w:w="1170" w:type="dxa"/>
          </w:tcPr>
          <w:p w14:paraId="63DC16A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0.241</w:t>
            </w:r>
          </w:p>
        </w:tc>
        <w:tc>
          <w:tcPr>
            <w:tcW w:w="1296" w:type="dxa"/>
          </w:tcPr>
          <w:p w14:paraId="0D5E480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6A598A6E" w14:textId="77777777" w:rsidTr="005C7141">
        <w:tc>
          <w:tcPr>
            <w:tcW w:w="1188" w:type="dxa"/>
          </w:tcPr>
          <w:p w14:paraId="3212A10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lastRenderedPageBreak/>
              <w:t>HS</w:t>
            </w:r>
          </w:p>
        </w:tc>
        <w:tc>
          <w:tcPr>
            <w:tcW w:w="2610" w:type="dxa"/>
          </w:tcPr>
          <w:p w14:paraId="0FB741B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0460AC4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0BBCD18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3952</w:t>
            </w:r>
          </w:p>
        </w:tc>
        <w:tc>
          <w:tcPr>
            <w:tcW w:w="1170" w:type="dxa"/>
          </w:tcPr>
          <w:p w14:paraId="65BE8C9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0.825</w:t>
            </w:r>
          </w:p>
        </w:tc>
        <w:tc>
          <w:tcPr>
            <w:tcW w:w="1296" w:type="dxa"/>
          </w:tcPr>
          <w:p w14:paraId="5A25772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5F084BE1" w14:textId="77777777" w:rsidTr="005C7141">
        <w:tc>
          <w:tcPr>
            <w:tcW w:w="1188" w:type="dxa"/>
          </w:tcPr>
          <w:p w14:paraId="082087B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HS</w:t>
            </w:r>
          </w:p>
        </w:tc>
        <w:tc>
          <w:tcPr>
            <w:tcW w:w="2610" w:type="dxa"/>
          </w:tcPr>
          <w:p w14:paraId="630229BA"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6507A6A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7191259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834</w:t>
            </w:r>
          </w:p>
        </w:tc>
        <w:tc>
          <w:tcPr>
            <w:tcW w:w="1170" w:type="dxa"/>
          </w:tcPr>
          <w:p w14:paraId="685BF24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0.2982</w:t>
            </w:r>
          </w:p>
        </w:tc>
        <w:tc>
          <w:tcPr>
            <w:tcW w:w="1296" w:type="dxa"/>
          </w:tcPr>
          <w:p w14:paraId="2A6AD20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2B062A19" w14:textId="77777777" w:rsidTr="005C7141">
        <w:tc>
          <w:tcPr>
            <w:tcW w:w="1188" w:type="dxa"/>
          </w:tcPr>
          <w:p w14:paraId="5C53E1C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HS</w:t>
            </w:r>
          </w:p>
        </w:tc>
        <w:tc>
          <w:tcPr>
            <w:tcW w:w="2610" w:type="dxa"/>
          </w:tcPr>
          <w:p w14:paraId="190AB1B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4A4FB7E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6F4FFD2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2570</w:t>
            </w:r>
          </w:p>
        </w:tc>
        <w:tc>
          <w:tcPr>
            <w:tcW w:w="1170" w:type="dxa"/>
          </w:tcPr>
          <w:p w14:paraId="6AAEA26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0.2982</w:t>
            </w:r>
          </w:p>
        </w:tc>
        <w:tc>
          <w:tcPr>
            <w:tcW w:w="1296" w:type="dxa"/>
          </w:tcPr>
          <w:p w14:paraId="4898DA9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3C0FC8E9" w14:textId="77777777" w:rsidTr="005C7141">
        <w:tc>
          <w:tcPr>
            <w:tcW w:w="1188" w:type="dxa"/>
          </w:tcPr>
          <w:p w14:paraId="2689BBC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HS</w:t>
            </w:r>
          </w:p>
        </w:tc>
        <w:tc>
          <w:tcPr>
            <w:tcW w:w="2610" w:type="dxa"/>
          </w:tcPr>
          <w:p w14:paraId="0CF4973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1E5999A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6E688DD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560.5</w:t>
            </w:r>
          </w:p>
        </w:tc>
        <w:tc>
          <w:tcPr>
            <w:tcW w:w="1170" w:type="dxa"/>
          </w:tcPr>
          <w:p w14:paraId="3C1703D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0.7321</w:t>
            </w:r>
          </w:p>
        </w:tc>
        <w:tc>
          <w:tcPr>
            <w:tcW w:w="1296" w:type="dxa"/>
          </w:tcPr>
          <w:p w14:paraId="59FC387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5CC2C7F4" w14:textId="77777777" w:rsidTr="005C7141">
        <w:tc>
          <w:tcPr>
            <w:tcW w:w="1188" w:type="dxa"/>
          </w:tcPr>
          <w:p w14:paraId="449B60A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HS</w:t>
            </w:r>
          </w:p>
        </w:tc>
        <w:tc>
          <w:tcPr>
            <w:tcW w:w="2610" w:type="dxa"/>
          </w:tcPr>
          <w:p w14:paraId="17D7772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4002EB8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4B11B9F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1122</w:t>
            </w:r>
          </w:p>
        </w:tc>
        <w:tc>
          <w:tcPr>
            <w:tcW w:w="1170" w:type="dxa"/>
          </w:tcPr>
          <w:p w14:paraId="0218D7A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0.276</w:t>
            </w:r>
          </w:p>
        </w:tc>
        <w:tc>
          <w:tcPr>
            <w:tcW w:w="1296" w:type="dxa"/>
          </w:tcPr>
          <w:p w14:paraId="0E15289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3BF17FEB" w14:textId="77777777" w:rsidTr="005C7141">
        <w:tc>
          <w:tcPr>
            <w:tcW w:w="1188" w:type="dxa"/>
          </w:tcPr>
          <w:p w14:paraId="377DB4B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MA</w:t>
            </w:r>
          </w:p>
        </w:tc>
        <w:tc>
          <w:tcPr>
            <w:tcW w:w="2610" w:type="dxa"/>
          </w:tcPr>
          <w:p w14:paraId="6C8B42A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3588B68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720" w:type="dxa"/>
          </w:tcPr>
          <w:p w14:paraId="58CFBD0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2554</w:t>
            </w:r>
          </w:p>
        </w:tc>
        <w:tc>
          <w:tcPr>
            <w:tcW w:w="1170" w:type="dxa"/>
          </w:tcPr>
          <w:p w14:paraId="34946B4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0.0491</w:t>
            </w:r>
          </w:p>
        </w:tc>
        <w:tc>
          <w:tcPr>
            <w:tcW w:w="1296" w:type="dxa"/>
          </w:tcPr>
          <w:p w14:paraId="3CE518B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0.2946</w:t>
            </w:r>
          </w:p>
        </w:tc>
      </w:tr>
      <w:tr w:rsidR="000260E1" w:rsidRPr="007631E6" w14:paraId="18F8CEDC" w14:textId="77777777" w:rsidTr="005C7141">
        <w:tc>
          <w:tcPr>
            <w:tcW w:w="1188" w:type="dxa"/>
          </w:tcPr>
          <w:p w14:paraId="3AC51BA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MA</w:t>
            </w:r>
          </w:p>
        </w:tc>
        <w:tc>
          <w:tcPr>
            <w:tcW w:w="2610" w:type="dxa"/>
          </w:tcPr>
          <w:p w14:paraId="36C1F7B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4A48BD2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638CAE2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4445</w:t>
            </w:r>
          </w:p>
        </w:tc>
        <w:tc>
          <w:tcPr>
            <w:tcW w:w="1170" w:type="dxa"/>
          </w:tcPr>
          <w:p w14:paraId="2701B7C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0.09352</w:t>
            </w:r>
          </w:p>
        </w:tc>
        <w:tc>
          <w:tcPr>
            <w:tcW w:w="1296" w:type="dxa"/>
          </w:tcPr>
          <w:p w14:paraId="07F339B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0.4676</w:t>
            </w:r>
          </w:p>
        </w:tc>
      </w:tr>
      <w:tr w:rsidR="000260E1" w:rsidRPr="007631E6" w14:paraId="00BBD562" w14:textId="77777777" w:rsidTr="005C7141">
        <w:tc>
          <w:tcPr>
            <w:tcW w:w="1188" w:type="dxa"/>
          </w:tcPr>
          <w:p w14:paraId="1C24910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MA</w:t>
            </w:r>
          </w:p>
        </w:tc>
        <w:tc>
          <w:tcPr>
            <w:tcW w:w="2610" w:type="dxa"/>
          </w:tcPr>
          <w:p w14:paraId="41DDBCB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Ofok Foundation Housing</w:t>
            </w:r>
          </w:p>
        </w:tc>
        <w:tc>
          <w:tcPr>
            <w:tcW w:w="2430" w:type="dxa"/>
          </w:tcPr>
          <w:p w14:paraId="729CE71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085AECF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881.5</w:t>
            </w:r>
          </w:p>
        </w:tc>
        <w:tc>
          <w:tcPr>
            <w:tcW w:w="1170" w:type="dxa"/>
          </w:tcPr>
          <w:p w14:paraId="2341D12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0.1372</w:t>
            </w:r>
          </w:p>
        </w:tc>
        <w:tc>
          <w:tcPr>
            <w:tcW w:w="1296" w:type="dxa"/>
          </w:tcPr>
          <w:p w14:paraId="2F0227C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0.5487</w:t>
            </w:r>
          </w:p>
        </w:tc>
      </w:tr>
      <w:tr w:rsidR="000260E1" w:rsidRPr="007631E6" w14:paraId="064E612E" w14:textId="77777777" w:rsidTr="005C7141">
        <w:tc>
          <w:tcPr>
            <w:tcW w:w="1188" w:type="dxa"/>
          </w:tcPr>
          <w:p w14:paraId="40F5C1E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MA</w:t>
            </w:r>
          </w:p>
        </w:tc>
        <w:tc>
          <w:tcPr>
            <w:tcW w:w="2610" w:type="dxa"/>
          </w:tcPr>
          <w:p w14:paraId="2F1CA8B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7980513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720" w:type="dxa"/>
          </w:tcPr>
          <w:p w14:paraId="4AB8665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2770</w:t>
            </w:r>
          </w:p>
        </w:tc>
        <w:tc>
          <w:tcPr>
            <w:tcW w:w="1170" w:type="dxa"/>
          </w:tcPr>
          <w:p w14:paraId="1F3A529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0.7565</w:t>
            </w:r>
          </w:p>
        </w:tc>
        <w:tc>
          <w:tcPr>
            <w:tcW w:w="1296" w:type="dxa"/>
          </w:tcPr>
          <w:p w14:paraId="1B7F864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5072998B" w14:textId="77777777" w:rsidTr="005C7141">
        <w:tc>
          <w:tcPr>
            <w:tcW w:w="1188" w:type="dxa"/>
          </w:tcPr>
          <w:p w14:paraId="07F2D4F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MA</w:t>
            </w:r>
          </w:p>
        </w:tc>
        <w:tc>
          <w:tcPr>
            <w:tcW w:w="2610" w:type="dxa"/>
          </w:tcPr>
          <w:p w14:paraId="09E0C48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Taiz University Housing</w:t>
            </w:r>
          </w:p>
        </w:tc>
        <w:tc>
          <w:tcPr>
            <w:tcW w:w="2430" w:type="dxa"/>
          </w:tcPr>
          <w:p w14:paraId="0EDF21E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2123F4E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563</w:t>
            </w:r>
          </w:p>
        </w:tc>
        <w:tc>
          <w:tcPr>
            <w:tcW w:w="1170" w:type="dxa"/>
          </w:tcPr>
          <w:p w14:paraId="7B7824C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0.7086</w:t>
            </w:r>
          </w:p>
        </w:tc>
        <w:tc>
          <w:tcPr>
            <w:tcW w:w="1296" w:type="dxa"/>
          </w:tcPr>
          <w:p w14:paraId="4B27C9B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r w:rsidR="000260E1" w:rsidRPr="007631E6" w14:paraId="1F7BDCDB" w14:textId="77777777" w:rsidTr="005C7141">
        <w:tc>
          <w:tcPr>
            <w:tcW w:w="1188" w:type="dxa"/>
          </w:tcPr>
          <w:p w14:paraId="5779537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MA</w:t>
            </w:r>
          </w:p>
        </w:tc>
        <w:tc>
          <w:tcPr>
            <w:tcW w:w="2610" w:type="dxa"/>
          </w:tcPr>
          <w:p w14:paraId="6483101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World Assembly Housing</w:t>
            </w:r>
          </w:p>
        </w:tc>
        <w:tc>
          <w:tcPr>
            <w:tcW w:w="2430" w:type="dxa"/>
          </w:tcPr>
          <w:p w14:paraId="130DD7E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Al-Janad University Housing</w:t>
            </w:r>
          </w:p>
        </w:tc>
        <w:tc>
          <w:tcPr>
            <w:tcW w:w="720" w:type="dxa"/>
          </w:tcPr>
          <w:p w14:paraId="152017E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1042</w:t>
            </w:r>
          </w:p>
        </w:tc>
        <w:tc>
          <w:tcPr>
            <w:tcW w:w="1170" w:type="dxa"/>
          </w:tcPr>
          <w:p w14:paraId="0B40C23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0.602</w:t>
            </w:r>
          </w:p>
        </w:tc>
        <w:tc>
          <w:tcPr>
            <w:tcW w:w="1296" w:type="dxa"/>
          </w:tcPr>
          <w:p w14:paraId="4E68A48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w:t>
            </w:r>
          </w:p>
        </w:tc>
      </w:tr>
    </w:tbl>
    <w:p w14:paraId="0B09AC0C"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S7 Specialist appraisal</w:t>
      </w:r>
    </w:p>
    <w:p w14:paraId="0D1A0009"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S12a  Specialist denominators</w:t>
      </w:r>
    </w:p>
    <w:tbl>
      <w:tblPr>
        <w:tblStyle w:val="TableGrid"/>
        <w:tblW w:w="0" w:type="auto"/>
        <w:tblLayout w:type="fixed"/>
        <w:tblLook w:val="04A0" w:firstRow="1" w:lastRow="0" w:firstColumn="1" w:lastColumn="0" w:noHBand="0" w:noVBand="1"/>
      </w:tblPr>
      <w:tblGrid>
        <w:gridCol w:w="2353"/>
        <w:gridCol w:w="2353"/>
        <w:gridCol w:w="2353"/>
        <w:gridCol w:w="2353"/>
      </w:tblGrid>
      <w:tr w:rsidR="000260E1" w:rsidRPr="007631E6" w14:paraId="6B2DF344" w14:textId="77777777" w:rsidTr="005C7141">
        <w:tc>
          <w:tcPr>
            <w:tcW w:w="2353" w:type="dxa"/>
          </w:tcPr>
          <w:p w14:paraId="39800B2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type</w:t>
            </w:r>
          </w:p>
        </w:tc>
        <w:tc>
          <w:tcPr>
            <w:tcW w:w="2353" w:type="dxa"/>
          </w:tcPr>
          <w:p w14:paraId="00396F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code</w:t>
            </w:r>
          </w:p>
        </w:tc>
        <w:tc>
          <w:tcPr>
            <w:tcW w:w="2353" w:type="dxa"/>
          </w:tcPr>
          <w:p w14:paraId="3681E22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label</w:t>
            </w:r>
          </w:p>
        </w:tc>
        <w:tc>
          <w:tcPr>
            <w:tcW w:w="2353" w:type="dxa"/>
          </w:tcPr>
          <w:p w14:paraId="2FCD1F1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n</w:t>
            </w:r>
          </w:p>
        </w:tc>
      </w:tr>
      <w:tr w:rsidR="000260E1" w:rsidRPr="007631E6" w14:paraId="4AA1AE31" w14:textId="77777777" w:rsidTr="005C7141">
        <w:tc>
          <w:tcPr>
            <w:tcW w:w="2353" w:type="dxa"/>
          </w:tcPr>
          <w:p w14:paraId="5CDA6FF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profession</w:t>
            </w:r>
          </w:p>
        </w:tc>
        <w:tc>
          <w:tcPr>
            <w:tcW w:w="2353" w:type="dxa"/>
          </w:tcPr>
          <w:p w14:paraId="43061E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c>
          <w:tcPr>
            <w:tcW w:w="2353" w:type="dxa"/>
          </w:tcPr>
          <w:p w14:paraId="5CD601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Architectural engineer</w:t>
            </w:r>
          </w:p>
        </w:tc>
        <w:tc>
          <w:tcPr>
            <w:tcW w:w="2353" w:type="dxa"/>
          </w:tcPr>
          <w:p w14:paraId="1904078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w:t>
            </w:r>
          </w:p>
        </w:tc>
      </w:tr>
      <w:tr w:rsidR="000260E1" w:rsidRPr="007631E6" w14:paraId="384EDC5D" w14:textId="77777777" w:rsidTr="005C7141">
        <w:tc>
          <w:tcPr>
            <w:tcW w:w="2353" w:type="dxa"/>
          </w:tcPr>
          <w:p w14:paraId="37A47A1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profession</w:t>
            </w:r>
          </w:p>
        </w:tc>
        <w:tc>
          <w:tcPr>
            <w:tcW w:w="2353" w:type="dxa"/>
          </w:tcPr>
          <w:p w14:paraId="3BEBF0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w:t>
            </w:r>
          </w:p>
        </w:tc>
        <w:tc>
          <w:tcPr>
            <w:tcW w:w="2353" w:type="dxa"/>
          </w:tcPr>
          <w:p w14:paraId="6573C1B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Electrical engineer</w:t>
            </w:r>
          </w:p>
        </w:tc>
        <w:tc>
          <w:tcPr>
            <w:tcW w:w="2353" w:type="dxa"/>
          </w:tcPr>
          <w:p w14:paraId="24DC73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1F368C73" w14:textId="77777777" w:rsidTr="005C7141">
        <w:tc>
          <w:tcPr>
            <w:tcW w:w="2353" w:type="dxa"/>
          </w:tcPr>
          <w:p w14:paraId="4468A2D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profession</w:t>
            </w:r>
          </w:p>
        </w:tc>
        <w:tc>
          <w:tcPr>
            <w:tcW w:w="2353" w:type="dxa"/>
          </w:tcPr>
          <w:p w14:paraId="7D3B0D4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w:t>
            </w:r>
          </w:p>
        </w:tc>
        <w:tc>
          <w:tcPr>
            <w:tcW w:w="2353" w:type="dxa"/>
          </w:tcPr>
          <w:p w14:paraId="5D7874F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Project manager</w:t>
            </w:r>
          </w:p>
        </w:tc>
        <w:tc>
          <w:tcPr>
            <w:tcW w:w="2353" w:type="dxa"/>
          </w:tcPr>
          <w:p w14:paraId="712B24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r>
      <w:tr w:rsidR="000260E1" w:rsidRPr="007631E6" w14:paraId="41DFB785" w14:textId="77777777" w:rsidTr="005C7141">
        <w:tc>
          <w:tcPr>
            <w:tcW w:w="2353" w:type="dxa"/>
          </w:tcPr>
          <w:p w14:paraId="0AB6D48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profession</w:t>
            </w:r>
          </w:p>
        </w:tc>
        <w:tc>
          <w:tcPr>
            <w:tcW w:w="2353" w:type="dxa"/>
          </w:tcPr>
          <w:p w14:paraId="2304BE4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w:t>
            </w:r>
          </w:p>
        </w:tc>
        <w:tc>
          <w:tcPr>
            <w:tcW w:w="2353" w:type="dxa"/>
          </w:tcPr>
          <w:p w14:paraId="08036A5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University professor</w:t>
            </w:r>
          </w:p>
        </w:tc>
        <w:tc>
          <w:tcPr>
            <w:tcW w:w="2353" w:type="dxa"/>
          </w:tcPr>
          <w:p w14:paraId="0613D50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r>
      <w:tr w:rsidR="000260E1" w:rsidRPr="007631E6" w14:paraId="7610365D" w14:textId="77777777" w:rsidTr="005C7141">
        <w:tc>
          <w:tcPr>
            <w:tcW w:w="2353" w:type="dxa"/>
          </w:tcPr>
          <w:p w14:paraId="3E9044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gender</w:t>
            </w:r>
          </w:p>
        </w:tc>
        <w:tc>
          <w:tcPr>
            <w:tcW w:w="2353" w:type="dxa"/>
          </w:tcPr>
          <w:p w14:paraId="3FA3C4B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c>
          <w:tcPr>
            <w:tcW w:w="2353" w:type="dxa"/>
          </w:tcPr>
          <w:p w14:paraId="08BFAB3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Male</w:t>
            </w:r>
          </w:p>
        </w:tc>
        <w:tc>
          <w:tcPr>
            <w:tcW w:w="2353" w:type="dxa"/>
          </w:tcPr>
          <w:p w14:paraId="3C17BF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w:t>
            </w:r>
          </w:p>
        </w:tc>
      </w:tr>
      <w:tr w:rsidR="000260E1" w:rsidRPr="007631E6" w14:paraId="37C35C72" w14:textId="77777777" w:rsidTr="005C7141">
        <w:tc>
          <w:tcPr>
            <w:tcW w:w="2353" w:type="dxa"/>
          </w:tcPr>
          <w:p w14:paraId="6702784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gender</w:t>
            </w:r>
          </w:p>
        </w:tc>
        <w:tc>
          <w:tcPr>
            <w:tcW w:w="2353" w:type="dxa"/>
          </w:tcPr>
          <w:p w14:paraId="64CC5A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w:t>
            </w:r>
          </w:p>
        </w:tc>
        <w:tc>
          <w:tcPr>
            <w:tcW w:w="2353" w:type="dxa"/>
          </w:tcPr>
          <w:p w14:paraId="0EABBD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Female</w:t>
            </w:r>
          </w:p>
        </w:tc>
        <w:tc>
          <w:tcPr>
            <w:tcW w:w="2353" w:type="dxa"/>
          </w:tcPr>
          <w:p w14:paraId="6D8238A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w:t>
            </w:r>
          </w:p>
        </w:tc>
      </w:tr>
      <w:tr w:rsidR="000260E1" w:rsidRPr="007631E6" w14:paraId="71EBD3E0" w14:textId="77777777" w:rsidTr="005C7141">
        <w:tc>
          <w:tcPr>
            <w:tcW w:w="2353" w:type="dxa"/>
          </w:tcPr>
          <w:p w14:paraId="5CBE40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w:t>
            </w:r>
          </w:p>
        </w:tc>
        <w:tc>
          <w:tcPr>
            <w:tcW w:w="2353" w:type="dxa"/>
          </w:tcPr>
          <w:p w14:paraId="09CBCB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c>
          <w:tcPr>
            <w:tcW w:w="2353" w:type="dxa"/>
          </w:tcPr>
          <w:p w14:paraId="6A56966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 A</w:t>
            </w:r>
          </w:p>
        </w:tc>
        <w:tc>
          <w:tcPr>
            <w:tcW w:w="2353" w:type="dxa"/>
          </w:tcPr>
          <w:p w14:paraId="16D4848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r>
      <w:tr w:rsidR="000260E1" w:rsidRPr="007631E6" w14:paraId="79705E5D" w14:textId="77777777" w:rsidTr="005C7141">
        <w:tc>
          <w:tcPr>
            <w:tcW w:w="2353" w:type="dxa"/>
          </w:tcPr>
          <w:p w14:paraId="7F2C2D1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w:t>
            </w:r>
          </w:p>
        </w:tc>
        <w:tc>
          <w:tcPr>
            <w:tcW w:w="2353" w:type="dxa"/>
          </w:tcPr>
          <w:p w14:paraId="5CCB8B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w:t>
            </w:r>
          </w:p>
        </w:tc>
        <w:tc>
          <w:tcPr>
            <w:tcW w:w="2353" w:type="dxa"/>
          </w:tcPr>
          <w:p w14:paraId="07AEB3A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 B</w:t>
            </w:r>
          </w:p>
        </w:tc>
        <w:tc>
          <w:tcPr>
            <w:tcW w:w="2353" w:type="dxa"/>
          </w:tcPr>
          <w:p w14:paraId="542DBB1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r>
      <w:tr w:rsidR="000260E1" w:rsidRPr="007631E6" w14:paraId="671618B8" w14:textId="77777777" w:rsidTr="005C7141">
        <w:tc>
          <w:tcPr>
            <w:tcW w:w="2353" w:type="dxa"/>
          </w:tcPr>
          <w:p w14:paraId="66E1084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w:t>
            </w:r>
          </w:p>
        </w:tc>
        <w:tc>
          <w:tcPr>
            <w:tcW w:w="2353" w:type="dxa"/>
          </w:tcPr>
          <w:p w14:paraId="6207543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w:t>
            </w:r>
          </w:p>
        </w:tc>
        <w:tc>
          <w:tcPr>
            <w:tcW w:w="2353" w:type="dxa"/>
          </w:tcPr>
          <w:p w14:paraId="4E37E78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 C</w:t>
            </w:r>
          </w:p>
        </w:tc>
        <w:tc>
          <w:tcPr>
            <w:tcW w:w="2353" w:type="dxa"/>
          </w:tcPr>
          <w:p w14:paraId="51B9FC6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r>
      <w:tr w:rsidR="000260E1" w:rsidRPr="007631E6" w14:paraId="31941E36" w14:textId="77777777" w:rsidTr="005C7141">
        <w:tc>
          <w:tcPr>
            <w:tcW w:w="2353" w:type="dxa"/>
          </w:tcPr>
          <w:p w14:paraId="55BF48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w:t>
            </w:r>
          </w:p>
        </w:tc>
        <w:tc>
          <w:tcPr>
            <w:tcW w:w="2353" w:type="dxa"/>
          </w:tcPr>
          <w:p w14:paraId="264761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w:t>
            </w:r>
          </w:p>
        </w:tc>
        <w:tc>
          <w:tcPr>
            <w:tcW w:w="2353" w:type="dxa"/>
          </w:tcPr>
          <w:p w14:paraId="1B7B71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Facility D</w:t>
            </w:r>
          </w:p>
        </w:tc>
        <w:tc>
          <w:tcPr>
            <w:tcW w:w="2353" w:type="dxa"/>
          </w:tcPr>
          <w:p w14:paraId="69B3CB8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w:t>
            </w:r>
          </w:p>
        </w:tc>
      </w:tr>
      <w:tr w:rsidR="000260E1" w:rsidRPr="007631E6" w14:paraId="44B0586C" w14:textId="77777777" w:rsidTr="005C7141">
        <w:tc>
          <w:tcPr>
            <w:tcW w:w="2353" w:type="dxa"/>
          </w:tcPr>
          <w:p w14:paraId="1A57D67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domain</w:t>
            </w:r>
          </w:p>
        </w:tc>
        <w:tc>
          <w:tcPr>
            <w:tcW w:w="2353" w:type="dxa"/>
          </w:tcPr>
          <w:p w14:paraId="36CC16DC" w14:textId="77777777" w:rsidR="000260E1" w:rsidRPr="007631E6" w:rsidRDefault="000260E1">
            <w:pPr>
              <w:pStyle w:val="TableText"/>
              <w:rPr>
                <w:rFonts w:asciiTheme="majorBidi" w:hAnsiTheme="majorBidi" w:cstheme="majorBidi"/>
                <w:sz w:val="24"/>
                <w:szCs w:val="24"/>
              </w:rPr>
            </w:pPr>
          </w:p>
        </w:tc>
        <w:tc>
          <w:tcPr>
            <w:tcW w:w="2353" w:type="dxa"/>
          </w:tcPr>
          <w:p w14:paraId="4E95B82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Architecture (Q1-Q10)</w:t>
            </w:r>
          </w:p>
        </w:tc>
        <w:tc>
          <w:tcPr>
            <w:tcW w:w="2353" w:type="dxa"/>
          </w:tcPr>
          <w:p w14:paraId="60C6C63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r>
      <w:tr w:rsidR="000260E1" w:rsidRPr="007631E6" w14:paraId="478D9EA0" w14:textId="77777777" w:rsidTr="005C7141">
        <w:tc>
          <w:tcPr>
            <w:tcW w:w="2353" w:type="dxa"/>
          </w:tcPr>
          <w:p w14:paraId="3C3CF2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domain</w:t>
            </w:r>
          </w:p>
        </w:tc>
        <w:tc>
          <w:tcPr>
            <w:tcW w:w="2353" w:type="dxa"/>
          </w:tcPr>
          <w:p w14:paraId="093160AB" w14:textId="77777777" w:rsidR="000260E1" w:rsidRPr="007631E6" w:rsidRDefault="000260E1">
            <w:pPr>
              <w:pStyle w:val="TableText"/>
              <w:rPr>
                <w:rFonts w:asciiTheme="majorBidi" w:hAnsiTheme="majorBidi" w:cstheme="majorBidi"/>
                <w:sz w:val="24"/>
                <w:szCs w:val="24"/>
              </w:rPr>
            </w:pPr>
          </w:p>
        </w:tc>
        <w:tc>
          <w:tcPr>
            <w:tcW w:w="2353" w:type="dxa"/>
          </w:tcPr>
          <w:p w14:paraId="46562D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Plumbing (Q11-Q19)</w:t>
            </w:r>
          </w:p>
        </w:tc>
        <w:tc>
          <w:tcPr>
            <w:tcW w:w="2353" w:type="dxa"/>
          </w:tcPr>
          <w:p w14:paraId="730951A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r>
      <w:tr w:rsidR="000260E1" w:rsidRPr="007631E6" w14:paraId="3FAC0618" w14:textId="77777777" w:rsidTr="005C7141">
        <w:tc>
          <w:tcPr>
            <w:tcW w:w="2353" w:type="dxa"/>
          </w:tcPr>
          <w:p w14:paraId="1F0B33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domain</w:t>
            </w:r>
          </w:p>
        </w:tc>
        <w:tc>
          <w:tcPr>
            <w:tcW w:w="2353" w:type="dxa"/>
          </w:tcPr>
          <w:p w14:paraId="0BCFD503" w14:textId="77777777" w:rsidR="000260E1" w:rsidRPr="007631E6" w:rsidRDefault="000260E1">
            <w:pPr>
              <w:pStyle w:val="TableText"/>
              <w:rPr>
                <w:rFonts w:asciiTheme="majorBidi" w:hAnsiTheme="majorBidi" w:cstheme="majorBidi"/>
                <w:sz w:val="24"/>
                <w:szCs w:val="24"/>
              </w:rPr>
            </w:pPr>
          </w:p>
        </w:tc>
        <w:tc>
          <w:tcPr>
            <w:tcW w:w="2353" w:type="dxa"/>
          </w:tcPr>
          <w:p w14:paraId="3F2B7F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Electrical (Q20-Q29)</w:t>
            </w:r>
          </w:p>
        </w:tc>
        <w:tc>
          <w:tcPr>
            <w:tcW w:w="2353" w:type="dxa"/>
          </w:tcPr>
          <w:p w14:paraId="02D1A4C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r>
      <w:tr w:rsidR="000260E1" w:rsidRPr="007631E6" w14:paraId="6EFDF98B" w14:textId="77777777" w:rsidTr="005C7141">
        <w:tc>
          <w:tcPr>
            <w:tcW w:w="2353" w:type="dxa"/>
          </w:tcPr>
          <w:p w14:paraId="457294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domain</w:t>
            </w:r>
          </w:p>
        </w:tc>
        <w:tc>
          <w:tcPr>
            <w:tcW w:w="2353" w:type="dxa"/>
          </w:tcPr>
          <w:p w14:paraId="57B1EBB4" w14:textId="77777777" w:rsidR="000260E1" w:rsidRPr="007631E6" w:rsidRDefault="000260E1">
            <w:pPr>
              <w:pStyle w:val="TableText"/>
              <w:rPr>
                <w:rFonts w:asciiTheme="majorBidi" w:hAnsiTheme="majorBidi" w:cstheme="majorBidi"/>
                <w:sz w:val="24"/>
                <w:szCs w:val="24"/>
              </w:rPr>
            </w:pPr>
          </w:p>
        </w:tc>
        <w:tc>
          <w:tcPr>
            <w:tcW w:w="2353" w:type="dxa"/>
          </w:tcPr>
          <w:p w14:paraId="5FAC3C4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Sustainability (Q30-Q40)</w:t>
            </w:r>
          </w:p>
        </w:tc>
        <w:tc>
          <w:tcPr>
            <w:tcW w:w="2353" w:type="dxa"/>
          </w:tcPr>
          <w:p w14:paraId="6D9101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r>
    </w:tbl>
    <w:p w14:paraId="6932A941"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lastRenderedPageBreak/>
        <w:t>Supplementary Table S12b  Complete specialist item summaries</w:t>
      </w:r>
    </w:p>
    <w:tbl>
      <w:tblPr>
        <w:tblStyle w:val="TableGrid"/>
        <w:tblW w:w="0" w:type="auto"/>
        <w:tblLayout w:type="fixed"/>
        <w:tblLook w:val="04A0" w:firstRow="1" w:lastRow="0" w:firstColumn="1" w:lastColumn="0" w:noHBand="0" w:noVBand="1"/>
      </w:tblPr>
      <w:tblGrid>
        <w:gridCol w:w="738"/>
        <w:gridCol w:w="3510"/>
        <w:gridCol w:w="1440"/>
        <w:gridCol w:w="1170"/>
        <w:gridCol w:w="987"/>
        <w:gridCol w:w="1569"/>
      </w:tblGrid>
      <w:tr w:rsidR="000260E1" w:rsidRPr="007631E6" w14:paraId="46616A1D" w14:textId="77777777" w:rsidTr="005C7141">
        <w:tc>
          <w:tcPr>
            <w:tcW w:w="738" w:type="dxa"/>
          </w:tcPr>
          <w:p w14:paraId="579418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item</w:t>
            </w:r>
          </w:p>
        </w:tc>
        <w:tc>
          <w:tcPr>
            <w:tcW w:w="3510" w:type="dxa"/>
          </w:tcPr>
          <w:p w14:paraId="678A2E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label</w:t>
            </w:r>
          </w:p>
        </w:tc>
        <w:tc>
          <w:tcPr>
            <w:tcW w:w="1440" w:type="dxa"/>
          </w:tcPr>
          <w:p w14:paraId="3B322C8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domain_n</w:t>
            </w:r>
          </w:p>
        </w:tc>
        <w:tc>
          <w:tcPr>
            <w:tcW w:w="1170" w:type="dxa"/>
          </w:tcPr>
          <w:p w14:paraId="0EE286B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mean</w:t>
            </w:r>
          </w:p>
        </w:tc>
        <w:tc>
          <w:tcPr>
            <w:tcW w:w="987" w:type="dxa"/>
          </w:tcPr>
          <w:p w14:paraId="2356EE4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SD</w:t>
            </w:r>
          </w:p>
        </w:tc>
        <w:tc>
          <w:tcPr>
            <w:tcW w:w="1569" w:type="dxa"/>
          </w:tcPr>
          <w:p w14:paraId="58FEE9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b/>
                <w:sz w:val="24"/>
                <w:szCs w:val="24"/>
              </w:rPr>
              <w:t>median</w:t>
            </w:r>
          </w:p>
        </w:tc>
      </w:tr>
      <w:tr w:rsidR="000260E1" w:rsidRPr="007631E6" w14:paraId="371E9E35" w14:textId="77777777" w:rsidTr="005C7141">
        <w:tc>
          <w:tcPr>
            <w:tcW w:w="738" w:type="dxa"/>
          </w:tcPr>
          <w:p w14:paraId="2230B0C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w:t>
            </w:r>
          </w:p>
        </w:tc>
        <w:tc>
          <w:tcPr>
            <w:tcW w:w="3510" w:type="dxa"/>
          </w:tcPr>
          <w:p w14:paraId="40FA9E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Design compatibility with student-housing function</w:t>
            </w:r>
          </w:p>
        </w:tc>
        <w:tc>
          <w:tcPr>
            <w:tcW w:w="1440" w:type="dxa"/>
          </w:tcPr>
          <w:p w14:paraId="69A9317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1ADCB7B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3.381</w:t>
            </w:r>
          </w:p>
        </w:tc>
        <w:tc>
          <w:tcPr>
            <w:tcW w:w="987" w:type="dxa"/>
          </w:tcPr>
          <w:p w14:paraId="2081CF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1.117</w:t>
            </w:r>
          </w:p>
        </w:tc>
        <w:tc>
          <w:tcPr>
            <w:tcW w:w="1569" w:type="dxa"/>
          </w:tcPr>
          <w:p w14:paraId="2EFCE6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r>
      <w:tr w:rsidR="000260E1" w:rsidRPr="007631E6" w14:paraId="4E6F54DB" w14:textId="77777777" w:rsidTr="005C7141">
        <w:tc>
          <w:tcPr>
            <w:tcW w:w="738" w:type="dxa"/>
          </w:tcPr>
          <w:p w14:paraId="2CA82C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w:t>
            </w:r>
          </w:p>
        </w:tc>
        <w:tc>
          <w:tcPr>
            <w:tcW w:w="3510" w:type="dxa"/>
          </w:tcPr>
          <w:p w14:paraId="4AD21E8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Efficiency of room/facility distribution</w:t>
            </w:r>
          </w:p>
        </w:tc>
        <w:tc>
          <w:tcPr>
            <w:tcW w:w="1440" w:type="dxa"/>
          </w:tcPr>
          <w:p w14:paraId="79E910B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7D33B5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3.381</w:t>
            </w:r>
          </w:p>
        </w:tc>
        <w:tc>
          <w:tcPr>
            <w:tcW w:w="987" w:type="dxa"/>
          </w:tcPr>
          <w:p w14:paraId="43D6C6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0.921</w:t>
            </w:r>
          </w:p>
        </w:tc>
        <w:tc>
          <w:tcPr>
            <w:tcW w:w="1569" w:type="dxa"/>
          </w:tcPr>
          <w:p w14:paraId="2179885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r>
      <w:tr w:rsidR="000260E1" w:rsidRPr="007631E6" w14:paraId="78ED69C4" w14:textId="77777777" w:rsidTr="005C7141">
        <w:tc>
          <w:tcPr>
            <w:tcW w:w="738" w:type="dxa"/>
          </w:tcPr>
          <w:p w14:paraId="20172F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w:t>
            </w:r>
          </w:p>
        </w:tc>
        <w:tc>
          <w:tcPr>
            <w:tcW w:w="3510" w:type="dxa"/>
          </w:tcPr>
          <w:p w14:paraId="348DAD3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Natural lighting and ventilation</w:t>
            </w:r>
          </w:p>
        </w:tc>
        <w:tc>
          <w:tcPr>
            <w:tcW w:w="1440" w:type="dxa"/>
          </w:tcPr>
          <w:p w14:paraId="3A3AB98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79EC196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3.571</w:t>
            </w:r>
          </w:p>
        </w:tc>
        <w:tc>
          <w:tcPr>
            <w:tcW w:w="987" w:type="dxa"/>
          </w:tcPr>
          <w:p w14:paraId="719768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0.811</w:t>
            </w:r>
          </w:p>
        </w:tc>
        <w:tc>
          <w:tcPr>
            <w:tcW w:w="1569" w:type="dxa"/>
          </w:tcPr>
          <w:p w14:paraId="588ECA2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r>
      <w:tr w:rsidR="000260E1" w:rsidRPr="007631E6" w14:paraId="79C4BC63" w14:textId="77777777" w:rsidTr="005C7141">
        <w:tc>
          <w:tcPr>
            <w:tcW w:w="738" w:type="dxa"/>
          </w:tcPr>
          <w:p w14:paraId="46FF883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3510" w:type="dxa"/>
          </w:tcPr>
          <w:p w14:paraId="5419F50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Visual and acoustic privacy</w:t>
            </w:r>
          </w:p>
        </w:tc>
        <w:tc>
          <w:tcPr>
            <w:tcW w:w="1440" w:type="dxa"/>
          </w:tcPr>
          <w:p w14:paraId="02D922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5F14DF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3.190</w:t>
            </w:r>
          </w:p>
        </w:tc>
        <w:tc>
          <w:tcPr>
            <w:tcW w:w="987" w:type="dxa"/>
          </w:tcPr>
          <w:p w14:paraId="3ED8C7D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0.814</w:t>
            </w:r>
          </w:p>
        </w:tc>
        <w:tc>
          <w:tcPr>
            <w:tcW w:w="1569" w:type="dxa"/>
          </w:tcPr>
          <w:p w14:paraId="1D77034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4E925682" w14:textId="77777777" w:rsidTr="005C7141">
        <w:tc>
          <w:tcPr>
            <w:tcW w:w="738" w:type="dxa"/>
          </w:tcPr>
          <w:p w14:paraId="0B7C11C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5</w:t>
            </w:r>
          </w:p>
        </w:tc>
        <w:tc>
          <w:tcPr>
            <w:tcW w:w="3510" w:type="dxa"/>
          </w:tcPr>
          <w:p w14:paraId="31C219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Future expansion potential</w:t>
            </w:r>
          </w:p>
        </w:tc>
        <w:tc>
          <w:tcPr>
            <w:tcW w:w="1440" w:type="dxa"/>
          </w:tcPr>
          <w:p w14:paraId="7E5D89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6573E20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2.524</w:t>
            </w:r>
          </w:p>
        </w:tc>
        <w:tc>
          <w:tcPr>
            <w:tcW w:w="987" w:type="dxa"/>
          </w:tcPr>
          <w:p w14:paraId="29B343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1.289</w:t>
            </w:r>
          </w:p>
        </w:tc>
        <w:tc>
          <w:tcPr>
            <w:tcW w:w="1569" w:type="dxa"/>
          </w:tcPr>
          <w:p w14:paraId="5D20CE2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1C9A93A5" w14:textId="77777777" w:rsidTr="005C7141">
        <w:tc>
          <w:tcPr>
            <w:tcW w:w="738" w:type="dxa"/>
          </w:tcPr>
          <w:p w14:paraId="5F0DA1F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6</w:t>
            </w:r>
          </w:p>
        </w:tc>
        <w:tc>
          <w:tcPr>
            <w:tcW w:w="3510" w:type="dxa"/>
          </w:tcPr>
          <w:p w14:paraId="290BCB1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Quality of outdoor spaces</w:t>
            </w:r>
          </w:p>
        </w:tc>
        <w:tc>
          <w:tcPr>
            <w:tcW w:w="1440" w:type="dxa"/>
          </w:tcPr>
          <w:p w14:paraId="447BE27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5FABBB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2.238</w:t>
            </w:r>
          </w:p>
        </w:tc>
        <w:tc>
          <w:tcPr>
            <w:tcW w:w="987" w:type="dxa"/>
          </w:tcPr>
          <w:p w14:paraId="5A3CA1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1.221</w:t>
            </w:r>
          </w:p>
        </w:tc>
        <w:tc>
          <w:tcPr>
            <w:tcW w:w="1569" w:type="dxa"/>
          </w:tcPr>
          <w:p w14:paraId="62F99A1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278B62C3" w14:textId="77777777" w:rsidTr="005C7141">
        <w:tc>
          <w:tcPr>
            <w:tcW w:w="738" w:type="dxa"/>
          </w:tcPr>
          <w:p w14:paraId="711EE87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7</w:t>
            </w:r>
          </w:p>
        </w:tc>
        <w:tc>
          <w:tcPr>
            <w:tcW w:w="3510" w:type="dxa"/>
          </w:tcPr>
          <w:p w14:paraId="49CA3B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Heat and noise treatment</w:t>
            </w:r>
          </w:p>
        </w:tc>
        <w:tc>
          <w:tcPr>
            <w:tcW w:w="1440" w:type="dxa"/>
          </w:tcPr>
          <w:p w14:paraId="6E682E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2DD5AFC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2.762</w:t>
            </w:r>
          </w:p>
        </w:tc>
        <w:tc>
          <w:tcPr>
            <w:tcW w:w="987" w:type="dxa"/>
          </w:tcPr>
          <w:p w14:paraId="79C511D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0.944</w:t>
            </w:r>
          </w:p>
        </w:tc>
        <w:tc>
          <w:tcPr>
            <w:tcW w:w="1569" w:type="dxa"/>
          </w:tcPr>
          <w:p w14:paraId="184B9B2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5E6942F9" w14:textId="77777777" w:rsidTr="005C7141">
        <w:tc>
          <w:tcPr>
            <w:tcW w:w="738" w:type="dxa"/>
          </w:tcPr>
          <w:p w14:paraId="29588C8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8</w:t>
            </w:r>
          </w:p>
        </w:tc>
        <w:tc>
          <w:tcPr>
            <w:tcW w:w="3510" w:type="dxa"/>
          </w:tcPr>
          <w:p w14:paraId="4514385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Facade aesthetics/coherence</w:t>
            </w:r>
          </w:p>
        </w:tc>
        <w:tc>
          <w:tcPr>
            <w:tcW w:w="1440" w:type="dxa"/>
          </w:tcPr>
          <w:p w14:paraId="33C3246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6058240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3.571</w:t>
            </w:r>
          </w:p>
        </w:tc>
        <w:tc>
          <w:tcPr>
            <w:tcW w:w="987" w:type="dxa"/>
          </w:tcPr>
          <w:p w14:paraId="306A61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0.746</w:t>
            </w:r>
          </w:p>
        </w:tc>
        <w:tc>
          <w:tcPr>
            <w:tcW w:w="1569" w:type="dxa"/>
          </w:tcPr>
          <w:p w14:paraId="7C297B3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r>
      <w:tr w:rsidR="000260E1" w:rsidRPr="007631E6" w14:paraId="51599037" w14:textId="77777777" w:rsidTr="005C7141">
        <w:tc>
          <w:tcPr>
            <w:tcW w:w="738" w:type="dxa"/>
          </w:tcPr>
          <w:p w14:paraId="073B41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3510" w:type="dxa"/>
          </w:tcPr>
          <w:p w14:paraId="0753169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Effective natural/mechanical ventilation</w:t>
            </w:r>
          </w:p>
        </w:tc>
        <w:tc>
          <w:tcPr>
            <w:tcW w:w="1440" w:type="dxa"/>
          </w:tcPr>
          <w:p w14:paraId="19964D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362F209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3.143</w:t>
            </w:r>
          </w:p>
        </w:tc>
        <w:tc>
          <w:tcPr>
            <w:tcW w:w="987" w:type="dxa"/>
          </w:tcPr>
          <w:p w14:paraId="49014D6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0.910</w:t>
            </w:r>
          </w:p>
        </w:tc>
        <w:tc>
          <w:tcPr>
            <w:tcW w:w="1569" w:type="dxa"/>
          </w:tcPr>
          <w:p w14:paraId="5202D2B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7199117E" w14:textId="77777777" w:rsidTr="005C7141">
        <w:tc>
          <w:tcPr>
            <w:tcW w:w="738" w:type="dxa"/>
          </w:tcPr>
          <w:p w14:paraId="73FE657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w:t>
            </w:r>
          </w:p>
        </w:tc>
        <w:tc>
          <w:tcPr>
            <w:tcW w:w="3510" w:type="dxa"/>
          </w:tcPr>
          <w:p w14:paraId="018898F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Noise from building systems</w:t>
            </w:r>
          </w:p>
        </w:tc>
        <w:tc>
          <w:tcPr>
            <w:tcW w:w="1440" w:type="dxa"/>
          </w:tcPr>
          <w:p w14:paraId="706148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1170" w:type="dxa"/>
          </w:tcPr>
          <w:p w14:paraId="5F1C7C4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3.333</w:t>
            </w:r>
          </w:p>
        </w:tc>
        <w:tc>
          <w:tcPr>
            <w:tcW w:w="987" w:type="dxa"/>
          </w:tcPr>
          <w:p w14:paraId="62D8F02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0.913</w:t>
            </w:r>
          </w:p>
        </w:tc>
        <w:tc>
          <w:tcPr>
            <w:tcW w:w="1569" w:type="dxa"/>
          </w:tcPr>
          <w:p w14:paraId="37812C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45DACD08" w14:textId="77777777" w:rsidTr="005C7141">
        <w:tc>
          <w:tcPr>
            <w:tcW w:w="738" w:type="dxa"/>
          </w:tcPr>
          <w:p w14:paraId="1841112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w:t>
            </w:r>
          </w:p>
        </w:tc>
        <w:tc>
          <w:tcPr>
            <w:tcW w:w="3510" w:type="dxa"/>
          </w:tcPr>
          <w:p w14:paraId="133BBAB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Water pressure on all floors</w:t>
            </w:r>
          </w:p>
        </w:tc>
        <w:tc>
          <w:tcPr>
            <w:tcW w:w="1440" w:type="dxa"/>
          </w:tcPr>
          <w:p w14:paraId="7577DFF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12D8EC5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987" w:type="dxa"/>
          </w:tcPr>
          <w:p w14:paraId="26F084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0.866</w:t>
            </w:r>
          </w:p>
        </w:tc>
        <w:tc>
          <w:tcPr>
            <w:tcW w:w="1569" w:type="dxa"/>
          </w:tcPr>
          <w:p w14:paraId="741ADE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05A4A7F9" w14:textId="77777777" w:rsidTr="005C7141">
        <w:tc>
          <w:tcPr>
            <w:tcW w:w="738" w:type="dxa"/>
          </w:tcPr>
          <w:p w14:paraId="75F874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w:t>
            </w:r>
          </w:p>
        </w:tc>
        <w:tc>
          <w:tcPr>
            <w:tcW w:w="3510" w:type="dxa"/>
          </w:tcPr>
          <w:p w14:paraId="57ABDF0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Safety of supply/drainage networks</w:t>
            </w:r>
          </w:p>
        </w:tc>
        <w:tc>
          <w:tcPr>
            <w:tcW w:w="1440" w:type="dxa"/>
          </w:tcPr>
          <w:p w14:paraId="7797EB7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1A31A2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2.556</w:t>
            </w:r>
          </w:p>
        </w:tc>
        <w:tc>
          <w:tcPr>
            <w:tcW w:w="987" w:type="dxa"/>
          </w:tcPr>
          <w:p w14:paraId="7D39B9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0.726</w:t>
            </w:r>
          </w:p>
        </w:tc>
        <w:tc>
          <w:tcPr>
            <w:tcW w:w="1569" w:type="dxa"/>
          </w:tcPr>
          <w:p w14:paraId="2A9DDF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68629A94" w14:textId="77777777" w:rsidTr="005C7141">
        <w:tc>
          <w:tcPr>
            <w:tcW w:w="738" w:type="dxa"/>
          </w:tcPr>
          <w:p w14:paraId="18CCAE4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w:t>
            </w:r>
          </w:p>
        </w:tc>
        <w:tc>
          <w:tcPr>
            <w:tcW w:w="3510" w:type="dxa"/>
          </w:tcPr>
          <w:p w14:paraId="7F45F9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Water leakage or odors</w:t>
            </w:r>
          </w:p>
        </w:tc>
        <w:tc>
          <w:tcPr>
            <w:tcW w:w="1440" w:type="dxa"/>
          </w:tcPr>
          <w:p w14:paraId="3A87A0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00258C7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3.222</w:t>
            </w:r>
          </w:p>
        </w:tc>
        <w:tc>
          <w:tcPr>
            <w:tcW w:w="987" w:type="dxa"/>
          </w:tcPr>
          <w:p w14:paraId="3B89B68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1.093</w:t>
            </w:r>
          </w:p>
        </w:tc>
        <w:tc>
          <w:tcPr>
            <w:tcW w:w="1569" w:type="dxa"/>
          </w:tcPr>
          <w:p w14:paraId="2D2B121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358D9CF6" w14:textId="77777777" w:rsidTr="005C7141">
        <w:tc>
          <w:tcPr>
            <w:tcW w:w="738" w:type="dxa"/>
          </w:tcPr>
          <w:p w14:paraId="29D11AE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w:t>
            </w:r>
          </w:p>
        </w:tc>
        <w:tc>
          <w:tcPr>
            <w:tcW w:w="3510" w:type="dxa"/>
          </w:tcPr>
          <w:p w14:paraId="5600C78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Quality of fixtures and installation</w:t>
            </w:r>
          </w:p>
        </w:tc>
        <w:tc>
          <w:tcPr>
            <w:tcW w:w="1440" w:type="dxa"/>
          </w:tcPr>
          <w:p w14:paraId="76F49E0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215F4DA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2.889</w:t>
            </w:r>
          </w:p>
        </w:tc>
        <w:tc>
          <w:tcPr>
            <w:tcW w:w="987" w:type="dxa"/>
          </w:tcPr>
          <w:p w14:paraId="6032FB1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0.928</w:t>
            </w:r>
          </w:p>
        </w:tc>
        <w:tc>
          <w:tcPr>
            <w:tcW w:w="1569" w:type="dxa"/>
          </w:tcPr>
          <w:p w14:paraId="1ED6E7F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04D38E24" w14:textId="77777777" w:rsidTr="005C7141">
        <w:tc>
          <w:tcPr>
            <w:tcW w:w="738" w:type="dxa"/>
          </w:tcPr>
          <w:p w14:paraId="14CB65F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15</w:t>
            </w:r>
          </w:p>
        </w:tc>
        <w:tc>
          <w:tcPr>
            <w:tcW w:w="3510" w:type="dxa"/>
          </w:tcPr>
          <w:p w14:paraId="5A14152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Isolation from contamination sources</w:t>
            </w:r>
          </w:p>
        </w:tc>
        <w:tc>
          <w:tcPr>
            <w:tcW w:w="1440" w:type="dxa"/>
          </w:tcPr>
          <w:p w14:paraId="4F7BE0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5E5E2B2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3.111</w:t>
            </w:r>
          </w:p>
        </w:tc>
        <w:tc>
          <w:tcPr>
            <w:tcW w:w="987" w:type="dxa"/>
          </w:tcPr>
          <w:p w14:paraId="5DA9C09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0.601</w:t>
            </w:r>
          </w:p>
        </w:tc>
        <w:tc>
          <w:tcPr>
            <w:tcW w:w="1569" w:type="dxa"/>
          </w:tcPr>
          <w:p w14:paraId="544F649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4D76EA89" w14:textId="77777777" w:rsidTr="005C7141">
        <w:tc>
          <w:tcPr>
            <w:tcW w:w="738" w:type="dxa"/>
          </w:tcPr>
          <w:p w14:paraId="4300A9E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w:t>
            </w:r>
          </w:p>
        </w:tc>
        <w:tc>
          <w:tcPr>
            <w:tcW w:w="3510" w:type="dxa"/>
          </w:tcPr>
          <w:p w14:paraId="0B83174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Ease of maintenance</w:t>
            </w:r>
          </w:p>
        </w:tc>
        <w:tc>
          <w:tcPr>
            <w:tcW w:w="1440" w:type="dxa"/>
          </w:tcPr>
          <w:p w14:paraId="3F20CB2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681E27C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3.111</w:t>
            </w:r>
          </w:p>
        </w:tc>
        <w:tc>
          <w:tcPr>
            <w:tcW w:w="987" w:type="dxa"/>
          </w:tcPr>
          <w:p w14:paraId="67E9C9B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0.928</w:t>
            </w:r>
          </w:p>
        </w:tc>
        <w:tc>
          <w:tcPr>
            <w:tcW w:w="1569" w:type="dxa"/>
          </w:tcPr>
          <w:p w14:paraId="0EEDA24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629DDBA8" w14:textId="77777777" w:rsidTr="005C7141">
        <w:tc>
          <w:tcPr>
            <w:tcW w:w="738" w:type="dxa"/>
          </w:tcPr>
          <w:p w14:paraId="66106F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w:t>
            </w:r>
          </w:p>
        </w:tc>
        <w:tc>
          <w:tcPr>
            <w:tcW w:w="3510" w:type="dxa"/>
          </w:tcPr>
          <w:p w14:paraId="1F9EB44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Availability/safety of water heaters</w:t>
            </w:r>
          </w:p>
        </w:tc>
        <w:tc>
          <w:tcPr>
            <w:tcW w:w="1440" w:type="dxa"/>
          </w:tcPr>
          <w:p w14:paraId="26765A8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257C1E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2.222</w:t>
            </w:r>
          </w:p>
        </w:tc>
        <w:tc>
          <w:tcPr>
            <w:tcW w:w="987" w:type="dxa"/>
          </w:tcPr>
          <w:p w14:paraId="25B2863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1.394</w:t>
            </w:r>
          </w:p>
        </w:tc>
        <w:tc>
          <w:tcPr>
            <w:tcW w:w="1569" w:type="dxa"/>
          </w:tcPr>
          <w:p w14:paraId="4CD3562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58C02F02" w14:textId="77777777" w:rsidTr="005C7141">
        <w:tc>
          <w:tcPr>
            <w:tcW w:w="738" w:type="dxa"/>
          </w:tcPr>
          <w:p w14:paraId="5D0097A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18</w:t>
            </w:r>
          </w:p>
        </w:tc>
        <w:tc>
          <w:tcPr>
            <w:tcW w:w="3510" w:type="dxa"/>
          </w:tcPr>
          <w:p w14:paraId="7AC75A9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Efficiency of drainage and water systems</w:t>
            </w:r>
          </w:p>
        </w:tc>
        <w:tc>
          <w:tcPr>
            <w:tcW w:w="1440" w:type="dxa"/>
          </w:tcPr>
          <w:p w14:paraId="4CEAC95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663AE5E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2.556</w:t>
            </w:r>
          </w:p>
        </w:tc>
        <w:tc>
          <w:tcPr>
            <w:tcW w:w="987" w:type="dxa"/>
          </w:tcPr>
          <w:p w14:paraId="7C92737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1.014</w:t>
            </w:r>
          </w:p>
        </w:tc>
        <w:tc>
          <w:tcPr>
            <w:tcW w:w="1569" w:type="dxa"/>
          </w:tcPr>
          <w:p w14:paraId="196528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4D64720D" w14:textId="77777777" w:rsidTr="005C7141">
        <w:tc>
          <w:tcPr>
            <w:tcW w:w="738" w:type="dxa"/>
          </w:tcPr>
          <w:p w14:paraId="5FD8371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19</w:t>
            </w:r>
          </w:p>
        </w:tc>
        <w:tc>
          <w:tcPr>
            <w:tcW w:w="3510" w:type="dxa"/>
          </w:tcPr>
          <w:p w14:paraId="04C6659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Rainwater drainage</w:t>
            </w:r>
          </w:p>
        </w:tc>
        <w:tc>
          <w:tcPr>
            <w:tcW w:w="1440" w:type="dxa"/>
          </w:tcPr>
          <w:p w14:paraId="4A35265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9</w:t>
            </w:r>
          </w:p>
        </w:tc>
        <w:tc>
          <w:tcPr>
            <w:tcW w:w="1170" w:type="dxa"/>
          </w:tcPr>
          <w:p w14:paraId="740C4C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2.889</w:t>
            </w:r>
          </w:p>
        </w:tc>
        <w:tc>
          <w:tcPr>
            <w:tcW w:w="987" w:type="dxa"/>
          </w:tcPr>
          <w:p w14:paraId="16E8E1E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1.453</w:t>
            </w:r>
          </w:p>
        </w:tc>
        <w:tc>
          <w:tcPr>
            <w:tcW w:w="1569" w:type="dxa"/>
          </w:tcPr>
          <w:p w14:paraId="7F2F1C7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35474C3F" w14:textId="77777777" w:rsidTr="005C7141">
        <w:tc>
          <w:tcPr>
            <w:tcW w:w="738" w:type="dxa"/>
          </w:tcPr>
          <w:p w14:paraId="21782EC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w:t>
            </w:r>
          </w:p>
        </w:tc>
        <w:tc>
          <w:tcPr>
            <w:tcW w:w="3510" w:type="dxa"/>
          </w:tcPr>
          <w:p w14:paraId="1AA7117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Safety of electrical installations</w:t>
            </w:r>
          </w:p>
        </w:tc>
        <w:tc>
          <w:tcPr>
            <w:tcW w:w="1440" w:type="dxa"/>
          </w:tcPr>
          <w:p w14:paraId="1654AF4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49D6375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987" w:type="dxa"/>
          </w:tcPr>
          <w:p w14:paraId="3A154BE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1569" w:type="dxa"/>
          </w:tcPr>
          <w:p w14:paraId="5E0D0A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5877F0D7" w14:textId="77777777" w:rsidTr="005C7141">
        <w:tc>
          <w:tcPr>
            <w:tcW w:w="738" w:type="dxa"/>
          </w:tcPr>
          <w:p w14:paraId="0B44D73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21</w:t>
            </w:r>
          </w:p>
        </w:tc>
        <w:tc>
          <w:tcPr>
            <w:tcW w:w="3510" w:type="dxa"/>
          </w:tcPr>
          <w:p w14:paraId="6B013A0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Appropriate electrical-load distribution</w:t>
            </w:r>
          </w:p>
        </w:tc>
        <w:tc>
          <w:tcPr>
            <w:tcW w:w="1440" w:type="dxa"/>
          </w:tcPr>
          <w:p w14:paraId="291B678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1B60336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3.250</w:t>
            </w:r>
          </w:p>
        </w:tc>
        <w:tc>
          <w:tcPr>
            <w:tcW w:w="987" w:type="dxa"/>
          </w:tcPr>
          <w:p w14:paraId="54A11CE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0.500</w:t>
            </w:r>
          </w:p>
        </w:tc>
        <w:tc>
          <w:tcPr>
            <w:tcW w:w="1569" w:type="dxa"/>
          </w:tcPr>
          <w:p w14:paraId="43DEE15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1DF74F40" w14:textId="77777777" w:rsidTr="005C7141">
        <w:tc>
          <w:tcPr>
            <w:tcW w:w="738" w:type="dxa"/>
          </w:tcPr>
          <w:p w14:paraId="0C5F5C5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3510" w:type="dxa"/>
          </w:tcPr>
          <w:p w14:paraId="4165851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Sufficient electrical outlets</w:t>
            </w:r>
          </w:p>
        </w:tc>
        <w:tc>
          <w:tcPr>
            <w:tcW w:w="1440" w:type="dxa"/>
          </w:tcPr>
          <w:p w14:paraId="6EAE976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3AF2DCB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2.500</w:t>
            </w:r>
          </w:p>
        </w:tc>
        <w:tc>
          <w:tcPr>
            <w:tcW w:w="987" w:type="dxa"/>
          </w:tcPr>
          <w:p w14:paraId="1209A52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1.000</w:t>
            </w:r>
          </w:p>
        </w:tc>
        <w:tc>
          <w:tcPr>
            <w:tcW w:w="1569" w:type="dxa"/>
          </w:tcPr>
          <w:p w14:paraId="1711B91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4E6AC70A" w14:textId="77777777" w:rsidTr="005C7141">
        <w:tc>
          <w:tcPr>
            <w:tcW w:w="738" w:type="dxa"/>
          </w:tcPr>
          <w:p w14:paraId="33A8093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23</w:t>
            </w:r>
          </w:p>
        </w:tc>
        <w:tc>
          <w:tcPr>
            <w:tcW w:w="3510" w:type="dxa"/>
          </w:tcPr>
          <w:p w14:paraId="5075667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Effectiveness of internal lighting</w:t>
            </w:r>
          </w:p>
        </w:tc>
        <w:tc>
          <w:tcPr>
            <w:tcW w:w="1440" w:type="dxa"/>
          </w:tcPr>
          <w:p w14:paraId="42E85F2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67986F4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2.500</w:t>
            </w:r>
          </w:p>
        </w:tc>
        <w:tc>
          <w:tcPr>
            <w:tcW w:w="987" w:type="dxa"/>
          </w:tcPr>
          <w:p w14:paraId="5DF1010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1.000</w:t>
            </w:r>
          </w:p>
        </w:tc>
        <w:tc>
          <w:tcPr>
            <w:tcW w:w="1569" w:type="dxa"/>
          </w:tcPr>
          <w:p w14:paraId="01C06E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5BF07E43" w14:textId="77777777" w:rsidTr="005C7141">
        <w:tc>
          <w:tcPr>
            <w:tcW w:w="738" w:type="dxa"/>
          </w:tcPr>
          <w:p w14:paraId="7162BC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24</w:t>
            </w:r>
          </w:p>
        </w:tc>
        <w:tc>
          <w:tcPr>
            <w:tcW w:w="3510" w:type="dxa"/>
          </w:tcPr>
          <w:p w14:paraId="73F5B47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Emergency lighting</w:t>
            </w:r>
          </w:p>
        </w:tc>
        <w:tc>
          <w:tcPr>
            <w:tcW w:w="1440" w:type="dxa"/>
          </w:tcPr>
          <w:p w14:paraId="3419559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4AF5F87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c>
          <w:tcPr>
            <w:tcW w:w="987" w:type="dxa"/>
          </w:tcPr>
          <w:p w14:paraId="5948FEC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0.000</w:t>
            </w:r>
          </w:p>
        </w:tc>
        <w:tc>
          <w:tcPr>
            <w:tcW w:w="1569" w:type="dxa"/>
          </w:tcPr>
          <w:p w14:paraId="606348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089E1591" w14:textId="77777777" w:rsidTr="005C7141">
        <w:tc>
          <w:tcPr>
            <w:tcW w:w="738" w:type="dxa"/>
          </w:tcPr>
          <w:p w14:paraId="3428C0F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w:t>
            </w:r>
          </w:p>
        </w:tc>
        <w:tc>
          <w:tcPr>
            <w:tcW w:w="3510" w:type="dxa"/>
          </w:tcPr>
          <w:p w14:paraId="1A7F511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Electrical fire alarm</w:t>
            </w:r>
          </w:p>
        </w:tc>
        <w:tc>
          <w:tcPr>
            <w:tcW w:w="1440" w:type="dxa"/>
          </w:tcPr>
          <w:p w14:paraId="2155DFC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7675BC2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1.750</w:t>
            </w:r>
          </w:p>
        </w:tc>
        <w:tc>
          <w:tcPr>
            <w:tcW w:w="987" w:type="dxa"/>
          </w:tcPr>
          <w:p w14:paraId="1DBF806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0.500</w:t>
            </w:r>
          </w:p>
        </w:tc>
        <w:tc>
          <w:tcPr>
            <w:tcW w:w="1569" w:type="dxa"/>
          </w:tcPr>
          <w:p w14:paraId="56AEBD3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66A2C4A9" w14:textId="77777777" w:rsidTr="005C7141">
        <w:tc>
          <w:tcPr>
            <w:tcW w:w="738" w:type="dxa"/>
          </w:tcPr>
          <w:p w14:paraId="33AE17B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26</w:t>
            </w:r>
          </w:p>
        </w:tc>
        <w:tc>
          <w:tcPr>
            <w:tcW w:w="3510" w:type="dxa"/>
          </w:tcPr>
          <w:p w14:paraId="38CFCE1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Effective earthing</w:t>
            </w:r>
          </w:p>
        </w:tc>
        <w:tc>
          <w:tcPr>
            <w:tcW w:w="1440" w:type="dxa"/>
          </w:tcPr>
          <w:p w14:paraId="172265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1D8AB67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3.250</w:t>
            </w:r>
          </w:p>
        </w:tc>
        <w:tc>
          <w:tcPr>
            <w:tcW w:w="987" w:type="dxa"/>
          </w:tcPr>
          <w:p w14:paraId="6D87469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0.500</w:t>
            </w:r>
          </w:p>
        </w:tc>
        <w:tc>
          <w:tcPr>
            <w:tcW w:w="1569" w:type="dxa"/>
          </w:tcPr>
          <w:p w14:paraId="79AC6B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7FAF71E2" w14:textId="77777777" w:rsidTr="005C7141">
        <w:tc>
          <w:tcPr>
            <w:tcW w:w="738" w:type="dxa"/>
          </w:tcPr>
          <w:p w14:paraId="0D5F75E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27</w:t>
            </w:r>
          </w:p>
        </w:tc>
        <w:tc>
          <w:tcPr>
            <w:tcW w:w="3510" w:type="dxa"/>
          </w:tcPr>
          <w:p w14:paraId="223B68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Condition of distribution panels</w:t>
            </w:r>
          </w:p>
        </w:tc>
        <w:tc>
          <w:tcPr>
            <w:tcW w:w="1440" w:type="dxa"/>
          </w:tcPr>
          <w:p w14:paraId="5C2F5AC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1FBB79B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2.500</w:t>
            </w:r>
          </w:p>
        </w:tc>
        <w:tc>
          <w:tcPr>
            <w:tcW w:w="987" w:type="dxa"/>
          </w:tcPr>
          <w:p w14:paraId="763A068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0.577</w:t>
            </w:r>
          </w:p>
        </w:tc>
        <w:tc>
          <w:tcPr>
            <w:tcW w:w="1569" w:type="dxa"/>
          </w:tcPr>
          <w:p w14:paraId="2B192BB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2.500</w:t>
            </w:r>
          </w:p>
        </w:tc>
      </w:tr>
      <w:tr w:rsidR="000260E1" w:rsidRPr="007631E6" w14:paraId="24FF6E94" w14:textId="77777777" w:rsidTr="005C7141">
        <w:tc>
          <w:tcPr>
            <w:tcW w:w="738" w:type="dxa"/>
          </w:tcPr>
          <w:p w14:paraId="08B0D9D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28</w:t>
            </w:r>
          </w:p>
        </w:tc>
        <w:tc>
          <w:tcPr>
            <w:tcW w:w="3510" w:type="dxa"/>
          </w:tcPr>
          <w:p w14:paraId="03A21F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Overload/short-circuit protection</w:t>
            </w:r>
          </w:p>
        </w:tc>
        <w:tc>
          <w:tcPr>
            <w:tcW w:w="1440" w:type="dxa"/>
          </w:tcPr>
          <w:p w14:paraId="7D97425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2ED898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987" w:type="dxa"/>
          </w:tcPr>
          <w:p w14:paraId="466566E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0.816</w:t>
            </w:r>
          </w:p>
        </w:tc>
        <w:tc>
          <w:tcPr>
            <w:tcW w:w="1569" w:type="dxa"/>
          </w:tcPr>
          <w:p w14:paraId="3B28BDA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7FD4CCCC" w14:textId="77777777" w:rsidTr="005C7141">
        <w:tc>
          <w:tcPr>
            <w:tcW w:w="738" w:type="dxa"/>
          </w:tcPr>
          <w:p w14:paraId="7641FA3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w:t>
            </w:r>
          </w:p>
        </w:tc>
        <w:tc>
          <w:tcPr>
            <w:tcW w:w="3510" w:type="dxa"/>
          </w:tcPr>
          <w:p w14:paraId="5C299A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Kitchen/bathroom exhaust fans</w:t>
            </w:r>
          </w:p>
        </w:tc>
        <w:tc>
          <w:tcPr>
            <w:tcW w:w="1440" w:type="dxa"/>
          </w:tcPr>
          <w:p w14:paraId="43247D9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w:t>
            </w:r>
          </w:p>
        </w:tc>
        <w:tc>
          <w:tcPr>
            <w:tcW w:w="1170" w:type="dxa"/>
          </w:tcPr>
          <w:p w14:paraId="69F20E5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2.500</w:t>
            </w:r>
          </w:p>
        </w:tc>
        <w:tc>
          <w:tcPr>
            <w:tcW w:w="987" w:type="dxa"/>
          </w:tcPr>
          <w:p w14:paraId="061E458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1.000</w:t>
            </w:r>
          </w:p>
        </w:tc>
        <w:tc>
          <w:tcPr>
            <w:tcW w:w="1569" w:type="dxa"/>
          </w:tcPr>
          <w:p w14:paraId="525E1EE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5B09CC5C" w14:textId="77777777" w:rsidTr="005C7141">
        <w:tc>
          <w:tcPr>
            <w:tcW w:w="738" w:type="dxa"/>
          </w:tcPr>
          <w:p w14:paraId="21C1AD7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w:t>
            </w:r>
          </w:p>
        </w:tc>
        <w:tc>
          <w:tcPr>
            <w:tcW w:w="3510" w:type="dxa"/>
          </w:tcPr>
          <w:p w14:paraId="1E29662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Environmentally friendly building materials</w:t>
            </w:r>
          </w:p>
        </w:tc>
        <w:tc>
          <w:tcPr>
            <w:tcW w:w="1440" w:type="dxa"/>
          </w:tcPr>
          <w:p w14:paraId="3540EC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16CCB0E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c>
          <w:tcPr>
            <w:tcW w:w="987" w:type="dxa"/>
          </w:tcPr>
          <w:p w14:paraId="45AC8CF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1.024</w:t>
            </w:r>
          </w:p>
        </w:tc>
        <w:tc>
          <w:tcPr>
            <w:tcW w:w="1569" w:type="dxa"/>
          </w:tcPr>
          <w:p w14:paraId="07A8351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0BE99EB0" w14:textId="77777777" w:rsidTr="005C7141">
        <w:tc>
          <w:tcPr>
            <w:tcW w:w="738" w:type="dxa"/>
          </w:tcPr>
          <w:p w14:paraId="21F1BBD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31</w:t>
            </w:r>
          </w:p>
        </w:tc>
        <w:tc>
          <w:tcPr>
            <w:tcW w:w="3510" w:type="dxa"/>
          </w:tcPr>
          <w:p w14:paraId="51BF04F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Waste management and recycling</w:t>
            </w:r>
          </w:p>
        </w:tc>
        <w:tc>
          <w:tcPr>
            <w:tcW w:w="1440" w:type="dxa"/>
          </w:tcPr>
          <w:p w14:paraId="282E28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0DD4E69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1.682</w:t>
            </w:r>
          </w:p>
        </w:tc>
        <w:tc>
          <w:tcPr>
            <w:tcW w:w="987" w:type="dxa"/>
          </w:tcPr>
          <w:p w14:paraId="3B9EB66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0.716</w:t>
            </w:r>
          </w:p>
        </w:tc>
        <w:tc>
          <w:tcPr>
            <w:tcW w:w="1569" w:type="dxa"/>
          </w:tcPr>
          <w:p w14:paraId="52C9345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60A0AB7A" w14:textId="77777777" w:rsidTr="005C7141">
        <w:tc>
          <w:tcPr>
            <w:tcW w:w="738" w:type="dxa"/>
          </w:tcPr>
          <w:p w14:paraId="1C797871"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w:t>
            </w:r>
          </w:p>
        </w:tc>
        <w:tc>
          <w:tcPr>
            <w:tcW w:w="3510" w:type="dxa"/>
          </w:tcPr>
          <w:p w14:paraId="7B0E4AD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Solar panels/alternative energy</w:t>
            </w:r>
          </w:p>
        </w:tc>
        <w:tc>
          <w:tcPr>
            <w:tcW w:w="1440" w:type="dxa"/>
          </w:tcPr>
          <w:p w14:paraId="6E5AC28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2AE5580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3.364</w:t>
            </w:r>
          </w:p>
        </w:tc>
        <w:tc>
          <w:tcPr>
            <w:tcW w:w="987" w:type="dxa"/>
          </w:tcPr>
          <w:p w14:paraId="3B6F248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1.002</w:t>
            </w:r>
          </w:p>
        </w:tc>
        <w:tc>
          <w:tcPr>
            <w:tcW w:w="1569" w:type="dxa"/>
          </w:tcPr>
          <w:p w14:paraId="31D8AE3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r>
      <w:tr w:rsidR="000260E1" w:rsidRPr="007631E6" w14:paraId="4CA4B783" w14:textId="77777777" w:rsidTr="005C7141">
        <w:tc>
          <w:tcPr>
            <w:tcW w:w="738" w:type="dxa"/>
          </w:tcPr>
          <w:p w14:paraId="0EDF614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w:t>
            </w:r>
          </w:p>
        </w:tc>
        <w:tc>
          <w:tcPr>
            <w:tcW w:w="3510" w:type="dxa"/>
          </w:tcPr>
          <w:p w14:paraId="2AA4BC1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Energy-saving techniques</w:t>
            </w:r>
          </w:p>
        </w:tc>
        <w:tc>
          <w:tcPr>
            <w:tcW w:w="1440" w:type="dxa"/>
          </w:tcPr>
          <w:p w14:paraId="0CD06E2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331EF06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3.318</w:t>
            </w:r>
          </w:p>
        </w:tc>
        <w:tc>
          <w:tcPr>
            <w:tcW w:w="987" w:type="dxa"/>
          </w:tcPr>
          <w:p w14:paraId="44F8E97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0.894</w:t>
            </w:r>
          </w:p>
        </w:tc>
        <w:tc>
          <w:tcPr>
            <w:tcW w:w="1569" w:type="dxa"/>
          </w:tcPr>
          <w:p w14:paraId="1C2182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3.500</w:t>
            </w:r>
          </w:p>
        </w:tc>
      </w:tr>
      <w:tr w:rsidR="000260E1" w:rsidRPr="007631E6" w14:paraId="08A1F598" w14:textId="77777777" w:rsidTr="005C7141">
        <w:tc>
          <w:tcPr>
            <w:tcW w:w="738" w:type="dxa"/>
          </w:tcPr>
          <w:p w14:paraId="6620F4C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34</w:t>
            </w:r>
          </w:p>
        </w:tc>
        <w:tc>
          <w:tcPr>
            <w:tcW w:w="3510" w:type="dxa"/>
          </w:tcPr>
          <w:p w14:paraId="195B6E7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Water-saving systems</w:t>
            </w:r>
          </w:p>
        </w:tc>
        <w:tc>
          <w:tcPr>
            <w:tcW w:w="1440" w:type="dxa"/>
          </w:tcPr>
          <w:p w14:paraId="63AA25A5"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1173174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3.500</w:t>
            </w:r>
          </w:p>
        </w:tc>
        <w:tc>
          <w:tcPr>
            <w:tcW w:w="987" w:type="dxa"/>
          </w:tcPr>
          <w:p w14:paraId="07513E6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0.964</w:t>
            </w:r>
          </w:p>
        </w:tc>
        <w:tc>
          <w:tcPr>
            <w:tcW w:w="1569" w:type="dxa"/>
          </w:tcPr>
          <w:p w14:paraId="52D320E6"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4.000</w:t>
            </w:r>
          </w:p>
        </w:tc>
      </w:tr>
      <w:tr w:rsidR="000260E1" w:rsidRPr="007631E6" w14:paraId="41EB6347" w14:textId="77777777" w:rsidTr="005C7141">
        <w:tc>
          <w:tcPr>
            <w:tcW w:w="738" w:type="dxa"/>
          </w:tcPr>
          <w:p w14:paraId="48577A1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w:t>
            </w:r>
          </w:p>
        </w:tc>
        <w:tc>
          <w:tcPr>
            <w:tcW w:w="3510" w:type="dxa"/>
          </w:tcPr>
          <w:p w14:paraId="5EF4D00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Natural ventilation/reduced air-conditioning dependence</w:t>
            </w:r>
          </w:p>
        </w:tc>
        <w:tc>
          <w:tcPr>
            <w:tcW w:w="1440" w:type="dxa"/>
          </w:tcPr>
          <w:p w14:paraId="70DE65ED"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1EF921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3.273</w:t>
            </w:r>
          </w:p>
        </w:tc>
        <w:tc>
          <w:tcPr>
            <w:tcW w:w="987" w:type="dxa"/>
          </w:tcPr>
          <w:p w14:paraId="56933E5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1.077</w:t>
            </w:r>
          </w:p>
        </w:tc>
        <w:tc>
          <w:tcPr>
            <w:tcW w:w="1569" w:type="dxa"/>
          </w:tcPr>
          <w:p w14:paraId="69CB93A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3.500</w:t>
            </w:r>
          </w:p>
        </w:tc>
      </w:tr>
      <w:tr w:rsidR="000260E1" w:rsidRPr="007631E6" w14:paraId="2CF298FB" w14:textId="77777777" w:rsidTr="005C7141">
        <w:tc>
          <w:tcPr>
            <w:tcW w:w="738" w:type="dxa"/>
          </w:tcPr>
          <w:p w14:paraId="7E4C61D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36</w:t>
            </w:r>
          </w:p>
        </w:tc>
        <w:tc>
          <w:tcPr>
            <w:tcW w:w="3510" w:type="dxa"/>
          </w:tcPr>
          <w:p w14:paraId="5351BCF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Natural/artificial shading</w:t>
            </w:r>
          </w:p>
        </w:tc>
        <w:tc>
          <w:tcPr>
            <w:tcW w:w="1440" w:type="dxa"/>
          </w:tcPr>
          <w:p w14:paraId="01CBE79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06804FB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2.591</w:t>
            </w:r>
          </w:p>
        </w:tc>
        <w:tc>
          <w:tcPr>
            <w:tcW w:w="987" w:type="dxa"/>
          </w:tcPr>
          <w:p w14:paraId="037FF53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1.054</w:t>
            </w:r>
          </w:p>
        </w:tc>
        <w:tc>
          <w:tcPr>
            <w:tcW w:w="1569" w:type="dxa"/>
          </w:tcPr>
          <w:p w14:paraId="5EEFB4A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2.500</w:t>
            </w:r>
          </w:p>
        </w:tc>
      </w:tr>
      <w:tr w:rsidR="000260E1" w:rsidRPr="007631E6" w14:paraId="14225E97" w14:textId="77777777" w:rsidTr="005C7141">
        <w:tc>
          <w:tcPr>
            <w:tcW w:w="738" w:type="dxa"/>
          </w:tcPr>
          <w:p w14:paraId="71E3A31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37</w:t>
            </w:r>
          </w:p>
        </w:tc>
        <w:tc>
          <w:tcPr>
            <w:tcW w:w="3510" w:type="dxa"/>
          </w:tcPr>
          <w:p w14:paraId="44F53F6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Green spaces/landscaping</w:t>
            </w:r>
          </w:p>
        </w:tc>
        <w:tc>
          <w:tcPr>
            <w:tcW w:w="1440" w:type="dxa"/>
          </w:tcPr>
          <w:p w14:paraId="0F8EA20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6DEB665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2.500</w:t>
            </w:r>
          </w:p>
        </w:tc>
        <w:tc>
          <w:tcPr>
            <w:tcW w:w="987" w:type="dxa"/>
          </w:tcPr>
          <w:p w14:paraId="7AC242D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1.225</w:t>
            </w:r>
          </w:p>
        </w:tc>
        <w:tc>
          <w:tcPr>
            <w:tcW w:w="1569" w:type="dxa"/>
          </w:tcPr>
          <w:p w14:paraId="098A27B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2.000</w:t>
            </w:r>
          </w:p>
        </w:tc>
      </w:tr>
      <w:tr w:rsidR="000260E1" w:rsidRPr="007631E6" w14:paraId="1F6CE86F" w14:textId="77777777" w:rsidTr="005C7141">
        <w:tc>
          <w:tcPr>
            <w:tcW w:w="738" w:type="dxa"/>
          </w:tcPr>
          <w:p w14:paraId="059388C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38</w:t>
            </w:r>
          </w:p>
        </w:tc>
        <w:tc>
          <w:tcPr>
            <w:tcW w:w="3510" w:type="dxa"/>
          </w:tcPr>
          <w:p w14:paraId="07F3A798"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Environmental awareness</w:t>
            </w:r>
          </w:p>
        </w:tc>
        <w:tc>
          <w:tcPr>
            <w:tcW w:w="1440" w:type="dxa"/>
          </w:tcPr>
          <w:p w14:paraId="29712F83"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76387E6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2.727</w:t>
            </w:r>
          </w:p>
        </w:tc>
        <w:tc>
          <w:tcPr>
            <w:tcW w:w="987" w:type="dxa"/>
          </w:tcPr>
          <w:p w14:paraId="7055BF4E"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0.935</w:t>
            </w:r>
          </w:p>
        </w:tc>
        <w:tc>
          <w:tcPr>
            <w:tcW w:w="1569" w:type="dxa"/>
          </w:tcPr>
          <w:p w14:paraId="249912A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30C1CF74" w14:textId="77777777" w:rsidTr="005C7141">
        <w:tc>
          <w:tcPr>
            <w:tcW w:w="738" w:type="dxa"/>
          </w:tcPr>
          <w:p w14:paraId="301DAF69"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39</w:t>
            </w:r>
          </w:p>
        </w:tc>
        <w:tc>
          <w:tcPr>
            <w:tcW w:w="3510" w:type="dxa"/>
          </w:tcPr>
          <w:p w14:paraId="7DDF14C0"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Future green-building potential</w:t>
            </w:r>
          </w:p>
        </w:tc>
        <w:tc>
          <w:tcPr>
            <w:tcW w:w="1440" w:type="dxa"/>
          </w:tcPr>
          <w:p w14:paraId="722C002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1D0E1842"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2.773</w:t>
            </w:r>
          </w:p>
        </w:tc>
        <w:tc>
          <w:tcPr>
            <w:tcW w:w="987" w:type="dxa"/>
          </w:tcPr>
          <w:p w14:paraId="40C551DA"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1.193</w:t>
            </w:r>
          </w:p>
        </w:tc>
        <w:tc>
          <w:tcPr>
            <w:tcW w:w="1569" w:type="dxa"/>
          </w:tcPr>
          <w:p w14:paraId="6CE1E2AC"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r w:rsidR="000260E1" w:rsidRPr="007631E6" w14:paraId="41302F8E" w14:textId="77777777" w:rsidTr="005C7141">
        <w:tc>
          <w:tcPr>
            <w:tcW w:w="738" w:type="dxa"/>
          </w:tcPr>
          <w:p w14:paraId="16406F6F"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lastRenderedPageBreak/>
              <w:t>40</w:t>
            </w:r>
          </w:p>
        </w:tc>
        <w:tc>
          <w:tcPr>
            <w:tcW w:w="3510" w:type="dxa"/>
          </w:tcPr>
          <w:p w14:paraId="40FFA41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Use of additional eco-friendly materials</w:t>
            </w:r>
          </w:p>
        </w:tc>
        <w:tc>
          <w:tcPr>
            <w:tcW w:w="1440" w:type="dxa"/>
          </w:tcPr>
          <w:p w14:paraId="2A467A4B"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22</w:t>
            </w:r>
          </w:p>
        </w:tc>
        <w:tc>
          <w:tcPr>
            <w:tcW w:w="1170" w:type="dxa"/>
          </w:tcPr>
          <w:p w14:paraId="6CCE5FB7"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2.955</w:t>
            </w:r>
          </w:p>
        </w:tc>
        <w:tc>
          <w:tcPr>
            <w:tcW w:w="987" w:type="dxa"/>
          </w:tcPr>
          <w:p w14:paraId="443AF2D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0.375</w:t>
            </w:r>
          </w:p>
        </w:tc>
        <w:tc>
          <w:tcPr>
            <w:tcW w:w="1569" w:type="dxa"/>
          </w:tcPr>
          <w:p w14:paraId="248298E4" w14:textId="77777777" w:rsidR="000260E1" w:rsidRPr="007631E6" w:rsidRDefault="00000000">
            <w:pPr>
              <w:pStyle w:val="TableText"/>
              <w:rPr>
                <w:rFonts w:asciiTheme="majorBidi" w:hAnsiTheme="majorBidi" w:cstheme="majorBidi"/>
                <w:sz w:val="24"/>
                <w:szCs w:val="24"/>
              </w:rPr>
            </w:pPr>
            <w:r w:rsidRPr="007631E6">
              <w:rPr>
                <w:rFonts w:asciiTheme="majorBidi" w:hAnsiTheme="majorBidi" w:cstheme="majorBidi"/>
                <w:sz w:val="24"/>
                <w:szCs w:val="24"/>
              </w:rPr>
              <w:t>3.000</w:t>
            </w:r>
          </w:p>
        </w:tc>
      </w:tr>
    </w:tbl>
    <w:p w14:paraId="59F10B45" w14:textId="77777777" w:rsidR="000260E1" w:rsidRPr="007631E6" w:rsidRDefault="00000000">
      <w:pPr>
        <w:pStyle w:val="Heading2"/>
        <w:rPr>
          <w:rFonts w:asciiTheme="majorBidi" w:hAnsiTheme="majorBidi"/>
          <w:color w:val="auto"/>
          <w:szCs w:val="24"/>
        </w:rPr>
      </w:pPr>
      <w:r w:rsidRPr="007631E6">
        <w:rPr>
          <w:rFonts w:asciiTheme="majorBidi" w:hAnsiTheme="majorBidi"/>
          <w:color w:val="auto"/>
          <w:szCs w:val="24"/>
        </w:rPr>
        <w:t>Supplementary Table S13  Descriptive resident-specialist thematic concordance</w:t>
      </w:r>
    </w:p>
    <w:tbl>
      <w:tblPr>
        <w:tblStyle w:val="TableGrid"/>
        <w:tblW w:w="0" w:type="auto"/>
        <w:tblLayout w:type="fixed"/>
        <w:tblLook w:val="04A0" w:firstRow="1" w:lastRow="0" w:firstColumn="1" w:lastColumn="0" w:noHBand="0" w:noVBand="1"/>
      </w:tblPr>
      <w:tblGrid>
        <w:gridCol w:w="1818"/>
        <w:gridCol w:w="1320"/>
        <w:gridCol w:w="1569"/>
        <w:gridCol w:w="1569"/>
        <w:gridCol w:w="1569"/>
        <w:gridCol w:w="1569"/>
      </w:tblGrid>
      <w:tr w:rsidR="000260E1" w:rsidRPr="007631E6" w14:paraId="48333549" w14:textId="77777777" w:rsidTr="005C7141">
        <w:tc>
          <w:tcPr>
            <w:tcW w:w="1818" w:type="dxa"/>
          </w:tcPr>
          <w:p w14:paraId="0F4A2F9C"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theme</w:t>
            </w:r>
          </w:p>
        </w:tc>
        <w:tc>
          <w:tcPr>
            <w:tcW w:w="1320" w:type="dxa"/>
          </w:tcPr>
          <w:p w14:paraId="2C11297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resident_mean</w:t>
            </w:r>
          </w:p>
        </w:tc>
        <w:tc>
          <w:tcPr>
            <w:tcW w:w="1569" w:type="dxa"/>
          </w:tcPr>
          <w:p w14:paraId="2970CA7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specialist_mean</w:t>
            </w:r>
          </w:p>
        </w:tc>
        <w:tc>
          <w:tcPr>
            <w:tcW w:w="1569" w:type="dxa"/>
          </w:tcPr>
          <w:p w14:paraId="67142A5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resident_items</w:t>
            </w:r>
          </w:p>
        </w:tc>
        <w:tc>
          <w:tcPr>
            <w:tcW w:w="1569" w:type="dxa"/>
          </w:tcPr>
          <w:p w14:paraId="0BA865A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specialist_items</w:t>
            </w:r>
          </w:p>
        </w:tc>
        <w:tc>
          <w:tcPr>
            <w:tcW w:w="1569" w:type="dxa"/>
          </w:tcPr>
          <w:p w14:paraId="564FA329" w14:textId="77777777" w:rsidR="000260E1" w:rsidRPr="007631E6" w:rsidRDefault="00000000">
            <w:pPr>
              <w:rPr>
                <w:rFonts w:asciiTheme="majorBidi" w:hAnsiTheme="majorBidi" w:cstheme="majorBidi"/>
                <w:sz w:val="24"/>
                <w:szCs w:val="24"/>
              </w:rPr>
            </w:pPr>
            <w:r w:rsidRPr="007631E6">
              <w:rPr>
                <w:rFonts w:asciiTheme="majorBidi" w:hAnsiTheme="majorBidi" w:cstheme="majorBidi"/>
                <w:b/>
                <w:sz w:val="24"/>
                <w:szCs w:val="24"/>
              </w:rPr>
              <w:t>included_in_rank_concordance</w:t>
            </w:r>
          </w:p>
        </w:tc>
      </w:tr>
      <w:tr w:rsidR="000260E1" w:rsidRPr="007631E6" w14:paraId="106C6018" w14:textId="77777777" w:rsidTr="005C7141">
        <w:tc>
          <w:tcPr>
            <w:tcW w:w="1818" w:type="dxa"/>
          </w:tcPr>
          <w:p w14:paraId="6F8FFFB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Room function and privacy</w:t>
            </w:r>
          </w:p>
        </w:tc>
        <w:tc>
          <w:tcPr>
            <w:tcW w:w="1320" w:type="dxa"/>
          </w:tcPr>
          <w:p w14:paraId="02530E2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3.602</w:t>
            </w:r>
          </w:p>
        </w:tc>
        <w:tc>
          <w:tcPr>
            <w:tcW w:w="1569" w:type="dxa"/>
          </w:tcPr>
          <w:p w14:paraId="47524721"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3.317</w:t>
            </w:r>
          </w:p>
        </w:tc>
        <w:tc>
          <w:tcPr>
            <w:tcW w:w="1569" w:type="dxa"/>
          </w:tcPr>
          <w:p w14:paraId="3A7FA4D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22,23,24,25</w:t>
            </w:r>
          </w:p>
        </w:tc>
        <w:tc>
          <w:tcPr>
            <w:tcW w:w="1569" w:type="dxa"/>
          </w:tcPr>
          <w:p w14:paraId="4DE3B382"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1,2,4</w:t>
            </w:r>
          </w:p>
        </w:tc>
        <w:tc>
          <w:tcPr>
            <w:tcW w:w="1569" w:type="dxa"/>
          </w:tcPr>
          <w:p w14:paraId="336A4F2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Yes</w:t>
            </w:r>
          </w:p>
        </w:tc>
      </w:tr>
      <w:tr w:rsidR="000260E1" w:rsidRPr="007631E6" w14:paraId="341B9DE4" w14:textId="77777777" w:rsidTr="005C7141">
        <w:tc>
          <w:tcPr>
            <w:tcW w:w="1818" w:type="dxa"/>
          </w:tcPr>
          <w:p w14:paraId="28AF3E0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Ventilation</w:t>
            </w:r>
          </w:p>
        </w:tc>
        <w:tc>
          <w:tcPr>
            <w:tcW w:w="1320" w:type="dxa"/>
          </w:tcPr>
          <w:p w14:paraId="65EB6D0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3.254</w:t>
            </w:r>
          </w:p>
        </w:tc>
        <w:tc>
          <w:tcPr>
            <w:tcW w:w="1569" w:type="dxa"/>
          </w:tcPr>
          <w:p w14:paraId="13C39C1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3.357</w:t>
            </w:r>
          </w:p>
        </w:tc>
        <w:tc>
          <w:tcPr>
            <w:tcW w:w="1569" w:type="dxa"/>
          </w:tcPr>
          <w:p w14:paraId="5248B8D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4,14,15,16,17</w:t>
            </w:r>
          </w:p>
        </w:tc>
        <w:tc>
          <w:tcPr>
            <w:tcW w:w="1569" w:type="dxa"/>
          </w:tcPr>
          <w:p w14:paraId="4AE7BB5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3,9</w:t>
            </w:r>
          </w:p>
        </w:tc>
        <w:tc>
          <w:tcPr>
            <w:tcW w:w="1569" w:type="dxa"/>
          </w:tcPr>
          <w:p w14:paraId="370ACB0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Yes</w:t>
            </w:r>
          </w:p>
        </w:tc>
      </w:tr>
      <w:tr w:rsidR="000260E1" w:rsidRPr="007631E6" w14:paraId="391E7036" w14:textId="77777777" w:rsidTr="005C7141">
        <w:tc>
          <w:tcPr>
            <w:tcW w:w="1818" w:type="dxa"/>
          </w:tcPr>
          <w:p w14:paraId="2284FF3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Acoustic and privacy</w:t>
            </w:r>
          </w:p>
        </w:tc>
        <w:tc>
          <w:tcPr>
            <w:tcW w:w="1320" w:type="dxa"/>
          </w:tcPr>
          <w:p w14:paraId="633F63C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3.323</w:t>
            </w:r>
          </w:p>
        </w:tc>
        <w:tc>
          <w:tcPr>
            <w:tcW w:w="1569" w:type="dxa"/>
          </w:tcPr>
          <w:p w14:paraId="11E2B23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3.095</w:t>
            </w:r>
          </w:p>
        </w:tc>
        <w:tc>
          <w:tcPr>
            <w:tcW w:w="1569" w:type="dxa"/>
          </w:tcPr>
          <w:p w14:paraId="40DCA0C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10,11,12,13,23</w:t>
            </w:r>
          </w:p>
        </w:tc>
        <w:tc>
          <w:tcPr>
            <w:tcW w:w="1569" w:type="dxa"/>
          </w:tcPr>
          <w:p w14:paraId="6B11E61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4,7,10</w:t>
            </w:r>
          </w:p>
        </w:tc>
        <w:tc>
          <w:tcPr>
            <w:tcW w:w="1569" w:type="dxa"/>
          </w:tcPr>
          <w:p w14:paraId="28B4BF5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Yes</w:t>
            </w:r>
          </w:p>
        </w:tc>
      </w:tr>
      <w:tr w:rsidR="000260E1" w:rsidRPr="007631E6" w14:paraId="3749899E" w14:textId="77777777" w:rsidTr="005C7141">
        <w:tc>
          <w:tcPr>
            <w:tcW w:w="1818" w:type="dxa"/>
          </w:tcPr>
          <w:p w14:paraId="5FC39325"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Outdoor space and landscaping</w:t>
            </w:r>
          </w:p>
        </w:tc>
        <w:tc>
          <w:tcPr>
            <w:tcW w:w="1320" w:type="dxa"/>
          </w:tcPr>
          <w:p w14:paraId="6CF0CFE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2.917</w:t>
            </w:r>
          </w:p>
        </w:tc>
        <w:tc>
          <w:tcPr>
            <w:tcW w:w="1569" w:type="dxa"/>
          </w:tcPr>
          <w:p w14:paraId="6D63B19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2.372</w:t>
            </w:r>
          </w:p>
        </w:tc>
        <w:tc>
          <w:tcPr>
            <w:tcW w:w="1569" w:type="dxa"/>
          </w:tcPr>
          <w:p w14:paraId="24A1F44F"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30</w:t>
            </w:r>
          </w:p>
        </w:tc>
        <w:tc>
          <w:tcPr>
            <w:tcW w:w="1569" w:type="dxa"/>
          </w:tcPr>
          <w:p w14:paraId="7426428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6,37</w:t>
            </w:r>
          </w:p>
        </w:tc>
        <w:tc>
          <w:tcPr>
            <w:tcW w:w="1569" w:type="dxa"/>
          </w:tcPr>
          <w:p w14:paraId="7AD422D7"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Yes</w:t>
            </w:r>
          </w:p>
        </w:tc>
      </w:tr>
      <w:tr w:rsidR="000260E1" w:rsidRPr="007631E6" w14:paraId="5D99F3F6" w14:textId="77777777" w:rsidTr="005C7141">
        <w:tc>
          <w:tcPr>
            <w:tcW w:w="1818" w:type="dxa"/>
          </w:tcPr>
          <w:p w14:paraId="1B31417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Water and plumbing</w:t>
            </w:r>
          </w:p>
        </w:tc>
        <w:tc>
          <w:tcPr>
            <w:tcW w:w="1320" w:type="dxa"/>
          </w:tcPr>
          <w:p w14:paraId="4BA8A47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3.079</w:t>
            </w:r>
          </w:p>
        </w:tc>
        <w:tc>
          <w:tcPr>
            <w:tcW w:w="1569" w:type="dxa"/>
          </w:tcPr>
          <w:p w14:paraId="1FB9E18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2.917</w:t>
            </w:r>
          </w:p>
        </w:tc>
        <w:tc>
          <w:tcPr>
            <w:tcW w:w="1569" w:type="dxa"/>
          </w:tcPr>
          <w:p w14:paraId="390D439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34,35</w:t>
            </w:r>
          </w:p>
        </w:tc>
        <w:tc>
          <w:tcPr>
            <w:tcW w:w="1569" w:type="dxa"/>
          </w:tcPr>
          <w:p w14:paraId="4CE6F25D"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11,12,13,14,15,16,18,19</w:t>
            </w:r>
          </w:p>
        </w:tc>
        <w:tc>
          <w:tcPr>
            <w:tcW w:w="1569" w:type="dxa"/>
          </w:tcPr>
          <w:p w14:paraId="52ECB2F3"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Yes</w:t>
            </w:r>
          </w:p>
        </w:tc>
      </w:tr>
      <w:tr w:rsidR="000260E1" w:rsidRPr="007631E6" w14:paraId="4A737F3D" w14:textId="77777777" w:rsidTr="005C7141">
        <w:tc>
          <w:tcPr>
            <w:tcW w:w="1818" w:type="dxa"/>
          </w:tcPr>
          <w:p w14:paraId="7630FC7B"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Fire and emergency readiness</w:t>
            </w:r>
          </w:p>
        </w:tc>
        <w:tc>
          <w:tcPr>
            <w:tcW w:w="1320" w:type="dxa"/>
          </w:tcPr>
          <w:p w14:paraId="5052EBE6"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3.093</w:t>
            </w:r>
          </w:p>
        </w:tc>
        <w:tc>
          <w:tcPr>
            <w:tcW w:w="1569" w:type="dxa"/>
          </w:tcPr>
          <w:p w14:paraId="1830C214"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1.875</w:t>
            </w:r>
          </w:p>
        </w:tc>
        <w:tc>
          <w:tcPr>
            <w:tcW w:w="1569" w:type="dxa"/>
          </w:tcPr>
          <w:p w14:paraId="219245D8"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18,19,20,21</w:t>
            </w:r>
          </w:p>
        </w:tc>
        <w:tc>
          <w:tcPr>
            <w:tcW w:w="1569" w:type="dxa"/>
          </w:tcPr>
          <w:p w14:paraId="038E3B60"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24,25</w:t>
            </w:r>
          </w:p>
        </w:tc>
        <w:tc>
          <w:tcPr>
            <w:tcW w:w="1569" w:type="dxa"/>
          </w:tcPr>
          <w:p w14:paraId="0288856E" w14:textId="77777777" w:rsidR="000260E1" w:rsidRPr="007631E6" w:rsidRDefault="00000000">
            <w:pPr>
              <w:rPr>
                <w:rFonts w:asciiTheme="majorBidi" w:hAnsiTheme="majorBidi" w:cstheme="majorBidi"/>
                <w:sz w:val="24"/>
                <w:szCs w:val="24"/>
              </w:rPr>
            </w:pPr>
            <w:r w:rsidRPr="007631E6">
              <w:rPr>
                <w:rFonts w:asciiTheme="majorBidi" w:hAnsiTheme="majorBidi" w:cstheme="majorBidi"/>
                <w:sz w:val="24"/>
                <w:szCs w:val="24"/>
              </w:rPr>
              <w:t>No</w:t>
            </w:r>
          </w:p>
        </w:tc>
      </w:tr>
    </w:tbl>
    <w:p w14:paraId="4BE51C6E" w14:textId="77777777" w:rsidR="000260E1" w:rsidRPr="007631E6" w:rsidRDefault="000260E1">
      <w:pPr>
        <w:spacing w:after="0"/>
        <w:rPr>
          <w:rFonts w:asciiTheme="majorBidi" w:hAnsiTheme="majorBidi" w:cstheme="majorBidi"/>
          <w:sz w:val="24"/>
          <w:szCs w:val="24"/>
        </w:rPr>
      </w:pPr>
    </w:p>
    <w:p w14:paraId="2F808D91" w14:textId="77777777" w:rsidR="000260E1" w:rsidRPr="007631E6" w:rsidRDefault="00000000" w:rsidP="005C7141">
      <w:pPr>
        <w:jc w:val="both"/>
        <w:rPr>
          <w:rFonts w:asciiTheme="majorBidi" w:hAnsiTheme="majorBidi" w:cstheme="majorBidi"/>
          <w:sz w:val="24"/>
          <w:szCs w:val="24"/>
        </w:rPr>
      </w:pPr>
      <w:r w:rsidRPr="007631E6">
        <w:rPr>
          <w:rFonts w:asciiTheme="majorBidi" w:hAnsiTheme="majorBidi" w:cstheme="majorBidi"/>
          <w:sz w:val="24"/>
          <w:szCs w:val="24"/>
        </w:rPr>
        <w:t>The resident and specialist samples are independent. Five pre-matched non-electrical themes were compared at the level of aggregate theme means. Theme-level Spearman ρ=0.700 (p=0.188) and Pearson r=0.832 (p=0.080), n=5. These coefficients are descriptive across themes, not participant-level correlations or agreement statistics. Fire and emergency readiness is shown separately but excluded from the coefficients because the corresponding specialist evidence depends on the electrical domain n=4.</w:t>
      </w:r>
    </w:p>
    <w:p w14:paraId="71C3B2D6"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S8 Software reproducibility and data governance</w:t>
      </w:r>
    </w:p>
    <w:p w14:paraId="7BB0C0A9" w14:textId="77BAFC44" w:rsidR="000260E1" w:rsidRPr="007631E6" w:rsidRDefault="00000000" w:rsidP="007E7484">
      <w:pPr>
        <w:jc w:val="both"/>
        <w:rPr>
          <w:rFonts w:asciiTheme="majorBidi" w:hAnsiTheme="majorBidi" w:cstheme="majorBidi"/>
          <w:sz w:val="24"/>
          <w:szCs w:val="24"/>
        </w:rPr>
      </w:pPr>
      <w:r w:rsidRPr="007631E6">
        <w:rPr>
          <w:rFonts w:asciiTheme="majorBidi" w:hAnsiTheme="majorBidi" w:cstheme="majorBidi"/>
          <w:sz w:val="24"/>
          <w:szCs w:val="24"/>
        </w:rPr>
        <w:t xml:space="preserve">The final end-to-end Python reproduction was verified under Python 3.12.13, NumPy 2.3.5, SciPy 1.17.0, pandas 3.0.5, statsmodels 0.14.6, Matplotlib 3.10.8, JAX 0.9.0.1 and Pillow 12.3.0. Full ordinal WLSMV was executed under R 4.4.3 and lavaan 0.7-2. The controlled package contains de-identified participant-level analytic data and is for editorial review or approved access only. The public Zenodo archive excludes participant-level data and contains code, aggregate results, figures and software manifests. Zenodo DOI: </w:t>
      </w:r>
      <w:hyperlink r:id="rId9" w:history="1">
        <w:r w:rsidR="007E7484" w:rsidRPr="007E7484">
          <w:rPr>
            <w:rStyle w:val="Hyperlink"/>
            <w:rFonts w:asciiTheme="majorBidi" w:hAnsiTheme="majorBidi" w:cstheme="majorBidi"/>
            <w:sz w:val="24"/>
            <w:szCs w:val="24"/>
          </w:rPr>
          <w:t>https://doi.org/10.5281/zenodo.22305617</w:t>
        </w:r>
      </w:hyperlink>
      <w:r w:rsidRPr="007631E6">
        <w:rPr>
          <w:rFonts w:asciiTheme="majorBidi" w:hAnsiTheme="majorBidi" w:cstheme="majorBidi"/>
          <w:sz w:val="24"/>
          <w:szCs w:val="24"/>
        </w:rPr>
        <w:t>.</w:t>
      </w:r>
      <w:r w:rsidR="005C7141">
        <w:rPr>
          <w:rFonts w:asciiTheme="majorBidi" w:hAnsiTheme="majorBidi" w:cstheme="majorBidi" w:hint="cs"/>
          <w:sz w:val="24"/>
          <w:szCs w:val="24"/>
          <w:rtl/>
        </w:rPr>
        <w:t xml:space="preserve"> </w:t>
      </w:r>
    </w:p>
    <w:p w14:paraId="46DC1C97" w14:textId="77777777" w:rsidR="000260E1" w:rsidRPr="007631E6" w:rsidRDefault="00000000">
      <w:pPr>
        <w:pStyle w:val="Heading1"/>
        <w:rPr>
          <w:rFonts w:asciiTheme="majorBidi" w:hAnsiTheme="majorBidi"/>
          <w:color w:val="auto"/>
          <w:sz w:val="24"/>
          <w:szCs w:val="24"/>
        </w:rPr>
      </w:pPr>
      <w:r w:rsidRPr="007631E6">
        <w:rPr>
          <w:rFonts w:asciiTheme="majorBidi" w:hAnsiTheme="majorBidi"/>
          <w:color w:val="auto"/>
          <w:sz w:val="24"/>
          <w:szCs w:val="24"/>
        </w:rPr>
        <w:t>S9 Ethics and administrative documentation</w:t>
      </w:r>
    </w:p>
    <w:p w14:paraId="054196D0" w14:textId="21660064" w:rsidR="000260E1" w:rsidRPr="007631E6" w:rsidRDefault="00000000" w:rsidP="005C7141">
      <w:pPr>
        <w:jc w:val="both"/>
        <w:rPr>
          <w:rFonts w:asciiTheme="majorBidi" w:hAnsiTheme="majorBidi" w:cstheme="majorBidi"/>
          <w:sz w:val="24"/>
          <w:szCs w:val="24"/>
        </w:rPr>
      </w:pPr>
      <w:r w:rsidRPr="007631E6">
        <w:rPr>
          <w:rFonts w:asciiTheme="majorBidi" w:hAnsiTheme="majorBidi" w:cstheme="majorBidi"/>
          <w:sz w:val="24"/>
          <w:szCs w:val="24"/>
        </w:rPr>
        <w:t xml:space="preserve">The master’s research plan, including the anonymous questionnaire procedure, was reviewed and approved by the Research Plan Discussion Committee before survey administration under the Faculty’s master’s research-plan approval process. Signed and stamped Dean’s letters subsequently requested institutional cooperation and site access; copies are supplied separately for confidential editorial verification. The letters document institutional authorization and do not replace participant informed consent. The Committee is reported by its institutional name and is not </w:t>
      </w:r>
      <w:r w:rsidR="005C7141">
        <w:rPr>
          <w:rFonts w:asciiTheme="majorBidi" w:hAnsiTheme="majorBidi" w:cstheme="majorBidi"/>
          <w:sz w:val="24"/>
          <w:szCs w:val="24"/>
        </w:rPr>
        <w:t>relabeled</w:t>
      </w:r>
      <w:r w:rsidRPr="007631E6">
        <w:rPr>
          <w:rFonts w:asciiTheme="majorBidi" w:hAnsiTheme="majorBidi" w:cstheme="majorBidi"/>
          <w:sz w:val="24"/>
          <w:szCs w:val="24"/>
        </w:rPr>
        <w:t xml:space="preserve"> as an IRB.</w:t>
      </w:r>
    </w:p>
    <w:sectPr w:rsidR="000260E1" w:rsidRPr="007631E6">
      <w:pgSz w:w="11906" w:h="16838"/>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3A298" w14:textId="77777777" w:rsidR="001975C4" w:rsidRDefault="001975C4">
      <w:pPr>
        <w:spacing w:after="0" w:line="240" w:lineRule="auto"/>
      </w:pPr>
      <w:r>
        <w:separator/>
      </w:r>
    </w:p>
  </w:endnote>
  <w:endnote w:type="continuationSeparator" w:id="0">
    <w:p w14:paraId="07740360" w14:textId="77777777" w:rsidR="001975C4" w:rsidRDefault="00197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FD836" w14:textId="77777777" w:rsidR="001975C4" w:rsidRDefault="001975C4">
      <w:pPr>
        <w:spacing w:after="0" w:line="240" w:lineRule="auto"/>
      </w:pPr>
      <w:r>
        <w:separator/>
      </w:r>
    </w:p>
  </w:footnote>
  <w:footnote w:type="continuationSeparator" w:id="0">
    <w:p w14:paraId="68F63263" w14:textId="77777777" w:rsidR="001975C4" w:rsidRDefault="001975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1731380">
    <w:abstractNumId w:val="8"/>
  </w:num>
  <w:num w:numId="2" w16cid:durableId="449472666">
    <w:abstractNumId w:val="6"/>
  </w:num>
  <w:num w:numId="3" w16cid:durableId="1634751441">
    <w:abstractNumId w:val="5"/>
  </w:num>
  <w:num w:numId="4" w16cid:durableId="163085731">
    <w:abstractNumId w:val="4"/>
  </w:num>
  <w:num w:numId="5" w16cid:durableId="48654434">
    <w:abstractNumId w:val="7"/>
  </w:num>
  <w:num w:numId="6" w16cid:durableId="190188961">
    <w:abstractNumId w:val="3"/>
  </w:num>
  <w:num w:numId="7" w16cid:durableId="1858612721">
    <w:abstractNumId w:val="2"/>
  </w:num>
  <w:num w:numId="8" w16cid:durableId="825245438">
    <w:abstractNumId w:val="1"/>
  </w:num>
  <w:num w:numId="9" w16cid:durableId="38345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272"/>
    <w:rsid w:val="000260E1"/>
    <w:rsid w:val="00034616"/>
    <w:rsid w:val="0006063C"/>
    <w:rsid w:val="00134E32"/>
    <w:rsid w:val="0015074B"/>
    <w:rsid w:val="001764DE"/>
    <w:rsid w:val="00192334"/>
    <w:rsid w:val="001975C4"/>
    <w:rsid w:val="0029639D"/>
    <w:rsid w:val="00326F90"/>
    <w:rsid w:val="00486161"/>
    <w:rsid w:val="005C7141"/>
    <w:rsid w:val="006F19B3"/>
    <w:rsid w:val="007631E6"/>
    <w:rsid w:val="00770EC4"/>
    <w:rsid w:val="007E7484"/>
    <w:rsid w:val="008C642C"/>
    <w:rsid w:val="009A29EF"/>
    <w:rsid w:val="00AA1D8D"/>
    <w:rsid w:val="00B47730"/>
    <w:rsid w:val="00BA07A6"/>
    <w:rsid w:val="00CB0664"/>
    <w:rsid w:val="00DA00DC"/>
    <w:rsid w:val="00E9757A"/>
    <w:rsid w:val="00F504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E5242B"/>
  <w14:defaultImageDpi w14:val="330"/>
  <w15:docId w15:val="{3579A449-69DE-4416-82CB-62418A7A3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F559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0"/>
    </w:pPr>
    <w:rPr>
      <w:rFonts w:ascii="Arial" w:hAnsi="Arial"/>
      <w:sz w:val="14"/>
    </w:rPr>
  </w:style>
  <w:style w:type="character" w:styleId="Hyperlink">
    <w:name w:val="Hyperlink"/>
    <w:basedOn w:val="DefaultParagraphFont"/>
    <w:uiPriority w:val="99"/>
    <w:unhideWhenUsed/>
    <w:rsid w:val="007E7484"/>
    <w:rPr>
      <w:color w:val="0000FF" w:themeColor="hyperlink"/>
      <w:u w:val="single"/>
    </w:rPr>
  </w:style>
  <w:style w:type="character" w:styleId="UnresolvedMention">
    <w:name w:val="Unresolved Mention"/>
    <w:basedOn w:val="DefaultParagraphFont"/>
    <w:uiPriority w:val="99"/>
    <w:semiHidden/>
    <w:unhideWhenUsed/>
    <w:rsid w:val="007E7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eem.alazazi@taiz.edu.ye" TargetMode="External"/><Relationship Id="rId3" Type="http://schemas.openxmlformats.org/officeDocument/2006/relationships/settings" Target="settings.xml"/><Relationship Id="rId7" Type="http://schemas.openxmlformats.org/officeDocument/2006/relationships/hyperlink" Target="mailto:ghghss343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281/zenodo.22305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3603</Words>
  <Characters>20542</Characters>
  <Application>Microsoft Office Word</Application>
  <DocSecurity>0</DocSecurity>
  <Lines>171</Lines>
  <Paragraphs>48</Paragraphs>
  <ScaleCrop>false</ScaleCrop>
  <Manager/>
  <Company/>
  <LinksUpToDate>false</LinksUpToDate>
  <CharactersWithSpaces>24097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سليم احمد</cp:lastModifiedBy>
  <cp:revision>5</cp:revision>
  <dcterms:created xsi:type="dcterms:W3CDTF">2026-09-04T15:05:00Z</dcterms:created>
  <dcterms:modified xsi:type="dcterms:W3CDTF">2026-09-04T16:40:00Z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93f6696b-647c-469f-b97d-21e46beea0ae</vt:lpwstr>
  </property>
</Properties>
</file>