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C7" w:rsidRPr="00BD73E0" w:rsidRDefault="00BD73E0" w:rsidP="00BD73E0">
      <w:pPr>
        <w:jc w:val="both"/>
        <w:rPr>
          <w:rFonts w:ascii="Times New Roman" w:hAnsi="Times New Roman" w:cs="Times New Roman"/>
          <w:sz w:val="24"/>
          <w:szCs w:val="24"/>
        </w:rPr>
      </w:pPr>
      <w:r w:rsidRPr="00BD73E0">
        <w:rPr>
          <w:rFonts w:ascii="Times New Roman" w:hAnsi="Times New Roman" w:cs="Times New Roman"/>
          <w:sz w:val="24"/>
          <w:szCs w:val="24"/>
        </w:rPr>
        <w:t>Supplementary Table S2. Exercise parameters excluded from LLM-generated programmes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26"/>
        <w:gridCol w:w="2927"/>
        <w:gridCol w:w="2927"/>
      </w:tblGrid>
      <w:tr w:rsidR="00BD73E0" w:rsidRPr="00BD73E0" w:rsidTr="00BD73E0">
        <w:tc>
          <w:tcPr>
            <w:tcW w:w="2926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Phase</w:t>
            </w: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ChatGPT-</w:t>
            </w: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4o</w:t>
            </w: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DeepSeek-R1</w:t>
            </w:r>
          </w:p>
        </w:tc>
      </w:tr>
      <w:tr w:rsidR="00BD73E0" w:rsidRPr="00BD73E0" w:rsidTr="00BD73E0">
        <w:tc>
          <w:tcPr>
            <w:tcW w:w="2926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Plyometric wall push-ups</w:t>
            </w: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E0" w:rsidRPr="00BD73E0" w:rsidTr="00BD73E0">
        <w:tc>
          <w:tcPr>
            <w:tcW w:w="2926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Phase 2</w:t>
            </w: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Push-up with clap</w:t>
            </w:r>
          </w:p>
        </w:tc>
      </w:tr>
      <w:tr w:rsidR="00BD73E0" w:rsidRPr="00BD73E0" w:rsidTr="00BD73E0">
        <w:tc>
          <w:tcPr>
            <w:tcW w:w="2926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Phase 3</w:t>
            </w: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:rsidR="00BD73E0" w:rsidRPr="00BD73E0" w:rsidRDefault="00BD73E0" w:rsidP="00BD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3E0">
              <w:rPr>
                <w:rFonts w:ascii="Times New Roman" w:hAnsi="Times New Roman" w:cs="Times New Roman"/>
                <w:sz w:val="24"/>
                <w:szCs w:val="24"/>
              </w:rPr>
              <w:t>Overhead plyometric ball throws against wall</w:t>
            </w:r>
          </w:p>
        </w:tc>
      </w:tr>
    </w:tbl>
    <w:p w:rsidR="00BD73E0" w:rsidRPr="00BD73E0" w:rsidRDefault="00BD73E0" w:rsidP="00BD73E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D73E0" w:rsidRPr="00BD73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F3DC7"/>
    <w:rsid w:val="00AA1D8D"/>
    <w:rsid w:val="00B47730"/>
    <w:rsid w:val="00BD73E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28406"/>
  <w14:defaultImageDpi w14:val="300"/>
  <w15:docId w15:val="{00B78D0B-CEC4-4307-8F1E-74F743EA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D15DDB-4660-4575-B50B-B0EE1C47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sdas</cp:lastModifiedBy>
  <cp:revision>3</cp:revision>
  <dcterms:created xsi:type="dcterms:W3CDTF">2013-12-23T23:15:00Z</dcterms:created>
  <dcterms:modified xsi:type="dcterms:W3CDTF">2025-11-30T21:15:00Z</dcterms:modified>
  <cp:category/>
</cp:coreProperties>
</file>