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7D7A9" w14:textId="3A6F5A5F" w:rsidR="002B4197" w:rsidRPr="005E2F5A" w:rsidRDefault="00000000" w:rsidP="00FA321D">
      <w:pPr>
        <w:pStyle w:val="Heading1"/>
        <w:spacing w:before="0" w:line="240" w:lineRule="auto"/>
        <w:jc w:val="both"/>
        <w:rPr>
          <w:rFonts w:ascii="Times New Roman" w:hAnsi="Times New Roman" w:cs="Times New Roman"/>
          <w:b w:val="0"/>
          <w:bCs w:val="0"/>
          <w:sz w:val="24"/>
          <w:szCs w:val="24"/>
        </w:rPr>
      </w:pPr>
      <w:r w:rsidRPr="005E2F5A">
        <w:rPr>
          <w:rFonts w:ascii="Times New Roman" w:hAnsi="Times New Roman" w:cs="Times New Roman"/>
          <w:b w:val="0"/>
          <w:bCs w:val="0"/>
          <w:color w:val="auto"/>
          <w:sz w:val="24"/>
          <w:szCs w:val="24"/>
        </w:rPr>
        <w:t>Supplementary Information</w:t>
      </w:r>
      <w:r w:rsidR="00ED3905" w:rsidRPr="005E2F5A">
        <w:rPr>
          <w:rFonts w:ascii="Times New Roman" w:hAnsi="Times New Roman" w:cs="Times New Roman"/>
          <w:b w:val="0"/>
          <w:bCs w:val="0"/>
          <w:color w:val="auto"/>
          <w:sz w:val="24"/>
          <w:szCs w:val="24"/>
        </w:rPr>
        <w:t xml:space="preserve"> </w:t>
      </w:r>
      <w:r w:rsidRPr="005E2F5A">
        <w:rPr>
          <w:rFonts w:ascii="Times New Roman" w:hAnsi="Times New Roman" w:cs="Times New Roman"/>
          <w:b w:val="0"/>
          <w:bCs w:val="0"/>
          <w:color w:val="auto"/>
          <w:sz w:val="24"/>
          <w:szCs w:val="24"/>
        </w:rPr>
        <w:t>for</w:t>
      </w:r>
    </w:p>
    <w:p w14:paraId="02C946AA" w14:textId="77777777" w:rsidR="002B4197" w:rsidRPr="005E2F5A" w:rsidRDefault="00000000" w:rsidP="00FA321D">
      <w:pPr>
        <w:pStyle w:val="Heading2"/>
        <w:spacing w:before="0" w:line="240" w:lineRule="auto"/>
        <w:jc w:val="both"/>
        <w:rPr>
          <w:rFonts w:ascii="Times New Roman" w:hAnsi="Times New Roman" w:cs="Times New Roman"/>
          <w:color w:val="auto"/>
          <w:sz w:val="28"/>
          <w:szCs w:val="28"/>
        </w:rPr>
      </w:pPr>
      <w:r w:rsidRPr="005E2F5A">
        <w:rPr>
          <w:rFonts w:ascii="Times New Roman" w:hAnsi="Times New Roman" w:cs="Times New Roman"/>
          <w:color w:val="auto"/>
          <w:sz w:val="28"/>
          <w:szCs w:val="28"/>
        </w:rPr>
        <w:t>From Bias to Business Insight: Evaluating Machine Learning Approaches for Fair and Explainable Health Insurance Underwriting</w:t>
      </w:r>
    </w:p>
    <w:p w14:paraId="7D2D86CB" w14:textId="77777777" w:rsidR="00535394" w:rsidRPr="005E2F5A" w:rsidRDefault="00535394" w:rsidP="00FA321D">
      <w:pPr>
        <w:spacing w:after="0" w:line="240" w:lineRule="auto"/>
        <w:jc w:val="both"/>
        <w:rPr>
          <w:rFonts w:ascii="Times New Roman" w:hAnsi="Times New Roman" w:cs="Times New Roman"/>
          <w:sz w:val="24"/>
          <w:szCs w:val="24"/>
        </w:rPr>
      </w:pPr>
    </w:p>
    <w:p w14:paraId="7EA89A2E" w14:textId="0877A6B4" w:rsidR="002B4197" w:rsidRPr="005E2F5A" w:rsidRDefault="00000000"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rPr>
        <w:t>This Supplementary Information supports the findings presented in the main manuscript. It provides additional robustness checks, extended tables, and detailed plots that complement the results in the main article. The material is organized into extended tables (S1–S</w:t>
      </w:r>
      <w:r w:rsidR="00535394" w:rsidRPr="005E2F5A">
        <w:rPr>
          <w:rFonts w:ascii="Times New Roman" w:hAnsi="Times New Roman" w:cs="Times New Roman"/>
          <w:sz w:val="24"/>
          <w:szCs w:val="24"/>
        </w:rPr>
        <w:t>2</w:t>
      </w:r>
      <w:r w:rsidRPr="005E2F5A">
        <w:rPr>
          <w:rFonts w:ascii="Times New Roman" w:hAnsi="Times New Roman" w:cs="Times New Roman"/>
          <w:sz w:val="24"/>
          <w:szCs w:val="24"/>
        </w:rPr>
        <w:t>5)</w:t>
      </w:r>
      <w:r w:rsidR="00535394" w:rsidRPr="005E2F5A">
        <w:rPr>
          <w:rFonts w:ascii="Times New Roman" w:hAnsi="Times New Roman" w:cs="Times New Roman"/>
          <w:sz w:val="24"/>
          <w:szCs w:val="24"/>
        </w:rPr>
        <w:t>,</w:t>
      </w:r>
      <w:r w:rsidRPr="005E2F5A">
        <w:rPr>
          <w:rFonts w:ascii="Times New Roman" w:hAnsi="Times New Roman" w:cs="Times New Roman"/>
          <w:sz w:val="24"/>
          <w:szCs w:val="24"/>
        </w:rPr>
        <w:t xml:space="preserve"> referenced where appropriate in the manuscript.</w:t>
      </w:r>
    </w:p>
    <w:p w14:paraId="252FE049" w14:textId="77777777" w:rsidR="002B4197" w:rsidRPr="005E2F5A" w:rsidRDefault="00000000" w:rsidP="00FA321D">
      <w:pPr>
        <w:spacing w:after="0" w:line="240" w:lineRule="auto"/>
        <w:rPr>
          <w:rFonts w:ascii="Times New Roman" w:hAnsi="Times New Roman" w:cs="Times New Roman"/>
        </w:rPr>
      </w:pPr>
      <w:r w:rsidRPr="005E2F5A">
        <w:rPr>
          <w:rFonts w:ascii="Times New Roman" w:hAnsi="Times New Roman" w:cs="Times New Roman"/>
        </w:rPr>
        <w:br w:type="page"/>
      </w:r>
    </w:p>
    <w:p w14:paraId="38BC0798" w14:textId="77777777" w:rsidR="002B4197" w:rsidRPr="005E2F5A" w:rsidRDefault="00000000" w:rsidP="00FA321D">
      <w:pPr>
        <w:pStyle w:val="Heading1"/>
        <w:spacing w:before="0" w:line="240" w:lineRule="auto"/>
        <w:jc w:val="both"/>
        <w:rPr>
          <w:rFonts w:ascii="Times New Roman" w:hAnsi="Times New Roman" w:cs="Times New Roman"/>
          <w:b w:val="0"/>
          <w:bCs w:val="0"/>
          <w:sz w:val="24"/>
          <w:szCs w:val="24"/>
        </w:rPr>
      </w:pPr>
      <w:r w:rsidRPr="005E2F5A">
        <w:rPr>
          <w:rFonts w:ascii="Times New Roman" w:hAnsi="Times New Roman" w:cs="Times New Roman"/>
          <w:b w:val="0"/>
          <w:bCs w:val="0"/>
          <w:sz w:val="24"/>
          <w:szCs w:val="24"/>
        </w:rPr>
        <w:lastRenderedPageBreak/>
        <w:t>Table of Contents</w:t>
      </w:r>
    </w:p>
    <w:p w14:paraId="207C191A" w14:textId="77815884" w:rsidR="002B4197" w:rsidRDefault="00000000"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rPr>
        <w:t xml:space="preserve">Table S1. </w:t>
      </w:r>
      <w:r w:rsidR="00331DE8" w:rsidRPr="005E2F5A">
        <w:rPr>
          <w:rFonts w:ascii="Times New Roman" w:hAnsi="Times New Roman" w:cs="Times New Roman"/>
          <w:sz w:val="24"/>
          <w:szCs w:val="24"/>
        </w:rPr>
        <w:t>Data Dictionary</w:t>
      </w:r>
      <w:r w:rsidR="00E50BA2">
        <w:rPr>
          <w:rFonts w:ascii="Times New Roman" w:hAnsi="Times New Roman" w:cs="Times New Roman"/>
          <w:sz w:val="24"/>
          <w:szCs w:val="24"/>
        </w:rPr>
        <w:t>.</w:t>
      </w:r>
    </w:p>
    <w:p w14:paraId="0CE0DC5E" w14:textId="77777777" w:rsidR="00FA321D" w:rsidRPr="005E2F5A" w:rsidRDefault="00FA321D" w:rsidP="00FA321D">
      <w:pPr>
        <w:spacing w:after="0" w:line="240" w:lineRule="auto"/>
        <w:jc w:val="both"/>
        <w:rPr>
          <w:rFonts w:ascii="Times New Roman" w:hAnsi="Times New Roman" w:cs="Times New Roman"/>
          <w:sz w:val="24"/>
          <w:szCs w:val="24"/>
        </w:rPr>
      </w:pPr>
    </w:p>
    <w:p w14:paraId="18826B58" w14:textId="2972B075" w:rsidR="00132586" w:rsidRDefault="00132586" w:rsidP="00FA321D">
      <w:pPr>
        <w:spacing w:after="0" w:line="240" w:lineRule="auto"/>
        <w:jc w:val="both"/>
        <w:rPr>
          <w:rFonts w:ascii="Times New Roman" w:hAnsi="Times New Roman" w:cs="Times New Roman"/>
          <w:sz w:val="24"/>
          <w:szCs w:val="24"/>
          <w:lang w:val="en-IN"/>
        </w:rPr>
      </w:pPr>
      <w:r w:rsidRPr="00132586">
        <w:rPr>
          <w:rFonts w:ascii="Times New Roman" w:hAnsi="Times New Roman" w:cs="Times New Roman"/>
          <w:sz w:val="24"/>
          <w:szCs w:val="24"/>
          <w:lang w:val="en-IN"/>
        </w:rPr>
        <w:t>Table S2. Sensitivity analysis across probability thresholds</w:t>
      </w:r>
      <w:r w:rsidR="00FA321D">
        <w:rPr>
          <w:rFonts w:ascii="Times New Roman" w:hAnsi="Times New Roman" w:cs="Times New Roman"/>
          <w:sz w:val="24"/>
          <w:szCs w:val="24"/>
          <w:lang w:val="en-IN"/>
        </w:rPr>
        <w:t>.</w:t>
      </w:r>
    </w:p>
    <w:p w14:paraId="7A61BD0A" w14:textId="77777777" w:rsidR="00FA321D" w:rsidRPr="00132586" w:rsidRDefault="00FA321D" w:rsidP="00FA321D">
      <w:pPr>
        <w:spacing w:after="0" w:line="240" w:lineRule="auto"/>
        <w:jc w:val="both"/>
        <w:rPr>
          <w:rFonts w:ascii="Times New Roman" w:hAnsi="Times New Roman" w:cs="Times New Roman"/>
          <w:sz w:val="24"/>
          <w:szCs w:val="24"/>
          <w:lang w:val="en-IN"/>
        </w:rPr>
      </w:pPr>
    </w:p>
    <w:p w14:paraId="5BFD7900" w14:textId="19DFC1EB" w:rsidR="00E50BA2" w:rsidRDefault="00E50BA2" w:rsidP="00FA32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Table S</w:t>
      </w:r>
      <w:r w:rsidR="0096040D">
        <w:rPr>
          <w:rFonts w:ascii="Times New Roman" w:hAnsi="Times New Roman" w:cs="Times New Roman"/>
          <w:sz w:val="24"/>
          <w:szCs w:val="24"/>
        </w:rPr>
        <w:t>3</w:t>
      </w:r>
      <w:r>
        <w:rPr>
          <w:rFonts w:ascii="Times New Roman" w:hAnsi="Times New Roman" w:cs="Times New Roman"/>
          <w:sz w:val="24"/>
          <w:szCs w:val="24"/>
        </w:rPr>
        <w:t xml:space="preserve">. </w:t>
      </w:r>
      <w:r w:rsidRPr="00E50BA2">
        <w:rPr>
          <w:rFonts w:ascii="Times New Roman" w:hAnsi="Times New Roman" w:cs="Times New Roman"/>
          <w:sz w:val="24"/>
          <w:szCs w:val="24"/>
        </w:rPr>
        <w:t>Fairness diagnostics by age and BMI subgroups on the test set</w:t>
      </w:r>
      <w:r>
        <w:rPr>
          <w:rFonts w:ascii="Times New Roman" w:hAnsi="Times New Roman" w:cs="Times New Roman"/>
          <w:sz w:val="24"/>
          <w:szCs w:val="24"/>
        </w:rPr>
        <w:t>.</w:t>
      </w:r>
    </w:p>
    <w:p w14:paraId="583D6F08" w14:textId="77777777" w:rsidR="0096040D" w:rsidRDefault="0096040D" w:rsidP="00FA321D">
      <w:pPr>
        <w:spacing w:after="0" w:line="240" w:lineRule="auto"/>
        <w:jc w:val="both"/>
        <w:rPr>
          <w:rFonts w:ascii="Times New Roman" w:hAnsi="Times New Roman" w:cs="Times New Roman"/>
          <w:sz w:val="24"/>
          <w:szCs w:val="24"/>
        </w:rPr>
      </w:pPr>
    </w:p>
    <w:p w14:paraId="69AFA816" w14:textId="1D653480" w:rsidR="0096040D" w:rsidRPr="0096040D" w:rsidRDefault="0096040D" w:rsidP="0096040D">
      <w:pPr>
        <w:spacing w:after="0" w:line="240" w:lineRule="auto"/>
        <w:jc w:val="both"/>
        <w:rPr>
          <w:rFonts w:ascii="Times New Roman" w:hAnsi="Times New Roman" w:cs="Times New Roman"/>
          <w:sz w:val="24"/>
          <w:szCs w:val="24"/>
          <w:lang w:val="en-IN"/>
        </w:rPr>
      </w:pPr>
      <w:r w:rsidRPr="0096040D">
        <w:rPr>
          <w:rFonts w:ascii="Times New Roman" w:hAnsi="Times New Roman" w:cs="Times New Roman"/>
          <w:sz w:val="24"/>
          <w:szCs w:val="24"/>
        </w:rPr>
        <w:t>Table S</w:t>
      </w:r>
      <w:r>
        <w:rPr>
          <w:rFonts w:ascii="Times New Roman" w:hAnsi="Times New Roman" w:cs="Times New Roman"/>
          <w:sz w:val="24"/>
          <w:szCs w:val="24"/>
        </w:rPr>
        <w:t>4</w:t>
      </w:r>
      <w:r w:rsidRPr="0096040D">
        <w:rPr>
          <w:rFonts w:ascii="Times New Roman" w:hAnsi="Times New Roman" w:cs="Times New Roman"/>
          <w:sz w:val="24"/>
          <w:szCs w:val="24"/>
        </w:rPr>
        <w:t xml:space="preserve">. </w:t>
      </w:r>
      <w:r w:rsidRPr="0096040D">
        <w:rPr>
          <w:rFonts w:ascii="Times New Roman" w:hAnsi="Times New Roman" w:cs="Times New Roman"/>
          <w:sz w:val="24"/>
          <w:szCs w:val="24"/>
          <w:lang w:val="en-IN"/>
        </w:rPr>
        <w:t>Comparative Analysis of t-SNE Plots.</w:t>
      </w:r>
    </w:p>
    <w:p w14:paraId="0967641B" w14:textId="77777777" w:rsidR="00FA321D" w:rsidRDefault="00FA321D" w:rsidP="00FA321D">
      <w:pPr>
        <w:spacing w:after="0" w:line="240" w:lineRule="auto"/>
        <w:jc w:val="both"/>
        <w:rPr>
          <w:rFonts w:ascii="Times New Roman" w:hAnsi="Times New Roman" w:cs="Times New Roman"/>
          <w:sz w:val="24"/>
          <w:szCs w:val="24"/>
        </w:rPr>
      </w:pPr>
    </w:p>
    <w:p w14:paraId="1B26402A" w14:textId="2C5EAD7D" w:rsidR="00444590" w:rsidRDefault="00444590"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rPr>
        <w:t>Table S</w:t>
      </w:r>
      <w:r w:rsidR="0096040D">
        <w:rPr>
          <w:rFonts w:ascii="Times New Roman" w:hAnsi="Times New Roman" w:cs="Times New Roman"/>
          <w:sz w:val="24"/>
          <w:szCs w:val="24"/>
        </w:rPr>
        <w:t>5</w:t>
      </w:r>
      <w:r w:rsidRPr="005E2F5A">
        <w:rPr>
          <w:rFonts w:ascii="Times New Roman" w:hAnsi="Times New Roman" w:cs="Times New Roman"/>
          <w:sz w:val="24"/>
          <w:szCs w:val="24"/>
        </w:rPr>
        <w:t>. Random Forest Confusion Matrix and Overall Model Statistic [Eight Classes]</w:t>
      </w:r>
      <w:r w:rsidR="00E50BA2">
        <w:rPr>
          <w:rFonts w:ascii="Times New Roman" w:hAnsi="Times New Roman" w:cs="Times New Roman"/>
          <w:sz w:val="24"/>
          <w:szCs w:val="24"/>
        </w:rPr>
        <w:t>.</w:t>
      </w:r>
      <w:r w:rsidRPr="005E2F5A">
        <w:rPr>
          <w:rFonts w:ascii="Times New Roman" w:hAnsi="Times New Roman" w:cs="Times New Roman"/>
          <w:sz w:val="24"/>
          <w:szCs w:val="24"/>
        </w:rPr>
        <w:t xml:space="preserve"> </w:t>
      </w:r>
    </w:p>
    <w:p w14:paraId="53992529" w14:textId="77777777" w:rsidR="00FA321D" w:rsidRPr="005E2F5A" w:rsidRDefault="00FA321D" w:rsidP="00FA321D">
      <w:pPr>
        <w:spacing w:after="0" w:line="240" w:lineRule="auto"/>
        <w:jc w:val="both"/>
        <w:rPr>
          <w:rFonts w:ascii="Times New Roman" w:hAnsi="Times New Roman" w:cs="Times New Roman"/>
          <w:sz w:val="24"/>
          <w:szCs w:val="24"/>
        </w:rPr>
      </w:pPr>
    </w:p>
    <w:p w14:paraId="0C758996" w14:textId="713E6724" w:rsidR="00444590" w:rsidRDefault="00444590"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rPr>
        <w:t>Table S</w:t>
      </w:r>
      <w:r w:rsidR="0096040D">
        <w:rPr>
          <w:rFonts w:ascii="Times New Roman" w:hAnsi="Times New Roman" w:cs="Times New Roman"/>
          <w:sz w:val="24"/>
          <w:szCs w:val="24"/>
        </w:rPr>
        <w:t>6</w:t>
      </w:r>
      <w:r w:rsidRPr="005E2F5A">
        <w:rPr>
          <w:rFonts w:ascii="Times New Roman" w:hAnsi="Times New Roman" w:cs="Times New Roman"/>
          <w:sz w:val="24"/>
          <w:szCs w:val="24"/>
        </w:rPr>
        <w:t>. Random Forest Testing Model Statistic by Class of Test Model [Eight Classes]</w:t>
      </w:r>
      <w:r w:rsidR="00E50BA2">
        <w:rPr>
          <w:rFonts w:ascii="Times New Roman" w:hAnsi="Times New Roman" w:cs="Times New Roman"/>
          <w:sz w:val="24"/>
          <w:szCs w:val="24"/>
        </w:rPr>
        <w:t>.</w:t>
      </w:r>
    </w:p>
    <w:p w14:paraId="0FBFE314" w14:textId="77777777" w:rsidR="00FA321D" w:rsidRPr="005E2F5A" w:rsidRDefault="00FA321D" w:rsidP="00FA321D">
      <w:pPr>
        <w:spacing w:after="0" w:line="240" w:lineRule="auto"/>
        <w:jc w:val="both"/>
        <w:rPr>
          <w:rFonts w:ascii="Times New Roman" w:hAnsi="Times New Roman" w:cs="Times New Roman"/>
          <w:sz w:val="24"/>
          <w:szCs w:val="24"/>
        </w:rPr>
      </w:pPr>
    </w:p>
    <w:p w14:paraId="606C6500" w14:textId="7D55F3F0" w:rsidR="00B84128" w:rsidRDefault="00B84128"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w:t>
      </w:r>
      <w:r w:rsidR="0096040D">
        <w:rPr>
          <w:rFonts w:ascii="Times New Roman" w:hAnsi="Times New Roman" w:cs="Times New Roman"/>
          <w:sz w:val="24"/>
          <w:szCs w:val="24"/>
          <w:lang w:val="en-GB"/>
        </w:rPr>
        <w:t>7</w:t>
      </w:r>
      <w:r w:rsidRPr="005E2F5A">
        <w:rPr>
          <w:rFonts w:ascii="Times New Roman" w:hAnsi="Times New Roman" w:cs="Times New Roman"/>
          <w:sz w:val="24"/>
          <w:szCs w:val="24"/>
          <w:lang w:val="en-GB"/>
        </w:rPr>
        <w:t>. Random Forest Testing Model Confusion Matrix and Overall Statistic [Three Classes</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29B16DE3" w14:textId="77777777" w:rsidR="00FA321D" w:rsidRPr="005E2F5A" w:rsidRDefault="00FA321D" w:rsidP="00FA321D">
      <w:pPr>
        <w:spacing w:after="0" w:line="240" w:lineRule="auto"/>
        <w:jc w:val="both"/>
        <w:rPr>
          <w:rFonts w:ascii="Times New Roman" w:hAnsi="Times New Roman" w:cs="Times New Roman"/>
          <w:sz w:val="24"/>
          <w:szCs w:val="24"/>
          <w:lang w:val="en-GB"/>
        </w:rPr>
      </w:pPr>
    </w:p>
    <w:p w14:paraId="58A54AD8" w14:textId="67D4A935" w:rsidR="00B84128" w:rsidRDefault="00B84128" w:rsidP="00FA321D">
      <w:pPr>
        <w:spacing w:after="0" w:line="240" w:lineRule="auto"/>
        <w:jc w:val="both"/>
        <w:rPr>
          <w:rFonts w:ascii="Times New Roman" w:hAnsi="Times New Roman" w:cs="Times New Roman"/>
          <w:sz w:val="24"/>
          <w:szCs w:val="24"/>
          <w:lang w:val="en-GB"/>
        </w:rPr>
      </w:pPr>
      <w:r w:rsidRPr="005E2F5A">
        <w:rPr>
          <w:rFonts w:ascii="Times New Roman" w:hAnsi="Times New Roman" w:cs="Times New Roman"/>
          <w:sz w:val="24"/>
          <w:szCs w:val="24"/>
          <w:lang w:val="en-GB"/>
        </w:rPr>
        <w:t>Table S</w:t>
      </w:r>
      <w:r w:rsidR="0096040D">
        <w:rPr>
          <w:rFonts w:ascii="Times New Roman" w:hAnsi="Times New Roman" w:cs="Times New Roman"/>
          <w:sz w:val="24"/>
          <w:szCs w:val="24"/>
          <w:lang w:val="en-GB"/>
        </w:rPr>
        <w:t>8</w:t>
      </w:r>
      <w:r w:rsidR="00B90E12"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GB"/>
        </w:rPr>
        <w:t>Random Forest Testing Model Statistic by Class of Test Model [Three Classes].</w:t>
      </w:r>
    </w:p>
    <w:p w14:paraId="79E3DF26" w14:textId="77777777" w:rsidR="00FA321D" w:rsidRPr="005E2F5A" w:rsidRDefault="00FA321D" w:rsidP="00FA321D">
      <w:pPr>
        <w:spacing w:after="0" w:line="240" w:lineRule="auto"/>
        <w:jc w:val="both"/>
        <w:rPr>
          <w:rFonts w:ascii="Times New Roman" w:hAnsi="Times New Roman" w:cs="Times New Roman"/>
          <w:sz w:val="24"/>
          <w:szCs w:val="24"/>
        </w:rPr>
      </w:pPr>
    </w:p>
    <w:p w14:paraId="03501990" w14:textId="2B06FAA2" w:rsidR="00B84128" w:rsidRDefault="00B84128" w:rsidP="00FA321D">
      <w:pPr>
        <w:spacing w:after="0" w:line="240" w:lineRule="auto"/>
        <w:jc w:val="both"/>
        <w:rPr>
          <w:rFonts w:ascii="Times New Roman" w:hAnsi="Times New Roman" w:cs="Times New Roman"/>
          <w:sz w:val="24"/>
          <w:szCs w:val="24"/>
          <w:lang w:val="en-GB"/>
        </w:rPr>
      </w:pPr>
      <w:r w:rsidRPr="005E2F5A">
        <w:rPr>
          <w:rFonts w:ascii="Times New Roman" w:hAnsi="Times New Roman" w:cs="Times New Roman"/>
          <w:sz w:val="24"/>
          <w:szCs w:val="24"/>
          <w:lang w:val="en-GB"/>
        </w:rPr>
        <w:t>Table S</w:t>
      </w:r>
      <w:r w:rsidR="0096040D">
        <w:rPr>
          <w:rFonts w:ascii="Times New Roman" w:hAnsi="Times New Roman" w:cs="Times New Roman"/>
          <w:sz w:val="24"/>
          <w:szCs w:val="24"/>
          <w:lang w:val="en-GB"/>
        </w:rPr>
        <w:t>9</w:t>
      </w:r>
      <w:r w:rsidRPr="005E2F5A">
        <w:rPr>
          <w:rFonts w:ascii="Times New Roman" w:hAnsi="Times New Roman" w:cs="Times New Roman"/>
          <w:sz w:val="24"/>
          <w:szCs w:val="24"/>
          <w:lang w:val="en-GB"/>
        </w:rPr>
        <w:t>. Random Forest Testing Model Overall Statistic [Three Classes</w:t>
      </w:r>
      <w:r w:rsidR="00E50BA2">
        <w:rPr>
          <w:rFonts w:ascii="Times New Roman" w:hAnsi="Times New Roman" w:cs="Times New Roman"/>
          <w:sz w:val="24"/>
          <w:szCs w:val="24"/>
          <w:lang w:val="en-GB"/>
        </w:rPr>
        <w:t>]</w:t>
      </w:r>
      <w:r w:rsidR="00FA321D">
        <w:rPr>
          <w:rFonts w:ascii="Times New Roman" w:hAnsi="Times New Roman" w:cs="Times New Roman"/>
          <w:sz w:val="24"/>
          <w:szCs w:val="24"/>
          <w:lang w:val="en-GB"/>
        </w:rPr>
        <w:t>.</w:t>
      </w:r>
    </w:p>
    <w:p w14:paraId="133BDDD6" w14:textId="77777777" w:rsidR="00FA321D" w:rsidRPr="005E2F5A" w:rsidRDefault="00FA321D" w:rsidP="00FA321D">
      <w:pPr>
        <w:spacing w:after="0" w:line="240" w:lineRule="auto"/>
        <w:jc w:val="both"/>
        <w:rPr>
          <w:rFonts w:ascii="Times New Roman" w:hAnsi="Times New Roman" w:cs="Times New Roman"/>
          <w:sz w:val="24"/>
          <w:szCs w:val="24"/>
        </w:rPr>
      </w:pPr>
    </w:p>
    <w:p w14:paraId="4E44CDE1" w14:textId="6F9B6008" w:rsidR="00B90E12" w:rsidRDefault="00B90E1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rPr>
        <w:t>Table S</w:t>
      </w:r>
      <w:r w:rsidR="00B20975">
        <w:rPr>
          <w:rFonts w:ascii="Times New Roman" w:hAnsi="Times New Roman" w:cs="Times New Roman"/>
          <w:sz w:val="24"/>
          <w:szCs w:val="24"/>
        </w:rPr>
        <w:t>1</w:t>
      </w:r>
      <w:r w:rsidR="0096040D">
        <w:rPr>
          <w:rFonts w:ascii="Times New Roman" w:hAnsi="Times New Roman" w:cs="Times New Roman"/>
          <w:sz w:val="24"/>
          <w:szCs w:val="24"/>
        </w:rPr>
        <w:t>0</w:t>
      </w:r>
      <w:r w:rsidRPr="005E2F5A">
        <w:rPr>
          <w:rFonts w:ascii="Times New Roman" w:hAnsi="Times New Roman" w:cs="Times New Roman"/>
          <w:sz w:val="24"/>
          <w:szCs w:val="24"/>
        </w:rPr>
        <w:t>. Random Forest Testing Model Confusion Matrix [</w:t>
      </w:r>
      <w:r w:rsidR="00B20975">
        <w:rPr>
          <w:rFonts w:ascii="Times New Roman" w:hAnsi="Times New Roman" w:cs="Times New Roman"/>
          <w:sz w:val="24"/>
          <w:szCs w:val="24"/>
        </w:rPr>
        <w:t>Binary</w:t>
      </w:r>
      <w:r w:rsidR="00E50BA2">
        <w:rPr>
          <w:rFonts w:ascii="Times New Roman" w:hAnsi="Times New Roman" w:cs="Times New Roman"/>
          <w:sz w:val="24"/>
          <w:szCs w:val="24"/>
        </w:rPr>
        <w:t>].</w:t>
      </w:r>
    </w:p>
    <w:p w14:paraId="50A3364A" w14:textId="77777777" w:rsidR="00FA321D" w:rsidRPr="005E2F5A" w:rsidRDefault="00FA321D" w:rsidP="00FA321D">
      <w:pPr>
        <w:spacing w:after="0" w:line="240" w:lineRule="auto"/>
        <w:jc w:val="both"/>
        <w:rPr>
          <w:rFonts w:ascii="Times New Roman" w:hAnsi="Times New Roman" w:cs="Times New Roman"/>
          <w:sz w:val="24"/>
          <w:szCs w:val="24"/>
        </w:rPr>
      </w:pPr>
    </w:p>
    <w:p w14:paraId="409B00FD" w14:textId="7E14F418" w:rsidR="00B90E12" w:rsidRDefault="00B90E1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rPr>
        <w:t>Table S</w:t>
      </w:r>
      <w:r w:rsidR="00E50BA2">
        <w:rPr>
          <w:rFonts w:ascii="Times New Roman" w:hAnsi="Times New Roman" w:cs="Times New Roman"/>
          <w:sz w:val="24"/>
          <w:szCs w:val="24"/>
        </w:rPr>
        <w:t>1</w:t>
      </w:r>
      <w:r w:rsidR="0096040D">
        <w:rPr>
          <w:rFonts w:ascii="Times New Roman" w:hAnsi="Times New Roman" w:cs="Times New Roman"/>
          <w:sz w:val="24"/>
          <w:szCs w:val="24"/>
        </w:rPr>
        <w:t>1</w:t>
      </w:r>
      <w:r w:rsidRPr="005E2F5A">
        <w:rPr>
          <w:rFonts w:ascii="Times New Roman" w:hAnsi="Times New Roman" w:cs="Times New Roman"/>
          <w:sz w:val="24"/>
          <w:szCs w:val="24"/>
        </w:rPr>
        <w:t xml:space="preserve">. Random Forest Testing Model Overall Statistic </w:t>
      </w:r>
      <w:r w:rsidR="00E50BA2">
        <w:rPr>
          <w:rFonts w:ascii="Times New Roman" w:hAnsi="Times New Roman" w:cs="Times New Roman"/>
          <w:sz w:val="24"/>
          <w:szCs w:val="24"/>
        </w:rPr>
        <w:t>[</w:t>
      </w:r>
      <w:r w:rsidR="00B20975" w:rsidRPr="00B20975">
        <w:rPr>
          <w:rFonts w:ascii="Times New Roman" w:hAnsi="Times New Roman" w:cs="Times New Roman"/>
          <w:sz w:val="24"/>
          <w:szCs w:val="24"/>
        </w:rPr>
        <w:t>Binary</w:t>
      </w:r>
      <w:r w:rsidR="00E50BA2">
        <w:rPr>
          <w:rFonts w:ascii="Times New Roman" w:hAnsi="Times New Roman" w:cs="Times New Roman"/>
          <w:sz w:val="24"/>
          <w:szCs w:val="24"/>
        </w:rPr>
        <w:t>]</w:t>
      </w:r>
      <w:r w:rsidRPr="005E2F5A">
        <w:rPr>
          <w:rFonts w:ascii="Times New Roman" w:hAnsi="Times New Roman" w:cs="Times New Roman"/>
          <w:sz w:val="24"/>
          <w:szCs w:val="24"/>
        </w:rPr>
        <w:t>.</w:t>
      </w:r>
    </w:p>
    <w:p w14:paraId="192DA481" w14:textId="77777777" w:rsidR="00FA321D" w:rsidRPr="005E2F5A" w:rsidRDefault="00FA321D" w:rsidP="00FA321D">
      <w:pPr>
        <w:spacing w:after="0" w:line="240" w:lineRule="auto"/>
        <w:jc w:val="both"/>
        <w:rPr>
          <w:rFonts w:ascii="Times New Roman" w:hAnsi="Times New Roman" w:cs="Times New Roman"/>
          <w:sz w:val="24"/>
          <w:szCs w:val="24"/>
        </w:rPr>
      </w:pPr>
    </w:p>
    <w:p w14:paraId="00EF6A0F" w14:textId="6AD78A9D" w:rsidR="00B84128" w:rsidRDefault="00B84128"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S1</w:t>
      </w:r>
      <w:r w:rsidR="0096040D">
        <w:rPr>
          <w:rFonts w:ascii="Times New Roman" w:hAnsi="Times New Roman" w:cs="Times New Roman"/>
          <w:sz w:val="24"/>
          <w:szCs w:val="24"/>
          <w:lang w:val="en-GB"/>
        </w:rPr>
        <w:t>2</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XGboost</w:t>
      </w:r>
      <w:r w:rsidRPr="005E2F5A">
        <w:rPr>
          <w:rFonts w:ascii="Times New Roman" w:hAnsi="Times New Roman" w:cs="Times New Roman"/>
          <w:sz w:val="24"/>
          <w:szCs w:val="24"/>
          <w:lang w:val="en-GB"/>
        </w:rPr>
        <w:t xml:space="preserve"> Testing Model Confusion Matrix and Overall Statistic [Eight Classes]</w:t>
      </w:r>
      <w:r w:rsidRPr="005E2F5A">
        <w:rPr>
          <w:rFonts w:ascii="Times New Roman" w:hAnsi="Times New Roman" w:cs="Times New Roman"/>
          <w:sz w:val="24"/>
          <w:szCs w:val="24"/>
        </w:rPr>
        <w:t>.</w:t>
      </w:r>
    </w:p>
    <w:p w14:paraId="09D0C78A" w14:textId="77777777" w:rsidR="00FA321D" w:rsidRPr="005E2F5A" w:rsidRDefault="00FA321D" w:rsidP="00FA321D">
      <w:pPr>
        <w:spacing w:after="0" w:line="240" w:lineRule="auto"/>
        <w:jc w:val="both"/>
        <w:rPr>
          <w:rFonts w:ascii="Times New Roman" w:hAnsi="Times New Roman" w:cs="Times New Roman"/>
          <w:sz w:val="24"/>
          <w:szCs w:val="24"/>
        </w:rPr>
      </w:pPr>
    </w:p>
    <w:p w14:paraId="541B451B" w14:textId="595DAAB4" w:rsidR="00B84128" w:rsidRDefault="00B84128"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S1</w:t>
      </w:r>
      <w:r w:rsidR="0096040D">
        <w:rPr>
          <w:rFonts w:ascii="Times New Roman" w:hAnsi="Times New Roman" w:cs="Times New Roman"/>
          <w:sz w:val="24"/>
          <w:szCs w:val="24"/>
          <w:lang w:val="en-GB"/>
        </w:rPr>
        <w:t>3</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XGboost</w:t>
      </w:r>
      <w:r w:rsidRPr="005E2F5A">
        <w:rPr>
          <w:rFonts w:ascii="Times New Roman" w:hAnsi="Times New Roman" w:cs="Times New Roman"/>
          <w:sz w:val="24"/>
          <w:szCs w:val="24"/>
          <w:lang w:val="en-GB"/>
        </w:rPr>
        <w:t xml:space="preserve"> Testing Model Statistic by Class of Test Model [Eight Classes]</w:t>
      </w:r>
      <w:r w:rsidRPr="005E2F5A">
        <w:rPr>
          <w:rFonts w:ascii="Times New Roman" w:hAnsi="Times New Roman" w:cs="Times New Roman"/>
          <w:sz w:val="24"/>
          <w:szCs w:val="24"/>
        </w:rPr>
        <w:t>.</w:t>
      </w:r>
    </w:p>
    <w:p w14:paraId="3CACA0E5" w14:textId="77777777" w:rsidR="00FA321D" w:rsidRPr="005E2F5A" w:rsidRDefault="00FA321D" w:rsidP="00FA321D">
      <w:pPr>
        <w:spacing w:after="0" w:line="240" w:lineRule="auto"/>
        <w:jc w:val="both"/>
        <w:rPr>
          <w:rFonts w:ascii="Times New Roman" w:hAnsi="Times New Roman" w:cs="Times New Roman"/>
          <w:sz w:val="24"/>
          <w:szCs w:val="24"/>
        </w:rPr>
      </w:pPr>
    </w:p>
    <w:p w14:paraId="067F5402" w14:textId="08DD6AC1" w:rsidR="00B84128" w:rsidRDefault="00B84128"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S1</w:t>
      </w:r>
      <w:r w:rsidR="0096040D">
        <w:rPr>
          <w:rFonts w:ascii="Times New Roman" w:hAnsi="Times New Roman" w:cs="Times New Roman"/>
          <w:sz w:val="24"/>
          <w:szCs w:val="24"/>
          <w:lang w:val="en-GB"/>
        </w:rPr>
        <w:t>4</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XGboost</w:t>
      </w:r>
      <w:r w:rsidRPr="005E2F5A">
        <w:rPr>
          <w:rFonts w:ascii="Times New Roman" w:hAnsi="Times New Roman" w:cs="Times New Roman"/>
          <w:sz w:val="24"/>
          <w:szCs w:val="24"/>
          <w:lang w:val="en-GB"/>
        </w:rPr>
        <w:t xml:space="preserve"> Testing Model Confusion Matrix [Three Classes</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702E0FBB" w14:textId="77777777" w:rsidR="00FA321D" w:rsidRPr="005E2F5A" w:rsidRDefault="00FA321D" w:rsidP="00FA321D">
      <w:pPr>
        <w:spacing w:after="0" w:line="240" w:lineRule="auto"/>
        <w:jc w:val="both"/>
        <w:rPr>
          <w:rFonts w:ascii="Times New Roman" w:hAnsi="Times New Roman" w:cs="Times New Roman"/>
          <w:sz w:val="24"/>
          <w:szCs w:val="24"/>
        </w:rPr>
      </w:pPr>
    </w:p>
    <w:p w14:paraId="78C60F6F" w14:textId="2CFE8C9C" w:rsidR="00B84128" w:rsidRDefault="00B84128"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S1</w:t>
      </w:r>
      <w:r w:rsidR="0096040D">
        <w:rPr>
          <w:rFonts w:ascii="Times New Roman" w:hAnsi="Times New Roman" w:cs="Times New Roman"/>
          <w:sz w:val="24"/>
          <w:szCs w:val="24"/>
          <w:lang w:val="en-GB"/>
        </w:rPr>
        <w:t>5</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XGboost</w:t>
      </w:r>
      <w:r w:rsidRPr="005E2F5A">
        <w:rPr>
          <w:rFonts w:ascii="Times New Roman" w:hAnsi="Times New Roman" w:cs="Times New Roman"/>
          <w:sz w:val="24"/>
          <w:szCs w:val="24"/>
          <w:lang w:val="en-GB"/>
        </w:rPr>
        <w:t xml:space="preserve"> Testing Model Statistic by Class of Test Model [Three Classes</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56987FC5" w14:textId="77777777" w:rsidR="00FA321D" w:rsidRPr="005E2F5A" w:rsidRDefault="00FA321D" w:rsidP="00FA321D">
      <w:pPr>
        <w:spacing w:after="0" w:line="240" w:lineRule="auto"/>
        <w:jc w:val="both"/>
        <w:rPr>
          <w:rFonts w:ascii="Times New Roman" w:hAnsi="Times New Roman" w:cs="Times New Roman"/>
          <w:sz w:val="24"/>
          <w:szCs w:val="24"/>
        </w:rPr>
      </w:pPr>
    </w:p>
    <w:p w14:paraId="7116B579" w14:textId="0D06724D" w:rsidR="00B84128" w:rsidRDefault="00B84128"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S1</w:t>
      </w:r>
      <w:r w:rsidR="0096040D">
        <w:rPr>
          <w:rFonts w:ascii="Times New Roman" w:hAnsi="Times New Roman" w:cs="Times New Roman"/>
          <w:sz w:val="24"/>
          <w:szCs w:val="24"/>
          <w:lang w:val="en-GB"/>
        </w:rPr>
        <w:t>6</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XGboost</w:t>
      </w:r>
      <w:r w:rsidRPr="005E2F5A">
        <w:rPr>
          <w:rFonts w:ascii="Times New Roman" w:hAnsi="Times New Roman" w:cs="Times New Roman"/>
          <w:sz w:val="24"/>
          <w:szCs w:val="24"/>
          <w:lang w:val="en-GB"/>
        </w:rPr>
        <w:t xml:space="preserve"> Testing Model Overall Statistic [Three Classes</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1AA62419" w14:textId="77777777" w:rsidR="00FA321D" w:rsidRPr="005E2F5A" w:rsidRDefault="00FA321D" w:rsidP="00FA321D">
      <w:pPr>
        <w:spacing w:after="0" w:line="240" w:lineRule="auto"/>
        <w:jc w:val="both"/>
        <w:rPr>
          <w:rFonts w:ascii="Times New Roman" w:hAnsi="Times New Roman" w:cs="Times New Roman"/>
          <w:sz w:val="24"/>
          <w:szCs w:val="24"/>
          <w:lang w:val="en-GB"/>
        </w:rPr>
      </w:pPr>
    </w:p>
    <w:p w14:paraId="427EFB9D" w14:textId="1553828A"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S1</w:t>
      </w:r>
      <w:r w:rsidR="0096040D">
        <w:rPr>
          <w:rFonts w:ascii="Times New Roman" w:hAnsi="Times New Roman" w:cs="Times New Roman"/>
          <w:sz w:val="24"/>
          <w:szCs w:val="24"/>
          <w:lang w:val="en-GB"/>
        </w:rPr>
        <w:t>7</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XGboost</w:t>
      </w:r>
      <w:r w:rsidRPr="005E2F5A">
        <w:rPr>
          <w:rFonts w:ascii="Times New Roman" w:hAnsi="Times New Roman" w:cs="Times New Roman"/>
          <w:sz w:val="24"/>
          <w:szCs w:val="24"/>
          <w:lang w:val="en-GB"/>
        </w:rPr>
        <w:t xml:space="preserve"> Testing Model Confusion Matrix [</w:t>
      </w:r>
      <w:r w:rsidR="00B20975" w:rsidRPr="00B20975">
        <w:rPr>
          <w:rFonts w:ascii="Times New Roman" w:hAnsi="Times New Roman" w:cs="Times New Roman"/>
          <w:sz w:val="24"/>
          <w:szCs w:val="24"/>
        </w:rPr>
        <w:t>Binary</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6C1B42EB" w14:textId="77777777" w:rsidR="00FA321D" w:rsidRPr="005E2F5A" w:rsidRDefault="00FA321D" w:rsidP="00FA321D">
      <w:pPr>
        <w:spacing w:after="0" w:line="240" w:lineRule="auto"/>
        <w:jc w:val="both"/>
        <w:rPr>
          <w:rFonts w:ascii="Times New Roman" w:hAnsi="Times New Roman" w:cs="Times New Roman"/>
          <w:sz w:val="24"/>
          <w:szCs w:val="24"/>
          <w:lang w:val="en-GB"/>
        </w:rPr>
      </w:pPr>
    </w:p>
    <w:p w14:paraId="4AC271AC" w14:textId="7165A9CD"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w:t>
      </w:r>
      <w:r w:rsidR="0096040D">
        <w:rPr>
          <w:rFonts w:ascii="Times New Roman" w:hAnsi="Times New Roman" w:cs="Times New Roman"/>
          <w:sz w:val="24"/>
          <w:szCs w:val="24"/>
          <w:lang w:val="en-GB"/>
        </w:rPr>
        <w:t>18</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XGboost</w:t>
      </w:r>
      <w:r w:rsidRPr="005E2F5A">
        <w:rPr>
          <w:rFonts w:ascii="Times New Roman" w:hAnsi="Times New Roman" w:cs="Times New Roman"/>
          <w:sz w:val="24"/>
          <w:szCs w:val="24"/>
          <w:lang w:val="en-GB"/>
        </w:rPr>
        <w:t xml:space="preserve"> Testing Model Overall Statistic </w:t>
      </w:r>
      <w:r w:rsidR="00E50BA2">
        <w:rPr>
          <w:rFonts w:ascii="Times New Roman" w:hAnsi="Times New Roman" w:cs="Times New Roman"/>
          <w:sz w:val="24"/>
          <w:szCs w:val="24"/>
          <w:lang w:val="en-GB"/>
        </w:rPr>
        <w:t>[</w:t>
      </w:r>
      <w:r w:rsidR="00B20975" w:rsidRPr="00B20975">
        <w:rPr>
          <w:rFonts w:ascii="Times New Roman" w:hAnsi="Times New Roman" w:cs="Times New Roman"/>
          <w:sz w:val="24"/>
          <w:szCs w:val="24"/>
        </w:rPr>
        <w:t>Binary</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558625A9" w14:textId="77777777" w:rsidR="00FA321D" w:rsidRPr="005E2F5A" w:rsidRDefault="00FA321D" w:rsidP="00FA321D">
      <w:pPr>
        <w:spacing w:after="0" w:line="240" w:lineRule="auto"/>
        <w:jc w:val="both"/>
        <w:rPr>
          <w:rFonts w:ascii="Times New Roman" w:hAnsi="Times New Roman" w:cs="Times New Roman"/>
          <w:sz w:val="24"/>
          <w:szCs w:val="24"/>
          <w:lang w:val="en-GB"/>
        </w:rPr>
      </w:pPr>
    </w:p>
    <w:p w14:paraId="3B05E8B1" w14:textId="16DAB6D7"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w:t>
      </w:r>
      <w:r w:rsidR="0096040D">
        <w:rPr>
          <w:rFonts w:ascii="Times New Roman" w:hAnsi="Times New Roman" w:cs="Times New Roman"/>
          <w:sz w:val="24"/>
          <w:szCs w:val="24"/>
          <w:lang w:val="en-GB"/>
        </w:rPr>
        <w:t>19</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LightGB</w:t>
      </w:r>
      <w:r w:rsidRPr="005E2F5A">
        <w:rPr>
          <w:rFonts w:ascii="Times New Roman" w:hAnsi="Times New Roman" w:cs="Times New Roman"/>
          <w:sz w:val="24"/>
          <w:szCs w:val="24"/>
          <w:lang w:val="en-GB"/>
        </w:rPr>
        <w:t xml:space="preserve"> Testing Model Confusion Matrix and Overall Statistic [Eight Classes]</w:t>
      </w:r>
      <w:r w:rsidRPr="005E2F5A">
        <w:rPr>
          <w:rFonts w:ascii="Times New Roman" w:hAnsi="Times New Roman" w:cs="Times New Roman"/>
          <w:sz w:val="24"/>
          <w:szCs w:val="24"/>
        </w:rPr>
        <w:t>.</w:t>
      </w:r>
    </w:p>
    <w:p w14:paraId="5E1D9DC2" w14:textId="77777777" w:rsidR="00FA321D" w:rsidRPr="005E2F5A" w:rsidRDefault="00FA321D" w:rsidP="00FA321D">
      <w:pPr>
        <w:spacing w:after="0" w:line="240" w:lineRule="auto"/>
        <w:jc w:val="both"/>
        <w:rPr>
          <w:rFonts w:ascii="Times New Roman" w:hAnsi="Times New Roman" w:cs="Times New Roman"/>
          <w:sz w:val="24"/>
          <w:szCs w:val="24"/>
        </w:rPr>
      </w:pPr>
    </w:p>
    <w:p w14:paraId="14E5BABA" w14:textId="5B8412BF"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w:t>
      </w:r>
      <w:r w:rsidR="00B20975">
        <w:rPr>
          <w:rFonts w:ascii="Times New Roman" w:hAnsi="Times New Roman" w:cs="Times New Roman"/>
          <w:sz w:val="24"/>
          <w:szCs w:val="24"/>
          <w:lang w:val="en-GB"/>
        </w:rPr>
        <w:t>2</w:t>
      </w:r>
      <w:r w:rsidR="0096040D">
        <w:rPr>
          <w:rFonts w:ascii="Times New Roman" w:hAnsi="Times New Roman" w:cs="Times New Roman"/>
          <w:sz w:val="24"/>
          <w:szCs w:val="24"/>
          <w:lang w:val="en-GB"/>
        </w:rPr>
        <w:t>0</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LightGB</w:t>
      </w:r>
      <w:r w:rsidRPr="005E2F5A">
        <w:rPr>
          <w:rFonts w:ascii="Times New Roman" w:hAnsi="Times New Roman" w:cs="Times New Roman"/>
          <w:sz w:val="24"/>
          <w:szCs w:val="24"/>
          <w:lang w:val="en-GB"/>
        </w:rPr>
        <w:t xml:space="preserve"> Testing Model Statistic by Class of Test Model [Eight Classes]</w:t>
      </w:r>
      <w:r w:rsidRPr="005E2F5A">
        <w:rPr>
          <w:rFonts w:ascii="Times New Roman" w:hAnsi="Times New Roman" w:cs="Times New Roman"/>
          <w:sz w:val="24"/>
          <w:szCs w:val="24"/>
        </w:rPr>
        <w:t>.</w:t>
      </w:r>
    </w:p>
    <w:p w14:paraId="199B9E0C" w14:textId="77777777" w:rsidR="00FA321D" w:rsidRPr="005E2F5A" w:rsidRDefault="00FA321D" w:rsidP="00FA321D">
      <w:pPr>
        <w:spacing w:after="0" w:line="240" w:lineRule="auto"/>
        <w:jc w:val="both"/>
        <w:rPr>
          <w:rFonts w:ascii="Times New Roman" w:hAnsi="Times New Roman" w:cs="Times New Roman"/>
          <w:sz w:val="24"/>
          <w:szCs w:val="24"/>
        </w:rPr>
      </w:pPr>
    </w:p>
    <w:p w14:paraId="3A2A1B7D" w14:textId="6B241939"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w:t>
      </w:r>
      <w:r w:rsidR="00E50BA2">
        <w:rPr>
          <w:rFonts w:ascii="Times New Roman" w:hAnsi="Times New Roman" w:cs="Times New Roman"/>
          <w:sz w:val="24"/>
          <w:szCs w:val="24"/>
          <w:lang w:val="en-GB"/>
        </w:rPr>
        <w:t>2</w:t>
      </w:r>
      <w:r w:rsidR="0096040D">
        <w:rPr>
          <w:rFonts w:ascii="Times New Roman" w:hAnsi="Times New Roman" w:cs="Times New Roman"/>
          <w:sz w:val="24"/>
          <w:szCs w:val="24"/>
          <w:lang w:val="en-GB"/>
        </w:rPr>
        <w:t>1</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LightGB</w:t>
      </w:r>
      <w:r w:rsidRPr="005E2F5A">
        <w:rPr>
          <w:rFonts w:ascii="Times New Roman" w:hAnsi="Times New Roman" w:cs="Times New Roman"/>
          <w:sz w:val="24"/>
          <w:szCs w:val="24"/>
          <w:lang w:val="en-GB"/>
        </w:rPr>
        <w:t xml:space="preserve"> Testing Model Confusion Matrix and Overall Statistic [Three Classes</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772B93E5" w14:textId="77777777" w:rsidR="00FA321D" w:rsidRPr="005E2F5A" w:rsidRDefault="00FA321D" w:rsidP="00FA321D">
      <w:pPr>
        <w:spacing w:after="0" w:line="240" w:lineRule="auto"/>
        <w:jc w:val="both"/>
        <w:rPr>
          <w:rFonts w:ascii="Times New Roman" w:hAnsi="Times New Roman" w:cs="Times New Roman"/>
          <w:sz w:val="24"/>
          <w:szCs w:val="24"/>
        </w:rPr>
      </w:pPr>
    </w:p>
    <w:p w14:paraId="6F0D8546" w14:textId="0EC79C5D"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 xml:space="preserve">Table </w:t>
      </w:r>
      <w:r w:rsidR="00FA321D">
        <w:rPr>
          <w:rFonts w:ascii="Times New Roman" w:hAnsi="Times New Roman" w:cs="Times New Roman"/>
          <w:sz w:val="24"/>
          <w:szCs w:val="24"/>
          <w:lang w:val="en-GB"/>
        </w:rPr>
        <w:t>S</w:t>
      </w:r>
      <w:r w:rsidRPr="005E2F5A">
        <w:rPr>
          <w:rFonts w:ascii="Times New Roman" w:hAnsi="Times New Roman" w:cs="Times New Roman"/>
          <w:sz w:val="24"/>
          <w:szCs w:val="24"/>
          <w:lang w:val="en-GB"/>
        </w:rPr>
        <w:t>2</w:t>
      </w:r>
      <w:r w:rsidR="0096040D">
        <w:rPr>
          <w:rFonts w:ascii="Times New Roman" w:hAnsi="Times New Roman" w:cs="Times New Roman"/>
          <w:sz w:val="24"/>
          <w:szCs w:val="24"/>
          <w:lang w:val="en-GB"/>
        </w:rPr>
        <w:t>2</w:t>
      </w:r>
      <w:r w:rsidR="00FA321D">
        <w:rPr>
          <w:rFonts w:ascii="Times New Roman" w:hAnsi="Times New Roman" w:cs="Times New Roman"/>
          <w:sz w:val="24"/>
          <w:szCs w:val="24"/>
          <w:lang w:val="en-GB"/>
        </w:rPr>
        <w:t>.</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LightGB</w:t>
      </w:r>
      <w:r w:rsidRPr="005E2F5A">
        <w:rPr>
          <w:rFonts w:ascii="Times New Roman" w:hAnsi="Times New Roman" w:cs="Times New Roman"/>
          <w:sz w:val="24"/>
          <w:szCs w:val="24"/>
          <w:lang w:val="en-GB"/>
        </w:rPr>
        <w:t xml:space="preserve"> Testing Model Statistic by Class of Test Model [Three Classes</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68864097" w14:textId="77777777" w:rsidR="00FA321D" w:rsidRPr="005E2F5A" w:rsidRDefault="00FA321D" w:rsidP="00FA321D">
      <w:pPr>
        <w:spacing w:after="0" w:line="240" w:lineRule="auto"/>
        <w:jc w:val="both"/>
        <w:rPr>
          <w:rFonts w:ascii="Times New Roman" w:hAnsi="Times New Roman" w:cs="Times New Roman"/>
          <w:sz w:val="24"/>
          <w:szCs w:val="24"/>
        </w:rPr>
      </w:pPr>
    </w:p>
    <w:p w14:paraId="1E66A9E6" w14:textId="46319F9F"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 xml:space="preserve">Table </w:t>
      </w:r>
      <w:r w:rsidR="00FA321D">
        <w:rPr>
          <w:rFonts w:ascii="Times New Roman" w:hAnsi="Times New Roman" w:cs="Times New Roman"/>
          <w:sz w:val="24"/>
          <w:szCs w:val="24"/>
          <w:lang w:val="en-GB"/>
        </w:rPr>
        <w:t>S</w:t>
      </w:r>
      <w:r w:rsidRPr="005E2F5A">
        <w:rPr>
          <w:rFonts w:ascii="Times New Roman" w:hAnsi="Times New Roman" w:cs="Times New Roman"/>
          <w:sz w:val="24"/>
          <w:szCs w:val="24"/>
          <w:lang w:val="en-GB"/>
        </w:rPr>
        <w:t>2</w:t>
      </w:r>
      <w:r w:rsidR="0096040D">
        <w:rPr>
          <w:rFonts w:ascii="Times New Roman" w:hAnsi="Times New Roman" w:cs="Times New Roman"/>
          <w:sz w:val="24"/>
          <w:szCs w:val="24"/>
          <w:lang w:val="en-GB"/>
        </w:rPr>
        <w:t>3</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LightGB</w:t>
      </w:r>
      <w:r w:rsidRPr="005E2F5A">
        <w:rPr>
          <w:rFonts w:ascii="Times New Roman" w:hAnsi="Times New Roman" w:cs="Times New Roman"/>
          <w:sz w:val="24"/>
          <w:szCs w:val="24"/>
          <w:lang w:val="en-GB"/>
        </w:rPr>
        <w:t xml:space="preserve"> Testing Model Overall Statistic [Three Classes</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2FB9EC2F" w14:textId="77777777" w:rsidR="00FA321D" w:rsidRPr="005E2F5A" w:rsidRDefault="00FA321D" w:rsidP="00FA321D">
      <w:pPr>
        <w:spacing w:after="0" w:line="240" w:lineRule="auto"/>
        <w:jc w:val="both"/>
        <w:rPr>
          <w:rFonts w:ascii="Times New Roman" w:hAnsi="Times New Roman" w:cs="Times New Roman"/>
          <w:sz w:val="24"/>
          <w:szCs w:val="24"/>
        </w:rPr>
      </w:pPr>
    </w:p>
    <w:p w14:paraId="4D766C5E" w14:textId="4AAB680A" w:rsidR="00EE7672"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Table S2</w:t>
      </w:r>
      <w:r w:rsidR="0096040D">
        <w:rPr>
          <w:rFonts w:ascii="Times New Roman" w:hAnsi="Times New Roman" w:cs="Times New Roman"/>
          <w:sz w:val="24"/>
          <w:szCs w:val="24"/>
          <w:lang w:val="en-GB"/>
        </w:rPr>
        <w:t>4</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LightGB</w:t>
      </w:r>
      <w:r w:rsidRPr="005E2F5A">
        <w:rPr>
          <w:rFonts w:ascii="Times New Roman" w:hAnsi="Times New Roman" w:cs="Times New Roman"/>
          <w:sz w:val="24"/>
          <w:szCs w:val="24"/>
          <w:lang w:val="en-GB"/>
        </w:rPr>
        <w:t xml:space="preserve"> Testing Model Confusion Matrix and Overall Statistic [</w:t>
      </w:r>
      <w:r w:rsidR="00B20975" w:rsidRPr="00B20975">
        <w:rPr>
          <w:rFonts w:ascii="Times New Roman" w:hAnsi="Times New Roman" w:cs="Times New Roman"/>
          <w:sz w:val="24"/>
          <w:szCs w:val="24"/>
        </w:rPr>
        <w:t>Binary</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31E31770" w14:textId="77777777" w:rsidR="00FA321D" w:rsidRPr="005E2F5A" w:rsidRDefault="00FA321D" w:rsidP="00FA321D">
      <w:pPr>
        <w:spacing w:after="0" w:line="240" w:lineRule="auto"/>
        <w:jc w:val="both"/>
        <w:rPr>
          <w:rFonts w:ascii="Times New Roman" w:hAnsi="Times New Roman" w:cs="Times New Roman"/>
          <w:sz w:val="24"/>
          <w:szCs w:val="24"/>
        </w:rPr>
      </w:pPr>
    </w:p>
    <w:p w14:paraId="5BED3B66" w14:textId="533E83C5" w:rsidR="00EE7672" w:rsidRPr="005E2F5A" w:rsidRDefault="00EE7672" w:rsidP="00FA321D">
      <w:pPr>
        <w:spacing w:after="0" w:line="240" w:lineRule="auto"/>
        <w:jc w:val="both"/>
        <w:rPr>
          <w:rFonts w:ascii="Times New Roman" w:hAnsi="Times New Roman" w:cs="Times New Roman"/>
          <w:sz w:val="24"/>
          <w:szCs w:val="24"/>
        </w:rPr>
      </w:pPr>
      <w:r w:rsidRPr="005E2F5A">
        <w:rPr>
          <w:rFonts w:ascii="Times New Roman" w:hAnsi="Times New Roman" w:cs="Times New Roman"/>
          <w:sz w:val="24"/>
          <w:szCs w:val="24"/>
          <w:lang w:val="en-GB"/>
        </w:rPr>
        <w:t xml:space="preserve">Table </w:t>
      </w:r>
      <w:r w:rsidR="00B90E12" w:rsidRPr="005E2F5A">
        <w:rPr>
          <w:rFonts w:ascii="Times New Roman" w:hAnsi="Times New Roman" w:cs="Times New Roman"/>
          <w:sz w:val="24"/>
          <w:szCs w:val="24"/>
          <w:lang w:val="en-GB"/>
        </w:rPr>
        <w:t>S</w:t>
      </w:r>
      <w:r w:rsidRPr="005E2F5A">
        <w:rPr>
          <w:rFonts w:ascii="Times New Roman" w:hAnsi="Times New Roman" w:cs="Times New Roman"/>
          <w:sz w:val="24"/>
          <w:szCs w:val="24"/>
          <w:lang w:val="en-GB"/>
        </w:rPr>
        <w:t>2</w:t>
      </w:r>
      <w:r w:rsidR="0096040D">
        <w:rPr>
          <w:rFonts w:ascii="Times New Roman" w:hAnsi="Times New Roman" w:cs="Times New Roman"/>
          <w:sz w:val="24"/>
          <w:szCs w:val="24"/>
          <w:lang w:val="en-GB"/>
        </w:rPr>
        <w:t>5</w:t>
      </w:r>
      <w:r w:rsidRPr="005E2F5A">
        <w:rPr>
          <w:rFonts w:ascii="Times New Roman" w:hAnsi="Times New Roman" w:cs="Times New Roman"/>
          <w:sz w:val="24"/>
          <w:szCs w:val="24"/>
          <w:lang w:val="en-GB"/>
        </w:rPr>
        <w:t xml:space="preserve">. </w:t>
      </w:r>
      <w:r w:rsidRPr="005E2F5A">
        <w:rPr>
          <w:rFonts w:ascii="Times New Roman" w:hAnsi="Times New Roman" w:cs="Times New Roman"/>
          <w:sz w:val="24"/>
          <w:szCs w:val="24"/>
          <w:lang w:val="en-IN"/>
        </w:rPr>
        <w:t>LightGB</w:t>
      </w:r>
      <w:r w:rsidRPr="005E2F5A">
        <w:rPr>
          <w:rFonts w:ascii="Times New Roman" w:hAnsi="Times New Roman" w:cs="Times New Roman"/>
          <w:sz w:val="24"/>
          <w:szCs w:val="24"/>
          <w:lang w:val="en-GB"/>
        </w:rPr>
        <w:t xml:space="preserve"> Testing Model Overall Statistic </w:t>
      </w:r>
      <w:r w:rsidR="00E50BA2">
        <w:rPr>
          <w:rFonts w:ascii="Times New Roman" w:hAnsi="Times New Roman" w:cs="Times New Roman"/>
          <w:sz w:val="24"/>
          <w:szCs w:val="24"/>
          <w:lang w:val="en-GB"/>
        </w:rPr>
        <w:t>[</w:t>
      </w:r>
      <w:r w:rsidR="00B20975" w:rsidRPr="00B20975">
        <w:rPr>
          <w:rFonts w:ascii="Times New Roman" w:hAnsi="Times New Roman" w:cs="Times New Roman"/>
          <w:sz w:val="24"/>
          <w:szCs w:val="24"/>
        </w:rPr>
        <w:t>Binary</w:t>
      </w:r>
      <w:r w:rsidR="00E50BA2">
        <w:rPr>
          <w:rFonts w:ascii="Times New Roman" w:hAnsi="Times New Roman" w:cs="Times New Roman"/>
          <w:sz w:val="24"/>
          <w:szCs w:val="24"/>
          <w:lang w:val="en-GB"/>
        </w:rPr>
        <w:t>]</w:t>
      </w:r>
      <w:r w:rsidRPr="005E2F5A">
        <w:rPr>
          <w:rFonts w:ascii="Times New Roman" w:hAnsi="Times New Roman" w:cs="Times New Roman"/>
          <w:sz w:val="24"/>
          <w:szCs w:val="24"/>
        </w:rPr>
        <w:t>.</w:t>
      </w:r>
    </w:p>
    <w:p w14:paraId="0EBD2B5E" w14:textId="77777777" w:rsidR="00B90E12" w:rsidRPr="005E2F5A" w:rsidRDefault="00B90E12" w:rsidP="00FA321D">
      <w:pPr>
        <w:spacing w:after="0" w:line="240" w:lineRule="auto"/>
        <w:rPr>
          <w:rFonts w:ascii="Times New Roman" w:hAnsi="Times New Roman" w:cs="Times New Roman"/>
        </w:rPr>
      </w:pPr>
    </w:p>
    <w:p w14:paraId="1188E2FA" w14:textId="33A23C41" w:rsidR="0096040D" w:rsidRPr="0096040D" w:rsidRDefault="0096040D" w:rsidP="0096040D">
      <w:pPr>
        <w:spacing w:after="0" w:line="240" w:lineRule="auto"/>
        <w:rPr>
          <w:rFonts w:ascii="Times New Roman" w:hAnsi="Times New Roman" w:cs="Times New Roman"/>
        </w:rPr>
      </w:pPr>
      <w:r w:rsidRPr="0096040D">
        <w:rPr>
          <w:rFonts w:ascii="Times New Roman" w:hAnsi="Times New Roman" w:cs="Times New Roman"/>
        </w:rPr>
        <w:t>Table S</w:t>
      </w:r>
      <w:r>
        <w:rPr>
          <w:rFonts w:ascii="Times New Roman" w:hAnsi="Times New Roman" w:cs="Times New Roman"/>
        </w:rPr>
        <w:t>26</w:t>
      </w:r>
      <w:r w:rsidRPr="0096040D">
        <w:rPr>
          <w:rFonts w:ascii="Times New Roman" w:hAnsi="Times New Roman" w:cs="Times New Roman"/>
        </w:rPr>
        <w:t>. Entire list of features ranked by mean absolute SHAPE value.</w:t>
      </w:r>
    </w:p>
    <w:p w14:paraId="4B7838FB" w14:textId="77777777" w:rsidR="0096040D" w:rsidRPr="0096040D" w:rsidRDefault="0096040D" w:rsidP="0096040D">
      <w:pPr>
        <w:spacing w:after="0" w:line="240" w:lineRule="auto"/>
        <w:rPr>
          <w:rFonts w:ascii="Times New Roman" w:hAnsi="Times New Roman" w:cs="Times New Roman"/>
        </w:rPr>
      </w:pPr>
    </w:p>
    <w:p w14:paraId="5E2EDCCF" w14:textId="3BA1F228" w:rsidR="0096040D" w:rsidRPr="0096040D" w:rsidRDefault="0096040D" w:rsidP="0096040D">
      <w:pPr>
        <w:spacing w:after="0" w:line="240" w:lineRule="auto"/>
        <w:rPr>
          <w:rFonts w:ascii="Times New Roman" w:hAnsi="Times New Roman" w:cs="Times New Roman"/>
          <w:lang w:val="en-IN"/>
        </w:rPr>
      </w:pPr>
      <w:r w:rsidRPr="0096040D">
        <w:rPr>
          <w:rFonts w:ascii="Times New Roman" w:hAnsi="Times New Roman" w:cs="Times New Roman"/>
        </w:rPr>
        <w:t>Table S</w:t>
      </w:r>
      <w:r>
        <w:rPr>
          <w:rFonts w:ascii="Times New Roman" w:hAnsi="Times New Roman" w:cs="Times New Roman"/>
        </w:rPr>
        <w:t>27</w:t>
      </w:r>
      <w:r w:rsidRPr="0096040D">
        <w:rPr>
          <w:rFonts w:ascii="Times New Roman" w:hAnsi="Times New Roman" w:cs="Times New Roman"/>
        </w:rPr>
        <w:t xml:space="preserve">. </w:t>
      </w:r>
      <w:r w:rsidRPr="0096040D">
        <w:rPr>
          <w:rFonts w:ascii="Times New Roman" w:hAnsi="Times New Roman" w:cs="Times New Roman"/>
          <w:lang w:val="en-IN"/>
        </w:rPr>
        <w:t>Combined Gain Variable of Importance Analysis.</w:t>
      </w:r>
    </w:p>
    <w:p w14:paraId="1A848C2E" w14:textId="77777777" w:rsidR="0003558F" w:rsidRPr="0096040D" w:rsidRDefault="0003558F" w:rsidP="00FA321D">
      <w:pPr>
        <w:spacing w:after="0" w:line="240" w:lineRule="auto"/>
        <w:rPr>
          <w:rFonts w:ascii="Times New Roman" w:hAnsi="Times New Roman" w:cs="Times New Roman"/>
          <w:lang w:val="en-IN"/>
        </w:rPr>
      </w:pPr>
    </w:p>
    <w:p w14:paraId="7F4957E7" w14:textId="77777777" w:rsidR="0003558F" w:rsidRPr="005E2F5A" w:rsidRDefault="0003558F" w:rsidP="00FA321D">
      <w:pPr>
        <w:spacing w:after="0" w:line="240" w:lineRule="auto"/>
        <w:rPr>
          <w:rFonts w:ascii="Times New Roman" w:hAnsi="Times New Roman" w:cs="Times New Roman"/>
          <w:i/>
          <w:iCs/>
        </w:rPr>
      </w:pPr>
      <w:r w:rsidRPr="005E2F5A">
        <w:rPr>
          <w:rFonts w:ascii="Times New Roman" w:hAnsi="Times New Roman" w:cs="Times New Roman"/>
          <w:i/>
          <w:iCs/>
        </w:rPr>
        <w:br w:type="page"/>
      </w:r>
    </w:p>
    <w:p w14:paraId="41154947" w14:textId="6A028F89" w:rsidR="00331DE8" w:rsidRDefault="00331DE8" w:rsidP="00FA321D">
      <w:pPr>
        <w:spacing w:after="0" w:line="240" w:lineRule="auto"/>
        <w:rPr>
          <w:rFonts w:ascii="Times New Roman" w:hAnsi="Times New Roman" w:cs="Times New Roman"/>
          <w:sz w:val="20"/>
          <w:szCs w:val="20"/>
          <w:lang w:val="en-IN"/>
        </w:rPr>
      </w:pPr>
      <w:r w:rsidRPr="00FA321D">
        <w:rPr>
          <w:rFonts w:ascii="Times New Roman" w:hAnsi="Times New Roman" w:cs="Times New Roman"/>
          <w:b/>
          <w:bCs/>
          <w:sz w:val="20"/>
          <w:szCs w:val="20"/>
        </w:rPr>
        <w:lastRenderedPageBreak/>
        <w:t>Table S1</w:t>
      </w:r>
      <w:r w:rsidRPr="00FA321D">
        <w:rPr>
          <w:rFonts w:ascii="Times New Roman" w:hAnsi="Times New Roman" w:cs="Times New Roman"/>
          <w:b/>
          <w:bCs/>
          <w:sz w:val="20"/>
          <w:szCs w:val="20"/>
          <w:lang w:val="en-IN"/>
        </w:rPr>
        <w:t xml:space="preserve">. </w:t>
      </w:r>
      <w:r w:rsidRPr="00FA321D">
        <w:rPr>
          <w:rFonts w:ascii="Times New Roman" w:hAnsi="Times New Roman" w:cs="Times New Roman"/>
          <w:sz w:val="20"/>
          <w:szCs w:val="20"/>
          <w:lang w:val="en-IN"/>
        </w:rPr>
        <w:t>Data Dictionary Normalised Dataset</w:t>
      </w:r>
    </w:p>
    <w:p w14:paraId="5523BDB4" w14:textId="77777777" w:rsidR="00FA321D" w:rsidRPr="00FA321D" w:rsidRDefault="00FA321D" w:rsidP="00FA321D">
      <w:pPr>
        <w:spacing w:after="0" w:line="240" w:lineRule="auto"/>
        <w:rPr>
          <w:rFonts w:ascii="Times New Roman" w:hAnsi="Times New Roman" w:cs="Times New Roman"/>
          <w:b/>
          <w:bCs/>
          <w:sz w:val="20"/>
          <w:szCs w:val="20"/>
          <w:lang w:val="en-IN"/>
        </w:rPr>
      </w:pPr>
    </w:p>
    <w:tbl>
      <w:tblPr>
        <w:tblW w:w="54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071"/>
        <w:gridCol w:w="3810"/>
        <w:gridCol w:w="3061"/>
      </w:tblGrid>
      <w:tr w:rsidR="00331DE8" w:rsidRPr="005E2F5A" w14:paraId="651DD390" w14:textId="77777777" w:rsidTr="005E2F5A">
        <w:trPr>
          <w:trHeight w:val="318"/>
          <w:tblHeader/>
          <w:jc w:val="center"/>
        </w:trPr>
        <w:tc>
          <w:tcPr>
            <w:tcW w:w="802" w:type="pct"/>
          </w:tcPr>
          <w:p w14:paraId="68A8FFB5"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Variable</w:t>
            </w:r>
          </w:p>
        </w:tc>
        <w:tc>
          <w:tcPr>
            <w:tcW w:w="566" w:type="pct"/>
          </w:tcPr>
          <w:p w14:paraId="3666B791"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Number</w:t>
            </w:r>
          </w:p>
        </w:tc>
        <w:tc>
          <w:tcPr>
            <w:tcW w:w="2014" w:type="pct"/>
          </w:tcPr>
          <w:p w14:paraId="1D9D1656"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Description</w:t>
            </w:r>
          </w:p>
        </w:tc>
        <w:tc>
          <w:tcPr>
            <w:tcW w:w="1618" w:type="pct"/>
          </w:tcPr>
          <w:p w14:paraId="2E6EA0DC"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Type</w:t>
            </w:r>
          </w:p>
        </w:tc>
      </w:tr>
      <w:tr w:rsidR="00331DE8" w:rsidRPr="005E2F5A" w14:paraId="2356BF1C" w14:textId="77777777" w:rsidTr="005E2F5A">
        <w:trPr>
          <w:trHeight w:val="378"/>
          <w:jc w:val="center"/>
        </w:trPr>
        <w:tc>
          <w:tcPr>
            <w:tcW w:w="802" w:type="pct"/>
          </w:tcPr>
          <w:p w14:paraId="444A2BA1"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ID</w:t>
            </w:r>
          </w:p>
          <w:p w14:paraId="6C78A40A" w14:textId="77777777" w:rsidR="00331DE8" w:rsidRPr="005E2F5A" w:rsidRDefault="00331DE8" w:rsidP="00FA321D">
            <w:pPr>
              <w:spacing w:after="0" w:line="240" w:lineRule="auto"/>
              <w:rPr>
                <w:rFonts w:ascii="Times New Roman" w:hAnsi="Times New Roman" w:cs="Times New Roman"/>
                <w:sz w:val="20"/>
                <w:szCs w:val="20"/>
              </w:rPr>
            </w:pPr>
          </w:p>
        </w:tc>
        <w:tc>
          <w:tcPr>
            <w:tcW w:w="566" w:type="pct"/>
          </w:tcPr>
          <w:p w14:paraId="6B3A0AB1"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1</w:t>
            </w:r>
          </w:p>
          <w:p w14:paraId="2CB91A45" w14:textId="77777777" w:rsidR="00331DE8" w:rsidRPr="005E2F5A" w:rsidRDefault="00331DE8" w:rsidP="00FA321D">
            <w:pPr>
              <w:spacing w:after="0" w:line="240" w:lineRule="auto"/>
              <w:rPr>
                <w:rFonts w:ascii="Times New Roman" w:hAnsi="Times New Roman" w:cs="Times New Roman"/>
                <w:sz w:val="20"/>
                <w:szCs w:val="20"/>
              </w:rPr>
            </w:pPr>
          </w:p>
        </w:tc>
        <w:tc>
          <w:tcPr>
            <w:tcW w:w="2014" w:type="pct"/>
          </w:tcPr>
          <w:p w14:paraId="5431872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 unique identifier associated with the individual</w:t>
            </w:r>
          </w:p>
        </w:tc>
        <w:tc>
          <w:tcPr>
            <w:tcW w:w="1618" w:type="pct"/>
          </w:tcPr>
          <w:p w14:paraId="0B1BDFCF"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Numeric</w:t>
            </w:r>
          </w:p>
          <w:p w14:paraId="4765B17C" w14:textId="77777777" w:rsidR="00331DE8" w:rsidRPr="005E2F5A" w:rsidRDefault="00331DE8" w:rsidP="00FA321D">
            <w:pPr>
              <w:spacing w:after="0" w:line="240" w:lineRule="auto"/>
              <w:rPr>
                <w:rFonts w:ascii="Times New Roman" w:hAnsi="Times New Roman" w:cs="Times New Roman"/>
                <w:sz w:val="20"/>
                <w:szCs w:val="20"/>
              </w:rPr>
            </w:pPr>
          </w:p>
        </w:tc>
      </w:tr>
      <w:tr w:rsidR="00331DE8" w:rsidRPr="005E2F5A" w14:paraId="455F180E" w14:textId="77777777" w:rsidTr="005E2F5A">
        <w:trPr>
          <w:trHeight w:val="805"/>
          <w:jc w:val="center"/>
        </w:trPr>
        <w:tc>
          <w:tcPr>
            <w:tcW w:w="802" w:type="pct"/>
          </w:tcPr>
          <w:p w14:paraId="51EE5F93"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Product Information</w:t>
            </w:r>
          </w:p>
        </w:tc>
        <w:tc>
          <w:tcPr>
            <w:tcW w:w="566" w:type="pct"/>
          </w:tcPr>
          <w:p w14:paraId="40D57267"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7</w:t>
            </w:r>
          </w:p>
          <w:p w14:paraId="5792B7C0" w14:textId="77777777" w:rsidR="00331DE8" w:rsidRPr="005E2F5A" w:rsidRDefault="00331DE8" w:rsidP="00FA321D">
            <w:pPr>
              <w:spacing w:after="0" w:line="240" w:lineRule="auto"/>
              <w:rPr>
                <w:rFonts w:ascii="Times New Roman" w:hAnsi="Times New Roman" w:cs="Times New Roman"/>
                <w:sz w:val="20"/>
                <w:szCs w:val="20"/>
              </w:rPr>
            </w:pPr>
          </w:p>
        </w:tc>
        <w:tc>
          <w:tcPr>
            <w:tcW w:w="2014" w:type="pct"/>
          </w:tcPr>
          <w:p w14:paraId="32A034E4"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Variables related to Product Information</w:t>
            </w:r>
          </w:p>
        </w:tc>
        <w:tc>
          <w:tcPr>
            <w:tcW w:w="1618" w:type="pct"/>
          </w:tcPr>
          <w:p w14:paraId="4719D722"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An integer, except one Character variable and one Numeric variable</w:t>
            </w:r>
          </w:p>
        </w:tc>
      </w:tr>
      <w:tr w:rsidR="00331DE8" w:rsidRPr="005E2F5A" w14:paraId="2AD1E0BC" w14:textId="77777777" w:rsidTr="005E2F5A">
        <w:trPr>
          <w:trHeight w:val="268"/>
          <w:jc w:val="center"/>
        </w:trPr>
        <w:tc>
          <w:tcPr>
            <w:tcW w:w="802" w:type="pct"/>
          </w:tcPr>
          <w:p w14:paraId="6C2AAFB8"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Age</w:t>
            </w:r>
          </w:p>
        </w:tc>
        <w:tc>
          <w:tcPr>
            <w:tcW w:w="566" w:type="pct"/>
          </w:tcPr>
          <w:p w14:paraId="3CA40F7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1</w:t>
            </w:r>
          </w:p>
        </w:tc>
        <w:tc>
          <w:tcPr>
            <w:tcW w:w="2014" w:type="pct"/>
          </w:tcPr>
          <w:p w14:paraId="7CF3331B"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Age of the individual</w:t>
            </w:r>
          </w:p>
        </w:tc>
        <w:tc>
          <w:tcPr>
            <w:tcW w:w="1618" w:type="pct"/>
          </w:tcPr>
          <w:p w14:paraId="18FC86F3"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Numeric</w:t>
            </w:r>
          </w:p>
        </w:tc>
      </w:tr>
      <w:tr w:rsidR="00331DE8" w:rsidRPr="005E2F5A" w14:paraId="413E807C" w14:textId="77777777" w:rsidTr="005E2F5A">
        <w:trPr>
          <w:trHeight w:val="268"/>
          <w:jc w:val="center"/>
        </w:trPr>
        <w:tc>
          <w:tcPr>
            <w:tcW w:w="802" w:type="pct"/>
          </w:tcPr>
          <w:p w14:paraId="50A75893"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Height</w:t>
            </w:r>
          </w:p>
        </w:tc>
        <w:tc>
          <w:tcPr>
            <w:tcW w:w="566" w:type="pct"/>
          </w:tcPr>
          <w:p w14:paraId="3EFDD5CC"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1</w:t>
            </w:r>
          </w:p>
        </w:tc>
        <w:tc>
          <w:tcPr>
            <w:tcW w:w="2014" w:type="pct"/>
          </w:tcPr>
          <w:p w14:paraId="2AFFB725"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Height of the individual</w:t>
            </w:r>
          </w:p>
        </w:tc>
        <w:tc>
          <w:tcPr>
            <w:tcW w:w="1618" w:type="pct"/>
          </w:tcPr>
          <w:p w14:paraId="2F21DD96"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Numeric</w:t>
            </w:r>
          </w:p>
        </w:tc>
      </w:tr>
      <w:tr w:rsidR="00331DE8" w:rsidRPr="005E2F5A" w14:paraId="62DC4996" w14:textId="77777777" w:rsidTr="005E2F5A">
        <w:trPr>
          <w:trHeight w:val="280"/>
          <w:jc w:val="center"/>
        </w:trPr>
        <w:tc>
          <w:tcPr>
            <w:tcW w:w="802" w:type="pct"/>
          </w:tcPr>
          <w:p w14:paraId="15D3E958"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Weight</w:t>
            </w:r>
          </w:p>
        </w:tc>
        <w:tc>
          <w:tcPr>
            <w:tcW w:w="566" w:type="pct"/>
          </w:tcPr>
          <w:p w14:paraId="7DAB95B4"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1</w:t>
            </w:r>
          </w:p>
        </w:tc>
        <w:tc>
          <w:tcPr>
            <w:tcW w:w="2014" w:type="pct"/>
          </w:tcPr>
          <w:p w14:paraId="3A9B1832"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Weight of the individual</w:t>
            </w:r>
          </w:p>
        </w:tc>
        <w:tc>
          <w:tcPr>
            <w:tcW w:w="1618" w:type="pct"/>
          </w:tcPr>
          <w:p w14:paraId="6AFC0F1A"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Numeric</w:t>
            </w:r>
          </w:p>
        </w:tc>
      </w:tr>
      <w:tr w:rsidR="00331DE8" w:rsidRPr="005E2F5A" w14:paraId="5041F519" w14:textId="77777777" w:rsidTr="005E2F5A">
        <w:trPr>
          <w:trHeight w:val="268"/>
          <w:jc w:val="center"/>
        </w:trPr>
        <w:tc>
          <w:tcPr>
            <w:tcW w:w="802" w:type="pct"/>
          </w:tcPr>
          <w:p w14:paraId="37FFE41F"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BMI</w:t>
            </w:r>
          </w:p>
        </w:tc>
        <w:tc>
          <w:tcPr>
            <w:tcW w:w="566" w:type="pct"/>
          </w:tcPr>
          <w:p w14:paraId="6EDF50ED"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1</w:t>
            </w:r>
          </w:p>
        </w:tc>
        <w:tc>
          <w:tcPr>
            <w:tcW w:w="2014" w:type="pct"/>
          </w:tcPr>
          <w:p w14:paraId="083081DF"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BMI of the individual</w:t>
            </w:r>
          </w:p>
        </w:tc>
        <w:tc>
          <w:tcPr>
            <w:tcW w:w="1618" w:type="pct"/>
          </w:tcPr>
          <w:p w14:paraId="47F2FF89"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Numeric</w:t>
            </w:r>
          </w:p>
        </w:tc>
      </w:tr>
      <w:tr w:rsidR="00331DE8" w:rsidRPr="005E2F5A" w14:paraId="5548DB82" w14:textId="77777777" w:rsidTr="005E2F5A">
        <w:trPr>
          <w:trHeight w:val="536"/>
          <w:jc w:val="center"/>
        </w:trPr>
        <w:tc>
          <w:tcPr>
            <w:tcW w:w="802" w:type="pct"/>
          </w:tcPr>
          <w:p w14:paraId="0D64A11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Employment Info</w:t>
            </w:r>
          </w:p>
        </w:tc>
        <w:tc>
          <w:tcPr>
            <w:tcW w:w="566" w:type="pct"/>
          </w:tcPr>
          <w:p w14:paraId="6885B7FD"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6</w:t>
            </w:r>
          </w:p>
        </w:tc>
        <w:tc>
          <w:tcPr>
            <w:tcW w:w="2014" w:type="pct"/>
          </w:tcPr>
          <w:p w14:paraId="6CF058AC"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Variables relating to the employment history of the individual</w:t>
            </w:r>
          </w:p>
        </w:tc>
        <w:tc>
          <w:tcPr>
            <w:tcW w:w="1618" w:type="pct"/>
          </w:tcPr>
          <w:p w14:paraId="5B86B0AC"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Two Numeric. Rest Integer</w:t>
            </w:r>
          </w:p>
          <w:p w14:paraId="5934AFCB" w14:textId="77777777" w:rsidR="00331DE8" w:rsidRPr="005E2F5A" w:rsidRDefault="00331DE8" w:rsidP="00FA321D">
            <w:pPr>
              <w:spacing w:after="0" w:line="240" w:lineRule="auto"/>
              <w:rPr>
                <w:rFonts w:ascii="Times New Roman" w:hAnsi="Times New Roman" w:cs="Times New Roman"/>
                <w:sz w:val="20"/>
                <w:szCs w:val="20"/>
              </w:rPr>
            </w:pPr>
          </w:p>
        </w:tc>
      </w:tr>
      <w:tr w:rsidR="00331DE8" w:rsidRPr="005E2F5A" w14:paraId="7E0714A8" w14:textId="77777777" w:rsidTr="005E2F5A">
        <w:trPr>
          <w:trHeight w:val="536"/>
          <w:jc w:val="center"/>
        </w:trPr>
        <w:tc>
          <w:tcPr>
            <w:tcW w:w="802" w:type="pct"/>
          </w:tcPr>
          <w:p w14:paraId="6719DF1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Insurer Information</w:t>
            </w:r>
          </w:p>
        </w:tc>
        <w:tc>
          <w:tcPr>
            <w:tcW w:w="566" w:type="pct"/>
          </w:tcPr>
          <w:p w14:paraId="66917A62"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6</w:t>
            </w:r>
          </w:p>
        </w:tc>
        <w:tc>
          <w:tcPr>
            <w:tcW w:w="2014" w:type="pct"/>
          </w:tcPr>
          <w:p w14:paraId="7610DE6F"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 set of variables providing information about the individual</w:t>
            </w:r>
          </w:p>
        </w:tc>
        <w:tc>
          <w:tcPr>
            <w:tcW w:w="1618" w:type="pct"/>
          </w:tcPr>
          <w:p w14:paraId="00324A8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Integer</w:t>
            </w:r>
          </w:p>
          <w:p w14:paraId="2462D160" w14:textId="77777777" w:rsidR="00331DE8" w:rsidRPr="005E2F5A" w:rsidRDefault="00331DE8" w:rsidP="00FA321D">
            <w:pPr>
              <w:spacing w:after="0" w:line="240" w:lineRule="auto"/>
              <w:rPr>
                <w:rFonts w:ascii="Times New Roman" w:hAnsi="Times New Roman" w:cs="Times New Roman"/>
                <w:sz w:val="20"/>
                <w:szCs w:val="20"/>
              </w:rPr>
            </w:pPr>
          </w:p>
        </w:tc>
      </w:tr>
      <w:tr w:rsidR="00331DE8" w:rsidRPr="005E2F5A" w14:paraId="0FF6C7A8" w14:textId="77777777" w:rsidTr="005E2F5A">
        <w:trPr>
          <w:trHeight w:val="536"/>
          <w:jc w:val="center"/>
        </w:trPr>
        <w:tc>
          <w:tcPr>
            <w:tcW w:w="802" w:type="pct"/>
          </w:tcPr>
          <w:p w14:paraId="70B075E0"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Insurance History</w:t>
            </w:r>
          </w:p>
        </w:tc>
        <w:tc>
          <w:tcPr>
            <w:tcW w:w="566" w:type="pct"/>
          </w:tcPr>
          <w:p w14:paraId="3CA71487"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9</w:t>
            </w:r>
          </w:p>
        </w:tc>
        <w:tc>
          <w:tcPr>
            <w:tcW w:w="2014" w:type="pct"/>
          </w:tcPr>
          <w:p w14:paraId="70CB4626"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 set of variables relating to the insurance history of the individual</w:t>
            </w:r>
          </w:p>
        </w:tc>
        <w:tc>
          <w:tcPr>
            <w:tcW w:w="1618" w:type="pct"/>
          </w:tcPr>
          <w:p w14:paraId="414F081B"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Integer</w:t>
            </w:r>
          </w:p>
        </w:tc>
      </w:tr>
      <w:tr w:rsidR="00331DE8" w:rsidRPr="005E2F5A" w14:paraId="30BD572C" w14:textId="77777777" w:rsidTr="005E2F5A">
        <w:trPr>
          <w:trHeight w:val="536"/>
          <w:jc w:val="center"/>
        </w:trPr>
        <w:tc>
          <w:tcPr>
            <w:tcW w:w="802" w:type="pct"/>
          </w:tcPr>
          <w:p w14:paraId="09563554"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Family History</w:t>
            </w:r>
          </w:p>
        </w:tc>
        <w:tc>
          <w:tcPr>
            <w:tcW w:w="566" w:type="pct"/>
          </w:tcPr>
          <w:p w14:paraId="4B487AF5"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5</w:t>
            </w:r>
          </w:p>
        </w:tc>
        <w:tc>
          <w:tcPr>
            <w:tcW w:w="2014" w:type="pct"/>
          </w:tcPr>
          <w:p w14:paraId="36A1DF9F"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 set of variables relating to the family history of the individual</w:t>
            </w:r>
          </w:p>
        </w:tc>
        <w:tc>
          <w:tcPr>
            <w:tcW w:w="1618" w:type="pct"/>
          </w:tcPr>
          <w:p w14:paraId="7B0CAFB3"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Integer</w:t>
            </w:r>
          </w:p>
        </w:tc>
      </w:tr>
      <w:tr w:rsidR="00331DE8" w:rsidRPr="005E2F5A" w14:paraId="1C64E7F4" w14:textId="77777777" w:rsidTr="005E2F5A">
        <w:trPr>
          <w:trHeight w:val="528"/>
          <w:jc w:val="center"/>
        </w:trPr>
        <w:tc>
          <w:tcPr>
            <w:tcW w:w="802" w:type="pct"/>
          </w:tcPr>
          <w:p w14:paraId="6AC5F13F"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Medial History</w:t>
            </w:r>
          </w:p>
        </w:tc>
        <w:tc>
          <w:tcPr>
            <w:tcW w:w="566" w:type="pct"/>
          </w:tcPr>
          <w:p w14:paraId="46C4FBEB"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41</w:t>
            </w:r>
          </w:p>
        </w:tc>
        <w:tc>
          <w:tcPr>
            <w:tcW w:w="2014" w:type="pct"/>
          </w:tcPr>
          <w:p w14:paraId="0E012DE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A set of variables relating to the medical history of the individual</w:t>
            </w:r>
          </w:p>
        </w:tc>
        <w:tc>
          <w:tcPr>
            <w:tcW w:w="1618" w:type="pct"/>
          </w:tcPr>
          <w:p w14:paraId="5E4BC8D8"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Integer</w:t>
            </w:r>
          </w:p>
        </w:tc>
      </w:tr>
      <w:tr w:rsidR="00331DE8" w:rsidRPr="005E2F5A" w14:paraId="4BC9837F" w14:textId="77777777" w:rsidTr="005E2F5A">
        <w:trPr>
          <w:trHeight w:val="805"/>
          <w:jc w:val="center"/>
        </w:trPr>
        <w:tc>
          <w:tcPr>
            <w:tcW w:w="802" w:type="pct"/>
          </w:tcPr>
          <w:p w14:paraId="66233B2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Medical</w:t>
            </w:r>
          </w:p>
          <w:p w14:paraId="70A22EBF"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Keyword</w:t>
            </w:r>
          </w:p>
        </w:tc>
        <w:tc>
          <w:tcPr>
            <w:tcW w:w="566" w:type="pct"/>
          </w:tcPr>
          <w:p w14:paraId="18E849D4"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48</w:t>
            </w:r>
          </w:p>
        </w:tc>
        <w:tc>
          <w:tcPr>
            <w:tcW w:w="2014" w:type="pct"/>
          </w:tcPr>
          <w:p w14:paraId="226507FC"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Dummy variables indicating the presence or/absence of a medical keyword associated with the individual</w:t>
            </w:r>
          </w:p>
        </w:tc>
        <w:tc>
          <w:tcPr>
            <w:tcW w:w="1618" w:type="pct"/>
          </w:tcPr>
          <w:p w14:paraId="18F00A58"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Integer</w:t>
            </w:r>
          </w:p>
        </w:tc>
      </w:tr>
      <w:tr w:rsidR="00331DE8" w:rsidRPr="005E2F5A" w14:paraId="50056BFA" w14:textId="77777777" w:rsidTr="005E2F5A">
        <w:trPr>
          <w:trHeight w:val="555"/>
          <w:jc w:val="center"/>
        </w:trPr>
        <w:tc>
          <w:tcPr>
            <w:tcW w:w="802" w:type="pct"/>
          </w:tcPr>
          <w:p w14:paraId="0CC67B74"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Response</w:t>
            </w:r>
          </w:p>
        </w:tc>
        <w:tc>
          <w:tcPr>
            <w:tcW w:w="566" w:type="pct"/>
          </w:tcPr>
          <w:p w14:paraId="357ABC3A"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1</w:t>
            </w:r>
          </w:p>
        </w:tc>
        <w:tc>
          <w:tcPr>
            <w:tcW w:w="2014" w:type="pct"/>
          </w:tcPr>
          <w:p w14:paraId="4093C18E"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It is the target variable that rates the individual for appropriate product pricing.</w:t>
            </w:r>
          </w:p>
        </w:tc>
        <w:tc>
          <w:tcPr>
            <w:tcW w:w="1618" w:type="pct"/>
          </w:tcPr>
          <w:p w14:paraId="7F753F2C" w14:textId="77777777" w:rsidR="00331DE8" w:rsidRPr="005E2F5A" w:rsidRDefault="00331DE8" w:rsidP="00FA321D">
            <w:pPr>
              <w:spacing w:after="0" w:line="240" w:lineRule="auto"/>
              <w:rPr>
                <w:rFonts w:ascii="Times New Roman" w:hAnsi="Times New Roman" w:cs="Times New Roman"/>
                <w:sz w:val="20"/>
                <w:szCs w:val="20"/>
              </w:rPr>
            </w:pPr>
            <w:r w:rsidRPr="005E2F5A">
              <w:rPr>
                <w:rFonts w:ascii="Times New Roman" w:hAnsi="Times New Roman" w:cs="Times New Roman"/>
                <w:sz w:val="20"/>
                <w:szCs w:val="20"/>
              </w:rPr>
              <w:t>Integer 1:8</w:t>
            </w:r>
          </w:p>
        </w:tc>
      </w:tr>
    </w:tbl>
    <w:p w14:paraId="7B0C2C5C" w14:textId="77777777" w:rsidR="00331DE8" w:rsidRPr="005E2F5A" w:rsidRDefault="00331DE8" w:rsidP="00FA321D">
      <w:pPr>
        <w:spacing w:after="0" w:line="240" w:lineRule="auto"/>
        <w:rPr>
          <w:rFonts w:ascii="Times New Roman" w:hAnsi="Times New Roman" w:cs="Times New Roman"/>
        </w:rPr>
      </w:pPr>
    </w:p>
    <w:p w14:paraId="2A0FF679" w14:textId="5352172A" w:rsidR="00132586" w:rsidRDefault="00132586" w:rsidP="00FA321D">
      <w:pPr>
        <w:spacing w:after="0" w:line="240" w:lineRule="auto"/>
        <w:rPr>
          <w:rFonts w:ascii="Times New Roman" w:hAnsi="Times New Roman" w:cs="Times New Roman"/>
          <w:sz w:val="20"/>
          <w:szCs w:val="20"/>
          <w:lang w:val="en-IN"/>
        </w:rPr>
      </w:pPr>
      <w:r w:rsidRPr="00FA321D">
        <w:rPr>
          <w:rFonts w:ascii="Times New Roman" w:hAnsi="Times New Roman" w:cs="Times New Roman"/>
          <w:b/>
          <w:bCs/>
          <w:sz w:val="20"/>
          <w:szCs w:val="20"/>
          <w:lang w:val="en-IN"/>
        </w:rPr>
        <w:t>Table S2.</w:t>
      </w:r>
      <w:r w:rsidRPr="00132586">
        <w:rPr>
          <w:rFonts w:ascii="Times New Roman" w:hAnsi="Times New Roman" w:cs="Times New Roman"/>
          <w:sz w:val="20"/>
          <w:szCs w:val="20"/>
          <w:lang w:val="en-IN"/>
        </w:rPr>
        <w:t xml:space="preserve"> S</w:t>
      </w:r>
      <w:r w:rsidRPr="00132586">
        <w:rPr>
          <w:rFonts w:ascii="Times New Roman" w:hAnsi="Times New Roman" w:cs="Times New Roman"/>
          <w:sz w:val="20"/>
          <w:szCs w:val="20"/>
          <w:lang w:val="en-IN"/>
        </w:rPr>
        <w:t>ensitivity analysis across probability thresholds</w:t>
      </w:r>
    </w:p>
    <w:p w14:paraId="22DED96F" w14:textId="77777777" w:rsidR="00FA321D" w:rsidRPr="00132586" w:rsidRDefault="00FA321D" w:rsidP="00FA321D">
      <w:pPr>
        <w:spacing w:after="0" w:line="240" w:lineRule="auto"/>
        <w:rPr>
          <w:rFonts w:ascii="Times New Roman" w:hAnsi="Times New Roman" w:cs="Times New Roman"/>
          <w:sz w:val="20"/>
          <w:szCs w:val="20"/>
          <w:lang w:val="en-IN"/>
        </w:rPr>
      </w:pPr>
    </w:p>
    <w:tbl>
      <w:tblPr>
        <w:tblStyle w:val="TableGrid"/>
        <w:tblW w:w="5896" w:type="dxa"/>
        <w:jc w:val="center"/>
        <w:tblLook w:val="04A0" w:firstRow="1" w:lastRow="0" w:firstColumn="1" w:lastColumn="0" w:noHBand="0" w:noVBand="1"/>
      </w:tblPr>
      <w:tblGrid>
        <w:gridCol w:w="972"/>
        <w:gridCol w:w="960"/>
        <w:gridCol w:w="1027"/>
        <w:gridCol w:w="1005"/>
        <w:gridCol w:w="966"/>
        <w:gridCol w:w="966"/>
      </w:tblGrid>
      <w:tr w:rsidR="00132586" w:rsidRPr="00132586" w14:paraId="1131E419" w14:textId="77777777" w:rsidTr="00132586">
        <w:trPr>
          <w:trHeight w:val="288"/>
          <w:jc w:val="center"/>
        </w:trPr>
        <w:tc>
          <w:tcPr>
            <w:tcW w:w="972" w:type="dxa"/>
            <w:noWrap/>
            <w:hideMark/>
          </w:tcPr>
          <w:p w14:paraId="7A4C0357" w14:textId="77777777" w:rsidR="00132586" w:rsidRPr="00132586" w:rsidRDefault="00132586" w:rsidP="00FA321D">
            <w:pPr>
              <w:jc w:val="center"/>
              <w:rPr>
                <w:rFonts w:ascii="Times New Roman" w:eastAsia="Times New Roman" w:hAnsi="Times New Roman" w:cs="Times New Roman"/>
                <w:b/>
                <w:bCs/>
                <w:color w:val="000000"/>
                <w:sz w:val="20"/>
                <w:szCs w:val="20"/>
                <w:lang w:val="en-IN" w:eastAsia="en-IN" w:bidi="mr-IN"/>
              </w:rPr>
            </w:pPr>
            <w:r w:rsidRPr="00132586">
              <w:rPr>
                <w:rFonts w:ascii="Times New Roman" w:eastAsia="Times New Roman" w:hAnsi="Times New Roman" w:cs="Times New Roman"/>
                <w:b/>
                <w:bCs/>
                <w:color w:val="000000"/>
                <w:sz w:val="20"/>
                <w:szCs w:val="20"/>
                <w:lang w:val="en-IN" w:eastAsia="en-IN" w:bidi="mr-IN"/>
              </w:rPr>
              <w:t>Model</w:t>
            </w:r>
          </w:p>
        </w:tc>
        <w:tc>
          <w:tcPr>
            <w:tcW w:w="960" w:type="dxa"/>
            <w:noWrap/>
            <w:hideMark/>
          </w:tcPr>
          <w:p w14:paraId="512928C0" w14:textId="77777777" w:rsidR="00132586" w:rsidRPr="00132586" w:rsidRDefault="00132586" w:rsidP="00FA321D">
            <w:pPr>
              <w:jc w:val="center"/>
              <w:rPr>
                <w:rFonts w:ascii="Times New Roman" w:eastAsia="Times New Roman" w:hAnsi="Times New Roman" w:cs="Times New Roman"/>
                <w:b/>
                <w:bCs/>
                <w:color w:val="000000"/>
                <w:sz w:val="20"/>
                <w:szCs w:val="20"/>
                <w:lang w:val="en-IN" w:eastAsia="en-IN" w:bidi="mr-IN"/>
              </w:rPr>
            </w:pPr>
            <w:r w:rsidRPr="00132586">
              <w:rPr>
                <w:rFonts w:ascii="Times New Roman" w:eastAsia="Times New Roman" w:hAnsi="Times New Roman" w:cs="Times New Roman"/>
                <w:b/>
                <w:bCs/>
                <w:color w:val="000000"/>
                <w:sz w:val="20"/>
                <w:szCs w:val="20"/>
                <w:lang w:val="en-IN" w:eastAsia="en-IN" w:bidi="mr-IN"/>
              </w:rPr>
              <w:t>Cutoff</w:t>
            </w:r>
          </w:p>
        </w:tc>
        <w:tc>
          <w:tcPr>
            <w:tcW w:w="1027" w:type="dxa"/>
            <w:noWrap/>
            <w:hideMark/>
          </w:tcPr>
          <w:p w14:paraId="330D293D" w14:textId="77777777" w:rsidR="00132586" w:rsidRPr="00132586" w:rsidRDefault="00132586" w:rsidP="00FA321D">
            <w:pPr>
              <w:jc w:val="center"/>
              <w:rPr>
                <w:rFonts w:ascii="Times New Roman" w:eastAsia="Times New Roman" w:hAnsi="Times New Roman" w:cs="Times New Roman"/>
                <w:b/>
                <w:bCs/>
                <w:color w:val="000000"/>
                <w:sz w:val="20"/>
                <w:szCs w:val="20"/>
                <w:lang w:val="en-IN" w:eastAsia="en-IN" w:bidi="mr-IN"/>
              </w:rPr>
            </w:pPr>
            <w:r w:rsidRPr="00132586">
              <w:rPr>
                <w:rFonts w:ascii="Times New Roman" w:eastAsia="Times New Roman" w:hAnsi="Times New Roman" w:cs="Times New Roman"/>
                <w:b/>
                <w:bCs/>
                <w:color w:val="000000"/>
                <w:sz w:val="20"/>
                <w:szCs w:val="20"/>
                <w:lang w:val="en-IN" w:eastAsia="en-IN" w:bidi="mr-IN"/>
              </w:rPr>
              <w:t>Accuracy</w:t>
            </w:r>
          </w:p>
        </w:tc>
        <w:tc>
          <w:tcPr>
            <w:tcW w:w="1005" w:type="dxa"/>
            <w:noWrap/>
            <w:hideMark/>
          </w:tcPr>
          <w:p w14:paraId="1AF3DAAF" w14:textId="77777777" w:rsidR="00132586" w:rsidRPr="00132586" w:rsidRDefault="00132586" w:rsidP="00FA321D">
            <w:pPr>
              <w:jc w:val="center"/>
              <w:rPr>
                <w:rFonts w:ascii="Times New Roman" w:eastAsia="Times New Roman" w:hAnsi="Times New Roman" w:cs="Times New Roman"/>
                <w:b/>
                <w:bCs/>
                <w:color w:val="000000"/>
                <w:sz w:val="20"/>
                <w:szCs w:val="20"/>
                <w:lang w:val="en-IN" w:eastAsia="en-IN" w:bidi="mr-IN"/>
              </w:rPr>
            </w:pPr>
            <w:r w:rsidRPr="00132586">
              <w:rPr>
                <w:rFonts w:ascii="Times New Roman" w:eastAsia="Times New Roman" w:hAnsi="Times New Roman" w:cs="Times New Roman"/>
                <w:b/>
                <w:bCs/>
                <w:color w:val="000000"/>
                <w:sz w:val="20"/>
                <w:szCs w:val="20"/>
                <w:lang w:val="en-IN" w:eastAsia="en-IN" w:bidi="mr-IN"/>
              </w:rPr>
              <w:t>Precision</w:t>
            </w:r>
          </w:p>
        </w:tc>
        <w:tc>
          <w:tcPr>
            <w:tcW w:w="966" w:type="dxa"/>
            <w:noWrap/>
            <w:hideMark/>
          </w:tcPr>
          <w:p w14:paraId="18193708" w14:textId="77777777" w:rsidR="00132586" w:rsidRPr="00132586" w:rsidRDefault="00132586" w:rsidP="00FA321D">
            <w:pPr>
              <w:jc w:val="center"/>
              <w:rPr>
                <w:rFonts w:ascii="Times New Roman" w:eastAsia="Times New Roman" w:hAnsi="Times New Roman" w:cs="Times New Roman"/>
                <w:b/>
                <w:bCs/>
                <w:color w:val="000000"/>
                <w:sz w:val="20"/>
                <w:szCs w:val="20"/>
                <w:lang w:val="en-IN" w:eastAsia="en-IN" w:bidi="mr-IN"/>
              </w:rPr>
            </w:pPr>
            <w:r w:rsidRPr="00132586">
              <w:rPr>
                <w:rFonts w:ascii="Times New Roman" w:eastAsia="Times New Roman" w:hAnsi="Times New Roman" w:cs="Times New Roman"/>
                <w:b/>
                <w:bCs/>
                <w:color w:val="000000"/>
                <w:sz w:val="20"/>
                <w:szCs w:val="20"/>
                <w:lang w:val="en-IN" w:eastAsia="en-IN" w:bidi="mr-IN"/>
              </w:rPr>
              <w:t>Recall</w:t>
            </w:r>
          </w:p>
        </w:tc>
        <w:tc>
          <w:tcPr>
            <w:tcW w:w="966" w:type="dxa"/>
            <w:noWrap/>
            <w:hideMark/>
          </w:tcPr>
          <w:p w14:paraId="1A60DE03" w14:textId="77777777" w:rsidR="00132586" w:rsidRPr="00132586" w:rsidRDefault="00132586" w:rsidP="00FA321D">
            <w:pPr>
              <w:jc w:val="center"/>
              <w:rPr>
                <w:rFonts w:ascii="Times New Roman" w:eastAsia="Times New Roman" w:hAnsi="Times New Roman" w:cs="Times New Roman"/>
                <w:b/>
                <w:bCs/>
                <w:color w:val="000000"/>
                <w:sz w:val="20"/>
                <w:szCs w:val="20"/>
                <w:lang w:val="en-IN" w:eastAsia="en-IN" w:bidi="mr-IN"/>
              </w:rPr>
            </w:pPr>
            <w:r w:rsidRPr="00132586">
              <w:rPr>
                <w:rFonts w:ascii="Times New Roman" w:eastAsia="Times New Roman" w:hAnsi="Times New Roman" w:cs="Times New Roman"/>
                <w:b/>
                <w:bCs/>
                <w:color w:val="000000"/>
                <w:sz w:val="20"/>
                <w:szCs w:val="20"/>
                <w:lang w:val="en-IN" w:eastAsia="en-IN" w:bidi="mr-IN"/>
              </w:rPr>
              <w:t>F1</w:t>
            </w:r>
          </w:p>
        </w:tc>
      </w:tr>
      <w:tr w:rsidR="00132586" w:rsidRPr="00132586" w14:paraId="33E0CE28" w14:textId="77777777" w:rsidTr="00132586">
        <w:trPr>
          <w:trHeight w:val="288"/>
          <w:jc w:val="center"/>
        </w:trPr>
        <w:tc>
          <w:tcPr>
            <w:tcW w:w="972" w:type="dxa"/>
            <w:noWrap/>
            <w:hideMark/>
          </w:tcPr>
          <w:p w14:paraId="42083FBD"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51821964"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0.1</w:t>
            </w:r>
          </w:p>
        </w:tc>
        <w:tc>
          <w:tcPr>
            <w:tcW w:w="1027" w:type="dxa"/>
            <w:noWrap/>
            <w:vAlign w:val="bottom"/>
            <w:hideMark/>
          </w:tcPr>
          <w:p w14:paraId="0714E21B" w14:textId="1EC9FE5E"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0.691</w:t>
            </w:r>
          </w:p>
        </w:tc>
        <w:tc>
          <w:tcPr>
            <w:tcW w:w="1005" w:type="dxa"/>
            <w:noWrap/>
            <w:vAlign w:val="bottom"/>
            <w:hideMark/>
          </w:tcPr>
          <w:p w14:paraId="4732D1F1" w14:textId="3CA360FF"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0.685</w:t>
            </w:r>
          </w:p>
        </w:tc>
        <w:tc>
          <w:tcPr>
            <w:tcW w:w="966" w:type="dxa"/>
            <w:noWrap/>
            <w:vAlign w:val="bottom"/>
            <w:hideMark/>
          </w:tcPr>
          <w:p w14:paraId="03ACE3DF" w14:textId="6A21364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0.998</w:t>
            </w:r>
          </w:p>
        </w:tc>
        <w:tc>
          <w:tcPr>
            <w:tcW w:w="966" w:type="dxa"/>
            <w:noWrap/>
            <w:vAlign w:val="bottom"/>
            <w:hideMark/>
          </w:tcPr>
          <w:p w14:paraId="1AAE82E8" w14:textId="13497AB9"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0.813</w:t>
            </w:r>
          </w:p>
        </w:tc>
      </w:tr>
      <w:tr w:rsidR="00132586" w:rsidRPr="00132586" w14:paraId="0571820D" w14:textId="77777777" w:rsidTr="00132586">
        <w:trPr>
          <w:trHeight w:val="288"/>
          <w:jc w:val="center"/>
        </w:trPr>
        <w:tc>
          <w:tcPr>
            <w:tcW w:w="972" w:type="dxa"/>
            <w:noWrap/>
            <w:hideMark/>
          </w:tcPr>
          <w:p w14:paraId="5251A022"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20791CC2"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0.2</w:t>
            </w:r>
          </w:p>
        </w:tc>
        <w:tc>
          <w:tcPr>
            <w:tcW w:w="1027" w:type="dxa"/>
            <w:noWrap/>
            <w:vAlign w:val="bottom"/>
            <w:hideMark/>
          </w:tcPr>
          <w:p w14:paraId="6151013C" w14:textId="64A959D6"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0.754</w:t>
            </w:r>
          </w:p>
        </w:tc>
        <w:tc>
          <w:tcPr>
            <w:tcW w:w="1005" w:type="dxa"/>
            <w:noWrap/>
            <w:vAlign w:val="bottom"/>
            <w:hideMark/>
          </w:tcPr>
          <w:p w14:paraId="7BA954ED" w14:textId="1F2461B9"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0.738</w:t>
            </w:r>
          </w:p>
        </w:tc>
        <w:tc>
          <w:tcPr>
            <w:tcW w:w="966" w:type="dxa"/>
            <w:noWrap/>
            <w:vAlign w:val="bottom"/>
            <w:hideMark/>
          </w:tcPr>
          <w:p w14:paraId="2A2C0B26" w14:textId="27254F15"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0.982</w:t>
            </w:r>
          </w:p>
        </w:tc>
        <w:tc>
          <w:tcPr>
            <w:tcW w:w="966" w:type="dxa"/>
            <w:noWrap/>
            <w:vAlign w:val="bottom"/>
            <w:hideMark/>
          </w:tcPr>
          <w:p w14:paraId="76B47ECD" w14:textId="088615D9"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0.843</w:t>
            </w:r>
          </w:p>
        </w:tc>
      </w:tr>
      <w:tr w:rsidR="00132586" w:rsidRPr="00132586" w14:paraId="1CDA08E1" w14:textId="77777777" w:rsidTr="00132586">
        <w:trPr>
          <w:trHeight w:val="288"/>
          <w:jc w:val="center"/>
        </w:trPr>
        <w:tc>
          <w:tcPr>
            <w:tcW w:w="972" w:type="dxa"/>
            <w:noWrap/>
            <w:hideMark/>
          </w:tcPr>
          <w:p w14:paraId="6E96DEB3"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2CEA58CA"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0.3</w:t>
            </w:r>
          </w:p>
        </w:tc>
        <w:tc>
          <w:tcPr>
            <w:tcW w:w="1027" w:type="dxa"/>
            <w:noWrap/>
            <w:vAlign w:val="bottom"/>
            <w:hideMark/>
          </w:tcPr>
          <w:p w14:paraId="355CF641" w14:textId="0980EA2E"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0.795</w:t>
            </w:r>
          </w:p>
        </w:tc>
        <w:tc>
          <w:tcPr>
            <w:tcW w:w="1005" w:type="dxa"/>
            <w:noWrap/>
            <w:vAlign w:val="bottom"/>
            <w:hideMark/>
          </w:tcPr>
          <w:p w14:paraId="4A5FF048" w14:textId="10912E13"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0.787</w:t>
            </w:r>
          </w:p>
        </w:tc>
        <w:tc>
          <w:tcPr>
            <w:tcW w:w="966" w:type="dxa"/>
            <w:noWrap/>
            <w:vAlign w:val="bottom"/>
            <w:hideMark/>
          </w:tcPr>
          <w:p w14:paraId="5D91DDBC" w14:textId="3FE1476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0.953</w:t>
            </w:r>
          </w:p>
        </w:tc>
        <w:tc>
          <w:tcPr>
            <w:tcW w:w="966" w:type="dxa"/>
            <w:noWrap/>
            <w:vAlign w:val="bottom"/>
            <w:hideMark/>
          </w:tcPr>
          <w:p w14:paraId="3FF45E7F" w14:textId="1B818280"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0.862</w:t>
            </w:r>
          </w:p>
        </w:tc>
      </w:tr>
      <w:tr w:rsidR="00132586" w:rsidRPr="00132586" w14:paraId="15F23D91" w14:textId="77777777" w:rsidTr="00132586">
        <w:trPr>
          <w:trHeight w:val="288"/>
          <w:jc w:val="center"/>
        </w:trPr>
        <w:tc>
          <w:tcPr>
            <w:tcW w:w="972" w:type="dxa"/>
            <w:noWrap/>
            <w:hideMark/>
          </w:tcPr>
          <w:p w14:paraId="739351F0"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75BB58D9"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0.4</w:t>
            </w:r>
          </w:p>
        </w:tc>
        <w:tc>
          <w:tcPr>
            <w:tcW w:w="1027" w:type="dxa"/>
            <w:noWrap/>
            <w:vAlign w:val="bottom"/>
            <w:hideMark/>
          </w:tcPr>
          <w:p w14:paraId="2F4C75FE" w14:textId="6934452F"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0.818</w:t>
            </w:r>
          </w:p>
        </w:tc>
        <w:tc>
          <w:tcPr>
            <w:tcW w:w="1005" w:type="dxa"/>
            <w:noWrap/>
            <w:vAlign w:val="bottom"/>
            <w:hideMark/>
          </w:tcPr>
          <w:p w14:paraId="2357602D" w14:textId="1264F65D"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0.829</w:t>
            </w:r>
          </w:p>
        </w:tc>
        <w:tc>
          <w:tcPr>
            <w:tcW w:w="966" w:type="dxa"/>
            <w:noWrap/>
            <w:vAlign w:val="bottom"/>
            <w:hideMark/>
          </w:tcPr>
          <w:p w14:paraId="6A115C16" w14:textId="6C691E0E"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0.918</w:t>
            </w:r>
          </w:p>
        </w:tc>
        <w:tc>
          <w:tcPr>
            <w:tcW w:w="966" w:type="dxa"/>
            <w:noWrap/>
            <w:vAlign w:val="bottom"/>
            <w:hideMark/>
          </w:tcPr>
          <w:p w14:paraId="3706AB9B" w14:textId="443E622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0.871</w:t>
            </w:r>
          </w:p>
        </w:tc>
      </w:tr>
      <w:tr w:rsidR="00132586" w:rsidRPr="00132586" w14:paraId="4F19FDD5" w14:textId="77777777" w:rsidTr="00132586">
        <w:trPr>
          <w:trHeight w:val="288"/>
          <w:jc w:val="center"/>
        </w:trPr>
        <w:tc>
          <w:tcPr>
            <w:tcW w:w="972" w:type="dxa"/>
            <w:noWrap/>
            <w:hideMark/>
          </w:tcPr>
          <w:p w14:paraId="09309881"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28574284"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0.5</w:t>
            </w:r>
          </w:p>
        </w:tc>
        <w:tc>
          <w:tcPr>
            <w:tcW w:w="1027" w:type="dxa"/>
            <w:noWrap/>
            <w:vAlign w:val="bottom"/>
            <w:hideMark/>
          </w:tcPr>
          <w:p w14:paraId="369F7787" w14:textId="7628F676"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0.826</w:t>
            </w:r>
          </w:p>
        </w:tc>
        <w:tc>
          <w:tcPr>
            <w:tcW w:w="1005" w:type="dxa"/>
            <w:noWrap/>
            <w:vAlign w:val="bottom"/>
            <w:hideMark/>
          </w:tcPr>
          <w:p w14:paraId="1EB94B04" w14:textId="0CEE4BA4"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0.866</w:t>
            </w:r>
          </w:p>
        </w:tc>
        <w:tc>
          <w:tcPr>
            <w:tcW w:w="966" w:type="dxa"/>
            <w:noWrap/>
            <w:vAlign w:val="bottom"/>
            <w:hideMark/>
          </w:tcPr>
          <w:p w14:paraId="457F8B2E" w14:textId="0CC91429"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0.878</w:t>
            </w:r>
          </w:p>
        </w:tc>
        <w:tc>
          <w:tcPr>
            <w:tcW w:w="966" w:type="dxa"/>
            <w:noWrap/>
            <w:vAlign w:val="bottom"/>
            <w:hideMark/>
          </w:tcPr>
          <w:p w14:paraId="490B3C6D" w14:textId="2A097342"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0.872</w:t>
            </w:r>
          </w:p>
        </w:tc>
      </w:tr>
      <w:tr w:rsidR="00132586" w:rsidRPr="00132586" w14:paraId="659EFB21" w14:textId="77777777" w:rsidTr="00132586">
        <w:trPr>
          <w:trHeight w:val="288"/>
          <w:jc w:val="center"/>
        </w:trPr>
        <w:tc>
          <w:tcPr>
            <w:tcW w:w="972" w:type="dxa"/>
            <w:noWrap/>
            <w:hideMark/>
          </w:tcPr>
          <w:p w14:paraId="332BC539"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3139E450"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0.6</w:t>
            </w:r>
          </w:p>
        </w:tc>
        <w:tc>
          <w:tcPr>
            <w:tcW w:w="1027" w:type="dxa"/>
            <w:noWrap/>
            <w:vAlign w:val="bottom"/>
            <w:hideMark/>
          </w:tcPr>
          <w:p w14:paraId="14F8AB47" w14:textId="18D24E7E"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0.825</w:t>
            </w:r>
          </w:p>
        </w:tc>
        <w:tc>
          <w:tcPr>
            <w:tcW w:w="1005" w:type="dxa"/>
            <w:noWrap/>
            <w:vAlign w:val="bottom"/>
            <w:hideMark/>
          </w:tcPr>
          <w:p w14:paraId="22CF90F2" w14:textId="1865A7CC"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0.897</w:t>
            </w:r>
          </w:p>
        </w:tc>
        <w:tc>
          <w:tcPr>
            <w:tcW w:w="966" w:type="dxa"/>
            <w:noWrap/>
            <w:vAlign w:val="bottom"/>
            <w:hideMark/>
          </w:tcPr>
          <w:p w14:paraId="0FF858B4" w14:textId="3285240E"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0.836</w:t>
            </w:r>
          </w:p>
        </w:tc>
        <w:tc>
          <w:tcPr>
            <w:tcW w:w="966" w:type="dxa"/>
            <w:noWrap/>
            <w:vAlign w:val="bottom"/>
            <w:hideMark/>
          </w:tcPr>
          <w:p w14:paraId="456F9B20" w14:textId="77040228"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0.866</w:t>
            </w:r>
          </w:p>
        </w:tc>
      </w:tr>
      <w:tr w:rsidR="00132586" w:rsidRPr="00132586" w14:paraId="205E1253" w14:textId="77777777" w:rsidTr="00132586">
        <w:trPr>
          <w:trHeight w:val="288"/>
          <w:jc w:val="center"/>
        </w:trPr>
        <w:tc>
          <w:tcPr>
            <w:tcW w:w="972" w:type="dxa"/>
            <w:noWrap/>
            <w:hideMark/>
          </w:tcPr>
          <w:p w14:paraId="1F151F65"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08622995"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0.7</w:t>
            </w:r>
          </w:p>
        </w:tc>
        <w:tc>
          <w:tcPr>
            <w:tcW w:w="1027" w:type="dxa"/>
            <w:noWrap/>
            <w:vAlign w:val="bottom"/>
            <w:hideMark/>
          </w:tcPr>
          <w:p w14:paraId="38E1DBF9" w14:textId="29B8E6BB"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0.814</w:t>
            </w:r>
          </w:p>
        </w:tc>
        <w:tc>
          <w:tcPr>
            <w:tcW w:w="1005" w:type="dxa"/>
            <w:noWrap/>
            <w:vAlign w:val="bottom"/>
            <w:hideMark/>
          </w:tcPr>
          <w:p w14:paraId="4BC0A4B1" w14:textId="659FB30D"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0.924</w:t>
            </w:r>
          </w:p>
        </w:tc>
        <w:tc>
          <w:tcPr>
            <w:tcW w:w="966" w:type="dxa"/>
            <w:noWrap/>
            <w:vAlign w:val="bottom"/>
            <w:hideMark/>
          </w:tcPr>
          <w:p w14:paraId="387AEDD9" w14:textId="63E723DB"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0.788</w:t>
            </w:r>
          </w:p>
        </w:tc>
        <w:tc>
          <w:tcPr>
            <w:tcW w:w="966" w:type="dxa"/>
            <w:noWrap/>
            <w:vAlign w:val="bottom"/>
            <w:hideMark/>
          </w:tcPr>
          <w:p w14:paraId="5F03659D" w14:textId="79297DE4"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0.851</w:t>
            </w:r>
          </w:p>
        </w:tc>
      </w:tr>
      <w:tr w:rsidR="00132586" w:rsidRPr="00132586" w14:paraId="222272BA" w14:textId="77777777" w:rsidTr="00132586">
        <w:trPr>
          <w:trHeight w:val="288"/>
          <w:jc w:val="center"/>
        </w:trPr>
        <w:tc>
          <w:tcPr>
            <w:tcW w:w="972" w:type="dxa"/>
            <w:noWrap/>
            <w:hideMark/>
          </w:tcPr>
          <w:p w14:paraId="53F1CF45"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7EA97117"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0.8</w:t>
            </w:r>
          </w:p>
        </w:tc>
        <w:tc>
          <w:tcPr>
            <w:tcW w:w="1027" w:type="dxa"/>
            <w:noWrap/>
            <w:vAlign w:val="bottom"/>
            <w:hideMark/>
          </w:tcPr>
          <w:p w14:paraId="45647631" w14:textId="7E38ADA3"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0.785</w:t>
            </w:r>
          </w:p>
        </w:tc>
        <w:tc>
          <w:tcPr>
            <w:tcW w:w="1005" w:type="dxa"/>
            <w:noWrap/>
            <w:vAlign w:val="bottom"/>
            <w:hideMark/>
          </w:tcPr>
          <w:p w14:paraId="3A1712F0" w14:textId="0A7E2FA9"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0.947</w:t>
            </w:r>
          </w:p>
        </w:tc>
        <w:tc>
          <w:tcPr>
            <w:tcW w:w="966" w:type="dxa"/>
            <w:noWrap/>
            <w:vAlign w:val="bottom"/>
            <w:hideMark/>
          </w:tcPr>
          <w:p w14:paraId="223E5290" w14:textId="130FF88A"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0.720</w:t>
            </w:r>
          </w:p>
        </w:tc>
        <w:tc>
          <w:tcPr>
            <w:tcW w:w="966" w:type="dxa"/>
            <w:noWrap/>
            <w:vAlign w:val="bottom"/>
            <w:hideMark/>
          </w:tcPr>
          <w:p w14:paraId="4BF21BD4" w14:textId="38375A36"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0.818</w:t>
            </w:r>
          </w:p>
        </w:tc>
      </w:tr>
      <w:tr w:rsidR="00132586" w:rsidRPr="00132586" w14:paraId="5624AD5F" w14:textId="77777777" w:rsidTr="00132586">
        <w:trPr>
          <w:trHeight w:val="288"/>
          <w:jc w:val="center"/>
        </w:trPr>
        <w:tc>
          <w:tcPr>
            <w:tcW w:w="972" w:type="dxa"/>
            <w:noWrap/>
            <w:hideMark/>
          </w:tcPr>
          <w:p w14:paraId="1E9813D4" w14:textId="77777777" w:rsidR="00132586" w:rsidRPr="00132586" w:rsidRDefault="00132586" w:rsidP="00FA321D">
            <w:pPr>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XGBoost</w:t>
            </w:r>
          </w:p>
        </w:tc>
        <w:tc>
          <w:tcPr>
            <w:tcW w:w="960" w:type="dxa"/>
            <w:noWrap/>
            <w:hideMark/>
          </w:tcPr>
          <w:p w14:paraId="4B3D5FB7" w14:textId="77777777"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eastAsia="Times New Roman" w:hAnsi="Times New Roman" w:cs="Times New Roman"/>
                <w:color w:val="000000"/>
                <w:sz w:val="20"/>
                <w:szCs w:val="20"/>
                <w:lang w:val="en-IN" w:eastAsia="en-IN" w:bidi="mr-IN"/>
              </w:rPr>
              <w:t>0.9</w:t>
            </w:r>
          </w:p>
        </w:tc>
        <w:tc>
          <w:tcPr>
            <w:tcW w:w="1027" w:type="dxa"/>
            <w:noWrap/>
            <w:vAlign w:val="bottom"/>
            <w:hideMark/>
          </w:tcPr>
          <w:p w14:paraId="0C8DD610" w14:textId="3184D26A"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0.733</w:t>
            </w:r>
          </w:p>
        </w:tc>
        <w:tc>
          <w:tcPr>
            <w:tcW w:w="1005" w:type="dxa"/>
            <w:noWrap/>
            <w:vAlign w:val="bottom"/>
            <w:hideMark/>
          </w:tcPr>
          <w:p w14:paraId="3859CA7A" w14:textId="547250C6"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0.973</w:t>
            </w:r>
          </w:p>
        </w:tc>
        <w:tc>
          <w:tcPr>
            <w:tcW w:w="966" w:type="dxa"/>
            <w:noWrap/>
            <w:vAlign w:val="bottom"/>
            <w:hideMark/>
          </w:tcPr>
          <w:p w14:paraId="67B979AB" w14:textId="2D76095E"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0.619</w:t>
            </w:r>
          </w:p>
        </w:tc>
        <w:tc>
          <w:tcPr>
            <w:tcW w:w="966" w:type="dxa"/>
            <w:noWrap/>
            <w:vAlign w:val="bottom"/>
            <w:hideMark/>
          </w:tcPr>
          <w:p w14:paraId="517D7CAC" w14:textId="7EAE17C3" w:rsidR="00132586" w:rsidRPr="00132586" w:rsidRDefault="00132586" w:rsidP="00FA321D">
            <w:pPr>
              <w:jc w:val="right"/>
              <w:rPr>
                <w:rFonts w:ascii="Times New Roman" w:eastAsia="Times New Roman" w:hAnsi="Times New Roman" w:cs="Times New Roman"/>
                <w:color w:val="000000"/>
                <w:sz w:val="20"/>
                <w:szCs w:val="20"/>
                <w:lang w:val="en-IN" w:eastAsia="en-IN" w:bidi="mr-IN"/>
              </w:rPr>
            </w:pPr>
            <w:r w:rsidRPr="00132586">
              <w:rPr>
                <w:rFonts w:ascii="Times New Roman" w:hAnsi="Times New Roman" w:cs="Times New Roman"/>
                <w:color w:val="000000"/>
                <w:sz w:val="20"/>
                <w:szCs w:val="20"/>
              </w:rPr>
              <w:t>0.757</w:t>
            </w:r>
          </w:p>
        </w:tc>
      </w:tr>
    </w:tbl>
    <w:p w14:paraId="321CE574" w14:textId="77777777" w:rsidR="00132586" w:rsidRDefault="00132586" w:rsidP="00FA321D">
      <w:pPr>
        <w:spacing w:after="0" w:line="240" w:lineRule="auto"/>
        <w:rPr>
          <w:rFonts w:ascii="Times New Roman" w:hAnsi="Times New Roman" w:cs="Times New Roman"/>
          <w:i/>
          <w:iCs/>
          <w:sz w:val="20"/>
          <w:szCs w:val="20"/>
          <w:lang w:val="en-IN"/>
        </w:rPr>
      </w:pPr>
    </w:p>
    <w:p w14:paraId="70BF63C7" w14:textId="77777777" w:rsidR="00FA321D" w:rsidRDefault="00FA321D" w:rsidP="00FA321D">
      <w:pPr>
        <w:spacing w:after="0" w:line="240" w:lineRule="auto"/>
        <w:rPr>
          <w:rFonts w:ascii="Times New Roman" w:hAnsi="Times New Roman" w:cs="Times New Roman"/>
          <w:i/>
          <w:iCs/>
          <w:sz w:val="20"/>
          <w:szCs w:val="20"/>
          <w:lang w:val="en-IN"/>
        </w:rPr>
      </w:pPr>
    </w:p>
    <w:p w14:paraId="65A9F1BD" w14:textId="77777777" w:rsidR="00132586" w:rsidRDefault="00132586" w:rsidP="00FA321D">
      <w:pPr>
        <w:spacing w:after="0" w:line="240" w:lineRule="auto"/>
        <w:rPr>
          <w:rFonts w:ascii="Times New Roman" w:hAnsi="Times New Roman" w:cs="Times New Roman"/>
          <w:i/>
          <w:iCs/>
          <w:sz w:val="20"/>
          <w:szCs w:val="20"/>
        </w:rPr>
      </w:pPr>
    </w:p>
    <w:p w14:paraId="1D9ECC26" w14:textId="77777777" w:rsidR="00FA321D" w:rsidRDefault="00FA321D" w:rsidP="00FA321D">
      <w:pPr>
        <w:spacing w:after="0" w:line="240" w:lineRule="auto"/>
        <w:rPr>
          <w:rFonts w:ascii="Times New Roman" w:hAnsi="Times New Roman" w:cs="Times New Roman"/>
          <w:i/>
          <w:iCs/>
          <w:sz w:val="20"/>
          <w:szCs w:val="20"/>
        </w:rPr>
      </w:pPr>
    </w:p>
    <w:p w14:paraId="5DFD399A" w14:textId="77777777" w:rsidR="00FA321D" w:rsidRDefault="00FA321D" w:rsidP="00FA321D">
      <w:pPr>
        <w:spacing w:after="0" w:line="240" w:lineRule="auto"/>
        <w:rPr>
          <w:rFonts w:ascii="Times New Roman" w:hAnsi="Times New Roman" w:cs="Times New Roman"/>
          <w:i/>
          <w:iCs/>
          <w:sz w:val="20"/>
          <w:szCs w:val="20"/>
        </w:rPr>
      </w:pPr>
    </w:p>
    <w:p w14:paraId="15F020CB" w14:textId="77777777" w:rsidR="00FA321D" w:rsidRDefault="00FA321D" w:rsidP="00FA321D">
      <w:pPr>
        <w:spacing w:after="0" w:line="240" w:lineRule="auto"/>
        <w:rPr>
          <w:rFonts w:ascii="Times New Roman" w:hAnsi="Times New Roman" w:cs="Times New Roman"/>
          <w:i/>
          <w:iCs/>
          <w:sz w:val="20"/>
          <w:szCs w:val="20"/>
        </w:rPr>
      </w:pPr>
    </w:p>
    <w:p w14:paraId="4290F339" w14:textId="77777777" w:rsidR="00FA321D" w:rsidRDefault="00FA321D" w:rsidP="00FA321D">
      <w:pPr>
        <w:spacing w:after="0" w:line="240" w:lineRule="auto"/>
        <w:rPr>
          <w:rFonts w:ascii="Times New Roman" w:hAnsi="Times New Roman" w:cs="Times New Roman"/>
          <w:i/>
          <w:iCs/>
          <w:sz w:val="20"/>
          <w:szCs w:val="20"/>
        </w:rPr>
      </w:pPr>
    </w:p>
    <w:p w14:paraId="1C108D2C" w14:textId="034FF4C6" w:rsidR="00331DE8" w:rsidRDefault="00331DE8" w:rsidP="00FA321D">
      <w:pPr>
        <w:spacing w:after="0" w:line="240" w:lineRule="auto"/>
        <w:rPr>
          <w:rFonts w:ascii="Times New Roman" w:hAnsi="Times New Roman" w:cs="Times New Roman"/>
          <w:sz w:val="20"/>
          <w:szCs w:val="20"/>
          <w:lang w:val="en-IN"/>
        </w:rPr>
      </w:pPr>
      <w:r w:rsidRPr="00FA321D">
        <w:rPr>
          <w:rFonts w:ascii="Times New Roman" w:hAnsi="Times New Roman" w:cs="Times New Roman"/>
          <w:b/>
          <w:bCs/>
          <w:sz w:val="20"/>
          <w:szCs w:val="20"/>
          <w:lang w:val="en-IN"/>
        </w:rPr>
        <w:lastRenderedPageBreak/>
        <w:t>Table S</w:t>
      </w:r>
      <w:r w:rsidR="00FA321D">
        <w:rPr>
          <w:rFonts w:ascii="Times New Roman" w:hAnsi="Times New Roman" w:cs="Times New Roman"/>
          <w:b/>
          <w:bCs/>
          <w:sz w:val="20"/>
          <w:szCs w:val="20"/>
          <w:lang w:val="en-IN"/>
        </w:rPr>
        <w:t>3</w:t>
      </w:r>
      <w:r w:rsidRPr="00FA321D">
        <w:rPr>
          <w:rFonts w:ascii="Times New Roman" w:hAnsi="Times New Roman" w:cs="Times New Roman"/>
          <w:b/>
          <w:bCs/>
          <w:sz w:val="20"/>
          <w:szCs w:val="20"/>
          <w:lang w:val="en-IN"/>
        </w:rPr>
        <w:t>.</w:t>
      </w:r>
      <w:r w:rsidRPr="00E50BA2">
        <w:rPr>
          <w:rFonts w:ascii="Times New Roman" w:hAnsi="Times New Roman" w:cs="Times New Roman"/>
          <w:i/>
          <w:iCs/>
          <w:sz w:val="20"/>
          <w:szCs w:val="20"/>
          <w:lang w:val="en-IN"/>
        </w:rPr>
        <w:t xml:space="preserve"> </w:t>
      </w:r>
      <w:r w:rsidRPr="00FA321D">
        <w:rPr>
          <w:rFonts w:ascii="Times New Roman" w:hAnsi="Times New Roman" w:cs="Times New Roman"/>
          <w:sz w:val="20"/>
          <w:szCs w:val="20"/>
          <w:lang w:val="en-IN"/>
        </w:rPr>
        <w:t>Comparative Analysis of t-SNE Plots</w:t>
      </w:r>
    </w:p>
    <w:p w14:paraId="3253F2C6" w14:textId="77777777" w:rsidR="00FA321D" w:rsidRPr="00FA321D" w:rsidRDefault="00FA321D" w:rsidP="00FA321D">
      <w:pPr>
        <w:spacing w:after="0" w:line="240" w:lineRule="auto"/>
        <w:rPr>
          <w:rFonts w:ascii="Times New Roman" w:hAnsi="Times New Roman" w:cs="Times New Roman"/>
          <w:sz w:val="20"/>
          <w:szCs w:val="20"/>
          <w:lang w:val="en-IN"/>
        </w:rPr>
      </w:pPr>
    </w:p>
    <w:tbl>
      <w:tblPr>
        <w:tblStyle w:val="TableGrid"/>
        <w:tblW w:w="0" w:type="auto"/>
        <w:tblLook w:val="04A0" w:firstRow="1" w:lastRow="0" w:firstColumn="1" w:lastColumn="0" w:noHBand="0" w:noVBand="1"/>
      </w:tblPr>
      <w:tblGrid>
        <w:gridCol w:w="1796"/>
        <w:gridCol w:w="3587"/>
        <w:gridCol w:w="3247"/>
      </w:tblGrid>
      <w:tr w:rsidR="00331DE8" w:rsidRPr="005E2F5A" w14:paraId="0C6ED490" w14:textId="77777777" w:rsidTr="00B60C4F">
        <w:trPr>
          <w:trHeight w:val="523"/>
        </w:trPr>
        <w:tc>
          <w:tcPr>
            <w:tcW w:w="0" w:type="auto"/>
            <w:hideMark/>
          </w:tcPr>
          <w:p w14:paraId="42048B5B"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Aspect</w:t>
            </w:r>
          </w:p>
        </w:tc>
        <w:tc>
          <w:tcPr>
            <w:tcW w:w="0" w:type="auto"/>
            <w:hideMark/>
          </w:tcPr>
          <w:p w14:paraId="4362E8A4"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Before Grouping (8 Classes)</w:t>
            </w:r>
          </w:p>
        </w:tc>
        <w:tc>
          <w:tcPr>
            <w:tcW w:w="0" w:type="auto"/>
            <w:hideMark/>
          </w:tcPr>
          <w:p w14:paraId="4483B977"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After Grouping (3 Classes)</w:t>
            </w:r>
          </w:p>
        </w:tc>
      </w:tr>
      <w:tr w:rsidR="00331DE8" w:rsidRPr="005E2F5A" w14:paraId="43D19A03" w14:textId="77777777" w:rsidTr="00B60C4F">
        <w:tc>
          <w:tcPr>
            <w:tcW w:w="0" w:type="auto"/>
            <w:hideMark/>
          </w:tcPr>
          <w:p w14:paraId="12DD52FC"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Visual Separability</w:t>
            </w:r>
          </w:p>
        </w:tc>
        <w:tc>
          <w:tcPr>
            <w:tcW w:w="0" w:type="auto"/>
            <w:hideMark/>
          </w:tcPr>
          <w:p w14:paraId="4FC549A4"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Poor – heavy overlap</w:t>
            </w:r>
          </w:p>
        </w:tc>
        <w:tc>
          <w:tcPr>
            <w:tcW w:w="0" w:type="auto"/>
            <w:hideMark/>
          </w:tcPr>
          <w:p w14:paraId="5EA6E5FA"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Moderate – partial clustering</w:t>
            </w:r>
          </w:p>
        </w:tc>
      </w:tr>
      <w:tr w:rsidR="00331DE8" w:rsidRPr="005E2F5A" w14:paraId="155B9399" w14:textId="77777777" w:rsidTr="00B60C4F">
        <w:tc>
          <w:tcPr>
            <w:tcW w:w="0" w:type="auto"/>
            <w:hideMark/>
          </w:tcPr>
          <w:p w14:paraId="5B0E3809"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Cluster Tightness</w:t>
            </w:r>
          </w:p>
        </w:tc>
        <w:tc>
          <w:tcPr>
            <w:tcW w:w="0" w:type="auto"/>
            <w:hideMark/>
          </w:tcPr>
          <w:p w14:paraId="4B888E08"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Low</w:t>
            </w:r>
          </w:p>
        </w:tc>
        <w:tc>
          <w:tcPr>
            <w:tcW w:w="0" w:type="auto"/>
            <w:hideMark/>
          </w:tcPr>
          <w:p w14:paraId="50BD9DCD"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Improved (especially in 3D)</w:t>
            </w:r>
          </w:p>
        </w:tc>
      </w:tr>
      <w:tr w:rsidR="00331DE8" w:rsidRPr="005E2F5A" w14:paraId="52EA63BF" w14:textId="77777777" w:rsidTr="00B60C4F">
        <w:tc>
          <w:tcPr>
            <w:tcW w:w="0" w:type="auto"/>
            <w:hideMark/>
          </w:tcPr>
          <w:p w14:paraId="753A0B0D"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Class Confusion Risk</w:t>
            </w:r>
          </w:p>
        </w:tc>
        <w:tc>
          <w:tcPr>
            <w:tcW w:w="0" w:type="auto"/>
            <w:hideMark/>
          </w:tcPr>
          <w:p w14:paraId="4EC6F3F3"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High</w:t>
            </w:r>
          </w:p>
        </w:tc>
        <w:tc>
          <w:tcPr>
            <w:tcW w:w="0" w:type="auto"/>
            <w:hideMark/>
          </w:tcPr>
          <w:p w14:paraId="41897F6E"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Lower (fewer boundaries)</w:t>
            </w:r>
          </w:p>
        </w:tc>
      </w:tr>
      <w:tr w:rsidR="00331DE8" w:rsidRPr="005E2F5A" w14:paraId="19EF0260" w14:textId="77777777" w:rsidTr="00B60C4F">
        <w:tc>
          <w:tcPr>
            <w:tcW w:w="0" w:type="auto"/>
            <w:hideMark/>
          </w:tcPr>
          <w:p w14:paraId="0501667D"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Interpretability</w:t>
            </w:r>
          </w:p>
        </w:tc>
        <w:tc>
          <w:tcPr>
            <w:tcW w:w="0" w:type="auto"/>
            <w:hideMark/>
          </w:tcPr>
          <w:p w14:paraId="21C5838F"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Challenging</w:t>
            </w:r>
          </w:p>
        </w:tc>
        <w:tc>
          <w:tcPr>
            <w:tcW w:w="0" w:type="auto"/>
            <w:hideMark/>
          </w:tcPr>
          <w:p w14:paraId="3154B6A1"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More intuitive groups</w:t>
            </w:r>
          </w:p>
        </w:tc>
      </w:tr>
      <w:tr w:rsidR="00331DE8" w:rsidRPr="005E2F5A" w14:paraId="7DBA839F" w14:textId="77777777" w:rsidTr="00B60C4F">
        <w:tc>
          <w:tcPr>
            <w:tcW w:w="0" w:type="auto"/>
            <w:hideMark/>
          </w:tcPr>
          <w:p w14:paraId="013AE616"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Model Implication</w:t>
            </w:r>
          </w:p>
        </w:tc>
        <w:tc>
          <w:tcPr>
            <w:tcW w:w="0" w:type="auto"/>
            <w:hideMark/>
          </w:tcPr>
          <w:p w14:paraId="4B9978DD"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Likely high misclassification across adjacent classes</w:t>
            </w:r>
          </w:p>
        </w:tc>
        <w:tc>
          <w:tcPr>
            <w:tcW w:w="0" w:type="auto"/>
            <w:hideMark/>
          </w:tcPr>
          <w:p w14:paraId="59BE89D5" w14:textId="77777777" w:rsidR="00331DE8" w:rsidRPr="005E2F5A" w:rsidRDefault="00331DE8" w:rsidP="00FA321D">
            <w:pPr>
              <w:rPr>
                <w:rFonts w:ascii="Times New Roman" w:hAnsi="Times New Roman" w:cs="Times New Roman"/>
                <w:sz w:val="20"/>
                <w:szCs w:val="20"/>
                <w:lang w:val="en-IN"/>
              </w:rPr>
            </w:pPr>
            <w:r w:rsidRPr="005E2F5A">
              <w:rPr>
                <w:rFonts w:ascii="Times New Roman" w:hAnsi="Times New Roman" w:cs="Times New Roman"/>
                <w:sz w:val="20"/>
                <w:szCs w:val="20"/>
                <w:lang w:val="en-IN"/>
              </w:rPr>
              <w:t>Improved classification performance is possible</w:t>
            </w:r>
          </w:p>
        </w:tc>
      </w:tr>
    </w:tbl>
    <w:p w14:paraId="1F1C4F07" w14:textId="77777777" w:rsidR="00331DE8" w:rsidRDefault="00331DE8" w:rsidP="00FA321D">
      <w:pPr>
        <w:spacing w:after="0" w:line="240" w:lineRule="auto"/>
        <w:rPr>
          <w:rFonts w:ascii="Times New Roman" w:hAnsi="Times New Roman" w:cs="Times New Roman"/>
        </w:rPr>
      </w:pPr>
    </w:p>
    <w:p w14:paraId="73A89052" w14:textId="6F044FC8" w:rsidR="00E50BA2" w:rsidRDefault="00E50BA2" w:rsidP="00FA321D">
      <w:pPr>
        <w:spacing w:after="0" w:line="240" w:lineRule="auto"/>
        <w:rPr>
          <w:rFonts w:ascii="Times New Roman" w:hAnsi="Times New Roman" w:cs="Times New Roman"/>
        </w:rPr>
      </w:pPr>
      <w:r w:rsidRPr="00FA321D">
        <w:rPr>
          <w:rFonts w:ascii="Times New Roman" w:hAnsi="Times New Roman" w:cs="Times New Roman"/>
          <w:b/>
          <w:bCs/>
        </w:rPr>
        <w:t>Table S</w:t>
      </w:r>
      <w:r w:rsidR="00FA321D" w:rsidRPr="00FA321D">
        <w:rPr>
          <w:rFonts w:ascii="Times New Roman" w:hAnsi="Times New Roman" w:cs="Times New Roman"/>
          <w:b/>
          <w:bCs/>
        </w:rPr>
        <w:t>4</w:t>
      </w:r>
      <w:r w:rsidRPr="00FA321D">
        <w:rPr>
          <w:rFonts w:ascii="Times New Roman" w:hAnsi="Times New Roman" w:cs="Times New Roman"/>
          <w:b/>
          <w:bCs/>
        </w:rPr>
        <w:t xml:space="preserve">. </w:t>
      </w:r>
      <w:r w:rsidRPr="00FA321D">
        <w:rPr>
          <w:rFonts w:ascii="Times New Roman" w:hAnsi="Times New Roman" w:cs="Times New Roman"/>
        </w:rPr>
        <w:t>Fairness diagnostics by age and BMI subgroups on the test set</w:t>
      </w:r>
    </w:p>
    <w:p w14:paraId="54F369FB" w14:textId="77777777" w:rsidR="00FA321D" w:rsidRPr="00FA321D" w:rsidRDefault="00FA321D" w:rsidP="00FA321D">
      <w:pPr>
        <w:spacing w:after="0" w:line="240" w:lineRule="auto"/>
        <w:rPr>
          <w:rFonts w:ascii="Times New Roman" w:hAnsi="Times New Roman" w:cs="Times New Roman"/>
        </w:rPr>
      </w:pPr>
    </w:p>
    <w:tbl>
      <w:tblPr>
        <w:tblW w:w="6951" w:type="dxa"/>
        <w:jc w:val="center"/>
        <w:tblLook w:val="04A0" w:firstRow="1" w:lastRow="0" w:firstColumn="1" w:lastColumn="0" w:noHBand="0" w:noVBand="1"/>
      </w:tblPr>
      <w:tblGrid>
        <w:gridCol w:w="1940"/>
        <w:gridCol w:w="960"/>
        <w:gridCol w:w="1225"/>
        <w:gridCol w:w="795"/>
        <w:gridCol w:w="960"/>
        <w:gridCol w:w="1071"/>
      </w:tblGrid>
      <w:tr w:rsidR="00E50BA2" w:rsidRPr="00E50BA2" w14:paraId="72BEBB7B" w14:textId="77777777" w:rsidTr="00E50BA2">
        <w:trPr>
          <w:trHeight w:val="288"/>
          <w:jc w:val="center"/>
        </w:trPr>
        <w:tc>
          <w:tcPr>
            <w:tcW w:w="1940" w:type="dxa"/>
            <w:tcBorders>
              <w:top w:val="single" w:sz="4" w:space="0" w:color="auto"/>
              <w:left w:val="single" w:sz="4" w:space="0" w:color="auto"/>
              <w:bottom w:val="single" w:sz="4" w:space="0" w:color="auto"/>
              <w:right w:val="single" w:sz="4" w:space="0" w:color="auto"/>
            </w:tcBorders>
            <w:noWrap/>
            <w:vAlign w:val="bottom"/>
            <w:hideMark/>
          </w:tcPr>
          <w:p w14:paraId="7743E5CA"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 </w:t>
            </w:r>
          </w:p>
        </w:tc>
        <w:tc>
          <w:tcPr>
            <w:tcW w:w="960" w:type="dxa"/>
            <w:tcBorders>
              <w:top w:val="single" w:sz="4" w:space="0" w:color="auto"/>
              <w:left w:val="nil"/>
              <w:bottom w:val="single" w:sz="4" w:space="0" w:color="auto"/>
              <w:right w:val="single" w:sz="4" w:space="0" w:color="auto"/>
            </w:tcBorders>
            <w:noWrap/>
            <w:vAlign w:val="bottom"/>
            <w:hideMark/>
          </w:tcPr>
          <w:p w14:paraId="02D35E8A"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Group</w:t>
            </w:r>
          </w:p>
        </w:tc>
        <w:tc>
          <w:tcPr>
            <w:tcW w:w="1225" w:type="dxa"/>
            <w:tcBorders>
              <w:top w:val="single" w:sz="4" w:space="0" w:color="auto"/>
              <w:left w:val="nil"/>
              <w:bottom w:val="single" w:sz="4" w:space="0" w:color="auto"/>
              <w:right w:val="single" w:sz="4" w:space="0" w:color="auto"/>
            </w:tcBorders>
            <w:noWrap/>
            <w:vAlign w:val="bottom"/>
            <w:hideMark/>
          </w:tcPr>
          <w:p w14:paraId="01DE73D5" w14:textId="5D7EB58B"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Support</w:t>
            </w:r>
            <w:r>
              <w:rPr>
                <w:rFonts w:ascii="Times New Roman" w:eastAsia="Times New Roman" w:hAnsi="Times New Roman" w:cs="Times New Roman"/>
                <w:b/>
                <w:bCs/>
                <w:color w:val="000000"/>
                <w:sz w:val="20"/>
                <w:szCs w:val="20"/>
                <w:lang w:val="en-IN" w:eastAsia="en-IN" w:bidi="mr-IN"/>
              </w:rPr>
              <w:t xml:space="preserve"> ‘</w:t>
            </w:r>
            <w:r w:rsidRPr="00E50BA2">
              <w:rPr>
                <w:rFonts w:ascii="Times New Roman" w:eastAsia="Times New Roman" w:hAnsi="Times New Roman" w:cs="Times New Roman"/>
                <w:b/>
                <w:bCs/>
                <w:color w:val="000000"/>
                <w:sz w:val="20"/>
                <w:szCs w:val="20"/>
                <w:lang w:val="en-IN" w:eastAsia="en-IN" w:bidi="mr-IN"/>
              </w:rPr>
              <w:t>n</w:t>
            </w:r>
            <w:r>
              <w:rPr>
                <w:rFonts w:ascii="Times New Roman" w:eastAsia="Times New Roman" w:hAnsi="Times New Roman" w:cs="Times New Roman"/>
                <w:b/>
                <w:bCs/>
                <w:color w:val="000000"/>
                <w:sz w:val="20"/>
                <w:szCs w:val="20"/>
                <w:lang w:val="en-IN" w:eastAsia="en-IN" w:bidi="mr-IN"/>
              </w:rPr>
              <w:t>’</w:t>
            </w:r>
          </w:p>
        </w:tc>
        <w:tc>
          <w:tcPr>
            <w:tcW w:w="795" w:type="dxa"/>
            <w:tcBorders>
              <w:top w:val="single" w:sz="4" w:space="0" w:color="auto"/>
              <w:left w:val="nil"/>
              <w:bottom w:val="single" w:sz="4" w:space="0" w:color="auto"/>
              <w:right w:val="single" w:sz="4" w:space="0" w:color="auto"/>
            </w:tcBorders>
            <w:noWrap/>
            <w:vAlign w:val="bottom"/>
            <w:hideMark/>
          </w:tcPr>
          <w:p w14:paraId="4E0E5F7D"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SPD</w:t>
            </w:r>
          </w:p>
        </w:tc>
        <w:tc>
          <w:tcPr>
            <w:tcW w:w="960" w:type="dxa"/>
            <w:tcBorders>
              <w:top w:val="single" w:sz="4" w:space="0" w:color="auto"/>
              <w:left w:val="nil"/>
              <w:bottom w:val="single" w:sz="4" w:space="0" w:color="auto"/>
              <w:right w:val="single" w:sz="4" w:space="0" w:color="auto"/>
            </w:tcBorders>
            <w:noWrap/>
            <w:vAlign w:val="bottom"/>
            <w:hideMark/>
          </w:tcPr>
          <w:p w14:paraId="18721639"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EOD</w:t>
            </w:r>
          </w:p>
        </w:tc>
        <w:tc>
          <w:tcPr>
            <w:tcW w:w="1071" w:type="dxa"/>
            <w:tcBorders>
              <w:top w:val="single" w:sz="4" w:space="0" w:color="auto"/>
              <w:left w:val="nil"/>
              <w:bottom w:val="single" w:sz="4" w:space="0" w:color="auto"/>
              <w:right w:val="single" w:sz="4" w:space="0" w:color="auto"/>
            </w:tcBorders>
            <w:noWrap/>
            <w:vAlign w:val="bottom"/>
            <w:hideMark/>
          </w:tcPr>
          <w:p w14:paraId="6BCB5668"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Reference</w:t>
            </w:r>
          </w:p>
        </w:tc>
      </w:tr>
      <w:tr w:rsidR="00E50BA2" w:rsidRPr="00E50BA2" w14:paraId="56A92005" w14:textId="77777777" w:rsidTr="00E50BA2">
        <w:trPr>
          <w:trHeight w:val="288"/>
          <w:jc w:val="center"/>
        </w:trPr>
        <w:tc>
          <w:tcPr>
            <w:tcW w:w="1940" w:type="dxa"/>
            <w:vMerge w:val="restart"/>
            <w:tcBorders>
              <w:top w:val="nil"/>
              <w:left w:val="single" w:sz="4" w:space="0" w:color="auto"/>
              <w:bottom w:val="single" w:sz="4" w:space="0" w:color="auto"/>
              <w:right w:val="single" w:sz="4" w:space="0" w:color="auto"/>
            </w:tcBorders>
            <w:vAlign w:val="center"/>
            <w:hideMark/>
          </w:tcPr>
          <w:p w14:paraId="1A2B4683" w14:textId="77777777" w:rsidR="00E50BA2" w:rsidRPr="00E50BA2" w:rsidRDefault="00E50BA2" w:rsidP="00FA321D">
            <w:pPr>
              <w:spacing w:after="0" w:line="240" w:lineRule="auto"/>
              <w:jc w:val="center"/>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Age</w:t>
            </w:r>
          </w:p>
        </w:tc>
        <w:tc>
          <w:tcPr>
            <w:tcW w:w="960" w:type="dxa"/>
            <w:tcBorders>
              <w:top w:val="nil"/>
              <w:left w:val="nil"/>
              <w:bottom w:val="single" w:sz="4" w:space="0" w:color="auto"/>
              <w:right w:val="single" w:sz="4" w:space="0" w:color="auto"/>
            </w:tcBorders>
            <w:noWrap/>
            <w:vAlign w:val="bottom"/>
            <w:hideMark/>
          </w:tcPr>
          <w:p w14:paraId="093CC791"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&lt;30</w:t>
            </w:r>
          </w:p>
        </w:tc>
        <w:tc>
          <w:tcPr>
            <w:tcW w:w="1225" w:type="dxa"/>
            <w:tcBorders>
              <w:top w:val="nil"/>
              <w:left w:val="nil"/>
              <w:bottom w:val="single" w:sz="4" w:space="0" w:color="auto"/>
              <w:right w:val="single" w:sz="4" w:space="0" w:color="auto"/>
            </w:tcBorders>
            <w:noWrap/>
            <w:vAlign w:val="bottom"/>
            <w:hideMark/>
          </w:tcPr>
          <w:p w14:paraId="7BC0AD16"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7108</w:t>
            </w:r>
          </w:p>
        </w:tc>
        <w:tc>
          <w:tcPr>
            <w:tcW w:w="795" w:type="dxa"/>
            <w:tcBorders>
              <w:top w:val="nil"/>
              <w:left w:val="nil"/>
              <w:bottom w:val="single" w:sz="4" w:space="0" w:color="auto"/>
              <w:right w:val="single" w:sz="4" w:space="0" w:color="auto"/>
            </w:tcBorders>
            <w:noWrap/>
            <w:vAlign w:val="bottom"/>
            <w:hideMark/>
          </w:tcPr>
          <w:p w14:paraId="29BD13AA"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-0.122</w:t>
            </w:r>
          </w:p>
        </w:tc>
        <w:tc>
          <w:tcPr>
            <w:tcW w:w="960" w:type="dxa"/>
            <w:tcBorders>
              <w:top w:val="nil"/>
              <w:left w:val="nil"/>
              <w:bottom w:val="single" w:sz="4" w:space="0" w:color="auto"/>
              <w:right w:val="single" w:sz="4" w:space="0" w:color="auto"/>
            </w:tcBorders>
            <w:noWrap/>
            <w:vAlign w:val="bottom"/>
            <w:hideMark/>
          </w:tcPr>
          <w:p w14:paraId="55A81F2C"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-0.052</w:t>
            </w:r>
          </w:p>
        </w:tc>
        <w:tc>
          <w:tcPr>
            <w:tcW w:w="1071" w:type="dxa"/>
            <w:tcBorders>
              <w:top w:val="nil"/>
              <w:left w:val="nil"/>
              <w:bottom w:val="single" w:sz="4" w:space="0" w:color="auto"/>
              <w:right w:val="single" w:sz="4" w:space="0" w:color="auto"/>
            </w:tcBorders>
            <w:noWrap/>
            <w:vAlign w:val="bottom"/>
            <w:hideMark/>
          </w:tcPr>
          <w:p w14:paraId="2DC0C097"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30-49</w:t>
            </w:r>
          </w:p>
        </w:tc>
      </w:tr>
      <w:tr w:rsidR="00E50BA2" w:rsidRPr="00E50BA2" w14:paraId="28227362" w14:textId="77777777" w:rsidTr="00E50BA2">
        <w:trPr>
          <w:trHeight w:val="288"/>
          <w:jc w:val="center"/>
        </w:trPr>
        <w:tc>
          <w:tcPr>
            <w:tcW w:w="1940" w:type="dxa"/>
            <w:vMerge/>
            <w:tcBorders>
              <w:top w:val="nil"/>
              <w:left w:val="single" w:sz="4" w:space="0" w:color="auto"/>
              <w:bottom w:val="single" w:sz="4" w:space="0" w:color="auto"/>
              <w:right w:val="single" w:sz="4" w:space="0" w:color="auto"/>
            </w:tcBorders>
            <w:vAlign w:val="center"/>
            <w:hideMark/>
          </w:tcPr>
          <w:p w14:paraId="313E3E61"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p>
        </w:tc>
        <w:tc>
          <w:tcPr>
            <w:tcW w:w="960" w:type="dxa"/>
            <w:tcBorders>
              <w:top w:val="nil"/>
              <w:left w:val="nil"/>
              <w:bottom w:val="single" w:sz="4" w:space="0" w:color="auto"/>
              <w:right w:val="single" w:sz="4" w:space="0" w:color="auto"/>
            </w:tcBorders>
            <w:noWrap/>
            <w:vAlign w:val="bottom"/>
            <w:hideMark/>
          </w:tcPr>
          <w:p w14:paraId="3BEBCB8E"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50+</w:t>
            </w:r>
          </w:p>
        </w:tc>
        <w:tc>
          <w:tcPr>
            <w:tcW w:w="1225" w:type="dxa"/>
            <w:tcBorders>
              <w:top w:val="nil"/>
              <w:left w:val="nil"/>
              <w:bottom w:val="single" w:sz="4" w:space="0" w:color="auto"/>
              <w:right w:val="single" w:sz="4" w:space="0" w:color="auto"/>
            </w:tcBorders>
            <w:noWrap/>
            <w:vAlign w:val="bottom"/>
            <w:hideMark/>
          </w:tcPr>
          <w:p w14:paraId="5FECE8E4"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4225</w:t>
            </w:r>
          </w:p>
        </w:tc>
        <w:tc>
          <w:tcPr>
            <w:tcW w:w="795" w:type="dxa"/>
            <w:tcBorders>
              <w:top w:val="nil"/>
              <w:left w:val="nil"/>
              <w:bottom w:val="single" w:sz="4" w:space="0" w:color="auto"/>
              <w:right w:val="single" w:sz="4" w:space="0" w:color="auto"/>
            </w:tcBorders>
            <w:noWrap/>
            <w:vAlign w:val="bottom"/>
            <w:hideMark/>
          </w:tcPr>
          <w:p w14:paraId="1EAF58A8"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0.093</w:t>
            </w:r>
          </w:p>
        </w:tc>
        <w:tc>
          <w:tcPr>
            <w:tcW w:w="960" w:type="dxa"/>
            <w:tcBorders>
              <w:top w:val="nil"/>
              <w:left w:val="nil"/>
              <w:bottom w:val="single" w:sz="4" w:space="0" w:color="auto"/>
              <w:right w:val="single" w:sz="4" w:space="0" w:color="auto"/>
            </w:tcBorders>
            <w:noWrap/>
            <w:vAlign w:val="bottom"/>
            <w:hideMark/>
          </w:tcPr>
          <w:p w14:paraId="47E8F91A"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0.048</w:t>
            </w:r>
          </w:p>
        </w:tc>
        <w:tc>
          <w:tcPr>
            <w:tcW w:w="1071" w:type="dxa"/>
            <w:tcBorders>
              <w:top w:val="nil"/>
              <w:left w:val="nil"/>
              <w:bottom w:val="single" w:sz="4" w:space="0" w:color="auto"/>
              <w:right w:val="single" w:sz="4" w:space="0" w:color="auto"/>
            </w:tcBorders>
            <w:noWrap/>
            <w:vAlign w:val="bottom"/>
            <w:hideMark/>
          </w:tcPr>
          <w:p w14:paraId="4FA92CA4"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30-49</w:t>
            </w:r>
          </w:p>
        </w:tc>
      </w:tr>
      <w:tr w:rsidR="00E50BA2" w:rsidRPr="00E50BA2" w14:paraId="1AEFAEF5" w14:textId="77777777" w:rsidTr="00E50BA2">
        <w:trPr>
          <w:trHeight w:val="288"/>
          <w:jc w:val="center"/>
        </w:trPr>
        <w:tc>
          <w:tcPr>
            <w:tcW w:w="1940" w:type="dxa"/>
            <w:vMerge/>
            <w:tcBorders>
              <w:top w:val="nil"/>
              <w:left w:val="single" w:sz="4" w:space="0" w:color="auto"/>
              <w:bottom w:val="single" w:sz="4" w:space="0" w:color="auto"/>
              <w:right w:val="single" w:sz="4" w:space="0" w:color="auto"/>
            </w:tcBorders>
            <w:vAlign w:val="center"/>
            <w:hideMark/>
          </w:tcPr>
          <w:p w14:paraId="4CB14E58"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p>
        </w:tc>
        <w:tc>
          <w:tcPr>
            <w:tcW w:w="960" w:type="dxa"/>
            <w:tcBorders>
              <w:top w:val="nil"/>
              <w:left w:val="nil"/>
              <w:bottom w:val="single" w:sz="4" w:space="0" w:color="auto"/>
              <w:right w:val="single" w:sz="4" w:space="0" w:color="auto"/>
            </w:tcBorders>
            <w:noWrap/>
            <w:vAlign w:val="bottom"/>
            <w:hideMark/>
          </w:tcPr>
          <w:p w14:paraId="49175458"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30-49</w:t>
            </w:r>
          </w:p>
        </w:tc>
        <w:tc>
          <w:tcPr>
            <w:tcW w:w="1225" w:type="dxa"/>
            <w:tcBorders>
              <w:top w:val="nil"/>
              <w:left w:val="nil"/>
              <w:bottom w:val="single" w:sz="4" w:space="0" w:color="auto"/>
              <w:right w:val="single" w:sz="4" w:space="0" w:color="auto"/>
            </w:tcBorders>
            <w:noWrap/>
            <w:vAlign w:val="bottom"/>
            <w:hideMark/>
          </w:tcPr>
          <w:p w14:paraId="1F0B8DA9"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542</w:t>
            </w:r>
          </w:p>
        </w:tc>
        <w:tc>
          <w:tcPr>
            <w:tcW w:w="795" w:type="dxa"/>
            <w:tcBorders>
              <w:top w:val="nil"/>
              <w:left w:val="nil"/>
              <w:bottom w:val="single" w:sz="4" w:space="0" w:color="auto"/>
              <w:right w:val="single" w:sz="4" w:space="0" w:color="auto"/>
            </w:tcBorders>
            <w:noWrap/>
            <w:vAlign w:val="bottom"/>
            <w:hideMark/>
          </w:tcPr>
          <w:p w14:paraId="19465022"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0.000</w:t>
            </w:r>
          </w:p>
        </w:tc>
        <w:tc>
          <w:tcPr>
            <w:tcW w:w="960" w:type="dxa"/>
            <w:tcBorders>
              <w:top w:val="nil"/>
              <w:left w:val="nil"/>
              <w:bottom w:val="single" w:sz="4" w:space="0" w:color="auto"/>
              <w:right w:val="single" w:sz="4" w:space="0" w:color="auto"/>
            </w:tcBorders>
            <w:noWrap/>
            <w:vAlign w:val="bottom"/>
            <w:hideMark/>
          </w:tcPr>
          <w:p w14:paraId="397CE39F"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0.000</w:t>
            </w:r>
          </w:p>
        </w:tc>
        <w:tc>
          <w:tcPr>
            <w:tcW w:w="1071" w:type="dxa"/>
            <w:tcBorders>
              <w:top w:val="nil"/>
              <w:left w:val="nil"/>
              <w:bottom w:val="single" w:sz="4" w:space="0" w:color="auto"/>
              <w:right w:val="single" w:sz="4" w:space="0" w:color="auto"/>
            </w:tcBorders>
            <w:noWrap/>
            <w:vAlign w:val="bottom"/>
            <w:hideMark/>
          </w:tcPr>
          <w:p w14:paraId="0735183E"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30-49</w:t>
            </w:r>
          </w:p>
        </w:tc>
      </w:tr>
      <w:tr w:rsidR="00E50BA2" w:rsidRPr="00E50BA2" w14:paraId="5C3047C8" w14:textId="77777777" w:rsidTr="00E50BA2">
        <w:trPr>
          <w:trHeight w:val="288"/>
          <w:jc w:val="center"/>
        </w:trPr>
        <w:tc>
          <w:tcPr>
            <w:tcW w:w="1940" w:type="dxa"/>
            <w:vMerge w:val="restart"/>
            <w:tcBorders>
              <w:top w:val="nil"/>
              <w:left w:val="single" w:sz="4" w:space="0" w:color="auto"/>
              <w:bottom w:val="single" w:sz="4" w:space="0" w:color="auto"/>
              <w:right w:val="single" w:sz="4" w:space="0" w:color="auto"/>
            </w:tcBorders>
            <w:vAlign w:val="center"/>
            <w:hideMark/>
          </w:tcPr>
          <w:p w14:paraId="7817BBD3" w14:textId="77777777" w:rsidR="00E50BA2" w:rsidRPr="00E50BA2" w:rsidRDefault="00E50BA2" w:rsidP="00FA321D">
            <w:pPr>
              <w:spacing w:after="0" w:line="240" w:lineRule="auto"/>
              <w:jc w:val="center"/>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BMI</w:t>
            </w:r>
          </w:p>
        </w:tc>
        <w:tc>
          <w:tcPr>
            <w:tcW w:w="960" w:type="dxa"/>
            <w:tcBorders>
              <w:top w:val="nil"/>
              <w:left w:val="nil"/>
              <w:bottom w:val="single" w:sz="4" w:space="0" w:color="auto"/>
              <w:right w:val="single" w:sz="4" w:space="0" w:color="auto"/>
            </w:tcBorders>
            <w:noWrap/>
            <w:vAlign w:val="bottom"/>
            <w:hideMark/>
          </w:tcPr>
          <w:p w14:paraId="418D9127"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Group</w:t>
            </w:r>
          </w:p>
        </w:tc>
        <w:tc>
          <w:tcPr>
            <w:tcW w:w="1225" w:type="dxa"/>
            <w:tcBorders>
              <w:top w:val="nil"/>
              <w:left w:val="nil"/>
              <w:bottom w:val="single" w:sz="4" w:space="0" w:color="auto"/>
              <w:right w:val="single" w:sz="4" w:space="0" w:color="auto"/>
            </w:tcBorders>
            <w:noWrap/>
            <w:vAlign w:val="bottom"/>
            <w:hideMark/>
          </w:tcPr>
          <w:p w14:paraId="6F06569D" w14:textId="7F5C685A"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Support</w:t>
            </w:r>
            <w:r>
              <w:rPr>
                <w:rFonts w:ascii="Times New Roman" w:eastAsia="Times New Roman" w:hAnsi="Times New Roman" w:cs="Times New Roman"/>
                <w:b/>
                <w:bCs/>
                <w:color w:val="000000"/>
                <w:sz w:val="20"/>
                <w:szCs w:val="20"/>
                <w:lang w:val="en-IN" w:eastAsia="en-IN" w:bidi="mr-IN"/>
              </w:rPr>
              <w:t xml:space="preserve"> ‘n’</w:t>
            </w:r>
          </w:p>
        </w:tc>
        <w:tc>
          <w:tcPr>
            <w:tcW w:w="795" w:type="dxa"/>
            <w:tcBorders>
              <w:top w:val="nil"/>
              <w:left w:val="nil"/>
              <w:bottom w:val="single" w:sz="4" w:space="0" w:color="auto"/>
              <w:right w:val="single" w:sz="4" w:space="0" w:color="auto"/>
            </w:tcBorders>
            <w:noWrap/>
            <w:vAlign w:val="bottom"/>
            <w:hideMark/>
          </w:tcPr>
          <w:p w14:paraId="6135AFE2"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SPD</w:t>
            </w:r>
          </w:p>
        </w:tc>
        <w:tc>
          <w:tcPr>
            <w:tcW w:w="960" w:type="dxa"/>
            <w:tcBorders>
              <w:top w:val="nil"/>
              <w:left w:val="nil"/>
              <w:bottom w:val="single" w:sz="4" w:space="0" w:color="auto"/>
              <w:right w:val="single" w:sz="4" w:space="0" w:color="auto"/>
            </w:tcBorders>
            <w:noWrap/>
            <w:vAlign w:val="bottom"/>
            <w:hideMark/>
          </w:tcPr>
          <w:p w14:paraId="63A94BD6"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EOD</w:t>
            </w:r>
          </w:p>
        </w:tc>
        <w:tc>
          <w:tcPr>
            <w:tcW w:w="1071" w:type="dxa"/>
            <w:tcBorders>
              <w:top w:val="nil"/>
              <w:left w:val="nil"/>
              <w:bottom w:val="single" w:sz="4" w:space="0" w:color="auto"/>
              <w:right w:val="single" w:sz="4" w:space="0" w:color="auto"/>
            </w:tcBorders>
            <w:noWrap/>
            <w:vAlign w:val="bottom"/>
            <w:hideMark/>
          </w:tcPr>
          <w:p w14:paraId="70CF4FAB"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Reference</w:t>
            </w:r>
          </w:p>
        </w:tc>
      </w:tr>
      <w:tr w:rsidR="00E50BA2" w:rsidRPr="00E50BA2" w14:paraId="1BC45A37" w14:textId="77777777" w:rsidTr="00E50BA2">
        <w:trPr>
          <w:trHeight w:val="288"/>
          <w:jc w:val="center"/>
        </w:trPr>
        <w:tc>
          <w:tcPr>
            <w:tcW w:w="1940" w:type="dxa"/>
            <w:vMerge/>
            <w:tcBorders>
              <w:top w:val="nil"/>
              <w:left w:val="single" w:sz="4" w:space="0" w:color="auto"/>
              <w:bottom w:val="single" w:sz="4" w:space="0" w:color="auto"/>
              <w:right w:val="single" w:sz="4" w:space="0" w:color="auto"/>
            </w:tcBorders>
            <w:vAlign w:val="center"/>
            <w:hideMark/>
          </w:tcPr>
          <w:p w14:paraId="433EBCD1"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p>
        </w:tc>
        <w:tc>
          <w:tcPr>
            <w:tcW w:w="960" w:type="dxa"/>
            <w:tcBorders>
              <w:top w:val="nil"/>
              <w:left w:val="nil"/>
              <w:bottom w:val="single" w:sz="4" w:space="0" w:color="auto"/>
              <w:right w:val="single" w:sz="4" w:space="0" w:color="auto"/>
            </w:tcBorders>
            <w:noWrap/>
            <w:vAlign w:val="bottom"/>
            <w:hideMark/>
          </w:tcPr>
          <w:p w14:paraId="58DE6CC0"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&lt;25</w:t>
            </w:r>
          </w:p>
        </w:tc>
        <w:tc>
          <w:tcPr>
            <w:tcW w:w="1225" w:type="dxa"/>
            <w:tcBorders>
              <w:top w:val="nil"/>
              <w:left w:val="nil"/>
              <w:bottom w:val="single" w:sz="4" w:space="0" w:color="auto"/>
              <w:right w:val="single" w:sz="4" w:space="0" w:color="auto"/>
            </w:tcBorders>
            <w:noWrap/>
            <w:vAlign w:val="bottom"/>
            <w:hideMark/>
          </w:tcPr>
          <w:p w14:paraId="67FEDEE2"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7893</w:t>
            </w:r>
          </w:p>
        </w:tc>
        <w:tc>
          <w:tcPr>
            <w:tcW w:w="795" w:type="dxa"/>
            <w:tcBorders>
              <w:top w:val="nil"/>
              <w:left w:val="nil"/>
              <w:bottom w:val="single" w:sz="4" w:space="0" w:color="auto"/>
              <w:right w:val="single" w:sz="4" w:space="0" w:color="auto"/>
            </w:tcBorders>
            <w:noWrap/>
            <w:vAlign w:val="bottom"/>
            <w:hideMark/>
          </w:tcPr>
          <w:p w14:paraId="37B97BD6"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-0.268</w:t>
            </w:r>
          </w:p>
        </w:tc>
        <w:tc>
          <w:tcPr>
            <w:tcW w:w="960" w:type="dxa"/>
            <w:tcBorders>
              <w:top w:val="nil"/>
              <w:left w:val="nil"/>
              <w:bottom w:val="single" w:sz="4" w:space="0" w:color="auto"/>
              <w:right w:val="single" w:sz="4" w:space="0" w:color="auto"/>
            </w:tcBorders>
            <w:noWrap/>
            <w:vAlign w:val="bottom"/>
            <w:hideMark/>
          </w:tcPr>
          <w:p w14:paraId="61D0A49F"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-0.149</w:t>
            </w:r>
          </w:p>
        </w:tc>
        <w:tc>
          <w:tcPr>
            <w:tcW w:w="1071" w:type="dxa"/>
            <w:tcBorders>
              <w:top w:val="nil"/>
              <w:left w:val="nil"/>
              <w:bottom w:val="single" w:sz="4" w:space="0" w:color="auto"/>
              <w:right w:val="single" w:sz="4" w:space="0" w:color="auto"/>
            </w:tcBorders>
            <w:noWrap/>
            <w:vAlign w:val="bottom"/>
            <w:hideMark/>
          </w:tcPr>
          <w:p w14:paraId="1C484679"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25-29.9</w:t>
            </w:r>
          </w:p>
        </w:tc>
      </w:tr>
      <w:tr w:rsidR="00E50BA2" w:rsidRPr="00E50BA2" w14:paraId="52F64F22" w14:textId="77777777" w:rsidTr="00E50BA2">
        <w:trPr>
          <w:trHeight w:val="288"/>
          <w:jc w:val="center"/>
        </w:trPr>
        <w:tc>
          <w:tcPr>
            <w:tcW w:w="1940" w:type="dxa"/>
            <w:vMerge/>
            <w:tcBorders>
              <w:top w:val="nil"/>
              <w:left w:val="single" w:sz="4" w:space="0" w:color="auto"/>
              <w:bottom w:val="single" w:sz="4" w:space="0" w:color="auto"/>
              <w:right w:val="single" w:sz="4" w:space="0" w:color="auto"/>
            </w:tcBorders>
            <w:vAlign w:val="center"/>
            <w:hideMark/>
          </w:tcPr>
          <w:p w14:paraId="56C5A3AE"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p>
        </w:tc>
        <w:tc>
          <w:tcPr>
            <w:tcW w:w="960" w:type="dxa"/>
            <w:tcBorders>
              <w:top w:val="nil"/>
              <w:left w:val="nil"/>
              <w:bottom w:val="single" w:sz="4" w:space="0" w:color="auto"/>
              <w:right w:val="single" w:sz="4" w:space="0" w:color="auto"/>
            </w:tcBorders>
            <w:noWrap/>
            <w:vAlign w:val="bottom"/>
            <w:hideMark/>
          </w:tcPr>
          <w:p w14:paraId="772530C9"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30+</w:t>
            </w:r>
          </w:p>
        </w:tc>
        <w:tc>
          <w:tcPr>
            <w:tcW w:w="1225" w:type="dxa"/>
            <w:tcBorders>
              <w:top w:val="nil"/>
              <w:left w:val="nil"/>
              <w:bottom w:val="single" w:sz="4" w:space="0" w:color="auto"/>
              <w:right w:val="single" w:sz="4" w:space="0" w:color="auto"/>
            </w:tcBorders>
            <w:noWrap/>
            <w:vAlign w:val="bottom"/>
            <w:hideMark/>
          </w:tcPr>
          <w:p w14:paraId="68CD8268"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3746</w:t>
            </w:r>
          </w:p>
        </w:tc>
        <w:tc>
          <w:tcPr>
            <w:tcW w:w="795" w:type="dxa"/>
            <w:tcBorders>
              <w:top w:val="nil"/>
              <w:left w:val="nil"/>
              <w:bottom w:val="single" w:sz="4" w:space="0" w:color="auto"/>
              <w:right w:val="single" w:sz="4" w:space="0" w:color="auto"/>
            </w:tcBorders>
            <w:noWrap/>
            <w:vAlign w:val="bottom"/>
            <w:hideMark/>
          </w:tcPr>
          <w:p w14:paraId="2F10C57F"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0.336</w:t>
            </w:r>
          </w:p>
        </w:tc>
        <w:tc>
          <w:tcPr>
            <w:tcW w:w="960" w:type="dxa"/>
            <w:tcBorders>
              <w:top w:val="nil"/>
              <w:left w:val="nil"/>
              <w:bottom w:val="single" w:sz="4" w:space="0" w:color="auto"/>
              <w:right w:val="single" w:sz="4" w:space="0" w:color="auto"/>
            </w:tcBorders>
            <w:noWrap/>
            <w:vAlign w:val="bottom"/>
            <w:hideMark/>
          </w:tcPr>
          <w:p w14:paraId="31755A53"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0.219</w:t>
            </w:r>
          </w:p>
        </w:tc>
        <w:tc>
          <w:tcPr>
            <w:tcW w:w="1071" w:type="dxa"/>
            <w:tcBorders>
              <w:top w:val="nil"/>
              <w:left w:val="nil"/>
              <w:bottom w:val="single" w:sz="4" w:space="0" w:color="auto"/>
              <w:right w:val="single" w:sz="4" w:space="0" w:color="auto"/>
            </w:tcBorders>
            <w:noWrap/>
            <w:vAlign w:val="bottom"/>
            <w:hideMark/>
          </w:tcPr>
          <w:p w14:paraId="7E16FD09"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25-29.9</w:t>
            </w:r>
          </w:p>
        </w:tc>
      </w:tr>
      <w:tr w:rsidR="00E50BA2" w:rsidRPr="00E50BA2" w14:paraId="51802056" w14:textId="77777777" w:rsidTr="00E50BA2">
        <w:trPr>
          <w:trHeight w:val="288"/>
          <w:jc w:val="center"/>
        </w:trPr>
        <w:tc>
          <w:tcPr>
            <w:tcW w:w="1940" w:type="dxa"/>
            <w:vMerge/>
            <w:tcBorders>
              <w:top w:val="nil"/>
              <w:left w:val="single" w:sz="4" w:space="0" w:color="auto"/>
              <w:bottom w:val="single" w:sz="4" w:space="0" w:color="auto"/>
              <w:right w:val="single" w:sz="4" w:space="0" w:color="auto"/>
            </w:tcBorders>
            <w:vAlign w:val="center"/>
            <w:hideMark/>
          </w:tcPr>
          <w:p w14:paraId="4E46B7C6"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p>
        </w:tc>
        <w:tc>
          <w:tcPr>
            <w:tcW w:w="960" w:type="dxa"/>
            <w:tcBorders>
              <w:top w:val="nil"/>
              <w:left w:val="nil"/>
              <w:bottom w:val="single" w:sz="4" w:space="0" w:color="auto"/>
              <w:right w:val="single" w:sz="4" w:space="0" w:color="auto"/>
            </w:tcBorders>
            <w:noWrap/>
            <w:vAlign w:val="bottom"/>
            <w:hideMark/>
          </w:tcPr>
          <w:p w14:paraId="0A04FA67"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25-29.9</w:t>
            </w:r>
          </w:p>
        </w:tc>
        <w:tc>
          <w:tcPr>
            <w:tcW w:w="1225" w:type="dxa"/>
            <w:tcBorders>
              <w:top w:val="nil"/>
              <w:left w:val="nil"/>
              <w:bottom w:val="single" w:sz="4" w:space="0" w:color="auto"/>
              <w:right w:val="single" w:sz="4" w:space="0" w:color="auto"/>
            </w:tcBorders>
            <w:noWrap/>
            <w:vAlign w:val="bottom"/>
            <w:hideMark/>
          </w:tcPr>
          <w:p w14:paraId="7C07023A"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236</w:t>
            </w:r>
          </w:p>
        </w:tc>
        <w:tc>
          <w:tcPr>
            <w:tcW w:w="795" w:type="dxa"/>
            <w:tcBorders>
              <w:top w:val="nil"/>
              <w:left w:val="nil"/>
              <w:bottom w:val="single" w:sz="4" w:space="0" w:color="auto"/>
              <w:right w:val="single" w:sz="4" w:space="0" w:color="auto"/>
            </w:tcBorders>
            <w:noWrap/>
            <w:vAlign w:val="bottom"/>
            <w:hideMark/>
          </w:tcPr>
          <w:p w14:paraId="33ED6FD8"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0.000</w:t>
            </w:r>
          </w:p>
        </w:tc>
        <w:tc>
          <w:tcPr>
            <w:tcW w:w="960" w:type="dxa"/>
            <w:tcBorders>
              <w:top w:val="nil"/>
              <w:left w:val="nil"/>
              <w:bottom w:val="single" w:sz="4" w:space="0" w:color="auto"/>
              <w:right w:val="single" w:sz="4" w:space="0" w:color="auto"/>
            </w:tcBorders>
            <w:noWrap/>
            <w:vAlign w:val="bottom"/>
            <w:hideMark/>
          </w:tcPr>
          <w:p w14:paraId="36E88637" w14:textId="77777777" w:rsidR="00E50BA2" w:rsidRPr="00E50BA2" w:rsidRDefault="00E50BA2" w:rsidP="00FA321D">
            <w:pPr>
              <w:spacing w:after="0" w:line="240" w:lineRule="auto"/>
              <w:jc w:val="right"/>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0.000</w:t>
            </w:r>
          </w:p>
        </w:tc>
        <w:tc>
          <w:tcPr>
            <w:tcW w:w="1071" w:type="dxa"/>
            <w:tcBorders>
              <w:top w:val="nil"/>
              <w:left w:val="nil"/>
              <w:bottom w:val="single" w:sz="4" w:space="0" w:color="auto"/>
              <w:right w:val="single" w:sz="4" w:space="0" w:color="auto"/>
            </w:tcBorders>
            <w:noWrap/>
            <w:vAlign w:val="bottom"/>
            <w:hideMark/>
          </w:tcPr>
          <w:p w14:paraId="1171B02B"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25-29.9</w:t>
            </w:r>
          </w:p>
        </w:tc>
      </w:tr>
      <w:tr w:rsidR="00E50BA2" w:rsidRPr="00E50BA2" w14:paraId="7C7B2B80" w14:textId="77777777" w:rsidTr="00E50BA2">
        <w:trPr>
          <w:trHeight w:val="288"/>
          <w:jc w:val="center"/>
        </w:trPr>
        <w:tc>
          <w:tcPr>
            <w:tcW w:w="1940" w:type="dxa"/>
            <w:tcBorders>
              <w:top w:val="nil"/>
              <w:left w:val="single" w:sz="4" w:space="0" w:color="auto"/>
              <w:bottom w:val="single" w:sz="4" w:space="0" w:color="auto"/>
              <w:right w:val="single" w:sz="4" w:space="0" w:color="auto"/>
            </w:tcBorders>
            <w:noWrap/>
            <w:vAlign w:val="bottom"/>
            <w:hideMark/>
          </w:tcPr>
          <w:p w14:paraId="3B655E5B"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Item</w:t>
            </w:r>
          </w:p>
        </w:tc>
        <w:tc>
          <w:tcPr>
            <w:tcW w:w="5011" w:type="dxa"/>
            <w:gridSpan w:val="5"/>
            <w:tcBorders>
              <w:top w:val="single" w:sz="4" w:space="0" w:color="auto"/>
              <w:left w:val="nil"/>
              <w:bottom w:val="single" w:sz="4" w:space="0" w:color="auto"/>
              <w:right w:val="single" w:sz="4" w:space="0" w:color="000000"/>
            </w:tcBorders>
            <w:vAlign w:val="bottom"/>
            <w:hideMark/>
          </w:tcPr>
          <w:p w14:paraId="3AE19E1A" w14:textId="77777777" w:rsidR="00E50BA2" w:rsidRPr="00E50BA2" w:rsidRDefault="00E50BA2" w:rsidP="00FA321D">
            <w:pPr>
              <w:spacing w:after="0" w:line="240" w:lineRule="auto"/>
              <w:jc w:val="center"/>
              <w:rPr>
                <w:rFonts w:ascii="Times New Roman" w:eastAsia="Times New Roman" w:hAnsi="Times New Roman" w:cs="Times New Roman"/>
                <w:b/>
                <w:bCs/>
                <w:color w:val="000000"/>
                <w:sz w:val="20"/>
                <w:szCs w:val="20"/>
                <w:lang w:val="en-IN" w:eastAsia="en-IN" w:bidi="mr-IN"/>
              </w:rPr>
            </w:pPr>
            <w:r w:rsidRPr="00E50BA2">
              <w:rPr>
                <w:rFonts w:ascii="Times New Roman" w:eastAsia="Times New Roman" w:hAnsi="Times New Roman" w:cs="Times New Roman"/>
                <w:b/>
                <w:bCs/>
                <w:color w:val="000000"/>
                <w:sz w:val="20"/>
                <w:szCs w:val="20"/>
                <w:lang w:val="en-IN" w:eastAsia="en-IN" w:bidi="mr-IN"/>
              </w:rPr>
              <w:t>Value</w:t>
            </w:r>
          </w:p>
        </w:tc>
      </w:tr>
      <w:tr w:rsidR="00E50BA2" w:rsidRPr="00E50BA2" w14:paraId="32A1DEBA" w14:textId="77777777" w:rsidTr="00E50BA2">
        <w:trPr>
          <w:trHeight w:val="660"/>
          <w:jc w:val="center"/>
        </w:trPr>
        <w:tc>
          <w:tcPr>
            <w:tcW w:w="1940" w:type="dxa"/>
            <w:tcBorders>
              <w:top w:val="nil"/>
              <w:left w:val="single" w:sz="4" w:space="0" w:color="auto"/>
              <w:bottom w:val="single" w:sz="4" w:space="0" w:color="auto"/>
              <w:right w:val="single" w:sz="4" w:space="0" w:color="auto"/>
            </w:tcBorders>
            <w:noWrap/>
            <w:vAlign w:val="center"/>
            <w:hideMark/>
          </w:tcPr>
          <w:p w14:paraId="1C40C876" w14:textId="77777777" w:rsidR="00E50BA2" w:rsidRPr="00E50BA2" w:rsidRDefault="00E50BA2" w:rsidP="00FA321D">
            <w:pPr>
              <w:spacing w:after="0" w:line="240" w:lineRule="auto"/>
              <w:jc w:val="center"/>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Sign convention</w:t>
            </w:r>
          </w:p>
        </w:tc>
        <w:tc>
          <w:tcPr>
            <w:tcW w:w="5011" w:type="dxa"/>
            <w:gridSpan w:val="5"/>
            <w:tcBorders>
              <w:top w:val="single" w:sz="4" w:space="0" w:color="auto"/>
              <w:left w:val="nil"/>
              <w:bottom w:val="single" w:sz="4" w:space="0" w:color="auto"/>
              <w:right w:val="single" w:sz="4" w:space="0" w:color="000000"/>
            </w:tcBorders>
            <w:vAlign w:val="center"/>
            <w:hideMark/>
          </w:tcPr>
          <w:p w14:paraId="7C570D30"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SPD/EOD computed as subgroup minus reference; negative indicates disadvantage vs reference.</w:t>
            </w:r>
          </w:p>
        </w:tc>
      </w:tr>
      <w:tr w:rsidR="00E50BA2" w:rsidRPr="00E50BA2" w14:paraId="5B6D2090" w14:textId="77777777" w:rsidTr="00E50BA2">
        <w:trPr>
          <w:trHeight w:val="756"/>
          <w:jc w:val="center"/>
        </w:trPr>
        <w:tc>
          <w:tcPr>
            <w:tcW w:w="1940" w:type="dxa"/>
            <w:tcBorders>
              <w:top w:val="nil"/>
              <w:left w:val="single" w:sz="4" w:space="0" w:color="auto"/>
              <w:bottom w:val="single" w:sz="4" w:space="0" w:color="auto"/>
              <w:right w:val="single" w:sz="4" w:space="0" w:color="auto"/>
            </w:tcBorders>
            <w:noWrap/>
            <w:vAlign w:val="center"/>
            <w:hideMark/>
          </w:tcPr>
          <w:p w14:paraId="06EA5BD1" w14:textId="77777777" w:rsidR="00E50BA2" w:rsidRPr="00E50BA2" w:rsidRDefault="00E50BA2" w:rsidP="00FA321D">
            <w:pPr>
              <w:spacing w:after="0" w:line="240" w:lineRule="auto"/>
              <w:jc w:val="center"/>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Favourable outcome</w:t>
            </w:r>
          </w:p>
        </w:tc>
        <w:tc>
          <w:tcPr>
            <w:tcW w:w="5011" w:type="dxa"/>
            <w:gridSpan w:val="5"/>
            <w:tcBorders>
              <w:top w:val="single" w:sz="4" w:space="0" w:color="auto"/>
              <w:left w:val="nil"/>
              <w:bottom w:val="single" w:sz="4" w:space="0" w:color="auto"/>
              <w:right w:val="single" w:sz="4" w:space="0" w:color="000000"/>
            </w:tcBorders>
            <w:vAlign w:val="center"/>
            <w:hideMark/>
          </w:tcPr>
          <w:p w14:paraId="67D11706"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Favourable = predicted class != 8; Unfavourable = predicted class == 8.</w:t>
            </w:r>
          </w:p>
        </w:tc>
      </w:tr>
      <w:tr w:rsidR="00E50BA2" w:rsidRPr="00E50BA2" w14:paraId="5198D9B4" w14:textId="77777777" w:rsidTr="00E50BA2">
        <w:trPr>
          <w:trHeight w:val="684"/>
          <w:jc w:val="center"/>
        </w:trPr>
        <w:tc>
          <w:tcPr>
            <w:tcW w:w="1940" w:type="dxa"/>
            <w:tcBorders>
              <w:top w:val="nil"/>
              <w:left w:val="single" w:sz="4" w:space="0" w:color="auto"/>
              <w:bottom w:val="single" w:sz="4" w:space="0" w:color="auto"/>
              <w:right w:val="single" w:sz="4" w:space="0" w:color="auto"/>
            </w:tcBorders>
            <w:noWrap/>
            <w:vAlign w:val="center"/>
            <w:hideMark/>
          </w:tcPr>
          <w:p w14:paraId="048716EC" w14:textId="77777777" w:rsidR="00E50BA2" w:rsidRPr="00E50BA2" w:rsidRDefault="00E50BA2" w:rsidP="00FA321D">
            <w:pPr>
              <w:spacing w:after="0" w:line="240" w:lineRule="auto"/>
              <w:jc w:val="center"/>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Reference groups</w:t>
            </w:r>
          </w:p>
        </w:tc>
        <w:tc>
          <w:tcPr>
            <w:tcW w:w="5011" w:type="dxa"/>
            <w:gridSpan w:val="5"/>
            <w:tcBorders>
              <w:top w:val="single" w:sz="4" w:space="0" w:color="auto"/>
              <w:left w:val="nil"/>
              <w:bottom w:val="single" w:sz="4" w:space="0" w:color="auto"/>
              <w:right w:val="single" w:sz="4" w:space="0" w:color="auto"/>
            </w:tcBorders>
            <w:vAlign w:val="center"/>
            <w:hideMark/>
          </w:tcPr>
          <w:p w14:paraId="4D8710B5"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Age reference: 30-49; BMI reference: 25-29.9 (fallback to largest group if empty).</w:t>
            </w:r>
          </w:p>
        </w:tc>
      </w:tr>
      <w:tr w:rsidR="00E50BA2" w:rsidRPr="00E50BA2" w14:paraId="5907472A" w14:textId="77777777" w:rsidTr="00E50BA2">
        <w:trPr>
          <w:trHeight w:val="960"/>
          <w:jc w:val="center"/>
        </w:trPr>
        <w:tc>
          <w:tcPr>
            <w:tcW w:w="1940" w:type="dxa"/>
            <w:tcBorders>
              <w:top w:val="nil"/>
              <w:left w:val="single" w:sz="4" w:space="0" w:color="auto"/>
              <w:bottom w:val="single" w:sz="4" w:space="0" w:color="auto"/>
              <w:right w:val="single" w:sz="4" w:space="0" w:color="auto"/>
            </w:tcBorders>
            <w:noWrap/>
            <w:vAlign w:val="center"/>
            <w:hideMark/>
          </w:tcPr>
          <w:p w14:paraId="6FE4A215" w14:textId="77777777" w:rsidR="00E50BA2" w:rsidRPr="00E50BA2" w:rsidRDefault="00E50BA2" w:rsidP="00FA321D">
            <w:pPr>
              <w:spacing w:after="0" w:line="240" w:lineRule="auto"/>
              <w:jc w:val="center"/>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Variable decoding</w:t>
            </w:r>
          </w:p>
        </w:tc>
        <w:tc>
          <w:tcPr>
            <w:tcW w:w="5011" w:type="dxa"/>
            <w:gridSpan w:val="5"/>
            <w:tcBorders>
              <w:top w:val="single" w:sz="4" w:space="0" w:color="auto"/>
              <w:left w:val="nil"/>
              <w:bottom w:val="single" w:sz="4" w:space="0" w:color="auto"/>
              <w:right w:val="single" w:sz="4" w:space="0" w:color="auto"/>
            </w:tcBorders>
            <w:vAlign w:val="center"/>
            <w:hideMark/>
          </w:tcPr>
          <w:p w14:paraId="312AFBB6" w14:textId="77777777" w:rsidR="00E50BA2" w:rsidRPr="00E50BA2" w:rsidRDefault="00E50BA2" w:rsidP="00FA321D">
            <w:pPr>
              <w:spacing w:after="0" w:line="240" w:lineRule="auto"/>
              <w:rPr>
                <w:rFonts w:ascii="Times New Roman" w:eastAsia="Times New Roman" w:hAnsi="Times New Roman" w:cs="Times New Roman"/>
                <w:color w:val="000000"/>
                <w:sz w:val="20"/>
                <w:szCs w:val="20"/>
                <w:lang w:val="en-IN" w:eastAsia="en-IN" w:bidi="mr-IN"/>
              </w:rPr>
            </w:pPr>
            <w:r w:rsidRPr="00E50BA2">
              <w:rPr>
                <w:rFonts w:ascii="Times New Roman" w:eastAsia="Times New Roman" w:hAnsi="Times New Roman" w:cs="Times New Roman"/>
                <w:color w:val="000000"/>
                <w:sz w:val="20"/>
                <w:szCs w:val="20"/>
                <w:lang w:val="en-IN" w:eastAsia="en-IN" w:bidi="mr-IN"/>
              </w:rPr>
              <w:t>Ins_Age and BMI are encoded as value/100 in the modelling dataset; both were multiplied by 100 before binning.</w:t>
            </w:r>
          </w:p>
        </w:tc>
      </w:tr>
    </w:tbl>
    <w:p w14:paraId="64158BB6" w14:textId="49467EE5" w:rsidR="00E50BA2" w:rsidRDefault="0096040D" w:rsidP="00FA321D">
      <w:pPr>
        <w:spacing w:after="0" w:line="240" w:lineRule="auto"/>
        <w:rPr>
          <w:rFonts w:ascii="Times New Roman" w:hAnsi="Times New Roman" w:cs="Times New Roman"/>
          <w:lang w:val="en-IN"/>
        </w:rPr>
      </w:pPr>
      <w:r w:rsidRPr="005E2F5A">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761CA62" wp14:editId="00288EDF">
                <wp:simplePos x="0" y="0"/>
                <wp:positionH relativeFrom="column">
                  <wp:posOffset>-32084</wp:posOffset>
                </wp:positionH>
                <wp:positionV relativeFrom="paragraph">
                  <wp:posOffset>100732</wp:posOffset>
                </wp:positionV>
                <wp:extent cx="5726430" cy="2161674"/>
                <wp:effectExtent l="0" t="0" r="26670" b="10160"/>
                <wp:wrapNone/>
                <wp:docPr id="579168533" name="Text Box 17"/>
                <wp:cNvGraphicFramePr/>
                <a:graphic xmlns:a="http://schemas.openxmlformats.org/drawingml/2006/main">
                  <a:graphicData uri="http://schemas.microsoft.com/office/word/2010/wordprocessingShape">
                    <wps:wsp>
                      <wps:cNvSpPr txBox="1"/>
                      <wps:spPr>
                        <a:xfrm>
                          <a:off x="0" y="0"/>
                          <a:ext cx="5726430" cy="2161674"/>
                        </a:xfrm>
                        <a:prstGeom prst="rect">
                          <a:avLst/>
                        </a:prstGeom>
                        <a:noFill/>
                        <a:ln w="19050">
                          <a:solidFill>
                            <a:prstClr val="black"/>
                          </a:solidFill>
                        </a:ln>
                      </wps:spPr>
                      <wps:txbx>
                        <w:txbxContent>
                          <w:p w14:paraId="09D502D5" w14:textId="3F4ACD3F" w:rsidR="00444590" w:rsidRPr="00FA321D" w:rsidRDefault="00444590" w:rsidP="00EE7672">
                            <w:pPr>
                              <w:jc w:val="both"/>
                              <w:rPr>
                                <w:rFonts w:ascii="Times New Roman" w:hAnsi="Times New Roman" w:cs="Times New Roman"/>
                                <w:sz w:val="20"/>
                                <w:szCs w:val="20"/>
                              </w:rPr>
                            </w:pPr>
                            <w:r w:rsidRPr="00FA321D">
                              <w:rPr>
                                <w:rFonts w:ascii="Times New Roman" w:hAnsi="Times New Roman" w:cs="Times New Roman"/>
                                <w:b/>
                                <w:sz w:val="20"/>
                                <w:szCs w:val="20"/>
                              </w:rPr>
                              <w:t>Table S</w:t>
                            </w:r>
                            <w:r w:rsidR="0096040D">
                              <w:rPr>
                                <w:rFonts w:ascii="Times New Roman" w:hAnsi="Times New Roman" w:cs="Times New Roman"/>
                                <w:b/>
                                <w:sz w:val="20"/>
                                <w:szCs w:val="20"/>
                              </w:rPr>
                              <w:t>5</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Random Forest Testing Model</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 xml:space="preserve">Confusion Matrix </w:t>
                            </w:r>
                            <w:r w:rsidRPr="00FA321D">
                              <w:rPr>
                                <w:rFonts w:ascii="Times New Roman" w:hAnsi="Times New Roman" w:cs="Times New Roman"/>
                                <w:bCs/>
                                <w:sz w:val="20"/>
                                <w:szCs w:val="20"/>
                              </w:rPr>
                              <w:t>and Overall</w:t>
                            </w:r>
                            <w:r w:rsidRPr="00FA321D">
                              <w:rPr>
                                <w:rFonts w:ascii="Times New Roman" w:hAnsi="Times New Roman" w:cs="Times New Roman"/>
                                <w:sz w:val="20"/>
                                <w:szCs w:val="20"/>
                              </w:rPr>
                              <w:t xml:space="preserve"> Statistic [Eight Classes]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67"/>
                              <w:gridCol w:w="567"/>
                              <w:gridCol w:w="567"/>
                              <w:gridCol w:w="567"/>
                              <w:gridCol w:w="709"/>
                              <w:gridCol w:w="709"/>
                              <w:gridCol w:w="567"/>
                              <w:gridCol w:w="709"/>
                              <w:gridCol w:w="1559"/>
                              <w:gridCol w:w="850"/>
                            </w:tblGrid>
                            <w:tr w:rsidR="00444590" w14:paraId="65512F7D" w14:textId="77777777" w:rsidTr="00F511C7">
                              <w:trPr>
                                <w:jc w:val="center"/>
                              </w:trPr>
                              <w:tc>
                                <w:tcPr>
                                  <w:tcW w:w="1129" w:type="dxa"/>
                                </w:tcPr>
                                <w:p w14:paraId="4BDA5EA0" w14:textId="77777777" w:rsidR="00444590" w:rsidRPr="00C74EF1" w:rsidRDefault="00444590" w:rsidP="0059622C">
                                  <w:pPr>
                                    <w:spacing w:after="0"/>
                                    <w:rPr>
                                      <w:rFonts w:ascii="Times New Roman" w:hAnsi="Times New Roman" w:cs="Times New Roman"/>
                                      <w:sz w:val="20"/>
                                      <w:szCs w:val="20"/>
                                    </w:rPr>
                                  </w:pPr>
                                </w:p>
                              </w:tc>
                              <w:tc>
                                <w:tcPr>
                                  <w:tcW w:w="4962" w:type="dxa"/>
                                  <w:gridSpan w:val="8"/>
                                </w:tcPr>
                                <w:p w14:paraId="136CF146"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Reference</w:t>
                                  </w:r>
                                </w:p>
                              </w:tc>
                              <w:tc>
                                <w:tcPr>
                                  <w:tcW w:w="2409" w:type="dxa"/>
                                  <w:gridSpan w:val="2"/>
                                </w:tcPr>
                                <w:p w14:paraId="5570D96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Overall Statistic</w:t>
                                  </w:r>
                                </w:p>
                              </w:tc>
                            </w:tr>
                            <w:tr w:rsidR="00444590" w14:paraId="60DBBDC4" w14:textId="77777777" w:rsidTr="00F511C7">
                              <w:trPr>
                                <w:jc w:val="center"/>
                              </w:trPr>
                              <w:tc>
                                <w:tcPr>
                                  <w:tcW w:w="1129" w:type="dxa"/>
                                </w:tcPr>
                                <w:p w14:paraId="7697BDE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Prediction</w:t>
                                  </w:r>
                                </w:p>
                              </w:tc>
                              <w:tc>
                                <w:tcPr>
                                  <w:tcW w:w="567" w:type="dxa"/>
                                </w:tcPr>
                                <w:p w14:paraId="365D2B8C"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1</w:t>
                                  </w:r>
                                </w:p>
                              </w:tc>
                              <w:tc>
                                <w:tcPr>
                                  <w:tcW w:w="567" w:type="dxa"/>
                                </w:tcPr>
                                <w:p w14:paraId="2F5C719A"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2</w:t>
                                  </w:r>
                                </w:p>
                              </w:tc>
                              <w:tc>
                                <w:tcPr>
                                  <w:tcW w:w="567" w:type="dxa"/>
                                </w:tcPr>
                                <w:p w14:paraId="087EEF53"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3</w:t>
                                  </w:r>
                                </w:p>
                              </w:tc>
                              <w:tc>
                                <w:tcPr>
                                  <w:tcW w:w="567" w:type="dxa"/>
                                </w:tcPr>
                                <w:p w14:paraId="08AFF67B"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4</w:t>
                                  </w:r>
                                </w:p>
                              </w:tc>
                              <w:tc>
                                <w:tcPr>
                                  <w:tcW w:w="709" w:type="dxa"/>
                                </w:tcPr>
                                <w:p w14:paraId="618F906B"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5</w:t>
                                  </w:r>
                                </w:p>
                              </w:tc>
                              <w:tc>
                                <w:tcPr>
                                  <w:tcW w:w="709" w:type="dxa"/>
                                </w:tcPr>
                                <w:p w14:paraId="5BA43A80"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6</w:t>
                                  </w:r>
                                </w:p>
                              </w:tc>
                              <w:tc>
                                <w:tcPr>
                                  <w:tcW w:w="567" w:type="dxa"/>
                                </w:tcPr>
                                <w:p w14:paraId="4665345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7</w:t>
                                  </w:r>
                                </w:p>
                              </w:tc>
                              <w:tc>
                                <w:tcPr>
                                  <w:tcW w:w="709" w:type="dxa"/>
                                </w:tcPr>
                                <w:p w14:paraId="3395C06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8</w:t>
                                  </w:r>
                                </w:p>
                              </w:tc>
                              <w:tc>
                                <w:tcPr>
                                  <w:tcW w:w="1559" w:type="dxa"/>
                                </w:tcPr>
                                <w:p w14:paraId="1302FE3F"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Accuracy</w:t>
                                  </w:r>
                                </w:p>
                              </w:tc>
                              <w:tc>
                                <w:tcPr>
                                  <w:tcW w:w="850" w:type="dxa"/>
                                </w:tcPr>
                                <w:p w14:paraId="74E06DA8" w14:textId="01FF3CFC"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0.5</w:t>
                                  </w:r>
                                  <w:r w:rsidR="00880E74">
                                    <w:rPr>
                                      <w:rFonts w:ascii="Times New Roman" w:hAnsi="Times New Roman" w:cs="Times New Roman"/>
                                      <w:sz w:val="20"/>
                                      <w:szCs w:val="20"/>
                                    </w:rPr>
                                    <w:t>35</w:t>
                                  </w:r>
                                </w:p>
                              </w:tc>
                            </w:tr>
                            <w:tr w:rsidR="00880E74" w14:paraId="460058E7" w14:textId="77777777" w:rsidTr="008965FF">
                              <w:trPr>
                                <w:jc w:val="center"/>
                              </w:trPr>
                              <w:tc>
                                <w:tcPr>
                                  <w:tcW w:w="1129" w:type="dxa"/>
                                </w:tcPr>
                                <w:p w14:paraId="690BEC3B"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1</w:t>
                                  </w:r>
                                </w:p>
                              </w:tc>
                              <w:tc>
                                <w:tcPr>
                                  <w:tcW w:w="567" w:type="dxa"/>
                                  <w:vAlign w:val="bottom"/>
                                </w:tcPr>
                                <w:p w14:paraId="09728015" w14:textId="5E815E24"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231</w:t>
                                  </w:r>
                                </w:p>
                              </w:tc>
                              <w:tc>
                                <w:tcPr>
                                  <w:tcW w:w="567" w:type="dxa"/>
                                  <w:vAlign w:val="bottom"/>
                                </w:tcPr>
                                <w:p w14:paraId="08A867A5" w14:textId="00983F0B"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127</w:t>
                                  </w:r>
                                </w:p>
                              </w:tc>
                              <w:tc>
                                <w:tcPr>
                                  <w:tcW w:w="567" w:type="dxa"/>
                                  <w:vAlign w:val="bottom"/>
                                </w:tcPr>
                                <w:p w14:paraId="3F9CD964" w14:textId="6FF97B3B"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567" w:type="dxa"/>
                                  <w:vAlign w:val="bottom"/>
                                </w:tcPr>
                                <w:p w14:paraId="7F4CB0DC" w14:textId="0D98450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4</w:t>
                                  </w:r>
                                </w:p>
                              </w:tc>
                              <w:tc>
                                <w:tcPr>
                                  <w:tcW w:w="709" w:type="dxa"/>
                                  <w:vAlign w:val="bottom"/>
                                </w:tcPr>
                                <w:p w14:paraId="3C29D877" w14:textId="016958F7"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33</w:t>
                                  </w:r>
                                </w:p>
                              </w:tc>
                              <w:tc>
                                <w:tcPr>
                                  <w:tcW w:w="709" w:type="dxa"/>
                                  <w:vAlign w:val="bottom"/>
                                </w:tcPr>
                                <w:p w14:paraId="2C62207A" w14:textId="655B88AD"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96</w:t>
                                  </w:r>
                                </w:p>
                              </w:tc>
                              <w:tc>
                                <w:tcPr>
                                  <w:tcW w:w="567" w:type="dxa"/>
                                  <w:vAlign w:val="bottom"/>
                                </w:tcPr>
                                <w:p w14:paraId="4B84BA97" w14:textId="5EDD6E72"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27</w:t>
                                  </w:r>
                                </w:p>
                              </w:tc>
                              <w:tc>
                                <w:tcPr>
                                  <w:tcW w:w="709" w:type="dxa"/>
                                  <w:vAlign w:val="bottom"/>
                                </w:tcPr>
                                <w:p w14:paraId="3DF71DA1" w14:textId="716D1EA8"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13</w:t>
                                  </w:r>
                                </w:p>
                              </w:tc>
                              <w:tc>
                                <w:tcPr>
                                  <w:tcW w:w="1559" w:type="dxa"/>
                                </w:tcPr>
                                <w:p w14:paraId="4C387D1C"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Precision/Recall</w:t>
                                  </w:r>
                                </w:p>
                              </w:tc>
                              <w:tc>
                                <w:tcPr>
                                  <w:tcW w:w="850" w:type="dxa"/>
                                </w:tcPr>
                                <w:p w14:paraId="2E2469EC" w14:textId="74183A4D"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0.5</w:t>
                                  </w:r>
                                  <w:r>
                                    <w:rPr>
                                      <w:rFonts w:ascii="Times New Roman" w:hAnsi="Times New Roman" w:cs="Times New Roman"/>
                                      <w:sz w:val="20"/>
                                      <w:szCs w:val="20"/>
                                    </w:rPr>
                                    <w:t>35</w:t>
                                  </w:r>
                                </w:p>
                              </w:tc>
                            </w:tr>
                            <w:tr w:rsidR="00880E74" w14:paraId="56E72B5B" w14:textId="77777777" w:rsidTr="008965FF">
                              <w:trPr>
                                <w:jc w:val="center"/>
                              </w:trPr>
                              <w:tc>
                                <w:tcPr>
                                  <w:tcW w:w="1129" w:type="dxa"/>
                                </w:tcPr>
                                <w:p w14:paraId="165F6B6A"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2</w:t>
                                  </w:r>
                                </w:p>
                              </w:tc>
                              <w:tc>
                                <w:tcPr>
                                  <w:tcW w:w="567" w:type="dxa"/>
                                  <w:vAlign w:val="bottom"/>
                                </w:tcPr>
                                <w:p w14:paraId="65A87EA6" w14:textId="22D0B268"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184</w:t>
                                  </w:r>
                                </w:p>
                              </w:tc>
                              <w:tc>
                                <w:tcPr>
                                  <w:tcW w:w="567" w:type="dxa"/>
                                  <w:vAlign w:val="bottom"/>
                                </w:tcPr>
                                <w:p w14:paraId="0C0F888A" w14:textId="62AF0327"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327</w:t>
                                  </w:r>
                                </w:p>
                              </w:tc>
                              <w:tc>
                                <w:tcPr>
                                  <w:tcW w:w="567" w:type="dxa"/>
                                  <w:vAlign w:val="bottom"/>
                                </w:tcPr>
                                <w:p w14:paraId="4AF5CEA1" w14:textId="2796045D"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14</w:t>
                                  </w:r>
                                </w:p>
                              </w:tc>
                              <w:tc>
                                <w:tcPr>
                                  <w:tcW w:w="567" w:type="dxa"/>
                                  <w:vAlign w:val="bottom"/>
                                </w:tcPr>
                                <w:p w14:paraId="5304CEAE" w14:textId="3AE9A90C"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709" w:type="dxa"/>
                                  <w:vAlign w:val="bottom"/>
                                </w:tcPr>
                                <w:p w14:paraId="7A79BB08" w14:textId="72BEDDCE"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105</w:t>
                                  </w:r>
                                </w:p>
                              </w:tc>
                              <w:tc>
                                <w:tcPr>
                                  <w:tcW w:w="709" w:type="dxa"/>
                                  <w:vAlign w:val="bottom"/>
                                </w:tcPr>
                                <w:p w14:paraId="2B09093C" w14:textId="5F7EEC00"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72</w:t>
                                  </w:r>
                                </w:p>
                              </w:tc>
                              <w:tc>
                                <w:tcPr>
                                  <w:tcW w:w="567" w:type="dxa"/>
                                  <w:vAlign w:val="bottom"/>
                                </w:tcPr>
                                <w:p w14:paraId="14B408DC" w14:textId="1D9D207D"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709" w:type="dxa"/>
                                  <w:vAlign w:val="bottom"/>
                                </w:tcPr>
                                <w:p w14:paraId="59C48D07" w14:textId="45DF931B"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4</w:t>
                                  </w:r>
                                </w:p>
                              </w:tc>
                              <w:tc>
                                <w:tcPr>
                                  <w:tcW w:w="1559" w:type="dxa"/>
                                </w:tcPr>
                                <w:p w14:paraId="64632CB8"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F1-Score</w:t>
                                  </w:r>
                                </w:p>
                              </w:tc>
                              <w:tc>
                                <w:tcPr>
                                  <w:tcW w:w="850" w:type="dxa"/>
                                </w:tcPr>
                                <w:p w14:paraId="4BB76D41" w14:textId="7074D891"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w:t>
                                  </w:r>
                                  <w:r w:rsidR="008D3DC3">
                                    <w:rPr>
                                      <w:rFonts w:ascii="Times New Roman" w:hAnsi="Times New Roman" w:cs="Times New Roman"/>
                                      <w:sz w:val="20"/>
                                      <w:szCs w:val="20"/>
                                    </w:rPr>
                                    <w:t>350</w:t>
                                  </w:r>
                                </w:p>
                              </w:tc>
                            </w:tr>
                            <w:tr w:rsidR="00880E74" w14:paraId="22255EB7" w14:textId="77777777" w:rsidTr="008965FF">
                              <w:trPr>
                                <w:jc w:val="center"/>
                              </w:trPr>
                              <w:tc>
                                <w:tcPr>
                                  <w:tcW w:w="1129" w:type="dxa"/>
                                </w:tcPr>
                                <w:p w14:paraId="7D772C9A"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3</w:t>
                                  </w:r>
                                </w:p>
                              </w:tc>
                              <w:tc>
                                <w:tcPr>
                                  <w:tcW w:w="567" w:type="dxa"/>
                                  <w:vAlign w:val="bottom"/>
                                </w:tcPr>
                                <w:p w14:paraId="5FF71B63" w14:textId="0922077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567" w:type="dxa"/>
                                  <w:vAlign w:val="bottom"/>
                                </w:tcPr>
                                <w:p w14:paraId="25E28028" w14:textId="76AFB2E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2</w:t>
                                  </w:r>
                                </w:p>
                              </w:tc>
                              <w:tc>
                                <w:tcPr>
                                  <w:tcW w:w="567" w:type="dxa"/>
                                  <w:vAlign w:val="bottom"/>
                                </w:tcPr>
                                <w:p w14:paraId="7D5B342D" w14:textId="34113610"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567" w:type="dxa"/>
                                  <w:vAlign w:val="bottom"/>
                                </w:tcPr>
                                <w:p w14:paraId="2EEDA4A6" w14:textId="1157594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709" w:type="dxa"/>
                                  <w:vAlign w:val="bottom"/>
                                </w:tcPr>
                                <w:p w14:paraId="6DD24959" w14:textId="5E7A1259"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709" w:type="dxa"/>
                                  <w:vAlign w:val="bottom"/>
                                </w:tcPr>
                                <w:p w14:paraId="3754BB64" w14:textId="156272EC"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567" w:type="dxa"/>
                                  <w:vAlign w:val="bottom"/>
                                </w:tcPr>
                                <w:p w14:paraId="48A5C012" w14:textId="2563EE5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19C65D17" w14:textId="7245D323"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1559" w:type="dxa"/>
                                </w:tcPr>
                                <w:p w14:paraId="69EDFA11"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MCC</w:t>
                                  </w:r>
                                </w:p>
                              </w:tc>
                              <w:tc>
                                <w:tcPr>
                                  <w:tcW w:w="850" w:type="dxa"/>
                                </w:tcPr>
                                <w:p w14:paraId="699F5FA6" w14:textId="6514B0EB"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w:t>
                                  </w:r>
                                  <w:r w:rsidR="008D3DC3">
                                    <w:rPr>
                                      <w:rFonts w:ascii="Times New Roman" w:hAnsi="Times New Roman" w:cs="Times New Roman"/>
                                      <w:sz w:val="20"/>
                                      <w:szCs w:val="20"/>
                                    </w:rPr>
                                    <w:t>404</w:t>
                                  </w:r>
                                </w:p>
                              </w:tc>
                            </w:tr>
                            <w:tr w:rsidR="00880E74" w14:paraId="6D46BF3C" w14:textId="77777777" w:rsidTr="008965FF">
                              <w:trPr>
                                <w:jc w:val="center"/>
                              </w:trPr>
                              <w:tc>
                                <w:tcPr>
                                  <w:tcW w:w="1129" w:type="dxa"/>
                                </w:tcPr>
                                <w:p w14:paraId="0EAF4C2E"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4</w:t>
                                  </w:r>
                                </w:p>
                              </w:tc>
                              <w:tc>
                                <w:tcPr>
                                  <w:tcW w:w="567" w:type="dxa"/>
                                  <w:vAlign w:val="bottom"/>
                                </w:tcPr>
                                <w:p w14:paraId="760A2EF0" w14:textId="557F1E12"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5</w:t>
                                  </w:r>
                                </w:p>
                              </w:tc>
                              <w:tc>
                                <w:tcPr>
                                  <w:tcW w:w="567" w:type="dxa"/>
                                  <w:vAlign w:val="bottom"/>
                                </w:tcPr>
                                <w:p w14:paraId="7FB7B029" w14:textId="1AB18296"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567" w:type="dxa"/>
                                  <w:vAlign w:val="bottom"/>
                                </w:tcPr>
                                <w:p w14:paraId="44EE0237" w14:textId="3050E32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3</w:t>
                                  </w:r>
                                </w:p>
                              </w:tc>
                              <w:tc>
                                <w:tcPr>
                                  <w:tcW w:w="567" w:type="dxa"/>
                                  <w:vAlign w:val="bottom"/>
                                </w:tcPr>
                                <w:p w14:paraId="79D7D26A" w14:textId="2FC0C91F"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11</w:t>
                                  </w:r>
                                </w:p>
                              </w:tc>
                              <w:tc>
                                <w:tcPr>
                                  <w:tcW w:w="709" w:type="dxa"/>
                                  <w:vAlign w:val="bottom"/>
                                </w:tcPr>
                                <w:p w14:paraId="67B035ED" w14:textId="5364A6FA"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6E11A408" w14:textId="1A0C2699"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567" w:type="dxa"/>
                                  <w:vAlign w:val="bottom"/>
                                </w:tcPr>
                                <w:p w14:paraId="35CEA611" w14:textId="0A7DB616"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53C5A807" w14:textId="2464A714"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5</w:t>
                                  </w:r>
                                </w:p>
                              </w:tc>
                              <w:tc>
                                <w:tcPr>
                                  <w:tcW w:w="1559" w:type="dxa"/>
                                </w:tcPr>
                                <w:p w14:paraId="60CBE3D1"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Kappa</w:t>
                                  </w:r>
                                </w:p>
                              </w:tc>
                              <w:tc>
                                <w:tcPr>
                                  <w:tcW w:w="850" w:type="dxa"/>
                                </w:tcPr>
                                <w:p w14:paraId="08EFA983" w14:textId="73B20D55"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w:t>
                                  </w:r>
                                  <w:r>
                                    <w:rPr>
                                      <w:rFonts w:ascii="Times New Roman" w:hAnsi="Times New Roman" w:cs="Times New Roman"/>
                                      <w:sz w:val="20"/>
                                      <w:szCs w:val="20"/>
                                    </w:rPr>
                                    <w:t>395</w:t>
                                  </w:r>
                                </w:p>
                              </w:tc>
                            </w:tr>
                            <w:tr w:rsidR="00343B1A" w14:paraId="10BCA6F3" w14:textId="77777777" w:rsidTr="00EA498A">
                              <w:trPr>
                                <w:jc w:val="center"/>
                              </w:trPr>
                              <w:tc>
                                <w:tcPr>
                                  <w:tcW w:w="1129" w:type="dxa"/>
                                </w:tcPr>
                                <w:p w14:paraId="4E2346EC"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5</w:t>
                                  </w:r>
                                </w:p>
                              </w:tc>
                              <w:tc>
                                <w:tcPr>
                                  <w:tcW w:w="567" w:type="dxa"/>
                                  <w:vAlign w:val="bottom"/>
                                </w:tcPr>
                                <w:p w14:paraId="3A64BBC1" w14:textId="4515D49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121</w:t>
                                  </w:r>
                                </w:p>
                              </w:tc>
                              <w:tc>
                                <w:tcPr>
                                  <w:tcW w:w="567" w:type="dxa"/>
                                  <w:vAlign w:val="bottom"/>
                                </w:tcPr>
                                <w:p w14:paraId="4583A3CB" w14:textId="3A906343"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147</w:t>
                                  </w:r>
                                </w:p>
                              </w:tc>
                              <w:tc>
                                <w:tcPr>
                                  <w:tcW w:w="567" w:type="dxa"/>
                                  <w:vAlign w:val="bottom"/>
                                </w:tcPr>
                                <w:p w14:paraId="662F83ED" w14:textId="48BFD03F"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56</w:t>
                                  </w:r>
                                </w:p>
                              </w:tc>
                              <w:tc>
                                <w:tcPr>
                                  <w:tcW w:w="567" w:type="dxa"/>
                                  <w:vAlign w:val="bottom"/>
                                </w:tcPr>
                                <w:p w14:paraId="47E50B7D" w14:textId="2C792278"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38F6A5EF" w14:textId="3C5EBDF4"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553</w:t>
                                  </w:r>
                                </w:p>
                              </w:tc>
                              <w:tc>
                                <w:tcPr>
                                  <w:tcW w:w="709" w:type="dxa"/>
                                  <w:vAlign w:val="bottom"/>
                                </w:tcPr>
                                <w:p w14:paraId="69488E66" w14:textId="29A3AAEC"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93</w:t>
                                  </w:r>
                                </w:p>
                              </w:tc>
                              <w:tc>
                                <w:tcPr>
                                  <w:tcW w:w="567" w:type="dxa"/>
                                  <w:vAlign w:val="bottom"/>
                                </w:tcPr>
                                <w:p w14:paraId="1F8BD153" w14:textId="7D1E8D3D"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8</w:t>
                                  </w:r>
                                </w:p>
                              </w:tc>
                              <w:tc>
                                <w:tcPr>
                                  <w:tcW w:w="709" w:type="dxa"/>
                                  <w:vAlign w:val="bottom"/>
                                </w:tcPr>
                                <w:p w14:paraId="51EA10B4" w14:textId="38DE729B"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13</w:t>
                                  </w:r>
                                </w:p>
                              </w:tc>
                              <w:tc>
                                <w:tcPr>
                                  <w:tcW w:w="1559" w:type="dxa"/>
                                </w:tcPr>
                                <w:p w14:paraId="1B8FA209" w14:textId="4A7A9B1A"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7047E22C" w14:textId="426F7F7C" w:rsidR="00343B1A" w:rsidRPr="005D51CC" w:rsidRDefault="00343B1A" w:rsidP="00343B1A">
                                  <w:pPr>
                                    <w:spacing w:after="0"/>
                                    <w:rPr>
                                      <w:rFonts w:ascii="Times New Roman" w:hAnsi="Times New Roman" w:cs="Times New Roman"/>
                                      <w:color w:val="EE0000"/>
                                      <w:sz w:val="20"/>
                                      <w:szCs w:val="20"/>
                                    </w:rPr>
                                  </w:pPr>
                                </w:p>
                              </w:tc>
                            </w:tr>
                            <w:tr w:rsidR="00343B1A" w14:paraId="2E55C135" w14:textId="77777777" w:rsidTr="00EA498A">
                              <w:trPr>
                                <w:jc w:val="center"/>
                              </w:trPr>
                              <w:tc>
                                <w:tcPr>
                                  <w:tcW w:w="1129" w:type="dxa"/>
                                </w:tcPr>
                                <w:p w14:paraId="305D8096"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6</w:t>
                                  </w:r>
                                </w:p>
                              </w:tc>
                              <w:tc>
                                <w:tcPr>
                                  <w:tcW w:w="567" w:type="dxa"/>
                                  <w:vAlign w:val="bottom"/>
                                </w:tcPr>
                                <w:p w14:paraId="0E1AB8D6" w14:textId="3F8FF9A5"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295</w:t>
                                  </w:r>
                                </w:p>
                              </w:tc>
                              <w:tc>
                                <w:tcPr>
                                  <w:tcW w:w="567" w:type="dxa"/>
                                  <w:vAlign w:val="bottom"/>
                                </w:tcPr>
                                <w:p w14:paraId="3231A204" w14:textId="02273900"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321</w:t>
                                  </w:r>
                                </w:p>
                              </w:tc>
                              <w:tc>
                                <w:tcPr>
                                  <w:tcW w:w="567" w:type="dxa"/>
                                  <w:vAlign w:val="bottom"/>
                                </w:tcPr>
                                <w:p w14:paraId="352136BD" w14:textId="7ECCFAE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92</w:t>
                                  </w:r>
                                </w:p>
                              </w:tc>
                              <w:tc>
                                <w:tcPr>
                                  <w:tcW w:w="567" w:type="dxa"/>
                                  <w:vAlign w:val="bottom"/>
                                </w:tcPr>
                                <w:p w14:paraId="563DCED8" w14:textId="51FE4982"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132</w:t>
                                  </w:r>
                                </w:p>
                              </w:tc>
                              <w:tc>
                                <w:tcPr>
                                  <w:tcW w:w="709" w:type="dxa"/>
                                  <w:vAlign w:val="bottom"/>
                                </w:tcPr>
                                <w:p w14:paraId="1C351AAC" w14:textId="54BF3DF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251</w:t>
                                  </w:r>
                                </w:p>
                              </w:tc>
                              <w:tc>
                                <w:tcPr>
                                  <w:tcW w:w="709" w:type="dxa"/>
                                  <w:vAlign w:val="bottom"/>
                                </w:tcPr>
                                <w:p w14:paraId="3C4D0908" w14:textId="01C19FD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1190</w:t>
                                  </w:r>
                                </w:p>
                              </w:tc>
                              <w:tc>
                                <w:tcPr>
                                  <w:tcW w:w="567" w:type="dxa"/>
                                  <w:vAlign w:val="bottom"/>
                                </w:tcPr>
                                <w:p w14:paraId="72605BDC" w14:textId="11EBD5F2"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374</w:t>
                                  </w:r>
                                </w:p>
                              </w:tc>
                              <w:tc>
                                <w:tcPr>
                                  <w:tcW w:w="709" w:type="dxa"/>
                                  <w:vAlign w:val="bottom"/>
                                </w:tcPr>
                                <w:p w14:paraId="75B0EC99" w14:textId="5CA1277A"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258</w:t>
                                  </w:r>
                                </w:p>
                              </w:tc>
                              <w:tc>
                                <w:tcPr>
                                  <w:tcW w:w="1559" w:type="dxa"/>
                                </w:tcPr>
                                <w:p w14:paraId="1F719628" w14:textId="10F78FA9"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639A37A6" w14:textId="5C9D133A" w:rsidR="00343B1A" w:rsidRPr="005D51CC" w:rsidRDefault="00343B1A" w:rsidP="00343B1A">
                                  <w:pPr>
                                    <w:spacing w:after="0"/>
                                    <w:rPr>
                                      <w:rFonts w:ascii="Times New Roman" w:hAnsi="Times New Roman" w:cs="Times New Roman"/>
                                      <w:color w:val="EE0000"/>
                                      <w:sz w:val="20"/>
                                      <w:szCs w:val="20"/>
                                    </w:rPr>
                                  </w:pPr>
                                </w:p>
                              </w:tc>
                            </w:tr>
                            <w:tr w:rsidR="00343B1A" w14:paraId="1662BBE6" w14:textId="77777777" w:rsidTr="00EA498A">
                              <w:trPr>
                                <w:jc w:val="center"/>
                              </w:trPr>
                              <w:tc>
                                <w:tcPr>
                                  <w:tcW w:w="1129" w:type="dxa"/>
                                </w:tcPr>
                                <w:p w14:paraId="2AE1E94B"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7</w:t>
                                  </w:r>
                                </w:p>
                              </w:tc>
                              <w:tc>
                                <w:tcPr>
                                  <w:tcW w:w="567" w:type="dxa"/>
                                  <w:vAlign w:val="bottom"/>
                                </w:tcPr>
                                <w:p w14:paraId="37BFB052" w14:textId="656A0567"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95</w:t>
                                  </w:r>
                                </w:p>
                              </w:tc>
                              <w:tc>
                                <w:tcPr>
                                  <w:tcW w:w="567" w:type="dxa"/>
                                  <w:vAlign w:val="bottom"/>
                                </w:tcPr>
                                <w:p w14:paraId="4FDC1DF8" w14:textId="4DB3E78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99</w:t>
                                  </w:r>
                                </w:p>
                              </w:tc>
                              <w:tc>
                                <w:tcPr>
                                  <w:tcW w:w="567" w:type="dxa"/>
                                  <w:vAlign w:val="bottom"/>
                                </w:tcPr>
                                <w:p w14:paraId="4A768750" w14:textId="67C8B37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567" w:type="dxa"/>
                                  <w:vAlign w:val="bottom"/>
                                </w:tcPr>
                                <w:p w14:paraId="4031E832" w14:textId="33C05DB4"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w:t>
                                  </w:r>
                                </w:p>
                              </w:tc>
                              <w:tc>
                                <w:tcPr>
                                  <w:tcW w:w="709" w:type="dxa"/>
                                  <w:vAlign w:val="bottom"/>
                                </w:tcPr>
                                <w:p w14:paraId="55A5A1BA" w14:textId="6821BCAD"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35</w:t>
                                  </w:r>
                                </w:p>
                              </w:tc>
                              <w:tc>
                                <w:tcPr>
                                  <w:tcW w:w="709" w:type="dxa"/>
                                  <w:vAlign w:val="bottom"/>
                                </w:tcPr>
                                <w:p w14:paraId="4E3A350F" w14:textId="2CDA82B5"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245</w:t>
                                  </w:r>
                                </w:p>
                              </w:tc>
                              <w:tc>
                                <w:tcPr>
                                  <w:tcW w:w="567" w:type="dxa"/>
                                  <w:vAlign w:val="bottom"/>
                                </w:tcPr>
                                <w:p w14:paraId="2A126E25" w14:textId="6D96B1FE"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574</w:t>
                                  </w:r>
                                </w:p>
                              </w:tc>
                              <w:tc>
                                <w:tcPr>
                                  <w:tcW w:w="709" w:type="dxa"/>
                                  <w:vAlign w:val="bottom"/>
                                </w:tcPr>
                                <w:p w14:paraId="20185849" w14:textId="6C32214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144</w:t>
                                  </w:r>
                                </w:p>
                              </w:tc>
                              <w:tc>
                                <w:tcPr>
                                  <w:tcW w:w="1559" w:type="dxa"/>
                                </w:tcPr>
                                <w:p w14:paraId="60FFB000" w14:textId="643F3868"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4C0FD4C7" w14:textId="044EF5FA" w:rsidR="00343B1A" w:rsidRPr="005D51CC" w:rsidRDefault="00343B1A" w:rsidP="00343B1A">
                                  <w:pPr>
                                    <w:spacing w:after="0"/>
                                    <w:rPr>
                                      <w:rFonts w:ascii="Times New Roman" w:hAnsi="Times New Roman" w:cs="Times New Roman"/>
                                      <w:color w:val="EE0000"/>
                                      <w:sz w:val="20"/>
                                      <w:szCs w:val="20"/>
                                    </w:rPr>
                                  </w:pPr>
                                </w:p>
                              </w:tc>
                            </w:tr>
                            <w:tr w:rsidR="00343B1A" w14:paraId="77A921CC" w14:textId="77777777" w:rsidTr="00EA498A">
                              <w:trPr>
                                <w:jc w:val="center"/>
                              </w:trPr>
                              <w:tc>
                                <w:tcPr>
                                  <w:tcW w:w="1129" w:type="dxa"/>
                                </w:tcPr>
                                <w:p w14:paraId="64CF25B8"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8</w:t>
                                  </w:r>
                                </w:p>
                              </w:tc>
                              <w:tc>
                                <w:tcPr>
                                  <w:tcW w:w="567" w:type="dxa"/>
                                  <w:vAlign w:val="bottom"/>
                                </w:tcPr>
                                <w:p w14:paraId="79E6E266" w14:textId="654A2BB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309</w:t>
                                  </w:r>
                                </w:p>
                              </w:tc>
                              <w:tc>
                                <w:tcPr>
                                  <w:tcW w:w="567" w:type="dxa"/>
                                  <w:vAlign w:val="bottom"/>
                                </w:tcPr>
                                <w:p w14:paraId="29886C1A" w14:textId="4D679702"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287</w:t>
                                  </w:r>
                                </w:p>
                              </w:tc>
                              <w:tc>
                                <w:tcPr>
                                  <w:tcW w:w="567" w:type="dxa"/>
                                  <w:vAlign w:val="bottom"/>
                                </w:tcPr>
                                <w:p w14:paraId="71A7DD76" w14:textId="4E43B37E"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24</w:t>
                                  </w:r>
                                </w:p>
                              </w:tc>
                              <w:tc>
                                <w:tcPr>
                                  <w:tcW w:w="567" w:type="dxa"/>
                                  <w:vAlign w:val="bottom"/>
                                </w:tcPr>
                                <w:p w14:paraId="4FE7E4AA" w14:textId="25C77DB4"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124</w:t>
                                  </w:r>
                                </w:p>
                              </w:tc>
                              <w:tc>
                                <w:tcPr>
                                  <w:tcW w:w="709" w:type="dxa"/>
                                  <w:vAlign w:val="bottom"/>
                                </w:tcPr>
                                <w:p w14:paraId="0E3C1DB6" w14:textId="10B90F6F"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108</w:t>
                                  </w:r>
                                </w:p>
                              </w:tc>
                              <w:tc>
                                <w:tcPr>
                                  <w:tcW w:w="709" w:type="dxa"/>
                                  <w:vAlign w:val="bottom"/>
                                </w:tcPr>
                                <w:p w14:paraId="334C7B53" w14:textId="4455152D"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544</w:t>
                                  </w:r>
                                </w:p>
                              </w:tc>
                              <w:tc>
                                <w:tcPr>
                                  <w:tcW w:w="567" w:type="dxa"/>
                                  <w:vAlign w:val="bottom"/>
                                </w:tcPr>
                                <w:p w14:paraId="1823FF70" w14:textId="7BA37D05"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616</w:t>
                                  </w:r>
                                </w:p>
                              </w:tc>
                              <w:tc>
                                <w:tcPr>
                                  <w:tcW w:w="709" w:type="dxa"/>
                                  <w:vAlign w:val="bottom"/>
                                </w:tcPr>
                                <w:p w14:paraId="380B2ED3" w14:textId="0399F1E9"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3460</w:t>
                                  </w:r>
                                </w:p>
                              </w:tc>
                              <w:tc>
                                <w:tcPr>
                                  <w:tcW w:w="1559" w:type="dxa"/>
                                </w:tcPr>
                                <w:p w14:paraId="201024E7" w14:textId="5A3B0A69"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26647A00" w14:textId="6863DDA6" w:rsidR="00343B1A" w:rsidRPr="005D51CC" w:rsidRDefault="00343B1A" w:rsidP="00343B1A">
                                  <w:pPr>
                                    <w:spacing w:after="0"/>
                                    <w:rPr>
                                      <w:rFonts w:ascii="Times New Roman" w:hAnsi="Times New Roman" w:cs="Times New Roman"/>
                                      <w:color w:val="EE0000"/>
                                      <w:sz w:val="20"/>
                                      <w:szCs w:val="20"/>
                                    </w:rPr>
                                  </w:pPr>
                                </w:p>
                              </w:tc>
                            </w:tr>
                          </w:tbl>
                          <w:p w14:paraId="2E827A1C" w14:textId="77777777" w:rsidR="00444590" w:rsidRDefault="00444590" w:rsidP="00E50BA2">
                            <w:pPr>
                              <w:jc w:val="center"/>
                              <w:rPr>
                                <w:b/>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1CA62" id="_x0000_t202" coordsize="21600,21600" o:spt="202" path="m,l,21600r21600,l21600,xe">
                <v:stroke joinstyle="miter"/>
                <v:path gradientshapeok="t" o:connecttype="rect"/>
              </v:shapetype>
              <v:shape id="Text Box 17" o:spid="_x0000_s1026" type="#_x0000_t202" style="position:absolute;margin-left:-2.55pt;margin-top:7.95pt;width:450.9pt;height:17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" filled="f" strokeweight="1.5pt">
                <v:textbox>
                  <w:txbxContent>
                    <w:p w14:paraId="09D502D5" w14:textId="3F4ACD3F" w:rsidR="00444590" w:rsidRPr="00FA321D" w:rsidRDefault="00444590" w:rsidP="00EE7672">
                      <w:pPr>
                        <w:jc w:val="both"/>
                        <w:rPr>
                          <w:rFonts w:ascii="Times New Roman" w:hAnsi="Times New Roman" w:cs="Times New Roman"/>
                          <w:sz w:val="20"/>
                          <w:szCs w:val="20"/>
                        </w:rPr>
                      </w:pPr>
                      <w:r w:rsidRPr="00FA321D">
                        <w:rPr>
                          <w:rFonts w:ascii="Times New Roman" w:hAnsi="Times New Roman" w:cs="Times New Roman"/>
                          <w:b/>
                          <w:sz w:val="20"/>
                          <w:szCs w:val="20"/>
                        </w:rPr>
                        <w:t>Table S</w:t>
                      </w:r>
                      <w:r w:rsidR="0096040D">
                        <w:rPr>
                          <w:rFonts w:ascii="Times New Roman" w:hAnsi="Times New Roman" w:cs="Times New Roman"/>
                          <w:b/>
                          <w:sz w:val="20"/>
                          <w:szCs w:val="20"/>
                        </w:rPr>
                        <w:t>5</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Random Forest Testing Model</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 xml:space="preserve">Confusion Matrix </w:t>
                      </w:r>
                      <w:r w:rsidRPr="00FA321D">
                        <w:rPr>
                          <w:rFonts w:ascii="Times New Roman" w:hAnsi="Times New Roman" w:cs="Times New Roman"/>
                          <w:bCs/>
                          <w:sz w:val="20"/>
                          <w:szCs w:val="20"/>
                        </w:rPr>
                        <w:t>and Overall</w:t>
                      </w:r>
                      <w:r w:rsidRPr="00FA321D">
                        <w:rPr>
                          <w:rFonts w:ascii="Times New Roman" w:hAnsi="Times New Roman" w:cs="Times New Roman"/>
                          <w:sz w:val="20"/>
                          <w:szCs w:val="20"/>
                        </w:rPr>
                        <w:t xml:space="preserve"> Statistic [Eight Classes]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567"/>
                        <w:gridCol w:w="567"/>
                        <w:gridCol w:w="567"/>
                        <w:gridCol w:w="567"/>
                        <w:gridCol w:w="709"/>
                        <w:gridCol w:w="709"/>
                        <w:gridCol w:w="567"/>
                        <w:gridCol w:w="709"/>
                        <w:gridCol w:w="1559"/>
                        <w:gridCol w:w="850"/>
                      </w:tblGrid>
                      <w:tr w:rsidR="00444590" w14:paraId="65512F7D" w14:textId="77777777" w:rsidTr="00F511C7">
                        <w:trPr>
                          <w:jc w:val="center"/>
                        </w:trPr>
                        <w:tc>
                          <w:tcPr>
                            <w:tcW w:w="1129" w:type="dxa"/>
                          </w:tcPr>
                          <w:p w14:paraId="4BDA5EA0" w14:textId="77777777" w:rsidR="00444590" w:rsidRPr="00C74EF1" w:rsidRDefault="00444590" w:rsidP="0059622C">
                            <w:pPr>
                              <w:spacing w:after="0"/>
                              <w:rPr>
                                <w:rFonts w:ascii="Times New Roman" w:hAnsi="Times New Roman" w:cs="Times New Roman"/>
                                <w:sz w:val="20"/>
                                <w:szCs w:val="20"/>
                              </w:rPr>
                            </w:pPr>
                          </w:p>
                        </w:tc>
                        <w:tc>
                          <w:tcPr>
                            <w:tcW w:w="4962" w:type="dxa"/>
                            <w:gridSpan w:val="8"/>
                          </w:tcPr>
                          <w:p w14:paraId="136CF146"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Reference</w:t>
                            </w:r>
                          </w:p>
                        </w:tc>
                        <w:tc>
                          <w:tcPr>
                            <w:tcW w:w="2409" w:type="dxa"/>
                            <w:gridSpan w:val="2"/>
                          </w:tcPr>
                          <w:p w14:paraId="5570D96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Overall Statistic</w:t>
                            </w:r>
                          </w:p>
                        </w:tc>
                      </w:tr>
                      <w:tr w:rsidR="00444590" w14:paraId="60DBBDC4" w14:textId="77777777" w:rsidTr="00F511C7">
                        <w:trPr>
                          <w:jc w:val="center"/>
                        </w:trPr>
                        <w:tc>
                          <w:tcPr>
                            <w:tcW w:w="1129" w:type="dxa"/>
                          </w:tcPr>
                          <w:p w14:paraId="7697BDE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Prediction</w:t>
                            </w:r>
                          </w:p>
                        </w:tc>
                        <w:tc>
                          <w:tcPr>
                            <w:tcW w:w="567" w:type="dxa"/>
                          </w:tcPr>
                          <w:p w14:paraId="365D2B8C"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1</w:t>
                            </w:r>
                          </w:p>
                        </w:tc>
                        <w:tc>
                          <w:tcPr>
                            <w:tcW w:w="567" w:type="dxa"/>
                          </w:tcPr>
                          <w:p w14:paraId="2F5C719A"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2</w:t>
                            </w:r>
                          </w:p>
                        </w:tc>
                        <w:tc>
                          <w:tcPr>
                            <w:tcW w:w="567" w:type="dxa"/>
                          </w:tcPr>
                          <w:p w14:paraId="087EEF53"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3</w:t>
                            </w:r>
                          </w:p>
                        </w:tc>
                        <w:tc>
                          <w:tcPr>
                            <w:tcW w:w="567" w:type="dxa"/>
                          </w:tcPr>
                          <w:p w14:paraId="08AFF67B"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4</w:t>
                            </w:r>
                          </w:p>
                        </w:tc>
                        <w:tc>
                          <w:tcPr>
                            <w:tcW w:w="709" w:type="dxa"/>
                          </w:tcPr>
                          <w:p w14:paraId="618F906B"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5</w:t>
                            </w:r>
                          </w:p>
                        </w:tc>
                        <w:tc>
                          <w:tcPr>
                            <w:tcW w:w="709" w:type="dxa"/>
                          </w:tcPr>
                          <w:p w14:paraId="5BA43A80"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6</w:t>
                            </w:r>
                          </w:p>
                        </w:tc>
                        <w:tc>
                          <w:tcPr>
                            <w:tcW w:w="567" w:type="dxa"/>
                          </w:tcPr>
                          <w:p w14:paraId="4665345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7</w:t>
                            </w:r>
                          </w:p>
                        </w:tc>
                        <w:tc>
                          <w:tcPr>
                            <w:tcW w:w="709" w:type="dxa"/>
                          </w:tcPr>
                          <w:p w14:paraId="3395C067"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8</w:t>
                            </w:r>
                          </w:p>
                        </w:tc>
                        <w:tc>
                          <w:tcPr>
                            <w:tcW w:w="1559" w:type="dxa"/>
                          </w:tcPr>
                          <w:p w14:paraId="1302FE3F" w14:textId="77777777"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Accuracy</w:t>
                            </w:r>
                          </w:p>
                        </w:tc>
                        <w:tc>
                          <w:tcPr>
                            <w:tcW w:w="850" w:type="dxa"/>
                          </w:tcPr>
                          <w:p w14:paraId="74E06DA8" w14:textId="01FF3CFC" w:rsidR="00444590" w:rsidRPr="00C74EF1" w:rsidRDefault="00444590" w:rsidP="0059622C">
                            <w:pPr>
                              <w:spacing w:after="0"/>
                              <w:rPr>
                                <w:rFonts w:ascii="Times New Roman" w:hAnsi="Times New Roman" w:cs="Times New Roman"/>
                                <w:sz w:val="20"/>
                                <w:szCs w:val="20"/>
                              </w:rPr>
                            </w:pPr>
                            <w:r w:rsidRPr="00C74EF1">
                              <w:rPr>
                                <w:rFonts w:ascii="Times New Roman" w:hAnsi="Times New Roman" w:cs="Times New Roman"/>
                                <w:sz w:val="20"/>
                                <w:szCs w:val="20"/>
                              </w:rPr>
                              <w:t>0.5</w:t>
                            </w:r>
                            <w:r w:rsidR="00880E74">
                              <w:rPr>
                                <w:rFonts w:ascii="Times New Roman" w:hAnsi="Times New Roman" w:cs="Times New Roman"/>
                                <w:sz w:val="20"/>
                                <w:szCs w:val="20"/>
                              </w:rPr>
                              <w:t>35</w:t>
                            </w:r>
                          </w:p>
                        </w:tc>
                      </w:tr>
                      <w:tr w:rsidR="00880E74" w14:paraId="460058E7" w14:textId="77777777" w:rsidTr="008965FF">
                        <w:trPr>
                          <w:jc w:val="center"/>
                        </w:trPr>
                        <w:tc>
                          <w:tcPr>
                            <w:tcW w:w="1129" w:type="dxa"/>
                          </w:tcPr>
                          <w:p w14:paraId="690BEC3B"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1</w:t>
                            </w:r>
                          </w:p>
                        </w:tc>
                        <w:tc>
                          <w:tcPr>
                            <w:tcW w:w="567" w:type="dxa"/>
                            <w:vAlign w:val="bottom"/>
                          </w:tcPr>
                          <w:p w14:paraId="09728015" w14:textId="5E815E24"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231</w:t>
                            </w:r>
                          </w:p>
                        </w:tc>
                        <w:tc>
                          <w:tcPr>
                            <w:tcW w:w="567" w:type="dxa"/>
                            <w:vAlign w:val="bottom"/>
                          </w:tcPr>
                          <w:p w14:paraId="08A867A5" w14:textId="00983F0B"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127</w:t>
                            </w:r>
                          </w:p>
                        </w:tc>
                        <w:tc>
                          <w:tcPr>
                            <w:tcW w:w="567" w:type="dxa"/>
                            <w:vAlign w:val="bottom"/>
                          </w:tcPr>
                          <w:p w14:paraId="3F9CD964" w14:textId="6FF97B3B"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567" w:type="dxa"/>
                            <w:vAlign w:val="bottom"/>
                          </w:tcPr>
                          <w:p w14:paraId="7F4CB0DC" w14:textId="0D98450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4</w:t>
                            </w:r>
                          </w:p>
                        </w:tc>
                        <w:tc>
                          <w:tcPr>
                            <w:tcW w:w="709" w:type="dxa"/>
                            <w:vAlign w:val="bottom"/>
                          </w:tcPr>
                          <w:p w14:paraId="3C29D877" w14:textId="016958F7"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33</w:t>
                            </w:r>
                          </w:p>
                        </w:tc>
                        <w:tc>
                          <w:tcPr>
                            <w:tcW w:w="709" w:type="dxa"/>
                            <w:vAlign w:val="bottom"/>
                          </w:tcPr>
                          <w:p w14:paraId="2C62207A" w14:textId="655B88AD"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96</w:t>
                            </w:r>
                          </w:p>
                        </w:tc>
                        <w:tc>
                          <w:tcPr>
                            <w:tcW w:w="567" w:type="dxa"/>
                            <w:vAlign w:val="bottom"/>
                          </w:tcPr>
                          <w:p w14:paraId="4B84BA97" w14:textId="5EDD6E72"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27</w:t>
                            </w:r>
                          </w:p>
                        </w:tc>
                        <w:tc>
                          <w:tcPr>
                            <w:tcW w:w="709" w:type="dxa"/>
                            <w:vAlign w:val="bottom"/>
                          </w:tcPr>
                          <w:p w14:paraId="3DF71DA1" w14:textId="716D1EA8"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13</w:t>
                            </w:r>
                          </w:p>
                        </w:tc>
                        <w:tc>
                          <w:tcPr>
                            <w:tcW w:w="1559" w:type="dxa"/>
                          </w:tcPr>
                          <w:p w14:paraId="4C387D1C"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Precision/Recall</w:t>
                            </w:r>
                          </w:p>
                        </w:tc>
                        <w:tc>
                          <w:tcPr>
                            <w:tcW w:w="850" w:type="dxa"/>
                          </w:tcPr>
                          <w:p w14:paraId="2E2469EC" w14:textId="74183A4D"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0.5</w:t>
                            </w:r>
                            <w:r>
                              <w:rPr>
                                <w:rFonts w:ascii="Times New Roman" w:hAnsi="Times New Roman" w:cs="Times New Roman"/>
                                <w:sz w:val="20"/>
                                <w:szCs w:val="20"/>
                              </w:rPr>
                              <w:t>35</w:t>
                            </w:r>
                          </w:p>
                        </w:tc>
                      </w:tr>
                      <w:tr w:rsidR="00880E74" w14:paraId="56E72B5B" w14:textId="77777777" w:rsidTr="008965FF">
                        <w:trPr>
                          <w:jc w:val="center"/>
                        </w:trPr>
                        <w:tc>
                          <w:tcPr>
                            <w:tcW w:w="1129" w:type="dxa"/>
                          </w:tcPr>
                          <w:p w14:paraId="165F6B6A"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2</w:t>
                            </w:r>
                          </w:p>
                        </w:tc>
                        <w:tc>
                          <w:tcPr>
                            <w:tcW w:w="567" w:type="dxa"/>
                            <w:vAlign w:val="bottom"/>
                          </w:tcPr>
                          <w:p w14:paraId="65A87EA6" w14:textId="22D0B268"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184</w:t>
                            </w:r>
                          </w:p>
                        </w:tc>
                        <w:tc>
                          <w:tcPr>
                            <w:tcW w:w="567" w:type="dxa"/>
                            <w:vAlign w:val="bottom"/>
                          </w:tcPr>
                          <w:p w14:paraId="0C0F888A" w14:textId="62AF0327"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327</w:t>
                            </w:r>
                          </w:p>
                        </w:tc>
                        <w:tc>
                          <w:tcPr>
                            <w:tcW w:w="567" w:type="dxa"/>
                            <w:vAlign w:val="bottom"/>
                          </w:tcPr>
                          <w:p w14:paraId="4AF5CEA1" w14:textId="2796045D"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14</w:t>
                            </w:r>
                          </w:p>
                        </w:tc>
                        <w:tc>
                          <w:tcPr>
                            <w:tcW w:w="567" w:type="dxa"/>
                            <w:vAlign w:val="bottom"/>
                          </w:tcPr>
                          <w:p w14:paraId="5304CEAE" w14:textId="3AE9A90C"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709" w:type="dxa"/>
                            <w:vAlign w:val="bottom"/>
                          </w:tcPr>
                          <w:p w14:paraId="7A79BB08" w14:textId="72BEDDCE"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105</w:t>
                            </w:r>
                          </w:p>
                        </w:tc>
                        <w:tc>
                          <w:tcPr>
                            <w:tcW w:w="709" w:type="dxa"/>
                            <w:vAlign w:val="bottom"/>
                          </w:tcPr>
                          <w:p w14:paraId="2B09093C" w14:textId="5F7EEC00"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72</w:t>
                            </w:r>
                          </w:p>
                        </w:tc>
                        <w:tc>
                          <w:tcPr>
                            <w:tcW w:w="567" w:type="dxa"/>
                            <w:vAlign w:val="bottom"/>
                          </w:tcPr>
                          <w:p w14:paraId="14B408DC" w14:textId="1D9D207D"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709" w:type="dxa"/>
                            <w:vAlign w:val="bottom"/>
                          </w:tcPr>
                          <w:p w14:paraId="59C48D07" w14:textId="45DF931B"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4</w:t>
                            </w:r>
                          </w:p>
                        </w:tc>
                        <w:tc>
                          <w:tcPr>
                            <w:tcW w:w="1559" w:type="dxa"/>
                          </w:tcPr>
                          <w:p w14:paraId="64632CB8"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F1-Score</w:t>
                            </w:r>
                          </w:p>
                        </w:tc>
                        <w:tc>
                          <w:tcPr>
                            <w:tcW w:w="850" w:type="dxa"/>
                          </w:tcPr>
                          <w:p w14:paraId="4BB76D41" w14:textId="7074D891"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w:t>
                            </w:r>
                            <w:r w:rsidR="008D3DC3">
                              <w:rPr>
                                <w:rFonts w:ascii="Times New Roman" w:hAnsi="Times New Roman" w:cs="Times New Roman"/>
                                <w:sz w:val="20"/>
                                <w:szCs w:val="20"/>
                              </w:rPr>
                              <w:t>350</w:t>
                            </w:r>
                          </w:p>
                        </w:tc>
                      </w:tr>
                      <w:tr w:rsidR="00880E74" w14:paraId="22255EB7" w14:textId="77777777" w:rsidTr="008965FF">
                        <w:trPr>
                          <w:jc w:val="center"/>
                        </w:trPr>
                        <w:tc>
                          <w:tcPr>
                            <w:tcW w:w="1129" w:type="dxa"/>
                          </w:tcPr>
                          <w:p w14:paraId="7D772C9A"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3</w:t>
                            </w:r>
                          </w:p>
                        </w:tc>
                        <w:tc>
                          <w:tcPr>
                            <w:tcW w:w="567" w:type="dxa"/>
                            <w:vAlign w:val="bottom"/>
                          </w:tcPr>
                          <w:p w14:paraId="5FF71B63" w14:textId="0922077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567" w:type="dxa"/>
                            <w:vAlign w:val="bottom"/>
                          </w:tcPr>
                          <w:p w14:paraId="25E28028" w14:textId="76AFB2E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2</w:t>
                            </w:r>
                          </w:p>
                        </w:tc>
                        <w:tc>
                          <w:tcPr>
                            <w:tcW w:w="567" w:type="dxa"/>
                            <w:vAlign w:val="bottom"/>
                          </w:tcPr>
                          <w:p w14:paraId="7D5B342D" w14:textId="34113610"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567" w:type="dxa"/>
                            <w:vAlign w:val="bottom"/>
                          </w:tcPr>
                          <w:p w14:paraId="2EEDA4A6" w14:textId="1157594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709" w:type="dxa"/>
                            <w:vAlign w:val="bottom"/>
                          </w:tcPr>
                          <w:p w14:paraId="6DD24959" w14:textId="5E7A1259"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w:t>
                            </w:r>
                          </w:p>
                        </w:tc>
                        <w:tc>
                          <w:tcPr>
                            <w:tcW w:w="709" w:type="dxa"/>
                            <w:vAlign w:val="bottom"/>
                          </w:tcPr>
                          <w:p w14:paraId="3754BB64" w14:textId="156272EC"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567" w:type="dxa"/>
                            <w:vAlign w:val="bottom"/>
                          </w:tcPr>
                          <w:p w14:paraId="48A5C012" w14:textId="2563EE5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19C65D17" w14:textId="7245D323"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1559" w:type="dxa"/>
                          </w:tcPr>
                          <w:p w14:paraId="69EDFA11"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MCC</w:t>
                            </w:r>
                          </w:p>
                        </w:tc>
                        <w:tc>
                          <w:tcPr>
                            <w:tcW w:w="850" w:type="dxa"/>
                          </w:tcPr>
                          <w:p w14:paraId="699F5FA6" w14:textId="6514B0EB"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w:t>
                            </w:r>
                            <w:r w:rsidR="008D3DC3">
                              <w:rPr>
                                <w:rFonts w:ascii="Times New Roman" w:hAnsi="Times New Roman" w:cs="Times New Roman"/>
                                <w:sz w:val="20"/>
                                <w:szCs w:val="20"/>
                              </w:rPr>
                              <w:t>404</w:t>
                            </w:r>
                          </w:p>
                        </w:tc>
                      </w:tr>
                      <w:tr w:rsidR="00880E74" w14:paraId="6D46BF3C" w14:textId="77777777" w:rsidTr="008965FF">
                        <w:trPr>
                          <w:jc w:val="center"/>
                        </w:trPr>
                        <w:tc>
                          <w:tcPr>
                            <w:tcW w:w="1129" w:type="dxa"/>
                          </w:tcPr>
                          <w:p w14:paraId="0EAF4C2E"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4</w:t>
                            </w:r>
                          </w:p>
                        </w:tc>
                        <w:tc>
                          <w:tcPr>
                            <w:tcW w:w="567" w:type="dxa"/>
                            <w:vAlign w:val="bottom"/>
                          </w:tcPr>
                          <w:p w14:paraId="760A2EF0" w14:textId="557F1E12"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5</w:t>
                            </w:r>
                          </w:p>
                        </w:tc>
                        <w:tc>
                          <w:tcPr>
                            <w:tcW w:w="567" w:type="dxa"/>
                            <w:vAlign w:val="bottom"/>
                          </w:tcPr>
                          <w:p w14:paraId="7FB7B029" w14:textId="1AB18296"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567" w:type="dxa"/>
                            <w:vAlign w:val="bottom"/>
                          </w:tcPr>
                          <w:p w14:paraId="44EE0237" w14:textId="3050E325"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3</w:t>
                            </w:r>
                          </w:p>
                        </w:tc>
                        <w:tc>
                          <w:tcPr>
                            <w:tcW w:w="567" w:type="dxa"/>
                            <w:vAlign w:val="bottom"/>
                          </w:tcPr>
                          <w:p w14:paraId="79D7D26A" w14:textId="2FC0C91F"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11</w:t>
                            </w:r>
                          </w:p>
                        </w:tc>
                        <w:tc>
                          <w:tcPr>
                            <w:tcW w:w="709" w:type="dxa"/>
                            <w:vAlign w:val="bottom"/>
                          </w:tcPr>
                          <w:p w14:paraId="67B035ED" w14:textId="5364A6FA"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6E11A408" w14:textId="1A0C2699"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567" w:type="dxa"/>
                            <w:vAlign w:val="bottom"/>
                          </w:tcPr>
                          <w:p w14:paraId="35CEA611" w14:textId="0A7DB616"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53C5A807" w14:textId="2464A714" w:rsidR="00880E74" w:rsidRPr="00880E74" w:rsidRDefault="00880E74" w:rsidP="00880E74">
                            <w:pPr>
                              <w:spacing w:after="0"/>
                              <w:rPr>
                                <w:rFonts w:ascii="Times New Roman" w:hAnsi="Times New Roman" w:cs="Times New Roman"/>
                                <w:sz w:val="20"/>
                                <w:szCs w:val="20"/>
                              </w:rPr>
                            </w:pPr>
                            <w:r w:rsidRPr="00880E74">
                              <w:rPr>
                                <w:rFonts w:ascii="Times New Roman" w:hAnsi="Times New Roman" w:cs="Times New Roman"/>
                                <w:color w:val="000000"/>
                                <w:sz w:val="20"/>
                                <w:szCs w:val="20"/>
                              </w:rPr>
                              <w:t>5</w:t>
                            </w:r>
                          </w:p>
                        </w:tc>
                        <w:tc>
                          <w:tcPr>
                            <w:tcW w:w="1559" w:type="dxa"/>
                          </w:tcPr>
                          <w:p w14:paraId="60CBE3D1" w14:textId="77777777"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Kappa</w:t>
                            </w:r>
                          </w:p>
                        </w:tc>
                        <w:tc>
                          <w:tcPr>
                            <w:tcW w:w="850" w:type="dxa"/>
                          </w:tcPr>
                          <w:p w14:paraId="08EFA983" w14:textId="73B20D55" w:rsidR="00880E74" w:rsidRPr="00C74EF1" w:rsidRDefault="00880E74" w:rsidP="00880E74">
                            <w:pPr>
                              <w:spacing w:after="0"/>
                              <w:rPr>
                                <w:rFonts w:ascii="Times New Roman" w:hAnsi="Times New Roman" w:cs="Times New Roman"/>
                                <w:sz w:val="20"/>
                                <w:szCs w:val="20"/>
                              </w:rPr>
                            </w:pPr>
                            <w:r w:rsidRPr="00C74EF1">
                              <w:rPr>
                                <w:rFonts w:ascii="Times New Roman" w:hAnsi="Times New Roman" w:cs="Times New Roman"/>
                                <w:sz w:val="20"/>
                                <w:szCs w:val="20"/>
                              </w:rPr>
                              <w:t>0.</w:t>
                            </w:r>
                            <w:r>
                              <w:rPr>
                                <w:rFonts w:ascii="Times New Roman" w:hAnsi="Times New Roman" w:cs="Times New Roman"/>
                                <w:sz w:val="20"/>
                                <w:szCs w:val="20"/>
                              </w:rPr>
                              <w:t>395</w:t>
                            </w:r>
                          </w:p>
                        </w:tc>
                      </w:tr>
                      <w:tr w:rsidR="00343B1A" w14:paraId="10BCA6F3" w14:textId="77777777" w:rsidTr="00EA498A">
                        <w:trPr>
                          <w:jc w:val="center"/>
                        </w:trPr>
                        <w:tc>
                          <w:tcPr>
                            <w:tcW w:w="1129" w:type="dxa"/>
                          </w:tcPr>
                          <w:p w14:paraId="4E2346EC"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5</w:t>
                            </w:r>
                          </w:p>
                        </w:tc>
                        <w:tc>
                          <w:tcPr>
                            <w:tcW w:w="567" w:type="dxa"/>
                            <w:vAlign w:val="bottom"/>
                          </w:tcPr>
                          <w:p w14:paraId="3A64BBC1" w14:textId="4515D49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121</w:t>
                            </w:r>
                          </w:p>
                        </w:tc>
                        <w:tc>
                          <w:tcPr>
                            <w:tcW w:w="567" w:type="dxa"/>
                            <w:vAlign w:val="bottom"/>
                          </w:tcPr>
                          <w:p w14:paraId="4583A3CB" w14:textId="3A906343"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147</w:t>
                            </w:r>
                          </w:p>
                        </w:tc>
                        <w:tc>
                          <w:tcPr>
                            <w:tcW w:w="567" w:type="dxa"/>
                            <w:vAlign w:val="bottom"/>
                          </w:tcPr>
                          <w:p w14:paraId="662F83ED" w14:textId="48BFD03F"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56</w:t>
                            </w:r>
                          </w:p>
                        </w:tc>
                        <w:tc>
                          <w:tcPr>
                            <w:tcW w:w="567" w:type="dxa"/>
                            <w:vAlign w:val="bottom"/>
                          </w:tcPr>
                          <w:p w14:paraId="47E50B7D" w14:textId="2C792278"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0</w:t>
                            </w:r>
                          </w:p>
                        </w:tc>
                        <w:tc>
                          <w:tcPr>
                            <w:tcW w:w="709" w:type="dxa"/>
                            <w:vAlign w:val="bottom"/>
                          </w:tcPr>
                          <w:p w14:paraId="38F6A5EF" w14:textId="3C5EBDF4"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553</w:t>
                            </w:r>
                          </w:p>
                        </w:tc>
                        <w:tc>
                          <w:tcPr>
                            <w:tcW w:w="709" w:type="dxa"/>
                            <w:vAlign w:val="bottom"/>
                          </w:tcPr>
                          <w:p w14:paraId="69488E66" w14:textId="29A3AAEC"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93</w:t>
                            </w:r>
                          </w:p>
                        </w:tc>
                        <w:tc>
                          <w:tcPr>
                            <w:tcW w:w="567" w:type="dxa"/>
                            <w:vAlign w:val="bottom"/>
                          </w:tcPr>
                          <w:p w14:paraId="1F8BD153" w14:textId="7D1E8D3D"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8</w:t>
                            </w:r>
                          </w:p>
                        </w:tc>
                        <w:tc>
                          <w:tcPr>
                            <w:tcW w:w="709" w:type="dxa"/>
                            <w:vAlign w:val="bottom"/>
                          </w:tcPr>
                          <w:p w14:paraId="51EA10B4" w14:textId="38DE729B"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13</w:t>
                            </w:r>
                          </w:p>
                        </w:tc>
                        <w:tc>
                          <w:tcPr>
                            <w:tcW w:w="1559" w:type="dxa"/>
                          </w:tcPr>
                          <w:p w14:paraId="1B8FA209" w14:textId="4A7A9B1A"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7047E22C" w14:textId="426F7F7C" w:rsidR="00343B1A" w:rsidRPr="005D51CC" w:rsidRDefault="00343B1A" w:rsidP="00343B1A">
                            <w:pPr>
                              <w:spacing w:after="0"/>
                              <w:rPr>
                                <w:rFonts w:ascii="Times New Roman" w:hAnsi="Times New Roman" w:cs="Times New Roman"/>
                                <w:color w:val="EE0000"/>
                                <w:sz w:val="20"/>
                                <w:szCs w:val="20"/>
                              </w:rPr>
                            </w:pPr>
                          </w:p>
                        </w:tc>
                      </w:tr>
                      <w:tr w:rsidR="00343B1A" w14:paraId="2E55C135" w14:textId="77777777" w:rsidTr="00EA498A">
                        <w:trPr>
                          <w:jc w:val="center"/>
                        </w:trPr>
                        <w:tc>
                          <w:tcPr>
                            <w:tcW w:w="1129" w:type="dxa"/>
                          </w:tcPr>
                          <w:p w14:paraId="305D8096"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6</w:t>
                            </w:r>
                          </w:p>
                        </w:tc>
                        <w:tc>
                          <w:tcPr>
                            <w:tcW w:w="567" w:type="dxa"/>
                            <w:vAlign w:val="bottom"/>
                          </w:tcPr>
                          <w:p w14:paraId="0E1AB8D6" w14:textId="3F8FF9A5"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295</w:t>
                            </w:r>
                          </w:p>
                        </w:tc>
                        <w:tc>
                          <w:tcPr>
                            <w:tcW w:w="567" w:type="dxa"/>
                            <w:vAlign w:val="bottom"/>
                          </w:tcPr>
                          <w:p w14:paraId="3231A204" w14:textId="02273900"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321</w:t>
                            </w:r>
                          </w:p>
                        </w:tc>
                        <w:tc>
                          <w:tcPr>
                            <w:tcW w:w="567" w:type="dxa"/>
                            <w:vAlign w:val="bottom"/>
                          </w:tcPr>
                          <w:p w14:paraId="352136BD" w14:textId="7ECCFAE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92</w:t>
                            </w:r>
                          </w:p>
                        </w:tc>
                        <w:tc>
                          <w:tcPr>
                            <w:tcW w:w="567" w:type="dxa"/>
                            <w:vAlign w:val="bottom"/>
                          </w:tcPr>
                          <w:p w14:paraId="563DCED8" w14:textId="51FE4982"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132</w:t>
                            </w:r>
                          </w:p>
                        </w:tc>
                        <w:tc>
                          <w:tcPr>
                            <w:tcW w:w="709" w:type="dxa"/>
                            <w:vAlign w:val="bottom"/>
                          </w:tcPr>
                          <w:p w14:paraId="1C351AAC" w14:textId="54BF3DF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251</w:t>
                            </w:r>
                          </w:p>
                        </w:tc>
                        <w:tc>
                          <w:tcPr>
                            <w:tcW w:w="709" w:type="dxa"/>
                            <w:vAlign w:val="bottom"/>
                          </w:tcPr>
                          <w:p w14:paraId="3C4D0908" w14:textId="01C19FD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1190</w:t>
                            </w:r>
                          </w:p>
                        </w:tc>
                        <w:tc>
                          <w:tcPr>
                            <w:tcW w:w="567" w:type="dxa"/>
                            <w:vAlign w:val="bottom"/>
                          </w:tcPr>
                          <w:p w14:paraId="72605BDC" w14:textId="11EBD5F2"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374</w:t>
                            </w:r>
                          </w:p>
                        </w:tc>
                        <w:tc>
                          <w:tcPr>
                            <w:tcW w:w="709" w:type="dxa"/>
                            <w:vAlign w:val="bottom"/>
                          </w:tcPr>
                          <w:p w14:paraId="75B0EC99" w14:textId="5CA1277A"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258</w:t>
                            </w:r>
                          </w:p>
                        </w:tc>
                        <w:tc>
                          <w:tcPr>
                            <w:tcW w:w="1559" w:type="dxa"/>
                          </w:tcPr>
                          <w:p w14:paraId="1F719628" w14:textId="10F78FA9"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639A37A6" w14:textId="5C9D133A" w:rsidR="00343B1A" w:rsidRPr="005D51CC" w:rsidRDefault="00343B1A" w:rsidP="00343B1A">
                            <w:pPr>
                              <w:spacing w:after="0"/>
                              <w:rPr>
                                <w:rFonts w:ascii="Times New Roman" w:hAnsi="Times New Roman" w:cs="Times New Roman"/>
                                <w:color w:val="EE0000"/>
                                <w:sz w:val="20"/>
                                <w:szCs w:val="20"/>
                              </w:rPr>
                            </w:pPr>
                          </w:p>
                        </w:tc>
                      </w:tr>
                      <w:tr w:rsidR="00343B1A" w14:paraId="1662BBE6" w14:textId="77777777" w:rsidTr="00EA498A">
                        <w:trPr>
                          <w:jc w:val="center"/>
                        </w:trPr>
                        <w:tc>
                          <w:tcPr>
                            <w:tcW w:w="1129" w:type="dxa"/>
                          </w:tcPr>
                          <w:p w14:paraId="2AE1E94B"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7</w:t>
                            </w:r>
                          </w:p>
                        </w:tc>
                        <w:tc>
                          <w:tcPr>
                            <w:tcW w:w="567" w:type="dxa"/>
                            <w:vAlign w:val="bottom"/>
                          </w:tcPr>
                          <w:p w14:paraId="37BFB052" w14:textId="656A0567"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95</w:t>
                            </w:r>
                          </w:p>
                        </w:tc>
                        <w:tc>
                          <w:tcPr>
                            <w:tcW w:w="567" w:type="dxa"/>
                            <w:vAlign w:val="bottom"/>
                          </w:tcPr>
                          <w:p w14:paraId="4FDC1DF8" w14:textId="4DB3E78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99</w:t>
                            </w:r>
                          </w:p>
                        </w:tc>
                        <w:tc>
                          <w:tcPr>
                            <w:tcW w:w="567" w:type="dxa"/>
                            <w:vAlign w:val="bottom"/>
                          </w:tcPr>
                          <w:p w14:paraId="4A768750" w14:textId="67C8B37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6</w:t>
                            </w:r>
                          </w:p>
                        </w:tc>
                        <w:tc>
                          <w:tcPr>
                            <w:tcW w:w="567" w:type="dxa"/>
                            <w:vAlign w:val="bottom"/>
                          </w:tcPr>
                          <w:p w14:paraId="4031E832" w14:textId="33C05DB4"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w:t>
                            </w:r>
                          </w:p>
                        </w:tc>
                        <w:tc>
                          <w:tcPr>
                            <w:tcW w:w="709" w:type="dxa"/>
                            <w:vAlign w:val="bottom"/>
                          </w:tcPr>
                          <w:p w14:paraId="55A5A1BA" w14:textId="6821BCAD"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35</w:t>
                            </w:r>
                          </w:p>
                        </w:tc>
                        <w:tc>
                          <w:tcPr>
                            <w:tcW w:w="709" w:type="dxa"/>
                            <w:vAlign w:val="bottom"/>
                          </w:tcPr>
                          <w:p w14:paraId="4E3A350F" w14:textId="2CDA82B5"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245</w:t>
                            </w:r>
                          </w:p>
                        </w:tc>
                        <w:tc>
                          <w:tcPr>
                            <w:tcW w:w="567" w:type="dxa"/>
                            <w:vAlign w:val="bottom"/>
                          </w:tcPr>
                          <w:p w14:paraId="2A126E25" w14:textId="6D96B1FE"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574</w:t>
                            </w:r>
                          </w:p>
                        </w:tc>
                        <w:tc>
                          <w:tcPr>
                            <w:tcW w:w="709" w:type="dxa"/>
                            <w:vAlign w:val="bottom"/>
                          </w:tcPr>
                          <w:p w14:paraId="20185849" w14:textId="6C322141"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144</w:t>
                            </w:r>
                          </w:p>
                        </w:tc>
                        <w:tc>
                          <w:tcPr>
                            <w:tcW w:w="1559" w:type="dxa"/>
                          </w:tcPr>
                          <w:p w14:paraId="60FFB000" w14:textId="643F3868"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4C0FD4C7" w14:textId="044EF5FA" w:rsidR="00343B1A" w:rsidRPr="005D51CC" w:rsidRDefault="00343B1A" w:rsidP="00343B1A">
                            <w:pPr>
                              <w:spacing w:after="0"/>
                              <w:rPr>
                                <w:rFonts w:ascii="Times New Roman" w:hAnsi="Times New Roman" w:cs="Times New Roman"/>
                                <w:color w:val="EE0000"/>
                                <w:sz w:val="20"/>
                                <w:szCs w:val="20"/>
                              </w:rPr>
                            </w:pPr>
                          </w:p>
                        </w:tc>
                      </w:tr>
                      <w:tr w:rsidR="00343B1A" w14:paraId="77A921CC" w14:textId="77777777" w:rsidTr="00EA498A">
                        <w:trPr>
                          <w:jc w:val="center"/>
                        </w:trPr>
                        <w:tc>
                          <w:tcPr>
                            <w:tcW w:w="1129" w:type="dxa"/>
                          </w:tcPr>
                          <w:p w14:paraId="64CF25B8" w14:textId="77777777" w:rsidR="00343B1A" w:rsidRPr="00C74EF1" w:rsidRDefault="00343B1A" w:rsidP="00343B1A">
                            <w:pPr>
                              <w:spacing w:after="0"/>
                              <w:rPr>
                                <w:rFonts w:ascii="Times New Roman" w:hAnsi="Times New Roman" w:cs="Times New Roman"/>
                                <w:sz w:val="20"/>
                                <w:szCs w:val="20"/>
                              </w:rPr>
                            </w:pPr>
                            <w:r w:rsidRPr="00C74EF1">
                              <w:rPr>
                                <w:rFonts w:ascii="Times New Roman" w:hAnsi="Times New Roman" w:cs="Times New Roman"/>
                                <w:sz w:val="20"/>
                                <w:szCs w:val="20"/>
                              </w:rPr>
                              <w:t>8</w:t>
                            </w:r>
                          </w:p>
                        </w:tc>
                        <w:tc>
                          <w:tcPr>
                            <w:tcW w:w="567" w:type="dxa"/>
                            <w:vAlign w:val="bottom"/>
                          </w:tcPr>
                          <w:p w14:paraId="79E6E266" w14:textId="654A2BB6"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309</w:t>
                            </w:r>
                          </w:p>
                        </w:tc>
                        <w:tc>
                          <w:tcPr>
                            <w:tcW w:w="567" w:type="dxa"/>
                            <w:vAlign w:val="bottom"/>
                          </w:tcPr>
                          <w:p w14:paraId="29886C1A" w14:textId="4D679702"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287</w:t>
                            </w:r>
                          </w:p>
                        </w:tc>
                        <w:tc>
                          <w:tcPr>
                            <w:tcW w:w="567" w:type="dxa"/>
                            <w:vAlign w:val="bottom"/>
                          </w:tcPr>
                          <w:p w14:paraId="71A7DD76" w14:textId="4E43B37E"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24</w:t>
                            </w:r>
                          </w:p>
                        </w:tc>
                        <w:tc>
                          <w:tcPr>
                            <w:tcW w:w="567" w:type="dxa"/>
                            <w:vAlign w:val="bottom"/>
                          </w:tcPr>
                          <w:p w14:paraId="4FE7E4AA" w14:textId="25C77DB4"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124</w:t>
                            </w:r>
                          </w:p>
                        </w:tc>
                        <w:tc>
                          <w:tcPr>
                            <w:tcW w:w="709" w:type="dxa"/>
                            <w:vAlign w:val="bottom"/>
                          </w:tcPr>
                          <w:p w14:paraId="0E3C1DB6" w14:textId="10B90F6F"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108</w:t>
                            </w:r>
                          </w:p>
                        </w:tc>
                        <w:tc>
                          <w:tcPr>
                            <w:tcW w:w="709" w:type="dxa"/>
                            <w:vAlign w:val="bottom"/>
                          </w:tcPr>
                          <w:p w14:paraId="334C7B53" w14:textId="4455152D"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544</w:t>
                            </w:r>
                          </w:p>
                        </w:tc>
                        <w:tc>
                          <w:tcPr>
                            <w:tcW w:w="567" w:type="dxa"/>
                            <w:vAlign w:val="bottom"/>
                          </w:tcPr>
                          <w:p w14:paraId="1823FF70" w14:textId="7BA37D05"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616</w:t>
                            </w:r>
                          </w:p>
                        </w:tc>
                        <w:tc>
                          <w:tcPr>
                            <w:tcW w:w="709" w:type="dxa"/>
                            <w:vAlign w:val="bottom"/>
                          </w:tcPr>
                          <w:p w14:paraId="380B2ED3" w14:textId="0399F1E9" w:rsidR="00343B1A" w:rsidRPr="00880E74" w:rsidRDefault="00343B1A" w:rsidP="00343B1A">
                            <w:pPr>
                              <w:spacing w:after="0"/>
                              <w:rPr>
                                <w:rFonts w:ascii="Times New Roman" w:hAnsi="Times New Roman" w:cs="Times New Roman"/>
                                <w:sz w:val="20"/>
                                <w:szCs w:val="20"/>
                              </w:rPr>
                            </w:pPr>
                            <w:r w:rsidRPr="00880E74">
                              <w:rPr>
                                <w:rFonts w:ascii="Times New Roman" w:hAnsi="Times New Roman" w:cs="Times New Roman"/>
                                <w:color w:val="000000"/>
                                <w:sz w:val="20"/>
                                <w:szCs w:val="20"/>
                              </w:rPr>
                              <w:t>3460</w:t>
                            </w:r>
                          </w:p>
                        </w:tc>
                        <w:tc>
                          <w:tcPr>
                            <w:tcW w:w="1559" w:type="dxa"/>
                          </w:tcPr>
                          <w:p w14:paraId="201024E7" w14:textId="5A3B0A69" w:rsidR="00343B1A" w:rsidRPr="005D51CC" w:rsidRDefault="00343B1A" w:rsidP="00343B1A">
                            <w:pPr>
                              <w:spacing w:after="0"/>
                              <w:rPr>
                                <w:rFonts w:ascii="Times New Roman" w:hAnsi="Times New Roman" w:cs="Times New Roman"/>
                                <w:color w:val="EE0000"/>
                                <w:sz w:val="20"/>
                                <w:szCs w:val="20"/>
                              </w:rPr>
                            </w:pPr>
                          </w:p>
                        </w:tc>
                        <w:tc>
                          <w:tcPr>
                            <w:tcW w:w="850" w:type="dxa"/>
                            <w:vAlign w:val="bottom"/>
                          </w:tcPr>
                          <w:p w14:paraId="26647A00" w14:textId="6863DDA6" w:rsidR="00343B1A" w:rsidRPr="005D51CC" w:rsidRDefault="00343B1A" w:rsidP="00343B1A">
                            <w:pPr>
                              <w:spacing w:after="0"/>
                              <w:rPr>
                                <w:rFonts w:ascii="Times New Roman" w:hAnsi="Times New Roman" w:cs="Times New Roman"/>
                                <w:color w:val="EE0000"/>
                                <w:sz w:val="20"/>
                                <w:szCs w:val="20"/>
                              </w:rPr>
                            </w:pPr>
                          </w:p>
                        </w:tc>
                      </w:tr>
                    </w:tbl>
                    <w:p w14:paraId="2E827A1C" w14:textId="77777777" w:rsidR="00444590" w:rsidRDefault="00444590" w:rsidP="00E50BA2">
                      <w:pPr>
                        <w:jc w:val="center"/>
                        <w:rPr>
                          <w:b/>
                          <w:sz w:val="18"/>
                        </w:rPr>
                      </w:pPr>
                    </w:p>
                  </w:txbxContent>
                </v:textbox>
              </v:shape>
            </w:pict>
          </mc:Fallback>
        </mc:AlternateContent>
      </w:r>
    </w:p>
    <w:p w14:paraId="07657559" w14:textId="0B5B282D" w:rsidR="008851EC" w:rsidRPr="00E50BA2" w:rsidRDefault="008851EC" w:rsidP="00FA321D">
      <w:pPr>
        <w:spacing w:after="0" w:line="240" w:lineRule="auto"/>
        <w:rPr>
          <w:rFonts w:ascii="Times New Roman" w:hAnsi="Times New Roman" w:cs="Times New Roman"/>
          <w:lang w:val="en-IN"/>
        </w:rPr>
      </w:pPr>
    </w:p>
    <w:p w14:paraId="57C4558B" w14:textId="6249EE44" w:rsidR="00444590" w:rsidRPr="005E2F5A" w:rsidRDefault="00444590" w:rsidP="00FA321D">
      <w:pPr>
        <w:spacing w:after="0" w:line="240" w:lineRule="auto"/>
        <w:rPr>
          <w:rFonts w:ascii="Times New Roman" w:hAnsi="Times New Roman" w:cs="Times New Roman"/>
        </w:rPr>
      </w:pPr>
    </w:p>
    <w:p w14:paraId="3FE60753" w14:textId="77777777" w:rsidR="00444590" w:rsidRPr="005E2F5A" w:rsidRDefault="00444590" w:rsidP="00FA321D">
      <w:pPr>
        <w:spacing w:after="0" w:line="240" w:lineRule="auto"/>
        <w:rPr>
          <w:rFonts w:ascii="Times New Roman" w:hAnsi="Times New Roman" w:cs="Times New Roman"/>
        </w:rPr>
      </w:pPr>
    </w:p>
    <w:p w14:paraId="6B862B60" w14:textId="77777777" w:rsidR="00444590" w:rsidRPr="005E2F5A" w:rsidRDefault="00444590" w:rsidP="00FA321D">
      <w:pPr>
        <w:spacing w:after="0" w:line="240" w:lineRule="auto"/>
        <w:rPr>
          <w:rFonts w:ascii="Times New Roman" w:hAnsi="Times New Roman" w:cs="Times New Roman"/>
        </w:rPr>
      </w:pPr>
    </w:p>
    <w:p w14:paraId="10EBAC1F" w14:textId="77777777" w:rsidR="00444590" w:rsidRPr="005E2F5A" w:rsidRDefault="00444590" w:rsidP="00FA321D">
      <w:pPr>
        <w:spacing w:after="0" w:line="240" w:lineRule="auto"/>
        <w:rPr>
          <w:rFonts w:ascii="Times New Roman" w:hAnsi="Times New Roman" w:cs="Times New Roman"/>
        </w:rPr>
      </w:pPr>
    </w:p>
    <w:p w14:paraId="22661BFA" w14:textId="77777777" w:rsidR="00444590" w:rsidRDefault="00444590" w:rsidP="00FA321D">
      <w:pPr>
        <w:spacing w:after="0" w:line="240" w:lineRule="auto"/>
        <w:rPr>
          <w:rFonts w:ascii="Times New Roman" w:hAnsi="Times New Roman" w:cs="Times New Roman"/>
        </w:rPr>
      </w:pPr>
    </w:p>
    <w:p w14:paraId="276403B1" w14:textId="77777777" w:rsidR="00FA321D" w:rsidRDefault="00FA321D" w:rsidP="00FA321D">
      <w:pPr>
        <w:spacing w:after="0" w:line="240" w:lineRule="auto"/>
        <w:rPr>
          <w:rFonts w:ascii="Times New Roman" w:hAnsi="Times New Roman" w:cs="Times New Roman"/>
        </w:rPr>
      </w:pPr>
    </w:p>
    <w:p w14:paraId="514C3286" w14:textId="77777777" w:rsidR="00FA321D" w:rsidRDefault="00FA321D" w:rsidP="00FA321D">
      <w:pPr>
        <w:spacing w:after="0" w:line="240" w:lineRule="auto"/>
        <w:rPr>
          <w:rFonts w:ascii="Times New Roman" w:hAnsi="Times New Roman" w:cs="Times New Roman"/>
        </w:rPr>
      </w:pPr>
    </w:p>
    <w:p w14:paraId="40CBCE16" w14:textId="77777777" w:rsidR="00FA321D" w:rsidRDefault="00FA321D" w:rsidP="00FA321D">
      <w:pPr>
        <w:spacing w:after="0" w:line="240" w:lineRule="auto"/>
        <w:rPr>
          <w:rFonts w:ascii="Times New Roman" w:hAnsi="Times New Roman" w:cs="Times New Roman"/>
        </w:rPr>
      </w:pPr>
    </w:p>
    <w:p w14:paraId="5FB6DFA2" w14:textId="77777777" w:rsidR="00FA321D" w:rsidRDefault="00FA321D" w:rsidP="00FA321D">
      <w:pPr>
        <w:spacing w:after="0" w:line="240" w:lineRule="auto"/>
        <w:rPr>
          <w:rFonts w:ascii="Times New Roman" w:hAnsi="Times New Roman" w:cs="Times New Roman"/>
        </w:rPr>
      </w:pPr>
    </w:p>
    <w:p w14:paraId="087EA23B" w14:textId="77777777" w:rsidR="00FA321D" w:rsidRDefault="00FA321D" w:rsidP="00FA321D">
      <w:pPr>
        <w:spacing w:after="0" w:line="240" w:lineRule="auto"/>
        <w:rPr>
          <w:rFonts w:ascii="Times New Roman" w:hAnsi="Times New Roman" w:cs="Times New Roman"/>
        </w:rPr>
      </w:pPr>
    </w:p>
    <w:p w14:paraId="2A7D9C37" w14:textId="77777777" w:rsidR="00FA321D" w:rsidRDefault="00FA321D" w:rsidP="00FA321D">
      <w:pPr>
        <w:spacing w:after="0" w:line="240" w:lineRule="auto"/>
        <w:rPr>
          <w:rFonts w:ascii="Times New Roman" w:hAnsi="Times New Roman" w:cs="Times New Roman"/>
        </w:rPr>
      </w:pPr>
    </w:p>
    <w:p w14:paraId="6CFCCBFE" w14:textId="55773F53" w:rsidR="00E50BA2" w:rsidRPr="00FA321D" w:rsidRDefault="00E50BA2" w:rsidP="00FA321D">
      <w:pPr>
        <w:spacing w:after="0" w:line="240" w:lineRule="auto"/>
        <w:rPr>
          <w:rFonts w:ascii="Times New Roman" w:hAnsi="Times New Roman" w:cs="Times New Roman"/>
        </w:rPr>
      </w:pPr>
      <w:r w:rsidRPr="00FA321D">
        <w:rPr>
          <w:rFonts w:ascii="Times New Roman" w:hAnsi="Times New Roman" w:cs="Times New Roman"/>
          <w:b/>
          <w:bCs/>
        </w:rPr>
        <w:lastRenderedPageBreak/>
        <w:t>Table S</w:t>
      </w:r>
      <w:r w:rsidR="0096040D">
        <w:rPr>
          <w:rFonts w:ascii="Times New Roman" w:hAnsi="Times New Roman" w:cs="Times New Roman"/>
          <w:b/>
          <w:bCs/>
        </w:rPr>
        <w:t>6</w:t>
      </w:r>
      <w:r w:rsidRPr="00FA321D">
        <w:rPr>
          <w:rFonts w:ascii="Times New Roman" w:hAnsi="Times New Roman" w:cs="Times New Roman"/>
        </w:rPr>
        <w:t>. Random Forest Testing Model Statistic by Class of Test Model [Eight Classes]</w:t>
      </w:r>
    </w:p>
    <w:p w14:paraId="64BB83C9" w14:textId="60D94CDB" w:rsidR="00FA321D" w:rsidRPr="00FA321D" w:rsidRDefault="00FA321D" w:rsidP="00FA321D">
      <w:pPr>
        <w:spacing w:after="0" w:line="240" w:lineRule="auto"/>
        <w:rPr>
          <w:rFonts w:ascii="Times New Roman" w:hAnsi="Times New Roman" w:cs="Times New Roman"/>
        </w:rPr>
      </w:pPr>
    </w:p>
    <w:tbl>
      <w:tblPr>
        <w:tblW w:w="7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4"/>
        <w:gridCol w:w="780"/>
        <w:gridCol w:w="779"/>
        <w:gridCol w:w="892"/>
        <w:gridCol w:w="892"/>
        <w:gridCol w:w="892"/>
        <w:gridCol w:w="779"/>
        <w:gridCol w:w="779"/>
        <w:gridCol w:w="822"/>
      </w:tblGrid>
      <w:tr w:rsidR="00E50BA2" w:rsidRPr="00E50BA2" w14:paraId="6C8F9EA2" w14:textId="77777777" w:rsidTr="00C50460">
        <w:trPr>
          <w:trHeight w:val="247"/>
          <w:jc w:val="center"/>
        </w:trPr>
        <w:tc>
          <w:tcPr>
            <w:tcW w:w="1334" w:type="dxa"/>
          </w:tcPr>
          <w:p w14:paraId="2034E61F" w14:textId="77777777" w:rsidR="00E50BA2" w:rsidRPr="00E50BA2" w:rsidRDefault="00E50BA2" w:rsidP="00FA321D">
            <w:pPr>
              <w:spacing w:after="0" w:line="240" w:lineRule="auto"/>
              <w:rPr>
                <w:rFonts w:ascii="Times New Roman" w:hAnsi="Times New Roman" w:cs="Times New Roman"/>
              </w:rPr>
            </w:pPr>
          </w:p>
        </w:tc>
        <w:tc>
          <w:tcPr>
            <w:tcW w:w="780" w:type="dxa"/>
          </w:tcPr>
          <w:p w14:paraId="286CF32D"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Class:1</w:t>
            </w:r>
          </w:p>
        </w:tc>
        <w:tc>
          <w:tcPr>
            <w:tcW w:w="779" w:type="dxa"/>
          </w:tcPr>
          <w:p w14:paraId="76B9DCDC"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Class:2</w:t>
            </w:r>
          </w:p>
        </w:tc>
        <w:tc>
          <w:tcPr>
            <w:tcW w:w="892" w:type="dxa"/>
          </w:tcPr>
          <w:p w14:paraId="535AEA1E"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Class:3</w:t>
            </w:r>
          </w:p>
        </w:tc>
        <w:tc>
          <w:tcPr>
            <w:tcW w:w="892" w:type="dxa"/>
          </w:tcPr>
          <w:p w14:paraId="61D4670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Class:4</w:t>
            </w:r>
          </w:p>
        </w:tc>
        <w:tc>
          <w:tcPr>
            <w:tcW w:w="892" w:type="dxa"/>
          </w:tcPr>
          <w:p w14:paraId="2C814120"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Class:5</w:t>
            </w:r>
          </w:p>
        </w:tc>
        <w:tc>
          <w:tcPr>
            <w:tcW w:w="779" w:type="dxa"/>
          </w:tcPr>
          <w:p w14:paraId="75AC2A5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Class:6</w:t>
            </w:r>
          </w:p>
        </w:tc>
        <w:tc>
          <w:tcPr>
            <w:tcW w:w="779" w:type="dxa"/>
          </w:tcPr>
          <w:p w14:paraId="68E10A8B"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Class:7</w:t>
            </w:r>
          </w:p>
        </w:tc>
        <w:tc>
          <w:tcPr>
            <w:tcW w:w="822" w:type="dxa"/>
          </w:tcPr>
          <w:p w14:paraId="1C5E6684"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Class:8</w:t>
            </w:r>
          </w:p>
        </w:tc>
      </w:tr>
      <w:tr w:rsidR="00E50BA2" w:rsidRPr="00E50BA2" w14:paraId="59A80C3A" w14:textId="77777777" w:rsidTr="00C50460">
        <w:trPr>
          <w:trHeight w:val="157"/>
          <w:jc w:val="center"/>
        </w:trPr>
        <w:tc>
          <w:tcPr>
            <w:tcW w:w="1334" w:type="dxa"/>
          </w:tcPr>
          <w:p w14:paraId="5CC58E08"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Sensitivity</w:t>
            </w:r>
          </w:p>
        </w:tc>
        <w:tc>
          <w:tcPr>
            <w:tcW w:w="780" w:type="dxa"/>
            <w:vAlign w:val="bottom"/>
          </w:tcPr>
          <w:p w14:paraId="21E6B960"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0.186</w:t>
            </w:r>
          </w:p>
        </w:tc>
        <w:tc>
          <w:tcPr>
            <w:tcW w:w="779" w:type="dxa"/>
            <w:vAlign w:val="bottom"/>
          </w:tcPr>
          <w:p w14:paraId="2B62640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0.250</w:t>
            </w:r>
          </w:p>
        </w:tc>
        <w:tc>
          <w:tcPr>
            <w:tcW w:w="892" w:type="dxa"/>
            <w:vAlign w:val="bottom"/>
          </w:tcPr>
          <w:p w14:paraId="78A342D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0.005</w:t>
            </w:r>
          </w:p>
        </w:tc>
        <w:tc>
          <w:tcPr>
            <w:tcW w:w="892" w:type="dxa"/>
            <w:vAlign w:val="bottom"/>
          </w:tcPr>
          <w:p w14:paraId="2A473E9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0.039</w:t>
            </w:r>
          </w:p>
        </w:tc>
        <w:tc>
          <w:tcPr>
            <w:tcW w:w="892" w:type="dxa"/>
            <w:vAlign w:val="bottom"/>
          </w:tcPr>
          <w:p w14:paraId="0A381739"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0.509</w:t>
            </w:r>
          </w:p>
        </w:tc>
        <w:tc>
          <w:tcPr>
            <w:tcW w:w="779" w:type="dxa"/>
            <w:vAlign w:val="bottom"/>
          </w:tcPr>
          <w:p w14:paraId="24DF915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0.530</w:t>
            </w:r>
          </w:p>
        </w:tc>
        <w:tc>
          <w:tcPr>
            <w:tcW w:w="779" w:type="dxa"/>
            <w:vAlign w:val="bottom"/>
          </w:tcPr>
          <w:p w14:paraId="2FD69F54"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0.358</w:t>
            </w:r>
          </w:p>
        </w:tc>
        <w:tc>
          <w:tcPr>
            <w:tcW w:w="822" w:type="dxa"/>
            <w:vAlign w:val="bottom"/>
          </w:tcPr>
          <w:p w14:paraId="57AB174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0.888</w:t>
            </w:r>
          </w:p>
        </w:tc>
      </w:tr>
      <w:tr w:rsidR="00E50BA2" w:rsidRPr="00E50BA2" w14:paraId="51E28FAF" w14:textId="77777777" w:rsidTr="00C50460">
        <w:trPr>
          <w:trHeight w:val="157"/>
          <w:jc w:val="center"/>
        </w:trPr>
        <w:tc>
          <w:tcPr>
            <w:tcW w:w="1334" w:type="dxa"/>
          </w:tcPr>
          <w:p w14:paraId="1EE9F154"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Specificit</w:t>
            </w:r>
          </w:p>
        </w:tc>
        <w:tc>
          <w:tcPr>
            <w:tcW w:w="780" w:type="dxa"/>
            <w:vAlign w:val="bottom"/>
          </w:tcPr>
          <w:p w14:paraId="0FDBD858"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0.971</w:t>
            </w:r>
          </w:p>
        </w:tc>
        <w:tc>
          <w:tcPr>
            <w:tcW w:w="779" w:type="dxa"/>
            <w:vAlign w:val="bottom"/>
          </w:tcPr>
          <w:p w14:paraId="00075D9F"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0.963</w:t>
            </w:r>
          </w:p>
        </w:tc>
        <w:tc>
          <w:tcPr>
            <w:tcW w:w="892" w:type="dxa"/>
            <w:vAlign w:val="bottom"/>
          </w:tcPr>
          <w:p w14:paraId="359F525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1.000</w:t>
            </w:r>
          </w:p>
        </w:tc>
        <w:tc>
          <w:tcPr>
            <w:tcW w:w="892" w:type="dxa"/>
            <w:vAlign w:val="bottom"/>
          </w:tcPr>
          <w:p w14:paraId="3C26823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0.998</w:t>
            </w:r>
          </w:p>
        </w:tc>
        <w:tc>
          <w:tcPr>
            <w:tcW w:w="892" w:type="dxa"/>
            <w:vAlign w:val="bottom"/>
          </w:tcPr>
          <w:p w14:paraId="2C5E3858"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0.959</w:t>
            </w:r>
          </w:p>
        </w:tc>
        <w:tc>
          <w:tcPr>
            <w:tcW w:w="779" w:type="dxa"/>
            <w:vAlign w:val="bottom"/>
          </w:tcPr>
          <w:p w14:paraId="35A462EF"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0.821</w:t>
            </w:r>
          </w:p>
        </w:tc>
        <w:tc>
          <w:tcPr>
            <w:tcW w:w="779" w:type="dxa"/>
            <w:vAlign w:val="bottom"/>
          </w:tcPr>
          <w:p w14:paraId="7E7431ED"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0.938</w:t>
            </w:r>
          </w:p>
        </w:tc>
        <w:tc>
          <w:tcPr>
            <w:tcW w:w="822" w:type="dxa"/>
            <w:vAlign w:val="bottom"/>
          </w:tcPr>
          <w:p w14:paraId="4AAC5FC3"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0.748</w:t>
            </w:r>
          </w:p>
        </w:tc>
      </w:tr>
      <w:tr w:rsidR="00E50BA2" w:rsidRPr="00E50BA2" w14:paraId="599B8D01" w14:textId="77777777" w:rsidTr="00C50460">
        <w:trPr>
          <w:trHeight w:val="210"/>
          <w:jc w:val="center"/>
        </w:trPr>
        <w:tc>
          <w:tcPr>
            <w:tcW w:w="1334" w:type="dxa"/>
          </w:tcPr>
          <w:p w14:paraId="7BAF103A"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Pos Pred value</w:t>
            </w:r>
          </w:p>
        </w:tc>
        <w:tc>
          <w:tcPr>
            <w:tcW w:w="780" w:type="dxa"/>
            <w:vAlign w:val="bottom"/>
          </w:tcPr>
          <w:p w14:paraId="060E713E"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0.430</w:t>
            </w:r>
          </w:p>
        </w:tc>
        <w:tc>
          <w:tcPr>
            <w:tcW w:w="779" w:type="dxa"/>
            <w:vAlign w:val="bottom"/>
          </w:tcPr>
          <w:p w14:paraId="731B07D9"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0.459</w:t>
            </w:r>
          </w:p>
        </w:tc>
        <w:tc>
          <w:tcPr>
            <w:tcW w:w="892" w:type="dxa"/>
            <w:vAlign w:val="bottom"/>
          </w:tcPr>
          <w:p w14:paraId="6F09161A"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0.167</w:t>
            </w:r>
          </w:p>
        </w:tc>
        <w:tc>
          <w:tcPr>
            <w:tcW w:w="892" w:type="dxa"/>
            <w:vAlign w:val="bottom"/>
          </w:tcPr>
          <w:p w14:paraId="4AA1D077"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0.367</w:t>
            </w:r>
          </w:p>
        </w:tc>
        <w:tc>
          <w:tcPr>
            <w:tcW w:w="892" w:type="dxa"/>
            <w:vAlign w:val="bottom"/>
          </w:tcPr>
          <w:p w14:paraId="3CC74A29"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0.558</w:t>
            </w:r>
          </w:p>
        </w:tc>
        <w:tc>
          <w:tcPr>
            <w:tcW w:w="779" w:type="dxa"/>
            <w:vAlign w:val="bottom"/>
          </w:tcPr>
          <w:p w14:paraId="4474D412"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0.409</w:t>
            </w:r>
          </w:p>
        </w:tc>
        <w:tc>
          <w:tcPr>
            <w:tcW w:w="779" w:type="dxa"/>
            <w:vAlign w:val="bottom"/>
          </w:tcPr>
          <w:p w14:paraId="50F893D3"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0.474</w:t>
            </w:r>
          </w:p>
        </w:tc>
        <w:tc>
          <w:tcPr>
            <w:tcW w:w="822" w:type="dxa"/>
            <w:vAlign w:val="bottom"/>
          </w:tcPr>
          <w:p w14:paraId="6B4BE4F5"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0.632</w:t>
            </w:r>
          </w:p>
        </w:tc>
      </w:tr>
      <w:tr w:rsidR="00E50BA2" w:rsidRPr="00E50BA2" w14:paraId="27A3FEC5" w14:textId="77777777" w:rsidTr="00C50460">
        <w:trPr>
          <w:trHeight w:val="316"/>
          <w:jc w:val="center"/>
        </w:trPr>
        <w:tc>
          <w:tcPr>
            <w:tcW w:w="1334" w:type="dxa"/>
          </w:tcPr>
          <w:p w14:paraId="3F7D3EE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Negative Pred value</w:t>
            </w:r>
          </w:p>
        </w:tc>
        <w:tc>
          <w:tcPr>
            <w:tcW w:w="780" w:type="dxa"/>
            <w:vAlign w:val="bottom"/>
          </w:tcPr>
          <w:p w14:paraId="42E2C7BC"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0.911</w:t>
            </w:r>
          </w:p>
        </w:tc>
        <w:tc>
          <w:tcPr>
            <w:tcW w:w="779" w:type="dxa"/>
            <w:vAlign w:val="bottom"/>
          </w:tcPr>
          <w:p w14:paraId="11154A65"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0.912</w:t>
            </w:r>
          </w:p>
        </w:tc>
        <w:tc>
          <w:tcPr>
            <w:tcW w:w="892" w:type="dxa"/>
            <w:vAlign w:val="bottom"/>
          </w:tcPr>
          <w:p w14:paraId="78D3C90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0.983</w:t>
            </w:r>
          </w:p>
        </w:tc>
        <w:tc>
          <w:tcPr>
            <w:tcW w:w="892" w:type="dxa"/>
            <w:vAlign w:val="bottom"/>
          </w:tcPr>
          <w:p w14:paraId="6FD3DE3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0.977</w:t>
            </w:r>
          </w:p>
        </w:tc>
        <w:tc>
          <w:tcPr>
            <w:tcW w:w="892" w:type="dxa"/>
            <w:vAlign w:val="bottom"/>
          </w:tcPr>
          <w:p w14:paraId="2DFFF71C"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0.951</w:t>
            </w:r>
          </w:p>
        </w:tc>
        <w:tc>
          <w:tcPr>
            <w:tcW w:w="779" w:type="dxa"/>
            <w:vAlign w:val="bottom"/>
          </w:tcPr>
          <w:p w14:paraId="4FB7CA02"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0.882</w:t>
            </w:r>
          </w:p>
        </w:tc>
        <w:tc>
          <w:tcPr>
            <w:tcW w:w="779" w:type="dxa"/>
            <w:vAlign w:val="bottom"/>
          </w:tcPr>
          <w:p w14:paraId="58CD8A9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0.903</w:t>
            </w:r>
          </w:p>
        </w:tc>
        <w:tc>
          <w:tcPr>
            <w:tcW w:w="822" w:type="dxa"/>
            <w:vAlign w:val="bottom"/>
          </w:tcPr>
          <w:p w14:paraId="604A90DB"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0.932</w:t>
            </w:r>
          </w:p>
        </w:tc>
      </w:tr>
      <w:tr w:rsidR="00E50BA2" w:rsidRPr="00E50BA2" w14:paraId="5784AF0C" w14:textId="77777777" w:rsidTr="00C50460">
        <w:trPr>
          <w:trHeight w:val="157"/>
          <w:jc w:val="center"/>
        </w:trPr>
        <w:tc>
          <w:tcPr>
            <w:tcW w:w="1334" w:type="dxa"/>
          </w:tcPr>
          <w:p w14:paraId="5971A3E8"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Prevalence</w:t>
            </w:r>
          </w:p>
        </w:tc>
        <w:tc>
          <w:tcPr>
            <w:tcW w:w="780" w:type="dxa"/>
            <w:vAlign w:val="bottom"/>
          </w:tcPr>
          <w:p w14:paraId="77A9DB09"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0.430</w:t>
            </w:r>
          </w:p>
        </w:tc>
        <w:tc>
          <w:tcPr>
            <w:tcW w:w="779" w:type="dxa"/>
            <w:vAlign w:val="bottom"/>
          </w:tcPr>
          <w:p w14:paraId="4A44EDB7"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0.459</w:t>
            </w:r>
          </w:p>
        </w:tc>
        <w:tc>
          <w:tcPr>
            <w:tcW w:w="892" w:type="dxa"/>
            <w:vAlign w:val="bottom"/>
          </w:tcPr>
          <w:p w14:paraId="516072A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0.167</w:t>
            </w:r>
          </w:p>
        </w:tc>
        <w:tc>
          <w:tcPr>
            <w:tcW w:w="892" w:type="dxa"/>
            <w:vAlign w:val="bottom"/>
          </w:tcPr>
          <w:p w14:paraId="7C1B3D17"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0.367</w:t>
            </w:r>
          </w:p>
        </w:tc>
        <w:tc>
          <w:tcPr>
            <w:tcW w:w="892" w:type="dxa"/>
            <w:vAlign w:val="bottom"/>
          </w:tcPr>
          <w:p w14:paraId="3C03A60C"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0.558</w:t>
            </w:r>
          </w:p>
        </w:tc>
        <w:tc>
          <w:tcPr>
            <w:tcW w:w="779" w:type="dxa"/>
            <w:vAlign w:val="bottom"/>
          </w:tcPr>
          <w:p w14:paraId="7305FC96"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0.409</w:t>
            </w:r>
          </w:p>
        </w:tc>
        <w:tc>
          <w:tcPr>
            <w:tcW w:w="779" w:type="dxa"/>
            <w:vAlign w:val="bottom"/>
          </w:tcPr>
          <w:p w14:paraId="47B80BB7"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0.474</w:t>
            </w:r>
          </w:p>
        </w:tc>
        <w:tc>
          <w:tcPr>
            <w:tcW w:w="822" w:type="dxa"/>
            <w:vAlign w:val="bottom"/>
          </w:tcPr>
          <w:p w14:paraId="7AA643D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0.632</w:t>
            </w:r>
          </w:p>
        </w:tc>
      </w:tr>
      <w:tr w:rsidR="00E50BA2" w:rsidRPr="00E50BA2" w14:paraId="04A432F7" w14:textId="77777777" w:rsidTr="00C50460">
        <w:trPr>
          <w:trHeight w:val="172"/>
          <w:jc w:val="center"/>
        </w:trPr>
        <w:tc>
          <w:tcPr>
            <w:tcW w:w="1334" w:type="dxa"/>
          </w:tcPr>
          <w:p w14:paraId="183C3E99"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Detection Rate</w:t>
            </w:r>
          </w:p>
        </w:tc>
        <w:tc>
          <w:tcPr>
            <w:tcW w:w="780" w:type="dxa"/>
            <w:vAlign w:val="bottom"/>
          </w:tcPr>
          <w:p w14:paraId="5A3A21E3"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0.186</w:t>
            </w:r>
          </w:p>
        </w:tc>
        <w:tc>
          <w:tcPr>
            <w:tcW w:w="779" w:type="dxa"/>
            <w:vAlign w:val="bottom"/>
          </w:tcPr>
          <w:p w14:paraId="0332E50C"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0.250</w:t>
            </w:r>
          </w:p>
        </w:tc>
        <w:tc>
          <w:tcPr>
            <w:tcW w:w="892" w:type="dxa"/>
            <w:vAlign w:val="bottom"/>
          </w:tcPr>
          <w:p w14:paraId="5289C032"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0.005</w:t>
            </w:r>
          </w:p>
        </w:tc>
        <w:tc>
          <w:tcPr>
            <w:tcW w:w="892" w:type="dxa"/>
            <w:vAlign w:val="bottom"/>
          </w:tcPr>
          <w:p w14:paraId="099F18E9"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0.039</w:t>
            </w:r>
          </w:p>
        </w:tc>
        <w:tc>
          <w:tcPr>
            <w:tcW w:w="892" w:type="dxa"/>
            <w:vAlign w:val="bottom"/>
          </w:tcPr>
          <w:p w14:paraId="378B457D"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0.509</w:t>
            </w:r>
          </w:p>
        </w:tc>
        <w:tc>
          <w:tcPr>
            <w:tcW w:w="779" w:type="dxa"/>
            <w:vAlign w:val="bottom"/>
          </w:tcPr>
          <w:p w14:paraId="74F591A4"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0.530</w:t>
            </w:r>
          </w:p>
        </w:tc>
        <w:tc>
          <w:tcPr>
            <w:tcW w:w="779" w:type="dxa"/>
            <w:vAlign w:val="bottom"/>
          </w:tcPr>
          <w:p w14:paraId="0BE13A7D"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0.358</w:t>
            </w:r>
          </w:p>
        </w:tc>
        <w:tc>
          <w:tcPr>
            <w:tcW w:w="822" w:type="dxa"/>
            <w:vAlign w:val="bottom"/>
          </w:tcPr>
          <w:p w14:paraId="5A8D9544"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0.888</w:t>
            </w:r>
          </w:p>
        </w:tc>
      </w:tr>
      <w:tr w:rsidR="00E50BA2" w:rsidRPr="00E50BA2" w14:paraId="67FACD37" w14:textId="77777777" w:rsidTr="00C50460">
        <w:trPr>
          <w:trHeight w:val="349"/>
          <w:jc w:val="center"/>
        </w:trPr>
        <w:tc>
          <w:tcPr>
            <w:tcW w:w="1334" w:type="dxa"/>
          </w:tcPr>
          <w:p w14:paraId="2A43D85E"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Detection Prevalence</w:t>
            </w:r>
          </w:p>
        </w:tc>
        <w:tc>
          <w:tcPr>
            <w:tcW w:w="780" w:type="dxa"/>
            <w:vAlign w:val="bottom"/>
          </w:tcPr>
          <w:p w14:paraId="07D04F3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0.260</w:t>
            </w:r>
          </w:p>
        </w:tc>
        <w:tc>
          <w:tcPr>
            <w:tcW w:w="779" w:type="dxa"/>
            <w:vAlign w:val="bottom"/>
          </w:tcPr>
          <w:p w14:paraId="5D7AB163"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0.323</w:t>
            </w:r>
          </w:p>
        </w:tc>
        <w:tc>
          <w:tcPr>
            <w:tcW w:w="892" w:type="dxa"/>
            <w:vAlign w:val="bottom"/>
          </w:tcPr>
          <w:p w14:paraId="46F411B5"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0.010</w:t>
            </w:r>
          </w:p>
        </w:tc>
        <w:tc>
          <w:tcPr>
            <w:tcW w:w="892" w:type="dxa"/>
            <w:vAlign w:val="bottom"/>
          </w:tcPr>
          <w:p w14:paraId="1C58386E"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0.070</w:t>
            </w:r>
          </w:p>
        </w:tc>
        <w:tc>
          <w:tcPr>
            <w:tcW w:w="892" w:type="dxa"/>
            <w:vAlign w:val="bottom"/>
          </w:tcPr>
          <w:p w14:paraId="7F79881C"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0.532</w:t>
            </w:r>
          </w:p>
        </w:tc>
        <w:tc>
          <w:tcPr>
            <w:tcW w:w="779" w:type="dxa"/>
            <w:vAlign w:val="bottom"/>
          </w:tcPr>
          <w:p w14:paraId="74678431"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0.461</w:t>
            </w:r>
          </w:p>
        </w:tc>
        <w:tc>
          <w:tcPr>
            <w:tcW w:w="779" w:type="dxa"/>
            <w:vAlign w:val="bottom"/>
          </w:tcPr>
          <w:p w14:paraId="42474CE7"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0.408</w:t>
            </w:r>
          </w:p>
        </w:tc>
        <w:tc>
          <w:tcPr>
            <w:tcW w:w="822" w:type="dxa"/>
            <w:vAlign w:val="bottom"/>
          </w:tcPr>
          <w:p w14:paraId="445E128F"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0.739</w:t>
            </w:r>
          </w:p>
        </w:tc>
      </w:tr>
      <w:tr w:rsidR="00E50BA2" w:rsidRPr="00E50BA2" w14:paraId="3659DF50" w14:textId="77777777" w:rsidTr="00C50460">
        <w:trPr>
          <w:trHeight w:val="312"/>
          <w:jc w:val="center"/>
        </w:trPr>
        <w:tc>
          <w:tcPr>
            <w:tcW w:w="1334" w:type="dxa"/>
          </w:tcPr>
          <w:p w14:paraId="1B9FABF2"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Balanced Accuracy</w:t>
            </w:r>
          </w:p>
        </w:tc>
        <w:tc>
          <w:tcPr>
            <w:tcW w:w="780" w:type="dxa"/>
            <w:vAlign w:val="bottom"/>
          </w:tcPr>
          <w:p w14:paraId="57942B25"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0.105</w:t>
            </w:r>
          </w:p>
        </w:tc>
        <w:tc>
          <w:tcPr>
            <w:tcW w:w="779" w:type="dxa"/>
            <w:vAlign w:val="bottom"/>
          </w:tcPr>
          <w:p w14:paraId="6A48082D"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0.110</w:t>
            </w:r>
          </w:p>
        </w:tc>
        <w:tc>
          <w:tcPr>
            <w:tcW w:w="892" w:type="dxa"/>
            <w:vAlign w:val="bottom"/>
          </w:tcPr>
          <w:p w14:paraId="686E891A"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0.017</w:t>
            </w:r>
          </w:p>
        </w:tc>
        <w:tc>
          <w:tcPr>
            <w:tcW w:w="892" w:type="dxa"/>
            <w:vAlign w:val="bottom"/>
          </w:tcPr>
          <w:p w14:paraId="738E93B7"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0.024</w:t>
            </w:r>
          </w:p>
        </w:tc>
        <w:tc>
          <w:tcPr>
            <w:tcW w:w="892" w:type="dxa"/>
            <w:vAlign w:val="bottom"/>
          </w:tcPr>
          <w:p w14:paraId="3FC5DB8D"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0.091</w:t>
            </w:r>
          </w:p>
        </w:tc>
        <w:tc>
          <w:tcPr>
            <w:tcW w:w="779" w:type="dxa"/>
            <w:vAlign w:val="bottom"/>
          </w:tcPr>
          <w:p w14:paraId="248484AB"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0.189</w:t>
            </w:r>
          </w:p>
        </w:tc>
        <w:tc>
          <w:tcPr>
            <w:tcW w:w="779" w:type="dxa"/>
            <w:vAlign w:val="bottom"/>
          </w:tcPr>
          <w:p w14:paraId="0AE262CD"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0.135</w:t>
            </w:r>
          </w:p>
        </w:tc>
        <w:tc>
          <w:tcPr>
            <w:tcW w:w="822" w:type="dxa"/>
            <w:vAlign w:val="bottom"/>
          </w:tcPr>
          <w:p w14:paraId="29F4FB4F" w14:textId="77777777" w:rsidR="00E50BA2" w:rsidRPr="00E50BA2" w:rsidRDefault="00E50BA2" w:rsidP="00FA321D">
            <w:pPr>
              <w:spacing w:after="0" w:line="240" w:lineRule="auto"/>
              <w:rPr>
                <w:rFonts w:ascii="Times New Roman" w:hAnsi="Times New Roman" w:cs="Times New Roman"/>
              </w:rPr>
            </w:pPr>
            <w:r w:rsidRPr="00E50BA2">
              <w:rPr>
                <w:rFonts w:ascii="Times New Roman" w:hAnsi="Times New Roman" w:cs="Times New Roman"/>
              </w:rPr>
              <w:t>0.328</w:t>
            </w:r>
          </w:p>
        </w:tc>
      </w:tr>
    </w:tbl>
    <w:p w14:paraId="0A88C9B6" w14:textId="51EC4200" w:rsidR="00331DE8" w:rsidRPr="00E50BA2" w:rsidRDefault="00331DE8" w:rsidP="00FA321D">
      <w:pPr>
        <w:spacing w:after="0" w:line="240" w:lineRule="auto"/>
        <w:rPr>
          <w:rFonts w:ascii="Times New Roman" w:hAnsi="Times New Roman" w:cs="Times New Roman"/>
          <w:sz w:val="20"/>
          <w:szCs w:val="20"/>
        </w:rPr>
      </w:pPr>
    </w:p>
    <w:p w14:paraId="1F72AA04" w14:textId="0B664FF1" w:rsidR="00331DE8" w:rsidRPr="005E2F5A" w:rsidRDefault="00D92A85" w:rsidP="00FA321D">
      <w:pPr>
        <w:spacing w:after="0" w:line="240" w:lineRule="auto"/>
        <w:rPr>
          <w:rFonts w:ascii="Times New Roman" w:hAnsi="Times New Roman" w:cs="Times New Roman"/>
        </w:rPr>
      </w:pPr>
      <w:r w:rsidRPr="005E2F5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37D098BF" wp14:editId="6A6B381B">
                <wp:simplePos x="0" y="0"/>
                <wp:positionH relativeFrom="column">
                  <wp:posOffset>-201</wp:posOffset>
                </wp:positionH>
                <wp:positionV relativeFrom="paragraph">
                  <wp:posOffset>47691</wp:posOffset>
                </wp:positionV>
                <wp:extent cx="5725893" cy="1431758"/>
                <wp:effectExtent l="0" t="0" r="27305" b="16510"/>
                <wp:wrapNone/>
                <wp:docPr id="1402586556" name="Text Box 17"/>
                <wp:cNvGraphicFramePr/>
                <a:graphic xmlns:a="http://schemas.openxmlformats.org/drawingml/2006/main">
                  <a:graphicData uri="http://schemas.microsoft.com/office/word/2010/wordprocessingShape">
                    <wps:wsp>
                      <wps:cNvSpPr txBox="1"/>
                      <wps:spPr>
                        <a:xfrm>
                          <a:off x="0" y="0"/>
                          <a:ext cx="5725893" cy="1431758"/>
                        </a:xfrm>
                        <a:prstGeom prst="rect">
                          <a:avLst/>
                        </a:prstGeom>
                        <a:noFill/>
                        <a:ln w="19050">
                          <a:solidFill>
                            <a:prstClr val="black"/>
                          </a:solidFill>
                        </a:ln>
                      </wps:spPr>
                      <wps:txbx>
                        <w:txbxContent>
                          <w:p w14:paraId="6AF3EB1F" w14:textId="582F7B7F" w:rsidR="00B84128" w:rsidRPr="00FA321D" w:rsidRDefault="00B84128" w:rsidP="00EE7672">
                            <w:pPr>
                              <w:spacing w:after="0"/>
                              <w:jc w:val="both"/>
                              <w:rPr>
                                <w:rFonts w:ascii="Times New Roman" w:hAnsi="Times New Roman" w:cs="Times New Roman"/>
                                <w:sz w:val="20"/>
                                <w:szCs w:val="20"/>
                              </w:rPr>
                            </w:pPr>
                            <w:r w:rsidRPr="00FA321D">
                              <w:rPr>
                                <w:rFonts w:ascii="Times New Roman" w:hAnsi="Times New Roman" w:cs="Times New Roman"/>
                                <w:b/>
                                <w:sz w:val="20"/>
                                <w:szCs w:val="20"/>
                              </w:rPr>
                              <w:t>Table S</w:t>
                            </w:r>
                            <w:r w:rsidR="0096040D">
                              <w:rPr>
                                <w:rFonts w:ascii="Times New Roman" w:hAnsi="Times New Roman" w:cs="Times New Roman"/>
                                <w:b/>
                                <w:sz w:val="20"/>
                                <w:szCs w:val="20"/>
                              </w:rPr>
                              <w:t>7</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Random Forest Testing Model</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 xml:space="preserve">Confusion Matrix </w:t>
                            </w:r>
                            <w:r w:rsidRPr="00FA321D">
                              <w:rPr>
                                <w:rFonts w:ascii="Times New Roman" w:hAnsi="Times New Roman" w:cs="Times New Roman"/>
                                <w:bCs/>
                                <w:sz w:val="20"/>
                                <w:szCs w:val="20"/>
                              </w:rPr>
                              <w:t>and Overall</w:t>
                            </w:r>
                            <w:r w:rsidRPr="00FA321D">
                              <w:rPr>
                                <w:rFonts w:ascii="Times New Roman" w:hAnsi="Times New Roman" w:cs="Times New Roman"/>
                                <w:sz w:val="20"/>
                                <w:szCs w:val="20"/>
                              </w:rPr>
                              <w:t xml:space="preserve"> Statistic [Three Classes]</w:t>
                            </w:r>
                          </w:p>
                          <w:p w14:paraId="35605D01" w14:textId="77777777" w:rsidR="00DE64E8" w:rsidRPr="00E50BA2" w:rsidRDefault="00DE64E8" w:rsidP="00EE7672">
                            <w:pPr>
                              <w:spacing w:after="0"/>
                              <w:jc w:val="both"/>
                              <w:rPr>
                                <w:rFonts w:ascii="Times New Roman" w:hAnsi="Times New Roman" w:cs="Times New Roman"/>
                                <w:i/>
                                <w:iCs/>
                                <w:sz w:val="20"/>
                                <w:szCs w:val="20"/>
                              </w:rPr>
                            </w:pPr>
                          </w:p>
                          <w:tbl>
                            <w:tblPr>
                              <w:tblW w:w="4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2"/>
                              <w:gridCol w:w="1073"/>
                              <w:gridCol w:w="1073"/>
                              <w:gridCol w:w="1079"/>
                            </w:tblGrid>
                            <w:tr w:rsidR="00B84128" w14:paraId="38703B44" w14:textId="77777777" w:rsidTr="005E2F5A">
                              <w:trPr>
                                <w:trHeight w:val="232"/>
                                <w:jc w:val="center"/>
                              </w:trPr>
                              <w:tc>
                                <w:tcPr>
                                  <w:tcW w:w="1072" w:type="dxa"/>
                                </w:tcPr>
                                <w:p w14:paraId="2A8FF555" w14:textId="77777777" w:rsidR="00B84128" w:rsidRPr="0059622C" w:rsidRDefault="00B84128" w:rsidP="00165BD4">
                                  <w:pPr>
                                    <w:spacing w:after="0" w:line="240" w:lineRule="auto"/>
                                    <w:rPr>
                                      <w:rFonts w:ascii="Times New Roman" w:hAnsi="Times New Roman" w:cs="Times New Roman"/>
                                      <w:sz w:val="20"/>
                                      <w:szCs w:val="20"/>
                                    </w:rPr>
                                  </w:pPr>
                                </w:p>
                              </w:tc>
                              <w:tc>
                                <w:tcPr>
                                  <w:tcW w:w="3225" w:type="dxa"/>
                                  <w:gridSpan w:val="3"/>
                                </w:tcPr>
                                <w:p w14:paraId="6FC37519"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Reference</w:t>
                                  </w:r>
                                </w:p>
                              </w:tc>
                            </w:tr>
                            <w:tr w:rsidR="00B84128" w14:paraId="545791DB" w14:textId="77777777" w:rsidTr="005E2F5A">
                              <w:trPr>
                                <w:trHeight w:val="232"/>
                                <w:jc w:val="center"/>
                              </w:trPr>
                              <w:tc>
                                <w:tcPr>
                                  <w:tcW w:w="1072" w:type="dxa"/>
                                </w:tcPr>
                                <w:p w14:paraId="449E6ADB" w14:textId="77777777" w:rsidR="00B84128" w:rsidRPr="0059622C" w:rsidRDefault="00B84128" w:rsidP="00165BD4">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Prediction</w:t>
                                  </w:r>
                                </w:p>
                              </w:tc>
                              <w:tc>
                                <w:tcPr>
                                  <w:tcW w:w="1073" w:type="dxa"/>
                                </w:tcPr>
                                <w:p w14:paraId="0C763485"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1</w:t>
                                  </w:r>
                                </w:p>
                              </w:tc>
                              <w:tc>
                                <w:tcPr>
                                  <w:tcW w:w="1073" w:type="dxa"/>
                                </w:tcPr>
                                <w:p w14:paraId="2DC98771"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2</w:t>
                                  </w:r>
                                </w:p>
                              </w:tc>
                              <w:tc>
                                <w:tcPr>
                                  <w:tcW w:w="1078" w:type="dxa"/>
                                </w:tcPr>
                                <w:p w14:paraId="275DCB93"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3</w:t>
                                  </w:r>
                                </w:p>
                              </w:tc>
                            </w:tr>
                            <w:tr w:rsidR="005E2F5A" w14:paraId="279AA871" w14:textId="77777777" w:rsidTr="005E2F5A">
                              <w:trPr>
                                <w:trHeight w:val="242"/>
                                <w:jc w:val="center"/>
                              </w:trPr>
                              <w:tc>
                                <w:tcPr>
                                  <w:tcW w:w="1072" w:type="dxa"/>
                                </w:tcPr>
                                <w:p w14:paraId="3E835507" w14:textId="77777777" w:rsidR="005E2F5A" w:rsidRPr="0059622C" w:rsidRDefault="005E2F5A" w:rsidP="005E2F5A">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1</w:t>
                                  </w:r>
                                </w:p>
                              </w:tc>
                              <w:tc>
                                <w:tcPr>
                                  <w:tcW w:w="1073" w:type="dxa"/>
                                  <w:vAlign w:val="bottom"/>
                                </w:tcPr>
                                <w:p w14:paraId="4F61B88C" w14:textId="0D38917B"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1030</w:t>
                                  </w:r>
                                </w:p>
                              </w:tc>
                              <w:tc>
                                <w:tcPr>
                                  <w:tcW w:w="1073" w:type="dxa"/>
                                  <w:vAlign w:val="bottom"/>
                                </w:tcPr>
                                <w:p w14:paraId="72F1A5E1" w14:textId="67E249B2"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251</w:t>
                                  </w:r>
                                </w:p>
                              </w:tc>
                              <w:tc>
                                <w:tcPr>
                                  <w:tcW w:w="1078" w:type="dxa"/>
                                  <w:vAlign w:val="bottom"/>
                                </w:tcPr>
                                <w:p w14:paraId="3B758C78" w14:textId="6E7CFF32"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252</w:t>
                                  </w:r>
                                </w:p>
                              </w:tc>
                            </w:tr>
                            <w:tr w:rsidR="005E2F5A" w14:paraId="68ABA9C1" w14:textId="77777777" w:rsidTr="005E2F5A">
                              <w:trPr>
                                <w:trHeight w:val="222"/>
                                <w:jc w:val="center"/>
                              </w:trPr>
                              <w:tc>
                                <w:tcPr>
                                  <w:tcW w:w="1072" w:type="dxa"/>
                                </w:tcPr>
                                <w:p w14:paraId="733CD083" w14:textId="77777777" w:rsidR="005E2F5A" w:rsidRPr="0059622C" w:rsidRDefault="005E2F5A" w:rsidP="005E2F5A">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2</w:t>
                                  </w:r>
                                </w:p>
                              </w:tc>
                              <w:tc>
                                <w:tcPr>
                                  <w:tcW w:w="1073" w:type="dxa"/>
                                  <w:vAlign w:val="bottom"/>
                                </w:tcPr>
                                <w:p w14:paraId="7F182D25" w14:textId="44157700"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192</w:t>
                                  </w:r>
                                </w:p>
                              </w:tc>
                              <w:tc>
                                <w:tcPr>
                                  <w:tcW w:w="1073" w:type="dxa"/>
                                  <w:vAlign w:val="bottom"/>
                                </w:tcPr>
                                <w:p w14:paraId="5D88D282" w14:textId="6EF6DFF0"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543</w:t>
                                  </w:r>
                                </w:p>
                              </w:tc>
                              <w:tc>
                                <w:tcPr>
                                  <w:tcW w:w="1078" w:type="dxa"/>
                                  <w:vAlign w:val="bottom"/>
                                </w:tcPr>
                                <w:p w14:paraId="6500BEFC" w14:textId="011F2180"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86</w:t>
                                  </w:r>
                                </w:p>
                              </w:tc>
                            </w:tr>
                            <w:tr w:rsidR="005E2F5A" w14:paraId="0A7D22B5" w14:textId="77777777" w:rsidTr="005E2F5A">
                              <w:trPr>
                                <w:trHeight w:val="301"/>
                                <w:jc w:val="center"/>
                              </w:trPr>
                              <w:tc>
                                <w:tcPr>
                                  <w:tcW w:w="1072" w:type="dxa"/>
                                </w:tcPr>
                                <w:p w14:paraId="1C9C33A5" w14:textId="77777777" w:rsidR="005E2F5A" w:rsidRPr="0059622C" w:rsidRDefault="005E2F5A" w:rsidP="005E2F5A">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3</w:t>
                                  </w:r>
                                </w:p>
                              </w:tc>
                              <w:tc>
                                <w:tcPr>
                                  <w:tcW w:w="1073" w:type="dxa"/>
                                  <w:vAlign w:val="bottom"/>
                                </w:tcPr>
                                <w:p w14:paraId="2F761550" w14:textId="2BE41B0A"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1329</w:t>
                                  </w:r>
                                </w:p>
                              </w:tc>
                              <w:tc>
                                <w:tcPr>
                                  <w:tcW w:w="1073" w:type="dxa"/>
                                  <w:vAlign w:val="bottom"/>
                                </w:tcPr>
                                <w:p w14:paraId="601C65C4" w14:textId="11E5BEF7"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780</w:t>
                                  </w:r>
                                </w:p>
                              </w:tc>
                              <w:tc>
                                <w:tcPr>
                                  <w:tcW w:w="1078" w:type="dxa"/>
                                  <w:vAlign w:val="bottom"/>
                                </w:tcPr>
                                <w:p w14:paraId="3C7909E3" w14:textId="4D1E2796"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7411</w:t>
                                  </w:r>
                                </w:p>
                              </w:tc>
                            </w:tr>
                          </w:tbl>
                          <w:p w14:paraId="7DA93A0A" w14:textId="77777777" w:rsidR="00B84128" w:rsidRPr="0059622C" w:rsidRDefault="00B84128" w:rsidP="00B84128">
                            <w:pPr>
                              <w:spacing w:after="0"/>
                              <w:rPr>
                                <w:rFonts w:ascii="Times New Roman" w:hAnsi="Times New Roman" w:cs="Times New Roman"/>
                                <w:sz w:val="20"/>
                                <w:szCs w:val="20"/>
                              </w:rPr>
                            </w:pPr>
                          </w:p>
                          <w:p w14:paraId="271E441E" w14:textId="77777777" w:rsidR="00EE7672" w:rsidRDefault="00EE7672" w:rsidP="00EE7672">
                            <w:pPr>
                              <w:spacing w:after="0"/>
                              <w:jc w:val="both"/>
                              <w:rPr>
                                <w:rFonts w:ascii="Times New Roman" w:hAnsi="Times New Roman" w:cs="Times New Roman"/>
                                <w:b/>
                                <w:sz w:val="20"/>
                                <w:szCs w:val="20"/>
                              </w:rPr>
                            </w:pPr>
                          </w:p>
                          <w:p w14:paraId="0BB57505" w14:textId="77777777" w:rsidR="00DE64E8" w:rsidRPr="0059622C" w:rsidRDefault="00DE64E8" w:rsidP="00EE7672">
                            <w:pPr>
                              <w:spacing w:after="0"/>
                              <w:jc w:val="both"/>
                              <w:rPr>
                                <w:rFonts w:ascii="Times New Roman" w:hAnsi="Times New Roman" w:cs="Times New Roman"/>
                                <w:sz w:val="20"/>
                                <w:szCs w:val="20"/>
                              </w:rPr>
                            </w:pPr>
                          </w:p>
                          <w:p w14:paraId="538DDD78" w14:textId="77777777" w:rsidR="00B84128" w:rsidRPr="0059622C" w:rsidRDefault="00B84128" w:rsidP="00B84128">
                            <w:pPr>
                              <w:spacing w:after="0"/>
                              <w:jc w:val="center"/>
                              <w:rPr>
                                <w:rFonts w:ascii="Times New Roman" w:hAnsi="Times New Roman" w:cs="Times New Roman"/>
                                <w:sz w:val="20"/>
                                <w:szCs w:val="20"/>
                              </w:rPr>
                            </w:pPr>
                          </w:p>
                          <w:p w14:paraId="15F55139" w14:textId="77777777" w:rsidR="00B84128" w:rsidRPr="0059622C" w:rsidRDefault="00B84128" w:rsidP="00B84128">
                            <w:pPr>
                              <w:spacing w:after="0"/>
                              <w:jc w:val="center"/>
                              <w:rPr>
                                <w:rFonts w:ascii="Times New Roman" w:hAnsi="Times New Roman" w:cs="Times New Roman"/>
                                <w:sz w:val="20"/>
                                <w:szCs w:val="20"/>
                              </w:rPr>
                            </w:pPr>
                          </w:p>
                          <w:p w14:paraId="7F39B8F7" w14:textId="77777777" w:rsidR="00B84128" w:rsidRPr="0059622C" w:rsidRDefault="00B84128" w:rsidP="00B84128">
                            <w:pPr>
                              <w:spacing w:after="0"/>
                              <w:jc w:val="center"/>
                              <w:rPr>
                                <w:rFonts w:ascii="Times New Roman" w:hAnsi="Times New Roman" w:cs="Times New Roman"/>
                                <w:sz w:val="20"/>
                                <w:szCs w:val="20"/>
                              </w:rPr>
                            </w:pPr>
                          </w:p>
                          <w:p w14:paraId="6479E3F3" w14:textId="77777777" w:rsidR="00B84128" w:rsidRPr="0059622C" w:rsidRDefault="00B84128" w:rsidP="00B84128">
                            <w:pPr>
                              <w:spacing w:after="0"/>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098BF" id="_x0000_s1027" type="#_x0000_t202" style="position:absolute;margin-left:0;margin-top:3.75pt;width:450.85pt;height:1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" filled="f" strokeweight="1.5pt">
                <v:textbox>
                  <w:txbxContent>
                    <w:p w14:paraId="6AF3EB1F" w14:textId="582F7B7F" w:rsidR="00B84128" w:rsidRPr="00FA321D" w:rsidRDefault="00B84128" w:rsidP="00EE7672">
                      <w:pPr>
                        <w:spacing w:after="0"/>
                        <w:jc w:val="both"/>
                        <w:rPr>
                          <w:rFonts w:ascii="Times New Roman" w:hAnsi="Times New Roman" w:cs="Times New Roman"/>
                          <w:sz w:val="20"/>
                          <w:szCs w:val="20"/>
                        </w:rPr>
                      </w:pPr>
                      <w:r w:rsidRPr="00FA321D">
                        <w:rPr>
                          <w:rFonts w:ascii="Times New Roman" w:hAnsi="Times New Roman" w:cs="Times New Roman"/>
                          <w:b/>
                          <w:sz w:val="20"/>
                          <w:szCs w:val="20"/>
                        </w:rPr>
                        <w:t>Table S</w:t>
                      </w:r>
                      <w:r w:rsidR="0096040D">
                        <w:rPr>
                          <w:rFonts w:ascii="Times New Roman" w:hAnsi="Times New Roman" w:cs="Times New Roman"/>
                          <w:b/>
                          <w:sz w:val="20"/>
                          <w:szCs w:val="20"/>
                        </w:rPr>
                        <w:t>7</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Random Forest Testing Model</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 xml:space="preserve">Confusion Matrix </w:t>
                      </w:r>
                      <w:r w:rsidRPr="00FA321D">
                        <w:rPr>
                          <w:rFonts w:ascii="Times New Roman" w:hAnsi="Times New Roman" w:cs="Times New Roman"/>
                          <w:bCs/>
                          <w:sz w:val="20"/>
                          <w:szCs w:val="20"/>
                        </w:rPr>
                        <w:t>and Overall</w:t>
                      </w:r>
                      <w:r w:rsidRPr="00FA321D">
                        <w:rPr>
                          <w:rFonts w:ascii="Times New Roman" w:hAnsi="Times New Roman" w:cs="Times New Roman"/>
                          <w:sz w:val="20"/>
                          <w:szCs w:val="20"/>
                        </w:rPr>
                        <w:t xml:space="preserve"> Statistic [Three Classes]</w:t>
                      </w:r>
                    </w:p>
                    <w:p w14:paraId="35605D01" w14:textId="77777777" w:rsidR="00DE64E8" w:rsidRPr="00E50BA2" w:rsidRDefault="00DE64E8" w:rsidP="00EE7672">
                      <w:pPr>
                        <w:spacing w:after="0"/>
                        <w:jc w:val="both"/>
                        <w:rPr>
                          <w:rFonts w:ascii="Times New Roman" w:hAnsi="Times New Roman" w:cs="Times New Roman"/>
                          <w:i/>
                          <w:iCs/>
                          <w:sz w:val="20"/>
                          <w:szCs w:val="20"/>
                        </w:rPr>
                      </w:pPr>
                    </w:p>
                    <w:tbl>
                      <w:tblPr>
                        <w:tblW w:w="4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2"/>
                        <w:gridCol w:w="1073"/>
                        <w:gridCol w:w="1073"/>
                        <w:gridCol w:w="1079"/>
                      </w:tblGrid>
                      <w:tr w:rsidR="00B84128" w14:paraId="38703B44" w14:textId="77777777" w:rsidTr="005E2F5A">
                        <w:trPr>
                          <w:trHeight w:val="232"/>
                          <w:jc w:val="center"/>
                        </w:trPr>
                        <w:tc>
                          <w:tcPr>
                            <w:tcW w:w="1072" w:type="dxa"/>
                          </w:tcPr>
                          <w:p w14:paraId="2A8FF555" w14:textId="77777777" w:rsidR="00B84128" w:rsidRPr="0059622C" w:rsidRDefault="00B84128" w:rsidP="00165BD4">
                            <w:pPr>
                              <w:spacing w:after="0" w:line="240" w:lineRule="auto"/>
                              <w:rPr>
                                <w:rFonts w:ascii="Times New Roman" w:hAnsi="Times New Roman" w:cs="Times New Roman"/>
                                <w:sz w:val="20"/>
                                <w:szCs w:val="20"/>
                              </w:rPr>
                            </w:pPr>
                          </w:p>
                        </w:tc>
                        <w:tc>
                          <w:tcPr>
                            <w:tcW w:w="3225" w:type="dxa"/>
                            <w:gridSpan w:val="3"/>
                          </w:tcPr>
                          <w:p w14:paraId="6FC37519"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Reference</w:t>
                            </w:r>
                          </w:p>
                        </w:tc>
                      </w:tr>
                      <w:tr w:rsidR="00B84128" w14:paraId="545791DB" w14:textId="77777777" w:rsidTr="005E2F5A">
                        <w:trPr>
                          <w:trHeight w:val="232"/>
                          <w:jc w:val="center"/>
                        </w:trPr>
                        <w:tc>
                          <w:tcPr>
                            <w:tcW w:w="1072" w:type="dxa"/>
                          </w:tcPr>
                          <w:p w14:paraId="449E6ADB" w14:textId="77777777" w:rsidR="00B84128" w:rsidRPr="0059622C" w:rsidRDefault="00B84128" w:rsidP="00165BD4">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Prediction</w:t>
                            </w:r>
                          </w:p>
                        </w:tc>
                        <w:tc>
                          <w:tcPr>
                            <w:tcW w:w="1073" w:type="dxa"/>
                          </w:tcPr>
                          <w:p w14:paraId="0C763485"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1</w:t>
                            </w:r>
                          </w:p>
                        </w:tc>
                        <w:tc>
                          <w:tcPr>
                            <w:tcW w:w="1073" w:type="dxa"/>
                          </w:tcPr>
                          <w:p w14:paraId="2DC98771"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2</w:t>
                            </w:r>
                          </w:p>
                        </w:tc>
                        <w:tc>
                          <w:tcPr>
                            <w:tcW w:w="1078" w:type="dxa"/>
                          </w:tcPr>
                          <w:p w14:paraId="275DCB93" w14:textId="77777777" w:rsidR="00B84128" w:rsidRPr="0059622C" w:rsidRDefault="00B84128" w:rsidP="00165BD4">
                            <w:pPr>
                              <w:spacing w:after="0" w:line="240" w:lineRule="auto"/>
                              <w:ind w:right="-106"/>
                              <w:rPr>
                                <w:rFonts w:ascii="Times New Roman" w:hAnsi="Times New Roman" w:cs="Times New Roman"/>
                                <w:sz w:val="20"/>
                                <w:szCs w:val="20"/>
                              </w:rPr>
                            </w:pPr>
                            <w:r w:rsidRPr="0059622C">
                              <w:rPr>
                                <w:rFonts w:ascii="Times New Roman" w:hAnsi="Times New Roman" w:cs="Times New Roman"/>
                                <w:sz w:val="20"/>
                                <w:szCs w:val="20"/>
                              </w:rPr>
                              <w:t>3</w:t>
                            </w:r>
                          </w:p>
                        </w:tc>
                      </w:tr>
                      <w:tr w:rsidR="005E2F5A" w14:paraId="279AA871" w14:textId="77777777" w:rsidTr="005E2F5A">
                        <w:trPr>
                          <w:trHeight w:val="242"/>
                          <w:jc w:val="center"/>
                        </w:trPr>
                        <w:tc>
                          <w:tcPr>
                            <w:tcW w:w="1072" w:type="dxa"/>
                          </w:tcPr>
                          <w:p w14:paraId="3E835507" w14:textId="77777777" w:rsidR="005E2F5A" w:rsidRPr="0059622C" w:rsidRDefault="005E2F5A" w:rsidP="005E2F5A">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1</w:t>
                            </w:r>
                          </w:p>
                        </w:tc>
                        <w:tc>
                          <w:tcPr>
                            <w:tcW w:w="1073" w:type="dxa"/>
                            <w:vAlign w:val="bottom"/>
                          </w:tcPr>
                          <w:p w14:paraId="4F61B88C" w14:textId="0D38917B"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1030</w:t>
                            </w:r>
                          </w:p>
                        </w:tc>
                        <w:tc>
                          <w:tcPr>
                            <w:tcW w:w="1073" w:type="dxa"/>
                            <w:vAlign w:val="bottom"/>
                          </w:tcPr>
                          <w:p w14:paraId="72F1A5E1" w14:textId="67E249B2"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251</w:t>
                            </w:r>
                          </w:p>
                        </w:tc>
                        <w:tc>
                          <w:tcPr>
                            <w:tcW w:w="1078" w:type="dxa"/>
                            <w:vAlign w:val="bottom"/>
                          </w:tcPr>
                          <w:p w14:paraId="3B758C78" w14:textId="6E7CFF32"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252</w:t>
                            </w:r>
                          </w:p>
                        </w:tc>
                      </w:tr>
                      <w:tr w:rsidR="005E2F5A" w14:paraId="68ABA9C1" w14:textId="77777777" w:rsidTr="005E2F5A">
                        <w:trPr>
                          <w:trHeight w:val="222"/>
                          <w:jc w:val="center"/>
                        </w:trPr>
                        <w:tc>
                          <w:tcPr>
                            <w:tcW w:w="1072" w:type="dxa"/>
                          </w:tcPr>
                          <w:p w14:paraId="733CD083" w14:textId="77777777" w:rsidR="005E2F5A" w:rsidRPr="0059622C" w:rsidRDefault="005E2F5A" w:rsidP="005E2F5A">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2</w:t>
                            </w:r>
                          </w:p>
                        </w:tc>
                        <w:tc>
                          <w:tcPr>
                            <w:tcW w:w="1073" w:type="dxa"/>
                            <w:vAlign w:val="bottom"/>
                          </w:tcPr>
                          <w:p w14:paraId="7F182D25" w14:textId="44157700"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192</w:t>
                            </w:r>
                          </w:p>
                        </w:tc>
                        <w:tc>
                          <w:tcPr>
                            <w:tcW w:w="1073" w:type="dxa"/>
                            <w:vAlign w:val="bottom"/>
                          </w:tcPr>
                          <w:p w14:paraId="5D88D282" w14:textId="6EF6DFF0"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543</w:t>
                            </w:r>
                          </w:p>
                        </w:tc>
                        <w:tc>
                          <w:tcPr>
                            <w:tcW w:w="1078" w:type="dxa"/>
                            <w:vAlign w:val="bottom"/>
                          </w:tcPr>
                          <w:p w14:paraId="6500BEFC" w14:textId="011F2180"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86</w:t>
                            </w:r>
                          </w:p>
                        </w:tc>
                      </w:tr>
                      <w:tr w:rsidR="005E2F5A" w14:paraId="0A7D22B5" w14:textId="77777777" w:rsidTr="005E2F5A">
                        <w:trPr>
                          <w:trHeight w:val="301"/>
                          <w:jc w:val="center"/>
                        </w:trPr>
                        <w:tc>
                          <w:tcPr>
                            <w:tcW w:w="1072" w:type="dxa"/>
                          </w:tcPr>
                          <w:p w14:paraId="1C9C33A5" w14:textId="77777777" w:rsidR="005E2F5A" w:rsidRPr="0059622C" w:rsidRDefault="005E2F5A" w:rsidP="005E2F5A">
                            <w:pPr>
                              <w:spacing w:after="0" w:line="240" w:lineRule="auto"/>
                              <w:rPr>
                                <w:rFonts w:ascii="Times New Roman" w:hAnsi="Times New Roman" w:cs="Times New Roman"/>
                                <w:sz w:val="20"/>
                                <w:szCs w:val="20"/>
                              </w:rPr>
                            </w:pPr>
                            <w:r w:rsidRPr="0059622C">
                              <w:rPr>
                                <w:rFonts w:ascii="Times New Roman" w:hAnsi="Times New Roman" w:cs="Times New Roman"/>
                                <w:sz w:val="20"/>
                                <w:szCs w:val="20"/>
                              </w:rPr>
                              <w:t>3</w:t>
                            </w:r>
                          </w:p>
                        </w:tc>
                        <w:tc>
                          <w:tcPr>
                            <w:tcW w:w="1073" w:type="dxa"/>
                            <w:vAlign w:val="bottom"/>
                          </w:tcPr>
                          <w:p w14:paraId="2F761550" w14:textId="2BE41B0A"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1329</w:t>
                            </w:r>
                          </w:p>
                        </w:tc>
                        <w:tc>
                          <w:tcPr>
                            <w:tcW w:w="1073" w:type="dxa"/>
                            <w:vAlign w:val="bottom"/>
                          </w:tcPr>
                          <w:p w14:paraId="601C65C4" w14:textId="11E5BEF7"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780</w:t>
                            </w:r>
                          </w:p>
                        </w:tc>
                        <w:tc>
                          <w:tcPr>
                            <w:tcW w:w="1078" w:type="dxa"/>
                            <w:vAlign w:val="bottom"/>
                          </w:tcPr>
                          <w:p w14:paraId="3C7909E3" w14:textId="4D1E2796" w:rsidR="005E2F5A" w:rsidRPr="005E2F5A" w:rsidRDefault="005E2F5A" w:rsidP="005E2F5A">
                            <w:pPr>
                              <w:spacing w:after="0" w:line="240" w:lineRule="auto"/>
                              <w:ind w:right="-106"/>
                              <w:rPr>
                                <w:rFonts w:ascii="Times New Roman" w:hAnsi="Times New Roman" w:cs="Times New Roman"/>
                                <w:sz w:val="20"/>
                                <w:szCs w:val="20"/>
                              </w:rPr>
                            </w:pPr>
                            <w:r w:rsidRPr="005E2F5A">
                              <w:rPr>
                                <w:rFonts w:ascii="Times New Roman" w:hAnsi="Times New Roman" w:cs="Times New Roman"/>
                                <w:color w:val="000000"/>
                                <w:sz w:val="20"/>
                                <w:szCs w:val="20"/>
                              </w:rPr>
                              <w:t>7411</w:t>
                            </w:r>
                          </w:p>
                        </w:tc>
                      </w:tr>
                    </w:tbl>
                    <w:p w14:paraId="7DA93A0A" w14:textId="77777777" w:rsidR="00B84128" w:rsidRPr="0059622C" w:rsidRDefault="00B84128" w:rsidP="00B84128">
                      <w:pPr>
                        <w:spacing w:after="0"/>
                        <w:rPr>
                          <w:rFonts w:ascii="Times New Roman" w:hAnsi="Times New Roman" w:cs="Times New Roman"/>
                          <w:sz w:val="20"/>
                          <w:szCs w:val="20"/>
                        </w:rPr>
                      </w:pPr>
                    </w:p>
                    <w:p w14:paraId="271E441E" w14:textId="77777777" w:rsidR="00EE7672" w:rsidRDefault="00EE7672" w:rsidP="00EE7672">
                      <w:pPr>
                        <w:spacing w:after="0"/>
                        <w:jc w:val="both"/>
                        <w:rPr>
                          <w:rFonts w:ascii="Times New Roman" w:hAnsi="Times New Roman" w:cs="Times New Roman"/>
                          <w:b/>
                          <w:sz w:val="20"/>
                          <w:szCs w:val="20"/>
                        </w:rPr>
                      </w:pPr>
                    </w:p>
                    <w:p w14:paraId="0BB57505" w14:textId="77777777" w:rsidR="00DE64E8" w:rsidRPr="0059622C" w:rsidRDefault="00DE64E8" w:rsidP="00EE7672">
                      <w:pPr>
                        <w:spacing w:after="0"/>
                        <w:jc w:val="both"/>
                        <w:rPr>
                          <w:rFonts w:ascii="Times New Roman" w:hAnsi="Times New Roman" w:cs="Times New Roman"/>
                          <w:sz w:val="20"/>
                          <w:szCs w:val="20"/>
                        </w:rPr>
                      </w:pPr>
                    </w:p>
                    <w:p w14:paraId="538DDD78" w14:textId="77777777" w:rsidR="00B84128" w:rsidRPr="0059622C" w:rsidRDefault="00B84128" w:rsidP="00B84128">
                      <w:pPr>
                        <w:spacing w:after="0"/>
                        <w:jc w:val="center"/>
                        <w:rPr>
                          <w:rFonts w:ascii="Times New Roman" w:hAnsi="Times New Roman" w:cs="Times New Roman"/>
                          <w:sz w:val="20"/>
                          <w:szCs w:val="20"/>
                        </w:rPr>
                      </w:pPr>
                    </w:p>
                    <w:p w14:paraId="15F55139" w14:textId="77777777" w:rsidR="00B84128" w:rsidRPr="0059622C" w:rsidRDefault="00B84128" w:rsidP="00B84128">
                      <w:pPr>
                        <w:spacing w:after="0"/>
                        <w:jc w:val="center"/>
                        <w:rPr>
                          <w:rFonts w:ascii="Times New Roman" w:hAnsi="Times New Roman" w:cs="Times New Roman"/>
                          <w:sz w:val="20"/>
                          <w:szCs w:val="20"/>
                        </w:rPr>
                      </w:pPr>
                    </w:p>
                    <w:p w14:paraId="7F39B8F7" w14:textId="77777777" w:rsidR="00B84128" w:rsidRPr="0059622C" w:rsidRDefault="00B84128" w:rsidP="00B84128">
                      <w:pPr>
                        <w:spacing w:after="0"/>
                        <w:jc w:val="center"/>
                        <w:rPr>
                          <w:rFonts w:ascii="Times New Roman" w:hAnsi="Times New Roman" w:cs="Times New Roman"/>
                          <w:sz w:val="20"/>
                          <w:szCs w:val="20"/>
                        </w:rPr>
                      </w:pPr>
                    </w:p>
                    <w:p w14:paraId="6479E3F3" w14:textId="77777777" w:rsidR="00B84128" w:rsidRPr="0059622C" w:rsidRDefault="00B84128" w:rsidP="00B84128">
                      <w:pPr>
                        <w:spacing w:after="0"/>
                        <w:rPr>
                          <w:rFonts w:ascii="Times New Roman" w:hAnsi="Times New Roman" w:cs="Times New Roman"/>
                          <w:sz w:val="20"/>
                          <w:szCs w:val="20"/>
                        </w:rPr>
                      </w:pPr>
                    </w:p>
                  </w:txbxContent>
                </v:textbox>
              </v:shape>
            </w:pict>
          </mc:Fallback>
        </mc:AlternateContent>
      </w:r>
    </w:p>
    <w:p w14:paraId="18240322" w14:textId="3016161E" w:rsidR="00331DE8" w:rsidRDefault="00331DE8" w:rsidP="00FA321D">
      <w:pPr>
        <w:spacing w:after="0" w:line="240" w:lineRule="auto"/>
        <w:rPr>
          <w:rFonts w:ascii="Times New Roman" w:hAnsi="Times New Roman" w:cs="Times New Roman"/>
        </w:rPr>
      </w:pPr>
    </w:p>
    <w:p w14:paraId="21E656BC" w14:textId="77777777" w:rsidR="005E2F5A" w:rsidRDefault="005E2F5A" w:rsidP="00FA321D">
      <w:pPr>
        <w:spacing w:after="0" w:line="240" w:lineRule="auto"/>
        <w:rPr>
          <w:rFonts w:ascii="Times New Roman" w:hAnsi="Times New Roman" w:cs="Times New Roman"/>
        </w:rPr>
      </w:pPr>
    </w:p>
    <w:p w14:paraId="5F4ACDC5" w14:textId="77777777" w:rsidR="00331DE8" w:rsidRPr="005E2F5A" w:rsidRDefault="00331DE8" w:rsidP="00FA321D">
      <w:pPr>
        <w:spacing w:after="0" w:line="240" w:lineRule="auto"/>
        <w:rPr>
          <w:rFonts w:ascii="Times New Roman" w:hAnsi="Times New Roman" w:cs="Times New Roman"/>
        </w:rPr>
      </w:pPr>
    </w:p>
    <w:p w14:paraId="4197E07D" w14:textId="1472DDA6" w:rsidR="00331DE8" w:rsidRPr="005E2F5A" w:rsidRDefault="00331DE8" w:rsidP="00FA321D">
      <w:pPr>
        <w:spacing w:after="0" w:line="240" w:lineRule="auto"/>
        <w:rPr>
          <w:rFonts w:ascii="Times New Roman" w:hAnsi="Times New Roman" w:cs="Times New Roman"/>
        </w:rPr>
      </w:pPr>
    </w:p>
    <w:p w14:paraId="4F1FF753" w14:textId="5B4E9B9A" w:rsidR="00444590" w:rsidRPr="005E2F5A" w:rsidRDefault="00444590" w:rsidP="00FA321D">
      <w:pPr>
        <w:spacing w:after="0" w:line="240" w:lineRule="auto"/>
        <w:rPr>
          <w:rFonts w:ascii="Times New Roman" w:hAnsi="Times New Roman" w:cs="Times New Roman"/>
        </w:rPr>
      </w:pPr>
    </w:p>
    <w:p w14:paraId="3741CF39" w14:textId="5355E5A2" w:rsidR="00444590" w:rsidRPr="005E2F5A" w:rsidRDefault="00444590" w:rsidP="00FA321D">
      <w:pPr>
        <w:spacing w:after="0" w:line="240" w:lineRule="auto"/>
        <w:rPr>
          <w:rFonts w:ascii="Times New Roman" w:hAnsi="Times New Roman" w:cs="Times New Roman"/>
        </w:rPr>
      </w:pPr>
    </w:p>
    <w:p w14:paraId="04CE0F1C" w14:textId="4586F8CB" w:rsidR="00444590" w:rsidRPr="005E2F5A" w:rsidRDefault="00444590" w:rsidP="00FA321D">
      <w:pPr>
        <w:spacing w:after="0" w:line="240" w:lineRule="auto"/>
        <w:rPr>
          <w:rFonts w:ascii="Times New Roman" w:hAnsi="Times New Roman" w:cs="Times New Roman"/>
        </w:rPr>
      </w:pPr>
    </w:p>
    <w:p w14:paraId="0954B34B" w14:textId="1FED462A" w:rsidR="00444590" w:rsidRPr="005E2F5A" w:rsidRDefault="00444590" w:rsidP="00FA321D">
      <w:pPr>
        <w:spacing w:after="0" w:line="240" w:lineRule="auto"/>
        <w:rPr>
          <w:rFonts w:ascii="Times New Roman" w:hAnsi="Times New Roman" w:cs="Times New Roman"/>
        </w:rPr>
      </w:pPr>
    </w:p>
    <w:p w14:paraId="678FD7FB" w14:textId="127D1250" w:rsidR="00444590" w:rsidRPr="005E2F5A" w:rsidRDefault="00444590" w:rsidP="00FA321D">
      <w:pPr>
        <w:spacing w:after="0" w:line="240" w:lineRule="auto"/>
        <w:rPr>
          <w:rFonts w:ascii="Times New Roman" w:hAnsi="Times New Roman" w:cs="Times New Roman"/>
        </w:rPr>
      </w:pPr>
    </w:p>
    <w:p w14:paraId="1A1EC2C3" w14:textId="0C267A1C"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b/>
          <w:sz w:val="20"/>
          <w:szCs w:val="20"/>
        </w:rPr>
        <w:t>Table S</w:t>
      </w:r>
      <w:r w:rsidR="0096040D">
        <w:rPr>
          <w:rFonts w:ascii="Times New Roman" w:hAnsi="Times New Roman" w:cs="Times New Roman"/>
          <w:b/>
          <w:sz w:val="20"/>
          <w:szCs w:val="20"/>
        </w:rPr>
        <w:t>8.</w:t>
      </w:r>
      <w:r w:rsidRPr="00FA321D">
        <w:rPr>
          <w:rFonts w:ascii="Times New Roman" w:hAnsi="Times New Roman" w:cs="Times New Roman"/>
          <w:b/>
          <w:sz w:val="20"/>
          <w:szCs w:val="20"/>
        </w:rPr>
        <w:t xml:space="preserve"> </w:t>
      </w:r>
      <w:r w:rsidRPr="00FA321D">
        <w:rPr>
          <w:rFonts w:ascii="Times New Roman" w:hAnsi="Times New Roman" w:cs="Times New Roman"/>
          <w:bCs/>
          <w:sz w:val="20"/>
          <w:szCs w:val="20"/>
        </w:rPr>
        <w:t>Random Forest Testing Model</w:t>
      </w:r>
      <w:r w:rsidRPr="00FA321D">
        <w:rPr>
          <w:rFonts w:ascii="Times New Roman" w:hAnsi="Times New Roman" w:cs="Times New Roman"/>
          <w:b/>
          <w:sz w:val="20"/>
          <w:szCs w:val="20"/>
        </w:rPr>
        <w:t xml:space="preserve"> </w:t>
      </w:r>
      <w:r w:rsidRPr="00FA321D">
        <w:rPr>
          <w:rFonts w:ascii="Times New Roman" w:hAnsi="Times New Roman" w:cs="Times New Roman"/>
          <w:sz w:val="20"/>
          <w:szCs w:val="20"/>
        </w:rPr>
        <w:t>Statistic by Class of Test Model [Three Classes]</w:t>
      </w:r>
    </w:p>
    <w:p w14:paraId="292263B2" w14:textId="77777777" w:rsidR="00FA321D" w:rsidRDefault="00FA321D" w:rsidP="00FA321D">
      <w:pPr>
        <w:spacing w:after="0" w:line="240" w:lineRule="auto"/>
        <w:rPr>
          <w:rFonts w:ascii="Times New Roman" w:hAnsi="Times New Roman" w:cs="Times New Roman"/>
        </w:rPr>
      </w:pPr>
    </w:p>
    <w:tbl>
      <w:tblPr>
        <w:tblW w:w="4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6"/>
        <w:gridCol w:w="881"/>
        <w:gridCol w:w="879"/>
        <w:gridCol w:w="1007"/>
      </w:tblGrid>
      <w:tr w:rsidR="00FA321D" w:rsidRPr="00FA321D" w14:paraId="3CA84D87" w14:textId="77777777" w:rsidTr="002A5B47">
        <w:trPr>
          <w:trHeight w:val="254"/>
          <w:jc w:val="center"/>
        </w:trPr>
        <w:tc>
          <w:tcPr>
            <w:tcW w:w="1506" w:type="dxa"/>
          </w:tcPr>
          <w:p w14:paraId="6211BDE0" w14:textId="77777777" w:rsidR="00FA321D" w:rsidRPr="00FA321D" w:rsidRDefault="00FA321D" w:rsidP="00FA321D">
            <w:pPr>
              <w:spacing w:after="0" w:line="240" w:lineRule="auto"/>
              <w:rPr>
                <w:rFonts w:ascii="Times New Roman" w:hAnsi="Times New Roman" w:cs="Times New Roman"/>
                <w:sz w:val="20"/>
                <w:szCs w:val="20"/>
              </w:rPr>
            </w:pPr>
          </w:p>
        </w:tc>
        <w:tc>
          <w:tcPr>
            <w:tcW w:w="881" w:type="dxa"/>
          </w:tcPr>
          <w:p w14:paraId="5DAE21C6"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Class:1</w:t>
            </w:r>
          </w:p>
        </w:tc>
        <w:tc>
          <w:tcPr>
            <w:tcW w:w="879" w:type="dxa"/>
          </w:tcPr>
          <w:p w14:paraId="7C529C3E"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Class:2</w:t>
            </w:r>
          </w:p>
        </w:tc>
        <w:tc>
          <w:tcPr>
            <w:tcW w:w="1007" w:type="dxa"/>
          </w:tcPr>
          <w:p w14:paraId="0840E545"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Class:3</w:t>
            </w:r>
          </w:p>
        </w:tc>
      </w:tr>
      <w:tr w:rsidR="00FA321D" w:rsidRPr="00FA321D" w14:paraId="342DE23C" w14:textId="77777777" w:rsidTr="002A5B47">
        <w:trPr>
          <w:trHeight w:val="161"/>
          <w:jc w:val="center"/>
        </w:trPr>
        <w:tc>
          <w:tcPr>
            <w:tcW w:w="1506" w:type="dxa"/>
          </w:tcPr>
          <w:p w14:paraId="1FB2F622"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Sensitivity</w:t>
            </w:r>
          </w:p>
        </w:tc>
        <w:tc>
          <w:tcPr>
            <w:tcW w:w="881" w:type="dxa"/>
            <w:vAlign w:val="bottom"/>
          </w:tcPr>
          <w:p w14:paraId="2F9931C5"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0.404</w:t>
            </w:r>
          </w:p>
        </w:tc>
        <w:tc>
          <w:tcPr>
            <w:tcW w:w="879" w:type="dxa"/>
            <w:vAlign w:val="bottom"/>
          </w:tcPr>
          <w:p w14:paraId="23172DFB"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0.345</w:t>
            </w:r>
          </w:p>
        </w:tc>
        <w:tc>
          <w:tcPr>
            <w:tcW w:w="1007" w:type="dxa"/>
            <w:vAlign w:val="bottom"/>
          </w:tcPr>
          <w:p w14:paraId="4B4BC0BD"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0.956</w:t>
            </w:r>
          </w:p>
        </w:tc>
      </w:tr>
      <w:tr w:rsidR="00FA321D" w:rsidRPr="00FA321D" w14:paraId="65D41952" w14:textId="77777777" w:rsidTr="002A5B47">
        <w:trPr>
          <w:trHeight w:val="161"/>
          <w:jc w:val="center"/>
        </w:trPr>
        <w:tc>
          <w:tcPr>
            <w:tcW w:w="1506" w:type="dxa"/>
          </w:tcPr>
          <w:p w14:paraId="5F4CEDE3"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Specificit</w:t>
            </w:r>
          </w:p>
        </w:tc>
        <w:tc>
          <w:tcPr>
            <w:tcW w:w="881" w:type="dxa"/>
            <w:vAlign w:val="bottom"/>
          </w:tcPr>
          <w:p w14:paraId="254F125B"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0.946</w:t>
            </w:r>
          </w:p>
        </w:tc>
        <w:tc>
          <w:tcPr>
            <w:tcW w:w="879" w:type="dxa"/>
            <w:vAlign w:val="bottom"/>
          </w:tcPr>
          <w:p w14:paraId="657FEE52"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0.973</w:t>
            </w:r>
          </w:p>
        </w:tc>
        <w:tc>
          <w:tcPr>
            <w:tcW w:w="1007" w:type="dxa"/>
            <w:vAlign w:val="bottom"/>
          </w:tcPr>
          <w:p w14:paraId="77E6A1A4"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0.489</w:t>
            </w:r>
          </w:p>
        </w:tc>
      </w:tr>
      <w:tr w:rsidR="00FA321D" w:rsidRPr="00FA321D" w14:paraId="531D00DD" w14:textId="77777777" w:rsidTr="002A5B47">
        <w:trPr>
          <w:trHeight w:val="216"/>
          <w:jc w:val="center"/>
        </w:trPr>
        <w:tc>
          <w:tcPr>
            <w:tcW w:w="1506" w:type="dxa"/>
          </w:tcPr>
          <w:p w14:paraId="14DC4BAA"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Pos Pred value</w:t>
            </w:r>
          </w:p>
        </w:tc>
        <w:tc>
          <w:tcPr>
            <w:tcW w:w="881" w:type="dxa"/>
            <w:vAlign w:val="bottom"/>
          </w:tcPr>
          <w:p w14:paraId="624F694F"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0.672</w:t>
            </w:r>
          </w:p>
        </w:tc>
        <w:tc>
          <w:tcPr>
            <w:tcW w:w="879" w:type="dxa"/>
            <w:vAlign w:val="bottom"/>
          </w:tcPr>
          <w:p w14:paraId="1B87F084"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0.661</w:t>
            </w:r>
          </w:p>
        </w:tc>
        <w:tc>
          <w:tcPr>
            <w:tcW w:w="1007" w:type="dxa"/>
            <w:vAlign w:val="bottom"/>
          </w:tcPr>
          <w:p w14:paraId="4922B23F"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0.778</w:t>
            </w:r>
          </w:p>
        </w:tc>
      </w:tr>
      <w:tr w:rsidR="00FA321D" w:rsidRPr="00FA321D" w14:paraId="740B33C8" w14:textId="77777777" w:rsidTr="002A5B47">
        <w:trPr>
          <w:trHeight w:val="325"/>
          <w:jc w:val="center"/>
        </w:trPr>
        <w:tc>
          <w:tcPr>
            <w:tcW w:w="1506" w:type="dxa"/>
          </w:tcPr>
          <w:p w14:paraId="1AB7004B"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Negative Pred value</w:t>
            </w:r>
          </w:p>
        </w:tc>
        <w:tc>
          <w:tcPr>
            <w:tcW w:w="881" w:type="dxa"/>
            <w:vAlign w:val="bottom"/>
          </w:tcPr>
          <w:p w14:paraId="79930732"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0.853</w:t>
            </w:r>
          </w:p>
        </w:tc>
        <w:tc>
          <w:tcPr>
            <w:tcW w:w="879" w:type="dxa"/>
            <w:vAlign w:val="bottom"/>
          </w:tcPr>
          <w:p w14:paraId="18881415"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0.907</w:t>
            </w:r>
          </w:p>
        </w:tc>
        <w:tc>
          <w:tcPr>
            <w:tcW w:w="1007" w:type="dxa"/>
            <w:vAlign w:val="bottom"/>
          </w:tcPr>
          <w:p w14:paraId="37773A7A"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0.856</w:t>
            </w:r>
          </w:p>
        </w:tc>
      </w:tr>
      <w:tr w:rsidR="00FA321D" w:rsidRPr="00FA321D" w14:paraId="6A7AC685" w14:textId="77777777" w:rsidTr="002A5B47">
        <w:trPr>
          <w:trHeight w:val="161"/>
          <w:jc w:val="center"/>
        </w:trPr>
        <w:tc>
          <w:tcPr>
            <w:tcW w:w="1506" w:type="dxa"/>
          </w:tcPr>
          <w:p w14:paraId="6CCE7B36"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Prevalence</w:t>
            </w:r>
          </w:p>
        </w:tc>
        <w:tc>
          <w:tcPr>
            <w:tcW w:w="881" w:type="dxa"/>
            <w:vAlign w:val="bottom"/>
          </w:tcPr>
          <w:p w14:paraId="4859B4B0"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0.672</w:t>
            </w:r>
          </w:p>
        </w:tc>
        <w:tc>
          <w:tcPr>
            <w:tcW w:w="879" w:type="dxa"/>
            <w:vAlign w:val="bottom"/>
          </w:tcPr>
          <w:p w14:paraId="34759755"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0.661</w:t>
            </w:r>
          </w:p>
        </w:tc>
        <w:tc>
          <w:tcPr>
            <w:tcW w:w="1007" w:type="dxa"/>
            <w:vAlign w:val="bottom"/>
          </w:tcPr>
          <w:p w14:paraId="1E3B7817"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0.778</w:t>
            </w:r>
          </w:p>
        </w:tc>
      </w:tr>
      <w:tr w:rsidR="00FA321D" w:rsidRPr="00FA321D" w14:paraId="01F4E8A5" w14:textId="77777777" w:rsidTr="002A5B47">
        <w:trPr>
          <w:trHeight w:val="177"/>
          <w:jc w:val="center"/>
        </w:trPr>
        <w:tc>
          <w:tcPr>
            <w:tcW w:w="1506" w:type="dxa"/>
          </w:tcPr>
          <w:p w14:paraId="031ED70E"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Detection Rate</w:t>
            </w:r>
          </w:p>
        </w:tc>
        <w:tc>
          <w:tcPr>
            <w:tcW w:w="881" w:type="dxa"/>
            <w:vAlign w:val="bottom"/>
          </w:tcPr>
          <w:p w14:paraId="512CD56E"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0.404</w:t>
            </w:r>
          </w:p>
        </w:tc>
        <w:tc>
          <w:tcPr>
            <w:tcW w:w="879" w:type="dxa"/>
            <w:vAlign w:val="bottom"/>
          </w:tcPr>
          <w:p w14:paraId="4004B049"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0.345</w:t>
            </w:r>
          </w:p>
        </w:tc>
        <w:tc>
          <w:tcPr>
            <w:tcW w:w="1007" w:type="dxa"/>
            <w:vAlign w:val="bottom"/>
          </w:tcPr>
          <w:p w14:paraId="0EEBAA67"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0.956</w:t>
            </w:r>
          </w:p>
        </w:tc>
      </w:tr>
      <w:tr w:rsidR="00FA321D" w:rsidRPr="00FA321D" w14:paraId="203EF6A3" w14:textId="77777777" w:rsidTr="002A5B47">
        <w:trPr>
          <w:trHeight w:val="359"/>
          <w:jc w:val="center"/>
        </w:trPr>
        <w:tc>
          <w:tcPr>
            <w:tcW w:w="1506" w:type="dxa"/>
          </w:tcPr>
          <w:p w14:paraId="2B8DB066"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Detection Prevalence</w:t>
            </w:r>
          </w:p>
        </w:tc>
        <w:tc>
          <w:tcPr>
            <w:tcW w:w="881" w:type="dxa"/>
            <w:vAlign w:val="bottom"/>
          </w:tcPr>
          <w:p w14:paraId="75B50435"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0.504</w:t>
            </w:r>
          </w:p>
        </w:tc>
        <w:tc>
          <w:tcPr>
            <w:tcW w:w="879" w:type="dxa"/>
            <w:vAlign w:val="bottom"/>
          </w:tcPr>
          <w:p w14:paraId="3C6F5D37"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0.453</w:t>
            </w:r>
          </w:p>
        </w:tc>
        <w:tc>
          <w:tcPr>
            <w:tcW w:w="1007" w:type="dxa"/>
            <w:vAlign w:val="bottom"/>
          </w:tcPr>
          <w:p w14:paraId="1757D97B"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0.858</w:t>
            </w:r>
          </w:p>
        </w:tc>
      </w:tr>
      <w:tr w:rsidR="00FA321D" w:rsidRPr="00FA321D" w14:paraId="613B0D9D" w14:textId="77777777" w:rsidTr="002A5B47">
        <w:trPr>
          <w:trHeight w:val="321"/>
          <w:jc w:val="center"/>
        </w:trPr>
        <w:tc>
          <w:tcPr>
            <w:tcW w:w="1506" w:type="dxa"/>
          </w:tcPr>
          <w:p w14:paraId="2A889279"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Balanced Accuracy</w:t>
            </w:r>
          </w:p>
        </w:tc>
        <w:tc>
          <w:tcPr>
            <w:tcW w:w="881" w:type="dxa"/>
            <w:vAlign w:val="bottom"/>
          </w:tcPr>
          <w:p w14:paraId="5467FBD4"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0.215</w:t>
            </w:r>
          </w:p>
        </w:tc>
        <w:tc>
          <w:tcPr>
            <w:tcW w:w="879" w:type="dxa"/>
            <w:vAlign w:val="bottom"/>
          </w:tcPr>
          <w:p w14:paraId="3434E5FC"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0.133</w:t>
            </w:r>
          </w:p>
        </w:tc>
        <w:tc>
          <w:tcPr>
            <w:tcW w:w="1007" w:type="dxa"/>
            <w:vAlign w:val="bottom"/>
          </w:tcPr>
          <w:p w14:paraId="6C67B296" w14:textId="77777777" w:rsidR="00FA321D" w:rsidRPr="00FA321D" w:rsidRDefault="00FA321D" w:rsidP="00FA321D">
            <w:pPr>
              <w:spacing w:after="0" w:line="240" w:lineRule="auto"/>
              <w:rPr>
                <w:rFonts w:ascii="Times New Roman" w:hAnsi="Times New Roman" w:cs="Times New Roman"/>
                <w:sz w:val="20"/>
                <w:szCs w:val="20"/>
              </w:rPr>
            </w:pPr>
            <w:r w:rsidRPr="00FA321D">
              <w:rPr>
                <w:rFonts w:ascii="Times New Roman" w:hAnsi="Times New Roman" w:cs="Times New Roman"/>
                <w:sz w:val="20"/>
                <w:szCs w:val="20"/>
              </w:rPr>
              <w:t>0.653</w:t>
            </w:r>
          </w:p>
        </w:tc>
      </w:tr>
    </w:tbl>
    <w:p w14:paraId="336C8DFA" w14:textId="77777777" w:rsidR="00FA321D" w:rsidRPr="00FA321D" w:rsidRDefault="00FA321D" w:rsidP="00FA321D">
      <w:pPr>
        <w:spacing w:after="0" w:line="240" w:lineRule="auto"/>
        <w:rPr>
          <w:rFonts w:ascii="Times New Roman" w:hAnsi="Times New Roman" w:cs="Times New Roman"/>
        </w:rPr>
      </w:pPr>
    </w:p>
    <w:p w14:paraId="699D6AFF" w14:textId="6BD37E5C"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w:t>
      </w:r>
      <w:r w:rsidR="0096040D">
        <w:rPr>
          <w:rFonts w:ascii="Times New Roman" w:hAnsi="Times New Roman" w:cs="Times New Roman"/>
          <w:b/>
          <w:sz w:val="20"/>
          <w:szCs w:val="20"/>
        </w:rPr>
        <w:t>9</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rPr>
        <w:t>Random Forest Testing Model</w:t>
      </w:r>
      <w:r w:rsidRPr="00D92A85">
        <w:rPr>
          <w:rFonts w:ascii="Times New Roman" w:hAnsi="Times New Roman" w:cs="Times New Roman"/>
          <w:b/>
          <w:sz w:val="20"/>
          <w:szCs w:val="20"/>
        </w:rPr>
        <w:t xml:space="preserve"> Overall </w:t>
      </w:r>
      <w:r w:rsidRPr="00D92A85">
        <w:rPr>
          <w:rFonts w:ascii="Times New Roman" w:hAnsi="Times New Roman" w:cs="Times New Roman"/>
          <w:sz w:val="20"/>
          <w:szCs w:val="20"/>
        </w:rPr>
        <w:t>Statistic [Three Classes]</w:t>
      </w:r>
    </w:p>
    <w:p w14:paraId="602ABAB0" w14:textId="48437F96" w:rsidR="00444590" w:rsidRPr="005E2F5A" w:rsidRDefault="00444590" w:rsidP="00FA321D">
      <w:pPr>
        <w:spacing w:after="0" w:line="240" w:lineRule="auto"/>
        <w:rPr>
          <w:rFonts w:ascii="Times New Roman" w:hAnsi="Times New Roman" w:cs="Times New Roman"/>
        </w:rPr>
      </w:pPr>
    </w:p>
    <w:tbl>
      <w:tblPr>
        <w:tblW w:w="6108" w:type="dxa"/>
        <w:jc w:val="center"/>
        <w:tblLook w:val="04A0" w:firstRow="1" w:lastRow="0" w:firstColumn="1" w:lastColumn="0" w:noHBand="0" w:noVBand="1"/>
      </w:tblPr>
      <w:tblGrid>
        <w:gridCol w:w="1560"/>
        <w:gridCol w:w="1149"/>
        <w:gridCol w:w="1081"/>
        <w:gridCol w:w="1081"/>
        <w:gridCol w:w="1237"/>
      </w:tblGrid>
      <w:tr w:rsidR="00D92A85" w:rsidRPr="00D92A85" w14:paraId="748C830A" w14:textId="77777777" w:rsidTr="002A5B47">
        <w:trPr>
          <w:trHeight w:val="310"/>
          <w:jc w:val="center"/>
        </w:trPr>
        <w:tc>
          <w:tcPr>
            <w:tcW w:w="1560" w:type="dxa"/>
            <w:tcBorders>
              <w:top w:val="single" w:sz="4" w:space="0" w:color="auto"/>
              <w:left w:val="single" w:sz="4" w:space="0" w:color="auto"/>
              <w:bottom w:val="single" w:sz="4" w:space="0" w:color="auto"/>
              <w:right w:val="single" w:sz="4" w:space="0" w:color="auto"/>
            </w:tcBorders>
            <w:noWrap/>
            <w:vAlign w:val="bottom"/>
            <w:hideMark/>
          </w:tcPr>
          <w:p w14:paraId="0B1F0A88"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Model</w:t>
            </w:r>
          </w:p>
        </w:tc>
        <w:tc>
          <w:tcPr>
            <w:tcW w:w="1149" w:type="dxa"/>
            <w:tcBorders>
              <w:top w:val="single" w:sz="4" w:space="0" w:color="auto"/>
              <w:left w:val="nil"/>
              <w:bottom w:val="single" w:sz="4" w:space="0" w:color="auto"/>
              <w:right w:val="single" w:sz="4" w:space="0" w:color="auto"/>
            </w:tcBorders>
            <w:noWrap/>
            <w:vAlign w:val="bottom"/>
            <w:hideMark/>
          </w:tcPr>
          <w:p w14:paraId="40E3A7AC"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Accuracy</w:t>
            </w:r>
          </w:p>
        </w:tc>
        <w:tc>
          <w:tcPr>
            <w:tcW w:w="1081" w:type="dxa"/>
            <w:tcBorders>
              <w:top w:val="single" w:sz="4" w:space="0" w:color="auto"/>
              <w:left w:val="nil"/>
              <w:bottom w:val="single" w:sz="4" w:space="0" w:color="auto"/>
              <w:right w:val="single" w:sz="4" w:space="0" w:color="auto"/>
            </w:tcBorders>
            <w:noWrap/>
            <w:vAlign w:val="bottom"/>
            <w:hideMark/>
          </w:tcPr>
          <w:p w14:paraId="78A44806"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Kappa</w:t>
            </w:r>
          </w:p>
        </w:tc>
        <w:tc>
          <w:tcPr>
            <w:tcW w:w="1081" w:type="dxa"/>
            <w:tcBorders>
              <w:top w:val="single" w:sz="4" w:space="0" w:color="auto"/>
              <w:left w:val="nil"/>
              <w:bottom w:val="single" w:sz="4" w:space="0" w:color="auto"/>
              <w:right w:val="single" w:sz="4" w:space="0" w:color="auto"/>
            </w:tcBorders>
            <w:noWrap/>
            <w:vAlign w:val="bottom"/>
            <w:hideMark/>
          </w:tcPr>
          <w:p w14:paraId="516C0684"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MCC</w:t>
            </w:r>
          </w:p>
        </w:tc>
        <w:tc>
          <w:tcPr>
            <w:tcW w:w="1237" w:type="dxa"/>
            <w:tcBorders>
              <w:top w:val="single" w:sz="4" w:space="0" w:color="auto"/>
              <w:left w:val="nil"/>
              <w:bottom w:val="single" w:sz="4" w:space="0" w:color="auto"/>
              <w:right w:val="single" w:sz="4" w:space="0" w:color="auto"/>
            </w:tcBorders>
            <w:noWrap/>
            <w:vAlign w:val="bottom"/>
            <w:hideMark/>
          </w:tcPr>
          <w:p w14:paraId="3842C501"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F1_Macro</w:t>
            </w:r>
          </w:p>
        </w:tc>
      </w:tr>
      <w:tr w:rsidR="00D92A85" w:rsidRPr="00D92A85" w14:paraId="4BDA70A6" w14:textId="77777777" w:rsidTr="002A5B47">
        <w:trPr>
          <w:trHeight w:val="310"/>
          <w:jc w:val="center"/>
        </w:trPr>
        <w:tc>
          <w:tcPr>
            <w:tcW w:w="1560" w:type="dxa"/>
            <w:tcBorders>
              <w:top w:val="nil"/>
              <w:left w:val="single" w:sz="4" w:space="0" w:color="auto"/>
              <w:bottom w:val="single" w:sz="4" w:space="0" w:color="auto"/>
              <w:right w:val="single" w:sz="4" w:space="0" w:color="auto"/>
            </w:tcBorders>
            <w:noWrap/>
            <w:vAlign w:val="bottom"/>
            <w:hideMark/>
          </w:tcPr>
          <w:p w14:paraId="4D8C0201"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Random Forest</w:t>
            </w:r>
          </w:p>
        </w:tc>
        <w:tc>
          <w:tcPr>
            <w:tcW w:w="1149" w:type="dxa"/>
            <w:tcBorders>
              <w:top w:val="nil"/>
              <w:left w:val="nil"/>
              <w:bottom w:val="single" w:sz="4" w:space="0" w:color="auto"/>
              <w:right w:val="single" w:sz="4" w:space="0" w:color="auto"/>
            </w:tcBorders>
            <w:noWrap/>
            <w:vAlign w:val="bottom"/>
            <w:hideMark/>
          </w:tcPr>
          <w:p w14:paraId="0F35C572"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0.756611</w:t>
            </w:r>
          </w:p>
        </w:tc>
        <w:tc>
          <w:tcPr>
            <w:tcW w:w="1081" w:type="dxa"/>
            <w:tcBorders>
              <w:top w:val="nil"/>
              <w:left w:val="nil"/>
              <w:bottom w:val="single" w:sz="4" w:space="0" w:color="auto"/>
              <w:right w:val="single" w:sz="4" w:space="0" w:color="auto"/>
            </w:tcBorders>
            <w:noWrap/>
            <w:vAlign w:val="bottom"/>
            <w:hideMark/>
          </w:tcPr>
          <w:p w14:paraId="1CE45B2B"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0.446683</w:t>
            </w:r>
          </w:p>
        </w:tc>
        <w:tc>
          <w:tcPr>
            <w:tcW w:w="1081" w:type="dxa"/>
            <w:tcBorders>
              <w:top w:val="nil"/>
              <w:left w:val="nil"/>
              <w:bottom w:val="single" w:sz="4" w:space="0" w:color="auto"/>
              <w:right w:val="single" w:sz="4" w:space="0" w:color="auto"/>
            </w:tcBorders>
            <w:noWrap/>
            <w:vAlign w:val="bottom"/>
            <w:hideMark/>
          </w:tcPr>
          <w:p w14:paraId="7F8A2F4C"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0.47465</w:t>
            </w:r>
          </w:p>
        </w:tc>
        <w:tc>
          <w:tcPr>
            <w:tcW w:w="1237" w:type="dxa"/>
            <w:tcBorders>
              <w:top w:val="nil"/>
              <w:left w:val="nil"/>
              <w:bottom w:val="single" w:sz="4" w:space="0" w:color="auto"/>
              <w:right w:val="single" w:sz="4" w:space="0" w:color="auto"/>
            </w:tcBorders>
            <w:noWrap/>
            <w:vAlign w:val="bottom"/>
            <w:hideMark/>
          </w:tcPr>
          <w:p w14:paraId="73457D07"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0.605384</w:t>
            </w:r>
          </w:p>
        </w:tc>
      </w:tr>
    </w:tbl>
    <w:p w14:paraId="213C5ABF" w14:textId="5A6DF5F9" w:rsidR="00444590" w:rsidRPr="005E2F5A" w:rsidRDefault="00444590" w:rsidP="00FA321D">
      <w:pPr>
        <w:spacing w:after="0" w:line="240" w:lineRule="auto"/>
        <w:rPr>
          <w:rFonts w:ascii="Times New Roman" w:hAnsi="Times New Roman" w:cs="Times New Roman"/>
        </w:rPr>
      </w:pPr>
    </w:p>
    <w:p w14:paraId="3BEC68E8" w14:textId="77777777" w:rsidR="0096040D" w:rsidRDefault="0096040D" w:rsidP="00D92A85">
      <w:pPr>
        <w:spacing w:after="0" w:line="240" w:lineRule="auto"/>
        <w:rPr>
          <w:rFonts w:ascii="Times New Roman" w:hAnsi="Times New Roman" w:cs="Times New Roman"/>
          <w:b/>
          <w:sz w:val="20"/>
          <w:szCs w:val="20"/>
        </w:rPr>
      </w:pPr>
    </w:p>
    <w:p w14:paraId="380CBDE5" w14:textId="77777777" w:rsidR="0096040D" w:rsidRDefault="0096040D" w:rsidP="00D92A85">
      <w:pPr>
        <w:spacing w:after="0" w:line="240" w:lineRule="auto"/>
        <w:rPr>
          <w:rFonts w:ascii="Times New Roman" w:hAnsi="Times New Roman" w:cs="Times New Roman"/>
          <w:b/>
          <w:sz w:val="20"/>
          <w:szCs w:val="20"/>
        </w:rPr>
      </w:pPr>
    </w:p>
    <w:p w14:paraId="2DD9B54C" w14:textId="6683DAF1"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lastRenderedPageBreak/>
        <w:t>Table S</w:t>
      </w:r>
      <w:r>
        <w:rPr>
          <w:rFonts w:ascii="Times New Roman" w:hAnsi="Times New Roman" w:cs="Times New Roman"/>
          <w:b/>
          <w:sz w:val="20"/>
          <w:szCs w:val="20"/>
        </w:rPr>
        <w:t>1</w:t>
      </w:r>
      <w:r w:rsidR="0096040D">
        <w:rPr>
          <w:rFonts w:ascii="Times New Roman" w:hAnsi="Times New Roman" w:cs="Times New Roman"/>
          <w:b/>
          <w:sz w:val="20"/>
          <w:szCs w:val="20"/>
        </w:rPr>
        <w:t>0</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Random Forest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Confusion Matrix [Binary]</w:t>
      </w:r>
    </w:p>
    <w:p w14:paraId="4BC6F498" w14:textId="5CA93290" w:rsidR="00B84128" w:rsidRPr="005E2F5A" w:rsidRDefault="00B84128" w:rsidP="00FA321D">
      <w:pPr>
        <w:spacing w:after="0" w:line="240" w:lineRule="auto"/>
        <w:rPr>
          <w:rFonts w:ascii="Times New Roman" w:hAnsi="Times New Roman" w:cs="Times New Roman"/>
        </w:rPr>
      </w:pPr>
    </w:p>
    <w:tbl>
      <w:tblPr>
        <w:tblW w:w="3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3"/>
        <w:gridCol w:w="1115"/>
        <w:gridCol w:w="1115"/>
      </w:tblGrid>
      <w:tr w:rsidR="00D92A85" w:rsidRPr="00D92A85" w14:paraId="737B9542" w14:textId="77777777" w:rsidTr="002A5B47">
        <w:trPr>
          <w:trHeight w:val="210"/>
          <w:jc w:val="center"/>
        </w:trPr>
        <w:tc>
          <w:tcPr>
            <w:tcW w:w="1113" w:type="dxa"/>
          </w:tcPr>
          <w:p w14:paraId="27FF189B" w14:textId="77777777" w:rsidR="00D92A85" w:rsidRPr="00D92A85" w:rsidRDefault="00D92A85" w:rsidP="00D92A85">
            <w:pPr>
              <w:spacing w:after="0" w:line="240" w:lineRule="auto"/>
              <w:rPr>
                <w:rFonts w:ascii="Times New Roman" w:hAnsi="Times New Roman" w:cs="Times New Roman"/>
                <w:sz w:val="20"/>
                <w:szCs w:val="20"/>
              </w:rPr>
            </w:pPr>
          </w:p>
        </w:tc>
        <w:tc>
          <w:tcPr>
            <w:tcW w:w="2230" w:type="dxa"/>
            <w:gridSpan w:val="2"/>
          </w:tcPr>
          <w:p w14:paraId="005FBA5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Reference</w:t>
            </w:r>
          </w:p>
        </w:tc>
      </w:tr>
      <w:tr w:rsidR="00D92A85" w:rsidRPr="00D92A85" w14:paraId="506B59BD" w14:textId="77777777" w:rsidTr="002A5B47">
        <w:trPr>
          <w:trHeight w:val="210"/>
          <w:jc w:val="center"/>
        </w:trPr>
        <w:tc>
          <w:tcPr>
            <w:tcW w:w="1113" w:type="dxa"/>
          </w:tcPr>
          <w:p w14:paraId="6719EB0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Prediction</w:t>
            </w:r>
          </w:p>
        </w:tc>
        <w:tc>
          <w:tcPr>
            <w:tcW w:w="1115" w:type="dxa"/>
          </w:tcPr>
          <w:p w14:paraId="685A62E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115" w:type="dxa"/>
          </w:tcPr>
          <w:p w14:paraId="6E911F5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r>
      <w:tr w:rsidR="00D92A85" w:rsidRPr="00D92A85" w14:paraId="4A297BE0" w14:textId="77777777" w:rsidTr="002A5B47">
        <w:trPr>
          <w:trHeight w:val="220"/>
          <w:jc w:val="center"/>
        </w:trPr>
        <w:tc>
          <w:tcPr>
            <w:tcW w:w="1113" w:type="dxa"/>
          </w:tcPr>
          <w:p w14:paraId="415E967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115" w:type="dxa"/>
            <w:vAlign w:val="bottom"/>
          </w:tcPr>
          <w:p w14:paraId="64BFB8F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6971</w:t>
            </w:r>
          </w:p>
        </w:tc>
        <w:tc>
          <w:tcPr>
            <w:tcW w:w="1115" w:type="dxa"/>
            <w:vAlign w:val="bottom"/>
          </w:tcPr>
          <w:p w14:paraId="2A278BC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1054</w:t>
            </w:r>
          </w:p>
        </w:tc>
      </w:tr>
      <w:tr w:rsidR="00D92A85" w:rsidRPr="00D92A85" w14:paraId="39CC6F73" w14:textId="77777777" w:rsidTr="002A5B47">
        <w:trPr>
          <w:trHeight w:val="200"/>
          <w:jc w:val="center"/>
        </w:trPr>
        <w:tc>
          <w:tcPr>
            <w:tcW w:w="1113" w:type="dxa"/>
          </w:tcPr>
          <w:p w14:paraId="3482178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1115" w:type="dxa"/>
            <w:vAlign w:val="bottom"/>
          </w:tcPr>
          <w:p w14:paraId="7DCD064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1007</w:t>
            </w:r>
          </w:p>
        </w:tc>
        <w:tc>
          <w:tcPr>
            <w:tcW w:w="1115" w:type="dxa"/>
            <w:vAlign w:val="bottom"/>
          </w:tcPr>
          <w:p w14:paraId="3D77D8F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2843</w:t>
            </w:r>
          </w:p>
        </w:tc>
      </w:tr>
    </w:tbl>
    <w:p w14:paraId="7CFACCF2" w14:textId="07B031BE" w:rsidR="00B84128" w:rsidRPr="005E2F5A" w:rsidRDefault="00B84128" w:rsidP="00FA321D">
      <w:pPr>
        <w:spacing w:after="0" w:line="240" w:lineRule="auto"/>
        <w:rPr>
          <w:rFonts w:ascii="Times New Roman" w:hAnsi="Times New Roman" w:cs="Times New Roman"/>
        </w:rPr>
      </w:pPr>
    </w:p>
    <w:p w14:paraId="0DA8E16D" w14:textId="3D6C22F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S1</w:t>
      </w:r>
      <w:r w:rsidR="0096040D">
        <w:rPr>
          <w:rFonts w:ascii="Times New Roman" w:hAnsi="Times New Roman" w:cs="Times New Roman"/>
          <w:b/>
          <w:sz w:val="20"/>
          <w:szCs w:val="20"/>
        </w:rPr>
        <w:t>1</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rPr>
        <w:t>Random Forest Testing Model</w:t>
      </w:r>
      <w:r w:rsidRPr="00D92A85">
        <w:rPr>
          <w:rFonts w:ascii="Times New Roman" w:hAnsi="Times New Roman" w:cs="Times New Roman"/>
          <w:b/>
          <w:sz w:val="20"/>
          <w:szCs w:val="20"/>
        </w:rPr>
        <w:t xml:space="preserve"> Overall </w:t>
      </w:r>
      <w:r w:rsidRPr="00D92A85">
        <w:rPr>
          <w:rFonts w:ascii="Times New Roman" w:hAnsi="Times New Roman" w:cs="Times New Roman"/>
          <w:sz w:val="20"/>
          <w:szCs w:val="20"/>
        </w:rPr>
        <w:t>Statistic [Binary]</w:t>
      </w:r>
    </w:p>
    <w:p w14:paraId="464536B9" w14:textId="77FA6AF6" w:rsidR="00B84128" w:rsidRPr="005E2F5A" w:rsidRDefault="00B84128" w:rsidP="00FA321D">
      <w:pPr>
        <w:spacing w:after="0" w:line="240" w:lineRule="auto"/>
        <w:rPr>
          <w:rFonts w:ascii="Times New Roman" w:hAnsi="Times New Roman" w:cs="Times New Roman"/>
        </w:rPr>
      </w:pPr>
    </w:p>
    <w:tbl>
      <w:tblPr>
        <w:tblW w:w="6343" w:type="dxa"/>
        <w:jc w:val="center"/>
        <w:tblLook w:val="04A0" w:firstRow="1" w:lastRow="0" w:firstColumn="1" w:lastColumn="0" w:noHBand="0" w:noVBand="1"/>
      </w:tblPr>
      <w:tblGrid>
        <w:gridCol w:w="1624"/>
        <w:gridCol w:w="1196"/>
        <w:gridCol w:w="1118"/>
        <w:gridCol w:w="1118"/>
        <w:gridCol w:w="1287"/>
      </w:tblGrid>
      <w:tr w:rsidR="00D92A85" w:rsidRPr="00D92A85" w14:paraId="36ADC993" w14:textId="77777777" w:rsidTr="002A5B47">
        <w:trPr>
          <w:trHeight w:val="264"/>
          <w:jc w:val="center"/>
        </w:trPr>
        <w:tc>
          <w:tcPr>
            <w:tcW w:w="1624" w:type="dxa"/>
            <w:tcBorders>
              <w:top w:val="single" w:sz="4" w:space="0" w:color="auto"/>
              <w:left w:val="single" w:sz="4" w:space="0" w:color="auto"/>
              <w:bottom w:val="single" w:sz="4" w:space="0" w:color="auto"/>
              <w:right w:val="single" w:sz="4" w:space="0" w:color="auto"/>
            </w:tcBorders>
            <w:noWrap/>
            <w:vAlign w:val="bottom"/>
          </w:tcPr>
          <w:p w14:paraId="4CE73115" w14:textId="38D08530"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b/>
                <w:bCs/>
                <w:sz w:val="20"/>
                <w:szCs w:val="20"/>
                <w:lang w:val="en-IN"/>
              </w:rPr>
              <w:t>Model</w:t>
            </w:r>
          </w:p>
        </w:tc>
        <w:tc>
          <w:tcPr>
            <w:tcW w:w="1196" w:type="dxa"/>
            <w:tcBorders>
              <w:top w:val="single" w:sz="4" w:space="0" w:color="auto"/>
              <w:left w:val="nil"/>
              <w:bottom w:val="single" w:sz="4" w:space="0" w:color="auto"/>
              <w:right w:val="single" w:sz="4" w:space="0" w:color="auto"/>
            </w:tcBorders>
            <w:noWrap/>
            <w:vAlign w:val="bottom"/>
          </w:tcPr>
          <w:p w14:paraId="5C52C07A"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b/>
                <w:bCs/>
                <w:sz w:val="20"/>
                <w:szCs w:val="20"/>
                <w:lang w:val="en-IN"/>
              </w:rPr>
              <w:t>Accuracy</w:t>
            </w:r>
          </w:p>
        </w:tc>
        <w:tc>
          <w:tcPr>
            <w:tcW w:w="1118" w:type="dxa"/>
            <w:tcBorders>
              <w:top w:val="single" w:sz="4" w:space="0" w:color="auto"/>
              <w:left w:val="nil"/>
              <w:bottom w:val="single" w:sz="4" w:space="0" w:color="auto"/>
              <w:right w:val="single" w:sz="4" w:space="0" w:color="auto"/>
            </w:tcBorders>
            <w:noWrap/>
            <w:vAlign w:val="bottom"/>
          </w:tcPr>
          <w:p w14:paraId="6DAEFDF5"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b/>
                <w:bCs/>
                <w:sz w:val="20"/>
                <w:szCs w:val="20"/>
                <w:lang w:val="en-IN"/>
              </w:rPr>
              <w:t>Kappa</w:t>
            </w:r>
          </w:p>
        </w:tc>
        <w:tc>
          <w:tcPr>
            <w:tcW w:w="1118" w:type="dxa"/>
            <w:tcBorders>
              <w:top w:val="single" w:sz="4" w:space="0" w:color="auto"/>
              <w:left w:val="nil"/>
              <w:bottom w:val="single" w:sz="4" w:space="0" w:color="auto"/>
              <w:right w:val="single" w:sz="4" w:space="0" w:color="auto"/>
            </w:tcBorders>
            <w:noWrap/>
            <w:vAlign w:val="bottom"/>
          </w:tcPr>
          <w:p w14:paraId="6D518096"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b/>
                <w:bCs/>
                <w:sz w:val="20"/>
                <w:szCs w:val="20"/>
                <w:lang w:val="en-IN"/>
              </w:rPr>
              <w:t>MCC</w:t>
            </w:r>
          </w:p>
        </w:tc>
        <w:tc>
          <w:tcPr>
            <w:tcW w:w="1287" w:type="dxa"/>
            <w:tcBorders>
              <w:top w:val="single" w:sz="4" w:space="0" w:color="auto"/>
              <w:left w:val="nil"/>
              <w:bottom w:val="single" w:sz="4" w:space="0" w:color="auto"/>
              <w:right w:val="single" w:sz="4" w:space="0" w:color="auto"/>
            </w:tcBorders>
            <w:noWrap/>
            <w:vAlign w:val="bottom"/>
          </w:tcPr>
          <w:p w14:paraId="6ABED993"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b/>
                <w:bCs/>
                <w:sz w:val="20"/>
                <w:szCs w:val="20"/>
                <w:lang w:val="en-IN"/>
              </w:rPr>
              <w:t>F1_Macro</w:t>
            </w:r>
          </w:p>
        </w:tc>
      </w:tr>
      <w:tr w:rsidR="00D92A85" w:rsidRPr="00D92A85" w14:paraId="47FBDC26" w14:textId="77777777" w:rsidTr="002A5B47">
        <w:trPr>
          <w:trHeight w:val="264"/>
          <w:jc w:val="center"/>
        </w:trPr>
        <w:tc>
          <w:tcPr>
            <w:tcW w:w="1624" w:type="dxa"/>
            <w:tcBorders>
              <w:top w:val="single" w:sz="4" w:space="0" w:color="auto"/>
              <w:left w:val="single" w:sz="4" w:space="0" w:color="auto"/>
              <w:bottom w:val="single" w:sz="4" w:space="0" w:color="auto"/>
              <w:right w:val="single" w:sz="4" w:space="0" w:color="auto"/>
            </w:tcBorders>
            <w:noWrap/>
            <w:vAlign w:val="bottom"/>
            <w:hideMark/>
          </w:tcPr>
          <w:p w14:paraId="441AD8D4" w14:textId="4B703299"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Random Forest</w:t>
            </w:r>
          </w:p>
        </w:tc>
        <w:tc>
          <w:tcPr>
            <w:tcW w:w="1196" w:type="dxa"/>
            <w:tcBorders>
              <w:top w:val="single" w:sz="4" w:space="0" w:color="auto"/>
              <w:left w:val="nil"/>
              <w:bottom w:val="single" w:sz="4" w:space="0" w:color="auto"/>
              <w:right w:val="single" w:sz="4" w:space="0" w:color="auto"/>
            </w:tcBorders>
            <w:noWrap/>
            <w:vAlign w:val="bottom"/>
            <w:hideMark/>
          </w:tcPr>
          <w:p w14:paraId="54FD2158"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0.826</w:t>
            </w:r>
          </w:p>
        </w:tc>
        <w:tc>
          <w:tcPr>
            <w:tcW w:w="1118" w:type="dxa"/>
            <w:tcBorders>
              <w:top w:val="single" w:sz="4" w:space="0" w:color="auto"/>
              <w:left w:val="nil"/>
              <w:bottom w:val="single" w:sz="4" w:space="0" w:color="auto"/>
              <w:right w:val="single" w:sz="4" w:space="0" w:color="auto"/>
            </w:tcBorders>
            <w:noWrap/>
            <w:vAlign w:val="bottom"/>
            <w:hideMark/>
          </w:tcPr>
          <w:p w14:paraId="0DF50F21"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0.605</w:t>
            </w:r>
          </w:p>
        </w:tc>
        <w:tc>
          <w:tcPr>
            <w:tcW w:w="1118" w:type="dxa"/>
            <w:tcBorders>
              <w:top w:val="single" w:sz="4" w:space="0" w:color="auto"/>
              <w:left w:val="nil"/>
              <w:bottom w:val="single" w:sz="4" w:space="0" w:color="auto"/>
              <w:right w:val="single" w:sz="4" w:space="0" w:color="auto"/>
            </w:tcBorders>
            <w:noWrap/>
            <w:vAlign w:val="bottom"/>
            <w:hideMark/>
          </w:tcPr>
          <w:p w14:paraId="0D521685"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0.605</w:t>
            </w:r>
          </w:p>
        </w:tc>
        <w:tc>
          <w:tcPr>
            <w:tcW w:w="1287" w:type="dxa"/>
            <w:tcBorders>
              <w:top w:val="single" w:sz="4" w:space="0" w:color="auto"/>
              <w:left w:val="nil"/>
              <w:bottom w:val="single" w:sz="4" w:space="0" w:color="auto"/>
              <w:right w:val="single" w:sz="4" w:space="0" w:color="auto"/>
            </w:tcBorders>
            <w:noWrap/>
            <w:vAlign w:val="bottom"/>
            <w:hideMark/>
          </w:tcPr>
          <w:p w14:paraId="2136A244"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0.803</w:t>
            </w:r>
          </w:p>
        </w:tc>
      </w:tr>
    </w:tbl>
    <w:p w14:paraId="0BF92060" w14:textId="1137E8C3" w:rsidR="00B84128" w:rsidRPr="005E2F5A" w:rsidRDefault="00B84128" w:rsidP="00FA321D">
      <w:pPr>
        <w:spacing w:after="0" w:line="240" w:lineRule="auto"/>
        <w:rPr>
          <w:rFonts w:ascii="Times New Roman" w:hAnsi="Times New Roman" w:cs="Times New Roman"/>
        </w:rPr>
      </w:pPr>
    </w:p>
    <w:p w14:paraId="48CCED6C" w14:textId="4E2BC370" w:rsidR="00B84128" w:rsidRPr="00D92A85" w:rsidRDefault="00D92A85" w:rsidP="00FA321D">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S1</w:t>
      </w:r>
      <w:r w:rsidR="0096040D">
        <w:rPr>
          <w:rFonts w:ascii="Times New Roman" w:hAnsi="Times New Roman" w:cs="Times New Roman"/>
          <w:b/>
          <w:sz w:val="20"/>
          <w:szCs w:val="20"/>
        </w:rPr>
        <w:t>2</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XGboost</w:t>
      </w:r>
      <w:r w:rsidRPr="00D92A85">
        <w:rPr>
          <w:rFonts w:ascii="Times New Roman" w:hAnsi="Times New Roman" w:cs="Times New Roman"/>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 xml:space="preserve">Confusion Matrix </w:t>
      </w:r>
      <w:r w:rsidRPr="00D92A85">
        <w:rPr>
          <w:rFonts w:ascii="Times New Roman" w:hAnsi="Times New Roman" w:cs="Times New Roman"/>
          <w:bCs/>
          <w:sz w:val="20"/>
          <w:szCs w:val="20"/>
        </w:rPr>
        <w:t>and Overall</w:t>
      </w:r>
      <w:r w:rsidRPr="00D92A85">
        <w:rPr>
          <w:rFonts w:ascii="Times New Roman" w:hAnsi="Times New Roman" w:cs="Times New Roman"/>
          <w:sz w:val="20"/>
          <w:szCs w:val="20"/>
        </w:rPr>
        <w:t xml:space="preserve"> Statistic [Eight Classes]</w:t>
      </w:r>
    </w:p>
    <w:p w14:paraId="15C04026" w14:textId="77777777" w:rsidR="00B84128" w:rsidRPr="005E2F5A" w:rsidRDefault="00B84128" w:rsidP="00FA321D">
      <w:pPr>
        <w:spacing w:after="0" w:line="240" w:lineRule="auto"/>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09"/>
        <w:gridCol w:w="567"/>
        <w:gridCol w:w="567"/>
        <w:gridCol w:w="634"/>
        <w:gridCol w:w="516"/>
        <w:gridCol w:w="567"/>
        <w:gridCol w:w="567"/>
        <w:gridCol w:w="551"/>
        <w:gridCol w:w="1434"/>
        <w:gridCol w:w="834"/>
      </w:tblGrid>
      <w:tr w:rsidR="00D92A85" w:rsidRPr="00D92A85" w14:paraId="470F4DE2" w14:textId="77777777" w:rsidTr="002A5B47">
        <w:trPr>
          <w:trHeight w:val="251"/>
          <w:jc w:val="center"/>
        </w:trPr>
        <w:tc>
          <w:tcPr>
            <w:tcW w:w="1129" w:type="dxa"/>
          </w:tcPr>
          <w:p w14:paraId="199005D3" w14:textId="77777777" w:rsidR="00D92A85" w:rsidRPr="00D92A85" w:rsidRDefault="00D92A85" w:rsidP="00D92A85">
            <w:pPr>
              <w:spacing w:after="0" w:line="240" w:lineRule="auto"/>
              <w:rPr>
                <w:rFonts w:ascii="Times New Roman" w:hAnsi="Times New Roman" w:cs="Times New Roman"/>
                <w:sz w:val="20"/>
                <w:szCs w:val="20"/>
              </w:rPr>
            </w:pPr>
          </w:p>
        </w:tc>
        <w:tc>
          <w:tcPr>
            <w:tcW w:w="4678" w:type="dxa"/>
            <w:gridSpan w:val="8"/>
          </w:tcPr>
          <w:p w14:paraId="453C2BF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Reference</w:t>
            </w:r>
          </w:p>
        </w:tc>
        <w:tc>
          <w:tcPr>
            <w:tcW w:w="2268" w:type="dxa"/>
            <w:gridSpan w:val="2"/>
          </w:tcPr>
          <w:p w14:paraId="306FAB6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Overall Statistic</w:t>
            </w:r>
          </w:p>
        </w:tc>
      </w:tr>
      <w:tr w:rsidR="00D92A85" w:rsidRPr="00D92A85" w14:paraId="4017D3F5" w14:textId="77777777" w:rsidTr="002A5B47">
        <w:trPr>
          <w:trHeight w:val="194"/>
          <w:jc w:val="center"/>
        </w:trPr>
        <w:tc>
          <w:tcPr>
            <w:tcW w:w="1129" w:type="dxa"/>
          </w:tcPr>
          <w:p w14:paraId="312BAB2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Prediction</w:t>
            </w:r>
          </w:p>
        </w:tc>
        <w:tc>
          <w:tcPr>
            <w:tcW w:w="709" w:type="dxa"/>
          </w:tcPr>
          <w:p w14:paraId="7352892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567" w:type="dxa"/>
          </w:tcPr>
          <w:p w14:paraId="40658D8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567" w:type="dxa"/>
          </w:tcPr>
          <w:p w14:paraId="12F2D8B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c>
          <w:tcPr>
            <w:tcW w:w="634" w:type="dxa"/>
          </w:tcPr>
          <w:p w14:paraId="096FF30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w:t>
            </w:r>
          </w:p>
        </w:tc>
        <w:tc>
          <w:tcPr>
            <w:tcW w:w="516" w:type="dxa"/>
          </w:tcPr>
          <w:p w14:paraId="26CBA05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w:t>
            </w:r>
          </w:p>
        </w:tc>
        <w:tc>
          <w:tcPr>
            <w:tcW w:w="567" w:type="dxa"/>
          </w:tcPr>
          <w:p w14:paraId="6CD253E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w:t>
            </w:r>
          </w:p>
        </w:tc>
        <w:tc>
          <w:tcPr>
            <w:tcW w:w="567" w:type="dxa"/>
          </w:tcPr>
          <w:p w14:paraId="5BE90D1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w:t>
            </w:r>
          </w:p>
        </w:tc>
        <w:tc>
          <w:tcPr>
            <w:tcW w:w="551" w:type="dxa"/>
          </w:tcPr>
          <w:p w14:paraId="16A845A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1434" w:type="dxa"/>
            <w:vAlign w:val="center"/>
          </w:tcPr>
          <w:p w14:paraId="5084319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Accuracy</w:t>
            </w:r>
          </w:p>
        </w:tc>
        <w:tc>
          <w:tcPr>
            <w:tcW w:w="834" w:type="dxa"/>
            <w:vAlign w:val="bottom"/>
          </w:tcPr>
          <w:p w14:paraId="7A70451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0.541</w:t>
            </w:r>
          </w:p>
        </w:tc>
      </w:tr>
      <w:tr w:rsidR="00D92A85" w:rsidRPr="00D92A85" w14:paraId="72D2B3C1" w14:textId="77777777" w:rsidTr="002A5B47">
        <w:trPr>
          <w:trHeight w:val="203"/>
          <w:jc w:val="center"/>
        </w:trPr>
        <w:tc>
          <w:tcPr>
            <w:tcW w:w="1129" w:type="dxa"/>
          </w:tcPr>
          <w:p w14:paraId="6D2B2BD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709" w:type="dxa"/>
            <w:vAlign w:val="bottom"/>
          </w:tcPr>
          <w:p w14:paraId="2C3E3FD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314</w:t>
            </w:r>
          </w:p>
        </w:tc>
        <w:tc>
          <w:tcPr>
            <w:tcW w:w="567" w:type="dxa"/>
            <w:vAlign w:val="bottom"/>
          </w:tcPr>
          <w:p w14:paraId="6B23AF1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183</w:t>
            </w:r>
          </w:p>
        </w:tc>
        <w:tc>
          <w:tcPr>
            <w:tcW w:w="567" w:type="dxa"/>
            <w:vAlign w:val="bottom"/>
          </w:tcPr>
          <w:p w14:paraId="5301B21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634" w:type="dxa"/>
            <w:vAlign w:val="bottom"/>
          </w:tcPr>
          <w:p w14:paraId="031B06F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12</w:t>
            </w:r>
          </w:p>
        </w:tc>
        <w:tc>
          <w:tcPr>
            <w:tcW w:w="516" w:type="dxa"/>
            <w:vAlign w:val="bottom"/>
          </w:tcPr>
          <w:p w14:paraId="3EE5D71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55</w:t>
            </w:r>
          </w:p>
        </w:tc>
        <w:tc>
          <w:tcPr>
            <w:tcW w:w="567" w:type="dxa"/>
            <w:vAlign w:val="bottom"/>
          </w:tcPr>
          <w:p w14:paraId="1279662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113</w:t>
            </w:r>
          </w:p>
        </w:tc>
        <w:tc>
          <w:tcPr>
            <w:tcW w:w="567" w:type="dxa"/>
            <w:vAlign w:val="bottom"/>
          </w:tcPr>
          <w:p w14:paraId="565093A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39</w:t>
            </w:r>
          </w:p>
        </w:tc>
        <w:tc>
          <w:tcPr>
            <w:tcW w:w="551" w:type="dxa"/>
            <w:vAlign w:val="bottom"/>
          </w:tcPr>
          <w:p w14:paraId="6C3D2AF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18</w:t>
            </w:r>
          </w:p>
        </w:tc>
        <w:tc>
          <w:tcPr>
            <w:tcW w:w="1434" w:type="dxa"/>
            <w:vAlign w:val="bottom"/>
          </w:tcPr>
          <w:p w14:paraId="01A5E92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Precision/Recall</w:t>
            </w:r>
          </w:p>
        </w:tc>
        <w:tc>
          <w:tcPr>
            <w:tcW w:w="834" w:type="dxa"/>
            <w:vAlign w:val="bottom"/>
          </w:tcPr>
          <w:p w14:paraId="54EF13A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0.541</w:t>
            </w:r>
          </w:p>
        </w:tc>
      </w:tr>
      <w:tr w:rsidR="00D92A85" w:rsidRPr="00D92A85" w14:paraId="66E287E1" w14:textId="77777777" w:rsidTr="002A5B47">
        <w:trPr>
          <w:trHeight w:val="185"/>
          <w:jc w:val="center"/>
        </w:trPr>
        <w:tc>
          <w:tcPr>
            <w:tcW w:w="1129" w:type="dxa"/>
          </w:tcPr>
          <w:p w14:paraId="1846EB9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709" w:type="dxa"/>
            <w:vAlign w:val="bottom"/>
          </w:tcPr>
          <w:p w14:paraId="73C9296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191</w:t>
            </w:r>
          </w:p>
        </w:tc>
        <w:tc>
          <w:tcPr>
            <w:tcW w:w="567" w:type="dxa"/>
            <w:vAlign w:val="bottom"/>
          </w:tcPr>
          <w:p w14:paraId="0746C9B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345</w:t>
            </w:r>
          </w:p>
        </w:tc>
        <w:tc>
          <w:tcPr>
            <w:tcW w:w="567" w:type="dxa"/>
            <w:vAlign w:val="bottom"/>
          </w:tcPr>
          <w:p w14:paraId="41B5FF7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634" w:type="dxa"/>
            <w:vAlign w:val="bottom"/>
          </w:tcPr>
          <w:p w14:paraId="7E15A38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w:t>
            </w:r>
          </w:p>
        </w:tc>
        <w:tc>
          <w:tcPr>
            <w:tcW w:w="516" w:type="dxa"/>
            <w:vAlign w:val="bottom"/>
          </w:tcPr>
          <w:p w14:paraId="1F309B6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109</w:t>
            </w:r>
          </w:p>
        </w:tc>
        <w:tc>
          <w:tcPr>
            <w:tcW w:w="567" w:type="dxa"/>
            <w:vAlign w:val="bottom"/>
          </w:tcPr>
          <w:p w14:paraId="26C6EBB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79</w:t>
            </w:r>
          </w:p>
        </w:tc>
        <w:tc>
          <w:tcPr>
            <w:tcW w:w="567" w:type="dxa"/>
            <w:vAlign w:val="bottom"/>
          </w:tcPr>
          <w:p w14:paraId="384E1D9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28</w:t>
            </w:r>
          </w:p>
        </w:tc>
        <w:tc>
          <w:tcPr>
            <w:tcW w:w="551" w:type="dxa"/>
            <w:vAlign w:val="bottom"/>
          </w:tcPr>
          <w:p w14:paraId="27D19CE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w:t>
            </w:r>
          </w:p>
        </w:tc>
        <w:tc>
          <w:tcPr>
            <w:tcW w:w="1434" w:type="dxa"/>
            <w:vAlign w:val="bottom"/>
          </w:tcPr>
          <w:p w14:paraId="2F7CC6C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F1-Score</w:t>
            </w:r>
          </w:p>
        </w:tc>
        <w:tc>
          <w:tcPr>
            <w:tcW w:w="834" w:type="dxa"/>
            <w:vAlign w:val="bottom"/>
          </w:tcPr>
          <w:p w14:paraId="60E25BA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0.391</w:t>
            </w:r>
          </w:p>
        </w:tc>
      </w:tr>
      <w:tr w:rsidR="00D92A85" w:rsidRPr="00D92A85" w14:paraId="082064B1" w14:textId="77777777" w:rsidTr="002A5B47">
        <w:trPr>
          <w:trHeight w:val="251"/>
          <w:jc w:val="center"/>
        </w:trPr>
        <w:tc>
          <w:tcPr>
            <w:tcW w:w="1129" w:type="dxa"/>
          </w:tcPr>
          <w:p w14:paraId="1B83B2C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c>
          <w:tcPr>
            <w:tcW w:w="709" w:type="dxa"/>
            <w:vAlign w:val="bottom"/>
          </w:tcPr>
          <w:p w14:paraId="266D852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w:t>
            </w:r>
          </w:p>
        </w:tc>
        <w:tc>
          <w:tcPr>
            <w:tcW w:w="567" w:type="dxa"/>
            <w:vAlign w:val="bottom"/>
          </w:tcPr>
          <w:p w14:paraId="529A30B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w:t>
            </w:r>
          </w:p>
        </w:tc>
        <w:tc>
          <w:tcPr>
            <w:tcW w:w="567" w:type="dxa"/>
            <w:vAlign w:val="bottom"/>
          </w:tcPr>
          <w:p w14:paraId="004BA68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13</w:t>
            </w:r>
          </w:p>
        </w:tc>
        <w:tc>
          <w:tcPr>
            <w:tcW w:w="634" w:type="dxa"/>
            <w:vAlign w:val="bottom"/>
          </w:tcPr>
          <w:p w14:paraId="713FB4B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516" w:type="dxa"/>
            <w:vAlign w:val="bottom"/>
          </w:tcPr>
          <w:p w14:paraId="3405F65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15</w:t>
            </w:r>
          </w:p>
        </w:tc>
        <w:tc>
          <w:tcPr>
            <w:tcW w:w="567" w:type="dxa"/>
            <w:vAlign w:val="bottom"/>
          </w:tcPr>
          <w:p w14:paraId="63C7CEC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567" w:type="dxa"/>
            <w:vAlign w:val="bottom"/>
          </w:tcPr>
          <w:p w14:paraId="035589F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w:t>
            </w:r>
          </w:p>
        </w:tc>
        <w:tc>
          <w:tcPr>
            <w:tcW w:w="551" w:type="dxa"/>
            <w:vAlign w:val="bottom"/>
          </w:tcPr>
          <w:p w14:paraId="039A3CA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434" w:type="dxa"/>
            <w:vAlign w:val="bottom"/>
          </w:tcPr>
          <w:p w14:paraId="4F163C9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MCC</w:t>
            </w:r>
          </w:p>
        </w:tc>
        <w:tc>
          <w:tcPr>
            <w:tcW w:w="834" w:type="dxa"/>
            <w:vAlign w:val="bottom"/>
          </w:tcPr>
          <w:p w14:paraId="231F703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0.415</w:t>
            </w:r>
          </w:p>
        </w:tc>
      </w:tr>
      <w:tr w:rsidR="00D92A85" w:rsidRPr="00D92A85" w14:paraId="49C0AD57" w14:textId="77777777" w:rsidTr="002A5B47">
        <w:trPr>
          <w:trHeight w:val="251"/>
          <w:jc w:val="center"/>
        </w:trPr>
        <w:tc>
          <w:tcPr>
            <w:tcW w:w="1129" w:type="dxa"/>
          </w:tcPr>
          <w:p w14:paraId="5DC3A00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w:t>
            </w:r>
          </w:p>
        </w:tc>
        <w:tc>
          <w:tcPr>
            <w:tcW w:w="709" w:type="dxa"/>
            <w:vAlign w:val="bottom"/>
          </w:tcPr>
          <w:p w14:paraId="34E03D6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16</w:t>
            </w:r>
          </w:p>
        </w:tc>
        <w:tc>
          <w:tcPr>
            <w:tcW w:w="567" w:type="dxa"/>
            <w:vAlign w:val="bottom"/>
          </w:tcPr>
          <w:p w14:paraId="19A0B67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16</w:t>
            </w:r>
          </w:p>
        </w:tc>
        <w:tc>
          <w:tcPr>
            <w:tcW w:w="567" w:type="dxa"/>
            <w:vAlign w:val="bottom"/>
          </w:tcPr>
          <w:p w14:paraId="4583E9F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12</w:t>
            </w:r>
          </w:p>
        </w:tc>
        <w:tc>
          <w:tcPr>
            <w:tcW w:w="634" w:type="dxa"/>
            <w:vAlign w:val="bottom"/>
          </w:tcPr>
          <w:p w14:paraId="70B3653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49</w:t>
            </w:r>
          </w:p>
        </w:tc>
        <w:tc>
          <w:tcPr>
            <w:tcW w:w="516" w:type="dxa"/>
            <w:vAlign w:val="bottom"/>
          </w:tcPr>
          <w:p w14:paraId="2D3E1F6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567" w:type="dxa"/>
            <w:vAlign w:val="bottom"/>
          </w:tcPr>
          <w:p w14:paraId="4347B68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32</w:t>
            </w:r>
          </w:p>
        </w:tc>
        <w:tc>
          <w:tcPr>
            <w:tcW w:w="567" w:type="dxa"/>
            <w:vAlign w:val="bottom"/>
          </w:tcPr>
          <w:p w14:paraId="3131C8B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15</w:t>
            </w:r>
          </w:p>
        </w:tc>
        <w:tc>
          <w:tcPr>
            <w:tcW w:w="551" w:type="dxa"/>
            <w:vAlign w:val="bottom"/>
          </w:tcPr>
          <w:p w14:paraId="5DEDB10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22</w:t>
            </w:r>
          </w:p>
        </w:tc>
        <w:tc>
          <w:tcPr>
            <w:tcW w:w="1434" w:type="dxa"/>
            <w:vAlign w:val="bottom"/>
          </w:tcPr>
          <w:p w14:paraId="02AD3B4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Kappa</w:t>
            </w:r>
          </w:p>
        </w:tc>
        <w:tc>
          <w:tcPr>
            <w:tcW w:w="834" w:type="dxa"/>
            <w:vAlign w:val="bottom"/>
          </w:tcPr>
          <w:p w14:paraId="4AC6DAB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0.409</w:t>
            </w:r>
          </w:p>
        </w:tc>
      </w:tr>
      <w:tr w:rsidR="00D92A85" w:rsidRPr="00D92A85" w14:paraId="3D57DBA7" w14:textId="77777777" w:rsidTr="002A5B47">
        <w:trPr>
          <w:trHeight w:val="243"/>
          <w:jc w:val="center"/>
        </w:trPr>
        <w:tc>
          <w:tcPr>
            <w:tcW w:w="1129" w:type="dxa"/>
          </w:tcPr>
          <w:p w14:paraId="7FC6C8C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w:t>
            </w:r>
          </w:p>
        </w:tc>
        <w:tc>
          <w:tcPr>
            <w:tcW w:w="709" w:type="dxa"/>
            <w:vAlign w:val="bottom"/>
          </w:tcPr>
          <w:p w14:paraId="08127DC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120</w:t>
            </w:r>
          </w:p>
        </w:tc>
        <w:tc>
          <w:tcPr>
            <w:tcW w:w="567" w:type="dxa"/>
            <w:vAlign w:val="bottom"/>
          </w:tcPr>
          <w:p w14:paraId="486EEC6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151</w:t>
            </w:r>
          </w:p>
        </w:tc>
        <w:tc>
          <w:tcPr>
            <w:tcW w:w="567" w:type="dxa"/>
            <w:vAlign w:val="bottom"/>
          </w:tcPr>
          <w:p w14:paraId="62708B2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51</w:t>
            </w:r>
          </w:p>
        </w:tc>
        <w:tc>
          <w:tcPr>
            <w:tcW w:w="634" w:type="dxa"/>
            <w:vAlign w:val="bottom"/>
          </w:tcPr>
          <w:p w14:paraId="12973F8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w:t>
            </w:r>
          </w:p>
        </w:tc>
        <w:tc>
          <w:tcPr>
            <w:tcW w:w="516" w:type="dxa"/>
            <w:vAlign w:val="bottom"/>
          </w:tcPr>
          <w:p w14:paraId="4F6D924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545</w:t>
            </w:r>
          </w:p>
        </w:tc>
        <w:tc>
          <w:tcPr>
            <w:tcW w:w="567" w:type="dxa"/>
            <w:vAlign w:val="bottom"/>
          </w:tcPr>
          <w:p w14:paraId="3992C03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97</w:t>
            </w:r>
          </w:p>
        </w:tc>
        <w:tc>
          <w:tcPr>
            <w:tcW w:w="567" w:type="dxa"/>
            <w:vAlign w:val="bottom"/>
          </w:tcPr>
          <w:p w14:paraId="4DE587F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w:t>
            </w:r>
          </w:p>
        </w:tc>
        <w:tc>
          <w:tcPr>
            <w:tcW w:w="551" w:type="dxa"/>
            <w:vAlign w:val="bottom"/>
          </w:tcPr>
          <w:p w14:paraId="799E54E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w:t>
            </w:r>
          </w:p>
        </w:tc>
        <w:tc>
          <w:tcPr>
            <w:tcW w:w="1434" w:type="dxa"/>
            <w:vAlign w:val="bottom"/>
          </w:tcPr>
          <w:p w14:paraId="4A2C7FB5"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282C0F68" w14:textId="77777777" w:rsidR="00D92A85" w:rsidRPr="00D92A85" w:rsidRDefault="00D92A85" w:rsidP="00D92A85">
            <w:pPr>
              <w:spacing w:after="0" w:line="240" w:lineRule="auto"/>
              <w:rPr>
                <w:rFonts w:ascii="Times New Roman" w:hAnsi="Times New Roman" w:cs="Times New Roman"/>
                <w:sz w:val="20"/>
                <w:szCs w:val="20"/>
              </w:rPr>
            </w:pPr>
          </w:p>
        </w:tc>
      </w:tr>
      <w:tr w:rsidR="00D92A85" w:rsidRPr="00D92A85" w14:paraId="73672F66" w14:textId="77777777" w:rsidTr="002A5B47">
        <w:trPr>
          <w:trHeight w:val="251"/>
          <w:jc w:val="center"/>
        </w:trPr>
        <w:tc>
          <w:tcPr>
            <w:tcW w:w="1129" w:type="dxa"/>
          </w:tcPr>
          <w:p w14:paraId="6E926B7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w:t>
            </w:r>
          </w:p>
        </w:tc>
        <w:tc>
          <w:tcPr>
            <w:tcW w:w="709" w:type="dxa"/>
            <w:vAlign w:val="bottom"/>
          </w:tcPr>
          <w:p w14:paraId="023166E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251</w:t>
            </w:r>
          </w:p>
        </w:tc>
        <w:tc>
          <w:tcPr>
            <w:tcW w:w="567" w:type="dxa"/>
            <w:vAlign w:val="bottom"/>
          </w:tcPr>
          <w:p w14:paraId="3C44BDD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255</w:t>
            </w:r>
          </w:p>
        </w:tc>
        <w:tc>
          <w:tcPr>
            <w:tcW w:w="567" w:type="dxa"/>
            <w:vAlign w:val="bottom"/>
          </w:tcPr>
          <w:p w14:paraId="34340E3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86</w:t>
            </w:r>
          </w:p>
        </w:tc>
        <w:tc>
          <w:tcPr>
            <w:tcW w:w="634" w:type="dxa"/>
            <w:vAlign w:val="bottom"/>
          </w:tcPr>
          <w:p w14:paraId="4C114EE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119</w:t>
            </w:r>
          </w:p>
        </w:tc>
        <w:tc>
          <w:tcPr>
            <w:tcW w:w="516" w:type="dxa"/>
            <w:vAlign w:val="bottom"/>
          </w:tcPr>
          <w:p w14:paraId="4F0D03B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218</w:t>
            </w:r>
          </w:p>
        </w:tc>
        <w:tc>
          <w:tcPr>
            <w:tcW w:w="567" w:type="dxa"/>
            <w:vAlign w:val="bottom"/>
          </w:tcPr>
          <w:p w14:paraId="4154000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1146</w:t>
            </w:r>
          </w:p>
        </w:tc>
        <w:tc>
          <w:tcPr>
            <w:tcW w:w="567" w:type="dxa"/>
            <w:vAlign w:val="bottom"/>
          </w:tcPr>
          <w:p w14:paraId="4E92257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336</w:t>
            </w:r>
          </w:p>
        </w:tc>
        <w:tc>
          <w:tcPr>
            <w:tcW w:w="551" w:type="dxa"/>
            <w:vAlign w:val="bottom"/>
          </w:tcPr>
          <w:p w14:paraId="57B4626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270</w:t>
            </w:r>
          </w:p>
        </w:tc>
        <w:tc>
          <w:tcPr>
            <w:tcW w:w="1434" w:type="dxa"/>
            <w:vAlign w:val="bottom"/>
          </w:tcPr>
          <w:p w14:paraId="3E2F11C2"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2EC9163F" w14:textId="77777777" w:rsidR="00D92A85" w:rsidRPr="00D92A85" w:rsidRDefault="00D92A85" w:rsidP="00D92A85">
            <w:pPr>
              <w:spacing w:after="0" w:line="240" w:lineRule="auto"/>
              <w:rPr>
                <w:rFonts w:ascii="Times New Roman" w:hAnsi="Times New Roman" w:cs="Times New Roman"/>
                <w:sz w:val="20"/>
                <w:szCs w:val="20"/>
              </w:rPr>
            </w:pPr>
          </w:p>
        </w:tc>
      </w:tr>
      <w:tr w:rsidR="00D92A85" w:rsidRPr="00D92A85" w14:paraId="552930D0" w14:textId="77777777" w:rsidTr="002A5B47">
        <w:trPr>
          <w:trHeight w:val="251"/>
          <w:jc w:val="center"/>
        </w:trPr>
        <w:tc>
          <w:tcPr>
            <w:tcW w:w="1129" w:type="dxa"/>
          </w:tcPr>
          <w:p w14:paraId="589244F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w:t>
            </w:r>
          </w:p>
        </w:tc>
        <w:tc>
          <w:tcPr>
            <w:tcW w:w="709" w:type="dxa"/>
            <w:vAlign w:val="bottom"/>
          </w:tcPr>
          <w:p w14:paraId="7E6C29D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96</w:t>
            </w:r>
          </w:p>
        </w:tc>
        <w:tc>
          <w:tcPr>
            <w:tcW w:w="567" w:type="dxa"/>
            <w:vAlign w:val="bottom"/>
          </w:tcPr>
          <w:p w14:paraId="168F12B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109</w:t>
            </w:r>
          </w:p>
        </w:tc>
        <w:tc>
          <w:tcPr>
            <w:tcW w:w="567" w:type="dxa"/>
            <w:vAlign w:val="bottom"/>
          </w:tcPr>
          <w:p w14:paraId="09CD29F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w:t>
            </w:r>
          </w:p>
        </w:tc>
        <w:tc>
          <w:tcPr>
            <w:tcW w:w="634" w:type="dxa"/>
            <w:vAlign w:val="bottom"/>
          </w:tcPr>
          <w:p w14:paraId="1ED04A9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516" w:type="dxa"/>
            <w:vAlign w:val="bottom"/>
          </w:tcPr>
          <w:p w14:paraId="37C961F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44</w:t>
            </w:r>
          </w:p>
        </w:tc>
        <w:tc>
          <w:tcPr>
            <w:tcW w:w="567" w:type="dxa"/>
            <w:vAlign w:val="bottom"/>
          </w:tcPr>
          <w:p w14:paraId="43C0DB0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275</w:t>
            </w:r>
          </w:p>
        </w:tc>
        <w:tc>
          <w:tcPr>
            <w:tcW w:w="567" w:type="dxa"/>
            <w:vAlign w:val="bottom"/>
          </w:tcPr>
          <w:p w14:paraId="58A0B87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591</w:t>
            </w:r>
          </w:p>
        </w:tc>
        <w:tc>
          <w:tcPr>
            <w:tcW w:w="551" w:type="dxa"/>
            <w:vAlign w:val="bottom"/>
          </w:tcPr>
          <w:p w14:paraId="28D1D49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143</w:t>
            </w:r>
          </w:p>
        </w:tc>
        <w:tc>
          <w:tcPr>
            <w:tcW w:w="1434" w:type="dxa"/>
            <w:vAlign w:val="bottom"/>
          </w:tcPr>
          <w:p w14:paraId="14D6A95D"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0A2C00D9" w14:textId="77777777" w:rsidR="00D92A85" w:rsidRPr="00D92A85" w:rsidRDefault="00D92A85" w:rsidP="00D92A85">
            <w:pPr>
              <w:spacing w:after="0" w:line="240" w:lineRule="auto"/>
              <w:rPr>
                <w:rFonts w:ascii="Times New Roman" w:hAnsi="Times New Roman" w:cs="Times New Roman"/>
                <w:sz w:val="20"/>
                <w:szCs w:val="20"/>
              </w:rPr>
            </w:pPr>
          </w:p>
        </w:tc>
      </w:tr>
      <w:tr w:rsidR="00D92A85" w:rsidRPr="00D92A85" w14:paraId="7C2EF451" w14:textId="77777777" w:rsidTr="002A5B47">
        <w:trPr>
          <w:trHeight w:val="275"/>
          <w:jc w:val="center"/>
        </w:trPr>
        <w:tc>
          <w:tcPr>
            <w:tcW w:w="1129" w:type="dxa"/>
          </w:tcPr>
          <w:p w14:paraId="28428D4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709" w:type="dxa"/>
            <w:vAlign w:val="bottom"/>
          </w:tcPr>
          <w:p w14:paraId="1C33B8D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249</w:t>
            </w:r>
          </w:p>
        </w:tc>
        <w:tc>
          <w:tcPr>
            <w:tcW w:w="567" w:type="dxa"/>
            <w:vAlign w:val="bottom"/>
          </w:tcPr>
          <w:p w14:paraId="0746B8D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246</w:t>
            </w:r>
          </w:p>
        </w:tc>
        <w:tc>
          <w:tcPr>
            <w:tcW w:w="567" w:type="dxa"/>
            <w:vAlign w:val="bottom"/>
          </w:tcPr>
          <w:p w14:paraId="3F2EEF4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18</w:t>
            </w:r>
          </w:p>
        </w:tc>
        <w:tc>
          <w:tcPr>
            <w:tcW w:w="634" w:type="dxa"/>
            <w:vAlign w:val="bottom"/>
          </w:tcPr>
          <w:p w14:paraId="069EF78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90</w:t>
            </w:r>
          </w:p>
        </w:tc>
        <w:tc>
          <w:tcPr>
            <w:tcW w:w="516" w:type="dxa"/>
            <w:vAlign w:val="bottom"/>
          </w:tcPr>
          <w:p w14:paraId="1B89A88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99</w:t>
            </w:r>
          </w:p>
        </w:tc>
        <w:tc>
          <w:tcPr>
            <w:tcW w:w="567" w:type="dxa"/>
            <w:vAlign w:val="bottom"/>
          </w:tcPr>
          <w:p w14:paraId="0B12A09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502</w:t>
            </w:r>
          </w:p>
        </w:tc>
        <w:tc>
          <w:tcPr>
            <w:tcW w:w="567" w:type="dxa"/>
            <w:vAlign w:val="bottom"/>
          </w:tcPr>
          <w:p w14:paraId="64A7125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590</w:t>
            </w:r>
          </w:p>
        </w:tc>
        <w:tc>
          <w:tcPr>
            <w:tcW w:w="551" w:type="dxa"/>
            <w:vAlign w:val="bottom"/>
          </w:tcPr>
          <w:p w14:paraId="7876DBB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3422</w:t>
            </w:r>
          </w:p>
        </w:tc>
        <w:tc>
          <w:tcPr>
            <w:tcW w:w="1434" w:type="dxa"/>
            <w:vAlign w:val="bottom"/>
          </w:tcPr>
          <w:p w14:paraId="02D79BA1"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247A201E" w14:textId="77777777" w:rsidR="00D92A85" w:rsidRPr="00D92A85" w:rsidRDefault="00D92A85" w:rsidP="00D92A85">
            <w:pPr>
              <w:spacing w:after="0" w:line="240" w:lineRule="auto"/>
              <w:rPr>
                <w:rFonts w:ascii="Times New Roman" w:hAnsi="Times New Roman" w:cs="Times New Roman"/>
                <w:sz w:val="20"/>
                <w:szCs w:val="20"/>
              </w:rPr>
            </w:pPr>
          </w:p>
        </w:tc>
      </w:tr>
    </w:tbl>
    <w:p w14:paraId="70C837E0" w14:textId="77777777" w:rsidR="00B84128" w:rsidRPr="005E2F5A" w:rsidRDefault="00B84128" w:rsidP="00FA321D">
      <w:pPr>
        <w:spacing w:after="0" w:line="240" w:lineRule="auto"/>
        <w:rPr>
          <w:rFonts w:ascii="Times New Roman" w:hAnsi="Times New Roman" w:cs="Times New Roman"/>
        </w:rPr>
      </w:pPr>
    </w:p>
    <w:p w14:paraId="62C5681D" w14:textId="077D7F22"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S1</w:t>
      </w:r>
      <w:r w:rsidR="0096040D">
        <w:rPr>
          <w:rFonts w:ascii="Times New Roman" w:hAnsi="Times New Roman" w:cs="Times New Roman"/>
          <w:b/>
          <w:sz w:val="20"/>
          <w:szCs w:val="20"/>
        </w:rPr>
        <w:t>3</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XG</w:t>
      </w:r>
      <w:r>
        <w:rPr>
          <w:rFonts w:ascii="Times New Roman" w:hAnsi="Times New Roman" w:cs="Times New Roman"/>
          <w:bCs/>
          <w:sz w:val="20"/>
          <w:szCs w:val="20"/>
          <w:lang w:val="en-IN"/>
        </w:rPr>
        <w:t>B</w:t>
      </w:r>
      <w:r w:rsidRPr="00D92A85">
        <w:rPr>
          <w:rFonts w:ascii="Times New Roman" w:hAnsi="Times New Roman" w:cs="Times New Roman"/>
          <w:bCs/>
          <w:sz w:val="20"/>
          <w:szCs w:val="20"/>
          <w:lang w:val="en-IN"/>
        </w:rPr>
        <w:t>oost</w:t>
      </w:r>
      <w:r w:rsidRPr="00D92A85">
        <w:rPr>
          <w:rFonts w:ascii="Times New Roman" w:hAnsi="Times New Roman" w:cs="Times New Roman"/>
          <w:bCs/>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Statistic by Class of Test Model [Eight Classes]</w:t>
      </w:r>
    </w:p>
    <w:p w14:paraId="748362EF" w14:textId="3F289C29" w:rsidR="00D92A85" w:rsidRDefault="00D92A85" w:rsidP="00FA321D">
      <w:pPr>
        <w:spacing w:after="0" w:line="240" w:lineRule="auto"/>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871"/>
        <w:gridCol w:w="904"/>
        <w:gridCol w:w="812"/>
        <w:gridCol w:w="941"/>
        <w:gridCol w:w="991"/>
        <w:gridCol w:w="933"/>
        <w:gridCol w:w="1045"/>
        <w:gridCol w:w="1029"/>
      </w:tblGrid>
      <w:tr w:rsidR="00D92A85" w:rsidRPr="00D92A85" w14:paraId="568B532C" w14:textId="77777777" w:rsidTr="002A5B47">
        <w:trPr>
          <w:trHeight w:val="243"/>
          <w:jc w:val="center"/>
        </w:trPr>
        <w:tc>
          <w:tcPr>
            <w:tcW w:w="1537" w:type="dxa"/>
          </w:tcPr>
          <w:p w14:paraId="048B95BD" w14:textId="77777777" w:rsidR="00D92A85" w:rsidRPr="00D92A85" w:rsidRDefault="00D92A85" w:rsidP="00D92A85">
            <w:pPr>
              <w:spacing w:after="0" w:line="240" w:lineRule="auto"/>
              <w:rPr>
                <w:rFonts w:ascii="Times New Roman" w:hAnsi="Times New Roman" w:cs="Times New Roman"/>
                <w:sz w:val="20"/>
                <w:szCs w:val="20"/>
              </w:rPr>
            </w:pPr>
          </w:p>
        </w:tc>
        <w:tc>
          <w:tcPr>
            <w:tcW w:w="871" w:type="dxa"/>
          </w:tcPr>
          <w:p w14:paraId="79FC2EB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Class:1</w:t>
            </w:r>
          </w:p>
        </w:tc>
        <w:tc>
          <w:tcPr>
            <w:tcW w:w="904" w:type="dxa"/>
          </w:tcPr>
          <w:p w14:paraId="5A988E5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Class:2</w:t>
            </w:r>
          </w:p>
        </w:tc>
        <w:tc>
          <w:tcPr>
            <w:tcW w:w="812" w:type="dxa"/>
          </w:tcPr>
          <w:p w14:paraId="2998E56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Class:3</w:t>
            </w:r>
          </w:p>
        </w:tc>
        <w:tc>
          <w:tcPr>
            <w:tcW w:w="941" w:type="dxa"/>
          </w:tcPr>
          <w:p w14:paraId="69A4DBA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Class:4</w:t>
            </w:r>
          </w:p>
        </w:tc>
        <w:tc>
          <w:tcPr>
            <w:tcW w:w="991" w:type="dxa"/>
          </w:tcPr>
          <w:p w14:paraId="748AB96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Class:5</w:t>
            </w:r>
          </w:p>
        </w:tc>
        <w:tc>
          <w:tcPr>
            <w:tcW w:w="933" w:type="dxa"/>
          </w:tcPr>
          <w:p w14:paraId="08F89A2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Class:6</w:t>
            </w:r>
          </w:p>
        </w:tc>
        <w:tc>
          <w:tcPr>
            <w:tcW w:w="1045" w:type="dxa"/>
          </w:tcPr>
          <w:p w14:paraId="443EF1A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Class:7</w:t>
            </w:r>
          </w:p>
        </w:tc>
        <w:tc>
          <w:tcPr>
            <w:tcW w:w="1029" w:type="dxa"/>
          </w:tcPr>
          <w:p w14:paraId="3DC8AC6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Class:8</w:t>
            </w:r>
          </w:p>
        </w:tc>
      </w:tr>
      <w:tr w:rsidR="00D92A85" w:rsidRPr="00D92A85" w14:paraId="67E05A89" w14:textId="77777777" w:rsidTr="002A5B47">
        <w:trPr>
          <w:trHeight w:val="243"/>
          <w:jc w:val="center"/>
        </w:trPr>
        <w:tc>
          <w:tcPr>
            <w:tcW w:w="1537" w:type="dxa"/>
          </w:tcPr>
          <w:p w14:paraId="3A0291B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Sensitivity</w:t>
            </w:r>
          </w:p>
        </w:tc>
        <w:tc>
          <w:tcPr>
            <w:tcW w:w="871" w:type="dxa"/>
            <w:vAlign w:val="bottom"/>
          </w:tcPr>
          <w:p w14:paraId="0F9C949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0.253</w:t>
            </w:r>
          </w:p>
        </w:tc>
        <w:tc>
          <w:tcPr>
            <w:tcW w:w="904" w:type="dxa"/>
            <w:vAlign w:val="bottom"/>
          </w:tcPr>
          <w:p w14:paraId="04FE05E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0.263</w:t>
            </w:r>
          </w:p>
        </w:tc>
        <w:tc>
          <w:tcPr>
            <w:tcW w:w="812" w:type="dxa"/>
            <w:vAlign w:val="bottom"/>
          </w:tcPr>
          <w:p w14:paraId="20364C7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0.064</w:t>
            </w:r>
          </w:p>
        </w:tc>
        <w:tc>
          <w:tcPr>
            <w:tcW w:w="941" w:type="dxa"/>
            <w:vAlign w:val="bottom"/>
          </w:tcPr>
          <w:p w14:paraId="5E200BE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0.172</w:t>
            </w:r>
          </w:p>
        </w:tc>
        <w:tc>
          <w:tcPr>
            <w:tcW w:w="991" w:type="dxa"/>
            <w:vAlign w:val="bottom"/>
          </w:tcPr>
          <w:p w14:paraId="0E75903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0.502</w:t>
            </w:r>
          </w:p>
        </w:tc>
        <w:tc>
          <w:tcPr>
            <w:tcW w:w="933" w:type="dxa"/>
            <w:vAlign w:val="bottom"/>
          </w:tcPr>
          <w:p w14:paraId="4F2B162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0.510</w:t>
            </w:r>
          </w:p>
        </w:tc>
        <w:tc>
          <w:tcPr>
            <w:tcW w:w="1045" w:type="dxa"/>
            <w:vAlign w:val="bottom"/>
          </w:tcPr>
          <w:p w14:paraId="42FEA80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0.368</w:t>
            </w:r>
          </w:p>
        </w:tc>
        <w:tc>
          <w:tcPr>
            <w:tcW w:w="1029" w:type="dxa"/>
            <w:vAlign w:val="bottom"/>
          </w:tcPr>
          <w:p w14:paraId="3E80A25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0.878</w:t>
            </w:r>
          </w:p>
        </w:tc>
      </w:tr>
      <w:tr w:rsidR="00D92A85" w:rsidRPr="00D92A85" w14:paraId="739027DF" w14:textId="77777777" w:rsidTr="002A5B47">
        <w:trPr>
          <w:trHeight w:val="243"/>
          <w:jc w:val="center"/>
        </w:trPr>
        <w:tc>
          <w:tcPr>
            <w:tcW w:w="1537" w:type="dxa"/>
          </w:tcPr>
          <w:p w14:paraId="24FE3AC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Specificity</w:t>
            </w:r>
          </w:p>
        </w:tc>
        <w:tc>
          <w:tcPr>
            <w:tcW w:w="871" w:type="dxa"/>
            <w:vAlign w:val="bottom"/>
          </w:tcPr>
          <w:p w14:paraId="482275B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0.960</w:t>
            </w:r>
          </w:p>
        </w:tc>
        <w:tc>
          <w:tcPr>
            <w:tcW w:w="904" w:type="dxa"/>
            <w:vAlign w:val="bottom"/>
          </w:tcPr>
          <w:p w14:paraId="6D0A732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0.959</w:t>
            </w:r>
          </w:p>
        </w:tc>
        <w:tc>
          <w:tcPr>
            <w:tcW w:w="812" w:type="dxa"/>
            <w:vAlign w:val="bottom"/>
          </w:tcPr>
          <w:p w14:paraId="44F157B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0.998</w:t>
            </w:r>
          </w:p>
        </w:tc>
        <w:tc>
          <w:tcPr>
            <w:tcW w:w="941" w:type="dxa"/>
            <w:vAlign w:val="bottom"/>
          </w:tcPr>
          <w:p w14:paraId="79BE131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0.990</w:t>
            </w:r>
          </w:p>
        </w:tc>
        <w:tc>
          <w:tcPr>
            <w:tcW w:w="991" w:type="dxa"/>
            <w:vAlign w:val="bottom"/>
          </w:tcPr>
          <w:p w14:paraId="0BF03C5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0.960</w:t>
            </w:r>
          </w:p>
        </w:tc>
        <w:tc>
          <w:tcPr>
            <w:tcW w:w="933" w:type="dxa"/>
            <w:vAlign w:val="bottom"/>
          </w:tcPr>
          <w:p w14:paraId="1A48AD4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0.841</w:t>
            </w:r>
          </w:p>
        </w:tc>
        <w:tc>
          <w:tcPr>
            <w:tcW w:w="1045" w:type="dxa"/>
            <w:vAlign w:val="bottom"/>
          </w:tcPr>
          <w:p w14:paraId="712D43E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0.934</w:t>
            </w:r>
          </w:p>
        </w:tc>
        <w:tc>
          <w:tcPr>
            <w:tcW w:w="1029" w:type="dxa"/>
            <w:vAlign w:val="bottom"/>
          </w:tcPr>
          <w:p w14:paraId="7093DCF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0.775</w:t>
            </w:r>
          </w:p>
        </w:tc>
      </w:tr>
      <w:tr w:rsidR="00D92A85" w:rsidRPr="00D92A85" w14:paraId="4BAF3320" w14:textId="77777777" w:rsidTr="002A5B47">
        <w:trPr>
          <w:trHeight w:val="243"/>
          <w:jc w:val="center"/>
        </w:trPr>
        <w:tc>
          <w:tcPr>
            <w:tcW w:w="1537" w:type="dxa"/>
          </w:tcPr>
          <w:p w14:paraId="7C568ED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Pos Pred value</w:t>
            </w:r>
          </w:p>
        </w:tc>
        <w:tc>
          <w:tcPr>
            <w:tcW w:w="871" w:type="dxa"/>
            <w:vAlign w:val="bottom"/>
          </w:tcPr>
          <w:p w14:paraId="1FB3DA6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0.423</w:t>
            </w:r>
          </w:p>
        </w:tc>
        <w:tc>
          <w:tcPr>
            <w:tcW w:w="904" w:type="dxa"/>
            <w:vAlign w:val="bottom"/>
          </w:tcPr>
          <w:p w14:paraId="51CE6FB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0.444</w:t>
            </w:r>
          </w:p>
        </w:tc>
        <w:tc>
          <w:tcPr>
            <w:tcW w:w="812" w:type="dxa"/>
            <w:vAlign w:val="bottom"/>
          </w:tcPr>
          <w:p w14:paraId="77A0B89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0.317</w:t>
            </w:r>
          </w:p>
        </w:tc>
        <w:tc>
          <w:tcPr>
            <w:tcW w:w="941" w:type="dxa"/>
            <w:vAlign w:val="bottom"/>
          </w:tcPr>
          <w:p w14:paraId="6BD55A8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0.301</w:t>
            </w:r>
          </w:p>
        </w:tc>
        <w:tc>
          <w:tcPr>
            <w:tcW w:w="991" w:type="dxa"/>
            <w:vAlign w:val="bottom"/>
          </w:tcPr>
          <w:p w14:paraId="72FEF4B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0.556</w:t>
            </w:r>
          </w:p>
        </w:tc>
        <w:tc>
          <w:tcPr>
            <w:tcW w:w="933" w:type="dxa"/>
            <w:vAlign w:val="bottom"/>
          </w:tcPr>
          <w:p w14:paraId="39FFCEB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0.427</w:t>
            </w:r>
          </w:p>
        </w:tc>
        <w:tc>
          <w:tcPr>
            <w:tcW w:w="1045" w:type="dxa"/>
            <w:vAlign w:val="bottom"/>
          </w:tcPr>
          <w:p w14:paraId="25A9935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0.465</w:t>
            </w:r>
          </w:p>
        </w:tc>
        <w:tc>
          <w:tcPr>
            <w:tcW w:w="1029" w:type="dxa"/>
            <w:vAlign w:val="bottom"/>
          </w:tcPr>
          <w:p w14:paraId="7586B3D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0.656</w:t>
            </w:r>
          </w:p>
        </w:tc>
      </w:tr>
      <w:tr w:rsidR="00D92A85" w:rsidRPr="00D92A85" w14:paraId="47A465B3" w14:textId="77777777" w:rsidTr="002A5B47">
        <w:trPr>
          <w:trHeight w:val="488"/>
          <w:jc w:val="center"/>
        </w:trPr>
        <w:tc>
          <w:tcPr>
            <w:tcW w:w="1537" w:type="dxa"/>
          </w:tcPr>
          <w:p w14:paraId="1B49269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Negative Pred value</w:t>
            </w:r>
          </w:p>
        </w:tc>
        <w:tc>
          <w:tcPr>
            <w:tcW w:w="871" w:type="dxa"/>
            <w:vAlign w:val="bottom"/>
          </w:tcPr>
          <w:p w14:paraId="605B6CF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0.917</w:t>
            </w:r>
          </w:p>
        </w:tc>
        <w:tc>
          <w:tcPr>
            <w:tcW w:w="904" w:type="dxa"/>
            <w:vAlign w:val="bottom"/>
          </w:tcPr>
          <w:p w14:paraId="2E710DD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0.913</w:t>
            </w:r>
          </w:p>
        </w:tc>
        <w:tc>
          <w:tcPr>
            <w:tcW w:w="812" w:type="dxa"/>
            <w:vAlign w:val="bottom"/>
          </w:tcPr>
          <w:p w14:paraId="422CA21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0.984</w:t>
            </w:r>
          </w:p>
        </w:tc>
        <w:tc>
          <w:tcPr>
            <w:tcW w:w="941" w:type="dxa"/>
            <w:vAlign w:val="bottom"/>
          </w:tcPr>
          <w:p w14:paraId="4553DE1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0.980</w:t>
            </w:r>
          </w:p>
        </w:tc>
        <w:tc>
          <w:tcPr>
            <w:tcW w:w="991" w:type="dxa"/>
            <w:vAlign w:val="bottom"/>
          </w:tcPr>
          <w:p w14:paraId="3D7B207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0.950</w:t>
            </w:r>
          </w:p>
        </w:tc>
        <w:tc>
          <w:tcPr>
            <w:tcW w:w="933" w:type="dxa"/>
            <w:vAlign w:val="bottom"/>
          </w:tcPr>
          <w:p w14:paraId="379983D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0.880</w:t>
            </w:r>
          </w:p>
        </w:tc>
        <w:tc>
          <w:tcPr>
            <w:tcW w:w="1045" w:type="dxa"/>
            <w:vAlign w:val="bottom"/>
          </w:tcPr>
          <w:p w14:paraId="1762DC2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0.904</w:t>
            </w:r>
          </w:p>
        </w:tc>
        <w:tc>
          <w:tcPr>
            <w:tcW w:w="1029" w:type="dxa"/>
            <w:vAlign w:val="bottom"/>
          </w:tcPr>
          <w:p w14:paraId="46A51F0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0.929</w:t>
            </w:r>
          </w:p>
        </w:tc>
      </w:tr>
      <w:tr w:rsidR="00D92A85" w:rsidRPr="00D92A85" w14:paraId="7D7FCC61" w14:textId="77777777" w:rsidTr="002A5B47">
        <w:trPr>
          <w:trHeight w:val="243"/>
          <w:jc w:val="center"/>
        </w:trPr>
        <w:tc>
          <w:tcPr>
            <w:tcW w:w="1537" w:type="dxa"/>
          </w:tcPr>
          <w:p w14:paraId="08DE5E2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Prevalence</w:t>
            </w:r>
          </w:p>
        </w:tc>
        <w:tc>
          <w:tcPr>
            <w:tcW w:w="871" w:type="dxa"/>
            <w:vAlign w:val="bottom"/>
          </w:tcPr>
          <w:p w14:paraId="55CF5EC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0.423</w:t>
            </w:r>
          </w:p>
        </w:tc>
        <w:tc>
          <w:tcPr>
            <w:tcW w:w="904" w:type="dxa"/>
            <w:vAlign w:val="bottom"/>
          </w:tcPr>
          <w:p w14:paraId="0F74CDB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0.444</w:t>
            </w:r>
          </w:p>
        </w:tc>
        <w:tc>
          <w:tcPr>
            <w:tcW w:w="812" w:type="dxa"/>
            <w:vAlign w:val="bottom"/>
          </w:tcPr>
          <w:p w14:paraId="0F05C1C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0.317</w:t>
            </w:r>
          </w:p>
        </w:tc>
        <w:tc>
          <w:tcPr>
            <w:tcW w:w="941" w:type="dxa"/>
            <w:vAlign w:val="bottom"/>
          </w:tcPr>
          <w:p w14:paraId="6AE6A06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0.301</w:t>
            </w:r>
          </w:p>
        </w:tc>
        <w:tc>
          <w:tcPr>
            <w:tcW w:w="991" w:type="dxa"/>
            <w:vAlign w:val="bottom"/>
          </w:tcPr>
          <w:p w14:paraId="2CA4EF2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0.556</w:t>
            </w:r>
          </w:p>
        </w:tc>
        <w:tc>
          <w:tcPr>
            <w:tcW w:w="933" w:type="dxa"/>
            <w:vAlign w:val="bottom"/>
          </w:tcPr>
          <w:p w14:paraId="4E7793B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0.427</w:t>
            </w:r>
          </w:p>
        </w:tc>
        <w:tc>
          <w:tcPr>
            <w:tcW w:w="1045" w:type="dxa"/>
            <w:vAlign w:val="bottom"/>
          </w:tcPr>
          <w:p w14:paraId="5C69D60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0.465</w:t>
            </w:r>
          </w:p>
        </w:tc>
        <w:tc>
          <w:tcPr>
            <w:tcW w:w="1029" w:type="dxa"/>
            <w:vAlign w:val="bottom"/>
          </w:tcPr>
          <w:p w14:paraId="6345880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0.656</w:t>
            </w:r>
          </w:p>
        </w:tc>
      </w:tr>
      <w:tr w:rsidR="00D92A85" w:rsidRPr="00D92A85" w14:paraId="2437232D" w14:textId="77777777" w:rsidTr="002A5B47">
        <w:trPr>
          <w:trHeight w:val="243"/>
          <w:jc w:val="center"/>
        </w:trPr>
        <w:tc>
          <w:tcPr>
            <w:tcW w:w="1537" w:type="dxa"/>
          </w:tcPr>
          <w:p w14:paraId="2AD097A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Rate</w:t>
            </w:r>
          </w:p>
        </w:tc>
        <w:tc>
          <w:tcPr>
            <w:tcW w:w="871" w:type="dxa"/>
            <w:vAlign w:val="bottom"/>
          </w:tcPr>
          <w:p w14:paraId="1F56C99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0.253</w:t>
            </w:r>
          </w:p>
        </w:tc>
        <w:tc>
          <w:tcPr>
            <w:tcW w:w="904" w:type="dxa"/>
            <w:vAlign w:val="bottom"/>
          </w:tcPr>
          <w:p w14:paraId="5F80A39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0.263</w:t>
            </w:r>
          </w:p>
        </w:tc>
        <w:tc>
          <w:tcPr>
            <w:tcW w:w="812" w:type="dxa"/>
            <w:vAlign w:val="bottom"/>
          </w:tcPr>
          <w:p w14:paraId="6510836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0.064</w:t>
            </w:r>
          </w:p>
        </w:tc>
        <w:tc>
          <w:tcPr>
            <w:tcW w:w="941" w:type="dxa"/>
            <w:vAlign w:val="bottom"/>
          </w:tcPr>
          <w:p w14:paraId="458D5B4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0.172</w:t>
            </w:r>
          </w:p>
        </w:tc>
        <w:tc>
          <w:tcPr>
            <w:tcW w:w="991" w:type="dxa"/>
            <w:vAlign w:val="bottom"/>
          </w:tcPr>
          <w:p w14:paraId="5AF2DB3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0.502</w:t>
            </w:r>
          </w:p>
        </w:tc>
        <w:tc>
          <w:tcPr>
            <w:tcW w:w="933" w:type="dxa"/>
            <w:vAlign w:val="bottom"/>
          </w:tcPr>
          <w:p w14:paraId="31D026C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0.510</w:t>
            </w:r>
          </w:p>
        </w:tc>
        <w:tc>
          <w:tcPr>
            <w:tcW w:w="1045" w:type="dxa"/>
            <w:vAlign w:val="bottom"/>
          </w:tcPr>
          <w:p w14:paraId="196C14F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0.368</w:t>
            </w:r>
          </w:p>
        </w:tc>
        <w:tc>
          <w:tcPr>
            <w:tcW w:w="1029" w:type="dxa"/>
            <w:vAlign w:val="bottom"/>
          </w:tcPr>
          <w:p w14:paraId="626DAA9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0.878</w:t>
            </w:r>
          </w:p>
        </w:tc>
      </w:tr>
      <w:tr w:rsidR="00D92A85" w:rsidRPr="00D92A85" w14:paraId="4A3849A9" w14:textId="77777777" w:rsidTr="002A5B47">
        <w:trPr>
          <w:trHeight w:val="488"/>
          <w:jc w:val="center"/>
        </w:trPr>
        <w:tc>
          <w:tcPr>
            <w:tcW w:w="1537" w:type="dxa"/>
          </w:tcPr>
          <w:p w14:paraId="724D3C8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Prevalence</w:t>
            </w:r>
          </w:p>
        </w:tc>
        <w:tc>
          <w:tcPr>
            <w:tcW w:w="871" w:type="dxa"/>
            <w:vAlign w:val="bottom"/>
          </w:tcPr>
          <w:p w14:paraId="1817F65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0.317</w:t>
            </w:r>
          </w:p>
        </w:tc>
        <w:tc>
          <w:tcPr>
            <w:tcW w:w="904" w:type="dxa"/>
            <w:vAlign w:val="bottom"/>
          </w:tcPr>
          <w:p w14:paraId="6A512AD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0.331</w:t>
            </w:r>
          </w:p>
        </w:tc>
        <w:tc>
          <w:tcPr>
            <w:tcW w:w="812" w:type="dxa"/>
            <w:vAlign w:val="bottom"/>
          </w:tcPr>
          <w:p w14:paraId="46E624E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0.107</w:t>
            </w:r>
          </w:p>
        </w:tc>
        <w:tc>
          <w:tcPr>
            <w:tcW w:w="941" w:type="dxa"/>
            <w:vAlign w:val="bottom"/>
          </w:tcPr>
          <w:p w14:paraId="062333E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0.219</w:t>
            </w:r>
          </w:p>
        </w:tc>
        <w:tc>
          <w:tcPr>
            <w:tcW w:w="991" w:type="dxa"/>
            <w:vAlign w:val="bottom"/>
          </w:tcPr>
          <w:p w14:paraId="0F8AC0F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0.528</w:t>
            </w:r>
          </w:p>
        </w:tc>
        <w:tc>
          <w:tcPr>
            <w:tcW w:w="933" w:type="dxa"/>
            <w:vAlign w:val="bottom"/>
          </w:tcPr>
          <w:p w14:paraId="5918B4D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0.465</w:t>
            </w:r>
          </w:p>
        </w:tc>
        <w:tc>
          <w:tcPr>
            <w:tcW w:w="1045" w:type="dxa"/>
            <w:vAlign w:val="bottom"/>
          </w:tcPr>
          <w:p w14:paraId="23DE8D6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0.411</w:t>
            </w:r>
          </w:p>
        </w:tc>
        <w:tc>
          <w:tcPr>
            <w:tcW w:w="1029" w:type="dxa"/>
            <w:vAlign w:val="bottom"/>
          </w:tcPr>
          <w:p w14:paraId="2BE34E1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0.751</w:t>
            </w:r>
          </w:p>
        </w:tc>
      </w:tr>
      <w:tr w:rsidR="00D92A85" w:rsidRPr="00D92A85" w14:paraId="63C5686D" w14:textId="77777777" w:rsidTr="002A5B47">
        <w:trPr>
          <w:trHeight w:val="488"/>
          <w:jc w:val="center"/>
        </w:trPr>
        <w:tc>
          <w:tcPr>
            <w:tcW w:w="1537" w:type="dxa"/>
          </w:tcPr>
          <w:p w14:paraId="6C6EA8C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Balanced Accuracy</w:t>
            </w:r>
          </w:p>
        </w:tc>
        <w:tc>
          <w:tcPr>
            <w:tcW w:w="871" w:type="dxa"/>
            <w:vAlign w:val="bottom"/>
          </w:tcPr>
          <w:p w14:paraId="6C4E49C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0.105</w:t>
            </w:r>
          </w:p>
        </w:tc>
        <w:tc>
          <w:tcPr>
            <w:tcW w:w="904" w:type="dxa"/>
            <w:vAlign w:val="bottom"/>
          </w:tcPr>
          <w:p w14:paraId="1270ABC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0.110</w:t>
            </w:r>
          </w:p>
        </w:tc>
        <w:tc>
          <w:tcPr>
            <w:tcW w:w="812" w:type="dxa"/>
            <w:vAlign w:val="bottom"/>
          </w:tcPr>
          <w:p w14:paraId="077A1D4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0.017</w:t>
            </w:r>
          </w:p>
        </w:tc>
        <w:tc>
          <w:tcPr>
            <w:tcW w:w="941" w:type="dxa"/>
            <w:vAlign w:val="bottom"/>
          </w:tcPr>
          <w:p w14:paraId="72C2D50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0.024</w:t>
            </w:r>
          </w:p>
        </w:tc>
        <w:tc>
          <w:tcPr>
            <w:tcW w:w="991" w:type="dxa"/>
            <w:vAlign w:val="bottom"/>
          </w:tcPr>
          <w:p w14:paraId="3774823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0.091</w:t>
            </w:r>
          </w:p>
        </w:tc>
        <w:tc>
          <w:tcPr>
            <w:tcW w:w="933" w:type="dxa"/>
            <w:vAlign w:val="bottom"/>
          </w:tcPr>
          <w:p w14:paraId="0BB4ECE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0.189</w:t>
            </w:r>
          </w:p>
        </w:tc>
        <w:tc>
          <w:tcPr>
            <w:tcW w:w="1045" w:type="dxa"/>
            <w:vAlign w:val="bottom"/>
          </w:tcPr>
          <w:p w14:paraId="36F1EB4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0.135</w:t>
            </w:r>
          </w:p>
        </w:tc>
        <w:tc>
          <w:tcPr>
            <w:tcW w:w="1029" w:type="dxa"/>
            <w:vAlign w:val="bottom"/>
          </w:tcPr>
          <w:p w14:paraId="79DB0E6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0.328</w:t>
            </w:r>
          </w:p>
        </w:tc>
      </w:tr>
    </w:tbl>
    <w:p w14:paraId="513275CE" w14:textId="2135502A" w:rsidR="00D92A85" w:rsidRDefault="00D92A85" w:rsidP="00FA321D">
      <w:pPr>
        <w:spacing w:after="0" w:line="240" w:lineRule="auto"/>
        <w:rPr>
          <w:rFonts w:ascii="Times New Roman" w:hAnsi="Times New Roman" w:cs="Times New Roman"/>
        </w:rPr>
      </w:pPr>
    </w:p>
    <w:p w14:paraId="5C4B80A9" w14:textId="5D2B1708"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 xml:space="preserve">Table </w:t>
      </w:r>
      <w:r w:rsidRPr="00D92A85">
        <w:rPr>
          <w:rFonts w:ascii="Times New Roman" w:hAnsi="Times New Roman" w:cs="Times New Roman"/>
          <w:b/>
          <w:sz w:val="20"/>
          <w:szCs w:val="20"/>
        </w:rPr>
        <w:t>S1</w:t>
      </w:r>
      <w:r w:rsidR="0096040D">
        <w:rPr>
          <w:rFonts w:ascii="Times New Roman" w:hAnsi="Times New Roman" w:cs="Times New Roman"/>
          <w:b/>
          <w:sz w:val="20"/>
          <w:szCs w:val="20"/>
        </w:rPr>
        <w:t>4</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XGboost</w:t>
      </w:r>
      <w:r w:rsidRPr="00D92A85">
        <w:rPr>
          <w:rFonts w:ascii="Times New Roman" w:hAnsi="Times New Roman" w:cs="Times New Roman"/>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Confusion Matrix [Three Classes]</w:t>
      </w:r>
    </w:p>
    <w:p w14:paraId="6453C81B" w14:textId="3B008013" w:rsidR="00D92A85" w:rsidRDefault="00D92A85" w:rsidP="00FA321D">
      <w:pPr>
        <w:spacing w:after="0" w:line="240" w:lineRule="auto"/>
        <w:rPr>
          <w:rFonts w:ascii="Times New Roman" w:hAnsi="Times New Roman" w:cs="Times New Roman"/>
        </w:rPr>
      </w:pPr>
    </w:p>
    <w:tbl>
      <w:tblPr>
        <w:tblW w:w="4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197"/>
        <w:gridCol w:w="1197"/>
        <w:gridCol w:w="1199"/>
      </w:tblGrid>
      <w:tr w:rsidR="00D92A85" w:rsidRPr="00D92A85" w14:paraId="63FB31A0" w14:textId="77777777" w:rsidTr="002A5B47">
        <w:trPr>
          <w:trHeight w:val="229"/>
          <w:jc w:val="center"/>
        </w:trPr>
        <w:tc>
          <w:tcPr>
            <w:tcW w:w="1195" w:type="dxa"/>
          </w:tcPr>
          <w:p w14:paraId="24BFE699" w14:textId="77777777" w:rsidR="00D92A85" w:rsidRPr="00D92A85" w:rsidRDefault="00D92A85" w:rsidP="00D92A85">
            <w:pPr>
              <w:spacing w:after="0" w:line="240" w:lineRule="auto"/>
              <w:rPr>
                <w:rFonts w:ascii="Times New Roman" w:hAnsi="Times New Roman" w:cs="Times New Roman"/>
                <w:sz w:val="20"/>
                <w:szCs w:val="20"/>
              </w:rPr>
            </w:pPr>
          </w:p>
        </w:tc>
        <w:tc>
          <w:tcPr>
            <w:tcW w:w="3593" w:type="dxa"/>
            <w:gridSpan w:val="3"/>
          </w:tcPr>
          <w:p w14:paraId="70FE39C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Reference</w:t>
            </w:r>
          </w:p>
        </w:tc>
      </w:tr>
      <w:tr w:rsidR="00D92A85" w:rsidRPr="00D92A85" w14:paraId="68E7DE09" w14:textId="77777777" w:rsidTr="002A5B47">
        <w:trPr>
          <w:trHeight w:val="229"/>
          <w:jc w:val="center"/>
        </w:trPr>
        <w:tc>
          <w:tcPr>
            <w:tcW w:w="1195" w:type="dxa"/>
          </w:tcPr>
          <w:p w14:paraId="36ABB91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Prediction</w:t>
            </w:r>
          </w:p>
        </w:tc>
        <w:tc>
          <w:tcPr>
            <w:tcW w:w="1197" w:type="dxa"/>
          </w:tcPr>
          <w:p w14:paraId="74E88BC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197" w:type="dxa"/>
          </w:tcPr>
          <w:p w14:paraId="18467A9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1199" w:type="dxa"/>
          </w:tcPr>
          <w:p w14:paraId="62DA39C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r>
      <w:tr w:rsidR="00D92A85" w:rsidRPr="00D92A85" w14:paraId="7FE78684" w14:textId="77777777" w:rsidTr="002A5B47">
        <w:trPr>
          <w:trHeight w:val="240"/>
          <w:jc w:val="center"/>
        </w:trPr>
        <w:tc>
          <w:tcPr>
            <w:tcW w:w="1195" w:type="dxa"/>
          </w:tcPr>
          <w:p w14:paraId="223DEF7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197" w:type="dxa"/>
            <w:vAlign w:val="bottom"/>
          </w:tcPr>
          <w:p w14:paraId="3D17724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1143</w:t>
            </w:r>
          </w:p>
        </w:tc>
        <w:tc>
          <w:tcPr>
            <w:tcW w:w="1197" w:type="dxa"/>
            <w:vAlign w:val="bottom"/>
          </w:tcPr>
          <w:p w14:paraId="4788F34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258</w:t>
            </w:r>
          </w:p>
        </w:tc>
        <w:tc>
          <w:tcPr>
            <w:tcW w:w="1199" w:type="dxa"/>
            <w:vAlign w:val="bottom"/>
          </w:tcPr>
          <w:p w14:paraId="6BE9B59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345</w:t>
            </w:r>
          </w:p>
        </w:tc>
      </w:tr>
      <w:tr w:rsidR="00D92A85" w:rsidRPr="00D92A85" w14:paraId="3A7D8E7C" w14:textId="77777777" w:rsidTr="002A5B47">
        <w:trPr>
          <w:trHeight w:val="219"/>
          <w:jc w:val="center"/>
        </w:trPr>
        <w:tc>
          <w:tcPr>
            <w:tcW w:w="1195" w:type="dxa"/>
          </w:tcPr>
          <w:p w14:paraId="7020661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1197" w:type="dxa"/>
            <w:vAlign w:val="bottom"/>
          </w:tcPr>
          <w:p w14:paraId="25FA89F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204</w:t>
            </w:r>
          </w:p>
        </w:tc>
        <w:tc>
          <w:tcPr>
            <w:tcW w:w="1197" w:type="dxa"/>
            <w:vAlign w:val="bottom"/>
          </w:tcPr>
          <w:p w14:paraId="178B35A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584</w:t>
            </w:r>
          </w:p>
        </w:tc>
        <w:tc>
          <w:tcPr>
            <w:tcW w:w="1199" w:type="dxa"/>
            <w:vAlign w:val="bottom"/>
          </w:tcPr>
          <w:p w14:paraId="529508C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102</w:t>
            </w:r>
          </w:p>
        </w:tc>
      </w:tr>
      <w:tr w:rsidR="00D92A85" w:rsidRPr="00D92A85" w14:paraId="25CDD515" w14:textId="77777777" w:rsidTr="002A5B47">
        <w:trPr>
          <w:trHeight w:val="298"/>
          <w:jc w:val="center"/>
        </w:trPr>
        <w:tc>
          <w:tcPr>
            <w:tcW w:w="1195" w:type="dxa"/>
          </w:tcPr>
          <w:p w14:paraId="7DCFF1A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c>
          <w:tcPr>
            <w:tcW w:w="1197" w:type="dxa"/>
            <w:vAlign w:val="bottom"/>
          </w:tcPr>
          <w:p w14:paraId="2D758B6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1204</w:t>
            </w:r>
          </w:p>
        </w:tc>
        <w:tc>
          <w:tcPr>
            <w:tcW w:w="1197" w:type="dxa"/>
            <w:vAlign w:val="bottom"/>
          </w:tcPr>
          <w:p w14:paraId="1170AC4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732</w:t>
            </w:r>
          </w:p>
        </w:tc>
        <w:tc>
          <w:tcPr>
            <w:tcW w:w="1199" w:type="dxa"/>
            <w:vAlign w:val="bottom"/>
          </w:tcPr>
          <w:p w14:paraId="2A8E07C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7302</w:t>
            </w:r>
          </w:p>
        </w:tc>
      </w:tr>
    </w:tbl>
    <w:p w14:paraId="1C82BF9D" w14:textId="283A3543"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lastRenderedPageBreak/>
        <w:t>Table S1</w:t>
      </w:r>
      <w:r w:rsidR="0096040D">
        <w:rPr>
          <w:rFonts w:ascii="Times New Roman" w:hAnsi="Times New Roman" w:cs="Times New Roman"/>
          <w:b/>
          <w:sz w:val="20"/>
          <w:szCs w:val="20"/>
        </w:rPr>
        <w:t>5</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XGboost</w:t>
      </w:r>
      <w:r w:rsidRPr="00D92A85">
        <w:rPr>
          <w:rFonts w:ascii="Times New Roman" w:hAnsi="Times New Roman" w:cs="Times New Roman"/>
          <w:bCs/>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Statistic by Class of Test Model [Three Classes]</w:t>
      </w:r>
    </w:p>
    <w:p w14:paraId="4F4036BA" w14:textId="29F32C18" w:rsidR="00D92A85" w:rsidRDefault="00D92A85" w:rsidP="00FA321D">
      <w:pPr>
        <w:spacing w:after="0" w:line="240" w:lineRule="auto"/>
        <w:rPr>
          <w:rFonts w:ascii="Times New Roman" w:hAnsi="Times New Roman" w:cs="Times New Roman"/>
        </w:rPr>
      </w:pPr>
    </w:p>
    <w:tbl>
      <w:tblPr>
        <w:tblW w:w="5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6"/>
        <w:gridCol w:w="1097"/>
        <w:gridCol w:w="1096"/>
        <w:gridCol w:w="1254"/>
      </w:tblGrid>
      <w:tr w:rsidR="00D92A85" w:rsidRPr="00D92A85" w14:paraId="39BD6154" w14:textId="77777777" w:rsidTr="002A5B47">
        <w:trPr>
          <w:trHeight w:val="248"/>
          <w:jc w:val="center"/>
        </w:trPr>
        <w:tc>
          <w:tcPr>
            <w:tcW w:w="1876" w:type="dxa"/>
          </w:tcPr>
          <w:p w14:paraId="5E293FC3" w14:textId="77777777" w:rsidR="00D92A85" w:rsidRPr="00D92A85" w:rsidRDefault="00D92A85" w:rsidP="00D92A85">
            <w:pPr>
              <w:spacing w:after="0" w:line="240" w:lineRule="auto"/>
              <w:rPr>
                <w:rFonts w:ascii="Times New Roman" w:hAnsi="Times New Roman" w:cs="Times New Roman"/>
                <w:sz w:val="20"/>
                <w:szCs w:val="20"/>
              </w:rPr>
            </w:pPr>
          </w:p>
        </w:tc>
        <w:tc>
          <w:tcPr>
            <w:tcW w:w="1097" w:type="dxa"/>
          </w:tcPr>
          <w:p w14:paraId="6F7FF91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Class:1</w:t>
            </w:r>
          </w:p>
        </w:tc>
        <w:tc>
          <w:tcPr>
            <w:tcW w:w="1096" w:type="dxa"/>
          </w:tcPr>
          <w:p w14:paraId="1B851FF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Class:2</w:t>
            </w:r>
          </w:p>
        </w:tc>
        <w:tc>
          <w:tcPr>
            <w:tcW w:w="1254" w:type="dxa"/>
          </w:tcPr>
          <w:p w14:paraId="5D26EF7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Class:3</w:t>
            </w:r>
          </w:p>
        </w:tc>
      </w:tr>
      <w:tr w:rsidR="00D92A85" w:rsidRPr="00D92A85" w14:paraId="60FE61B4" w14:textId="77777777" w:rsidTr="002A5B47">
        <w:trPr>
          <w:trHeight w:val="157"/>
          <w:jc w:val="center"/>
        </w:trPr>
        <w:tc>
          <w:tcPr>
            <w:tcW w:w="1876" w:type="dxa"/>
          </w:tcPr>
          <w:p w14:paraId="314B96B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Sensitivity</w:t>
            </w:r>
          </w:p>
        </w:tc>
        <w:tc>
          <w:tcPr>
            <w:tcW w:w="1097" w:type="dxa"/>
            <w:vAlign w:val="bottom"/>
          </w:tcPr>
          <w:p w14:paraId="3BE234C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0.448</w:t>
            </w:r>
          </w:p>
        </w:tc>
        <w:tc>
          <w:tcPr>
            <w:tcW w:w="1096" w:type="dxa"/>
            <w:vAlign w:val="bottom"/>
          </w:tcPr>
          <w:p w14:paraId="700FED5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0.371</w:t>
            </w:r>
          </w:p>
        </w:tc>
        <w:tc>
          <w:tcPr>
            <w:tcW w:w="1254" w:type="dxa"/>
            <w:vAlign w:val="bottom"/>
          </w:tcPr>
          <w:p w14:paraId="2E11192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0.942</w:t>
            </w:r>
          </w:p>
        </w:tc>
      </w:tr>
      <w:tr w:rsidR="00D92A85" w:rsidRPr="00D92A85" w14:paraId="2CAA506D" w14:textId="77777777" w:rsidTr="002A5B47">
        <w:trPr>
          <w:trHeight w:val="157"/>
          <w:jc w:val="center"/>
        </w:trPr>
        <w:tc>
          <w:tcPr>
            <w:tcW w:w="1876" w:type="dxa"/>
          </w:tcPr>
          <w:p w14:paraId="19F7184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Specificity</w:t>
            </w:r>
          </w:p>
        </w:tc>
        <w:tc>
          <w:tcPr>
            <w:tcW w:w="1097" w:type="dxa"/>
            <w:vAlign w:val="bottom"/>
          </w:tcPr>
          <w:p w14:paraId="376A0B4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0.935</w:t>
            </w:r>
          </w:p>
        </w:tc>
        <w:tc>
          <w:tcPr>
            <w:tcW w:w="1096" w:type="dxa"/>
            <w:vAlign w:val="bottom"/>
          </w:tcPr>
          <w:p w14:paraId="7A3F1C7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0.970</w:t>
            </w:r>
          </w:p>
        </w:tc>
        <w:tc>
          <w:tcPr>
            <w:tcW w:w="1254" w:type="dxa"/>
            <w:vAlign w:val="bottom"/>
          </w:tcPr>
          <w:p w14:paraId="62352A7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0.531</w:t>
            </w:r>
          </w:p>
        </w:tc>
      </w:tr>
      <w:tr w:rsidR="00D92A85" w:rsidRPr="00D92A85" w14:paraId="54720342" w14:textId="77777777" w:rsidTr="002A5B47">
        <w:trPr>
          <w:trHeight w:val="211"/>
          <w:jc w:val="center"/>
        </w:trPr>
        <w:tc>
          <w:tcPr>
            <w:tcW w:w="1876" w:type="dxa"/>
          </w:tcPr>
          <w:p w14:paraId="1CDC267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Pos Pred value</w:t>
            </w:r>
          </w:p>
        </w:tc>
        <w:tc>
          <w:tcPr>
            <w:tcW w:w="1097" w:type="dxa"/>
            <w:vAlign w:val="bottom"/>
          </w:tcPr>
          <w:p w14:paraId="44BD486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0.655</w:t>
            </w:r>
          </w:p>
        </w:tc>
        <w:tc>
          <w:tcPr>
            <w:tcW w:w="1096" w:type="dxa"/>
            <w:vAlign w:val="bottom"/>
          </w:tcPr>
          <w:p w14:paraId="2C904E3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0.656</w:t>
            </w:r>
          </w:p>
        </w:tc>
        <w:tc>
          <w:tcPr>
            <w:tcW w:w="1254" w:type="dxa"/>
            <w:vAlign w:val="bottom"/>
          </w:tcPr>
          <w:p w14:paraId="3715A54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0.790</w:t>
            </w:r>
          </w:p>
        </w:tc>
      </w:tr>
      <w:tr w:rsidR="00D92A85" w:rsidRPr="00D92A85" w14:paraId="243AD40E" w14:textId="77777777" w:rsidTr="002A5B47">
        <w:trPr>
          <w:trHeight w:val="317"/>
          <w:jc w:val="center"/>
        </w:trPr>
        <w:tc>
          <w:tcPr>
            <w:tcW w:w="1876" w:type="dxa"/>
          </w:tcPr>
          <w:p w14:paraId="34F3E7D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Negative Pred value</w:t>
            </w:r>
          </w:p>
        </w:tc>
        <w:tc>
          <w:tcPr>
            <w:tcW w:w="1097" w:type="dxa"/>
            <w:vAlign w:val="bottom"/>
          </w:tcPr>
          <w:p w14:paraId="0C1246C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0.861</w:t>
            </w:r>
          </w:p>
        </w:tc>
        <w:tc>
          <w:tcPr>
            <w:tcW w:w="1096" w:type="dxa"/>
            <w:vAlign w:val="bottom"/>
          </w:tcPr>
          <w:p w14:paraId="3431023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0.910</w:t>
            </w:r>
          </w:p>
        </w:tc>
        <w:tc>
          <w:tcPr>
            <w:tcW w:w="1254" w:type="dxa"/>
            <w:vAlign w:val="bottom"/>
          </w:tcPr>
          <w:p w14:paraId="572E3F2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0.830</w:t>
            </w:r>
          </w:p>
        </w:tc>
      </w:tr>
      <w:tr w:rsidR="00D92A85" w:rsidRPr="00D92A85" w14:paraId="1C9FA160" w14:textId="77777777" w:rsidTr="002A5B47">
        <w:trPr>
          <w:trHeight w:val="157"/>
          <w:jc w:val="center"/>
        </w:trPr>
        <w:tc>
          <w:tcPr>
            <w:tcW w:w="1876" w:type="dxa"/>
          </w:tcPr>
          <w:p w14:paraId="7FE5D8B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Prevalence</w:t>
            </w:r>
          </w:p>
        </w:tc>
        <w:tc>
          <w:tcPr>
            <w:tcW w:w="1097" w:type="dxa"/>
            <w:vAlign w:val="bottom"/>
          </w:tcPr>
          <w:p w14:paraId="2FB847E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0.655</w:t>
            </w:r>
          </w:p>
        </w:tc>
        <w:tc>
          <w:tcPr>
            <w:tcW w:w="1096" w:type="dxa"/>
            <w:vAlign w:val="bottom"/>
          </w:tcPr>
          <w:p w14:paraId="4BAAB41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0.656</w:t>
            </w:r>
          </w:p>
        </w:tc>
        <w:tc>
          <w:tcPr>
            <w:tcW w:w="1254" w:type="dxa"/>
            <w:vAlign w:val="bottom"/>
          </w:tcPr>
          <w:p w14:paraId="6ECBD46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0.790</w:t>
            </w:r>
          </w:p>
        </w:tc>
      </w:tr>
      <w:tr w:rsidR="00D92A85" w:rsidRPr="00D92A85" w14:paraId="1DA41EF9" w14:textId="77777777" w:rsidTr="002A5B47">
        <w:trPr>
          <w:trHeight w:val="172"/>
          <w:jc w:val="center"/>
        </w:trPr>
        <w:tc>
          <w:tcPr>
            <w:tcW w:w="1876" w:type="dxa"/>
          </w:tcPr>
          <w:p w14:paraId="32FE976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Rate</w:t>
            </w:r>
          </w:p>
        </w:tc>
        <w:tc>
          <w:tcPr>
            <w:tcW w:w="1097" w:type="dxa"/>
            <w:vAlign w:val="bottom"/>
          </w:tcPr>
          <w:p w14:paraId="6C02EE6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0.448</w:t>
            </w:r>
          </w:p>
        </w:tc>
        <w:tc>
          <w:tcPr>
            <w:tcW w:w="1096" w:type="dxa"/>
            <w:vAlign w:val="bottom"/>
          </w:tcPr>
          <w:p w14:paraId="478006A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0.371</w:t>
            </w:r>
          </w:p>
        </w:tc>
        <w:tc>
          <w:tcPr>
            <w:tcW w:w="1254" w:type="dxa"/>
            <w:vAlign w:val="bottom"/>
          </w:tcPr>
          <w:p w14:paraId="158B576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0.942</w:t>
            </w:r>
          </w:p>
        </w:tc>
      </w:tr>
      <w:tr w:rsidR="00D92A85" w:rsidRPr="00D92A85" w14:paraId="29B99973" w14:textId="77777777" w:rsidTr="002A5B47">
        <w:trPr>
          <w:trHeight w:val="350"/>
          <w:jc w:val="center"/>
        </w:trPr>
        <w:tc>
          <w:tcPr>
            <w:tcW w:w="1876" w:type="dxa"/>
          </w:tcPr>
          <w:p w14:paraId="3C44FE2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Prevalence</w:t>
            </w:r>
          </w:p>
        </w:tc>
        <w:tc>
          <w:tcPr>
            <w:tcW w:w="1097" w:type="dxa"/>
            <w:vAlign w:val="bottom"/>
          </w:tcPr>
          <w:p w14:paraId="3DD7649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0.532</w:t>
            </w:r>
          </w:p>
        </w:tc>
        <w:tc>
          <w:tcPr>
            <w:tcW w:w="1096" w:type="dxa"/>
            <w:vAlign w:val="bottom"/>
          </w:tcPr>
          <w:p w14:paraId="0B3A5B0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0.474</w:t>
            </w:r>
          </w:p>
        </w:tc>
        <w:tc>
          <w:tcPr>
            <w:tcW w:w="1254" w:type="dxa"/>
            <w:vAlign w:val="bottom"/>
          </w:tcPr>
          <w:p w14:paraId="58C21C0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0.860</w:t>
            </w:r>
          </w:p>
        </w:tc>
      </w:tr>
      <w:tr w:rsidR="00D92A85" w:rsidRPr="00D92A85" w14:paraId="10011ED0" w14:textId="77777777" w:rsidTr="002A5B47">
        <w:trPr>
          <w:trHeight w:val="313"/>
          <w:jc w:val="center"/>
        </w:trPr>
        <w:tc>
          <w:tcPr>
            <w:tcW w:w="1876" w:type="dxa"/>
          </w:tcPr>
          <w:p w14:paraId="50409C0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Balanced Accuracy</w:t>
            </w:r>
          </w:p>
        </w:tc>
        <w:tc>
          <w:tcPr>
            <w:tcW w:w="1097" w:type="dxa"/>
            <w:vAlign w:val="bottom"/>
          </w:tcPr>
          <w:p w14:paraId="59ADBA4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0.215</w:t>
            </w:r>
          </w:p>
        </w:tc>
        <w:tc>
          <w:tcPr>
            <w:tcW w:w="1096" w:type="dxa"/>
            <w:vAlign w:val="bottom"/>
          </w:tcPr>
          <w:p w14:paraId="78D0803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0.133</w:t>
            </w:r>
          </w:p>
        </w:tc>
        <w:tc>
          <w:tcPr>
            <w:tcW w:w="1254" w:type="dxa"/>
            <w:vAlign w:val="bottom"/>
          </w:tcPr>
          <w:p w14:paraId="71D4E92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0.653</w:t>
            </w:r>
          </w:p>
        </w:tc>
      </w:tr>
    </w:tbl>
    <w:p w14:paraId="73100180" w14:textId="0ABA3A8D" w:rsidR="00D92A85" w:rsidRDefault="00D92A85" w:rsidP="00FA321D">
      <w:pPr>
        <w:spacing w:after="0" w:line="240" w:lineRule="auto"/>
        <w:rPr>
          <w:rFonts w:ascii="Times New Roman" w:hAnsi="Times New Roman" w:cs="Times New Roman"/>
        </w:rPr>
      </w:pPr>
    </w:p>
    <w:p w14:paraId="0B4C08C5" w14:textId="70B27728"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S1</w:t>
      </w:r>
      <w:r w:rsidR="0096040D" w:rsidRPr="0096040D">
        <w:rPr>
          <w:rFonts w:ascii="Times New Roman" w:hAnsi="Times New Roman" w:cs="Times New Roman"/>
          <w:b/>
          <w:sz w:val="20"/>
          <w:szCs w:val="20"/>
        </w:rPr>
        <w:t>6</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XGboost</w:t>
      </w:r>
      <w:r w:rsidRPr="00D92A85">
        <w:rPr>
          <w:rFonts w:ascii="Times New Roman" w:hAnsi="Times New Roman" w:cs="Times New Roman"/>
          <w:bCs/>
          <w:sz w:val="20"/>
          <w:szCs w:val="20"/>
        </w:rPr>
        <w:t xml:space="preserve"> Testing Model</w:t>
      </w:r>
      <w:r w:rsidRPr="00D92A85">
        <w:rPr>
          <w:rFonts w:ascii="Times New Roman" w:hAnsi="Times New Roman" w:cs="Times New Roman"/>
          <w:b/>
          <w:sz w:val="20"/>
          <w:szCs w:val="20"/>
        </w:rPr>
        <w:t xml:space="preserve"> Overall </w:t>
      </w:r>
      <w:r w:rsidRPr="00D92A85">
        <w:rPr>
          <w:rFonts w:ascii="Times New Roman" w:hAnsi="Times New Roman" w:cs="Times New Roman"/>
          <w:sz w:val="20"/>
          <w:szCs w:val="20"/>
        </w:rPr>
        <w:t>Statistic [Three Classes]</w:t>
      </w:r>
    </w:p>
    <w:p w14:paraId="2028F61C" w14:textId="5025632B" w:rsidR="00D92A85" w:rsidRPr="005E2F5A" w:rsidRDefault="00D92A85" w:rsidP="00FA321D">
      <w:pPr>
        <w:spacing w:after="0" w:line="240" w:lineRule="auto"/>
        <w:rPr>
          <w:rFonts w:ascii="Times New Roman" w:hAnsi="Times New Roman" w:cs="Times New Roman"/>
        </w:rPr>
      </w:pPr>
    </w:p>
    <w:tbl>
      <w:tblPr>
        <w:tblW w:w="5458" w:type="dxa"/>
        <w:jc w:val="center"/>
        <w:tblLook w:val="04A0" w:firstRow="1" w:lastRow="0" w:firstColumn="1" w:lastColumn="0" w:noHBand="0" w:noVBand="1"/>
      </w:tblPr>
      <w:tblGrid>
        <w:gridCol w:w="1394"/>
        <w:gridCol w:w="1027"/>
        <w:gridCol w:w="966"/>
        <w:gridCol w:w="966"/>
        <w:gridCol w:w="1105"/>
      </w:tblGrid>
      <w:tr w:rsidR="00D92A85" w:rsidRPr="00D92A85" w14:paraId="038AB8B9" w14:textId="77777777" w:rsidTr="002A5B47">
        <w:trPr>
          <w:trHeight w:val="288"/>
          <w:jc w:val="center"/>
        </w:trPr>
        <w:tc>
          <w:tcPr>
            <w:tcW w:w="1394" w:type="dxa"/>
            <w:tcBorders>
              <w:top w:val="single" w:sz="4" w:space="0" w:color="auto"/>
              <w:left w:val="single" w:sz="4" w:space="0" w:color="auto"/>
              <w:bottom w:val="single" w:sz="4" w:space="0" w:color="auto"/>
              <w:right w:val="single" w:sz="4" w:space="0" w:color="auto"/>
            </w:tcBorders>
            <w:noWrap/>
            <w:vAlign w:val="bottom"/>
            <w:hideMark/>
          </w:tcPr>
          <w:p w14:paraId="29E8F11B"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Model</w:t>
            </w:r>
          </w:p>
        </w:tc>
        <w:tc>
          <w:tcPr>
            <w:tcW w:w="1027" w:type="dxa"/>
            <w:tcBorders>
              <w:top w:val="single" w:sz="4" w:space="0" w:color="auto"/>
              <w:left w:val="nil"/>
              <w:bottom w:val="single" w:sz="4" w:space="0" w:color="auto"/>
              <w:right w:val="single" w:sz="4" w:space="0" w:color="auto"/>
            </w:tcBorders>
            <w:noWrap/>
            <w:vAlign w:val="bottom"/>
            <w:hideMark/>
          </w:tcPr>
          <w:p w14:paraId="6876537A"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Accuracy</w:t>
            </w:r>
          </w:p>
        </w:tc>
        <w:tc>
          <w:tcPr>
            <w:tcW w:w="966" w:type="dxa"/>
            <w:tcBorders>
              <w:top w:val="single" w:sz="4" w:space="0" w:color="auto"/>
              <w:left w:val="nil"/>
              <w:bottom w:val="single" w:sz="4" w:space="0" w:color="auto"/>
              <w:right w:val="single" w:sz="4" w:space="0" w:color="auto"/>
            </w:tcBorders>
            <w:noWrap/>
            <w:vAlign w:val="bottom"/>
            <w:hideMark/>
          </w:tcPr>
          <w:p w14:paraId="1E6D51C7"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Kappa</w:t>
            </w:r>
          </w:p>
        </w:tc>
        <w:tc>
          <w:tcPr>
            <w:tcW w:w="966" w:type="dxa"/>
            <w:tcBorders>
              <w:top w:val="single" w:sz="4" w:space="0" w:color="auto"/>
              <w:left w:val="nil"/>
              <w:bottom w:val="single" w:sz="4" w:space="0" w:color="auto"/>
              <w:right w:val="single" w:sz="4" w:space="0" w:color="auto"/>
            </w:tcBorders>
            <w:noWrap/>
            <w:vAlign w:val="bottom"/>
            <w:hideMark/>
          </w:tcPr>
          <w:p w14:paraId="62E70CB1"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MCC</w:t>
            </w:r>
          </w:p>
        </w:tc>
        <w:tc>
          <w:tcPr>
            <w:tcW w:w="1105" w:type="dxa"/>
            <w:tcBorders>
              <w:top w:val="single" w:sz="4" w:space="0" w:color="auto"/>
              <w:left w:val="nil"/>
              <w:bottom w:val="single" w:sz="4" w:space="0" w:color="auto"/>
              <w:right w:val="single" w:sz="4" w:space="0" w:color="auto"/>
            </w:tcBorders>
            <w:noWrap/>
            <w:vAlign w:val="bottom"/>
            <w:hideMark/>
          </w:tcPr>
          <w:p w14:paraId="54DED47E" w14:textId="77777777" w:rsidR="00D92A85" w:rsidRPr="00D92A85" w:rsidRDefault="00D92A85" w:rsidP="00D92A85">
            <w:pPr>
              <w:spacing w:after="0" w:line="240" w:lineRule="auto"/>
              <w:rPr>
                <w:rFonts w:ascii="Times New Roman" w:hAnsi="Times New Roman" w:cs="Times New Roman"/>
                <w:b/>
                <w:bCs/>
                <w:sz w:val="20"/>
                <w:szCs w:val="20"/>
                <w:lang w:val="en-IN"/>
              </w:rPr>
            </w:pPr>
            <w:r w:rsidRPr="00D92A85">
              <w:rPr>
                <w:rFonts w:ascii="Times New Roman" w:hAnsi="Times New Roman" w:cs="Times New Roman"/>
                <w:b/>
                <w:bCs/>
                <w:sz w:val="20"/>
                <w:szCs w:val="20"/>
                <w:lang w:val="en-IN"/>
              </w:rPr>
              <w:t>F1_Macro</w:t>
            </w:r>
          </w:p>
        </w:tc>
      </w:tr>
      <w:tr w:rsidR="00D92A85" w:rsidRPr="00D92A85" w14:paraId="1EBDFA77" w14:textId="77777777" w:rsidTr="002A5B47">
        <w:trPr>
          <w:trHeight w:val="288"/>
          <w:jc w:val="center"/>
        </w:trPr>
        <w:tc>
          <w:tcPr>
            <w:tcW w:w="1394" w:type="dxa"/>
            <w:tcBorders>
              <w:top w:val="nil"/>
              <w:left w:val="single" w:sz="4" w:space="0" w:color="auto"/>
              <w:bottom w:val="single" w:sz="4" w:space="0" w:color="auto"/>
              <w:right w:val="single" w:sz="4" w:space="0" w:color="auto"/>
            </w:tcBorders>
            <w:noWrap/>
            <w:vAlign w:val="bottom"/>
            <w:hideMark/>
          </w:tcPr>
          <w:p w14:paraId="7BDD479A"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XGBoost</w:t>
            </w:r>
          </w:p>
        </w:tc>
        <w:tc>
          <w:tcPr>
            <w:tcW w:w="1027" w:type="dxa"/>
            <w:tcBorders>
              <w:top w:val="nil"/>
              <w:left w:val="nil"/>
              <w:bottom w:val="single" w:sz="4" w:space="0" w:color="auto"/>
              <w:right w:val="single" w:sz="4" w:space="0" w:color="auto"/>
            </w:tcBorders>
            <w:noWrap/>
            <w:vAlign w:val="bottom"/>
            <w:hideMark/>
          </w:tcPr>
          <w:p w14:paraId="7310DA33"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0.760401</w:t>
            </w:r>
          </w:p>
        </w:tc>
        <w:tc>
          <w:tcPr>
            <w:tcW w:w="966" w:type="dxa"/>
            <w:tcBorders>
              <w:top w:val="nil"/>
              <w:left w:val="nil"/>
              <w:bottom w:val="single" w:sz="4" w:space="0" w:color="auto"/>
              <w:right w:val="single" w:sz="4" w:space="0" w:color="auto"/>
            </w:tcBorders>
            <w:noWrap/>
            <w:vAlign w:val="bottom"/>
            <w:hideMark/>
          </w:tcPr>
          <w:p w14:paraId="688FCF16"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0.46844</w:t>
            </w:r>
          </w:p>
        </w:tc>
        <w:tc>
          <w:tcPr>
            <w:tcW w:w="966" w:type="dxa"/>
            <w:tcBorders>
              <w:top w:val="nil"/>
              <w:left w:val="nil"/>
              <w:bottom w:val="single" w:sz="4" w:space="0" w:color="auto"/>
              <w:right w:val="single" w:sz="4" w:space="0" w:color="auto"/>
            </w:tcBorders>
            <w:noWrap/>
            <w:vAlign w:val="bottom"/>
            <w:hideMark/>
          </w:tcPr>
          <w:p w14:paraId="700862DE"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0.487559</w:t>
            </w:r>
          </w:p>
        </w:tc>
        <w:tc>
          <w:tcPr>
            <w:tcW w:w="1105" w:type="dxa"/>
            <w:tcBorders>
              <w:top w:val="nil"/>
              <w:left w:val="nil"/>
              <w:bottom w:val="single" w:sz="4" w:space="0" w:color="auto"/>
              <w:right w:val="single" w:sz="4" w:space="0" w:color="auto"/>
            </w:tcBorders>
            <w:noWrap/>
            <w:vAlign w:val="bottom"/>
            <w:hideMark/>
          </w:tcPr>
          <w:p w14:paraId="0CC5E3B9" w14:textId="77777777" w:rsidR="00D92A85" w:rsidRPr="00D92A85" w:rsidRDefault="00D92A85" w:rsidP="00D92A85">
            <w:pPr>
              <w:spacing w:after="0" w:line="240" w:lineRule="auto"/>
              <w:rPr>
                <w:rFonts w:ascii="Times New Roman" w:hAnsi="Times New Roman" w:cs="Times New Roman"/>
                <w:sz w:val="20"/>
                <w:szCs w:val="20"/>
                <w:lang w:val="en-IN"/>
              </w:rPr>
            </w:pPr>
            <w:r w:rsidRPr="00D92A85">
              <w:rPr>
                <w:rFonts w:ascii="Times New Roman" w:hAnsi="Times New Roman" w:cs="Times New Roman"/>
                <w:sz w:val="20"/>
                <w:szCs w:val="20"/>
                <w:lang w:val="en-IN"/>
              </w:rPr>
              <w:t>0.621914</w:t>
            </w:r>
          </w:p>
        </w:tc>
      </w:tr>
    </w:tbl>
    <w:p w14:paraId="21836C3A" w14:textId="77777777" w:rsidR="00D92A85" w:rsidRDefault="00D92A85" w:rsidP="00D92A85">
      <w:pPr>
        <w:spacing w:after="0" w:line="240" w:lineRule="auto"/>
        <w:rPr>
          <w:rFonts w:ascii="Times New Roman" w:hAnsi="Times New Roman" w:cs="Times New Roman"/>
          <w:b/>
        </w:rPr>
      </w:pPr>
      <w:bookmarkStart w:id="0" w:name="_Hlk207998273"/>
    </w:p>
    <w:p w14:paraId="0F6A038D" w14:textId="4A47ACD6"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w:t>
      </w:r>
      <w:r w:rsidRPr="0096040D">
        <w:rPr>
          <w:rFonts w:ascii="Times New Roman" w:hAnsi="Times New Roman" w:cs="Times New Roman"/>
          <w:b/>
          <w:sz w:val="20"/>
          <w:szCs w:val="20"/>
        </w:rPr>
        <w:t>1</w:t>
      </w:r>
      <w:r w:rsidR="0096040D" w:rsidRPr="0096040D">
        <w:rPr>
          <w:rFonts w:ascii="Times New Roman" w:hAnsi="Times New Roman" w:cs="Times New Roman"/>
          <w:b/>
          <w:sz w:val="20"/>
          <w:szCs w:val="20"/>
        </w:rPr>
        <w:t>7</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XGboost</w:t>
      </w:r>
      <w:r w:rsidRPr="00D92A85">
        <w:rPr>
          <w:rFonts w:ascii="Times New Roman" w:hAnsi="Times New Roman" w:cs="Times New Roman"/>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Confusion Matrix [</w:t>
      </w:r>
      <w:bookmarkEnd w:id="0"/>
      <w:r w:rsidRPr="00D92A85">
        <w:rPr>
          <w:rFonts w:ascii="Times New Roman" w:hAnsi="Times New Roman" w:cs="Times New Roman"/>
          <w:sz w:val="20"/>
          <w:szCs w:val="20"/>
        </w:rPr>
        <w:t>Binary]</w:t>
      </w:r>
    </w:p>
    <w:p w14:paraId="41D1A45F" w14:textId="6A2DB242" w:rsidR="005E2F5A" w:rsidRDefault="005E2F5A" w:rsidP="00FA321D">
      <w:pPr>
        <w:spacing w:after="0" w:line="240" w:lineRule="auto"/>
        <w:rPr>
          <w:rFonts w:ascii="Times New Roman" w:hAnsi="Times New Roman" w:cs="Times New Roman"/>
        </w:rPr>
      </w:pPr>
    </w:p>
    <w:tbl>
      <w:tblPr>
        <w:tblW w:w="3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8"/>
        <w:gridCol w:w="1290"/>
        <w:gridCol w:w="1290"/>
      </w:tblGrid>
      <w:tr w:rsidR="00D92A85" w:rsidRPr="00D92A85" w14:paraId="5434999D" w14:textId="77777777" w:rsidTr="002A5B47">
        <w:trPr>
          <w:trHeight w:val="231"/>
          <w:jc w:val="center"/>
        </w:trPr>
        <w:tc>
          <w:tcPr>
            <w:tcW w:w="1288" w:type="dxa"/>
          </w:tcPr>
          <w:p w14:paraId="5C54EB2B" w14:textId="77777777" w:rsidR="00D92A85" w:rsidRPr="00D92A85" w:rsidRDefault="00D92A85" w:rsidP="00D92A85">
            <w:pPr>
              <w:spacing w:after="0" w:line="240" w:lineRule="auto"/>
              <w:rPr>
                <w:rFonts w:ascii="Times New Roman" w:hAnsi="Times New Roman" w:cs="Times New Roman"/>
                <w:sz w:val="20"/>
                <w:szCs w:val="20"/>
              </w:rPr>
            </w:pPr>
          </w:p>
        </w:tc>
        <w:tc>
          <w:tcPr>
            <w:tcW w:w="2580" w:type="dxa"/>
            <w:gridSpan w:val="2"/>
          </w:tcPr>
          <w:p w14:paraId="40CEAFA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Reference</w:t>
            </w:r>
          </w:p>
        </w:tc>
      </w:tr>
      <w:tr w:rsidR="00D92A85" w:rsidRPr="00D92A85" w14:paraId="77A28054" w14:textId="77777777" w:rsidTr="002A5B47">
        <w:trPr>
          <w:trHeight w:val="231"/>
          <w:jc w:val="center"/>
        </w:trPr>
        <w:tc>
          <w:tcPr>
            <w:tcW w:w="1288" w:type="dxa"/>
          </w:tcPr>
          <w:p w14:paraId="00F60BF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Prediction</w:t>
            </w:r>
          </w:p>
        </w:tc>
        <w:tc>
          <w:tcPr>
            <w:tcW w:w="1290" w:type="dxa"/>
          </w:tcPr>
          <w:p w14:paraId="7A365DE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290" w:type="dxa"/>
          </w:tcPr>
          <w:p w14:paraId="12BCFF8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r>
      <w:tr w:rsidR="00D92A85" w:rsidRPr="00D92A85" w14:paraId="20CF4BED" w14:textId="77777777" w:rsidTr="002A5B47">
        <w:trPr>
          <w:trHeight w:val="242"/>
          <w:jc w:val="center"/>
        </w:trPr>
        <w:tc>
          <w:tcPr>
            <w:tcW w:w="1288" w:type="dxa"/>
          </w:tcPr>
          <w:p w14:paraId="3022048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290" w:type="dxa"/>
            <w:vAlign w:val="bottom"/>
          </w:tcPr>
          <w:p w14:paraId="2413E1F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6863</w:t>
            </w:r>
          </w:p>
        </w:tc>
        <w:tc>
          <w:tcPr>
            <w:tcW w:w="1290" w:type="dxa"/>
            <w:vAlign w:val="bottom"/>
          </w:tcPr>
          <w:p w14:paraId="29CFB7E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888</w:t>
            </w:r>
          </w:p>
        </w:tc>
      </w:tr>
      <w:tr w:rsidR="00D92A85" w:rsidRPr="00D92A85" w14:paraId="65DDAE2F" w14:textId="77777777" w:rsidTr="002A5B47">
        <w:trPr>
          <w:trHeight w:val="220"/>
          <w:jc w:val="center"/>
        </w:trPr>
        <w:tc>
          <w:tcPr>
            <w:tcW w:w="1288" w:type="dxa"/>
          </w:tcPr>
          <w:p w14:paraId="4BA0744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1290" w:type="dxa"/>
            <w:vAlign w:val="bottom"/>
          </w:tcPr>
          <w:p w14:paraId="65989B1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1115</w:t>
            </w:r>
          </w:p>
        </w:tc>
        <w:tc>
          <w:tcPr>
            <w:tcW w:w="1290" w:type="dxa"/>
            <w:vAlign w:val="bottom"/>
          </w:tcPr>
          <w:p w14:paraId="2A825AA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3009</w:t>
            </w:r>
          </w:p>
        </w:tc>
      </w:tr>
    </w:tbl>
    <w:p w14:paraId="03D16A64" w14:textId="77777777" w:rsidR="0096040D" w:rsidRDefault="0096040D" w:rsidP="00D92A85">
      <w:pPr>
        <w:spacing w:after="0" w:line="240" w:lineRule="auto"/>
        <w:rPr>
          <w:rFonts w:ascii="Times New Roman" w:hAnsi="Times New Roman" w:cs="Times New Roman"/>
          <w:b/>
          <w:sz w:val="20"/>
          <w:szCs w:val="20"/>
        </w:rPr>
      </w:pPr>
      <w:bookmarkStart w:id="1" w:name="_Hlk207998297"/>
    </w:p>
    <w:p w14:paraId="780220FE" w14:textId="0CAAF570"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w:t>
      </w:r>
      <w:r w:rsidR="0096040D">
        <w:rPr>
          <w:rFonts w:ascii="Times New Roman" w:hAnsi="Times New Roman" w:cs="Times New Roman"/>
          <w:b/>
          <w:sz w:val="20"/>
          <w:szCs w:val="20"/>
        </w:rPr>
        <w:t>18</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XGboost</w:t>
      </w:r>
      <w:r w:rsidRPr="00D92A85">
        <w:rPr>
          <w:rFonts w:ascii="Times New Roman" w:hAnsi="Times New Roman" w:cs="Times New Roman"/>
          <w:bCs/>
          <w:sz w:val="20"/>
          <w:szCs w:val="20"/>
        </w:rPr>
        <w:t xml:space="preserve"> Testing Model</w:t>
      </w:r>
      <w:r w:rsidRPr="00D92A85">
        <w:rPr>
          <w:rFonts w:ascii="Times New Roman" w:hAnsi="Times New Roman" w:cs="Times New Roman"/>
          <w:b/>
          <w:sz w:val="20"/>
          <w:szCs w:val="20"/>
        </w:rPr>
        <w:t xml:space="preserve"> Overall </w:t>
      </w:r>
      <w:r w:rsidRPr="00D92A85">
        <w:rPr>
          <w:rFonts w:ascii="Times New Roman" w:hAnsi="Times New Roman" w:cs="Times New Roman"/>
          <w:sz w:val="20"/>
          <w:szCs w:val="20"/>
        </w:rPr>
        <w:t>Statistic [Binary]</w:t>
      </w:r>
    </w:p>
    <w:bookmarkEnd w:id="1"/>
    <w:p w14:paraId="16DD54A8" w14:textId="39776EF8" w:rsidR="00EE7672" w:rsidRPr="00D92A85" w:rsidRDefault="00EE7672" w:rsidP="00FA321D">
      <w:pPr>
        <w:spacing w:after="0" w:line="240" w:lineRule="auto"/>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187"/>
        <w:gridCol w:w="1148"/>
        <w:gridCol w:w="837"/>
        <w:gridCol w:w="1187"/>
      </w:tblGrid>
      <w:tr w:rsidR="00D92A85" w:rsidRPr="00D92A85" w14:paraId="79C87701" w14:textId="77777777" w:rsidTr="002A5B47">
        <w:trPr>
          <w:trHeight w:val="317"/>
          <w:jc w:val="center"/>
        </w:trPr>
        <w:tc>
          <w:tcPr>
            <w:tcW w:w="1278" w:type="dxa"/>
            <w:noWrap/>
            <w:vAlign w:val="center"/>
            <w:hideMark/>
          </w:tcPr>
          <w:p w14:paraId="2061FB87"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bCs/>
                <w:sz w:val="20"/>
                <w:szCs w:val="20"/>
                <w:lang w:val="en-IN"/>
              </w:rPr>
              <w:t>Parameter</w:t>
            </w:r>
          </w:p>
        </w:tc>
        <w:tc>
          <w:tcPr>
            <w:tcW w:w="1187" w:type="dxa"/>
            <w:noWrap/>
            <w:vAlign w:val="bottom"/>
            <w:hideMark/>
          </w:tcPr>
          <w:p w14:paraId="69FB38A4"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b/>
                <w:bCs/>
                <w:sz w:val="20"/>
                <w:szCs w:val="20"/>
                <w:lang w:val="en-IN"/>
              </w:rPr>
              <w:t>Accuracy</w:t>
            </w:r>
          </w:p>
        </w:tc>
        <w:tc>
          <w:tcPr>
            <w:tcW w:w="1148" w:type="dxa"/>
            <w:noWrap/>
            <w:vAlign w:val="bottom"/>
            <w:hideMark/>
          </w:tcPr>
          <w:p w14:paraId="65B8DA2C"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b/>
                <w:bCs/>
                <w:sz w:val="20"/>
                <w:szCs w:val="20"/>
                <w:lang w:val="en-IN"/>
              </w:rPr>
              <w:t>Kappa</w:t>
            </w:r>
          </w:p>
        </w:tc>
        <w:tc>
          <w:tcPr>
            <w:tcW w:w="837" w:type="dxa"/>
            <w:noWrap/>
            <w:vAlign w:val="bottom"/>
            <w:hideMark/>
          </w:tcPr>
          <w:p w14:paraId="7F96A7B7"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b/>
                <w:bCs/>
                <w:sz w:val="20"/>
                <w:szCs w:val="20"/>
                <w:lang w:val="en-IN"/>
              </w:rPr>
              <w:t>MCC</w:t>
            </w:r>
          </w:p>
        </w:tc>
        <w:tc>
          <w:tcPr>
            <w:tcW w:w="1187" w:type="dxa"/>
            <w:noWrap/>
            <w:vAlign w:val="bottom"/>
            <w:hideMark/>
          </w:tcPr>
          <w:p w14:paraId="51AD2099"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b/>
                <w:bCs/>
                <w:sz w:val="20"/>
                <w:szCs w:val="20"/>
                <w:lang w:val="en-IN"/>
              </w:rPr>
              <w:t>F1_Macro</w:t>
            </w:r>
          </w:p>
        </w:tc>
      </w:tr>
      <w:tr w:rsidR="00D92A85" w:rsidRPr="00D92A85" w14:paraId="3DA6B0A8" w14:textId="77777777" w:rsidTr="002A5B47">
        <w:trPr>
          <w:trHeight w:val="157"/>
          <w:jc w:val="center"/>
        </w:trPr>
        <w:tc>
          <w:tcPr>
            <w:tcW w:w="1278" w:type="dxa"/>
            <w:noWrap/>
            <w:vAlign w:val="center"/>
            <w:hideMark/>
          </w:tcPr>
          <w:p w14:paraId="1A8A5102"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bCs/>
                <w:sz w:val="20"/>
                <w:szCs w:val="20"/>
                <w:lang w:val="en-IN"/>
              </w:rPr>
              <w:t>Metrics</w:t>
            </w:r>
          </w:p>
        </w:tc>
        <w:tc>
          <w:tcPr>
            <w:tcW w:w="1187" w:type="dxa"/>
            <w:noWrap/>
            <w:vAlign w:val="bottom"/>
            <w:hideMark/>
          </w:tcPr>
          <w:p w14:paraId="47528614"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sz w:val="20"/>
                <w:szCs w:val="20"/>
              </w:rPr>
              <w:t>0.831</w:t>
            </w:r>
          </w:p>
        </w:tc>
        <w:tc>
          <w:tcPr>
            <w:tcW w:w="1148" w:type="dxa"/>
            <w:noWrap/>
            <w:vAlign w:val="bottom"/>
            <w:hideMark/>
          </w:tcPr>
          <w:p w14:paraId="43EE8AA0"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sz w:val="20"/>
                <w:szCs w:val="20"/>
              </w:rPr>
              <w:t>0.623</w:t>
            </w:r>
          </w:p>
        </w:tc>
        <w:tc>
          <w:tcPr>
            <w:tcW w:w="837" w:type="dxa"/>
            <w:noWrap/>
            <w:vAlign w:val="bottom"/>
            <w:hideMark/>
          </w:tcPr>
          <w:p w14:paraId="31490267"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sz w:val="20"/>
                <w:szCs w:val="20"/>
              </w:rPr>
              <w:t>0.624</w:t>
            </w:r>
          </w:p>
        </w:tc>
        <w:tc>
          <w:tcPr>
            <w:tcW w:w="1187" w:type="dxa"/>
            <w:noWrap/>
            <w:vAlign w:val="bottom"/>
            <w:hideMark/>
          </w:tcPr>
          <w:p w14:paraId="58EE00EF" w14:textId="77777777" w:rsidR="00D92A85" w:rsidRPr="00D92A85" w:rsidRDefault="00D92A85" w:rsidP="00D92A85">
            <w:pPr>
              <w:spacing w:after="0" w:line="240" w:lineRule="auto"/>
              <w:rPr>
                <w:rFonts w:ascii="Times New Roman" w:hAnsi="Times New Roman" w:cs="Times New Roman"/>
                <w:bCs/>
                <w:sz w:val="20"/>
                <w:szCs w:val="20"/>
                <w:lang w:val="en-IN"/>
              </w:rPr>
            </w:pPr>
            <w:r w:rsidRPr="00D92A85">
              <w:rPr>
                <w:rFonts w:ascii="Times New Roman" w:hAnsi="Times New Roman" w:cs="Times New Roman"/>
                <w:sz w:val="20"/>
                <w:szCs w:val="20"/>
              </w:rPr>
              <w:t>0.811</w:t>
            </w:r>
          </w:p>
        </w:tc>
      </w:tr>
    </w:tbl>
    <w:p w14:paraId="20B3A0F5" w14:textId="77777777" w:rsidR="00EE7672" w:rsidRPr="005E2F5A" w:rsidRDefault="00EE7672" w:rsidP="00FA321D">
      <w:pPr>
        <w:spacing w:after="0" w:line="240" w:lineRule="auto"/>
        <w:rPr>
          <w:rFonts w:ascii="Times New Roman" w:hAnsi="Times New Roman" w:cs="Times New Roman"/>
        </w:rPr>
      </w:pPr>
    </w:p>
    <w:p w14:paraId="7E952438" w14:textId="09CF06DF" w:rsidR="00EE7672" w:rsidRPr="00D92A85" w:rsidRDefault="00D92A85" w:rsidP="00FA321D">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w:t>
      </w:r>
      <w:r w:rsidR="0096040D">
        <w:rPr>
          <w:rFonts w:ascii="Times New Roman" w:hAnsi="Times New Roman" w:cs="Times New Roman"/>
          <w:b/>
          <w:sz w:val="20"/>
          <w:szCs w:val="20"/>
        </w:rPr>
        <w:t>19</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LightGB</w:t>
      </w:r>
      <w:r w:rsidRPr="00D92A85">
        <w:rPr>
          <w:rFonts w:ascii="Times New Roman" w:hAnsi="Times New Roman" w:cs="Times New Roman"/>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 xml:space="preserve">Confusion Matrix </w:t>
      </w:r>
      <w:r w:rsidRPr="00D92A85">
        <w:rPr>
          <w:rFonts w:ascii="Times New Roman" w:hAnsi="Times New Roman" w:cs="Times New Roman"/>
          <w:bCs/>
          <w:sz w:val="20"/>
          <w:szCs w:val="20"/>
        </w:rPr>
        <w:t>and Overall</w:t>
      </w:r>
      <w:r w:rsidRPr="00D92A85">
        <w:rPr>
          <w:rFonts w:ascii="Times New Roman" w:hAnsi="Times New Roman" w:cs="Times New Roman"/>
          <w:sz w:val="20"/>
          <w:szCs w:val="20"/>
        </w:rPr>
        <w:t xml:space="preserve"> Statistic [Eight Classes]</w:t>
      </w:r>
    </w:p>
    <w:p w14:paraId="79300765" w14:textId="77777777" w:rsidR="00EE7672" w:rsidRPr="00D92A85" w:rsidRDefault="00EE7672" w:rsidP="00FA321D">
      <w:pPr>
        <w:spacing w:after="0" w:line="240" w:lineRule="auto"/>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709"/>
        <w:gridCol w:w="567"/>
        <w:gridCol w:w="567"/>
        <w:gridCol w:w="634"/>
        <w:gridCol w:w="516"/>
        <w:gridCol w:w="567"/>
        <w:gridCol w:w="567"/>
        <w:gridCol w:w="693"/>
        <w:gridCol w:w="1292"/>
        <w:gridCol w:w="834"/>
      </w:tblGrid>
      <w:tr w:rsidR="00D92A85" w:rsidRPr="00D92A85" w14:paraId="56269368" w14:textId="77777777" w:rsidTr="00D92A85">
        <w:trPr>
          <w:trHeight w:val="251"/>
          <w:jc w:val="center"/>
        </w:trPr>
        <w:tc>
          <w:tcPr>
            <w:tcW w:w="1129" w:type="dxa"/>
          </w:tcPr>
          <w:p w14:paraId="09D562A4" w14:textId="77777777" w:rsidR="00D92A85" w:rsidRPr="00D92A85" w:rsidRDefault="00D92A85" w:rsidP="00D92A85">
            <w:pPr>
              <w:spacing w:after="0" w:line="240" w:lineRule="auto"/>
              <w:rPr>
                <w:rFonts w:ascii="Times New Roman" w:hAnsi="Times New Roman" w:cs="Times New Roman"/>
                <w:sz w:val="20"/>
                <w:szCs w:val="20"/>
              </w:rPr>
            </w:pPr>
          </w:p>
        </w:tc>
        <w:tc>
          <w:tcPr>
            <w:tcW w:w="4820" w:type="dxa"/>
            <w:gridSpan w:val="8"/>
          </w:tcPr>
          <w:p w14:paraId="5A35D71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Reference</w:t>
            </w:r>
          </w:p>
        </w:tc>
        <w:tc>
          <w:tcPr>
            <w:tcW w:w="2126" w:type="dxa"/>
            <w:gridSpan w:val="2"/>
          </w:tcPr>
          <w:p w14:paraId="5E8958F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Overall Statistic</w:t>
            </w:r>
          </w:p>
        </w:tc>
      </w:tr>
      <w:tr w:rsidR="00D92A85" w:rsidRPr="00D92A85" w14:paraId="456D67DA" w14:textId="77777777" w:rsidTr="00D92A85">
        <w:trPr>
          <w:trHeight w:val="194"/>
          <w:jc w:val="center"/>
        </w:trPr>
        <w:tc>
          <w:tcPr>
            <w:tcW w:w="1129" w:type="dxa"/>
          </w:tcPr>
          <w:p w14:paraId="20F1E5E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Prediction</w:t>
            </w:r>
          </w:p>
        </w:tc>
        <w:tc>
          <w:tcPr>
            <w:tcW w:w="709" w:type="dxa"/>
          </w:tcPr>
          <w:p w14:paraId="7B0DC90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567" w:type="dxa"/>
          </w:tcPr>
          <w:p w14:paraId="5AE6D46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567" w:type="dxa"/>
          </w:tcPr>
          <w:p w14:paraId="646F8E2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c>
          <w:tcPr>
            <w:tcW w:w="634" w:type="dxa"/>
          </w:tcPr>
          <w:p w14:paraId="26ACFEA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w:t>
            </w:r>
          </w:p>
        </w:tc>
        <w:tc>
          <w:tcPr>
            <w:tcW w:w="516" w:type="dxa"/>
          </w:tcPr>
          <w:p w14:paraId="55B2250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w:t>
            </w:r>
          </w:p>
        </w:tc>
        <w:tc>
          <w:tcPr>
            <w:tcW w:w="567" w:type="dxa"/>
          </w:tcPr>
          <w:p w14:paraId="2E429D7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w:t>
            </w:r>
          </w:p>
        </w:tc>
        <w:tc>
          <w:tcPr>
            <w:tcW w:w="567" w:type="dxa"/>
          </w:tcPr>
          <w:p w14:paraId="4CA07D2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w:t>
            </w:r>
          </w:p>
        </w:tc>
        <w:tc>
          <w:tcPr>
            <w:tcW w:w="693" w:type="dxa"/>
          </w:tcPr>
          <w:p w14:paraId="43ED481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1292" w:type="dxa"/>
            <w:vAlign w:val="center"/>
          </w:tcPr>
          <w:p w14:paraId="00F3397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Accuracy</w:t>
            </w:r>
          </w:p>
        </w:tc>
        <w:tc>
          <w:tcPr>
            <w:tcW w:w="834" w:type="dxa"/>
            <w:vAlign w:val="bottom"/>
          </w:tcPr>
          <w:p w14:paraId="0DEFD93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0.487</w:t>
            </w:r>
          </w:p>
        </w:tc>
      </w:tr>
      <w:tr w:rsidR="00D92A85" w:rsidRPr="00D92A85" w14:paraId="4B917C0D" w14:textId="77777777" w:rsidTr="00D92A85">
        <w:trPr>
          <w:trHeight w:val="203"/>
          <w:jc w:val="center"/>
        </w:trPr>
        <w:tc>
          <w:tcPr>
            <w:tcW w:w="1129" w:type="dxa"/>
          </w:tcPr>
          <w:p w14:paraId="1135FD1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709" w:type="dxa"/>
            <w:vAlign w:val="bottom"/>
          </w:tcPr>
          <w:p w14:paraId="5F3BF45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356</w:t>
            </w:r>
          </w:p>
        </w:tc>
        <w:tc>
          <w:tcPr>
            <w:tcW w:w="567" w:type="dxa"/>
            <w:vAlign w:val="bottom"/>
          </w:tcPr>
          <w:p w14:paraId="1A1966E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202</w:t>
            </w:r>
          </w:p>
        </w:tc>
        <w:tc>
          <w:tcPr>
            <w:tcW w:w="567" w:type="dxa"/>
            <w:vAlign w:val="bottom"/>
          </w:tcPr>
          <w:p w14:paraId="5B8E6A3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12</w:t>
            </w:r>
          </w:p>
        </w:tc>
        <w:tc>
          <w:tcPr>
            <w:tcW w:w="634" w:type="dxa"/>
            <w:vAlign w:val="bottom"/>
          </w:tcPr>
          <w:p w14:paraId="018D8AD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516" w:type="dxa"/>
            <w:vAlign w:val="bottom"/>
          </w:tcPr>
          <w:p w14:paraId="2E13F8D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56</w:t>
            </w:r>
          </w:p>
        </w:tc>
        <w:tc>
          <w:tcPr>
            <w:tcW w:w="567" w:type="dxa"/>
            <w:vAlign w:val="bottom"/>
          </w:tcPr>
          <w:p w14:paraId="4F3DA2A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190</w:t>
            </w:r>
          </w:p>
        </w:tc>
        <w:tc>
          <w:tcPr>
            <w:tcW w:w="567" w:type="dxa"/>
            <w:vAlign w:val="bottom"/>
          </w:tcPr>
          <w:p w14:paraId="0A94AFA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81</w:t>
            </w:r>
          </w:p>
        </w:tc>
        <w:tc>
          <w:tcPr>
            <w:tcW w:w="693" w:type="dxa"/>
            <w:vAlign w:val="bottom"/>
          </w:tcPr>
          <w:p w14:paraId="05235B7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75</w:t>
            </w:r>
          </w:p>
        </w:tc>
        <w:tc>
          <w:tcPr>
            <w:tcW w:w="1292" w:type="dxa"/>
            <w:vAlign w:val="bottom"/>
          </w:tcPr>
          <w:p w14:paraId="38785D6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Precision/Recall</w:t>
            </w:r>
          </w:p>
        </w:tc>
        <w:tc>
          <w:tcPr>
            <w:tcW w:w="834" w:type="dxa"/>
            <w:vAlign w:val="bottom"/>
          </w:tcPr>
          <w:p w14:paraId="7CA4710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0.487</w:t>
            </w:r>
          </w:p>
        </w:tc>
      </w:tr>
      <w:tr w:rsidR="00D92A85" w:rsidRPr="00D92A85" w14:paraId="093A7AF5" w14:textId="77777777" w:rsidTr="00D92A85">
        <w:trPr>
          <w:trHeight w:val="185"/>
          <w:jc w:val="center"/>
        </w:trPr>
        <w:tc>
          <w:tcPr>
            <w:tcW w:w="1129" w:type="dxa"/>
          </w:tcPr>
          <w:p w14:paraId="2750DC7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709" w:type="dxa"/>
            <w:vAlign w:val="bottom"/>
          </w:tcPr>
          <w:p w14:paraId="6426574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194</w:t>
            </w:r>
          </w:p>
        </w:tc>
        <w:tc>
          <w:tcPr>
            <w:tcW w:w="567" w:type="dxa"/>
            <w:vAlign w:val="bottom"/>
          </w:tcPr>
          <w:p w14:paraId="2DEE684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389</w:t>
            </w:r>
          </w:p>
        </w:tc>
        <w:tc>
          <w:tcPr>
            <w:tcW w:w="567" w:type="dxa"/>
            <w:vAlign w:val="bottom"/>
          </w:tcPr>
          <w:p w14:paraId="2E2240F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9</w:t>
            </w:r>
          </w:p>
        </w:tc>
        <w:tc>
          <w:tcPr>
            <w:tcW w:w="634" w:type="dxa"/>
            <w:vAlign w:val="bottom"/>
          </w:tcPr>
          <w:p w14:paraId="7322CB7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516" w:type="dxa"/>
            <w:vAlign w:val="bottom"/>
          </w:tcPr>
          <w:p w14:paraId="18E3C97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102</w:t>
            </w:r>
          </w:p>
        </w:tc>
        <w:tc>
          <w:tcPr>
            <w:tcW w:w="567" w:type="dxa"/>
            <w:vAlign w:val="bottom"/>
          </w:tcPr>
          <w:p w14:paraId="75B4367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139</w:t>
            </w:r>
          </w:p>
        </w:tc>
        <w:tc>
          <w:tcPr>
            <w:tcW w:w="567" w:type="dxa"/>
            <w:vAlign w:val="bottom"/>
          </w:tcPr>
          <w:p w14:paraId="1D9B40F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38</w:t>
            </w:r>
          </w:p>
        </w:tc>
        <w:tc>
          <w:tcPr>
            <w:tcW w:w="693" w:type="dxa"/>
            <w:vAlign w:val="bottom"/>
          </w:tcPr>
          <w:p w14:paraId="6817F86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43</w:t>
            </w:r>
          </w:p>
        </w:tc>
        <w:tc>
          <w:tcPr>
            <w:tcW w:w="1292" w:type="dxa"/>
            <w:vAlign w:val="bottom"/>
          </w:tcPr>
          <w:p w14:paraId="7AA17BD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F1-Score</w:t>
            </w:r>
          </w:p>
        </w:tc>
        <w:tc>
          <w:tcPr>
            <w:tcW w:w="834" w:type="dxa"/>
            <w:vAlign w:val="bottom"/>
          </w:tcPr>
          <w:p w14:paraId="201964B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0.395</w:t>
            </w:r>
          </w:p>
        </w:tc>
      </w:tr>
      <w:tr w:rsidR="00D92A85" w:rsidRPr="00D92A85" w14:paraId="0A9CDB29" w14:textId="77777777" w:rsidTr="00D92A85">
        <w:trPr>
          <w:trHeight w:val="251"/>
          <w:jc w:val="center"/>
        </w:trPr>
        <w:tc>
          <w:tcPr>
            <w:tcW w:w="1129" w:type="dxa"/>
          </w:tcPr>
          <w:p w14:paraId="238BC9B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c>
          <w:tcPr>
            <w:tcW w:w="709" w:type="dxa"/>
            <w:vAlign w:val="bottom"/>
          </w:tcPr>
          <w:p w14:paraId="44C7557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74</w:t>
            </w:r>
          </w:p>
        </w:tc>
        <w:tc>
          <w:tcPr>
            <w:tcW w:w="567" w:type="dxa"/>
            <w:vAlign w:val="bottom"/>
          </w:tcPr>
          <w:p w14:paraId="2E268F1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65</w:t>
            </w:r>
          </w:p>
        </w:tc>
        <w:tc>
          <w:tcPr>
            <w:tcW w:w="567" w:type="dxa"/>
            <w:vAlign w:val="bottom"/>
          </w:tcPr>
          <w:p w14:paraId="184C75E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80</w:t>
            </w:r>
          </w:p>
        </w:tc>
        <w:tc>
          <w:tcPr>
            <w:tcW w:w="634" w:type="dxa"/>
            <w:vAlign w:val="bottom"/>
          </w:tcPr>
          <w:p w14:paraId="4853946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28</w:t>
            </w:r>
          </w:p>
        </w:tc>
        <w:tc>
          <w:tcPr>
            <w:tcW w:w="516" w:type="dxa"/>
            <w:vAlign w:val="bottom"/>
          </w:tcPr>
          <w:p w14:paraId="4972095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114</w:t>
            </w:r>
          </w:p>
        </w:tc>
        <w:tc>
          <w:tcPr>
            <w:tcW w:w="567" w:type="dxa"/>
            <w:vAlign w:val="bottom"/>
          </w:tcPr>
          <w:p w14:paraId="36DC3B9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133</w:t>
            </w:r>
          </w:p>
        </w:tc>
        <w:tc>
          <w:tcPr>
            <w:tcW w:w="567" w:type="dxa"/>
            <w:vAlign w:val="bottom"/>
          </w:tcPr>
          <w:p w14:paraId="39E727E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25</w:t>
            </w:r>
          </w:p>
        </w:tc>
        <w:tc>
          <w:tcPr>
            <w:tcW w:w="693" w:type="dxa"/>
            <w:vAlign w:val="bottom"/>
          </w:tcPr>
          <w:p w14:paraId="73F1F7F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17</w:t>
            </w:r>
          </w:p>
        </w:tc>
        <w:tc>
          <w:tcPr>
            <w:tcW w:w="1292" w:type="dxa"/>
            <w:vAlign w:val="bottom"/>
          </w:tcPr>
          <w:p w14:paraId="24C3C4E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MCC</w:t>
            </w:r>
          </w:p>
        </w:tc>
        <w:tc>
          <w:tcPr>
            <w:tcW w:w="834" w:type="dxa"/>
            <w:vAlign w:val="bottom"/>
          </w:tcPr>
          <w:p w14:paraId="0564E47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0.380</w:t>
            </w:r>
          </w:p>
        </w:tc>
      </w:tr>
      <w:tr w:rsidR="00D92A85" w:rsidRPr="00D92A85" w14:paraId="5476D50F" w14:textId="77777777" w:rsidTr="00D92A85">
        <w:trPr>
          <w:trHeight w:val="251"/>
          <w:jc w:val="center"/>
        </w:trPr>
        <w:tc>
          <w:tcPr>
            <w:tcW w:w="1129" w:type="dxa"/>
          </w:tcPr>
          <w:p w14:paraId="3E905D0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w:t>
            </w:r>
          </w:p>
        </w:tc>
        <w:tc>
          <w:tcPr>
            <w:tcW w:w="709" w:type="dxa"/>
            <w:vAlign w:val="bottom"/>
          </w:tcPr>
          <w:p w14:paraId="434DCB0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95</w:t>
            </w:r>
          </w:p>
        </w:tc>
        <w:tc>
          <w:tcPr>
            <w:tcW w:w="567" w:type="dxa"/>
            <w:vAlign w:val="bottom"/>
          </w:tcPr>
          <w:p w14:paraId="1A72C48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80</w:t>
            </w:r>
          </w:p>
        </w:tc>
        <w:tc>
          <w:tcPr>
            <w:tcW w:w="567" w:type="dxa"/>
            <w:vAlign w:val="bottom"/>
          </w:tcPr>
          <w:p w14:paraId="3FEB3C7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60</w:t>
            </w:r>
          </w:p>
        </w:tc>
        <w:tc>
          <w:tcPr>
            <w:tcW w:w="634" w:type="dxa"/>
            <w:vAlign w:val="bottom"/>
          </w:tcPr>
          <w:p w14:paraId="3E7BD35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196</w:t>
            </w:r>
          </w:p>
        </w:tc>
        <w:tc>
          <w:tcPr>
            <w:tcW w:w="516" w:type="dxa"/>
            <w:vAlign w:val="bottom"/>
          </w:tcPr>
          <w:p w14:paraId="2F675AD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30</w:t>
            </w:r>
          </w:p>
        </w:tc>
        <w:tc>
          <w:tcPr>
            <w:tcW w:w="567" w:type="dxa"/>
            <w:vAlign w:val="bottom"/>
          </w:tcPr>
          <w:p w14:paraId="2B15BB3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370</w:t>
            </w:r>
          </w:p>
        </w:tc>
        <w:tc>
          <w:tcPr>
            <w:tcW w:w="567" w:type="dxa"/>
            <w:vAlign w:val="bottom"/>
          </w:tcPr>
          <w:p w14:paraId="7BBBC1C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122</w:t>
            </w:r>
          </w:p>
        </w:tc>
        <w:tc>
          <w:tcPr>
            <w:tcW w:w="693" w:type="dxa"/>
            <w:vAlign w:val="bottom"/>
          </w:tcPr>
          <w:p w14:paraId="6D070F1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316</w:t>
            </w:r>
          </w:p>
        </w:tc>
        <w:tc>
          <w:tcPr>
            <w:tcW w:w="1292" w:type="dxa"/>
            <w:vAlign w:val="bottom"/>
          </w:tcPr>
          <w:p w14:paraId="42D9FC8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Kappa</w:t>
            </w:r>
          </w:p>
        </w:tc>
        <w:tc>
          <w:tcPr>
            <w:tcW w:w="834" w:type="dxa"/>
            <w:vAlign w:val="bottom"/>
          </w:tcPr>
          <w:p w14:paraId="3FB9C2E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0.376</w:t>
            </w:r>
          </w:p>
        </w:tc>
      </w:tr>
      <w:tr w:rsidR="00D92A85" w:rsidRPr="00D92A85" w14:paraId="554E8A88" w14:textId="77777777" w:rsidTr="00D92A85">
        <w:trPr>
          <w:trHeight w:val="243"/>
          <w:jc w:val="center"/>
        </w:trPr>
        <w:tc>
          <w:tcPr>
            <w:tcW w:w="1129" w:type="dxa"/>
          </w:tcPr>
          <w:p w14:paraId="6DD882A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w:t>
            </w:r>
          </w:p>
        </w:tc>
        <w:tc>
          <w:tcPr>
            <w:tcW w:w="709" w:type="dxa"/>
            <w:vAlign w:val="bottom"/>
          </w:tcPr>
          <w:p w14:paraId="261A2C1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127</w:t>
            </w:r>
          </w:p>
        </w:tc>
        <w:tc>
          <w:tcPr>
            <w:tcW w:w="567" w:type="dxa"/>
            <w:vAlign w:val="bottom"/>
          </w:tcPr>
          <w:p w14:paraId="551986E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174</w:t>
            </w:r>
          </w:p>
        </w:tc>
        <w:tc>
          <w:tcPr>
            <w:tcW w:w="567" w:type="dxa"/>
            <w:vAlign w:val="bottom"/>
          </w:tcPr>
          <w:p w14:paraId="4F58457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18</w:t>
            </w:r>
          </w:p>
        </w:tc>
        <w:tc>
          <w:tcPr>
            <w:tcW w:w="634" w:type="dxa"/>
            <w:vAlign w:val="bottom"/>
          </w:tcPr>
          <w:p w14:paraId="086EF83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516" w:type="dxa"/>
            <w:vAlign w:val="bottom"/>
          </w:tcPr>
          <w:p w14:paraId="2435697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566</w:t>
            </w:r>
          </w:p>
        </w:tc>
        <w:tc>
          <w:tcPr>
            <w:tcW w:w="567" w:type="dxa"/>
            <w:vAlign w:val="bottom"/>
          </w:tcPr>
          <w:p w14:paraId="301AD98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179</w:t>
            </w:r>
          </w:p>
        </w:tc>
        <w:tc>
          <w:tcPr>
            <w:tcW w:w="567" w:type="dxa"/>
            <w:vAlign w:val="bottom"/>
          </w:tcPr>
          <w:p w14:paraId="111738A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21</w:t>
            </w:r>
          </w:p>
        </w:tc>
        <w:tc>
          <w:tcPr>
            <w:tcW w:w="693" w:type="dxa"/>
            <w:vAlign w:val="bottom"/>
          </w:tcPr>
          <w:p w14:paraId="42E626A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16</w:t>
            </w:r>
          </w:p>
        </w:tc>
        <w:tc>
          <w:tcPr>
            <w:tcW w:w="1292" w:type="dxa"/>
            <w:vAlign w:val="bottom"/>
          </w:tcPr>
          <w:p w14:paraId="1264C9E7"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3FA26D79" w14:textId="77777777" w:rsidR="00D92A85" w:rsidRPr="00D92A85" w:rsidRDefault="00D92A85" w:rsidP="00D92A85">
            <w:pPr>
              <w:spacing w:after="0" w:line="240" w:lineRule="auto"/>
              <w:rPr>
                <w:rFonts w:ascii="Times New Roman" w:hAnsi="Times New Roman" w:cs="Times New Roman"/>
                <w:sz w:val="20"/>
                <w:szCs w:val="20"/>
              </w:rPr>
            </w:pPr>
          </w:p>
        </w:tc>
      </w:tr>
      <w:tr w:rsidR="00D92A85" w:rsidRPr="00D92A85" w14:paraId="24E1B8F4" w14:textId="77777777" w:rsidTr="00D92A85">
        <w:trPr>
          <w:trHeight w:val="251"/>
          <w:jc w:val="center"/>
        </w:trPr>
        <w:tc>
          <w:tcPr>
            <w:tcW w:w="1129" w:type="dxa"/>
          </w:tcPr>
          <w:p w14:paraId="4125598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w:t>
            </w:r>
          </w:p>
        </w:tc>
        <w:tc>
          <w:tcPr>
            <w:tcW w:w="709" w:type="dxa"/>
            <w:vAlign w:val="bottom"/>
          </w:tcPr>
          <w:p w14:paraId="50E7520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103</w:t>
            </w:r>
          </w:p>
        </w:tc>
        <w:tc>
          <w:tcPr>
            <w:tcW w:w="567" w:type="dxa"/>
            <w:vAlign w:val="bottom"/>
          </w:tcPr>
          <w:p w14:paraId="554297C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111</w:t>
            </w:r>
          </w:p>
        </w:tc>
        <w:tc>
          <w:tcPr>
            <w:tcW w:w="567" w:type="dxa"/>
            <w:vAlign w:val="bottom"/>
          </w:tcPr>
          <w:p w14:paraId="76C69BB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14</w:t>
            </w:r>
          </w:p>
        </w:tc>
        <w:tc>
          <w:tcPr>
            <w:tcW w:w="634" w:type="dxa"/>
            <w:vAlign w:val="bottom"/>
          </w:tcPr>
          <w:p w14:paraId="3C4FB7A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28</w:t>
            </w:r>
          </w:p>
        </w:tc>
        <w:tc>
          <w:tcPr>
            <w:tcW w:w="516" w:type="dxa"/>
            <w:vAlign w:val="bottom"/>
          </w:tcPr>
          <w:p w14:paraId="59467B1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78</w:t>
            </w:r>
          </w:p>
        </w:tc>
        <w:tc>
          <w:tcPr>
            <w:tcW w:w="567" w:type="dxa"/>
            <w:vAlign w:val="bottom"/>
          </w:tcPr>
          <w:p w14:paraId="7FECAB8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606</w:t>
            </w:r>
          </w:p>
        </w:tc>
        <w:tc>
          <w:tcPr>
            <w:tcW w:w="567" w:type="dxa"/>
            <w:vAlign w:val="bottom"/>
          </w:tcPr>
          <w:p w14:paraId="357DE84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178</w:t>
            </w:r>
          </w:p>
        </w:tc>
        <w:tc>
          <w:tcPr>
            <w:tcW w:w="693" w:type="dxa"/>
            <w:vAlign w:val="bottom"/>
          </w:tcPr>
          <w:p w14:paraId="3A45FF6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190</w:t>
            </w:r>
          </w:p>
        </w:tc>
        <w:tc>
          <w:tcPr>
            <w:tcW w:w="1292" w:type="dxa"/>
            <w:vAlign w:val="bottom"/>
          </w:tcPr>
          <w:p w14:paraId="2A650BE9"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0186A12C" w14:textId="77777777" w:rsidR="00D92A85" w:rsidRPr="00D92A85" w:rsidRDefault="00D92A85" w:rsidP="00D92A85">
            <w:pPr>
              <w:spacing w:after="0" w:line="240" w:lineRule="auto"/>
              <w:rPr>
                <w:rFonts w:ascii="Times New Roman" w:hAnsi="Times New Roman" w:cs="Times New Roman"/>
                <w:sz w:val="20"/>
                <w:szCs w:val="20"/>
              </w:rPr>
            </w:pPr>
          </w:p>
        </w:tc>
      </w:tr>
      <w:tr w:rsidR="00D92A85" w:rsidRPr="00D92A85" w14:paraId="104F4FFA" w14:textId="77777777" w:rsidTr="00D92A85">
        <w:trPr>
          <w:trHeight w:val="251"/>
          <w:jc w:val="center"/>
        </w:trPr>
        <w:tc>
          <w:tcPr>
            <w:tcW w:w="1129" w:type="dxa"/>
          </w:tcPr>
          <w:p w14:paraId="0281235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w:t>
            </w:r>
          </w:p>
        </w:tc>
        <w:tc>
          <w:tcPr>
            <w:tcW w:w="709" w:type="dxa"/>
            <w:vAlign w:val="bottom"/>
          </w:tcPr>
          <w:p w14:paraId="2F347BA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133</w:t>
            </w:r>
          </w:p>
        </w:tc>
        <w:tc>
          <w:tcPr>
            <w:tcW w:w="567" w:type="dxa"/>
            <w:vAlign w:val="bottom"/>
          </w:tcPr>
          <w:p w14:paraId="0B78B81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143</w:t>
            </w:r>
          </w:p>
        </w:tc>
        <w:tc>
          <w:tcPr>
            <w:tcW w:w="567" w:type="dxa"/>
            <w:vAlign w:val="bottom"/>
          </w:tcPr>
          <w:p w14:paraId="313AE0D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w:t>
            </w:r>
          </w:p>
        </w:tc>
        <w:tc>
          <w:tcPr>
            <w:tcW w:w="634" w:type="dxa"/>
            <w:vAlign w:val="bottom"/>
          </w:tcPr>
          <w:p w14:paraId="3AD1A80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516" w:type="dxa"/>
            <w:vAlign w:val="bottom"/>
          </w:tcPr>
          <w:p w14:paraId="18283B6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75</w:t>
            </w:r>
          </w:p>
        </w:tc>
        <w:tc>
          <w:tcPr>
            <w:tcW w:w="567" w:type="dxa"/>
            <w:vAlign w:val="bottom"/>
          </w:tcPr>
          <w:p w14:paraId="5A7A826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382</w:t>
            </w:r>
          </w:p>
        </w:tc>
        <w:tc>
          <w:tcPr>
            <w:tcW w:w="567" w:type="dxa"/>
            <w:vAlign w:val="bottom"/>
          </w:tcPr>
          <w:p w14:paraId="28EA846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757</w:t>
            </w:r>
          </w:p>
        </w:tc>
        <w:tc>
          <w:tcPr>
            <w:tcW w:w="693" w:type="dxa"/>
            <w:vAlign w:val="bottom"/>
          </w:tcPr>
          <w:p w14:paraId="47E690C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409</w:t>
            </w:r>
          </w:p>
        </w:tc>
        <w:tc>
          <w:tcPr>
            <w:tcW w:w="1292" w:type="dxa"/>
            <w:vAlign w:val="bottom"/>
          </w:tcPr>
          <w:p w14:paraId="734DEE72"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0FC193C9" w14:textId="77777777" w:rsidR="00D92A85" w:rsidRPr="00D92A85" w:rsidRDefault="00D92A85" w:rsidP="00D92A85">
            <w:pPr>
              <w:spacing w:after="0" w:line="240" w:lineRule="auto"/>
              <w:rPr>
                <w:rFonts w:ascii="Times New Roman" w:hAnsi="Times New Roman" w:cs="Times New Roman"/>
                <w:sz w:val="20"/>
                <w:szCs w:val="20"/>
              </w:rPr>
            </w:pPr>
          </w:p>
        </w:tc>
      </w:tr>
      <w:tr w:rsidR="00D92A85" w:rsidRPr="00D92A85" w14:paraId="79410EC0" w14:textId="77777777" w:rsidTr="00D92A85">
        <w:trPr>
          <w:trHeight w:val="275"/>
          <w:jc w:val="center"/>
        </w:trPr>
        <w:tc>
          <w:tcPr>
            <w:tcW w:w="1129" w:type="dxa"/>
          </w:tcPr>
          <w:p w14:paraId="4DBBE80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w:t>
            </w:r>
          </w:p>
        </w:tc>
        <w:tc>
          <w:tcPr>
            <w:tcW w:w="709" w:type="dxa"/>
            <w:vAlign w:val="bottom"/>
          </w:tcPr>
          <w:p w14:paraId="3CC08BC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159</w:t>
            </w:r>
          </w:p>
        </w:tc>
        <w:tc>
          <w:tcPr>
            <w:tcW w:w="567" w:type="dxa"/>
            <w:vAlign w:val="bottom"/>
          </w:tcPr>
          <w:p w14:paraId="41BF8FE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146</w:t>
            </w:r>
          </w:p>
        </w:tc>
        <w:tc>
          <w:tcPr>
            <w:tcW w:w="567" w:type="dxa"/>
            <w:vAlign w:val="bottom"/>
          </w:tcPr>
          <w:p w14:paraId="6D00BB1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w:t>
            </w:r>
          </w:p>
        </w:tc>
        <w:tc>
          <w:tcPr>
            <w:tcW w:w="634" w:type="dxa"/>
            <w:vAlign w:val="bottom"/>
          </w:tcPr>
          <w:p w14:paraId="5015DB8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14</w:t>
            </w:r>
          </w:p>
        </w:tc>
        <w:tc>
          <w:tcPr>
            <w:tcW w:w="516" w:type="dxa"/>
            <w:vAlign w:val="bottom"/>
          </w:tcPr>
          <w:p w14:paraId="7193042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65</w:t>
            </w:r>
          </w:p>
        </w:tc>
        <w:tc>
          <w:tcPr>
            <w:tcW w:w="567" w:type="dxa"/>
            <w:vAlign w:val="bottom"/>
          </w:tcPr>
          <w:p w14:paraId="30127A7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247</w:t>
            </w:r>
          </w:p>
        </w:tc>
        <w:tc>
          <w:tcPr>
            <w:tcW w:w="567" w:type="dxa"/>
            <w:vAlign w:val="bottom"/>
          </w:tcPr>
          <w:p w14:paraId="4FF2349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383</w:t>
            </w:r>
          </w:p>
        </w:tc>
        <w:tc>
          <w:tcPr>
            <w:tcW w:w="693" w:type="dxa"/>
            <w:vAlign w:val="bottom"/>
          </w:tcPr>
          <w:p w14:paraId="19D7CE7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2831</w:t>
            </w:r>
          </w:p>
        </w:tc>
        <w:tc>
          <w:tcPr>
            <w:tcW w:w="1292" w:type="dxa"/>
            <w:vAlign w:val="bottom"/>
          </w:tcPr>
          <w:p w14:paraId="07183D4B" w14:textId="77777777" w:rsidR="00D92A85" w:rsidRPr="00D92A85" w:rsidRDefault="00D92A85" w:rsidP="00D92A85">
            <w:pPr>
              <w:spacing w:after="0" w:line="240" w:lineRule="auto"/>
              <w:rPr>
                <w:rFonts w:ascii="Times New Roman" w:hAnsi="Times New Roman" w:cs="Times New Roman"/>
                <w:sz w:val="20"/>
                <w:szCs w:val="20"/>
              </w:rPr>
            </w:pPr>
          </w:p>
        </w:tc>
        <w:tc>
          <w:tcPr>
            <w:tcW w:w="834" w:type="dxa"/>
            <w:vAlign w:val="bottom"/>
          </w:tcPr>
          <w:p w14:paraId="47F4111B" w14:textId="77777777" w:rsidR="00D92A85" w:rsidRPr="00D92A85" w:rsidRDefault="00D92A85" w:rsidP="00D92A85">
            <w:pPr>
              <w:spacing w:after="0" w:line="240" w:lineRule="auto"/>
              <w:rPr>
                <w:rFonts w:ascii="Times New Roman" w:hAnsi="Times New Roman" w:cs="Times New Roman"/>
                <w:sz w:val="20"/>
                <w:szCs w:val="20"/>
              </w:rPr>
            </w:pPr>
          </w:p>
        </w:tc>
      </w:tr>
    </w:tbl>
    <w:p w14:paraId="74123601" w14:textId="77777777" w:rsidR="00EE7672" w:rsidRPr="005E2F5A" w:rsidRDefault="00EE7672" w:rsidP="00FA321D">
      <w:pPr>
        <w:spacing w:after="0" w:line="240" w:lineRule="auto"/>
        <w:rPr>
          <w:rFonts w:ascii="Times New Roman" w:hAnsi="Times New Roman" w:cs="Times New Roman"/>
        </w:rPr>
      </w:pPr>
    </w:p>
    <w:p w14:paraId="0C95F835" w14:textId="3F4DC10F" w:rsidR="00EE7672" w:rsidRPr="00D92A85" w:rsidRDefault="00D92A85" w:rsidP="00FA321D">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Table S</w:t>
      </w:r>
      <w:r w:rsidR="0096040D">
        <w:rPr>
          <w:rFonts w:ascii="Times New Roman" w:hAnsi="Times New Roman" w:cs="Times New Roman"/>
          <w:b/>
          <w:sz w:val="20"/>
          <w:szCs w:val="20"/>
        </w:rPr>
        <w:t>20</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LightGB</w:t>
      </w:r>
      <w:r w:rsidRPr="00D92A85">
        <w:rPr>
          <w:rFonts w:ascii="Times New Roman" w:hAnsi="Times New Roman" w:cs="Times New Roman"/>
          <w:bCs/>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Statistic by Class of Test Model [Eight Classes]</w:t>
      </w:r>
    </w:p>
    <w:p w14:paraId="2508D5E6" w14:textId="77777777" w:rsidR="00EE7672" w:rsidRPr="00D92A85" w:rsidRDefault="00EE7672" w:rsidP="00FA321D">
      <w:pPr>
        <w:spacing w:after="0" w:line="240" w:lineRule="auto"/>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8"/>
        <w:gridCol w:w="770"/>
        <w:gridCol w:w="799"/>
        <w:gridCol w:w="718"/>
        <w:gridCol w:w="832"/>
        <w:gridCol w:w="876"/>
        <w:gridCol w:w="825"/>
        <w:gridCol w:w="924"/>
        <w:gridCol w:w="910"/>
      </w:tblGrid>
      <w:tr w:rsidR="00D92A85" w:rsidRPr="00D92A85" w14:paraId="7BF9D2AE" w14:textId="77777777" w:rsidTr="0096040D">
        <w:trPr>
          <w:tblHeader/>
          <w:jc w:val="center"/>
        </w:trPr>
        <w:tc>
          <w:tcPr>
            <w:tcW w:w="1358" w:type="dxa"/>
          </w:tcPr>
          <w:p w14:paraId="5B1D0E16" w14:textId="77777777" w:rsidR="00D92A85" w:rsidRPr="00D92A85" w:rsidRDefault="00D92A85" w:rsidP="00D92A85">
            <w:pPr>
              <w:spacing w:after="0" w:line="240" w:lineRule="auto"/>
              <w:rPr>
                <w:rFonts w:ascii="Times New Roman" w:hAnsi="Times New Roman" w:cs="Times New Roman"/>
                <w:sz w:val="20"/>
                <w:szCs w:val="20"/>
              </w:rPr>
            </w:pPr>
          </w:p>
        </w:tc>
        <w:tc>
          <w:tcPr>
            <w:tcW w:w="770" w:type="dxa"/>
          </w:tcPr>
          <w:p w14:paraId="04B2386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Class:1</w:t>
            </w:r>
          </w:p>
        </w:tc>
        <w:tc>
          <w:tcPr>
            <w:tcW w:w="799" w:type="dxa"/>
          </w:tcPr>
          <w:p w14:paraId="4429F20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Class:2</w:t>
            </w:r>
          </w:p>
        </w:tc>
        <w:tc>
          <w:tcPr>
            <w:tcW w:w="718" w:type="dxa"/>
          </w:tcPr>
          <w:p w14:paraId="1835C12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Class:3</w:t>
            </w:r>
          </w:p>
        </w:tc>
        <w:tc>
          <w:tcPr>
            <w:tcW w:w="832" w:type="dxa"/>
          </w:tcPr>
          <w:p w14:paraId="613F656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Class:4</w:t>
            </w:r>
          </w:p>
        </w:tc>
        <w:tc>
          <w:tcPr>
            <w:tcW w:w="876" w:type="dxa"/>
          </w:tcPr>
          <w:p w14:paraId="5823279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Class:5</w:t>
            </w:r>
          </w:p>
        </w:tc>
        <w:tc>
          <w:tcPr>
            <w:tcW w:w="825" w:type="dxa"/>
          </w:tcPr>
          <w:p w14:paraId="57B3BF8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Class:6</w:t>
            </w:r>
          </w:p>
        </w:tc>
        <w:tc>
          <w:tcPr>
            <w:tcW w:w="924" w:type="dxa"/>
          </w:tcPr>
          <w:p w14:paraId="25C668F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Class:7</w:t>
            </w:r>
          </w:p>
        </w:tc>
        <w:tc>
          <w:tcPr>
            <w:tcW w:w="910" w:type="dxa"/>
          </w:tcPr>
          <w:p w14:paraId="47B4BE6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Class:8</w:t>
            </w:r>
          </w:p>
        </w:tc>
      </w:tr>
      <w:tr w:rsidR="00D92A85" w:rsidRPr="00D92A85" w14:paraId="2F23278D" w14:textId="77777777" w:rsidTr="002A5B47">
        <w:trPr>
          <w:jc w:val="center"/>
        </w:trPr>
        <w:tc>
          <w:tcPr>
            <w:tcW w:w="1358" w:type="dxa"/>
          </w:tcPr>
          <w:p w14:paraId="3A1445D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Sensitivity</w:t>
            </w:r>
          </w:p>
        </w:tc>
        <w:tc>
          <w:tcPr>
            <w:tcW w:w="770" w:type="dxa"/>
            <w:vAlign w:val="bottom"/>
          </w:tcPr>
          <w:p w14:paraId="36C705E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0.287</w:t>
            </w:r>
          </w:p>
        </w:tc>
        <w:tc>
          <w:tcPr>
            <w:tcW w:w="799" w:type="dxa"/>
            <w:vAlign w:val="bottom"/>
          </w:tcPr>
          <w:p w14:paraId="0C3ADB8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0.297</w:t>
            </w:r>
          </w:p>
        </w:tc>
        <w:tc>
          <w:tcPr>
            <w:tcW w:w="718" w:type="dxa"/>
            <w:vAlign w:val="bottom"/>
          </w:tcPr>
          <w:p w14:paraId="49052EC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0.396</w:t>
            </w:r>
          </w:p>
        </w:tc>
        <w:tc>
          <w:tcPr>
            <w:tcW w:w="832" w:type="dxa"/>
            <w:vAlign w:val="bottom"/>
          </w:tcPr>
          <w:p w14:paraId="66E1370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0.688</w:t>
            </w:r>
          </w:p>
        </w:tc>
        <w:tc>
          <w:tcPr>
            <w:tcW w:w="876" w:type="dxa"/>
            <w:vAlign w:val="bottom"/>
          </w:tcPr>
          <w:p w14:paraId="6907F49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0.521</w:t>
            </w:r>
          </w:p>
        </w:tc>
        <w:tc>
          <w:tcPr>
            <w:tcW w:w="825" w:type="dxa"/>
            <w:vAlign w:val="bottom"/>
          </w:tcPr>
          <w:p w14:paraId="713FD6F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0.270</w:t>
            </w:r>
          </w:p>
        </w:tc>
        <w:tc>
          <w:tcPr>
            <w:tcW w:w="924" w:type="dxa"/>
            <w:vAlign w:val="bottom"/>
          </w:tcPr>
          <w:p w14:paraId="3925C65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0.472</w:t>
            </w:r>
          </w:p>
        </w:tc>
        <w:tc>
          <w:tcPr>
            <w:tcW w:w="910" w:type="dxa"/>
            <w:vAlign w:val="bottom"/>
          </w:tcPr>
          <w:p w14:paraId="793631D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0.726</w:t>
            </w:r>
          </w:p>
        </w:tc>
      </w:tr>
      <w:tr w:rsidR="00D92A85" w:rsidRPr="00D92A85" w14:paraId="20BBB2E5" w14:textId="77777777" w:rsidTr="002A5B47">
        <w:trPr>
          <w:jc w:val="center"/>
        </w:trPr>
        <w:tc>
          <w:tcPr>
            <w:tcW w:w="1358" w:type="dxa"/>
          </w:tcPr>
          <w:p w14:paraId="72B11E4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Specificity</w:t>
            </w:r>
          </w:p>
        </w:tc>
        <w:tc>
          <w:tcPr>
            <w:tcW w:w="770" w:type="dxa"/>
            <w:vAlign w:val="bottom"/>
          </w:tcPr>
          <w:p w14:paraId="0FE312F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0.941</w:t>
            </w:r>
          </w:p>
        </w:tc>
        <w:tc>
          <w:tcPr>
            <w:tcW w:w="799" w:type="dxa"/>
            <w:vAlign w:val="bottom"/>
          </w:tcPr>
          <w:p w14:paraId="155A3AF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0.950</w:t>
            </w:r>
          </w:p>
        </w:tc>
        <w:tc>
          <w:tcPr>
            <w:tcW w:w="718" w:type="dxa"/>
            <w:vAlign w:val="bottom"/>
          </w:tcPr>
          <w:p w14:paraId="4194A49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0.961</w:t>
            </w:r>
          </w:p>
        </w:tc>
        <w:tc>
          <w:tcPr>
            <w:tcW w:w="832" w:type="dxa"/>
            <w:vAlign w:val="bottom"/>
          </w:tcPr>
          <w:p w14:paraId="7E7A272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0.907</w:t>
            </w:r>
          </w:p>
        </w:tc>
        <w:tc>
          <w:tcPr>
            <w:tcW w:w="876" w:type="dxa"/>
            <w:vAlign w:val="bottom"/>
          </w:tcPr>
          <w:p w14:paraId="2F3D63F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0.950</w:t>
            </w:r>
          </w:p>
        </w:tc>
        <w:tc>
          <w:tcPr>
            <w:tcW w:w="825" w:type="dxa"/>
            <w:vAlign w:val="bottom"/>
          </w:tcPr>
          <w:p w14:paraId="61305E7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0.927</w:t>
            </w:r>
          </w:p>
        </w:tc>
        <w:tc>
          <w:tcPr>
            <w:tcW w:w="924" w:type="dxa"/>
            <w:vAlign w:val="bottom"/>
          </w:tcPr>
          <w:p w14:paraId="17A5828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0.888</w:t>
            </w:r>
          </w:p>
        </w:tc>
        <w:tc>
          <w:tcPr>
            <w:tcW w:w="910" w:type="dxa"/>
            <w:vAlign w:val="bottom"/>
          </w:tcPr>
          <w:p w14:paraId="438D59D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0.872</w:t>
            </w:r>
          </w:p>
        </w:tc>
      </w:tr>
      <w:tr w:rsidR="00D92A85" w:rsidRPr="00D92A85" w14:paraId="29826B7D" w14:textId="77777777" w:rsidTr="002A5B47">
        <w:trPr>
          <w:jc w:val="center"/>
        </w:trPr>
        <w:tc>
          <w:tcPr>
            <w:tcW w:w="1358" w:type="dxa"/>
          </w:tcPr>
          <w:p w14:paraId="5BCABA5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lastRenderedPageBreak/>
              <w:t>Pos Pred value</w:t>
            </w:r>
          </w:p>
        </w:tc>
        <w:tc>
          <w:tcPr>
            <w:tcW w:w="770" w:type="dxa"/>
            <w:vAlign w:val="bottom"/>
          </w:tcPr>
          <w:p w14:paraId="0B5C139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0.363</w:t>
            </w:r>
          </w:p>
        </w:tc>
        <w:tc>
          <w:tcPr>
            <w:tcW w:w="799" w:type="dxa"/>
            <w:vAlign w:val="bottom"/>
          </w:tcPr>
          <w:p w14:paraId="6669771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0.425</w:t>
            </w:r>
          </w:p>
        </w:tc>
        <w:tc>
          <w:tcPr>
            <w:tcW w:w="718" w:type="dxa"/>
            <w:vAlign w:val="bottom"/>
          </w:tcPr>
          <w:p w14:paraId="770A1C9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0.149</w:t>
            </w:r>
          </w:p>
        </w:tc>
        <w:tc>
          <w:tcPr>
            <w:tcW w:w="832" w:type="dxa"/>
            <w:vAlign w:val="bottom"/>
          </w:tcPr>
          <w:p w14:paraId="59F6F2D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0.154</w:t>
            </w:r>
          </w:p>
        </w:tc>
        <w:tc>
          <w:tcPr>
            <w:tcW w:w="876" w:type="dxa"/>
            <w:vAlign w:val="bottom"/>
          </w:tcPr>
          <w:p w14:paraId="71D002C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0.514</w:t>
            </w:r>
          </w:p>
        </w:tc>
        <w:tc>
          <w:tcPr>
            <w:tcW w:w="825" w:type="dxa"/>
            <w:vAlign w:val="bottom"/>
          </w:tcPr>
          <w:p w14:paraId="5407FEE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0.463</w:t>
            </w:r>
          </w:p>
        </w:tc>
        <w:tc>
          <w:tcPr>
            <w:tcW w:w="924" w:type="dxa"/>
            <w:vAlign w:val="bottom"/>
          </w:tcPr>
          <w:p w14:paraId="51CB107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0.396</w:t>
            </w:r>
          </w:p>
        </w:tc>
        <w:tc>
          <w:tcPr>
            <w:tcW w:w="910" w:type="dxa"/>
            <w:vAlign w:val="bottom"/>
          </w:tcPr>
          <w:p w14:paraId="7643FE5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0.736</w:t>
            </w:r>
          </w:p>
        </w:tc>
      </w:tr>
      <w:tr w:rsidR="00D92A85" w:rsidRPr="00D92A85" w14:paraId="5E94A177" w14:textId="77777777" w:rsidTr="002A5B47">
        <w:trPr>
          <w:jc w:val="center"/>
        </w:trPr>
        <w:tc>
          <w:tcPr>
            <w:tcW w:w="1358" w:type="dxa"/>
          </w:tcPr>
          <w:p w14:paraId="0B62605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Negative Pred value</w:t>
            </w:r>
          </w:p>
        </w:tc>
        <w:tc>
          <w:tcPr>
            <w:tcW w:w="770" w:type="dxa"/>
            <w:vAlign w:val="bottom"/>
          </w:tcPr>
          <w:p w14:paraId="5815EF5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0.919</w:t>
            </w:r>
          </w:p>
        </w:tc>
        <w:tc>
          <w:tcPr>
            <w:tcW w:w="799" w:type="dxa"/>
            <w:vAlign w:val="bottom"/>
          </w:tcPr>
          <w:p w14:paraId="5C8B0C3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0.916</w:t>
            </w:r>
          </w:p>
        </w:tc>
        <w:tc>
          <w:tcPr>
            <w:tcW w:w="718" w:type="dxa"/>
            <w:vAlign w:val="bottom"/>
          </w:tcPr>
          <w:p w14:paraId="5D602AE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0.989</w:t>
            </w:r>
          </w:p>
        </w:tc>
        <w:tc>
          <w:tcPr>
            <w:tcW w:w="832" w:type="dxa"/>
            <w:vAlign w:val="bottom"/>
          </w:tcPr>
          <w:p w14:paraId="4D5B2EC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0.992</w:t>
            </w:r>
          </w:p>
        </w:tc>
        <w:tc>
          <w:tcPr>
            <w:tcW w:w="876" w:type="dxa"/>
            <w:vAlign w:val="bottom"/>
          </w:tcPr>
          <w:p w14:paraId="3E1F0F2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0.952</w:t>
            </w:r>
          </w:p>
        </w:tc>
        <w:tc>
          <w:tcPr>
            <w:tcW w:w="825" w:type="dxa"/>
            <w:vAlign w:val="bottom"/>
          </w:tcPr>
          <w:p w14:paraId="4894B96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0.845</w:t>
            </w:r>
          </w:p>
        </w:tc>
        <w:tc>
          <w:tcPr>
            <w:tcW w:w="924" w:type="dxa"/>
            <w:vAlign w:val="bottom"/>
          </w:tcPr>
          <w:p w14:paraId="0C99C91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0.915</w:t>
            </w:r>
          </w:p>
        </w:tc>
        <w:tc>
          <w:tcPr>
            <w:tcW w:w="910" w:type="dxa"/>
            <w:vAlign w:val="bottom"/>
          </w:tcPr>
          <w:p w14:paraId="02C51A7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0.867</w:t>
            </w:r>
          </w:p>
        </w:tc>
      </w:tr>
      <w:tr w:rsidR="00D92A85" w:rsidRPr="00D92A85" w14:paraId="27B46BD8" w14:textId="77777777" w:rsidTr="002A5B47">
        <w:trPr>
          <w:jc w:val="center"/>
        </w:trPr>
        <w:tc>
          <w:tcPr>
            <w:tcW w:w="1358" w:type="dxa"/>
          </w:tcPr>
          <w:p w14:paraId="07033D7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Prevalence</w:t>
            </w:r>
          </w:p>
        </w:tc>
        <w:tc>
          <w:tcPr>
            <w:tcW w:w="770" w:type="dxa"/>
            <w:vAlign w:val="bottom"/>
          </w:tcPr>
          <w:p w14:paraId="2259793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0.363</w:t>
            </w:r>
          </w:p>
        </w:tc>
        <w:tc>
          <w:tcPr>
            <w:tcW w:w="799" w:type="dxa"/>
            <w:vAlign w:val="bottom"/>
          </w:tcPr>
          <w:p w14:paraId="5D8BDFF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0.425</w:t>
            </w:r>
          </w:p>
        </w:tc>
        <w:tc>
          <w:tcPr>
            <w:tcW w:w="718" w:type="dxa"/>
            <w:vAlign w:val="bottom"/>
          </w:tcPr>
          <w:p w14:paraId="5A1AD36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0.149</w:t>
            </w:r>
          </w:p>
        </w:tc>
        <w:tc>
          <w:tcPr>
            <w:tcW w:w="832" w:type="dxa"/>
            <w:vAlign w:val="bottom"/>
          </w:tcPr>
          <w:p w14:paraId="522DE34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0.154</w:t>
            </w:r>
          </w:p>
        </w:tc>
        <w:tc>
          <w:tcPr>
            <w:tcW w:w="876" w:type="dxa"/>
            <w:vAlign w:val="bottom"/>
          </w:tcPr>
          <w:p w14:paraId="4573E23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0.514</w:t>
            </w:r>
          </w:p>
        </w:tc>
        <w:tc>
          <w:tcPr>
            <w:tcW w:w="825" w:type="dxa"/>
            <w:vAlign w:val="bottom"/>
          </w:tcPr>
          <w:p w14:paraId="09BB561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0.463</w:t>
            </w:r>
          </w:p>
        </w:tc>
        <w:tc>
          <w:tcPr>
            <w:tcW w:w="924" w:type="dxa"/>
            <w:vAlign w:val="bottom"/>
          </w:tcPr>
          <w:p w14:paraId="72E37E7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0.396</w:t>
            </w:r>
          </w:p>
        </w:tc>
        <w:tc>
          <w:tcPr>
            <w:tcW w:w="910" w:type="dxa"/>
            <w:vAlign w:val="bottom"/>
          </w:tcPr>
          <w:p w14:paraId="1C774C3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0.736</w:t>
            </w:r>
          </w:p>
        </w:tc>
      </w:tr>
      <w:tr w:rsidR="00D92A85" w:rsidRPr="00D92A85" w14:paraId="24DA774E" w14:textId="77777777" w:rsidTr="002A5B47">
        <w:trPr>
          <w:jc w:val="center"/>
        </w:trPr>
        <w:tc>
          <w:tcPr>
            <w:tcW w:w="1358" w:type="dxa"/>
          </w:tcPr>
          <w:p w14:paraId="4F9A135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Rate</w:t>
            </w:r>
          </w:p>
        </w:tc>
        <w:tc>
          <w:tcPr>
            <w:tcW w:w="770" w:type="dxa"/>
            <w:vAlign w:val="bottom"/>
          </w:tcPr>
          <w:p w14:paraId="64E4AA3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0.287</w:t>
            </w:r>
          </w:p>
        </w:tc>
        <w:tc>
          <w:tcPr>
            <w:tcW w:w="799" w:type="dxa"/>
            <w:vAlign w:val="bottom"/>
          </w:tcPr>
          <w:p w14:paraId="336340B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0.297</w:t>
            </w:r>
          </w:p>
        </w:tc>
        <w:tc>
          <w:tcPr>
            <w:tcW w:w="718" w:type="dxa"/>
            <w:vAlign w:val="bottom"/>
          </w:tcPr>
          <w:p w14:paraId="01B5CD6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0.396</w:t>
            </w:r>
          </w:p>
        </w:tc>
        <w:tc>
          <w:tcPr>
            <w:tcW w:w="832" w:type="dxa"/>
            <w:vAlign w:val="bottom"/>
          </w:tcPr>
          <w:p w14:paraId="369588A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0.688</w:t>
            </w:r>
          </w:p>
        </w:tc>
        <w:tc>
          <w:tcPr>
            <w:tcW w:w="876" w:type="dxa"/>
            <w:vAlign w:val="bottom"/>
          </w:tcPr>
          <w:p w14:paraId="21A7B31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0.521</w:t>
            </w:r>
          </w:p>
        </w:tc>
        <w:tc>
          <w:tcPr>
            <w:tcW w:w="825" w:type="dxa"/>
            <w:vAlign w:val="bottom"/>
          </w:tcPr>
          <w:p w14:paraId="398ECDC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0.270</w:t>
            </w:r>
          </w:p>
        </w:tc>
        <w:tc>
          <w:tcPr>
            <w:tcW w:w="924" w:type="dxa"/>
            <w:vAlign w:val="bottom"/>
          </w:tcPr>
          <w:p w14:paraId="3679234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0.472</w:t>
            </w:r>
          </w:p>
        </w:tc>
        <w:tc>
          <w:tcPr>
            <w:tcW w:w="910" w:type="dxa"/>
            <w:vAlign w:val="bottom"/>
          </w:tcPr>
          <w:p w14:paraId="604A7E4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0.726</w:t>
            </w:r>
          </w:p>
        </w:tc>
      </w:tr>
      <w:tr w:rsidR="00D92A85" w:rsidRPr="00D92A85" w14:paraId="141B0862" w14:textId="77777777" w:rsidTr="002A5B47">
        <w:trPr>
          <w:jc w:val="center"/>
        </w:trPr>
        <w:tc>
          <w:tcPr>
            <w:tcW w:w="1358" w:type="dxa"/>
          </w:tcPr>
          <w:p w14:paraId="6C1FB03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Prevalence</w:t>
            </w:r>
          </w:p>
        </w:tc>
        <w:tc>
          <w:tcPr>
            <w:tcW w:w="770" w:type="dxa"/>
            <w:vAlign w:val="bottom"/>
          </w:tcPr>
          <w:p w14:paraId="16B7453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0.321</w:t>
            </w:r>
          </w:p>
        </w:tc>
        <w:tc>
          <w:tcPr>
            <w:tcW w:w="799" w:type="dxa"/>
            <w:vAlign w:val="bottom"/>
          </w:tcPr>
          <w:p w14:paraId="0FE7C4F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0.350</w:t>
            </w:r>
          </w:p>
        </w:tc>
        <w:tc>
          <w:tcPr>
            <w:tcW w:w="718" w:type="dxa"/>
            <w:vAlign w:val="bottom"/>
          </w:tcPr>
          <w:p w14:paraId="497C447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0.217</w:t>
            </w:r>
          </w:p>
        </w:tc>
        <w:tc>
          <w:tcPr>
            <w:tcW w:w="832" w:type="dxa"/>
            <w:vAlign w:val="bottom"/>
          </w:tcPr>
          <w:p w14:paraId="3F5AA7E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0.252</w:t>
            </w:r>
          </w:p>
        </w:tc>
        <w:tc>
          <w:tcPr>
            <w:tcW w:w="876" w:type="dxa"/>
            <w:vAlign w:val="bottom"/>
          </w:tcPr>
          <w:p w14:paraId="13E7FE4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0.517</w:t>
            </w:r>
          </w:p>
        </w:tc>
        <w:tc>
          <w:tcPr>
            <w:tcW w:w="825" w:type="dxa"/>
            <w:vAlign w:val="bottom"/>
          </w:tcPr>
          <w:p w14:paraId="46125D2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0.341</w:t>
            </w:r>
          </w:p>
        </w:tc>
        <w:tc>
          <w:tcPr>
            <w:tcW w:w="924" w:type="dxa"/>
            <w:vAlign w:val="bottom"/>
          </w:tcPr>
          <w:p w14:paraId="498BA07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0.430</w:t>
            </w:r>
          </w:p>
        </w:tc>
        <w:tc>
          <w:tcPr>
            <w:tcW w:w="910" w:type="dxa"/>
            <w:vAlign w:val="bottom"/>
          </w:tcPr>
          <w:p w14:paraId="0C96E6A5"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0.731</w:t>
            </w:r>
          </w:p>
        </w:tc>
      </w:tr>
      <w:tr w:rsidR="00D92A85" w:rsidRPr="00D92A85" w14:paraId="10BB3A60" w14:textId="77777777" w:rsidTr="002A5B47">
        <w:trPr>
          <w:jc w:val="center"/>
        </w:trPr>
        <w:tc>
          <w:tcPr>
            <w:tcW w:w="1358" w:type="dxa"/>
          </w:tcPr>
          <w:p w14:paraId="6C1D532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Balanced Accuracy</w:t>
            </w:r>
          </w:p>
        </w:tc>
        <w:tc>
          <w:tcPr>
            <w:tcW w:w="770" w:type="dxa"/>
            <w:vAlign w:val="bottom"/>
          </w:tcPr>
          <w:p w14:paraId="3C0C81F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0.105</w:t>
            </w:r>
          </w:p>
        </w:tc>
        <w:tc>
          <w:tcPr>
            <w:tcW w:w="799" w:type="dxa"/>
            <w:vAlign w:val="bottom"/>
          </w:tcPr>
          <w:p w14:paraId="46E2EFE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0.110</w:t>
            </w:r>
          </w:p>
        </w:tc>
        <w:tc>
          <w:tcPr>
            <w:tcW w:w="718" w:type="dxa"/>
            <w:vAlign w:val="bottom"/>
          </w:tcPr>
          <w:p w14:paraId="0B1AE8A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0.017</w:t>
            </w:r>
          </w:p>
        </w:tc>
        <w:tc>
          <w:tcPr>
            <w:tcW w:w="832" w:type="dxa"/>
            <w:vAlign w:val="bottom"/>
          </w:tcPr>
          <w:p w14:paraId="225B55A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0.024</w:t>
            </w:r>
          </w:p>
        </w:tc>
        <w:tc>
          <w:tcPr>
            <w:tcW w:w="876" w:type="dxa"/>
            <w:vAlign w:val="bottom"/>
          </w:tcPr>
          <w:p w14:paraId="24F200D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0.091</w:t>
            </w:r>
          </w:p>
        </w:tc>
        <w:tc>
          <w:tcPr>
            <w:tcW w:w="825" w:type="dxa"/>
            <w:vAlign w:val="bottom"/>
          </w:tcPr>
          <w:p w14:paraId="73165C9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0.189</w:t>
            </w:r>
          </w:p>
        </w:tc>
        <w:tc>
          <w:tcPr>
            <w:tcW w:w="924" w:type="dxa"/>
            <w:vAlign w:val="bottom"/>
          </w:tcPr>
          <w:p w14:paraId="3BEBFB8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0.135</w:t>
            </w:r>
          </w:p>
        </w:tc>
        <w:tc>
          <w:tcPr>
            <w:tcW w:w="910" w:type="dxa"/>
            <w:vAlign w:val="bottom"/>
          </w:tcPr>
          <w:p w14:paraId="671E4EA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0.328</w:t>
            </w:r>
          </w:p>
        </w:tc>
      </w:tr>
    </w:tbl>
    <w:p w14:paraId="033838C0" w14:textId="77777777" w:rsidR="00EE7672" w:rsidRPr="005E2F5A" w:rsidRDefault="00EE7672" w:rsidP="00FA321D">
      <w:pPr>
        <w:spacing w:after="0" w:line="240" w:lineRule="auto"/>
        <w:rPr>
          <w:rFonts w:ascii="Times New Roman" w:hAnsi="Times New Roman" w:cs="Times New Roman"/>
        </w:rPr>
      </w:pPr>
    </w:p>
    <w:p w14:paraId="6C1DBA30" w14:textId="4660B73D" w:rsidR="00D92A85" w:rsidRPr="00D92A85" w:rsidRDefault="00D92A85" w:rsidP="00D92A85">
      <w:pPr>
        <w:spacing w:after="0" w:line="240" w:lineRule="auto"/>
        <w:rPr>
          <w:rFonts w:ascii="Times New Roman" w:hAnsi="Times New Roman" w:cs="Times New Roman"/>
          <w:sz w:val="20"/>
          <w:szCs w:val="20"/>
        </w:rPr>
      </w:pPr>
      <w:bookmarkStart w:id="2" w:name="_Hlk207998449"/>
      <w:r w:rsidRPr="00D92A85">
        <w:rPr>
          <w:rFonts w:ascii="Times New Roman" w:hAnsi="Times New Roman" w:cs="Times New Roman"/>
          <w:b/>
          <w:sz w:val="20"/>
          <w:szCs w:val="20"/>
        </w:rPr>
        <w:t>Table S2</w:t>
      </w:r>
      <w:r w:rsidR="0096040D">
        <w:rPr>
          <w:rFonts w:ascii="Times New Roman" w:hAnsi="Times New Roman" w:cs="Times New Roman"/>
          <w:b/>
          <w:sz w:val="20"/>
          <w:szCs w:val="20"/>
        </w:rPr>
        <w:t>1</w:t>
      </w:r>
      <w:r w:rsidRPr="00D92A85">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LightGB</w:t>
      </w:r>
      <w:r w:rsidRPr="00D92A85">
        <w:rPr>
          <w:rFonts w:ascii="Times New Roman" w:hAnsi="Times New Roman" w:cs="Times New Roman"/>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 xml:space="preserve">Confusion Matrix </w:t>
      </w:r>
      <w:r w:rsidRPr="00D92A85">
        <w:rPr>
          <w:rFonts w:ascii="Times New Roman" w:hAnsi="Times New Roman" w:cs="Times New Roman"/>
          <w:bCs/>
          <w:sz w:val="20"/>
          <w:szCs w:val="20"/>
        </w:rPr>
        <w:t>and Overall</w:t>
      </w:r>
      <w:r w:rsidRPr="00D92A85">
        <w:rPr>
          <w:rFonts w:ascii="Times New Roman" w:hAnsi="Times New Roman" w:cs="Times New Roman"/>
          <w:sz w:val="20"/>
          <w:szCs w:val="20"/>
        </w:rPr>
        <w:t xml:space="preserve"> Statistic [Three Classes]</w:t>
      </w:r>
    </w:p>
    <w:bookmarkEnd w:id="2"/>
    <w:p w14:paraId="4B7CBF4B" w14:textId="77777777" w:rsidR="00D92A85" w:rsidRPr="00D92A85" w:rsidRDefault="00D92A85" w:rsidP="00D92A85">
      <w:pPr>
        <w:spacing w:after="0" w:line="240" w:lineRule="auto"/>
        <w:rPr>
          <w:rFonts w:ascii="Times New Roman" w:hAnsi="Times New Roman" w:cs="Times New Roman"/>
          <w:sz w:val="20"/>
          <w:szCs w:val="20"/>
        </w:rPr>
      </w:pPr>
    </w:p>
    <w:tbl>
      <w:tblPr>
        <w:tblW w:w="4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
        <w:gridCol w:w="1064"/>
        <w:gridCol w:w="1064"/>
        <w:gridCol w:w="1066"/>
      </w:tblGrid>
      <w:tr w:rsidR="00D92A85" w:rsidRPr="00D92A85" w14:paraId="22C051B4" w14:textId="77777777" w:rsidTr="002A5B47">
        <w:trPr>
          <w:trHeight w:val="206"/>
          <w:jc w:val="center"/>
        </w:trPr>
        <w:tc>
          <w:tcPr>
            <w:tcW w:w="1063" w:type="dxa"/>
          </w:tcPr>
          <w:p w14:paraId="47962096" w14:textId="77777777" w:rsidR="00D92A85" w:rsidRPr="00D92A85" w:rsidRDefault="00D92A85" w:rsidP="00D92A85">
            <w:pPr>
              <w:spacing w:after="0" w:line="240" w:lineRule="auto"/>
              <w:rPr>
                <w:rFonts w:ascii="Times New Roman" w:hAnsi="Times New Roman" w:cs="Times New Roman"/>
                <w:sz w:val="20"/>
                <w:szCs w:val="20"/>
              </w:rPr>
            </w:pPr>
          </w:p>
        </w:tc>
        <w:tc>
          <w:tcPr>
            <w:tcW w:w="3194" w:type="dxa"/>
            <w:gridSpan w:val="3"/>
          </w:tcPr>
          <w:p w14:paraId="656D075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Reference</w:t>
            </w:r>
          </w:p>
        </w:tc>
      </w:tr>
      <w:tr w:rsidR="00D92A85" w:rsidRPr="00D92A85" w14:paraId="64BB9BC7" w14:textId="77777777" w:rsidTr="002A5B47">
        <w:trPr>
          <w:trHeight w:val="206"/>
          <w:jc w:val="center"/>
        </w:trPr>
        <w:tc>
          <w:tcPr>
            <w:tcW w:w="1063" w:type="dxa"/>
          </w:tcPr>
          <w:p w14:paraId="470B34D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Prediction</w:t>
            </w:r>
          </w:p>
        </w:tc>
        <w:tc>
          <w:tcPr>
            <w:tcW w:w="1064" w:type="dxa"/>
          </w:tcPr>
          <w:p w14:paraId="13F6FCC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064" w:type="dxa"/>
          </w:tcPr>
          <w:p w14:paraId="054BAAD2"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1066" w:type="dxa"/>
          </w:tcPr>
          <w:p w14:paraId="42E4F5E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r>
      <w:tr w:rsidR="00D92A85" w:rsidRPr="00D92A85" w14:paraId="54075139" w14:textId="77777777" w:rsidTr="002A5B47">
        <w:trPr>
          <w:trHeight w:val="216"/>
          <w:jc w:val="center"/>
        </w:trPr>
        <w:tc>
          <w:tcPr>
            <w:tcW w:w="1063" w:type="dxa"/>
          </w:tcPr>
          <w:p w14:paraId="0C5405D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w:t>
            </w:r>
          </w:p>
        </w:tc>
        <w:tc>
          <w:tcPr>
            <w:tcW w:w="1064" w:type="dxa"/>
            <w:vAlign w:val="bottom"/>
          </w:tcPr>
          <w:p w14:paraId="0E71268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1509</w:t>
            </w:r>
          </w:p>
        </w:tc>
        <w:tc>
          <w:tcPr>
            <w:tcW w:w="1064" w:type="dxa"/>
            <w:vAlign w:val="bottom"/>
          </w:tcPr>
          <w:p w14:paraId="25DFFAF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291</w:t>
            </w:r>
          </w:p>
        </w:tc>
        <w:tc>
          <w:tcPr>
            <w:tcW w:w="1066" w:type="dxa"/>
            <w:vAlign w:val="bottom"/>
          </w:tcPr>
          <w:p w14:paraId="1CAA804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1054</w:t>
            </w:r>
          </w:p>
        </w:tc>
      </w:tr>
      <w:tr w:rsidR="00D92A85" w:rsidRPr="00D92A85" w14:paraId="4DFC3C22" w14:textId="77777777" w:rsidTr="002A5B47">
        <w:trPr>
          <w:trHeight w:val="196"/>
          <w:jc w:val="center"/>
        </w:trPr>
        <w:tc>
          <w:tcPr>
            <w:tcW w:w="1063" w:type="dxa"/>
          </w:tcPr>
          <w:p w14:paraId="37C3CB1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w:t>
            </w:r>
          </w:p>
        </w:tc>
        <w:tc>
          <w:tcPr>
            <w:tcW w:w="1064" w:type="dxa"/>
            <w:vAlign w:val="bottom"/>
          </w:tcPr>
          <w:p w14:paraId="6D5384A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437</w:t>
            </w:r>
          </w:p>
        </w:tc>
        <w:tc>
          <w:tcPr>
            <w:tcW w:w="1064" w:type="dxa"/>
            <w:vAlign w:val="bottom"/>
          </w:tcPr>
          <w:p w14:paraId="3814DD3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987</w:t>
            </w:r>
          </w:p>
        </w:tc>
        <w:tc>
          <w:tcPr>
            <w:tcW w:w="1066" w:type="dxa"/>
            <w:vAlign w:val="bottom"/>
          </w:tcPr>
          <w:p w14:paraId="1376C1F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889</w:t>
            </w:r>
          </w:p>
        </w:tc>
      </w:tr>
      <w:tr w:rsidR="00D92A85" w:rsidRPr="00D92A85" w14:paraId="7268D54D" w14:textId="77777777" w:rsidTr="002A5B47">
        <w:trPr>
          <w:trHeight w:val="267"/>
          <w:jc w:val="center"/>
        </w:trPr>
        <w:tc>
          <w:tcPr>
            <w:tcW w:w="1063" w:type="dxa"/>
          </w:tcPr>
          <w:p w14:paraId="609BB38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3</w:t>
            </w:r>
          </w:p>
        </w:tc>
        <w:tc>
          <w:tcPr>
            <w:tcW w:w="1064" w:type="dxa"/>
            <w:vAlign w:val="bottom"/>
          </w:tcPr>
          <w:p w14:paraId="504401D6"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605</w:t>
            </w:r>
          </w:p>
        </w:tc>
        <w:tc>
          <w:tcPr>
            <w:tcW w:w="1064" w:type="dxa"/>
            <w:vAlign w:val="bottom"/>
          </w:tcPr>
          <w:p w14:paraId="5C0751D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296</w:t>
            </w:r>
          </w:p>
        </w:tc>
        <w:tc>
          <w:tcPr>
            <w:tcW w:w="1066" w:type="dxa"/>
            <w:vAlign w:val="bottom"/>
          </w:tcPr>
          <w:p w14:paraId="1FDCBDC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5806</w:t>
            </w:r>
          </w:p>
        </w:tc>
      </w:tr>
    </w:tbl>
    <w:p w14:paraId="66E5B0E3" w14:textId="77777777" w:rsidR="0096040D" w:rsidRDefault="0096040D" w:rsidP="00D92A85">
      <w:pPr>
        <w:spacing w:after="0" w:line="240" w:lineRule="auto"/>
        <w:rPr>
          <w:rFonts w:ascii="Times New Roman" w:hAnsi="Times New Roman" w:cs="Times New Roman"/>
          <w:b/>
          <w:sz w:val="20"/>
          <w:szCs w:val="20"/>
        </w:rPr>
      </w:pPr>
    </w:p>
    <w:p w14:paraId="4F42DA66" w14:textId="2014D895"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b/>
          <w:sz w:val="20"/>
          <w:szCs w:val="20"/>
        </w:rPr>
        <w:t xml:space="preserve">Table </w:t>
      </w:r>
      <w:r>
        <w:rPr>
          <w:rFonts w:ascii="Times New Roman" w:hAnsi="Times New Roman" w:cs="Times New Roman"/>
          <w:b/>
          <w:sz w:val="20"/>
          <w:szCs w:val="20"/>
        </w:rPr>
        <w:t>2</w:t>
      </w:r>
      <w:r w:rsidR="0096040D">
        <w:rPr>
          <w:rFonts w:ascii="Times New Roman" w:hAnsi="Times New Roman" w:cs="Times New Roman"/>
          <w:b/>
          <w:sz w:val="20"/>
          <w:szCs w:val="20"/>
        </w:rPr>
        <w:t>2</w:t>
      </w:r>
      <w:r>
        <w:rPr>
          <w:rFonts w:ascii="Times New Roman" w:hAnsi="Times New Roman" w:cs="Times New Roman"/>
          <w:b/>
          <w:sz w:val="20"/>
          <w:szCs w:val="20"/>
        </w:rPr>
        <w:t xml:space="preserve">. </w:t>
      </w:r>
      <w:r w:rsidRPr="00D92A85">
        <w:rPr>
          <w:rFonts w:ascii="Times New Roman" w:hAnsi="Times New Roman" w:cs="Times New Roman"/>
          <w:bCs/>
          <w:sz w:val="20"/>
          <w:szCs w:val="20"/>
          <w:lang w:val="en-IN"/>
        </w:rPr>
        <w:t>LightGB</w:t>
      </w:r>
      <w:r w:rsidRPr="00D92A85">
        <w:rPr>
          <w:rFonts w:ascii="Times New Roman" w:hAnsi="Times New Roman" w:cs="Times New Roman"/>
          <w:bCs/>
          <w:sz w:val="20"/>
          <w:szCs w:val="20"/>
        </w:rPr>
        <w:t xml:space="preserve"> Testing Model</w:t>
      </w:r>
      <w:r w:rsidRPr="00D92A85">
        <w:rPr>
          <w:rFonts w:ascii="Times New Roman" w:hAnsi="Times New Roman" w:cs="Times New Roman"/>
          <w:b/>
          <w:sz w:val="20"/>
          <w:szCs w:val="20"/>
        </w:rPr>
        <w:t xml:space="preserve"> </w:t>
      </w:r>
      <w:r w:rsidRPr="00D92A85">
        <w:rPr>
          <w:rFonts w:ascii="Times New Roman" w:hAnsi="Times New Roman" w:cs="Times New Roman"/>
          <w:sz w:val="20"/>
          <w:szCs w:val="20"/>
        </w:rPr>
        <w:t>Statistic by Class of Test Model [Three]</w:t>
      </w:r>
    </w:p>
    <w:p w14:paraId="52C15E2F" w14:textId="77777777" w:rsidR="00D92A85" w:rsidRPr="00D92A85" w:rsidRDefault="00D92A85" w:rsidP="00D92A85">
      <w:pPr>
        <w:spacing w:after="0" w:line="240" w:lineRule="auto"/>
        <w:rPr>
          <w:rFonts w:ascii="Times New Roman" w:hAnsi="Times New Roman" w:cs="Times New Roman"/>
        </w:rPr>
      </w:pPr>
    </w:p>
    <w:tbl>
      <w:tblPr>
        <w:tblW w:w="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7"/>
        <w:gridCol w:w="951"/>
        <w:gridCol w:w="950"/>
        <w:gridCol w:w="1088"/>
      </w:tblGrid>
      <w:tr w:rsidR="00D92A85" w:rsidRPr="00D92A85" w14:paraId="4CF14184" w14:textId="77777777" w:rsidTr="002A5B47">
        <w:trPr>
          <w:trHeight w:val="255"/>
          <w:jc w:val="center"/>
        </w:trPr>
        <w:tc>
          <w:tcPr>
            <w:tcW w:w="1627" w:type="dxa"/>
          </w:tcPr>
          <w:p w14:paraId="6BDD963A" w14:textId="77777777" w:rsidR="00D92A85" w:rsidRPr="00D92A85" w:rsidRDefault="00D92A85" w:rsidP="00D92A85">
            <w:pPr>
              <w:spacing w:after="0" w:line="240" w:lineRule="auto"/>
              <w:rPr>
                <w:rFonts w:ascii="Times New Roman" w:hAnsi="Times New Roman" w:cs="Times New Roman"/>
                <w:sz w:val="20"/>
                <w:szCs w:val="20"/>
              </w:rPr>
            </w:pPr>
          </w:p>
        </w:tc>
        <w:tc>
          <w:tcPr>
            <w:tcW w:w="951" w:type="dxa"/>
          </w:tcPr>
          <w:p w14:paraId="2ED90DE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Class:1</w:t>
            </w:r>
          </w:p>
        </w:tc>
        <w:tc>
          <w:tcPr>
            <w:tcW w:w="950" w:type="dxa"/>
          </w:tcPr>
          <w:p w14:paraId="57F83BC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Class:2</w:t>
            </w:r>
          </w:p>
        </w:tc>
        <w:tc>
          <w:tcPr>
            <w:tcW w:w="1088" w:type="dxa"/>
          </w:tcPr>
          <w:p w14:paraId="691B073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Class:3</w:t>
            </w:r>
          </w:p>
        </w:tc>
      </w:tr>
      <w:tr w:rsidR="00D92A85" w:rsidRPr="00D92A85" w14:paraId="4A7E7543" w14:textId="77777777" w:rsidTr="002A5B47">
        <w:trPr>
          <w:trHeight w:val="162"/>
          <w:jc w:val="center"/>
        </w:trPr>
        <w:tc>
          <w:tcPr>
            <w:tcW w:w="1627" w:type="dxa"/>
          </w:tcPr>
          <w:p w14:paraId="5E6B520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Sensitivity</w:t>
            </w:r>
          </w:p>
        </w:tc>
        <w:tc>
          <w:tcPr>
            <w:tcW w:w="951" w:type="dxa"/>
            <w:vAlign w:val="bottom"/>
          </w:tcPr>
          <w:p w14:paraId="5637822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0.592</w:t>
            </w:r>
          </w:p>
        </w:tc>
        <w:tc>
          <w:tcPr>
            <w:tcW w:w="950" w:type="dxa"/>
            <w:vAlign w:val="bottom"/>
          </w:tcPr>
          <w:p w14:paraId="2A8A072A"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0.627</w:t>
            </w:r>
          </w:p>
        </w:tc>
        <w:tc>
          <w:tcPr>
            <w:tcW w:w="1088" w:type="dxa"/>
            <w:vAlign w:val="bottom"/>
          </w:tcPr>
          <w:p w14:paraId="0C4191A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0.749</w:t>
            </w:r>
          </w:p>
        </w:tc>
      </w:tr>
      <w:tr w:rsidR="00D92A85" w:rsidRPr="00D92A85" w14:paraId="4FF57FB4" w14:textId="77777777" w:rsidTr="002A5B47">
        <w:trPr>
          <w:trHeight w:val="162"/>
          <w:jc w:val="center"/>
        </w:trPr>
        <w:tc>
          <w:tcPr>
            <w:tcW w:w="1627" w:type="dxa"/>
          </w:tcPr>
          <w:p w14:paraId="706555E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Specificit</w:t>
            </w:r>
          </w:p>
        </w:tc>
        <w:tc>
          <w:tcPr>
            <w:tcW w:w="951" w:type="dxa"/>
            <w:vAlign w:val="bottom"/>
          </w:tcPr>
          <w:p w14:paraId="7A9D01C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0.856</w:t>
            </w:r>
          </w:p>
        </w:tc>
        <w:tc>
          <w:tcPr>
            <w:tcW w:w="950" w:type="dxa"/>
            <w:vAlign w:val="bottom"/>
          </w:tcPr>
          <w:p w14:paraId="7459927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0.871</w:t>
            </w:r>
          </w:p>
        </w:tc>
        <w:tc>
          <w:tcPr>
            <w:tcW w:w="1088" w:type="dxa"/>
            <w:vAlign w:val="bottom"/>
          </w:tcPr>
          <w:p w14:paraId="2B53FBF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0.782</w:t>
            </w:r>
          </w:p>
        </w:tc>
      </w:tr>
      <w:tr w:rsidR="00D92A85" w:rsidRPr="00D92A85" w14:paraId="03A17810" w14:textId="77777777" w:rsidTr="002A5B47">
        <w:trPr>
          <w:trHeight w:val="217"/>
          <w:jc w:val="center"/>
        </w:trPr>
        <w:tc>
          <w:tcPr>
            <w:tcW w:w="1627" w:type="dxa"/>
          </w:tcPr>
          <w:p w14:paraId="183101D9"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Pos Pred value</w:t>
            </w:r>
          </w:p>
        </w:tc>
        <w:tc>
          <w:tcPr>
            <w:tcW w:w="951" w:type="dxa"/>
            <w:vAlign w:val="bottom"/>
          </w:tcPr>
          <w:p w14:paraId="2B20931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0.529</w:t>
            </w:r>
          </w:p>
        </w:tc>
        <w:tc>
          <w:tcPr>
            <w:tcW w:w="950" w:type="dxa"/>
            <w:vAlign w:val="bottom"/>
          </w:tcPr>
          <w:p w14:paraId="1BB68D4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0.427</w:t>
            </w:r>
          </w:p>
        </w:tc>
        <w:tc>
          <w:tcPr>
            <w:tcW w:w="1088" w:type="dxa"/>
            <w:vAlign w:val="bottom"/>
          </w:tcPr>
          <w:p w14:paraId="4555B22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0.866</w:t>
            </w:r>
          </w:p>
        </w:tc>
      </w:tr>
      <w:tr w:rsidR="00D92A85" w:rsidRPr="00D92A85" w14:paraId="2A176553" w14:textId="77777777" w:rsidTr="002A5B47">
        <w:trPr>
          <w:trHeight w:val="326"/>
          <w:jc w:val="center"/>
        </w:trPr>
        <w:tc>
          <w:tcPr>
            <w:tcW w:w="1627" w:type="dxa"/>
          </w:tcPr>
          <w:p w14:paraId="6487C01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Negative Pred value</w:t>
            </w:r>
          </w:p>
        </w:tc>
        <w:tc>
          <w:tcPr>
            <w:tcW w:w="951" w:type="dxa"/>
            <w:vAlign w:val="bottom"/>
          </w:tcPr>
          <w:p w14:paraId="46E25BF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0.884</w:t>
            </w:r>
          </w:p>
        </w:tc>
        <w:tc>
          <w:tcPr>
            <w:tcW w:w="950" w:type="dxa"/>
            <w:vAlign w:val="bottom"/>
          </w:tcPr>
          <w:p w14:paraId="74EE4853"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0.939</w:t>
            </w:r>
          </w:p>
        </w:tc>
        <w:tc>
          <w:tcPr>
            <w:tcW w:w="1088" w:type="dxa"/>
            <w:vAlign w:val="bottom"/>
          </w:tcPr>
          <w:p w14:paraId="74598A31"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0.624</w:t>
            </w:r>
          </w:p>
        </w:tc>
      </w:tr>
      <w:tr w:rsidR="00D92A85" w:rsidRPr="00D92A85" w14:paraId="38BF591F" w14:textId="77777777" w:rsidTr="002A5B47">
        <w:trPr>
          <w:trHeight w:val="162"/>
          <w:jc w:val="center"/>
        </w:trPr>
        <w:tc>
          <w:tcPr>
            <w:tcW w:w="1627" w:type="dxa"/>
          </w:tcPr>
          <w:p w14:paraId="5E96EDCD"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Prevalence</w:t>
            </w:r>
          </w:p>
        </w:tc>
        <w:tc>
          <w:tcPr>
            <w:tcW w:w="951" w:type="dxa"/>
            <w:vAlign w:val="bottom"/>
          </w:tcPr>
          <w:p w14:paraId="5F2DCAB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0.529</w:t>
            </w:r>
          </w:p>
        </w:tc>
        <w:tc>
          <w:tcPr>
            <w:tcW w:w="950" w:type="dxa"/>
            <w:vAlign w:val="bottom"/>
          </w:tcPr>
          <w:p w14:paraId="7AC6578B"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0.427</w:t>
            </w:r>
          </w:p>
        </w:tc>
        <w:tc>
          <w:tcPr>
            <w:tcW w:w="1088" w:type="dxa"/>
            <w:vAlign w:val="bottom"/>
          </w:tcPr>
          <w:p w14:paraId="26196EE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0.866</w:t>
            </w:r>
          </w:p>
        </w:tc>
      </w:tr>
      <w:tr w:rsidR="00D92A85" w:rsidRPr="00D92A85" w14:paraId="712B1F06" w14:textId="77777777" w:rsidTr="002A5B47">
        <w:trPr>
          <w:trHeight w:val="177"/>
          <w:jc w:val="center"/>
        </w:trPr>
        <w:tc>
          <w:tcPr>
            <w:tcW w:w="1627" w:type="dxa"/>
          </w:tcPr>
          <w:p w14:paraId="1FCADA9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Rate</w:t>
            </w:r>
          </w:p>
        </w:tc>
        <w:tc>
          <w:tcPr>
            <w:tcW w:w="951" w:type="dxa"/>
            <w:vAlign w:val="bottom"/>
          </w:tcPr>
          <w:p w14:paraId="4431CFDE"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0.592</w:t>
            </w:r>
          </w:p>
        </w:tc>
        <w:tc>
          <w:tcPr>
            <w:tcW w:w="950" w:type="dxa"/>
            <w:vAlign w:val="bottom"/>
          </w:tcPr>
          <w:p w14:paraId="460043C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0.627</w:t>
            </w:r>
          </w:p>
        </w:tc>
        <w:tc>
          <w:tcPr>
            <w:tcW w:w="1088" w:type="dxa"/>
            <w:vAlign w:val="bottom"/>
          </w:tcPr>
          <w:p w14:paraId="1334F1C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0.749</w:t>
            </w:r>
          </w:p>
        </w:tc>
      </w:tr>
      <w:tr w:rsidR="00D92A85" w:rsidRPr="00D92A85" w14:paraId="4FB422EF" w14:textId="77777777" w:rsidTr="002A5B47">
        <w:trPr>
          <w:trHeight w:val="360"/>
          <w:jc w:val="center"/>
        </w:trPr>
        <w:tc>
          <w:tcPr>
            <w:tcW w:w="1627" w:type="dxa"/>
          </w:tcPr>
          <w:p w14:paraId="1E5225F0"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Detection Prevalence</w:t>
            </w:r>
          </w:p>
        </w:tc>
        <w:tc>
          <w:tcPr>
            <w:tcW w:w="951" w:type="dxa"/>
            <w:vAlign w:val="bottom"/>
          </w:tcPr>
          <w:p w14:paraId="50862C4C"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0.558</w:t>
            </w:r>
          </w:p>
        </w:tc>
        <w:tc>
          <w:tcPr>
            <w:tcW w:w="950" w:type="dxa"/>
            <w:vAlign w:val="bottom"/>
          </w:tcPr>
          <w:p w14:paraId="465E3DB8"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0.508</w:t>
            </w:r>
          </w:p>
        </w:tc>
        <w:tc>
          <w:tcPr>
            <w:tcW w:w="1088" w:type="dxa"/>
            <w:vAlign w:val="bottom"/>
          </w:tcPr>
          <w:p w14:paraId="28729B1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0.803</w:t>
            </w:r>
          </w:p>
        </w:tc>
      </w:tr>
      <w:tr w:rsidR="00D92A85" w:rsidRPr="00D92A85" w14:paraId="0E62E176" w14:textId="77777777" w:rsidTr="002A5B47">
        <w:trPr>
          <w:trHeight w:val="322"/>
          <w:jc w:val="center"/>
        </w:trPr>
        <w:tc>
          <w:tcPr>
            <w:tcW w:w="1627" w:type="dxa"/>
          </w:tcPr>
          <w:p w14:paraId="4CAD0E6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Balanced Accuracy</w:t>
            </w:r>
          </w:p>
        </w:tc>
        <w:tc>
          <w:tcPr>
            <w:tcW w:w="951" w:type="dxa"/>
            <w:vAlign w:val="bottom"/>
          </w:tcPr>
          <w:p w14:paraId="260E6E9F"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0.215</w:t>
            </w:r>
          </w:p>
        </w:tc>
        <w:tc>
          <w:tcPr>
            <w:tcW w:w="950" w:type="dxa"/>
            <w:vAlign w:val="bottom"/>
          </w:tcPr>
          <w:p w14:paraId="12B67E24"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0.133</w:t>
            </w:r>
          </w:p>
        </w:tc>
        <w:tc>
          <w:tcPr>
            <w:tcW w:w="1088" w:type="dxa"/>
            <w:vAlign w:val="bottom"/>
          </w:tcPr>
          <w:p w14:paraId="7E11DD47" w14:textId="77777777" w:rsidR="00D92A85" w:rsidRPr="00D92A85" w:rsidRDefault="00D92A85" w:rsidP="00D92A85">
            <w:pPr>
              <w:spacing w:after="0" w:line="240" w:lineRule="auto"/>
              <w:rPr>
                <w:rFonts w:ascii="Times New Roman" w:hAnsi="Times New Roman" w:cs="Times New Roman"/>
                <w:sz w:val="20"/>
                <w:szCs w:val="20"/>
              </w:rPr>
            </w:pPr>
            <w:r w:rsidRPr="00D92A85">
              <w:rPr>
                <w:rFonts w:ascii="Times New Roman" w:hAnsi="Times New Roman" w:cs="Times New Roman"/>
                <w:sz w:val="20"/>
                <w:szCs w:val="20"/>
              </w:rPr>
              <w:t>0.653</w:t>
            </w:r>
          </w:p>
        </w:tc>
      </w:tr>
    </w:tbl>
    <w:p w14:paraId="0578700C" w14:textId="346F0092" w:rsidR="00EE7672" w:rsidRPr="005E2F5A" w:rsidRDefault="00EE7672" w:rsidP="00FA321D">
      <w:pPr>
        <w:spacing w:after="0" w:line="240" w:lineRule="auto"/>
        <w:rPr>
          <w:rFonts w:ascii="Times New Roman" w:hAnsi="Times New Roman" w:cs="Times New Roman"/>
        </w:rPr>
      </w:pPr>
    </w:p>
    <w:p w14:paraId="60231D3C" w14:textId="6AD35465" w:rsidR="00DB4562" w:rsidRPr="00DB4562" w:rsidRDefault="00DB4562" w:rsidP="00DB4562">
      <w:pPr>
        <w:spacing w:after="0" w:line="240" w:lineRule="auto"/>
        <w:rPr>
          <w:rFonts w:ascii="Times New Roman" w:hAnsi="Times New Roman" w:cs="Times New Roman"/>
          <w:sz w:val="20"/>
          <w:szCs w:val="20"/>
        </w:rPr>
      </w:pPr>
      <w:bookmarkStart w:id="3" w:name="_Hlk207998514"/>
      <w:r w:rsidRPr="00DB4562">
        <w:rPr>
          <w:rFonts w:ascii="Times New Roman" w:hAnsi="Times New Roman" w:cs="Times New Roman"/>
          <w:b/>
          <w:sz w:val="20"/>
          <w:szCs w:val="20"/>
        </w:rPr>
        <w:t>Table 2</w:t>
      </w:r>
      <w:r w:rsidR="0096040D">
        <w:rPr>
          <w:rFonts w:ascii="Times New Roman" w:hAnsi="Times New Roman" w:cs="Times New Roman"/>
          <w:b/>
          <w:sz w:val="20"/>
          <w:szCs w:val="20"/>
        </w:rPr>
        <w:t>3</w:t>
      </w:r>
      <w:r w:rsidRPr="00DB4562">
        <w:rPr>
          <w:rFonts w:ascii="Times New Roman" w:hAnsi="Times New Roman" w:cs="Times New Roman"/>
          <w:b/>
          <w:sz w:val="20"/>
          <w:szCs w:val="20"/>
        </w:rPr>
        <w:t xml:space="preserve">. </w:t>
      </w:r>
      <w:r w:rsidRPr="00DB4562">
        <w:rPr>
          <w:rFonts w:ascii="Times New Roman" w:hAnsi="Times New Roman" w:cs="Times New Roman"/>
          <w:bCs/>
          <w:sz w:val="20"/>
          <w:szCs w:val="20"/>
          <w:lang w:val="en-IN"/>
        </w:rPr>
        <w:t>LightGB</w:t>
      </w:r>
      <w:r w:rsidRPr="00DB4562">
        <w:rPr>
          <w:rFonts w:ascii="Times New Roman" w:hAnsi="Times New Roman" w:cs="Times New Roman"/>
          <w:bCs/>
          <w:sz w:val="20"/>
          <w:szCs w:val="20"/>
          <w:lang w:val="en-IN"/>
        </w:rPr>
        <w:t>M</w:t>
      </w:r>
      <w:r w:rsidRPr="00DB4562">
        <w:rPr>
          <w:rFonts w:ascii="Times New Roman" w:hAnsi="Times New Roman" w:cs="Times New Roman"/>
          <w:bCs/>
          <w:sz w:val="20"/>
          <w:szCs w:val="20"/>
        </w:rPr>
        <w:t xml:space="preserve"> Testing Model</w:t>
      </w:r>
      <w:r w:rsidRPr="00DB4562">
        <w:rPr>
          <w:rFonts w:ascii="Times New Roman" w:hAnsi="Times New Roman" w:cs="Times New Roman"/>
          <w:b/>
          <w:sz w:val="20"/>
          <w:szCs w:val="20"/>
        </w:rPr>
        <w:t xml:space="preserve"> Overall </w:t>
      </w:r>
      <w:r w:rsidRPr="00DB4562">
        <w:rPr>
          <w:rFonts w:ascii="Times New Roman" w:hAnsi="Times New Roman" w:cs="Times New Roman"/>
          <w:sz w:val="20"/>
          <w:szCs w:val="20"/>
        </w:rPr>
        <w:t>Statistic [Three Classes</w:t>
      </w:r>
      <w:bookmarkEnd w:id="3"/>
      <w:r w:rsidRPr="00DB4562">
        <w:rPr>
          <w:rFonts w:ascii="Times New Roman" w:hAnsi="Times New Roman" w:cs="Times New Roman"/>
          <w:sz w:val="20"/>
          <w:szCs w:val="20"/>
        </w:rPr>
        <w:t>]</w:t>
      </w:r>
    </w:p>
    <w:p w14:paraId="6F8171F7" w14:textId="08FB62BB" w:rsidR="00EE7672" w:rsidRPr="00DB4562" w:rsidRDefault="00EE7672" w:rsidP="00FA321D">
      <w:pPr>
        <w:spacing w:after="0" w:line="240" w:lineRule="auto"/>
        <w:rPr>
          <w:rFonts w:ascii="Times New Roman" w:hAnsi="Times New Roman" w:cs="Times New Roman"/>
          <w:sz w:val="20"/>
          <w:szCs w:val="20"/>
        </w:rPr>
      </w:pPr>
    </w:p>
    <w:tbl>
      <w:tblPr>
        <w:tblW w:w="5458" w:type="dxa"/>
        <w:jc w:val="center"/>
        <w:tblLook w:val="04A0" w:firstRow="1" w:lastRow="0" w:firstColumn="1" w:lastColumn="0" w:noHBand="0" w:noVBand="1"/>
      </w:tblPr>
      <w:tblGrid>
        <w:gridCol w:w="1394"/>
        <w:gridCol w:w="1027"/>
        <w:gridCol w:w="966"/>
        <w:gridCol w:w="966"/>
        <w:gridCol w:w="1105"/>
      </w:tblGrid>
      <w:tr w:rsidR="00DB4562" w:rsidRPr="00DB4562" w14:paraId="0226ADA3" w14:textId="77777777" w:rsidTr="002A5B47">
        <w:trPr>
          <w:trHeight w:val="288"/>
          <w:jc w:val="center"/>
        </w:trPr>
        <w:tc>
          <w:tcPr>
            <w:tcW w:w="1394" w:type="dxa"/>
            <w:tcBorders>
              <w:top w:val="single" w:sz="4" w:space="0" w:color="auto"/>
              <w:left w:val="single" w:sz="4" w:space="0" w:color="auto"/>
              <w:bottom w:val="single" w:sz="4" w:space="0" w:color="auto"/>
              <w:right w:val="single" w:sz="4" w:space="0" w:color="auto"/>
            </w:tcBorders>
            <w:noWrap/>
            <w:vAlign w:val="bottom"/>
            <w:hideMark/>
          </w:tcPr>
          <w:p w14:paraId="7D38DB27"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Model</w:t>
            </w:r>
          </w:p>
        </w:tc>
        <w:tc>
          <w:tcPr>
            <w:tcW w:w="1027" w:type="dxa"/>
            <w:tcBorders>
              <w:top w:val="single" w:sz="4" w:space="0" w:color="auto"/>
              <w:left w:val="nil"/>
              <w:bottom w:val="single" w:sz="4" w:space="0" w:color="auto"/>
              <w:right w:val="single" w:sz="4" w:space="0" w:color="auto"/>
            </w:tcBorders>
            <w:noWrap/>
            <w:vAlign w:val="bottom"/>
            <w:hideMark/>
          </w:tcPr>
          <w:p w14:paraId="093C5BD6"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Accuracy</w:t>
            </w:r>
          </w:p>
        </w:tc>
        <w:tc>
          <w:tcPr>
            <w:tcW w:w="966" w:type="dxa"/>
            <w:tcBorders>
              <w:top w:val="single" w:sz="4" w:space="0" w:color="auto"/>
              <w:left w:val="nil"/>
              <w:bottom w:val="single" w:sz="4" w:space="0" w:color="auto"/>
              <w:right w:val="single" w:sz="4" w:space="0" w:color="auto"/>
            </w:tcBorders>
            <w:noWrap/>
            <w:vAlign w:val="bottom"/>
            <w:hideMark/>
          </w:tcPr>
          <w:p w14:paraId="6B9BCD2C"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Kappa</w:t>
            </w:r>
          </w:p>
        </w:tc>
        <w:tc>
          <w:tcPr>
            <w:tcW w:w="966" w:type="dxa"/>
            <w:tcBorders>
              <w:top w:val="single" w:sz="4" w:space="0" w:color="auto"/>
              <w:left w:val="nil"/>
              <w:bottom w:val="single" w:sz="4" w:space="0" w:color="auto"/>
              <w:right w:val="single" w:sz="4" w:space="0" w:color="auto"/>
            </w:tcBorders>
            <w:noWrap/>
            <w:vAlign w:val="bottom"/>
            <w:hideMark/>
          </w:tcPr>
          <w:p w14:paraId="531B062C"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MCC</w:t>
            </w:r>
          </w:p>
        </w:tc>
        <w:tc>
          <w:tcPr>
            <w:tcW w:w="1105" w:type="dxa"/>
            <w:tcBorders>
              <w:top w:val="single" w:sz="4" w:space="0" w:color="auto"/>
              <w:left w:val="nil"/>
              <w:bottom w:val="single" w:sz="4" w:space="0" w:color="auto"/>
              <w:right w:val="single" w:sz="4" w:space="0" w:color="auto"/>
            </w:tcBorders>
            <w:noWrap/>
            <w:vAlign w:val="bottom"/>
            <w:hideMark/>
          </w:tcPr>
          <w:p w14:paraId="4EC8A31F"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F1_Macro</w:t>
            </w:r>
          </w:p>
        </w:tc>
      </w:tr>
      <w:tr w:rsidR="00DB4562" w:rsidRPr="00DB4562" w14:paraId="49702D73" w14:textId="77777777" w:rsidTr="002A5B47">
        <w:trPr>
          <w:trHeight w:val="288"/>
          <w:jc w:val="center"/>
        </w:trPr>
        <w:tc>
          <w:tcPr>
            <w:tcW w:w="1394" w:type="dxa"/>
            <w:tcBorders>
              <w:top w:val="nil"/>
              <w:left w:val="single" w:sz="4" w:space="0" w:color="auto"/>
              <w:bottom w:val="single" w:sz="4" w:space="0" w:color="auto"/>
              <w:right w:val="single" w:sz="4" w:space="0" w:color="auto"/>
            </w:tcBorders>
            <w:noWrap/>
            <w:vAlign w:val="bottom"/>
            <w:hideMark/>
          </w:tcPr>
          <w:p w14:paraId="20E003BC"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lang w:val="en-IN"/>
              </w:rPr>
              <w:t>LightGBM</w:t>
            </w:r>
          </w:p>
        </w:tc>
        <w:tc>
          <w:tcPr>
            <w:tcW w:w="1027" w:type="dxa"/>
            <w:tcBorders>
              <w:top w:val="nil"/>
              <w:left w:val="nil"/>
              <w:bottom w:val="single" w:sz="4" w:space="0" w:color="auto"/>
              <w:right w:val="single" w:sz="4" w:space="0" w:color="auto"/>
            </w:tcBorders>
            <w:noWrap/>
            <w:vAlign w:val="bottom"/>
            <w:hideMark/>
          </w:tcPr>
          <w:p w14:paraId="4CFBFBA5"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lang w:val="en-IN"/>
              </w:rPr>
              <w:t>0.699175</w:t>
            </w:r>
          </w:p>
        </w:tc>
        <w:tc>
          <w:tcPr>
            <w:tcW w:w="966" w:type="dxa"/>
            <w:tcBorders>
              <w:top w:val="nil"/>
              <w:left w:val="nil"/>
              <w:bottom w:val="single" w:sz="4" w:space="0" w:color="auto"/>
              <w:right w:val="single" w:sz="4" w:space="0" w:color="auto"/>
            </w:tcBorders>
            <w:noWrap/>
            <w:vAlign w:val="bottom"/>
            <w:hideMark/>
          </w:tcPr>
          <w:p w14:paraId="79F1CA32"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lang w:val="en-IN"/>
              </w:rPr>
              <w:t>0.456915</w:t>
            </w:r>
          </w:p>
        </w:tc>
        <w:tc>
          <w:tcPr>
            <w:tcW w:w="966" w:type="dxa"/>
            <w:tcBorders>
              <w:top w:val="nil"/>
              <w:left w:val="nil"/>
              <w:bottom w:val="single" w:sz="4" w:space="0" w:color="auto"/>
              <w:right w:val="single" w:sz="4" w:space="0" w:color="auto"/>
            </w:tcBorders>
            <w:noWrap/>
            <w:vAlign w:val="bottom"/>
            <w:hideMark/>
          </w:tcPr>
          <w:p w14:paraId="4BE6D786"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lang w:val="en-IN"/>
              </w:rPr>
              <w:t>0.463095</w:t>
            </w:r>
          </w:p>
        </w:tc>
        <w:tc>
          <w:tcPr>
            <w:tcW w:w="1105" w:type="dxa"/>
            <w:tcBorders>
              <w:top w:val="nil"/>
              <w:left w:val="nil"/>
              <w:bottom w:val="single" w:sz="4" w:space="0" w:color="auto"/>
              <w:right w:val="single" w:sz="4" w:space="0" w:color="auto"/>
            </w:tcBorders>
            <w:noWrap/>
            <w:vAlign w:val="bottom"/>
            <w:hideMark/>
          </w:tcPr>
          <w:p w14:paraId="71E71727"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lang w:val="en-IN"/>
              </w:rPr>
              <w:t>0.623161</w:t>
            </w:r>
          </w:p>
        </w:tc>
      </w:tr>
    </w:tbl>
    <w:p w14:paraId="5EF4FE35" w14:textId="12194315" w:rsidR="00EE7672" w:rsidRPr="005E2F5A" w:rsidRDefault="00EE7672" w:rsidP="00FA321D">
      <w:pPr>
        <w:spacing w:after="0" w:line="240" w:lineRule="auto"/>
        <w:rPr>
          <w:rFonts w:ascii="Times New Roman" w:hAnsi="Times New Roman" w:cs="Times New Roman"/>
        </w:rPr>
      </w:pPr>
    </w:p>
    <w:p w14:paraId="58570143" w14:textId="2E84BDA2" w:rsidR="00DB4562" w:rsidRPr="00DB4562" w:rsidRDefault="00DB4562" w:rsidP="00DB4562">
      <w:pPr>
        <w:spacing w:after="0" w:line="240" w:lineRule="auto"/>
        <w:rPr>
          <w:rFonts w:ascii="Times New Roman" w:hAnsi="Times New Roman" w:cs="Times New Roman"/>
          <w:sz w:val="20"/>
          <w:szCs w:val="20"/>
        </w:rPr>
      </w:pPr>
      <w:bookmarkStart w:id="4" w:name="_Hlk207998545"/>
      <w:r w:rsidRPr="00DB4562">
        <w:rPr>
          <w:rFonts w:ascii="Times New Roman" w:hAnsi="Times New Roman" w:cs="Times New Roman"/>
          <w:b/>
          <w:sz w:val="20"/>
          <w:szCs w:val="20"/>
        </w:rPr>
        <w:t>Table S2</w:t>
      </w:r>
      <w:r w:rsidR="0096040D">
        <w:rPr>
          <w:rFonts w:ascii="Times New Roman" w:hAnsi="Times New Roman" w:cs="Times New Roman"/>
          <w:b/>
          <w:sz w:val="20"/>
          <w:szCs w:val="20"/>
        </w:rPr>
        <w:t>4</w:t>
      </w:r>
      <w:r w:rsidRPr="00DB4562">
        <w:rPr>
          <w:rFonts w:ascii="Times New Roman" w:hAnsi="Times New Roman" w:cs="Times New Roman"/>
          <w:b/>
          <w:sz w:val="20"/>
          <w:szCs w:val="20"/>
        </w:rPr>
        <w:t xml:space="preserve">. </w:t>
      </w:r>
      <w:r w:rsidRPr="00DB4562">
        <w:rPr>
          <w:rFonts w:ascii="Times New Roman" w:hAnsi="Times New Roman" w:cs="Times New Roman"/>
          <w:bCs/>
          <w:sz w:val="20"/>
          <w:szCs w:val="20"/>
          <w:lang w:val="en-IN"/>
        </w:rPr>
        <w:t>LightGB</w:t>
      </w:r>
      <w:r w:rsidRPr="00DB4562">
        <w:rPr>
          <w:rFonts w:ascii="Times New Roman" w:hAnsi="Times New Roman" w:cs="Times New Roman"/>
          <w:sz w:val="20"/>
          <w:szCs w:val="20"/>
        </w:rPr>
        <w:t xml:space="preserve"> Testing Model</w:t>
      </w:r>
      <w:r w:rsidRPr="00DB4562">
        <w:rPr>
          <w:rFonts w:ascii="Times New Roman" w:hAnsi="Times New Roman" w:cs="Times New Roman"/>
          <w:b/>
          <w:sz w:val="20"/>
          <w:szCs w:val="20"/>
        </w:rPr>
        <w:t xml:space="preserve"> </w:t>
      </w:r>
      <w:r w:rsidRPr="00DB4562">
        <w:rPr>
          <w:rFonts w:ascii="Times New Roman" w:hAnsi="Times New Roman" w:cs="Times New Roman"/>
          <w:sz w:val="20"/>
          <w:szCs w:val="20"/>
        </w:rPr>
        <w:t>Confusion Matrix [</w:t>
      </w:r>
      <w:bookmarkEnd w:id="4"/>
      <w:r w:rsidRPr="00DB4562">
        <w:rPr>
          <w:rFonts w:ascii="Times New Roman" w:hAnsi="Times New Roman" w:cs="Times New Roman"/>
          <w:sz w:val="20"/>
          <w:szCs w:val="20"/>
        </w:rPr>
        <w:t>Binary]</w:t>
      </w:r>
    </w:p>
    <w:p w14:paraId="78C3EA53" w14:textId="7E9F4927" w:rsidR="00EE7672" w:rsidRPr="005E2F5A" w:rsidRDefault="00EE7672" w:rsidP="00FA321D">
      <w:pPr>
        <w:spacing w:after="0" w:line="240" w:lineRule="auto"/>
        <w:rPr>
          <w:rFonts w:ascii="Times New Roman" w:hAnsi="Times New Roman" w:cs="Times New Roman"/>
        </w:rPr>
      </w:pPr>
    </w:p>
    <w:tbl>
      <w:tblPr>
        <w:tblW w:w="3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1164"/>
        <w:gridCol w:w="1164"/>
      </w:tblGrid>
      <w:tr w:rsidR="00DB4562" w:rsidRPr="00DB4562" w14:paraId="0DA2F9A2" w14:textId="77777777" w:rsidTr="002A5B47">
        <w:trPr>
          <w:trHeight w:val="202"/>
          <w:jc w:val="center"/>
        </w:trPr>
        <w:tc>
          <w:tcPr>
            <w:tcW w:w="1162" w:type="dxa"/>
          </w:tcPr>
          <w:p w14:paraId="3FC2889F" w14:textId="77777777" w:rsidR="00DB4562" w:rsidRPr="00DB4562" w:rsidRDefault="00DB4562" w:rsidP="00DB4562">
            <w:pPr>
              <w:spacing w:after="0" w:line="240" w:lineRule="auto"/>
              <w:rPr>
                <w:rFonts w:ascii="Times New Roman" w:hAnsi="Times New Roman" w:cs="Times New Roman"/>
                <w:sz w:val="20"/>
                <w:szCs w:val="20"/>
              </w:rPr>
            </w:pPr>
          </w:p>
        </w:tc>
        <w:tc>
          <w:tcPr>
            <w:tcW w:w="2328" w:type="dxa"/>
            <w:gridSpan w:val="2"/>
          </w:tcPr>
          <w:p w14:paraId="25000A97"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Reference</w:t>
            </w:r>
          </w:p>
        </w:tc>
      </w:tr>
      <w:tr w:rsidR="00DB4562" w:rsidRPr="00DB4562" w14:paraId="6440A154" w14:textId="77777777" w:rsidTr="002A5B47">
        <w:trPr>
          <w:trHeight w:val="202"/>
          <w:jc w:val="center"/>
        </w:trPr>
        <w:tc>
          <w:tcPr>
            <w:tcW w:w="1162" w:type="dxa"/>
          </w:tcPr>
          <w:p w14:paraId="404F66DC"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Prediction</w:t>
            </w:r>
          </w:p>
        </w:tc>
        <w:tc>
          <w:tcPr>
            <w:tcW w:w="1164" w:type="dxa"/>
          </w:tcPr>
          <w:p w14:paraId="4129E9CD"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1</w:t>
            </w:r>
          </w:p>
        </w:tc>
        <w:tc>
          <w:tcPr>
            <w:tcW w:w="1164" w:type="dxa"/>
          </w:tcPr>
          <w:p w14:paraId="7FFB3C2E"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2</w:t>
            </w:r>
          </w:p>
        </w:tc>
      </w:tr>
      <w:tr w:rsidR="00DB4562" w:rsidRPr="00DB4562" w14:paraId="23303731" w14:textId="77777777" w:rsidTr="002A5B47">
        <w:trPr>
          <w:trHeight w:val="211"/>
          <w:jc w:val="center"/>
        </w:trPr>
        <w:tc>
          <w:tcPr>
            <w:tcW w:w="1162" w:type="dxa"/>
          </w:tcPr>
          <w:p w14:paraId="1E79EDA8"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1</w:t>
            </w:r>
          </w:p>
        </w:tc>
        <w:tc>
          <w:tcPr>
            <w:tcW w:w="1164" w:type="dxa"/>
            <w:vAlign w:val="bottom"/>
          </w:tcPr>
          <w:p w14:paraId="469F0D37"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6258</w:t>
            </w:r>
          </w:p>
        </w:tc>
        <w:tc>
          <w:tcPr>
            <w:tcW w:w="1164" w:type="dxa"/>
            <w:vAlign w:val="bottom"/>
          </w:tcPr>
          <w:p w14:paraId="5ECABFE2"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479</w:t>
            </w:r>
          </w:p>
        </w:tc>
      </w:tr>
      <w:tr w:rsidR="00DB4562" w:rsidRPr="00DB4562" w14:paraId="66EE6E90" w14:textId="77777777" w:rsidTr="002A5B47">
        <w:trPr>
          <w:trHeight w:val="193"/>
          <w:jc w:val="center"/>
        </w:trPr>
        <w:tc>
          <w:tcPr>
            <w:tcW w:w="1162" w:type="dxa"/>
          </w:tcPr>
          <w:p w14:paraId="0BC21078"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2</w:t>
            </w:r>
          </w:p>
        </w:tc>
        <w:tc>
          <w:tcPr>
            <w:tcW w:w="1164" w:type="dxa"/>
            <w:vAlign w:val="bottom"/>
          </w:tcPr>
          <w:p w14:paraId="2EFE91E1"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1720</w:t>
            </w:r>
          </w:p>
        </w:tc>
        <w:tc>
          <w:tcPr>
            <w:tcW w:w="1164" w:type="dxa"/>
            <w:vAlign w:val="bottom"/>
          </w:tcPr>
          <w:p w14:paraId="772F26BF" w14:textId="7777777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sz w:val="20"/>
                <w:szCs w:val="20"/>
              </w:rPr>
              <w:t>3418</w:t>
            </w:r>
          </w:p>
        </w:tc>
      </w:tr>
    </w:tbl>
    <w:p w14:paraId="6044B21E" w14:textId="77777777" w:rsidR="00DB4562" w:rsidRDefault="00DB4562" w:rsidP="00DB4562">
      <w:pPr>
        <w:spacing w:after="0" w:line="240" w:lineRule="auto"/>
        <w:rPr>
          <w:rFonts w:ascii="Times New Roman" w:hAnsi="Times New Roman" w:cs="Times New Roman"/>
          <w:b/>
        </w:rPr>
      </w:pPr>
      <w:bookmarkStart w:id="5" w:name="_Hlk207998586"/>
    </w:p>
    <w:p w14:paraId="7FC423E5" w14:textId="77777777" w:rsidR="0096040D" w:rsidRDefault="0096040D" w:rsidP="00DB4562">
      <w:pPr>
        <w:spacing w:after="0" w:line="240" w:lineRule="auto"/>
        <w:rPr>
          <w:rFonts w:ascii="Times New Roman" w:hAnsi="Times New Roman" w:cs="Times New Roman"/>
          <w:b/>
          <w:sz w:val="20"/>
          <w:szCs w:val="20"/>
        </w:rPr>
      </w:pPr>
    </w:p>
    <w:p w14:paraId="3F032706" w14:textId="77777777" w:rsidR="0096040D" w:rsidRDefault="0096040D" w:rsidP="00DB4562">
      <w:pPr>
        <w:spacing w:after="0" w:line="240" w:lineRule="auto"/>
        <w:rPr>
          <w:rFonts w:ascii="Times New Roman" w:hAnsi="Times New Roman" w:cs="Times New Roman"/>
          <w:b/>
          <w:sz w:val="20"/>
          <w:szCs w:val="20"/>
        </w:rPr>
      </w:pPr>
    </w:p>
    <w:p w14:paraId="6154FF07" w14:textId="77777777" w:rsidR="0096040D" w:rsidRDefault="0096040D" w:rsidP="00DB4562">
      <w:pPr>
        <w:spacing w:after="0" w:line="240" w:lineRule="auto"/>
        <w:rPr>
          <w:rFonts w:ascii="Times New Roman" w:hAnsi="Times New Roman" w:cs="Times New Roman"/>
          <w:b/>
          <w:sz w:val="20"/>
          <w:szCs w:val="20"/>
        </w:rPr>
      </w:pPr>
    </w:p>
    <w:p w14:paraId="7B0FE4DB" w14:textId="75B8CD47" w:rsidR="00DB4562" w:rsidRPr="00DB4562" w:rsidRDefault="00DB4562" w:rsidP="00DB4562">
      <w:pPr>
        <w:spacing w:after="0" w:line="240" w:lineRule="auto"/>
        <w:rPr>
          <w:rFonts w:ascii="Times New Roman" w:hAnsi="Times New Roman" w:cs="Times New Roman"/>
          <w:sz w:val="20"/>
          <w:szCs w:val="20"/>
        </w:rPr>
      </w:pPr>
      <w:r w:rsidRPr="00DB4562">
        <w:rPr>
          <w:rFonts w:ascii="Times New Roman" w:hAnsi="Times New Roman" w:cs="Times New Roman"/>
          <w:b/>
          <w:sz w:val="20"/>
          <w:szCs w:val="20"/>
        </w:rPr>
        <w:lastRenderedPageBreak/>
        <w:t>Table 2</w:t>
      </w:r>
      <w:r w:rsidR="0096040D">
        <w:rPr>
          <w:rFonts w:ascii="Times New Roman" w:hAnsi="Times New Roman" w:cs="Times New Roman"/>
          <w:b/>
          <w:sz w:val="20"/>
          <w:szCs w:val="20"/>
        </w:rPr>
        <w:t>5</w:t>
      </w:r>
      <w:r w:rsidRPr="00DB4562">
        <w:rPr>
          <w:rFonts w:ascii="Times New Roman" w:hAnsi="Times New Roman" w:cs="Times New Roman"/>
          <w:b/>
          <w:sz w:val="20"/>
          <w:szCs w:val="20"/>
        </w:rPr>
        <w:t xml:space="preserve">. </w:t>
      </w:r>
      <w:r w:rsidRPr="00DB4562">
        <w:rPr>
          <w:rFonts w:ascii="Times New Roman" w:hAnsi="Times New Roman" w:cs="Times New Roman"/>
          <w:bCs/>
          <w:sz w:val="20"/>
          <w:szCs w:val="20"/>
          <w:lang w:val="en-IN"/>
        </w:rPr>
        <w:t>LightGB</w:t>
      </w:r>
      <w:r w:rsidRPr="00DB4562">
        <w:rPr>
          <w:rFonts w:ascii="Times New Roman" w:hAnsi="Times New Roman" w:cs="Times New Roman"/>
          <w:bCs/>
          <w:sz w:val="20"/>
          <w:szCs w:val="20"/>
        </w:rPr>
        <w:t xml:space="preserve"> Testing Model</w:t>
      </w:r>
      <w:r w:rsidRPr="00DB4562">
        <w:rPr>
          <w:rFonts w:ascii="Times New Roman" w:hAnsi="Times New Roman" w:cs="Times New Roman"/>
          <w:b/>
          <w:sz w:val="20"/>
          <w:szCs w:val="20"/>
        </w:rPr>
        <w:t xml:space="preserve"> Overall </w:t>
      </w:r>
      <w:r w:rsidRPr="00DB4562">
        <w:rPr>
          <w:rFonts w:ascii="Times New Roman" w:hAnsi="Times New Roman" w:cs="Times New Roman"/>
          <w:sz w:val="20"/>
          <w:szCs w:val="20"/>
        </w:rPr>
        <w:t>Statistic [Binary]</w:t>
      </w:r>
    </w:p>
    <w:bookmarkEnd w:id="5"/>
    <w:p w14:paraId="465BD57E" w14:textId="70D03C2E" w:rsidR="00EE7672" w:rsidRPr="005E2F5A" w:rsidRDefault="00EE7672" w:rsidP="00FA321D">
      <w:pPr>
        <w:spacing w:after="0" w:line="240" w:lineRule="auto"/>
        <w:rPr>
          <w:rFonts w:ascii="Times New Roman" w:hAnsi="Times New Roman" w:cs="Times New Roman"/>
        </w:rPr>
      </w:pPr>
    </w:p>
    <w:tbl>
      <w:tblPr>
        <w:tblW w:w="5458" w:type="dxa"/>
        <w:jc w:val="center"/>
        <w:tblLook w:val="04A0" w:firstRow="1" w:lastRow="0" w:firstColumn="1" w:lastColumn="0" w:noHBand="0" w:noVBand="1"/>
      </w:tblPr>
      <w:tblGrid>
        <w:gridCol w:w="1394"/>
        <w:gridCol w:w="1027"/>
        <w:gridCol w:w="966"/>
        <w:gridCol w:w="966"/>
        <w:gridCol w:w="1105"/>
      </w:tblGrid>
      <w:tr w:rsidR="00DB4562" w:rsidRPr="00DB4562" w14:paraId="72585538" w14:textId="77777777" w:rsidTr="002A5B47">
        <w:trPr>
          <w:trHeight w:val="288"/>
          <w:jc w:val="center"/>
        </w:trPr>
        <w:tc>
          <w:tcPr>
            <w:tcW w:w="1394" w:type="dxa"/>
            <w:tcBorders>
              <w:top w:val="single" w:sz="4" w:space="0" w:color="auto"/>
              <w:left w:val="single" w:sz="4" w:space="0" w:color="auto"/>
              <w:bottom w:val="single" w:sz="4" w:space="0" w:color="auto"/>
              <w:right w:val="single" w:sz="4" w:space="0" w:color="auto"/>
            </w:tcBorders>
            <w:noWrap/>
            <w:vAlign w:val="bottom"/>
            <w:hideMark/>
          </w:tcPr>
          <w:p w14:paraId="2A2968D9"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Model</w:t>
            </w:r>
          </w:p>
        </w:tc>
        <w:tc>
          <w:tcPr>
            <w:tcW w:w="1027" w:type="dxa"/>
            <w:tcBorders>
              <w:top w:val="single" w:sz="4" w:space="0" w:color="auto"/>
              <w:left w:val="nil"/>
              <w:bottom w:val="single" w:sz="4" w:space="0" w:color="auto"/>
              <w:right w:val="single" w:sz="4" w:space="0" w:color="auto"/>
            </w:tcBorders>
            <w:noWrap/>
            <w:vAlign w:val="bottom"/>
            <w:hideMark/>
          </w:tcPr>
          <w:p w14:paraId="11A80DF3"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Accuracy</w:t>
            </w:r>
          </w:p>
        </w:tc>
        <w:tc>
          <w:tcPr>
            <w:tcW w:w="966" w:type="dxa"/>
            <w:tcBorders>
              <w:top w:val="single" w:sz="4" w:space="0" w:color="auto"/>
              <w:left w:val="nil"/>
              <w:bottom w:val="single" w:sz="4" w:space="0" w:color="auto"/>
              <w:right w:val="single" w:sz="4" w:space="0" w:color="auto"/>
            </w:tcBorders>
            <w:noWrap/>
            <w:vAlign w:val="bottom"/>
            <w:hideMark/>
          </w:tcPr>
          <w:p w14:paraId="772BD0D5"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Kappa</w:t>
            </w:r>
          </w:p>
        </w:tc>
        <w:tc>
          <w:tcPr>
            <w:tcW w:w="966" w:type="dxa"/>
            <w:tcBorders>
              <w:top w:val="single" w:sz="4" w:space="0" w:color="auto"/>
              <w:left w:val="nil"/>
              <w:bottom w:val="single" w:sz="4" w:space="0" w:color="auto"/>
              <w:right w:val="single" w:sz="4" w:space="0" w:color="auto"/>
            </w:tcBorders>
            <w:noWrap/>
            <w:vAlign w:val="bottom"/>
            <w:hideMark/>
          </w:tcPr>
          <w:p w14:paraId="66F76600"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MCC</w:t>
            </w:r>
          </w:p>
        </w:tc>
        <w:tc>
          <w:tcPr>
            <w:tcW w:w="1105" w:type="dxa"/>
            <w:tcBorders>
              <w:top w:val="single" w:sz="4" w:space="0" w:color="auto"/>
              <w:left w:val="nil"/>
              <w:bottom w:val="single" w:sz="4" w:space="0" w:color="auto"/>
              <w:right w:val="single" w:sz="4" w:space="0" w:color="auto"/>
            </w:tcBorders>
            <w:noWrap/>
            <w:vAlign w:val="bottom"/>
            <w:hideMark/>
          </w:tcPr>
          <w:p w14:paraId="3C10FA1F" w14:textId="77777777" w:rsidR="00DB4562" w:rsidRPr="00DB4562" w:rsidRDefault="00DB4562" w:rsidP="00DB4562">
            <w:pPr>
              <w:spacing w:after="0" w:line="240" w:lineRule="auto"/>
              <w:rPr>
                <w:rFonts w:ascii="Times New Roman" w:hAnsi="Times New Roman" w:cs="Times New Roman"/>
                <w:b/>
                <w:bCs/>
                <w:sz w:val="20"/>
                <w:szCs w:val="20"/>
                <w:lang w:val="en-IN"/>
              </w:rPr>
            </w:pPr>
            <w:r w:rsidRPr="00DB4562">
              <w:rPr>
                <w:rFonts w:ascii="Times New Roman" w:hAnsi="Times New Roman" w:cs="Times New Roman"/>
                <w:b/>
                <w:bCs/>
                <w:sz w:val="20"/>
                <w:szCs w:val="20"/>
                <w:lang w:val="en-IN"/>
              </w:rPr>
              <w:t>F1_Macro</w:t>
            </w:r>
          </w:p>
        </w:tc>
      </w:tr>
      <w:tr w:rsidR="00DB4562" w:rsidRPr="00DB4562" w14:paraId="6AF033CC" w14:textId="77777777" w:rsidTr="002A5B47">
        <w:trPr>
          <w:trHeight w:val="288"/>
          <w:jc w:val="center"/>
        </w:trPr>
        <w:tc>
          <w:tcPr>
            <w:tcW w:w="1394" w:type="dxa"/>
            <w:tcBorders>
              <w:top w:val="nil"/>
              <w:left w:val="single" w:sz="4" w:space="0" w:color="auto"/>
              <w:bottom w:val="single" w:sz="4" w:space="0" w:color="auto"/>
              <w:right w:val="single" w:sz="4" w:space="0" w:color="auto"/>
            </w:tcBorders>
            <w:noWrap/>
            <w:vAlign w:val="bottom"/>
            <w:hideMark/>
          </w:tcPr>
          <w:p w14:paraId="41CA3D01"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lang w:val="en-IN"/>
              </w:rPr>
              <w:t>LightGBM</w:t>
            </w:r>
          </w:p>
        </w:tc>
        <w:tc>
          <w:tcPr>
            <w:tcW w:w="1027" w:type="dxa"/>
            <w:tcBorders>
              <w:top w:val="nil"/>
              <w:left w:val="nil"/>
              <w:bottom w:val="single" w:sz="4" w:space="0" w:color="auto"/>
              <w:right w:val="single" w:sz="4" w:space="0" w:color="auto"/>
            </w:tcBorders>
            <w:noWrap/>
            <w:vAlign w:val="bottom"/>
            <w:hideMark/>
          </w:tcPr>
          <w:p w14:paraId="06932C5A"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rPr>
              <w:t>0.815</w:t>
            </w:r>
          </w:p>
        </w:tc>
        <w:tc>
          <w:tcPr>
            <w:tcW w:w="966" w:type="dxa"/>
            <w:tcBorders>
              <w:top w:val="nil"/>
              <w:left w:val="nil"/>
              <w:bottom w:val="single" w:sz="4" w:space="0" w:color="auto"/>
              <w:right w:val="single" w:sz="4" w:space="0" w:color="auto"/>
            </w:tcBorders>
            <w:noWrap/>
            <w:vAlign w:val="bottom"/>
            <w:hideMark/>
          </w:tcPr>
          <w:p w14:paraId="57193C21"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rPr>
              <w:t>0.612</w:t>
            </w:r>
          </w:p>
        </w:tc>
        <w:tc>
          <w:tcPr>
            <w:tcW w:w="966" w:type="dxa"/>
            <w:tcBorders>
              <w:top w:val="nil"/>
              <w:left w:val="nil"/>
              <w:bottom w:val="single" w:sz="4" w:space="0" w:color="auto"/>
              <w:right w:val="single" w:sz="4" w:space="0" w:color="auto"/>
            </w:tcBorders>
            <w:noWrap/>
            <w:vAlign w:val="bottom"/>
            <w:hideMark/>
          </w:tcPr>
          <w:p w14:paraId="7E24AA1B"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rPr>
              <w:t>0.627</w:t>
            </w:r>
          </w:p>
        </w:tc>
        <w:tc>
          <w:tcPr>
            <w:tcW w:w="1105" w:type="dxa"/>
            <w:tcBorders>
              <w:top w:val="nil"/>
              <w:left w:val="nil"/>
              <w:bottom w:val="single" w:sz="4" w:space="0" w:color="auto"/>
              <w:right w:val="single" w:sz="4" w:space="0" w:color="auto"/>
            </w:tcBorders>
            <w:noWrap/>
            <w:vAlign w:val="bottom"/>
            <w:hideMark/>
          </w:tcPr>
          <w:p w14:paraId="5F9ED221" w14:textId="77777777" w:rsidR="00DB4562" w:rsidRPr="00DB4562" w:rsidRDefault="00DB4562" w:rsidP="00DB4562">
            <w:pPr>
              <w:spacing w:after="0" w:line="240" w:lineRule="auto"/>
              <w:rPr>
                <w:rFonts w:ascii="Times New Roman" w:hAnsi="Times New Roman" w:cs="Times New Roman"/>
                <w:sz w:val="20"/>
                <w:szCs w:val="20"/>
                <w:lang w:val="en-IN"/>
              </w:rPr>
            </w:pPr>
            <w:r w:rsidRPr="00DB4562">
              <w:rPr>
                <w:rFonts w:ascii="Times New Roman" w:hAnsi="Times New Roman" w:cs="Times New Roman"/>
                <w:sz w:val="20"/>
                <w:szCs w:val="20"/>
              </w:rPr>
              <w:t>0.804</w:t>
            </w:r>
          </w:p>
        </w:tc>
      </w:tr>
    </w:tbl>
    <w:p w14:paraId="234987DF" w14:textId="3ECB41D4" w:rsidR="00EE7672" w:rsidRDefault="00EE7672" w:rsidP="00FA321D">
      <w:pPr>
        <w:spacing w:after="0" w:line="240" w:lineRule="auto"/>
        <w:rPr>
          <w:rFonts w:ascii="Times New Roman" w:hAnsi="Times New Roman" w:cs="Times New Roman"/>
        </w:rPr>
      </w:pPr>
    </w:p>
    <w:p w14:paraId="1DE2CA10" w14:textId="1FF4F91B" w:rsidR="0096040D" w:rsidRDefault="0096040D" w:rsidP="0096040D">
      <w:pPr>
        <w:spacing w:after="0" w:line="240" w:lineRule="auto"/>
        <w:rPr>
          <w:rFonts w:ascii="Times New Roman" w:hAnsi="Times New Roman" w:cs="Times New Roman"/>
        </w:rPr>
      </w:pPr>
      <w:r w:rsidRPr="00FA321D">
        <w:rPr>
          <w:rFonts w:ascii="Times New Roman" w:hAnsi="Times New Roman" w:cs="Times New Roman"/>
          <w:b/>
          <w:bCs/>
        </w:rPr>
        <w:t>Table S</w:t>
      </w:r>
      <w:r>
        <w:rPr>
          <w:rFonts w:ascii="Times New Roman" w:hAnsi="Times New Roman" w:cs="Times New Roman"/>
          <w:b/>
          <w:bCs/>
        </w:rPr>
        <w:t>26</w:t>
      </w:r>
      <w:r w:rsidRPr="00FA321D">
        <w:rPr>
          <w:rFonts w:ascii="Times New Roman" w:hAnsi="Times New Roman" w:cs="Times New Roman"/>
          <w:b/>
          <w:bCs/>
        </w:rPr>
        <w:t>.</w:t>
      </w:r>
      <w:r w:rsidRPr="005E2F5A">
        <w:rPr>
          <w:rFonts w:ascii="Times New Roman" w:hAnsi="Times New Roman" w:cs="Times New Roman"/>
        </w:rPr>
        <w:t xml:space="preserve"> Entire list of features ranked by mean absolute SHAPE value.</w:t>
      </w:r>
    </w:p>
    <w:p w14:paraId="206E834F" w14:textId="77777777" w:rsidR="0096040D" w:rsidRPr="005E2F5A" w:rsidRDefault="0096040D" w:rsidP="0096040D">
      <w:pPr>
        <w:spacing w:after="0" w:line="240" w:lineRule="auto"/>
        <w:rPr>
          <w:rFonts w:ascii="Times New Roman" w:hAnsi="Times New Roman" w:cs="Times New Roman"/>
        </w:rPr>
      </w:pPr>
    </w:p>
    <w:tbl>
      <w:tblPr>
        <w:tblW w:w="7407" w:type="dxa"/>
        <w:jc w:val="center"/>
        <w:tblLook w:val="04A0" w:firstRow="1" w:lastRow="0" w:firstColumn="1" w:lastColumn="0" w:noHBand="0" w:noVBand="1"/>
      </w:tblPr>
      <w:tblGrid>
        <w:gridCol w:w="4053"/>
        <w:gridCol w:w="3354"/>
      </w:tblGrid>
      <w:tr w:rsidR="0096040D" w:rsidRPr="005E2F5A" w14:paraId="3F8AF9BE" w14:textId="77777777" w:rsidTr="002A5B47">
        <w:trPr>
          <w:trHeight w:val="312"/>
          <w:tblHeader/>
          <w:jc w:val="center"/>
        </w:trPr>
        <w:tc>
          <w:tcPr>
            <w:tcW w:w="4053" w:type="dxa"/>
            <w:tcBorders>
              <w:top w:val="single" w:sz="4" w:space="0" w:color="auto"/>
              <w:left w:val="single" w:sz="4" w:space="0" w:color="auto"/>
              <w:bottom w:val="single" w:sz="4" w:space="0" w:color="auto"/>
              <w:right w:val="single" w:sz="4" w:space="0" w:color="auto"/>
            </w:tcBorders>
            <w:noWrap/>
            <w:hideMark/>
          </w:tcPr>
          <w:p w14:paraId="4AB029B7" w14:textId="77777777" w:rsidR="0096040D" w:rsidRPr="005E2F5A" w:rsidRDefault="0096040D" w:rsidP="002A5B47">
            <w:pPr>
              <w:spacing w:after="0" w:line="240" w:lineRule="auto"/>
              <w:jc w:val="both"/>
              <w:rPr>
                <w:rFonts w:ascii="Times New Roman" w:eastAsia="Times New Roman" w:hAnsi="Times New Roman" w:cs="Times New Roman"/>
                <w:b/>
                <w:bCs/>
                <w:color w:val="000000"/>
                <w:sz w:val="20"/>
                <w:szCs w:val="20"/>
                <w:lang w:val="en-IN" w:eastAsia="en-IN" w:bidi="mr-IN"/>
              </w:rPr>
            </w:pPr>
            <w:r w:rsidRPr="005E2F5A">
              <w:rPr>
                <w:rFonts w:ascii="Times New Roman" w:eastAsia="Times New Roman" w:hAnsi="Times New Roman" w:cs="Times New Roman"/>
                <w:b/>
                <w:bCs/>
                <w:color w:val="000000"/>
                <w:sz w:val="20"/>
                <w:szCs w:val="20"/>
                <w:lang w:val="en-IN" w:eastAsia="en-IN" w:bidi="mr-IN"/>
              </w:rPr>
              <w:t>Feature</w:t>
            </w:r>
          </w:p>
        </w:tc>
        <w:tc>
          <w:tcPr>
            <w:tcW w:w="3354" w:type="dxa"/>
            <w:tcBorders>
              <w:top w:val="single" w:sz="4" w:space="0" w:color="auto"/>
              <w:left w:val="nil"/>
              <w:bottom w:val="single" w:sz="4" w:space="0" w:color="auto"/>
              <w:right w:val="single" w:sz="4" w:space="0" w:color="auto"/>
            </w:tcBorders>
            <w:noWrap/>
            <w:hideMark/>
          </w:tcPr>
          <w:p w14:paraId="633D3E46" w14:textId="77777777" w:rsidR="0096040D" w:rsidRPr="005E2F5A" w:rsidRDefault="0096040D" w:rsidP="002A5B47">
            <w:pPr>
              <w:spacing w:after="0" w:line="240" w:lineRule="auto"/>
              <w:jc w:val="both"/>
              <w:rPr>
                <w:rFonts w:ascii="Times New Roman" w:eastAsia="Times New Roman" w:hAnsi="Times New Roman" w:cs="Times New Roman"/>
                <w:b/>
                <w:bCs/>
                <w:color w:val="000000"/>
                <w:sz w:val="20"/>
                <w:szCs w:val="20"/>
                <w:lang w:val="en-IN" w:eastAsia="en-IN" w:bidi="mr-IN"/>
              </w:rPr>
            </w:pPr>
            <w:r w:rsidRPr="005E2F5A">
              <w:rPr>
                <w:rFonts w:ascii="Times New Roman" w:eastAsia="Times New Roman" w:hAnsi="Times New Roman" w:cs="Times New Roman"/>
                <w:b/>
                <w:bCs/>
                <w:color w:val="000000"/>
                <w:sz w:val="20"/>
                <w:szCs w:val="20"/>
                <w:lang w:val="en-IN" w:eastAsia="en-IN" w:bidi="mr-IN"/>
              </w:rPr>
              <w:t>Mean Abs Shap</w:t>
            </w:r>
          </w:p>
        </w:tc>
      </w:tr>
      <w:tr w:rsidR="0096040D" w:rsidRPr="005E2F5A" w14:paraId="11E7830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19BC09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BMI</w:t>
            </w:r>
          </w:p>
        </w:tc>
        <w:tc>
          <w:tcPr>
            <w:tcW w:w="3354" w:type="dxa"/>
            <w:tcBorders>
              <w:top w:val="nil"/>
              <w:left w:val="nil"/>
              <w:bottom w:val="single" w:sz="4" w:space="0" w:color="auto"/>
              <w:right w:val="single" w:sz="4" w:space="0" w:color="auto"/>
            </w:tcBorders>
            <w:noWrap/>
            <w:vAlign w:val="bottom"/>
            <w:hideMark/>
          </w:tcPr>
          <w:p w14:paraId="5F38678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0.444</w:t>
            </w:r>
          </w:p>
        </w:tc>
      </w:tr>
      <w:tr w:rsidR="0096040D" w:rsidRPr="005E2F5A" w14:paraId="57D0EED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999673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Medical_History_4</w:t>
            </w:r>
          </w:p>
        </w:tc>
        <w:tc>
          <w:tcPr>
            <w:tcW w:w="3354" w:type="dxa"/>
            <w:tcBorders>
              <w:top w:val="nil"/>
              <w:left w:val="nil"/>
              <w:bottom w:val="single" w:sz="4" w:space="0" w:color="auto"/>
              <w:right w:val="single" w:sz="4" w:space="0" w:color="auto"/>
            </w:tcBorders>
            <w:noWrap/>
            <w:vAlign w:val="bottom"/>
            <w:hideMark/>
          </w:tcPr>
          <w:p w14:paraId="0D1ACA5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0.419</w:t>
            </w:r>
          </w:p>
        </w:tc>
      </w:tr>
      <w:tr w:rsidR="0096040D" w:rsidRPr="005E2F5A" w14:paraId="3BE07C6E"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5670D9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Product_Info_4</w:t>
            </w:r>
          </w:p>
        </w:tc>
        <w:tc>
          <w:tcPr>
            <w:tcW w:w="3354" w:type="dxa"/>
            <w:tcBorders>
              <w:top w:val="nil"/>
              <w:left w:val="nil"/>
              <w:bottom w:val="single" w:sz="4" w:space="0" w:color="auto"/>
              <w:right w:val="single" w:sz="4" w:space="0" w:color="auto"/>
            </w:tcBorders>
            <w:noWrap/>
            <w:vAlign w:val="bottom"/>
            <w:hideMark/>
          </w:tcPr>
          <w:p w14:paraId="5D8113C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0.228</w:t>
            </w:r>
          </w:p>
        </w:tc>
      </w:tr>
      <w:tr w:rsidR="0096040D" w:rsidRPr="005E2F5A" w14:paraId="6A35BDD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E12583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Ins_Age</w:t>
            </w:r>
          </w:p>
        </w:tc>
        <w:tc>
          <w:tcPr>
            <w:tcW w:w="3354" w:type="dxa"/>
            <w:tcBorders>
              <w:top w:val="nil"/>
              <w:left w:val="nil"/>
              <w:bottom w:val="single" w:sz="4" w:space="0" w:color="auto"/>
              <w:right w:val="single" w:sz="4" w:space="0" w:color="auto"/>
            </w:tcBorders>
            <w:noWrap/>
            <w:vAlign w:val="bottom"/>
            <w:hideMark/>
          </w:tcPr>
          <w:p w14:paraId="10CED7B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0.159</w:t>
            </w:r>
          </w:p>
        </w:tc>
      </w:tr>
      <w:tr w:rsidR="0096040D" w:rsidRPr="005E2F5A" w14:paraId="576797C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AC032A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Wt</w:t>
            </w:r>
          </w:p>
        </w:tc>
        <w:tc>
          <w:tcPr>
            <w:tcW w:w="3354" w:type="dxa"/>
            <w:tcBorders>
              <w:top w:val="nil"/>
              <w:left w:val="nil"/>
              <w:bottom w:val="single" w:sz="4" w:space="0" w:color="auto"/>
              <w:right w:val="single" w:sz="4" w:space="0" w:color="auto"/>
            </w:tcBorders>
            <w:noWrap/>
            <w:vAlign w:val="bottom"/>
            <w:hideMark/>
          </w:tcPr>
          <w:p w14:paraId="2A63F2D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0.123</w:t>
            </w:r>
          </w:p>
        </w:tc>
      </w:tr>
      <w:tr w:rsidR="0096040D" w:rsidRPr="005E2F5A" w14:paraId="0EF1583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C36117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Medical_History_23</w:t>
            </w:r>
          </w:p>
        </w:tc>
        <w:tc>
          <w:tcPr>
            <w:tcW w:w="3354" w:type="dxa"/>
            <w:tcBorders>
              <w:top w:val="nil"/>
              <w:left w:val="nil"/>
              <w:bottom w:val="single" w:sz="4" w:space="0" w:color="auto"/>
              <w:right w:val="single" w:sz="4" w:space="0" w:color="auto"/>
            </w:tcBorders>
            <w:noWrap/>
            <w:vAlign w:val="bottom"/>
            <w:hideMark/>
          </w:tcPr>
          <w:p w14:paraId="014A001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0.076</w:t>
            </w:r>
          </w:p>
        </w:tc>
      </w:tr>
      <w:tr w:rsidR="0096040D" w:rsidRPr="005E2F5A" w14:paraId="20C2F08F"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BD290E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w:t>
            </w:r>
          </w:p>
        </w:tc>
        <w:tc>
          <w:tcPr>
            <w:tcW w:w="3354" w:type="dxa"/>
            <w:tcBorders>
              <w:top w:val="nil"/>
              <w:left w:val="nil"/>
              <w:bottom w:val="single" w:sz="4" w:space="0" w:color="auto"/>
              <w:right w:val="single" w:sz="4" w:space="0" w:color="auto"/>
            </w:tcBorders>
            <w:noWrap/>
            <w:vAlign w:val="bottom"/>
            <w:hideMark/>
          </w:tcPr>
          <w:p w14:paraId="380E89A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0.074</w:t>
            </w:r>
          </w:p>
        </w:tc>
      </w:tr>
      <w:tr w:rsidR="0096040D" w:rsidRPr="005E2F5A" w14:paraId="388A6D9C"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193563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Medical_Keyword_15</w:t>
            </w:r>
          </w:p>
        </w:tc>
        <w:tc>
          <w:tcPr>
            <w:tcW w:w="3354" w:type="dxa"/>
            <w:tcBorders>
              <w:top w:val="nil"/>
              <w:left w:val="nil"/>
              <w:bottom w:val="single" w:sz="4" w:space="0" w:color="auto"/>
              <w:right w:val="single" w:sz="4" w:space="0" w:color="auto"/>
            </w:tcBorders>
            <w:noWrap/>
            <w:vAlign w:val="bottom"/>
            <w:hideMark/>
          </w:tcPr>
          <w:p w14:paraId="3C5F8BF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0.066</w:t>
            </w:r>
          </w:p>
        </w:tc>
      </w:tr>
      <w:tr w:rsidR="0096040D" w:rsidRPr="005E2F5A" w14:paraId="57C9BD5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19BC773"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w:t>
            </w:r>
          </w:p>
        </w:tc>
        <w:tc>
          <w:tcPr>
            <w:tcW w:w="3354" w:type="dxa"/>
            <w:tcBorders>
              <w:top w:val="nil"/>
              <w:left w:val="nil"/>
              <w:bottom w:val="single" w:sz="4" w:space="0" w:color="auto"/>
              <w:right w:val="single" w:sz="4" w:space="0" w:color="auto"/>
            </w:tcBorders>
            <w:noWrap/>
            <w:vAlign w:val="bottom"/>
            <w:hideMark/>
          </w:tcPr>
          <w:p w14:paraId="403F4F1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0.059</w:t>
            </w:r>
          </w:p>
        </w:tc>
      </w:tr>
      <w:tr w:rsidR="0096040D" w:rsidRPr="005E2F5A" w14:paraId="37ACE57F"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1714483"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InsuredInfo_6</w:t>
            </w:r>
          </w:p>
        </w:tc>
        <w:tc>
          <w:tcPr>
            <w:tcW w:w="3354" w:type="dxa"/>
            <w:tcBorders>
              <w:top w:val="nil"/>
              <w:left w:val="nil"/>
              <w:bottom w:val="single" w:sz="4" w:space="0" w:color="auto"/>
              <w:right w:val="single" w:sz="4" w:space="0" w:color="auto"/>
            </w:tcBorders>
            <w:noWrap/>
            <w:vAlign w:val="bottom"/>
            <w:hideMark/>
          </w:tcPr>
          <w:p w14:paraId="215E3F3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0.059</w:t>
            </w:r>
          </w:p>
        </w:tc>
      </w:tr>
      <w:tr w:rsidR="0096040D" w:rsidRPr="005E2F5A" w14:paraId="35386CD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EED06E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Product_Info_2_D1</w:t>
            </w:r>
          </w:p>
        </w:tc>
        <w:tc>
          <w:tcPr>
            <w:tcW w:w="3354" w:type="dxa"/>
            <w:tcBorders>
              <w:top w:val="nil"/>
              <w:left w:val="nil"/>
              <w:bottom w:val="single" w:sz="4" w:space="0" w:color="auto"/>
              <w:right w:val="single" w:sz="4" w:space="0" w:color="auto"/>
            </w:tcBorders>
            <w:noWrap/>
            <w:vAlign w:val="bottom"/>
            <w:hideMark/>
          </w:tcPr>
          <w:p w14:paraId="662F075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0.058</w:t>
            </w:r>
          </w:p>
        </w:tc>
      </w:tr>
      <w:tr w:rsidR="0096040D" w:rsidRPr="005E2F5A" w14:paraId="53AE5AB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0B459B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Employment_Info_1</w:t>
            </w:r>
          </w:p>
        </w:tc>
        <w:tc>
          <w:tcPr>
            <w:tcW w:w="3354" w:type="dxa"/>
            <w:tcBorders>
              <w:top w:val="nil"/>
              <w:left w:val="nil"/>
              <w:bottom w:val="single" w:sz="4" w:space="0" w:color="auto"/>
              <w:right w:val="single" w:sz="4" w:space="0" w:color="auto"/>
            </w:tcBorders>
            <w:noWrap/>
            <w:vAlign w:val="bottom"/>
            <w:hideMark/>
          </w:tcPr>
          <w:p w14:paraId="31E25A4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0.048</w:t>
            </w:r>
          </w:p>
        </w:tc>
      </w:tr>
      <w:tr w:rsidR="0096040D" w:rsidRPr="005E2F5A" w14:paraId="50B8DE5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2DB012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Employment_Info_6</w:t>
            </w:r>
          </w:p>
        </w:tc>
        <w:tc>
          <w:tcPr>
            <w:tcW w:w="3354" w:type="dxa"/>
            <w:tcBorders>
              <w:top w:val="nil"/>
              <w:left w:val="nil"/>
              <w:bottom w:val="single" w:sz="4" w:space="0" w:color="auto"/>
              <w:right w:val="single" w:sz="4" w:space="0" w:color="auto"/>
            </w:tcBorders>
            <w:noWrap/>
            <w:vAlign w:val="bottom"/>
            <w:hideMark/>
          </w:tcPr>
          <w:p w14:paraId="06C8643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0.044</w:t>
            </w:r>
          </w:p>
        </w:tc>
      </w:tr>
      <w:tr w:rsidR="0096040D" w:rsidRPr="005E2F5A" w14:paraId="294EE7E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F371D2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w:t>
            </w:r>
          </w:p>
        </w:tc>
        <w:tc>
          <w:tcPr>
            <w:tcW w:w="3354" w:type="dxa"/>
            <w:tcBorders>
              <w:top w:val="nil"/>
              <w:left w:val="nil"/>
              <w:bottom w:val="single" w:sz="4" w:space="0" w:color="auto"/>
              <w:right w:val="single" w:sz="4" w:space="0" w:color="auto"/>
            </w:tcBorders>
            <w:noWrap/>
            <w:vAlign w:val="bottom"/>
            <w:hideMark/>
          </w:tcPr>
          <w:p w14:paraId="60654D2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0.044</w:t>
            </w:r>
          </w:p>
        </w:tc>
      </w:tr>
      <w:tr w:rsidR="0096040D" w:rsidRPr="005E2F5A" w14:paraId="589A0C2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3227A7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Family_Hist_1</w:t>
            </w:r>
          </w:p>
        </w:tc>
        <w:tc>
          <w:tcPr>
            <w:tcW w:w="3354" w:type="dxa"/>
            <w:tcBorders>
              <w:top w:val="nil"/>
              <w:left w:val="nil"/>
              <w:bottom w:val="single" w:sz="4" w:space="0" w:color="auto"/>
              <w:right w:val="single" w:sz="4" w:space="0" w:color="auto"/>
            </w:tcBorders>
            <w:noWrap/>
            <w:vAlign w:val="bottom"/>
            <w:hideMark/>
          </w:tcPr>
          <w:p w14:paraId="6CC18F0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0.040</w:t>
            </w:r>
          </w:p>
        </w:tc>
      </w:tr>
      <w:tr w:rsidR="0096040D" w:rsidRPr="005E2F5A" w14:paraId="6B75128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8D084E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Product_Info_2_D4</w:t>
            </w:r>
          </w:p>
        </w:tc>
        <w:tc>
          <w:tcPr>
            <w:tcW w:w="3354" w:type="dxa"/>
            <w:tcBorders>
              <w:top w:val="nil"/>
              <w:left w:val="nil"/>
              <w:bottom w:val="single" w:sz="4" w:space="0" w:color="auto"/>
              <w:right w:val="single" w:sz="4" w:space="0" w:color="auto"/>
            </w:tcBorders>
            <w:noWrap/>
            <w:vAlign w:val="bottom"/>
            <w:hideMark/>
          </w:tcPr>
          <w:p w14:paraId="6286E11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0.038</w:t>
            </w:r>
          </w:p>
        </w:tc>
      </w:tr>
      <w:tr w:rsidR="0096040D" w:rsidRPr="005E2F5A" w14:paraId="298EDDD0"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554BE9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InsuredInfo_3</w:t>
            </w:r>
          </w:p>
        </w:tc>
        <w:tc>
          <w:tcPr>
            <w:tcW w:w="3354" w:type="dxa"/>
            <w:tcBorders>
              <w:top w:val="nil"/>
              <w:left w:val="nil"/>
              <w:bottom w:val="single" w:sz="4" w:space="0" w:color="auto"/>
              <w:right w:val="single" w:sz="4" w:space="0" w:color="auto"/>
            </w:tcBorders>
            <w:noWrap/>
            <w:vAlign w:val="bottom"/>
            <w:hideMark/>
          </w:tcPr>
          <w:p w14:paraId="1F1FFF3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0.038</w:t>
            </w:r>
          </w:p>
        </w:tc>
      </w:tr>
      <w:tr w:rsidR="0096040D" w:rsidRPr="005E2F5A" w14:paraId="7F37406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8E03F9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Medical_History_13</w:t>
            </w:r>
          </w:p>
        </w:tc>
        <w:tc>
          <w:tcPr>
            <w:tcW w:w="3354" w:type="dxa"/>
            <w:tcBorders>
              <w:top w:val="nil"/>
              <w:left w:val="nil"/>
              <w:bottom w:val="single" w:sz="4" w:space="0" w:color="auto"/>
              <w:right w:val="single" w:sz="4" w:space="0" w:color="auto"/>
            </w:tcBorders>
            <w:noWrap/>
            <w:vAlign w:val="bottom"/>
            <w:hideMark/>
          </w:tcPr>
          <w:p w14:paraId="7DF370B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0.033</w:t>
            </w:r>
          </w:p>
        </w:tc>
      </w:tr>
      <w:tr w:rsidR="0096040D" w:rsidRPr="005E2F5A" w14:paraId="0ECBB8A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5AE338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Employment_Info_2</w:t>
            </w:r>
          </w:p>
        </w:tc>
        <w:tc>
          <w:tcPr>
            <w:tcW w:w="3354" w:type="dxa"/>
            <w:tcBorders>
              <w:top w:val="nil"/>
              <w:left w:val="nil"/>
              <w:bottom w:val="single" w:sz="4" w:space="0" w:color="auto"/>
              <w:right w:val="single" w:sz="4" w:space="0" w:color="auto"/>
            </w:tcBorders>
            <w:noWrap/>
            <w:vAlign w:val="bottom"/>
            <w:hideMark/>
          </w:tcPr>
          <w:p w14:paraId="06FC0EA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0.033</w:t>
            </w:r>
          </w:p>
        </w:tc>
      </w:tr>
      <w:tr w:rsidR="0096040D" w:rsidRPr="005E2F5A" w14:paraId="573F5982"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8777BD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Medical_History_41</w:t>
            </w:r>
          </w:p>
        </w:tc>
        <w:tc>
          <w:tcPr>
            <w:tcW w:w="3354" w:type="dxa"/>
            <w:tcBorders>
              <w:top w:val="nil"/>
              <w:left w:val="nil"/>
              <w:bottom w:val="single" w:sz="4" w:space="0" w:color="auto"/>
              <w:right w:val="single" w:sz="4" w:space="0" w:color="auto"/>
            </w:tcBorders>
            <w:noWrap/>
            <w:vAlign w:val="bottom"/>
            <w:hideMark/>
          </w:tcPr>
          <w:p w14:paraId="5AD5CDA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0.032</w:t>
            </w:r>
          </w:p>
        </w:tc>
      </w:tr>
      <w:tr w:rsidR="0096040D" w:rsidRPr="005E2F5A" w14:paraId="667D8B2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459A1E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Medical_History_30</w:t>
            </w:r>
          </w:p>
        </w:tc>
        <w:tc>
          <w:tcPr>
            <w:tcW w:w="3354" w:type="dxa"/>
            <w:tcBorders>
              <w:top w:val="nil"/>
              <w:left w:val="nil"/>
              <w:bottom w:val="single" w:sz="4" w:space="0" w:color="auto"/>
              <w:right w:val="single" w:sz="4" w:space="0" w:color="auto"/>
            </w:tcBorders>
            <w:noWrap/>
            <w:vAlign w:val="bottom"/>
            <w:hideMark/>
          </w:tcPr>
          <w:p w14:paraId="6DA4CDF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0.031</w:t>
            </w:r>
          </w:p>
        </w:tc>
      </w:tr>
      <w:tr w:rsidR="0096040D" w:rsidRPr="005E2F5A" w14:paraId="4246661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94FAFD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Ht</w:t>
            </w:r>
          </w:p>
        </w:tc>
        <w:tc>
          <w:tcPr>
            <w:tcW w:w="3354" w:type="dxa"/>
            <w:tcBorders>
              <w:top w:val="nil"/>
              <w:left w:val="nil"/>
              <w:bottom w:val="single" w:sz="4" w:space="0" w:color="auto"/>
              <w:right w:val="single" w:sz="4" w:space="0" w:color="auto"/>
            </w:tcBorders>
            <w:noWrap/>
            <w:vAlign w:val="bottom"/>
            <w:hideMark/>
          </w:tcPr>
          <w:p w14:paraId="01194A5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0.030</w:t>
            </w:r>
          </w:p>
        </w:tc>
      </w:tr>
      <w:tr w:rsidR="0096040D" w:rsidRPr="005E2F5A" w14:paraId="5998A5C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1C762D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InsuredInfo_1</w:t>
            </w:r>
          </w:p>
        </w:tc>
        <w:tc>
          <w:tcPr>
            <w:tcW w:w="3354" w:type="dxa"/>
            <w:tcBorders>
              <w:top w:val="nil"/>
              <w:left w:val="nil"/>
              <w:bottom w:val="single" w:sz="4" w:space="0" w:color="auto"/>
              <w:right w:val="single" w:sz="4" w:space="0" w:color="auto"/>
            </w:tcBorders>
            <w:noWrap/>
            <w:vAlign w:val="bottom"/>
            <w:hideMark/>
          </w:tcPr>
          <w:p w14:paraId="79269E6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0.028</w:t>
            </w:r>
          </w:p>
        </w:tc>
      </w:tr>
      <w:tr w:rsidR="0096040D" w:rsidRPr="005E2F5A" w14:paraId="737A5CE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01C5F3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Medical_History_33</w:t>
            </w:r>
          </w:p>
        </w:tc>
        <w:tc>
          <w:tcPr>
            <w:tcW w:w="3354" w:type="dxa"/>
            <w:tcBorders>
              <w:top w:val="nil"/>
              <w:left w:val="nil"/>
              <w:bottom w:val="single" w:sz="4" w:space="0" w:color="auto"/>
              <w:right w:val="single" w:sz="4" w:space="0" w:color="auto"/>
            </w:tcBorders>
            <w:noWrap/>
            <w:vAlign w:val="bottom"/>
            <w:hideMark/>
          </w:tcPr>
          <w:p w14:paraId="6B7E9DD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0.023</w:t>
            </w:r>
          </w:p>
        </w:tc>
      </w:tr>
      <w:tr w:rsidR="0096040D" w:rsidRPr="005E2F5A" w14:paraId="4EAFCE8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84A15D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Product_Info_2_A6</w:t>
            </w:r>
          </w:p>
        </w:tc>
        <w:tc>
          <w:tcPr>
            <w:tcW w:w="3354" w:type="dxa"/>
            <w:tcBorders>
              <w:top w:val="nil"/>
              <w:left w:val="nil"/>
              <w:bottom w:val="single" w:sz="4" w:space="0" w:color="auto"/>
              <w:right w:val="single" w:sz="4" w:space="0" w:color="auto"/>
            </w:tcBorders>
            <w:noWrap/>
            <w:vAlign w:val="bottom"/>
            <w:hideMark/>
          </w:tcPr>
          <w:p w14:paraId="0D353E9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0.022</w:t>
            </w:r>
          </w:p>
        </w:tc>
      </w:tr>
      <w:tr w:rsidR="0096040D" w:rsidRPr="005E2F5A" w14:paraId="66B9EC1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992BB1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Insurance_History_1</w:t>
            </w:r>
          </w:p>
        </w:tc>
        <w:tc>
          <w:tcPr>
            <w:tcW w:w="3354" w:type="dxa"/>
            <w:tcBorders>
              <w:top w:val="nil"/>
              <w:left w:val="nil"/>
              <w:bottom w:val="single" w:sz="4" w:space="0" w:color="auto"/>
              <w:right w:val="single" w:sz="4" w:space="0" w:color="auto"/>
            </w:tcBorders>
            <w:noWrap/>
            <w:vAlign w:val="bottom"/>
            <w:hideMark/>
          </w:tcPr>
          <w:p w14:paraId="1D1FC44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0.020</w:t>
            </w:r>
          </w:p>
        </w:tc>
      </w:tr>
      <w:tr w:rsidR="0096040D" w:rsidRPr="005E2F5A" w14:paraId="779EA1E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5A280A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Medical_History_39</w:t>
            </w:r>
          </w:p>
        </w:tc>
        <w:tc>
          <w:tcPr>
            <w:tcW w:w="3354" w:type="dxa"/>
            <w:tcBorders>
              <w:top w:val="nil"/>
              <w:left w:val="nil"/>
              <w:bottom w:val="single" w:sz="4" w:space="0" w:color="auto"/>
              <w:right w:val="single" w:sz="4" w:space="0" w:color="auto"/>
            </w:tcBorders>
            <w:noWrap/>
            <w:vAlign w:val="bottom"/>
            <w:hideMark/>
          </w:tcPr>
          <w:p w14:paraId="462E41C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0.020</w:t>
            </w:r>
          </w:p>
        </w:tc>
      </w:tr>
      <w:tr w:rsidR="0096040D" w:rsidRPr="005E2F5A" w14:paraId="78AF5969"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BB6B5C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Medical_History_18</w:t>
            </w:r>
          </w:p>
        </w:tc>
        <w:tc>
          <w:tcPr>
            <w:tcW w:w="3354" w:type="dxa"/>
            <w:tcBorders>
              <w:top w:val="nil"/>
              <w:left w:val="nil"/>
              <w:bottom w:val="single" w:sz="4" w:space="0" w:color="auto"/>
              <w:right w:val="single" w:sz="4" w:space="0" w:color="auto"/>
            </w:tcBorders>
            <w:noWrap/>
            <w:vAlign w:val="bottom"/>
            <w:hideMark/>
          </w:tcPr>
          <w:p w14:paraId="4B683B1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0.020</w:t>
            </w:r>
          </w:p>
        </w:tc>
      </w:tr>
      <w:tr w:rsidR="0096040D" w:rsidRPr="005E2F5A" w14:paraId="4E0EFAE9"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A06079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Product_Info_2_D2</w:t>
            </w:r>
          </w:p>
        </w:tc>
        <w:tc>
          <w:tcPr>
            <w:tcW w:w="3354" w:type="dxa"/>
            <w:tcBorders>
              <w:top w:val="nil"/>
              <w:left w:val="nil"/>
              <w:bottom w:val="single" w:sz="4" w:space="0" w:color="auto"/>
              <w:right w:val="single" w:sz="4" w:space="0" w:color="auto"/>
            </w:tcBorders>
            <w:noWrap/>
            <w:vAlign w:val="bottom"/>
            <w:hideMark/>
          </w:tcPr>
          <w:p w14:paraId="545EA5E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0.019</w:t>
            </w:r>
          </w:p>
        </w:tc>
      </w:tr>
      <w:tr w:rsidR="0096040D" w:rsidRPr="005E2F5A" w14:paraId="73348E2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FBCA9B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Product_Info_2_D3</w:t>
            </w:r>
          </w:p>
        </w:tc>
        <w:tc>
          <w:tcPr>
            <w:tcW w:w="3354" w:type="dxa"/>
            <w:tcBorders>
              <w:top w:val="nil"/>
              <w:left w:val="nil"/>
              <w:bottom w:val="single" w:sz="4" w:space="0" w:color="auto"/>
              <w:right w:val="single" w:sz="4" w:space="0" w:color="auto"/>
            </w:tcBorders>
            <w:noWrap/>
            <w:vAlign w:val="bottom"/>
            <w:hideMark/>
          </w:tcPr>
          <w:p w14:paraId="73C8A37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0.019</w:t>
            </w:r>
          </w:p>
        </w:tc>
      </w:tr>
      <w:tr w:rsidR="0096040D" w:rsidRPr="005E2F5A" w14:paraId="5CF7346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23D904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Insurance_History_7</w:t>
            </w:r>
          </w:p>
        </w:tc>
        <w:tc>
          <w:tcPr>
            <w:tcW w:w="3354" w:type="dxa"/>
            <w:tcBorders>
              <w:top w:val="nil"/>
              <w:left w:val="nil"/>
              <w:bottom w:val="single" w:sz="4" w:space="0" w:color="auto"/>
              <w:right w:val="single" w:sz="4" w:space="0" w:color="auto"/>
            </w:tcBorders>
            <w:noWrap/>
            <w:vAlign w:val="bottom"/>
            <w:hideMark/>
          </w:tcPr>
          <w:p w14:paraId="4ED5039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0.016</w:t>
            </w:r>
          </w:p>
        </w:tc>
      </w:tr>
      <w:tr w:rsidR="0096040D" w:rsidRPr="005E2F5A" w14:paraId="746A17A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2A26C5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Medical_Keyword_23</w:t>
            </w:r>
          </w:p>
        </w:tc>
        <w:tc>
          <w:tcPr>
            <w:tcW w:w="3354" w:type="dxa"/>
            <w:tcBorders>
              <w:top w:val="nil"/>
              <w:left w:val="nil"/>
              <w:bottom w:val="single" w:sz="4" w:space="0" w:color="auto"/>
              <w:right w:val="single" w:sz="4" w:space="0" w:color="auto"/>
            </w:tcBorders>
            <w:noWrap/>
            <w:vAlign w:val="bottom"/>
            <w:hideMark/>
          </w:tcPr>
          <w:p w14:paraId="7C2361C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0.015</w:t>
            </w:r>
          </w:p>
        </w:tc>
      </w:tr>
      <w:tr w:rsidR="0096040D" w:rsidRPr="005E2F5A" w14:paraId="4A39AC1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51978B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lastRenderedPageBreak/>
              <w:t>Insurance_History_2</w:t>
            </w:r>
          </w:p>
        </w:tc>
        <w:tc>
          <w:tcPr>
            <w:tcW w:w="3354" w:type="dxa"/>
            <w:tcBorders>
              <w:top w:val="nil"/>
              <w:left w:val="nil"/>
              <w:bottom w:val="single" w:sz="4" w:space="0" w:color="auto"/>
              <w:right w:val="single" w:sz="4" w:space="0" w:color="auto"/>
            </w:tcBorders>
            <w:noWrap/>
            <w:vAlign w:val="bottom"/>
            <w:hideMark/>
          </w:tcPr>
          <w:p w14:paraId="5D380C3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0.013</w:t>
            </w:r>
          </w:p>
        </w:tc>
      </w:tr>
      <w:tr w:rsidR="0096040D" w:rsidRPr="005E2F5A" w14:paraId="26BDD6F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18BCFD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Product_Info_2_A8</w:t>
            </w:r>
          </w:p>
        </w:tc>
        <w:tc>
          <w:tcPr>
            <w:tcW w:w="3354" w:type="dxa"/>
            <w:tcBorders>
              <w:top w:val="nil"/>
              <w:left w:val="nil"/>
              <w:bottom w:val="single" w:sz="4" w:space="0" w:color="auto"/>
              <w:right w:val="single" w:sz="4" w:space="0" w:color="auto"/>
            </w:tcBorders>
            <w:noWrap/>
            <w:vAlign w:val="bottom"/>
            <w:hideMark/>
          </w:tcPr>
          <w:p w14:paraId="0BB12AA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0.013</w:t>
            </w:r>
          </w:p>
        </w:tc>
      </w:tr>
      <w:tr w:rsidR="0096040D" w:rsidRPr="005E2F5A" w14:paraId="2F83ABC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BED294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Medical_History_28</w:t>
            </w:r>
          </w:p>
        </w:tc>
        <w:tc>
          <w:tcPr>
            <w:tcW w:w="3354" w:type="dxa"/>
            <w:tcBorders>
              <w:top w:val="nil"/>
              <w:left w:val="nil"/>
              <w:bottom w:val="single" w:sz="4" w:space="0" w:color="auto"/>
              <w:right w:val="single" w:sz="4" w:space="0" w:color="auto"/>
            </w:tcBorders>
            <w:noWrap/>
            <w:vAlign w:val="bottom"/>
            <w:hideMark/>
          </w:tcPr>
          <w:p w14:paraId="3454AD2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0.012</w:t>
            </w:r>
          </w:p>
        </w:tc>
      </w:tr>
      <w:tr w:rsidR="0096040D" w:rsidRPr="005E2F5A" w14:paraId="54436B3F"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960C4E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Medical_History_9</w:t>
            </w:r>
          </w:p>
        </w:tc>
        <w:tc>
          <w:tcPr>
            <w:tcW w:w="3354" w:type="dxa"/>
            <w:tcBorders>
              <w:top w:val="nil"/>
              <w:left w:val="nil"/>
              <w:bottom w:val="single" w:sz="4" w:space="0" w:color="auto"/>
              <w:right w:val="single" w:sz="4" w:space="0" w:color="auto"/>
            </w:tcBorders>
            <w:noWrap/>
            <w:vAlign w:val="bottom"/>
            <w:hideMark/>
          </w:tcPr>
          <w:p w14:paraId="406DEDA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0.012</w:t>
            </w:r>
          </w:p>
        </w:tc>
      </w:tr>
      <w:tr w:rsidR="0096040D" w:rsidRPr="005E2F5A" w14:paraId="1B133EF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9763D9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Medical_History_40</w:t>
            </w:r>
          </w:p>
        </w:tc>
        <w:tc>
          <w:tcPr>
            <w:tcW w:w="3354" w:type="dxa"/>
            <w:tcBorders>
              <w:top w:val="nil"/>
              <w:left w:val="nil"/>
              <w:bottom w:val="single" w:sz="4" w:space="0" w:color="auto"/>
              <w:right w:val="single" w:sz="4" w:space="0" w:color="auto"/>
            </w:tcBorders>
            <w:noWrap/>
            <w:vAlign w:val="bottom"/>
            <w:hideMark/>
          </w:tcPr>
          <w:p w14:paraId="082553F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0.011</w:t>
            </w:r>
          </w:p>
        </w:tc>
      </w:tr>
      <w:tr w:rsidR="0096040D" w:rsidRPr="005E2F5A" w14:paraId="5EAC706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C6261F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Medical_History_36</w:t>
            </w:r>
          </w:p>
        </w:tc>
        <w:tc>
          <w:tcPr>
            <w:tcW w:w="3354" w:type="dxa"/>
            <w:tcBorders>
              <w:top w:val="nil"/>
              <w:left w:val="nil"/>
              <w:bottom w:val="single" w:sz="4" w:space="0" w:color="auto"/>
              <w:right w:val="single" w:sz="4" w:space="0" w:color="auto"/>
            </w:tcBorders>
            <w:noWrap/>
            <w:vAlign w:val="bottom"/>
            <w:hideMark/>
          </w:tcPr>
          <w:p w14:paraId="7555265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0.011</w:t>
            </w:r>
          </w:p>
        </w:tc>
      </w:tr>
      <w:tr w:rsidR="0096040D" w:rsidRPr="005E2F5A" w14:paraId="72AA3CB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861246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Employment_Info_4</w:t>
            </w:r>
          </w:p>
        </w:tc>
        <w:tc>
          <w:tcPr>
            <w:tcW w:w="3354" w:type="dxa"/>
            <w:tcBorders>
              <w:top w:val="nil"/>
              <w:left w:val="nil"/>
              <w:bottom w:val="single" w:sz="4" w:space="0" w:color="auto"/>
              <w:right w:val="single" w:sz="4" w:space="0" w:color="auto"/>
            </w:tcBorders>
            <w:noWrap/>
            <w:vAlign w:val="bottom"/>
            <w:hideMark/>
          </w:tcPr>
          <w:p w14:paraId="61BEE02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0.011</w:t>
            </w:r>
          </w:p>
        </w:tc>
      </w:tr>
      <w:tr w:rsidR="0096040D" w:rsidRPr="005E2F5A" w14:paraId="3921B93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7E81EB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InsuredInfo_7</w:t>
            </w:r>
          </w:p>
        </w:tc>
        <w:tc>
          <w:tcPr>
            <w:tcW w:w="3354" w:type="dxa"/>
            <w:tcBorders>
              <w:top w:val="nil"/>
              <w:left w:val="nil"/>
              <w:bottom w:val="single" w:sz="4" w:space="0" w:color="auto"/>
              <w:right w:val="single" w:sz="4" w:space="0" w:color="auto"/>
            </w:tcBorders>
            <w:noWrap/>
            <w:vAlign w:val="bottom"/>
            <w:hideMark/>
          </w:tcPr>
          <w:p w14:paraId="6EEDF01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0.011</w:t>
            </w:r>
          </w:p>
        </w:tc>
      </w:tr>
      <w:tr w:rsidR="0096040D" w:rsidRPr="005E2F5A" w14:paraId="68DB164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DCB58C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Product_Info_6</w:t>
            </w:r>
          </w:p>
        </w:tc>
        <w:tc>
          <w:tcPr>
            <w:tcW w:w="3354" w:type="dxa"/>
            <w:tcBorders>
              <w:top w:val="nil"/>
              <w:left w:val="nil"/>
              <w:bottom w:val="single" w:sz="4" w:space="0" w:color="auto"/>
              <w:right w:val="single" w:sz="4" w:space="0" w:color="auto"/>
            </w:tcBorders>
            <w:noWrap/>
            <w:vAlign w:val="bottom"/>
            <w:hideMark/>
          </w:tcPr>
          <w:p w14:paraId="5D1AD14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0.011</w:t>
            </w:r>
          </w:p>
        </w:tc>
      </w:tr>
      <w:tr w:rsidR="0096040D" w:rsidRPr="005E2F5A" w14:paraId="47A21C7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7F1EC2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InsuredInfo_5</w:t>
            </w:r>
          </w:p>
        </w:tc>
        <w:tc>
          <w:tcPr>
            <w:tcW w:w="3354" w:type="dxa"/>
            <w:tcBorders>
              <w:top w:val="nil"/>
              <w:left w:val="nil"/>
              <w:bottom w:val="single" w:sz="4" w:space="0" w:color="auto"/>
              <w:right w:val="single" w:sz="4" w:space="0" w:color="auto"/>
            </w:tcBorders>
            <w:noWrap/>
            <w:vAlign w:val="bottom"/>
            <w:hideMark/>
          </w:tcPr>
          <w:p w14:paraId="56FD1F2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0.011</w:t>
            </w:r>
          </w:p>
        </w:tc>
      </w:tr>
      <w:tr w:rsidR="0096040D" w:rsidRPr="005E2F5A" w14:paraId="50C8E42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12A417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Medical_Keyword_37</w:t>
            </w:r>
          </w:p>
        </w:tc>
        <w:tc>
          <w:tcPr>
            <w:tcW w:w="3354" w:type="dxa"/>
            <w:tcBorders>
              <w:top w:val="nil"/>
              <w:left w:val="nil"/>
              <w:bottom w:val="single" w:sz="4" w:space="0" w:color="auto"/>
              <w:right w:val="single" w:sz="4" w:space="0" w:color="auto"/>
            </w:tcBorders>
            <w:noWrap/>
            <w:vAlign w:val="bottom"/>
            <w:hideMark/>
          </w:tcPr>
          <w:p w14:paraId="3D1E5C5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0.010</w:t>
            </w:r>
          </w:p>
        </w:tc>
      </w:tr>
      <w:tr w:rsidR="0096040D" w:rsidRPr="005E2F5A" w14:paraId="1042367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5E5534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Medical_History_25</w:t>
            </w:r>
          </w:p>
        </w:tc>
        <w:tc>
          <w:tcPr>
            <w:tcW w:w="3354" w:type="dxa"/>
            <w:tcBorders>
              <w:top w:val="nil"/>
              <w:left w:val="nil"/>
              <w:bottom w:val="single" w:sz="4" w:space="0" w:color="auto"/>
              <w:right w:val="single" w:sz="4" w:space="0" w:color="auto"/>
            </w:tcBorders>
            <w:noWrap/>
            <w:vAlign w:val="bottom"/>
            <w:hideMark/>
          </w:tcPr>
          <w:p w14:paraId="09B8C3F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0.010</w:t>
            </w:r>
          </w:p>
        </w:tc>
      </w:tr>
      <w:tr w:rsidR="0096040D" w:rsidRPr="005E2F5A" w14:paraId="422F8D32"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730505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Product_Info_3</w:t>
            </w:r>
          </w:p>
        </w:tc>
        <w:tc>
          <w:tcPr>
            <w:tcW w:w="3354" w:type="dxa"/>
            <w:tcBorders>
              <w:top w:val="nil"/>
              <w:left w:val="nil"/>
              <w:bottom w:val="single" w:sz="4" w:space="0" w:color="auto"/>
              <w:right w:val="single" w:sz="4" w:space="0" w:color="auto"/>
            </w:tcBorders>
            <w:noWrap/>
            <w:vAlign w:val="bottom"/>
            <w:hideMark/>
          </w:tcPr>
          <w:p w14:paraId="7387F78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0.010</w:t>
            </w:r>
          </w:p>
        </w:tc>
      </w:tr>
      <w:tr w:rsidR="0096040D" w:rsidRPr="005E2F5A" w14:paraId="61C2707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54895F3"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Insurance_History_3</w:t>
            </w:r>
          </w:p>
        </w:tc>
        <w:tc>
          <w:tcPr>
            <w:tcW w:w="3354" w:type="dxa"/>
            <w:tcBorders>
              <w:top w:val="nil"/>
              <w:left w:val="nil"/>
              <w:bottom w:val="single" w:sz="4" w:space="0" w:color="auto"/>
              <w:right w:val="single" w:sz="4" w:space="0" w:color="auto"/>
            </w:tcBorders>
            <w:noWrap/>
            <w:vAlign w:val="bottom"/>
            <w:hideMark/>
          </w:tcPr>
          <w:p w14:paraId="3CAD5C8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0.010</w:t>
            </w:r>
          </w:p>
        </w:tc>
      </w:tr>
      <w:tr w:rsidR="0096040D" w:rsidRPr="005E2F5A" w14:paraId="76122ED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B60860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Insurance_History_4</w:t>
            </w:r>
          </w:p>
        </w:tc>
        <w:tc>
          <w:tcPr>
            <w:tcW w:w="3354" w:type="dxa"/>
            <w:tcBorders>
              <w:top w:val="nil"/>
              <w:left w:val="nil"/>
              <w:bottom w:val="single" w:sz="4" w:space="0" w:color="auto"/>
              <w:right w:val="single" w:sz="4" w:space="0" w:color="auto"/>
            </w:tcBorders>
            <w:noWrap/>
            <w:vAlign w:val="bottom"/>
            <w:hideMark/>
          </w:tcPr>
          <w:p w14:paraId="41019DD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0.009</w:t>
            </w:r>
          </w:p>
        </w:tc>
      </w:tr>
      <w:tr w:rsidR="0096040D" w:rsidRPr="005E2F5A" w14:paraId="7E9F5CE9"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29B6B6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InsuredInfo_4</w:t>
            </w:r>
          </w:p>
        </w:tc>
        <w:tc>
          <w:tcPr>
            <w:tcW w:w="3354" w:type="dxa"/>
            <w:tcBorders>
              <w:top w:val="nil"/>
              <w:left w:val="nil"/>
              <w:bottom w:val="single" w:sz="4" w:space="0" w:color="auto"/>
              <w:right w:val="single" w:sz="4" w:space="0" w:color="auto"/>
            </w:tcBorders>
            <w:noWrap/>
            <w:vAlign w:val="bottom"/>
            <w:hideMark/>
          </w:tcPr>
          <w:p w14:paraId="0F74604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0.009</w:t>
            </w:r>
          </w:p>
        </w:tc>
      </w:tr>
      <w:tr w:rsidR="0096040D" w:rsidRPr="005E2F5A" w14:paraId="3193E27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2BC48E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Medical_History_29</w:t>
            </w:r>
          </w:p>
        </w:tc>
        <w:tc>
          <w:tcPr>
            <w:tcW w:w="3354" w:type="dxa"/>
            <w:tcBorders>
              <w:top w:val="nil"/>
              <w:left w:val="nil"/>
              <w:bottom w:val="single" w:sz="4" w:space="0" w:color="auto"/>
              <w:right w:val="single" w:sz="4" w:space="0" w:color="auto"/>
            </w:tcBorders>
            <w:noWrap/>
            <w:vAlign w:val="bottom"/>
            <w:hideMark/>
          </w:tcPr>
          <w:p w14:paraId="4C45ECA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0.009</w:t>
            </w:r>
          </w:p>
        </w:tc>
      </w:tr>
      <w:tr w:rsidR="0096040D" w:rsidRPr="005E2F5A" w14:paraId="0251F2AD"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1639A0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Insurance_History_8</w:t>
            </w:r>
          </w:p>
        </w:tc>
        <w:tc>
          <w:tcPr>
            <w:tcW w:w="3354" w:type="dxa"/>
            <w:tcBorders>
              <w:top w:val="nil"/>
              <w:left w:val="nil"/>
              <w:bottom w:val="single" w:sz="4" w:space="0" w:color="auto"/>
              <w:right w:val="single" w:sz="4" w:space="0" w:color="auto"/>
            </w:tcBorders>
            <w:noWrap/>
            <w:vAlign w:val="bottom"/>
            <w:hideMark/>
          </w:tcPr>
          <w:p w14:paraId="35185A6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0.009</w:t>
            </w:r>
          </w:p>
        </w:tc>
      </w:tr>
      <w:tr w:rsidR="0096040D" w:rsidRPr="005E2F5A" w14:paraId="5FC6486D"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CD7799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Insurance_History_9</w:t>
            </w:r>
          </w:p>
        </w:tc>
        <w:tc>
          <w:tcPr>
            <w:tcW w:w="3354" w:type="dxa"/>
            <w:tcBorders>
              <w:top w:val="nil"/>
              <w:left w:val="nil"/>
              <w:bottom w:val="single" w:sz="4" w:space="0" w:color="auto"/>
              <w:right w:val="single" w:sz="4" w:space="0" w:color="auto"/>
            </w:tcBorders>
            <w:noWrap/>
            <w:vAlign w:val="bottom"/>
            <w:hideMark/>
          </w:tcPr>
          <w:p w14:paraId="116160A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0.009</w:t>
            </w:r>
          </w:p>
        </w:tc>
      </w:tr>
      <w:tr w:rsidR="0096040D" w:rsidRPr="005E2F5A" w14:paraId="5555DDF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4D5624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Medical_History_16</w:t>
            </w:r>
          </w:p>
        </w:tc>
        <w:tc>
          <w:tcPr>
            <w:tcW w:w="3354" w:type="dxa"/>
            <w:tcBorders>
              <w:top w:val="nil"/>
              <w:left w:val="nil"/>
              <w:bottom w:val="single" w:sz="4" w:space="0" w:color="auto"/>
              <w:right w:val="single" w:sz="4" w:space="0" w:color="auto"/>
            </w:tcBorders>
            <w:noWrap/>
            <w:vAlign w:val="bottom"/>
            <w:hideMark/>
          </w:tcPr>
          <w:p w14:paraId="1929029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0.009</w:t>
            </w:r>
          </w:p>
        </w:tc>
      </w:tr>
      <w:tr w:rsidR="0096040D" w:rsidRPr="005E2F5A" w14:paraId="73200D20"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A30DE3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Medical_History_5</w:t>
            </w:r>
          </w:p>
        </w:tc>
        <w:tc>
          <w:tcPr>
            <w:tcW w:w="3354" w:type="dxa"/>
            <w:tcBorders>
              <w:top w:val="nil"/>
              <w:left w:val="nil"/>
              <w:bottom w:val="single" w:sz="4" w:space="0" w:color="auto"/>
              <w:right w:val="single" w:sz="4" w:space="0" w:color="auto"/>
            </w:tcBorders>
            <w:noWrap/>
            <w:vAlign w:val="bottom"/>
            <w:hideMark/>
          </w:tcPr>
          <w:p w14:paraId="1FC8BDA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0.008</w:t>
            </w:r>
          </w:p>
        </w:tc>
      </w:tr>
      <w:tr w:rsidR="0096040D" w:rsidRPr="005E2F5A" w14:paraId="0C912A4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FA4689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Medical_History_20</w:t>
            </w:r>
          </w:p>
        </w:tc>
        <w:tc>
          <w:tcPr>
            <w:tcW w:w="3354" w:type="dxa"/>
            <w:tcBorders>
              <w:top w:val="nil"/>
              <w:left w:val="nil"/>
              <w:bottom w:val="single" w:sz="4" w:space="0" w:color="auto"/>
              <w:right w:val="single" w:sz="4" w:space="0" w:color="auto"/>
            </w:tcBorders>
            <w:noWrap/>
            <w:vAlign w:val="bottom"/>
            <w:hideMark/>
          </w:tcPr>
          <w:p w14:paraId="514CDB9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0.008</w:t>
            </w:r>
          </w:p>
        </w:tc>
      </w:tr>
      <w:tr w:rsidR="0096040D" w:rsidRPr="005E2F5A" w14:paraId="54F7C44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8102B1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Product_Info_1</w:t>
            </w:r>
          </w:p>
        </w:tc>
        <w:tc>
          <w:tcPr>
            <w:tcW w:w="3354" w:type="dxa"/>
            <w:tcBorders>
              <w:top w:val="nil"/>
              <w:left w:val="nil"/>
              <w:bottom w:val="single" w:sz="4" w:space="0" w:color="auto"/>
              <w:right w:val="single" w:sz="4" w:space="0" w:color="auto"/>
            </w:tcBorders>
            <w:noWrap/>
            <w:vAlign w:val="bottom"/>
            <w:hideMark/>
          </w:tcPr>
          <w:p w14:paraId="5F51821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0.008</w:t>
            </w:r>
          </w:p>
        </w:tc>
      </w:tr>
      <w:tr w:rsidR="0096040D" w:rsidRPr="005E2F5A" w14:paraId="439A1DD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031CC8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InsuredInfo_2</w:t>
            </w:r>
          </w:p>
        </w:tc>
        <w:tc>
          <w:tcPr>
            <w:tcW w:w="3354" w:type="dxa"/>
            <w:tcBorders>
              <w:top w:val="nil"/>
              <w:left w:val="nil"/>
              <w:bottom w:val="single" w:sz="4" w:space="0" w:color="auto"/>
              <w:right w:val="single" w:sz="4" w:space="0" w:color="auto"/>
            </w:tcBorders>
            <w:noWrap/>
            <w:vAlign w:val="bottom"/>
            <w:hideMark/>
          </w:tcPr>
          <w:p w14:paraId="5180571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0.007</w:t>
            </w:r>
          </w:p>
        </w:tc>
      </w:tr>
      <w:tr w:rsidR="0096040D" w:rsidRPr="005E2F5A" w14:paraId="2F54336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A76BC9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w:t>
            </w:r>
          </w:p>
        </w:tc>
        <w:tc>
          <w:tcPr>
            <w:tcW w:w="3354" w:type="dxa"/>
            <w:tcBorders>
              <w:top w:val="nil"/>
              <w:left w:val="nil"/>
              <w:bottom w:val="single" w:sz="4" w:space="0" w:color="auto"/>
              <w:right w:val="single" w:sz="4" w:space="0" w:color="auto"/>
            </w:tcBorders>
            <w:noWrap/>
            <w:vAlign w:val="bottom"/>
            <w:hideMark/>
          </w:tcPr>
          <w:p w14:paraId="082C876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0.007</w:t>
            </w:r>
          </w:p>
        </w:tc>
      </w:tr>
      <w:tr w:rsidR="0096040D" w:rsidRPr="005E2F5A" w14:paraId="44C46CBA"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C44788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Medical_History_19</w:t>
            </w:r>
          </w:p>
        </w:tc>
        <w:tc>
          <w:tcPr>
            <w:tcW w:w="3354" w:type="dxa"/>
            <w:tcBorders>
              <w:top w:val="nil"/>
              <w:left w:val="nil"/>
              <w:bottom w:val="single" w:sz="4" w:space="0" w:color="auto"/>
              <w:right w:val="single" w:sz="4" w:space="0" w:color="auto"/>
            </w:tcBorders>
            <w:noWrap/>
            <w:vAlign w:val="bottom"/>
            <w:hideMark/>
          </w:tcPr>
          <w:p w14:paraId="79D03D1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0.007</w:t>
            </w:r>
          </w:p>
        </w:tc>
      </w:tr>
      <w:tr w:rsidR="0096040D" w:rsidRPr="005E2F5A" w14:paraId="01A6027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E8BFF9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Medical_History_17</w:t>
            </w:r>
          </w:p>
        </w:tc>
        <w:tc>
          <w:tcPr>
            <w:tcW w:w="3354" w:type="dxa"/>
            <w:tcBorders>
              <w:top w:val="nil"/>
              <w:left w:val="nil"/>
              <w:bottom w:val="single" w:sz="4" w:space="0" w:color="auto"/>
              <w:right w:val="single" w:sz="4" w:space="0" w:color="auto"/>
            </w:tcBorders>
            <w:noWrap/>
            <w:vAlign w:val="bottom"/>
            <w:hideMark/>
          </w:tcPr>
          <w:p w14:paraId="1BD97D3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0.007</w:t>
            </w:r>
          </w:p>
        </w:tc>
      </w:tr>
      <w:tr w:rsidR="0096040D" w:rsidRPr="005E2F5A" w14:paraId="79D8D9F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8B8AA3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Medical_History_6</w:t>
            </w:r>
          </w:p>
        </w:tc>
        <w:tc>
          <w:tcPr>
            <w:tcW w:w="3354" w:type="dxa"/>
            <w:tcBorders>
              <w:top w:val="nil"/>
              <w:left w:val="nil"/>
              <w:bottom w:val="single" w:sz="4" w:space="0" w:color="auto"/>
              <w:right w:val="single" w:sz="4" w:space="0" w:color="auto"/>
            </w:tcBorders>
            <w:noWrap/>
            <w:vAlign w:val="bottom"/>
            <w:hideMark/>
          </w:tcPr>
          <w:p w14:paraId="3F67529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0.007</w:t>
            </w:r>
          </w:p>
        </w:tc>
      </w:tr>
      <w:tr w:rsidR="0096040D" w:rsidRPr="005E2F5A" w14:paraId="4D9D76BA"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F2E30B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Medical_Keyword_25</w:t>
            </w:r>
          </w:p>
        </w:tc>
        <w:tc>
          <w:tcPr>
            <w:tcW w:w="3354" w:type="dxa"/>
            <w:tcBorders>
              <w:top w:val="nil"/>
              <w:left w:val="nil"/>
              <w:bottom w:val="single" w:sz="4" w:space="0" w:color="auto"/>
              <w:right w:val="single" w:sz="4" w:space="0" w:color="auto"/>
            </w:tcBorders>
            <w:noWrap/>
            <w:vAlign w:val="bottom"/>
            <w:hideMark/>
          </w:tcPr>
          <w:p w14:paraId="7A0FDCF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0.007</w:t>
            </w:r>
          </w:p>
        </w:tc>
      </w:tr>
      <w:tr w:rsidR="0096040D" w:rsidRPr="005E2F5A" w14:paraId="758213D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CE0ACF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Medical_Keyword_40</w:t>
            </w:r>
          </w:p>
        </w:tc>
        <w:tc>
          <w:tcPr>
            <w:tcW w:w="3354" w:type="dxa"/>
            <w:tcBorders>
              <w:top w:val="nil"/>
              <w:left w:val="nil"/>
              <w:bottom w:val="single" w:sz="4" w:space="0" w:color="auto"/>
              <w:right w:val="single" w:sz="4" w:space="0" w:color="auto"/>
            </w:tcBorders>
            <w:noWrap/>
            <w:vAlign w:val="bottom"/>
            <w:hideMark/>
          </w:tcPr>
          <w:p w14:paraId="4259439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0.007</w:t>
            </w:r>
          </w:p>
        </w:tc>
      </w:tr>
      <w:tr w:rsidR="0096040D" w:rsidRPr="005E2F5A" w14:paraId="5DE2824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A3F730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Medical_History_8</w:t>
            </w:r>
          </w:p>
        </w:tc>
        <w:tc>
          <w:tcPr>
            <w:tcW w:w="3354" w:type="dxa"/>
            <w:tcBorders>
              <w:top w:val="nil"/>
              <w:left w:val="nil"/>
              <w:bottom w:val="single" w:sz="4" w:space="0" w:color="auto"/>
              <w:right w:val="single" w:sz="4" w:space="0" w:color="auto"/>
            </w:tcBorders>
            <w:noWrap/>
            <w:vAlign w:val="bottom"/>
            <w:hideMark/>
          </w:tcPr>
          <w:p w14:paraId="0F2D74B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0.006</w:t>
            </w:r>
          </w:p>
        </w:tc>
      </w:tr>
      <w:tr w:rsidR="0096040D" w:rsidRPr="005E2F5A" w14:paraId="6A0E1B3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5AC4DF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Medical_History_21</w:t>
            </w:r>
          </w:p>
        </w:tc>
        <w:tc>
          <w:tcPr>
            <w:tcW w:w="3354" w:type="dxa"/>
            <w:tcBorders>
              <w:top w:val="nil"/>
              <w:left w:val="nil"/>
              <w:bottom w:val="single" w:sz="4" w:space="0" w:color="auto"/>
              <w:right w:val="single" w:sz="4" w:space="0" w:color="auto"/>
            </w:tcBorders>
            <w:noWrap/>
            <w:vAlign w:val="bottom"/>
            <w:hideMark/>
          </w:tcPr>
          <w:p w14:paraId="4E3889D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0.006</w:t>
            </w:r>
          </w:p>
        </w:tc>
      </w:tr>
      <w:tr w:rsidR="0096040D" w:rsidRPr="005E2F5A" w14:paraId="33FC6BE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A37A3D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Medical_History_34</w:t>
            </w:r>
          </w:p>
        </w:tc>
        <w:tc>
          <w:tcPr>
            <w:tcW w:w="3354" w:type="dxa"/>
            <w:tcBorders>
              <w:top w:val="nil"/>
              <w:left w:val="nil"/>
              <w:bottom w:val="single" w:sz="4" w:space="0" w:color="auto"/>
              <w:right w:val="single" w:sz="4" w:space="0" w:color="auto"/>
            </w:tcBorders>
            <w:noWrap/>
            <w:vAlign w:val="bottom"/>
            <w:hideMark/>
          </w:tcPr>
          <w:p w14:paraId="039631A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0.005</w:t>
            </w:r>
          </w:p>
        </w:tc>
      </w:tr>
      <w:tr w:rsidR="0096040D" w:rsidRPr="005E2F5A" w14:paraId="5043428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5C43D4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Medical_History_7</w:t>
            </w:r>
          </w:p>
        </w:tc>
        <w:tc>
          <w:tcPr>
            <w:tcW w:w="3354" w:type="dxa"/>
            <w:tcBorders>
              <w:top w:val="nil"/>
              <w:left w:val="nil"/>
              <w:bottom w:val="single" w:sz="4" w:space="0" w:color="auto"/>
              <w:right w:val="single" w:sz="4" w:space="0" w:color="auto"/>
            </w:tcBorders>
            <w:noWrap/>
            <w:vAlign w:val="bottom"/>
            <w:hideMark/>
          </w:tcPr>
          <w:p w14:paraId="046FCE2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0.005</w:t>
            </w:r>
          </w:p>
        </w:tc>
      </w:tr>
      <w:tr w:rsidR="0096040D" w:rsidRPr="005E2F5A" w14:paraId="2C7A82D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F5BB83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Medical_Keyword_38</w:t>
            </w:r>
          </w:p>
        </w:tc>
        <w:tc>
          <w:tcPr>
            <w:tcW w:w="3354" w:type="dxa"/>
            <w:tcBorders>
              <w:top w:val="nil"/>
              <w:left w:val="nil"/>
              <w:bottom w:val="single" w:sz="4" w:space="0" w:color="auto"/>
              <w:right w:val="single" w:sz="4" w:space="0" w:color="auto"/>
            </w:tcBorders>
            <w:noWrap/>
            <w:vAlign w:val="bottom"/>
            <w:hideMark/>
          </w:tcPr>
          <w:p w14:paraId="3CB5FB6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0.005</w:t>
            </w:r>
          </w:p>
        </w:tc>
      </w:tr>
      <w:tr w:rsidR="0096040D" w:rsidRPr="005E2F5A" w14:paraId="69F351A0"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2F99B6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Medical_History_27</w:t>
            </w:r>
          </w:p>
        </w:tc>
        <w:tc>
          <w:tcPr>
            <w:tcW w:w="3354" w:type="dxa"/>
            <w:tcBorders>
              <w:top w:val="nil"/>
              <w:left w:val="nil"/>
              <w:bottom w:val="single" w:sz="4" w:space="0" w:color="auto"/>
              <w:right w:val="single" w:sz="4" w:space="0" w:color="auto"/>
            </w:tcBorders>
            <w:noWrap/>
            <w:vAlign w:val="bottom"/>
            <w:hideMark/>
          </w:tcPr>
          <w:p w14:paraId="6CCC054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0.005</w:t>
            </w:r>
          </w:p>
        </w:tc>
      </w:tr>
      <w:tr w:rsidR="0096040D" w:rsidRPr="005E2F5A" w14:paraId="571546C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68F696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Medical_Keyword_11</w:t>
            </w:r>
          </w:p>
        </w:tc>
        <w:tc>
          <w:tcPr>
            <w:tcW w:w="3354" w:type="dxa"/>
            <w:tcBorders>
              <w:top w:val="nil"/>
              <w:left w:val="nil"/>
              <w:bottom w:val="single" w:sz="4" w:space="0" w:color="auto"/>
              <w:right w:val="single" w:sz="4" w:space="0" w:color="auto"/>
            </w:tcBorders>
            <w:noWrap/>
            <w:vAlign w:val="bottom"/>
            <w:hideMark/>
          </w:tcPr>
          <w:p w14:paraId="36CC4F9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2A479F2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648A5E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Medical_Keyword_10</w:t>
            </w:r>
          </w:p>
        </w:tc>
        <w:tc>
          <w:tcPr>
            <w:tcW w:w="3354" w:type="dxa"/>
            <w:tcBorders>
              <w:top w:val="nil"/>
              <w:left w:val="nil"/>
              <w:bottom w:val="single" w:sz="4" w:space="0" w:color="auto"/>
              <w:right w:val="single" w:sz="4" w:space="0" w:color="auto"/>
            </w:tcBorders>
            <w:noWrap/>
            <w:vAlign w:val="bottom"/>
            <w:hideMark/>
          </w:tcPr>
          <w:p w14:paraId="0C12049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7FC6C297"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8B163C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lastRenderedPageBreak/>
              <w:t>Medical_Keyword_48</w:t>
            </w:r>
          </w:p>
        </w:tc>
        <w:tc>
          <w:tcPr>
            <w:tcW w:w="3354" w:type="dxa"/>
            <w:tcBorders>
              <w:top w:val="nil"/>
              <w:left w:val="nil"/>
              <w:bottom w:val="single" w:sz="4" w:space="0" w:color="auto"/>
              <w:right w:val="single" w:sz="4" w:space="0" w:color="auto"/>
            </w:tcBorders>
            <w:noWrap/>
            <w:vAlign w:val="bottom"/>
            <w:hideMark/>
          </w:tcPr>
          <w:p w14:paraId="684D7D2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0914631F"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724060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Product_Info_2_A7</w:t>
            </w:r>
          </w:p>
        </w:tc>
        <w:tc>
          <w:tcPr>
            <w:tcW w:w="3354" w:type="dxa"/>
            <w:tcBorders>
              <w:top w:val="nil"/>
              <w:left w:val="nil"/>
              <w:bottom w:val="single" w:sz="4" w:space="0" w:color="auto"/>
              <w:right w:val="single" w:sz="4" w:space="0" w:color="auto"/>
            </w:tcBorders>
            <w:noWrap/>
            <w:vAlign w:val="bottom"/>
            <w:hideMark/>
          </w:tcPr>
          <w:p w14:paraId="0C07249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45DC43E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E2B45B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Medical_History_37</w:t>
            </w:r>
          </w:p>
        </w:tc>
        <w:tc>
          <w:tcPr>
            <w:tcW w:w="3354" w:type="dxa"/>
            <w:tcBorders>
              <w:top w:val="nil"/>
              <w:left w:val="nil"/>
              <w:bottom w:val="single" w:sz="4" w:space="0" w:color="auto"/>
              <w:right w:val="single" w:sz="4" w:space="0" w:color="auto"/>
            </w:tcBorders>
            <w:noWrap/>
            <w:vAlign w:val="bottom"/>
            <w:hideMark/>
          </w:tcPr>
          <w:p w14:paraId="0D1DA8A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73F28D8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E26771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Medical_Keyword_42</w:t>
            </w:r>
          </w:p>
        </w:tc>
        <w:tc>
          <w:tcPr>
            <w:tcW w:w="3354" w:type="dxa"/>
            <w:tcBorders>
              <w:top w:val="nil"/>
              <w:left w:val="nil"/>
              <w:bottom w:val="single" w:sz="4" w:space="0" w:color="auto"/>
              <w:right w:val="single" w:sz="4" w:space="0" w:color="auto"/>
            </w:tcBorders>
            <w:noWrap/>
            <w:vAlign w:val="bottom"/>
            <w:hideMark/>
          </w:tcPr>
          <w:p w14:paraId="14B4B78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1DA6F940"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B2BCD0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Medical_History_12</w:t>
            </w:r>
          </w:p>
        </w:tc>
        <w:tc>
          <w:tcPr>
            <w:tcW w:w="3354" w:type="dxa"/>
            <w:tcBorders>
              <w:top w:val="nil"/>
              <w:left w:val="nil"/>
              <w:bottom w:val="single" w:sz="4" w:space="0" w:color="auto"/>
              <w:right w:val="single" w:sz="4" w:space="0" w:color="auto"/>
            </w:tcBorders>
            <w:noWrap/>
            <w:vAlign w:val="bottom"/>
            <w:hideMark/>
          </w:tcPr>
          <w:p w14:paraId="1A64874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17BD578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9B4DE2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Product_Info_5</w:t>
            </w:r>
          </w:p>
        </w:tc>
        <w:tc>
          <w:tcPr>
            <w:tcW w:w="3354" w:type="dxa"/>
            <w:tcBorders>
              <w:top w:val="nil"/>
              <w:left w:val="nil"/>
              <w:bottom w:val="single" w:sz="4" w:space="0" w:color="auto"/>
              <w:right w:val="single" w:sz="4" w:space="0" w:color="auto"/>
            </w:tcBorders>
            <w:noWrap/>
            <w:vAlign w:val="bottom"/>
            <w:hideMark/>
          </w:tcPr>
          <w:p w14:paraId="1ABB1FB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0.004</w:t>
            </w:r>
          </w:p>
        </w:tc>
      </w:tr>
      <w:tr w:rsidR="0096040D" w:rsidRPr="005E2F5A" w14:paraId="1318283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5D37C8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Medical_Keyword_33</w:t>
            </w:r>
          </w:p>
        </w:tc>
        <w:tc>
          <w:tcPr>
            <w:tcW w:w="3354" w:type="dxa"/>
            <w:tcBorders>
              <w:top w:val="nil"/>
              <w:left w:val="nil"/>
              <w:bottom w:val="single" w:sz="4" w:space="0" w:color="auto"/>
              <w:right w:val="single" w:sz="4" w:space="0" w:color="auto"/>
            </w:tcBorders>
            <w:noWrap/>
            <w:vAlign w:val="bottom"/>
            <w:hideMark/>
          </w:tcPr>
          <w:p w14:paraId="2D5E3B5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7B7ABA5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0CBA01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Employment_Info_5</w:t>
            </w:r>
          </w:p>
        </w:tc>
        <w:tc>
          <w:tcPr>
            <w:tcW w:w="3354" w:type="dxa"/>
            <w:tcBorders>
              <w:top w:val="nil"/>
              <w:left w:val="nil"/>
              <w:bottom w:val="single" w:sz="4" w:space="0" w:color="auto"/>
              <w:right w:val="single" w:sz="4" w:space="0" w:color="auto"/>
            </w:tcBorders>
            <w:noWrap/>
            <w:vAlign w:val="bottom"/>
            <w:hideMark/>
          </w:tcPr>
          <w:p w14:paraId="3ECA8C7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57922E0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E4AAB8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Medical_Keyword_41</w:t>
            </w:r>
          </w:p>
        </w:tc>
        <w:tc>
          <w:tcPr>
            <w:tcW w:w="3354" w:type="dxa"/>
            <w:tcBorders>
              <w:top w:val="nil"/>
              <w:left w:val="nil"/>
              <w:bottom w:val="single" w:sz="4" w:space="0" w:color="auto"/>
              <w:right w:val="single" w:sz="4" w:space="0" w:color="auto"/>
            </w:tcBorders>
            <w:noWrap/>
            <w:vAlign w:val="bottom"/>
            <w:hideMark/>
          </w:tcPr>
          <w:p w14:paraId="01A2A4A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3E20DAE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DFD446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Medical_Keyword_45</w:t>
            </w:r>
          </w:p>
        </w:tc>
        <w:tc>
          <w:tcPr>
            <w:tcW w:w="3354" w:type="dxa"/>
            <w:tcBorders>
              <w:top w:val="nil"/>
              <w:left w:val="nil"/>
              <w:bottom w:val="single" w:sz="4" w:space="0" w:color="auto"/>
              <w:right w:val="single" w:sz="4" w:space="0" w:color="auto"/>
            </w:tcBorders>
            <w:noWrap/>
            <w:vAlign w:val="bottom"/>
            <w:hideMark/>
          </w:tcPr>
          <w:p w14:paraId="1834D6C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55635F6D"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D7A896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Medical_Keyword_9</w:t>
            </w:r>
          </w:p>
        </w:tc>
        <w:tc>
          <w:tcPr>
            <w:tcW w:w="3354" w:type="dxa"/>
            <w:tcBorders>
              <w:top w:val="nil"/>
              <w:left w:val="nil"/>
              <w:bottom w:val="single" w:sz="4" w:space="0" w:color="auto"/>
              <w:right w:val="single" w:sz="4" w:space="0" w:color="auto"/>
            </w:tcBorders>
            <w:noWrap/>
            <w:vAlign w:val="bottom"/>
            <w:hideMark/>
          </w:tcPr>
          <w:p w14:paraId="30F5810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63E0AE0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050C4C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Medical_History_11</w:t>
            </w:r>
          </w:p>
        </w:tc>
        <w:tc>
          <w:tcPr>
            <w:tcW w:w="3354" w:type="dxa"/>
            <w:tcBorders>
              <w:top w:val="nil"/>
              <w:left w:val="nil"/>
              <w:bottom w:val="single" w:sz="4" w:space="0" w:color="auto"/>
              <w:right w:val="single" w:sz="4" w:space="0" w:color="auto"/>
            </w:tcBorders>
            <w:noWrap/>
            <w:vAlign w:val="bottom"/>
            <w:hideMark/>
          </w:tcPr>
          <w:p w14:paraId="159A84A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4D196EC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D80F97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Medical_Keyword_24</w:t>
            </w:r>
          </w:p>
        </w:tc>
        <w:tc>
          <w:tcPr>
            <w:tcW w:w="3354" w:type="dxa"/>
            <w:tcBorders>
              <w:top w:val="nil"/>
              <w:left w:val="nil"/>
              <w:bottom w:val="single" w:sz="4" w:space="0" w:color="auto"/>
              <w:right w:val="single" w:sz="4" w:space="0" w:color="auto"/>
            </w:tcBorders>
            <w:noWrap/>
            <w:vAlign w:val="bottom"/>
            <w:hideMark/>
          </w:tcPr>
          <w:p w14:paraId="17EF298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0131695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3BB5B0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Medical_History_26</w:t>
            </w:r>
          </w:p>
        </w:tc>
        <w:tc>
          <w:tcPr>
            <w:tcW w:w="3354" w:type="dxa"/>
            <w:tcBorders>
              <w:top w:val="nil"/>
              <w:left w:val="nil"/>
              <w:bottom w:val="single" w:sz="4" w:space="0" w:color="auto"/>
              <w:right w:val="single" w:sz="4" w:space="0" w:color="auto"/>
            </w:tcBorders>
            <w:noWrap/>
            <w:vAlign w:val="bottom"/>
            <w:hideMark/>
          </w:tcPr>
          <w:p w14:paraId="259FDEC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6F280BB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FA2A5D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Medical_Keyword_22</w:t>
            </w:r>
          </w:p>
        </w:tc>
        <w:tc>
          <w:tcPr>
            <w:tcW w:w="3354" w:type="dxa"/>
            <w:tcBorders>
              <w:top w:val="nil"/>
              <w:left w:val="nil"/>
              <w:bottom w:val="single" w:sz="4" w:space="0" w:color="auto"/>
              <w:right w:val="single" w:sz="4" w:space="0" w:color="auto"/>
            </w:tcBorders>
            <w:noWrap/>
            <w:vAlign w:val="bottom"/>
            <w:hideMark/>
          </w:tcPr>
          <w:p w14:paraId="7DC0F94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7876306A"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E56F75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Medical_Keyword_47</w:t>
            </w:r>
          </w:p>
        </w:tc>
        <w:tc>
          <w:tcPr>
            <w:tcW w:w="3354" w:type="dxa"/>
            <w:tcBorders>
              <w:top w:val="nil"/>
              <w:left w:val="nil"/>
              <w:bottom w:val="single" w:sz="4" w:space="0" w:color="auto"/>
              <w:right w:val="single" w:sz="4" w:space="0" w:color="auto"/>
            </w:tcBorders>
            <w:noWrap/>
            <w:vAlign w:val="bottom"/>
            <w:hideMark/>
          </w:tcPr>
          <w:p w14:paraId="195BF943"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0.003</w:t>
            </w:r>
          </w:p>
        </w:tc>
      </w:tr>
      <w:tr w:rsidR="0096040D" w:rsidRPr="005E2F5A" w14:paraId="4CEE3AEF"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92C51B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Medical_History_22</w:t>
            </w:r>
          </w:p>
        </w:tc>
        <w:tc>
          <w:tcPr>
            <w:tcW w:w="3354" w:type="dxa"/>
            <w:tcBorders>
              <w:top w:val="nil"/>
              <w:left w:val="nil"/>
              <w:bottom w:val="single" w:sz="4" w:space="0" w:color="auto"/>
              <w:right w:val="single" w:sz="4" w:space="0" w:color="auto"/>
            </w:tcBorders>
            <w:noWrap/>
            <w:vAlign w:val="bottom"/>
            <w:hideMark/>
          </w:tcPr>
          <w:p w14:paraId="6448839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15E6787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A57CA4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Medical_History_31</w:t>
            </w:r>
          </w:p>
        </w:tc>
        <w:tc>
          <w:tcPr>
            <w:tcW w:w="3354" w:type="dxa"/>
            <w:tcBorders>
              <w:top w:val="nil"/>
              <w:left w:val="nil"/>
              <w:bottom w:val="single" w:sz="4" w:space="0" w:color="auto"/>
              <w:right w:val="single" w:sz="4" w:space="0" w:color="auto"/>
            </w:tcBorders>
            <w:noWrap/>
            <w:vAlign w:val="bottom"/>
            <w:hideMark/>
          </w:tcPr>
          <w:p w14:paraId="44F8BFE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1D62075D"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5A7BFD3"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Medical_Keyword_21</w:t>
            </w:r>
          </w:p>
        </w:tc>
        <w:tc>
          <w:tcPr>
            <w:tcW w:w="3354" w:type="dxa"/>
            <w:tcBorders>
              <w:top w:val="nil"/>
              <w:left w:val="nil"/>
              <w:bottom w:val="single" w:sz="4" w:space="0" w:color="auto"/>
              <w:right w:val="single" w:sz="4" w:space="0" w:color="auto"/>
            </w:tcBorders>
            <w:noWrap/>
            <w:vAlign w:val="bottom"/>
            <w:hideMark/>
          </w:tcPr>
          <w:p w14:paraId="4F76D8A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558D3A8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54C130F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Medical_Keyword_35</w:t>
            </w:r>
          </w:p>
        </w:tc>
        <w:tc>
          <w:tcPr>
            <w:tcW w:w="3354" w:type="dxa"/>
            <w:tcBorders>
              <w:top w:val="nil"/>
              <w:left w:val="nil"/>
              <w:bottom w:val="single" w:sz="4" w:space="0" w:color="auto"/>
              <w:right w:val="single" w:sz="4" w:space="0" w:color="auto"/>
            </w:tcBorders>
            <w:noWrap/>
            <w:vAlign w:val="bottom"/>
            <w:hideMark/>
          </w:tcPr>
          <w:p w14:paraId="12800D5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551865AA"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60BC23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w:t>
            </w:r>
          </w:p>
        </w:tc>
        <w:tc>
          <w:tcPr>
            <w:tcW w:w="3354" w:type="dxa"/>
            <w:tcBorders>
              <w:top w:val="nil"/>
              <w:left w:val="nil"/>
              <w:bottom w:val="single" w:sz="4" w:space="0" w:color="auto"/>
              <w:right w:val="single" w:sz="4" w:space="0" w:color="auto"/>
            </w:tcBorders>
            <w:noWrap/>
            <w:vAlign w:val="bottom"/>
            <w:hideMark/>
          </w:tcPr>
          <w:p w14:paraId="2C2651A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59ECB54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401025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Medical_Keyword_34</w:t>
            </w:r>
          </w:p>
        </w:tc>
        <w:tc>
          <w:tcPr>
            <w:tcW w:w="3354" w:type="dxa"/>
            <w:tcBorders>
              <w:top w:val="nil"/>
              <w:left w:val="nil"/>
              <w:bottom w:val="single" w:sz="4" w:space="0" w:color="auto"/>
              <w:right w:val="single" w:sz="4" w:space="0" w:color="auto"/>
            </w:tcBorders>
            <w:noWrap/>
            <w:vAlign w:val="bottom"/>
            <w:hideMark/>
          </w:tcPr>
          <w:p w14:paraId="55C3F72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6EAFBB7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8F3748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Medical_Keyword_6</w:t>
            </w:r>
          </w:p>
        </w:tc>
        <w:tc>
          <w:tcPr>
            <w:tcW w:w="3354" w:type="dxa"/>
            <w:tcBorders>
              <w:top w:val="nil"/>
              <w:left w:val="nil"/>
              <w:bottom w:val="single" w:sz="4" w:space="0" w:color="auto"/>
              <w:right w:val="single" w:sz="4" w:space="0" w:color="auto"/>
            </w:tcBorders>
            <w:noWrap/>
            <w:vAlign w:val="bottom"/>
            <w:hideMark/>
          </w:tcPr>
          <w:p w14:paraId="5EC9618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33E0B29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6B7468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Product_Info_7</w:t>
            </w:r>
          </w:p>
        </w:tc>
        <w:tc>
          <w:tcPr>
            <w:tcW w:w="3354" w:type="dxa"/>
            <w:tcBorders>
              <w:top w:val="nil"/>
              <w:left w:val="nil"/>
              <w:bottom w:val="single" w:sz="4" w:space="0" w:color="auto"/>
              <w:right w:val="single" w:sz="4" w:space="0" w:color="auto"/>
            </w:tcBorders>
            <w:noWrap/>
            <w:vAlign w:val="bottom"/>
            <w:hideMark/>
          </w:tcPr>
          <w:p w14:paraId="201A815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03BA1852"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E2FDF03"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Medical_Keyword_30</w:t>
            </w:r>
          </w:p>
        </w:tc>
        <w:tc>
          <w:tcPr>
            <w:tcW w:w="3354" w:type="dxa"/>
            <w:tcBorders>
              <w:top w:val="nil"/>
              <w:left w:val="nil"/>
              <w:bottom w:val="single" w:sz="4" w:space="0" w:color="auto"/>
              <w:right w:val="single" w:sz="4" w:space="0" w:color="auto"/>
            </w:tcBorders>
            <w:noWrap/>
            <w:vAlign w:val="bottom"/>
            <w:hideMark/>
          </w:tcPr>
          <w:p w14:paraId="1D8B4A9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3A5D96CE"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543A68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Employment_Info_3</w:t>
            </w:r>
          </w:p>
        </w:tc>
        <w:tc>
          <w:tcPr>
            <w:tcW w:w="3354" w:type="dxa"/>
            <w:tcBorders>
              <w:top w:val="nil"/>
              <w:left w:val="nil"/>
              <w:bottom w:val="single" w:sz="4" w:space="0" w:color="auto"/>
              <w:right w:val="single" w:sz="4" w:space="0" w:color="auto"/>
            </w:tcBorders>
            <w:noWrap/>
            <w:vAlign w:val="bottom"/>
            <w:hideMark/>
          </w:tcPr>
          <w:p w14:paraId="5F577CD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07AF3865"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36F2DF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Medical_Keyword_26</w:t>
            </w:r>
          </w:p>
        </w:tc>
        <w:tc>
          <w:tcPr>
            <w:tcW w:w="3354" w:type="dxa"/>
            <w:tcBorders>
              <w:top w:val="nil"/>
              <w:left w:val="nil"/>
              <w:bottom w:val="single" w:sz="4" w:space="0" w:color="auto"/>
              <w:right w:val="single" w:sz="4" w:space="0" w:color="auto"/>
            </w:tcBorders>
            <w:noWrap/>
            <w:vAlign w:val="bottom"/>
            <w:hideMark/>
          </w:tcPr>
          <w:p w14:paraId="4B43EB8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6FB84E0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8131D7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Medical_Keyword_12</w:t>
            </w:r>
          </w:p>
        </w:tc>
        <w:tc>
          <w:tcPr>
            <w:tcW w:w="3354" w:type="dxa"/>
            <w:tcBorders>
              <w:top w:val="nil"/>
              <w:left w:val="nil"/>
              <w:bottom w:val="single" w:sz="4" w:space="0" w:color="auto"/>
              <w:right w:val="single" w:sz="4" w:space="0" w:color="auto"/>
            </w:tcBorders>
            <w:noWrap/>
            <w:vAlign w:val="bottom"/>
            <w:hideMark/>
          </w:tcPr>
          <w:p w14:paraId="405DF62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082DDE8D"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C95DD3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Medical_Keyword_18</w:t>
            </w:r>
          </w:p>
        </w:tc>
        <w:tc>
          <w:tcPr>
            <w:tcW w:w="3354" w:type="dxa"/>
            <w:tcBorders>
              <w:top w:val="nil"/>
              <w:left w:val="nil"/>
              <w:bottom w:val="single" w:sz="4" w:space="0" w:color="auto"/>
              <w:right w:val="single" w:sz="4" w:space="0" w:color="auto"/>
            </w:tcBorders>
            <w:noWrap/>
            <w:vAlign w:val="bottom"/>
            <w:hideMark/>
          </w:tcPr>
          <w:p w14:paraId="6C54B19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20B6BFEC"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2BF81E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Medical_Keyword_19</w:t>
            </w:r>
          </w:p>
        </w:tc>
        <w:tc>
          <w:tcPr>
            <w:tcW w:w="3354" w:type="dxa"/>
            <w:tcBorders>
              <w:top w:val="nil"/>
              <w:left w:val="nil"/>
              <w:bottom w:val="single" w:sz="4" w:space="0" w:color="auto"/>
              <w:right w:val="single" w:sz="4" w:space="0" w:color="auto"/>
            </w:tcBorders>
            <w:noWrap/>
            <w:vAlign w:val="bottom"/>
            <w:hideMark/>
          </w:tcPr>
          <w:p w14:paraId="67E6EA4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0.002</w:t>
            </w:r>
          </w:p>
        </w:tc>
      </w:tr>
      <w:tr w:rsidR="0096040D" w:rsidRPr="005E2F5A" w14:paraId="65BF17BC"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DED8C9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Medical_Keyword_31</w:t>
            </w:r>
          </w:p>
        </w:tc>
        <w:tc>
          <w:tcPr>
            <w:tcW w:w="3354" w:type="dxa"/>
            <w:tcBorders>
              <w:top w:val="nil"/>
              <w:left w:val="nil"/>
              <w:bottom w:val="single" w:sz="4" w:space="0" w:color="auto"/>
              <w:right w:val="single" w:sz="4" w:space="0" w:color="auto"/>
            </w:tcBorders>
            <w:noWrap/>
            <w:vAlign w:val="bottom"/>
            <w:hideMark/>
          </w:tcPr>
          <w:p w14:paraId="3D364342"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100F239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EFE828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Medical_Keyword_16</w:t>
            </w:r>
          </w:p>
        </w:tc>
        <w:tc>
          <w:tcPr>
            <w:tcW w:w="3354" w:type="dxa"/>
            <w:tcBorders>
              <w:top w:val="nil"/>
              <w:left w:val="nil"/>
              <w:bottom w:val="single" w:sz="4" w:space="0" w:color="auto"/>
              <w:right w:val="single" w:sz="4" w:space="0" w:color="auto"/>
            </w:tcBorders>
            <w:noWrap/>
            <w:vAlign w:val="bottom"/>
            <w:hideMark/>
          </w:tcPr>
          <w:p w14:paraId="34E353B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792426AD"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FD533B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Medical_Keyword_43</w:t>
            </w:r>
          </w:p>
        </w:tc>
        <w:tc>
          <w:tcPr>
            <w:tcW w:w="3354" w:type="dxa"/>
            <w:tcBorders>
              <w:top w:val="nil"/>
              <w:left w:val="nil"/>
              <w:bottom w:val="single" w:sz="4" w:space="0" w:color="auto"/>
              <w:right w:val="single" w:sz="4" w:space="0" w:color="auto"/>
            </w:tcBorders>
            <w:noWrap/>
            <w:vAlign w:val="bottom"/>
            <w:hideMark/>
          </w:tcPr>
          <w:p w14:paraId="212DE7D9"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52019D36"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7AECB98C"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Medical_Keyword_14</w:t>
            </w:r>
          </w:p>
        </w:tc>
        <w:tc>
          <w:tcPr>
            <w:tcW w:w="3354" w:type="dxa"/>
            <w:tcBorders>
              <w:top w:val="nil"/>
              <w:left w:val="nil"/>
              <w:bottom w:val="single" w:sz="4" w:space="0" w:color="auto"/>
              <w:right w:val="single" w:sz="4" w:space="0" w:color="auto"/>
            </w:tcBorders>
            <w:noWrap/>
            <w:vAlign w:val="bottom"/>
            <w:hideMark/>
          </w:tcPr>
          <w:p w14:paraId="6697360E"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55A8997B"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2F9109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w:t>
            </w:r>
          </w:p>
        </w:tc>
        <w:tc>
          <w:tcPr>
            <w:tcW w:w="3354" w:type="dxa"/>
            <w:tcBorders>
              <w:top w:val="nil"/>
              <w:left w:val="nil"/>
              <w:bottom w:val="single" w:sz="4" w:space="0" w:color="auto"/>
              <w:right w:val="single" w:sz="4" w:space="0" w:color="auto"/>
            </w:tcBorders>
            <w:noWrap/>
            <w:vAlign w:val="bottom"/>
            <w:hideMark/>
          </w:tcPr>
          <w:p w14:paraId="47FD260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7426D8B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4014F3B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Medical_History_14</w:t>
            </w:r>
          </w:p>
        </w:tc>
        <w:tc>
          <w:tcPr>
            <w:tcW w:w="3354" w:type="dxa"/>
            <w:tcBorders>
              <w:top w:val="nil"/>
              <w:left w:val="nil"/>
              <w:bottom w:val="single" w:sz="4" w:space="0" w:color="auto"/>
              <w:right w:val="single" w:sz="4" w:space="0" w:color="auto"/>
            </w:tcBorders>
            <w:noWrap/>
            <w:vAlign w:val="bottom"/>
            <w:hideMark/>
          </w:tcPr>
          <w:p w14:paraId="7ED60911"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3EF61821"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154FB5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Medical_Keyword_29</w:t>
            </w:r>
          </w:p>
        </w:tc>
        <w:tc>
          <w:tcPr>
            <w:tcW w:w="3354" w:type="dxa"/>
            <w:tcBorders>
              <w:top w:val="nil"/>
              <w:left w:val="nil"/>
              <w:bottom w:val="single" w:sz="4" w:space="0" w:color="auto"/>
              <w:right w:val="single" w:sz="4" w:space="0" w:color="auto"/>
            </w:tcBorders>
            <w:noWrap/>
            <w:vAlign w:val="bottom"/>
            <w:hideMark/>
          </w:tcPr>
          <w:p w14:paraId="0439F84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0E19F423"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208722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Medical_History_38</w:t>
            </w:r>
          </w:p>
        </w:tc>
        <w:tc>
          <w:tcPr>
            <w:tcW w:w="3354" w:type="dxa"/>
            <w:tcBorders>
              <w:top w:val="nil"/>
              <w:left w:val="nil"/>
              <w:bottom w:val="single" w:sz="4" w:space="0" w:color="auto"/>
              <w:right w:val="single" w:sz="4" w:space="0" w:color="auto"/>
            </w:tcBorders>
            <w:noWrap/>
            <w:vAlign w:val="bottom"/>
            <w:hideMark/>
          </w:tcPr>
          <w:p w14:paraId="190FCC3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6E50FEC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4B795E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lastRenderedPageBreak/>
              <w:t>Medical_Keyword_5</w:t>
            </w:r>
          </w:p>
        </w:tc>
        <w:tc>
          <w:tcPr>
            <w:tcW w:w="3354" w:type="dxa"/>
            <w:tcBorders>
              <w:top w:val="nil"/>
              <w:left w:val="nil"/>
              <w:bottom w:val="single" w:sz="4" w:space="0" w:color="auto"/>
              <w:right w:val="single" w:sz="4" w:space="0" w:color="auto"/>
            </w:tcBorders>
            <w:noWrap/>
            <w:vAlign w:val="bottom"/>
            <w:hideMark/>
          </w:tcPr>
          <w:p w14:paraId="61FE27FD"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4252F0BE"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44B31BF"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Medical_Keyword_28</w:t>
            </w:r>
          </w:p>
        </w:tc>
        <w:tc>
          <w:tcPr>
            <w:tcW w:w="3354" w:type="dxa"/>
            <w:tcBorders>
              <w:top w:val="nil"/>
              <w:left w:val="nil"/>
              <w:bottom w:val="single" w:sz="4" w:space="0" w:color="auto"/>
              <w:right w:val="single" w:sz="4" w:space="0" w:color="auto"/>
            </w:tcBorders>
            <w:noWrap/>
            <w:vAlign w:val="bottom"/>
            <w:hideMark/>
          </w:tcPr>
          <w:p w14:paraId="43C0463A"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20CEFA0E"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02EA826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Medical_Keyword_7</w:t>
            </w:r>
          </w:p>
        </w:tc>
        <w:tc>
          <w:tcPr>
            <w:tcW w:w="3354" w:type="dxa"/>
            <w:tcBorders>
              <w:top w:val="nil"/>
              <w:left w:val="nil"/>
              <w:bottom w:val="single" w:sz="4" w:space="0" w:color="auto"/>
              <w:right w:val="single" w:sz="4" w:space="0" w:color="auto"/>
            </w:tcBorders>
            <w:noWrap/>
            <w:vAlign w:val="bottom"/>
            <w:hideMark/>
          </w:tcPr>
          <w:p w14:paraId="7999EABB"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63D2D29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3F5BA7B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Medical_Keyword_27</w:t>
            </w:r>
          </w:p>
        </w:tc>
        <w:tc>
          <w:tcPr>
            <w:tcW w:w="3354" w:type="dxa"/>
            <w:tcBorders>
              <w:top w:val="nil"/>
              <w:left w:val="nil"/>
              <w:bottom w:val="single" w:sz="4" w:space="0" w:color="auto"/>
              <w:right w:val="single" w:sz="4" w:space="0" w:color="auto"/>
            </w:tcBorders>
            <w:noWrap/>
            <w:vAlign w:val="bottom"/>
            <w:hideMark/>
          </w:tcPr>
          <w:p w14:paraId="3A3D7C35"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243B62E8"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9E60D2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Medical_History_35</w:t>
            </w:r>
          </w:p>
        </w:tc>
        <w:tc>
          <w:tcPr>
            <w:tcW w:w="3354" w:type="dxa"/>
            <w:tcBorders>
              <w:top w:val="nil"/>
              <w:left w:val="nil"/>
              <w:bottom w:val="single" w:sz="4" w:space="0" w:color="auto"/>
              <w:right w:val="single" w:sz="4" w:space="0" w:color="auto"/>
            </w:tcBorders>
            <w:noWrap/>
            <w:vAlign w:val="bottom"/>
            <w:hideMark/>
          </w:tcPr>
          <w:p w14:paraId="7993554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40C88052"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154E1728"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Medical_Keyword_36</w:t>
            </w:r>
          </w:p>
        </w:tc>
        <w:tc>
          <w:tcPr>
            <w:tcW w:w="3354" w:type="dxa"/>
            <w:tcBorders>
              <w:top w:val="nil"/>
              <w:left w:val="nil"/>
              <w:bottom w:val="single" w:sz="4" w:space="0" w:color="auto"/>
              <w:right w:val="single" w:sz="4" w:space="0" w:color="auto"/>
            </w:tcBorders>
            <w:noWrap/>
            <w:vAlign w:val="bottom"/>
            <w:hideMark/>
          </w:tcPr>
          <w:p w14:paraId="6FDB07D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0.001</w:t>
            </w:r>
          </w:p>
        </w:tc>
      </w:tr>
      <w:tr w:rsidR="0096040D" w:rsidRPr="005E2F5A" w14:paraId="0A9218C4"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66EFB310"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Medical_Keyword_46</w:t>
            </w:r>
          </w:p>
        </w:tc>
        <w:tc>
          <w:tcPr>
            <w:tcW w:w="3354" w:type="dxa"/>
            <w:tcBorders>
              <w:top w:val="nil"/>
              <w:left w:val="nil"/>
              <w:bottom w:val="single" w:sz="4" w:space="0" w:color="auto"/>
              <w:right w:val="single" w:sz="4" w:space="0" w:color="auto"/>
            </w:tcBorders>
            <w:noWrap/>
            <w:vAlign w:val="bottom"/>
            <w:hideMark/>
          </w:tcPr>
          <w:p w14:paraId="14B54E86"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0.000</w:t>
            </w:r>
          </w:p>
        </w:tc>
      </w:tr>
      <w:tr w:rsidR="0096040D" w:rsidRPr="005E2F5A" w14:paraId="001883C9" w14:textId="77777777" w:rsidTr="002A5B47">
        <w:trPr>
          <w:trHeight w:val="312"/>
          <w:jc w:val="center"/>
        </w:trPr>
        <w:tc>
          <w:tcPr>
            <w:tcW w:w="4053" w:type="dxa"/>
            <w:tcBorders>
              <w:top w:val="nil"/>
              <w:left w:val="single" w:sz="4" w:space="0" w:color="auto"/>
              <w:bottom w:val="single" w:sz="4" w:space="0" w:color="auto"/>
              <w:right w:val="single" w:sz="4" w:space="0" w:color="auto"/>
            </w:tcBorders>
            <w:noWrap/>
            <w:vAlign w:val="bottom"/>
            <w:hideMark/>
          </w:tcPr>
          <w:p w14:paraId="21CCBF84"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Medical_Keyword_13</w:t>
            </w:r>
          </w:p>
        </w:tc>
        <w:tc>
          <w:tcPr>
            <w:tcW w:w="3354" w:type="dxa"/>
            <w:tcBorders>
              <w:top w:val="nil"/>
              <w:left w:val="nil"/>
              <w:bottom w:val="single" w:sz="4" w:space="0" w:color="auto"/>
              <w:right w:val="single" w:sz="4" w:space="0" w:color="auto"/>
            </w:tcBorders>
            <w:noWrap/>
            <w:vAlign w:val="bottom"/>
            <w:hideMark/>
          </w:tcPr>
          <w:p w14:paraId="46DBFA27" w14:textId="77777777" w:rsidR="0096040D" w:rsidRPr="005E2F5A" w:rsidRDefault="0096040D" w:rsidP="002A5B47">
            <w:pPr>
              <w:spacing w:after="0" w:line="240" w:lineRule="auto"/>
              <w:jc w:val="both"/>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0.000</w:t>
            </w:r>
          </w:p>
        </w:tc>
      </w:tr>
    </w:tbl>
    <w:p w14:paraId="478472C9" w14:textId="77777777" w:rsidR="0096040D" w:rsidRDefault="0096040D" w:rsidP="0096040D">
      <w:pPr>
        <w:spacing w:after="0" w:line="240" w:lineRule="auto"/>
        <w:rPr>
          <w:rFonts w:ascii="Times New Roman" w:hAnsi="Times New Roman" w:cs="Times New Roman"/>
        </w:rPr>
      </w:pPr>
    </w:p>
    <w:p w14:paraId="3F346EC6" w14:textId="40C05974" w:rsidR="0096040D" w:rsidRDefault="0096040D" w:rsidP="0096040D">
      <w:pPr>
        <w:spacing w:after="0" w:line="240" w:lineRule="auto"/>
        <w:rPr>
          <w:rFonts w:ascii="Times New Roman" w:hAnsi="Times New Roman" w:cs="Times New Roman"/>
          <w:lang w:val="en-IN"/>
        </w:rPr>
      </w:pPr>
      <w:r w:rsidRPr="00FA321D">
        <w:rPr>
          <w:rFonts w:ascii="Times New Roman" w:hAnsi="Times New Roman" w:cs="Times New Roman"/>
          <w:b/>
          <w:bCs/>
        </w:rPr>
        <w:t>Table S</w:t>
      </w:r>
      <w:r>
        <w:rPr>
          <w:rFonts w:ascii="Times New Roman" w:hAnsi="Times New Roman" w:cs="Times New Roman"/>
          <w:b/>
          <w:bCs/>
        </w:rPr>
        <w:t>27</w:t>
      </w:r>
      <w:r w:rsidRPr="005E2F5A">
        <w:rPr>
          <w:rFonts w:ascii="Times New Roman" w:hAnsi="Times New Roman" w:cs="Times New Roman"/>
        </w:rPr>
        <w:t xml:space="preserve">. </w:t>
      </w:r>
      <w:r w:rsidRPr="005E2F5A">
        <w:rPr>
          <w:rFonts w:ascii="Times New Roman" w:hAnsi="Times New Roman" w:cs="Times New Roman"/>
          <w:lang w:val="en-IN"/>
        </w:rPr>
        <w:t>Combined Gain Variable of Importance Analysis</w:t>
      </w:r>
    </w:p>
    <w:p w14:paraId="598A7CAB" w14:textId="77777777" w:rsidR="0096040D" w:rsidRPr="005E2F5A" w:rsidRDefault="0096040D" w:rsidP="0096040D">
      <w:pPr>
        <w:spacing w:after="0" w:line="240" w:lineRule="auto"/>
        <w:rPr>
          <w:rFonts w:ascii="Times New Roman" w:hAnsi="Times New Roman" w:cs="Times New Roman"/>
        </w:rPr>
      </w:pPr>
    </w:p>
    <w:tbl>
      <w:tblPr>
        <w:tblStyle w:val="TableGrid"/>
        <w:tblW w:w="8074" w:type="dxa"/>
        <w:tblLook w:val="04A0" w:firstRow="1" w:lastRow="0" w:firstColumn="1" w:lastColumn="0" w:noHBand="0" w:noVBand="1"/>
      </w:tblPr>
      <w:tblGrid>
        <w:gridCol w:w="4296"/>
        <w:gridCol w:w="1339"/>
        <w:gridCol w:w="2439"/>
      </w:tblGrid>
      <w:tr w:rsidR="0096040D" w:rsidRPr="005E2F5A" w14:paraId="14D9B5F6" w14:textId="77777777" w:rsidTr="002A5B47">
        <w:trPr>
          <w:trHeight w:val="323"/>
          <w:tblHeader/>
        </w:trPr>
        <w:tc>
          <w:tcPr>
            <w:tcW w:w="4296" w:type="dxa"/>
            <w:hideMark/>
          </w:tcPr>
          <w:p w14:paraId="30DD84B0" w14:textId="77777777" w:rsidR="0096040D" w:rsidRPr="005E2F5A" w:rsidRDefault="0096040D" w:rsidP="002A5B47">
            <w:pPr>
              <w:jc w:val="center"/>
              <w:rPr>
                <w:rFonts w:ascii="Times New Roman" w:hAnsi="Times New Roman" w:cs="Times New Roman"/>
                <w:b/>
                <w:bCs/>
                <w:color w:val="000000"/>
                <w:sz w:val="20"/>
                <w:szCs w:val="20"/>
              </w:rPr>
            </w:pPr>
            <w:r w:rsidRPr="005E2F5A">
              <w:rPr>
                <w:rFonts w:ascii="Times New Roman" w:hAnsi="Times New Roman" w:cs="Times New Roman"/>
                <w:b/>
                <w:bCs/>
                <w:color w:val="000000"/>
                <w:sz w:val="20"/>
                <w:szCs w:val="20"/>
              </w:rPr>
              <w:t>Feature</w:t>
            </w:r>
          </w:p>
        </w:tc>
        <w:tc>
          <w:tcPr>
            <w:tcW w:w="1339" w:type="dxa"/>
            <w:hideMark/>
          </w:tcPr>
          <w:p w14:paraId="3D38223D" w14:textId="77777777" w:rsidR="0096040D" w:rsidRPr="005E2F5A" w:rsidRDefault="0096040D" w:rsidP="002A5B47">
            <w:pPr>
              <w:jc w:val="center"/>
              <w:rPr>
                <w:rFonts w:ascii="Times New Roman" w:hAnsi="Times New Roman" w:cs="Times New Roman"/>
                <w:b/>
                <w:bCs/>
                <w:color w:val="000000"/>
                <w:sz w:val="20"/>
                <w:szCs w:val="20"/>
              </w:rPr>
            </w:pPr>
            <w:r w:rsidRPr="005E2F5A">
              <w:rPr>
                <w:rFonts w:ascii="Times New Roman" w:hAnsi="Times New Roman" w:cs="Times New Roman"/>
                <w:b/>
                <w:bCs/>
                <w:color w:val="000000"/>
                <w:sz w:val="20"/>
                <w:szCs w:val="20"/>
              </w:rPr>
              <w:t>Contribution</w:t>
            </w:r>
          </w:p>
        </w:tc>
        <w:tc>
          <w:tcPr>
            <w:tcW w:w="2439" w:type="dxa"/>
            <w:hideMark/>
          </w:tcPr>
          <w:p w14:paraId="2D8650E2" w14:textId="77777777" w:rsidR="0096040D" w:rsidRPr="005E2F5A" w:rsidRDefault="0096040D" w:rsidP="002A5B47">
            <w:pPr>
              <w:jc w:val="center"/>
              <w:rPr>
                <w:rFonts w:ascii="Times New Roman" w:hAnsi="Times New Roman" w:cs="Times New Roman"/>
                <w:b/>
                <w:bCs/>
                <w:color w:val="000000"/>
                <w:sz w:val="20"/>
                <w:szCs w:val="20"/>
              </w:rPr>
            </w:pPr>
            <w:r w:rsidRPr="005E2F5A">
              <w:rPr>
                <w:rFonts w:ascii="Times New Roman" w:hAnsi="Times New Roman" w:cs="Times New Roman"/>
                <w:b/>
                <w:bCs/>
                <w:color w:val="000000"/>
                <w:sz w:val="20"/>
                <w:szCs w:val="20"/>
              </w:rPr>
              <w:t>Cumulative Contribution</w:t>
            </w:r>
          </w:p>
        </w:tc>
      </w:tr>
      <w:tr w:rsidR="0096040D" w:rsidRPr="005E2F5A" w14:paraId="1D6B78D7" w14:textId="77777777" w:rsidTr="002A5B47">
        <w:trPr>
          <w:trHeight w:val="288"/>
        </w:trPr>
        <w:tc>
          <w:tcPr>
            <w:tcW w:w="0" w:type="auto"/>
            <w:noWrap/>
            <w:vAlign w:val="bottom"/>
            <w:hideMark/>
          </w:tcPr>
          <w:p w14:paraId="7F26594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BMI</w:t>
            </w:r>
          </w:p>
        </w:tc>
        <w:tc>
          <w:tcPr>
            <w:tcW w:w="0" w:type="auto"/>
            <w:noWrap/>
            <w:vAlign w:val="bottom"/>
            <w:hideMark/>
          </w:tcPr>
          <w:p w14:paraId="7D3B305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17.7%</w:t>
            </w:r>
          </w:p>
        </w:tc>
        <w:tc>
          <w:tcPr>
            <w:tcW w:w="0" w:type="auto"/>
            <w:noWrap/>
            <w:vAlign w:val="bottom"/>
            <w:hideMark/>
          </w:tcPr>
          <w:p w14:paraId="62BA3AB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17.7%</w:t>
            </w:r>
          </w:p>
        </w:tc>
      </w:tr>
      <w:tr w:rsidR="0096040D" w:rsidRPr="005E2F5A" w14:paraId="756D85C9" w14:textId="77777777" w:rsidTr="002A5B47">
        <w:trPr>
          <w:trHeight w:val="288"/>
        </w:trPr>
        <w:tc>
          <w:tcPr>
            <w:tcW w:w="0" w:type="auto"/>
            <w:noWrap/>
            <w:vAlign w:val="bottom"/>
            <w:hideMark/>
          </w:tcPr>
          <w:p w14:paraId="3F079B5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Wt</w:t>
            </w:r>
          </w:p>
        </w:tc>
        <w:tc>
          <w:tcPr>
            <w:tcW w:w="0" w:type="auto"/>
            <w:noWrap/>
            <w:vAlign w:val="bottom"/>
            <w:hideMark/>
          </w:tcPr>
          <w:p w14:paraId="21DEF3C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7.1%</w:t>
            </w:r>
          </w:p>
        </w:tc>
        <w:tc>
          <w:tcPr>
            <w:tcW w:w="0" w:type="auto"/>
            <w:noWrap/>
            <w:vAlign w:val="bottom"/>
            <w:hideMark/>
          </w:tcPr>
          <w:p w14:paraId="013BFD3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24.7%</w:t>
            </w:r>
          </w:p>
        </w:tc>
      </w:tr>
      <w:tr w:rsidR="0096040D" w:rsidRPr="005E2F5A" w14:paraId="476DC76A" w14:textId="77777777" w:rsidTr="002A5B47">
        <w:trPr>
          <w:trHeight w:val="288"/>
        </w:trPr>
        <w:tc>
          <w:tcPr>
            <w:tcW w:w="0" w:type="auto"/>
            <w:noWrap/>
            <w:vAlign w:val="bottom"/>
            <w:hideMark/>
          </w:tcPr>
          <w:p w14:paraId="05B25E5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Product_Info_4</w:t>
            </w:r>
          </w:p>
        </w:tc>
        <w:tc>
          <w:tcPr>
            <w:tcW w:w="0" w:type="auto"/>
            <w:noWrap/>
            <w:vAlign w:val="bottom"/>
            <w:hideMark/>
          </w:tcPr>
          <w:p w14:paraId="26D916D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6.7%</w:t>
            </w:r>
          </w:p>
        </w:tc>
        <w:tc>
          <w:tcPr>
            <w:tcW w:w="0" w:type="auto"/>
            <w:noWrap/>
            <w:vAlign w:val="bottom"/>
            <w:hideMark/>
          </w:tcPr>
          <w:p w14:paraId="714D8ED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31.4%</w:t>
            </w:r>
          </w:p>
        </w:tc>
      </w:tr>
      <w:tr w:rsidR="0096040D" w:rsidRPr="005E2F5A" w14:paraId="19DA7074" w14:textId="77777777" w:rsidTr="002A5B47">
        <w:trPr>
          <w:trHeight w:val="288"/>
        </w:trPr>
        <w:tc>
          <w:tcPr>
            <w:tcW w:w="0" w:type="auto"/>
            <w:noWrap/>
            <w:vAlign w:val="bottom"/>
            <w:hideMark/>
          </w:tcPr>
          <w:p w14:paraId="59880A58"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Ins_Age</w:t>
            </w:r>
          </w:p>
        </w:tc>
        <w:tc>
          <w:tcPr>
            <w:tcW w:w="0" w:type="auto"/>
            <w:noWrap/>
            <w:vAlign w:val="bottom"/>
            <w:hideMark/>
          </w:tcPr>
          <w:p w14:paraId="5301ADD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6.1%</w:t>
            </w:r>
          </w:p>
        </w:tc>
        <w:tc>
          <w:tcPr>
            <w:tcW w:w="0" w:type="auto"/>
            <w:noWrap/>
            <w:vAlign w:val="bottom"/>
            <w:hideMark/>
          </w:tcPr>
          <w:p w14:paraId="0276926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37.5%</w:t>
            </w:r>
          </w:p>
        </w:tc>
      </w:tr>
      <w:tr w:rsidR="0096040D" w:rsidRPr="005E2F5A" w14:paraId="12C41FF0" w14:textId="77777777" w:rsidTr="002A5B47">
        <w:trPr>
          <w:trHeight w:val="288"/>
        </w:trPr>
        <w:tc>
          <w:tcPr>
            <w:tcW w:w="0" w:type="auto"/>
            <w:noWrap/>
            <w:vAlign w:val="bottom"/>
            <w:hideMark/>
          </w:tcPr>
          <w:p w14:paraId="6C18C41E"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Medical_History_4</w:t>
            </w:r>
          </w:p>
        </w:tc>
        <w:tc>
          <w:tcPr>
            <w:tcW w:w="0" w:type="auto"/>
            <w:noWrap/>
            <w:vAlign w:val="bottom"/>
            <w:hideMark/>
          </w:tcPr>
          <w:p w14:paraId="0D28A9A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5.4%</w:t>
            </w:r>
          </w:p>
        </w:tc>
        <w:tc>
          <w:tcPr>
            <w:tcW w:w="0" w:type="auto"/>
            <w:noWrap/>
            <w:vAlign w:val="bottom"/>
            <w:hideMark/>
          </w:tcPr>
          <w:p w14:paraId="6C018E7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42.9%</w:t>
            </w:r>
          </w:p>
        </w:tc>
      </w:tr>
      <w:tr w:rsidR="0096040D" w:rsidRPr="005E2F5A" w14:paraId="7F03553A" w14:textId="77777777" w:rsidTr="002A5B47">
        <w:trPr>
          <w:trHeight w:val="288"/>
        </w:trPr>
        <w:tc>
          <w:tcPr>
            <w:tcW w:w="0" w:type="auto"/>
            <w:noWrap/>
            <w:vAlign w:val="bottom"/>
            <w:hideMark/>
          </w:tcPr>
          <w:p w14:paraId="0909FB74"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Employment_Info_1</w:t>
            </w:r>
          </w:p>
        </w:tc>
        <w:tc>
          <w:tcPr>
            <w:tcW w:w="0" w:type="auto"/>
            <w:noWrap/>
            <w:vAlign w:val="bottom"/>
            <w:hideMark/>
          </w:tcPr>
          <w:p w14:paraId="5F004CA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4.0%</w:t>
            </w:r>
          </w:p>
        </w:tc>
        <w:tc>
          <w:tcPr>
            <w:tcW w:w="0" w:type="auto"/>
            <w:noWrap/>
            <w:vAlign w:val="bottom"/>
            <w:hideMark/>
          </w:tcPr>
          <w:p w14:paraId="2988C53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46.8%</w:t>
            </w:r>
          </w:p>
        </w:tc>
      </w:tr>
      <w:tr w:rsidR="0096040D" w:rsidRPr="005E2F5A" w14:paraId="18A2D618" w14:textId="77777777" w:rsidTr="002A5B47">
        <w:trPr>
          <w:trHeight w:val="288"/>
        </w:trPr>
        <w:tc>
          <w:tcPr>
            <w:tcW w:w="0" w:type="auto"/>
            <w:noWrap/>
            <w:vAlign w:val="bottom"/>
            <w:hideMark/>
          </w:tcPr>
          <w:p w14:paraId="3DE9886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Employment_Info_6</w:t>
            </w:r>
          </w:p>
        </w:tc>
        <w:tc>
          <w:tcPr>
            <w:tcW w:w="0" w:type="auto"/>
            <w:noWrap/>
            <w:vAlign w:val="bottom"/>
            <w:hideMark/>
          </w:tcPr>
          <w:p w14:paraId="4321EA3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3.2%</w:t>
            </w:r>
          </w:p>
        </w:tc>
        <w:tc>
          <w:tcPr>
            <w:tcW w:w="0" w:type="auto"/>
            <w:noWrap/>
            <w:vAlign w:val="bottom"/>
            <w:hideMark/>
          </w:tcPr>
          <w:p w14:paraId="07245A2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50.1%</w:t>
            </w:r>
          </w:p>
        </w:tc>
      </w:tr>
      <w:tr w:rsidR="0096040D" w:rsidRPr="005E2F5A" w14:paraId="223C5D74" w14:textId="77777777" w:rsidTr="002A5B47">
        <w:trPr>
          <w:trHeight w:val="288"/>
        </w:trPr>
        <w:tc>
          <w:tcPr>
            <w:tcW w:w="0" w:type="auto"/>
            <w:noWrap/>
            <w:vAlign w:val="bottom"/>
            <w:hideMark/>
          </w:tcPr>
          <w:p w14:paraId="39FC2758"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w:t>
            </w:r>
          </w:p>
        </w:tc>
        <w:tc>
          <w:tcPr>
            <w:tcW w:w="0" w:type="auto"/>
            <w:noWrap/>
            <w:vAlign w:val="bottom"/>
            <w:hideMark/>
          </w:tcPr>
          <w:p w14:paraId="197E1F8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3.2%</w:t>
            </w:r>
          </w:p>
        </w:tc>
        <w:tc>
          <w:tcPr>
            <w:tcW w:w="0" w:type="auto"/>
            <w:noWrap/>
            <w:vAlign w:val="bottom"/>
            <w:hideMark/>
          </w:tcPr>
          <w:p w14:paraId="168C5F9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53.3%</w:t>
            </w:r>
          </w:p>
        </w:tc>
      </w:tr>
      <w:tr w:rsidR="0096040D" w:rsidRPr="005E2F5A" w14:paraId="0C944010" w14:textId="77777777" w:rsidTr="002A5B47">
        <w:trPr>
          <w:trHeight w:val="288"/>
        </w:trPr>
        <w:tc>
          <w:tcPr>
            <w:tcW w:w="0" w:type="auto"/>
            <w:noWrap/>
            <w:vAlign w:val="bottom"/>
            <w:hideMark/>
          </w:tcPr>
          <w:p w14:paraId="00DA021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Medical_History_23</w:t>
            </w:r>
          </w:p>
        </w:tc>
        <w:tc>
          <w:tcPr>
            <w:tcW w:w="0" w:type="auto"/>
            <w:noWrap/>
            <w:vAlign w:val="bottom"/>
            <w:hideMark/>
          </w:tcPr>
          <w:p w14:paraId="468DC7E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3.2%</w:t>
            </w:r>
          </w:p>
        </w:tc>
        <w:tc>
          <w:tcPr>
            <w:tcW w:w="0" w:type="auto"/>
            <w:noWrap/>
            <w:vAlign w:val="bottom"/>
            <w:hideMark/>
          </w:tcPr>
          <w:p w14:paraId="483AA33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56.5%</w:t>
            </w:r>
          </w:p>
        </w:tc>
      </w:tr>
      <w:tr w:rsidR="0096040D" w:rsidRPr="005E2F5A" w14:paraId="6A996A73" w14:textId="77777777" w:rsidTr="002A5B47">
        <w:trPr>
          <w:trHeight w:val="288"/>
        </w:trPr>
        <w:tc>
          <w:tcPr>
            <w:tcW w:w="0" w:type="auto"/>
            <w:noWrap/>
            <w:vAlign w:val="bottom"/>
            <w:hideMark/>
          </w:tcPr>
          <w:p w14:paraId="2E6A5971"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w:t>
            </w:r>
          </w:p>
        </w:tc>
        <w:tc>
          <w:tcPr>
            <w:tcW w:w="0" w:type="auto"/>
            <w:noWrap/>
            <w:vAlign w:val="bottom"/>
            <w:hideMark/>
          </w:tcPr>
          <w:p w14:paraId="40F5FD4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3.2%</w:t>
            </w:r>
          </w:p>
        </w:tc>
        <w:tc>
          <w:tcPr>
            <w:tcW w:w="0" w:type="auto"/>
            <w:noWrap/>
            <w:vAlign w:val="bottom"/>
            <w:hideMark/>
          </w:tcPr>
          <w:p w14:paraId="38031DC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59.6%</w:t>
            </w:r>
          </w:p>
        </w:tc>
      </w:tr>
      <w:tr w:rsidR="0096040D" w:rsidRPr="005E2F5A" w14:paraId="0F56B067" w14:textId="77777777" w:rsidTr="002A5B47">
        <w:trPr>
          <w:trHeight w:val="288"/>
        </w:trPr>
        <w:tc>
          <w:tcPr>
            <w:tcW w:w="0" w:type="auto"/>
            <w:noWrap/>
            <w:vAlign w:val="bottom"/>
            <w:hideMark/>
          </w:tcPr>
          <w:p w14:paraId="1A95A8DA"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Ht</w:t>
            </w:r>
          </w:p>
        </w:tc>
        <w:tc>
          <w:tcPr>
            <w:tcW w:w="0" w:type="auto"/>
            <w:noWrap/>
            <w:vAlign w:val="bottom"/>
            <w:hideMark/>
          </w:tcPr>
          <w:p w14:paraId="7A7B7C5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2.8%</w:t>
            </w:r>
          </w:p>
        </w:tc>
        <w:tc>
          <w:tcPr>
            <w:tcW w:w="0" w:type="auto"/>
            <w:noWrap/>
            <w:vAlign w:val="bottom"/>
            <w:hideMark/>
          </w:tcPr>
          <w:p w14:paraId="6E5D60C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62.4%</w:t>
            </w:r>
          </w:p>
        </w:tc>
      </w:tr>
      <w:tr w:rsidR="0096040D" w:rsidRPr="005E2F5A" w14:paraId="4901E354" w14:textId="77777777" w:rsidTr="002A5B47">
        <w:trPr>
          <w:trHeight w:val="288"/>
        </w:trPr>
        <w:tc>
          <w:tcPr>
            <w:tcW w:w="0" w:type="auto"/>
            <w:noWrap/>
            <w:vAlign w:val="bottom"/>
            <w:hideMark/>
          </w:tcPr>
          <w:p w14:paraId="0BBA078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Medical_Keyword_15</w:t>
            </w:r>
          </w:p>
        </w:tc>
        <w:tc>
          <w:tcPr>
            <w:tcW w:w="0" w:type="auto"/>
            <w:noWrap/>
            <w:vAlign w:val="bottom"/>
            <w:hideMark/>
          </w:tcPr>
          <w:p w14:paraId="7ABEC08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2.5%</w:t>
            </w:r>
          </w:p>
        </w:tc>
        <w:tc>
          <w:tcPr>
            <w:tcW w:w="0" w:type="auto"/>
            <w:noWrap/>
            <w:vAlign w:val="bottom"/>
            <w:hideMark/>
          </w:tcPr>
          <w:p w14:paraId="02EC944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64.9%</w:t>
            </w:r>
          </w:p>
        </w:tc>
      </w:tr>
      <w:tr w:rsidR="0096040D" w:rsidRPr="005E2F5A" w14:paraId="0F4B8CAF" w14:textId="77777777" w:rsidTr="002A5B47">
        <w:trPr>
          <w:trHeight w:val="288"/>
        </w:trPr>
        <w:tc>
          <w:tcPr>
            <w:tcW w:w="0" w:type="auto"/>
            <w:noWrap/>
            <w:vAlign w:val="bottom"/>
            <w:hideMark/>
          </w:tcPr>
          <w:p w14:paraId="687ADE7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w:t>
            </w:r>
          </w:p>
        </w:tc>
        <w:tc>
          <w:tcPr>
            <w:tcW w:w="0" w:type="auto"/>
            <w:noWrap/>
            <w:vAlign w:val="bottom"/>
            <w:hideMark/>
          </w:tcPr>
          <w:p w14:paraId="4CB4661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2.2%</w:t>
            </w:r>
          </w:p>
        </w:tc>
        <w:tc>
          <w:tcPr>
            <w:tcW w:w="0" w:type="auto"/>
            <w:noWrap/>
            <w:vAlign w:val="bottom"/>
            <w:hideMark/>
          </w:tcPr>
          <w:p w14:paraId="3FBEA1A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67.1%</w:t>
            </w:r>
          </w:p>
        </w:tc>
      </w:tr>
      <w:tr w:rsidR="0096040D" w:rsidRPr="005E2F5A" w14:paraId="4F834A84" w14:textId="77777777" w:rsidTr="002A5B47">
        <w:trPr>
          <w:trHeight w:val="288"/>
        </w:trPr>
        <w:tc>
          <w:tcPr>
            <w:tcW w:w="0" w:type="auto"/>
            <w:noWrap/>
            <w:vAlign w:val="bottom"/>
            <w:hideMark/>
          </w:tcPr>
          <w:p w14:paraId="6060DE54"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InsuredInfo_3</w:t>
            </w:r>
          </w:p>
        </w:tc>
        <w:tc>
          <w:tcPr>
            <w:tcW w:w="0" w:type="auto"/>
            <w:noWrap/>
            <w:vAlign w:val="bottom"/>
            <w:hideMark/>
          </w:tcPr>
          <w:p w14:paraId="7F3E24A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1.8%</w:t>
            </w:r>
          </w:p>
        </w:tc>
        <w:tc>
          <w:tcPr>
            <w:tcW w:w="0" w:type="auto"/>
            <w:noWrap/>
            <w:vAlign w:val="bottom"/>
            <w:hideMark/>
          </w:tcPr>
          <w:p w14:paraId="0E117A0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68.8%</w:t>
            </w:r>
          </w:p>
        </w:tc>
      </w:tr>
      <w:tr w:rsidR="0096040D" w:rsidRPr="005E2F5A" w14:paraId="07733BE1" w14:textId="77777777" w:rsidTr="002A5B47">
        <w:trPr>
          <w:trHeight w:val="288"/>
        </w:trPr>
        <w:tc>
          <w:tcPr>
            <w:tcW w:w="0" w:type="auto"/>
            <w:noWrap/>
            <w:vAlign w:val="bottom"/>
            <w:hideMark/>
          </w:tcPr>
          <w:p w14:paraId="7ACE79F9"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Employment_Info_2</w:t>
            </w:r>
          </w:p>
        </w:tc>
        <w:tc>
          <w:tcPr>
            <w:tcW w:w="0" w:type="auto"/>
            <w:noWrap/>
            <w:vAlign w:val="bottom"/>
            <w:hideMark/>
          </w:tcPr>
          <w:p w14:paraId="5E2A455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1.5%</w:t>
            </w:r>
          </w:p>
        </w:tc>
        <w:tc>
          <w:tcPr>
            <w:tcW w:w="0" w:type="auto"/>
            <w:noWrap/>
            <w:vAlign w:val="bottom"/>
            <w:hideMark/>
          </w:tcPr>
          <w:p w14:paraId="16B3B6A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70.4%</w:t>
            </w:r>
          </w:p>
        </w:tc>
      </w:tr>
      <w:tr w:rsidR="0096040D" w:rsidRPr="005E2F5A" w14:paraId="6F6D6809" w14:textId="77777777" w:rsidTr="002A5B47">
        <w:trPr>
          <w:trHeight w:val="288"/>
        </w:trPr>
        <w:tc>
          <w:tcPr>
            <w:tcW w:w="0" w:type="auto"/>
            <w:noWrap/>
            <w:vAlign w:val="bottom"/>
            <w:hideMark/>
          </w:tcPr>
          <w:p w14:paraId="6ACCC8FA"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InsuredInfo_6</w:t>
            </w:r>
          </w:p>
        </w:tc>
        <w:tc>
          <w:tcPr>
            <w:tcW w:w="0" w:type="auto"/>
            <w:noWrap/>
            <w:vAlign w:val="bottom"/>
            <w:hideMark/>
          </w:tcPr>
          <w:p w14:paraId="4D471F6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1.1%</w:t>
            </w:r>
          </w:p>
        </w:tc>
        <w:tc>
          <w:tcPr>
            <w:tcW w:w="0" w:type="auto"/>
            <w:noWrap/>
            <w:vAlign w:val="bottom"/>
            <w:hideMark/>
          </w:tcPr>
          <w:p w14:paraId="3C8C5A3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71.5%</w:t>
            </w:r>
          </w:p>
        </w:tc>
      </w:tr>
      <w:tr w:rsidR="0096040D" w:rsidRPr="005E2F5A" w14:paraId="3CC61A7F" w14:textId="77777777" w:rsidTr="002A5B47">
        <w:trPr>
          <w:trHeight w:val="288"/>
        </w:trPr>
        <w:tc>
          <w:tcPr>
            <w:tcW w:w="0" w:type="auto"/>
            <w:noWrap/>
            <w:vAlign w:val="bottom"/>
            <w:hideMark/>
          </w:tcPr>
          <w:p w14:paraId="533D17B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Employment_Info_4</w:t>
            </w:r>
          </w:p>
        </w:tc>
        <w:tc>
          <w:tcPr>
            <w:tcW w:w="0" w:type="auto"/>
            <w:noWrap/>
            <w:vAlign w:val="bottom"/>
            <w:hideMark/>
          </w:tcPr>
          <w:p w14:paraId="69C4418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1.0%</w:t>
            </w:r>
          </w:p>
        </w:tc>
        <w:tc>
          <w:tcPr>
            <w:tcW w:w="0" w:type="auto"/>
            <w:noWrap/>
            <w:vAlign w:val="bottom"/>
            <w:hideMark/>
          </w:tcPr>
          <w:p w14:paraId="291243F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72.5%</w:t>
            </w:r>
          </w:p>
        </w:tc>
      </w:tr>
      <w:tr w:rsidR="0096040D" w:rsidRPr="005E2F5A" w14:paraId="05E7337D" w14:textId="77777777" w:rsidTr="002A5B47">
        <w:trPr>
          <w:trHeight w:val="288"/>
        </w:trPr>
        <w:tc>
          <w:tcPr>
            <w:tcW w:w="0" w:type="auto"/>
            <w:noWrap/>
            <w:vAlign w:val="bottom"/>
            <w:hideMark/>
          </w:tcPr>
          <w:p w14:paraId="16F343B8"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Family_Hist_1</w:t>
            </w:r>
          </w:p>
        </w:tc>
        <w:tc>
          <w:tcPr>
            <w:tcW w:w="0" w:type="auto"/>
            <w:noWrap/>
            <w:vAlign w:val="bottom"/>
            <w:hideMark/>
          </w:tcPr>
          <w:p w14:paraId="0D79AB8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0.9%</w:t>
            </w:r>
          </w:p>
        </w:tc>
        <w:tc>
          <w:tcPr>
            <w:tcW w:w="0" w:type="auto"/>
            <w:noWrap/>
            <w:vAlign w:val="bottom"/>
            <w:hideMark/>
          </w:tcPr>
          <w:p w14:paraId="0FB74BE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73.4%</w:t>
            </w:r>
          </w:p>
        </w:tc>
      </w:tr>
      <w:tr w:rsidR="0096040D" w:rsidRPr="005E2F5A" w14:paraId="3986A29A" w14:textId="77777777" w:rsidTr="002A5B47">
        <w:trPr>
          <w:trHeight w:val="288"/>
        </w:trPr>
        <w:tc>
          <w:tcPr>
            <w:tcW w:w="0" w:type="auto"/>
            <w:noWrap/>
            <w:vAlign w:val="bottom"/>
            <w:hideMark/>
          </w:tcPr>
          <w:p w14:paraId="11AEE4B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Medical_History_30</w:t>
            </w:r>
          </w:p>
        </w:tc>
        <w:tc>
          <w:tcPr>
            <w:tcW w:w="0" w:type="auto"/>
            <w:noWrap/>
            <w:vAlign w:val="bottom"/>
            <w:hideMark/>
          </w:tcPr>
          <w:p w14:paraId="7D8994C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0.9%</w:t>
            </w:r>
          </w:p>
        </w:tc>
        <w:tc>
          <w:tcPr>
            <w:tcW w:w="0" w:type="auto"/>
            <w:noWrap/>
            <w:vAlign w:val="bottom"/>
            <w:hideMark/>
          </w:tcPr>
          <w:p w14:paraId="221C7A2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74.3%</w:t>
            </w:r>
          </w:p>
        </w:tc>
      </w:tr>
      <w:tr w:rsidR="0096040D" w:rsidRPr="005E2F5A" w14:paraId="72A89681" w14:textId="77777777" w:rsidTr="002A5B47">
        <w:trPr>
          <w:trHeight w:val="288"/>
        </w:trPr>
        <w:tc>
          <w:tcPr>
            <w:tcW w:w="0" w:type="auto"/>
            <w:noWrap/>
            <w:vAlign w:val="bottom"/>
            <w:hideMark/>
          </w:tcPr>
          <w:p w14:paraId="7D18BA8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Product_Info_2_D1</w:t>
            </w:r>
          </w:p>
        </w:tc>
        <w:tc>
          <w:tcPr>
            <w:tcW w:w="0" w:type="auto"/>
            <w:noWrap/>
            <w:vAlign w:val="bottom"/>
            <w:hideMark/>
          </w:tcPr>
          <w:p w14:paraId="38B8729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0.7%</w:t>
            </w:r>
          </w:p>
        </w:tc>
        <w:tc>
          <w:tcPr>
            <w:tcW w:w="0" w:type="auto"/>
            <w:noWrap/>
            <w:vAlign w:val="bottom"/>
            <w:hideMark/>
          </w:tcPr>
          <w:p w14:paraId="1710981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75.0%</w:t>
            </w:r>
          </w:p>
        </w:tc>
      </w:tr>
      <w:tr w:rsidR="0096040D" w:rsidRPr="005E2F5A" w14:paraId="28F5B54E" w14:textId="77777777" w:rsidTr="002A5B47">
        <w:trPr>
          <w:trHeight w:val="288"/>
        </w:trPr>
        <w:tc>
          <w:tcPr>
            <w:tcW w:w="0" w:type="auto"/>
            <w:noWrap/>
            <w:vAlign w:val="bottom"/>
            <w:hideMark/>
          </w:tcPr>
          <w:p w14:paraId="48A2CA6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Medical_History_13</w:t>
            </w:r>
          </w:p>
        </w:tc>
        <w:tc>
          <w:tcPr>
            <w:tcW w:w="0" w:type="auto"/>
            <w:noWrap/>
            <w:vAlign w:val="bottom"/>
            <w:hideMark/>
          </w:tcPr>
          <w:p w14:paraId="283A93E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0.7%</w:t>
            </w:r>
          </w:p>
        </w:tc>
        <w:tc>
          <w:tcPr>
            <w:tcW w:w="0" w:type="auto"/>
            <w:noWrap/>
            <w:vAlign w:val="bottom"/>
            <w:hideMark/>
          </w:tcPr>
          <w:p w14:paraId="6A49B6C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75.7%</w:t>
            </w:r>
          </w:p>
        </w:tc>
      </w:tr>
      <w:tr w:rsidR="0096040D" w:rsidRPr="005E2F5A" w14:paraId="47EB01BF" w14:textId="77777777" w:rsidTr="002A5B47">
        <w:trPr>
          <w:trHeight w:val="288"/>
        </w:trPr>
        <w:tc>
          <w:tcPr>
            <w:tcW w:w="0" w:type="auto"/>
            <w:noWrap/>
            <w:vAlign w:val="bottom"/>
            <w:hideMark/>
          </w:tcPr>
          <w:p w14:paraId="75392FF9"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Medical_History_39</w:t>
            </w:r>
          </w:p>
        </w:tc>
        <w:tc>
          <w:tcPr>
            <w:tcW w:w="0" w:type="auto"/>
            <w:noWrap/>
            <w:vAlign w:val="bottom"/>
            <w:hideMark/>
          </w:tcPr>
          <w:p w14:paraId="2DF25DF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0.7%</w:t>
            </w:r>
          </w:p>
        </w:tc>
        <w:tc>
          <w:tcPr>
            <w:tcW w:w="0" w:type="auto"/>
            <w:noWrap/>
            <w:vAlign w:val="bottom"/>
            <w:hideMark/>
          </w:tcPr>
          <w:p w14:paraId="460BA5F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76.4%</w:t>
            </w:r>
          </w:p>
        </w:tc>
      </w:tr>
      <w:tr w:rsidR="0096040D" w:rsidRPr="005E2F5A" w14:paraId="4A824AEB" w14:textId="77777777" w:rsidTr="002A5B47">
        <w:trPr>
          <w:trHeight w:val="288"/>
        </w:trPr>
        <w:tc>
          <w:tcPr>
            <w:tcW w:w="0" w:type="auto"/>
            <w:noWrap/>
            <w:vAlign w:val="bottom"/>
            <w:hideMark/>
          </w:tcPr>
          <w:p w14:paraId="1DAED06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InsuredInfo_1</w:t>
            </w:r>
          </w:p>
        </w:tc>
        <w:tc>
          <w:tcPr>
            <w:tcW w:w="0" w:type="auto"/>
            <w:noWrap/>
            <w:vAlign w:val="bottom"/>
            <w:hideMark/>
          </w:tcPr>
          <w:p w14:paraId="567D0AD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0.6%</w:t>
            </w:r>
          </w:p>
        </w:tc>
        <w:tc>
          <w:tcPr>
            <w:tcW w:w="0" w:type="auto"/>
            <w:noWrap/>
            <w:vAlign w:val="bottom"/>
            <w:hideMark/>
          </w:tcPr>
          <w:p w14:paraId="16154EF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77.0%</w:t>
            </w:r>
          </w:p>
        </w:tc>
      </w:tr>
      <w:tr w:rsidR="0096040D" w:rsidRPr="005E2F5A" w14:paraId="459CF629" w14:textId="77777777" w:rsidTr="002A5B47">
        <w:trPr>
          <w:trHeight w:val="288"/>
        </w:trPr>
        <w:tc>
          <w:tcPr>
            <w:tcW w:w="0" w:type="auto"/>
            <w:noWrap/>
            <w:vAlign w:val="bottom"/>
            <w:hideMark/>
          </w:tcPr>
          <w:p w14:paraId="0380EB46"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Insurance_History_8</w:t>
            </w:r>
          </w:p>
        </w:tc>
        <w:tc>
          <w:tcPr>
            <w:tcW w:w="0" w:type="auto"/>
            <w:noWrap/>
            <w:vAlign w:val="bottom"/>
            <w:hideMark/>
          </w:tcPr>
          <w:p w14:paraId="03CE7E0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0.6%</w:t>
            </w:r>
          </w:p>
        </w:tc>
        <w:tc>
          <w:tcPr>
            <w:tcW w:w="0" w:type="auto"/>
            <w:noWrap/>
            <w:vAlign w:val="bottom"/>
            <w:hideMark/>
          </w:tcPr>
          <w:p w14:paraId="23C487D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77.7%</w:t>
            </w:r>
          </w:p>
        </w:tc>
      </w:tr>
      <w:tr w:rsidR="0096040D" w:rsidRPr="005E2F5A" w14:paraId="1B1430FD" w14:textId="77777777" w:rsidTr="002A5B47">
        <w:trPr>
          <w:trHeight w:val="288"/>
        </w:trPr>
        <w:tc>
          <w:tcPr>
            <w:tcW w:w="0" w:type="auto"/>
            <w:noWrap/>
            <w:vAlign w:val="bottom"/>
            <w:hideMark/>
          </w:tcPr>
          <w:p w14:paraId="319C6AA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Medical_History_41</w:t>
            </w:r>
          </w:p>
        </w:tc>
        <w:tc>
          <w:tcPr>
            <w:tcW w:w="0" w:type="auto"/>
            <w:noWrap/>
            <w:vAlign w:val="bottom"/>
            <w:hideMark/>
          </w:tcPr>
          <w:p w14:paraId="58B511E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0.6%</w:t>
            </w:r>
          </w:p>
        </w:tc>
        <w:tc>
          <w:tcPr>
            <w:tcW w:w="0" w:type="auto"/>
            <w:noWrap/>
            <w:vAlign w:val="bottom"/>
            <w:hideMark/>
          </w:tcPr>
          <w:p w14:paraId="357D182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78.3%</w:t>
            </w:r>
          </w:p>
        </w:tc>
      </w:tr>
      <w:tr w:rsidR="0096040D" w:rsidRPr="005E2F5A" w14:paraId="2FC5709A" w14:textId="77777777" w:rsidTr="002A5B47">
        <w:trPr>
          <w:trHeight w:val="288"/>
        </w:trPr>
        <w:tc>
          <w:tcPr>
            <w:tcW w:w="0" w:type="auto"/>
            <w:noWrap/>
            <w:vAlign w:val="bottom"/>
            <w:hideMark/>
          </w:tcPr>
          <w:p w14:paraId="70A822D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Insurance_History_4</w:t>
            </w:r>
          </w:p>
        </w:tc>
        <w:tc>
          <w:tcPr>
            <w:tcW w:w="0" w:type="auto"/>
            <w:noWrap/>
            <w:vAlign w:val="bottom"/>
            <w:hideMark/>
          </w:tcPr>
          <w:p w14:paraId="7D4C7BA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0.6%</w:t>
            </w:r>
          </w:p>
        </w:tc>
        <w:tc>
          <w:tcPr>
            <w:tcW w:w="0" w:type="auto"/>
            <w:noWrap/>
            <w:vAlign w:val="bottom"/>
            <w:hideMark/>
          </w:tcPr>
          <w:p w14:paraId="7A30735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78.8%</w:t>
            </w:r>
          </w:p>
        </w:tc>
      </w:tr>
      <w:tr w:rsidR="0096040D" w:rsidRPr="005E2F5A" w14:paraId="65CB2B1B" w14:textId="77777777" w:rsidTr="002A5B47">
        <w:trPr>
          <w:trHeight w:val="288"/>
        </w:trPr>
        <w:tc>
          <w:tcPr>
            <w:tcW w:w="0" w:type="auto"/>
            <w:noWrap/>
            <w:vAlign w:val="bottom"/>
            <w:hideMark/>
          </w:tcPr>
          <w:p w14:paraId="447D8D0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Product_Info_2_D3</w:t>
            </w:r>
          </w:p>
        </w:tc>
        <w:tc>
          <w:tcPr>
            <w:tcW w:w="0" w:type="auto"/>
            <w:noWrap/>
            <w:vAlign w:val="bottom"/>
            <w:hideMark/>
          </w:tcPr>
          <w:p w14:paraId="1F9716A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0.6%</w:t>
            </w:r>
          </w:p>
        </w:tc>
        <w:tc>
          <w:tcPr>
            <w:tcW w:w="0" w:type="auto"/>
            <w:noWrap/>
            <w:vAlign w:val="bottom"/>
            <w:hideMark/>
          </w:tcPr>
          <w:p w14:paraId="024D2D3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79.4%</w:t>
            </w:r>
          </w:p>
        </w:tc>
      </w:tr>
      <w:tr w:rsidR="0096040D" w:rsidRPr="005E2F5A" w14:paraId="6228D38D" w14:textId="77777777" w:rsidTr="002A5B47">
        <w:trPr>
          <w:trHeight w:val="288"/>
        </w:trPr>
        <w:tc>
          <w:tcPr>
            <w:tcW w:w="0" w:type="auto"/>
            <w:noWrap/>
            <w:vAlign w:val="bottom"/>
            <w:hideMark/>
          </w:tcPr>
          <w:p w14:paraId="3E418C2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Product_Info_2_D4</w:t>
            </w:r>
          </w:p>
        </w:tc>
        <w:tc>
          <w:tcPr>
            <w:tcW w:w="0" w:type="auto"/>
            <w:noWrap/>
            <w:vAlign w:val="bottom"/>
            <w:hideMark/>
          </w:tcPr>
          <w:p w14:paraId="73AA300B"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0.5%</w:t>
            </w:r>
          </w:p>
        </w:tc>
        <w:tc>
          <w:tcPr>
            <w:tcW w:w="0" w:type="auto"/>
            <w:noWrap/>
            <w:vAlign w:val="bottom"/>
            <w:hideMark/>
          </w:tcPr>
          <w:p w14:paraId="6302169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79.9%</w:t>
            </w:r>
          </w:p>
        </w:tc>
      </w:tr>
      <w:tr w:rsidR="0096040D" w:rsidRPr="005E2F5A" w14:paraId="024144C1" w14:textId="77777777" w:rsidTr="002A5B47">
        <w:trPr>
          <w:trHeight w:val="288"/>
        </w:trPr>
        <w:tc>
          <w:tcPr>
            <w:tcW w:w="0" w:type="auto"/>
            <w:noWrap/>
            <w:vAlign w:val="bottom"/>
            <w:hideMark/>
          </w:tcPr>
          <w:p w14:paraId="5348B35F"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Medical_History_40</w:t>
            </w:r>
          </w:p>
        </w:tc>
        <w:tc>
          <w:tcPr>
            <w:tcW w:w="0" w:type="auto"/>
            <w:noWrap/>
            <w:vAlign w:val="bottom"/>
            <w:hideMark/>
          </w:tcPr>
          <w:p w14:paraId="2716139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0.5%</w:t>
            </w:r>
          </w:p>
        </w:tc>
        <w:tc>
          <w:tcPr>
            <w:tcW w:w="0" w:type="auto"/>
            <w:noWrap/>
            <w:vAlign w:val="bottom"/>
            <w:hideMark/>
          </w:tcPr>
          <w:p w14:paraId="14FB282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80.5%</w:t>
            </w:r>
          </w:p>
        </w:tc>
      </w:tr>
      <w:tr w:rsidR="0096040D" w:rsidRPr="005E2F5A" w14:paraId="6F7FEA40" w14:textId="77777777" w:rsidTr="002A5B47">
        <w:trPr>
          <w:trHeight w:val="288"/>
        </w:trPr>
        <w:tc>
          <w:tcPr>
            <w:tcW w:w="0" w:type="auto"/>
            <w:noWrap/>
            <w:vAlign w:val="bottom"/>
            <w:hideMark/>
          </w:tcPr>
          <w:p w14:paraId="1CF7640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lastRenderedPageBreak/>
              <w:t>Medical_History_33</w:t>
            </w:r>
          </w:p>
        </w:tc>
        <w:tc>
          <w:tcPr>
            <w:tcW w:w="0" w:type="auto"/>
            <w:noWrap/>
            <w:vAlign w:val="bottom"/>
            <w:hideMark/>
          </w:tcPr>
          <w:p w14:paraId="59C41D3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0.5%</w:t>
            </w:r>
          </w:p>
        </w:tc>
        <w:tc>
          <w:tcPr>
            <w:tcW w:w="0" w:type="auto"/>
            <w:noWrap/>
            <w:vAlign w:val="bottom"/>
            <w:hideMark/>
          </w:tcPr>
          <w:p w14:paraId="53A1567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81.0%</w:t>
            </w:r>
          </w:p>
        </w:tc>
      </w:tr>
      <w:tr w:rsidR="0096040D" w:rsidRPr="005E2F5A" w14:paraId="7ED7361E" w14:textId="77777777" w:rsidTr="002A5B47">
        <w:trPr>
          <w:trHeight w:val="288"/>
        </w:trPr>
        <w:tc>
          <w:tcPr>
            <w:tcW w:w="0" w:type="auto"/>
            <w:noWrap/>
            <w:vAlign w:val="bottom"/>
            <w:hideMark/>
          </w:tcPr>
          <w:p w14:paraId="194A8839"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Medical_History_28</w:t>
            </w:r>
          </w:p>
        </w:tc>
        <w:tc>
          <w:tcPr>
            <w:tcW w:w="0" w:type="auto"/>
            <w:noWrap/>
            <w:vAlign w:val="bottom"/>
            <w:hideMark/>
          </w:tcPr>
          <w:p w14:paraId="5B58A6A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0.5%</w:t>
            </w:r>
          </w:p>
        </w:tc>
        <w:tc>
          <w:tcPr>
            <w:tcW w:w="0" w:type="auto"/>
            <w:noWrap/>
            <w:vAlign w:val="bottom"/>
            <w:hideMark/>
          </w:tcPr>
          <w:p w14:paraId="72FD69F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81.5%</w:t>
            </w:r>
          </w:p>
        </w:tc>
      </w:tr>
      <w:tr w:rsidR="0096040D" w:rsidRPr="005E2F5A" w14:paraId="3CFBADDB" w14:textId="77777777" w:rsidTr="002A5B47">
        <w:trPr>
          <w:trHeight w:val="288"/>
        </w:trPr>
        <w:tc>
          <w:tcPr>
            <w:tcW w:w="0" w:type="auto"/>
            <w:noWrap/>
            <w:vAlign w:val="bottom"/>
            <w:hideMark/>
          </w:tcPr>
          <w:p w14:paraId="214413D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Medical_History_29</w:t>
            </w:r>
          </w:p>
        </w:tc>
        <w:tc>
          <w:tcPr>
            <w:tcW w:w="0" w:type="auto"/>
            <w:noWrap/>
            <w:vAlign w:val="bottom"/>
            <w:hideMark/>
          </w:tcPr>
          <w:p w14:paraId="4BB8D03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0.5%</w:t>
            </w:r>
          </w:p>
        </w:tc>
        <w:tc>
          <w:tcPr>
            <w:tcW w:w="0" w:type="auto"/>
            <w:noWrap/>
            <w:vAlign w:val="bottom"/>
            <w:hideMark/>
          </w:tcPr>
          <w:p w14:paraId="0C192DB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82.0%</w:t>
            </w:r>
          </w:p>
        </w:tc>
      </w:tr>
      <w:tr w:rsidR="0096040D" w:rsidRPr="005E2F5A" w14:paraId="6FFE943A" w14:textId="77777777" w:rsidTr="002A5B47">
        <w:trPr>
          <w:trHeight w:val="288"/>
        </w:trPr>
        <w:tc>
          <w:tcPr>
            <w:tcW w:w="0" w:type="auto"/>
            <w:noWrap/>
            <w:vAlign w:val="bottom"/>
            <w:hideMark/>
          </w:tcPr>
          <w:p w14:paraId="1E49856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Medical_History_9</w:t>
            </w:r>
          </w:p>
        </w:tc>
        <w:tc>
          <w:tcPr>
            <w:tcW w:w="0" w:type="auto"/>
            <w:noWrap/>
            <w:vAlign w:val="bottom"/>
            <w:hideMark/>
          </w:tcPr>
          <w:p w14:paraId="058E6D0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0.5%</w:t>
            </w:r>
          </w:p>
        </w:tc>
        <w:tc>
          <w:tcPr>
            <w:tcW w:w="0" w:type="auto"/>
            <w:noWrap/>
            <w:vAlign w:val="bottom"/>
            <w:hideMark/>
          </w:tcPr>
          <w:p w14:paraId="43FA2F8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82.5%</w:t>
            </w:r>
          </w:p>
        </w:tc>
      </w:tr>
      <w:tr w:rsidR="0096040D" w:rsidRPr="005E2F5A" w14:paraId="5E9F4BEC" w14:textId="77777777" w:rsidTr="002A5B47">
        <w:trPr>
          <w:trHeight w:val="288"/>
        </w:trPr>
        <w:tc>
          <w:tcPr>
            <w:tcW w:w="0" w:type="auto"/>
            <w:noWrap/>
            <w:vAlign w:val="bottom"/>
            <w:hideMark/>
          </w:tcPr>
          <w:p w14:paraId="14895FC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Product_Info_3</w:t>
            </w:r>
          </w:p>
        </w:tc>
        <w:tc>
          <w:tcPr>
            <w:tcW w:w="0" w:type="auto"/>
            <w:noWrap/>
            <w:vAlign w:val="bottom"/>
            <w:hideMark/>
          </w:tcPr>
          <w:p w14:paraId="752BD53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0.5%</w:t>
            </w:r>
          </w:p>
        </w:tc>
        <w:tc>
          <w:tcPr>
            <w:tcW w:w="0" w:type="auto"/>
            <w:noWrap/>
            <w:vAlign w:val="bottom"/>
            <w:hideMark/>
          </w:tcPr>
          <w:p w14:paraId="2D9F983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82.9%</w:t>
            </w:r>
          </w:p>
        </w:tc>
      </w:tr>
      <w:tr w:rsidR="0096040D" w:rsidRPr="005E2F5A" w14:paraId="341637F5" w14:textId="77777777" w:rsidTr="002A5B47">
        <w:trPr>
          <w:trHeight w:val="288"/>
        </w:trPr>
        <w:tc>
          <w:tcPr>
            <w:tcW w:w="0" w:type="auto"/>
            <w:noWrap/>
            <w:vAlign w:val="bottom"/>
            <w:hideMark/>
          </w:tcPr>
          <w:p w14:paraId="203083B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Insurance_History_2</w:t>
            </w:r>
          </w:p>
        </w:tc>
        <w:tc>
          <w:tcPr>
            <w:tcW w:w="0" w:type="auto"/>
            <w:noWrap/>
            <w:vAlign w:val="bottom"/>
            <w:hideMark/>
          </w:tcPr>
          <w:p w14:paraId="0038C07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1C3B902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83.4%</w:t>
            </w:r>
          </w:p>
        </w:tc>
      </w:tr>
      <w:tr w:rsidR="0096040D" w:rsidRPr="005E2F5A" w14:paraId="0FF4A0F1" w14:textId="77777777" w:rsidTr="002A5B47">
        <w:trPr>
          <w:trHeight w:val="288"/>
        </w:trPr>
        <w:tc>
          <w:tcPr>
            <w:tcW w:w="0" w:type="auto"/>
            <w:noWrap/>
            <w:vAlign w:val="bottom"/>
            <w:hideMark/>
          </w:tcPr>
          <w:p w14:paraId="536D89A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Insurance_History_7</w:t>
            </w:r>
          </w:p>
        </w:tc>
        <w:tc>
          <w:tcPr>
            <w:tcW w:w="0" w:type="auto"/>
            <w:noWrap/>
            <w:vAlign w:val="bottom"/>
            <w:hideMark/>
          </w:tcPr>
          <w:p w14:paraId="2C4752E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4743D2A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83.8%</w:t>
            </w:r>
          </w:p>
        </w:tc>
      </w:tr>
      <w:tr w:rsidR="0096040D" w:rsidRPr="005E2F5A" w14:paraId="034DB75C" w14:textId="77777777" w:rsidTr="002A5B47">
        <w:trPr>
          <w:trHeight w:val="288"/>
        </w:trPr>
        <w:tc>
          <w:tcPr>
            <w:tcW w:w="0" w:type="auto"/>
            <w:noWrap/>
            <w:vAlign w:val="bottom"/>
            <w:hideMark/>
          </w:tcPr>
          <w:p w14:paraId="36CEFC57"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Medical_History_18</w:t>
            </w:r>
          </w:p>
        </w:tc>
        <w:tc>
          <w:tcPr>
            <w:tcW w:w="0" w:type="auto"/>
            <w:noWrap/>
            <w:vAlign w:val="bottom"/>
            <w:hideMark/>
          </w:tcPr>
          <w:p w14:paraId="3DB377B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29036BD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84.2%</w:t>
            </w:r>
          </w:p>
        </w:tc>
      </w:tr>
      <w:tr w:rsidR="0096040D" w:rsidRPr="005E2F5A" w14:paraId="217C93AB" w14:textId="77777777" w:rsidTr="002A5B47">
        <w:trPr>
          <w:trHeight w:val="288"/>
        </w:trPr>
        <w:tc>
          <w:tcPr>
            <w:tcW w:w="0" w:type="auto"/>
            <w:noWrap/>
            <w:vAlign w:val="bottom"/>
            <w:hideMark/>
          </w:tcPr>
          <w:p w14:paraId="577FEF21"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Product_Info_6</w:t>
            </w:r>
          </w:p>
        </w:tc>
        <w:tc>
          <w:tcPr>
            <w:tcW w:w="0" w:type="auto"/>
            <w:noWrap/>
            <w:vAlign w:val="bottom"/>
            <w:hideMark/>
          </w:tcPr>
          <w:p w14:paraId="6205B35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0FBEB04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84.6%</w:t>
            </w:r>
          </w:p>
        </w:tc>
      </w:tr>
      <w:tr w:rsidR="0096040D" w:rsidRPr="005E2F5A" w14:paraId="5267B18C" w14:textId="77777777" w:rsidTr="002A5B47">
        <w:trPr>
          <w:trHeight w:val="288"/>
        </w:trPr>
        <w:tc>
          <w:tcPr>
            <w:tcW w:w="0" w:type="auto"/>
            <w:noWrap/>
            <w:vAlign w:val="bottom"/>
            <w:hideMark/>
          </w:tcPr>
          <w:p w14:paraId="4339C9B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Medical_History_16</w:t>
            </w:r>
          </w:p>
        </w:tc>
        <w:tc>
          <w:tcPr>
            <w:tcW w:w="0" w:type="auto"/>
            <w:noWrap/>
            <w:vAlign w:val="bottom"/>
            <w:hideMark/>
          </w:tcPr>
          <w:p w14:paraId="1AFCF72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75A191E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85.1%</w:t>
            </w:r>
          </w:p>
        </w:tc>
      </w:tr>
      <w:tr w:rsidR="0096040D" w:rsidRPr="005E2F5A" w14:paraId="3CBE8592" w14:textId="77777777" w:rsidTr="002A5B47">
        <w:trPr>
          <w:trHeight w:val="288"/>
        </w:trPr>
        <w:tc>
          <w:tcPr>
            <w:tcW w:w="0" w:type="auto"/>
            <w:noWrap/>
            <w:vAlign w:val="bottom"/>
            <w:hideMark/>
          </w:tcPr>
          <w:p w14:paraId="6F13254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Medical_History_34</w:t>
            </w:r>
          </w:p>
        </w:tc>
        <w:tc>
          <w:tcPr>
            <w:tcW w:w="0" w:type="auto"/>
            <w:noWrap/>
            <w:vAlign w:val="bottom"/>
            <w:hideMark/>
          </w:tcPr>
          <w:p w14:paraId="4C8A9B7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7C7C045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85.5%</w:t>
            </w:r>
          </w:p>
        </w:tc>
      </w:tr>
      <w:tr w:rsidR="0096040D" w:rsidRPr="005E2F5A" w14:paraId="0CC3805D" w14:textId="77777777" w:rsidTr="002A5B47">
        <w:trPr>
          <w:trHeight w:val="288"/>
        </w:trPr>
        <w:tc>
          <w:tcPr>
            <w:tcW w:w="0" w:type="auto"/>
            <w:noWrap/>
            <w:vAlign w:val="bottom"/>
            <w:hideMark/>
          </w:tcPr>
          <w:p w14:paraId="74170C7A"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Insurance_History_1</w:t>
            </w:r>
          </w:p>
        </w:tc>
        <w:tc>
          <w:tcPr>
            <w:tcW w:w="0" w:type="auto"/>
            <w:noWrap/>
            <w:vAlign w:val="bottom"/>
            <w:hideMark/>
          </w:tcPr>
          <w:p w14:paraId="3346876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33C44CC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85.9%</w:t>
            </w:r>
          </w:p>
        </w:tc>
      </w:tr>
      <w:tr w:rsidR="0096040D" w:rsidRPr="005E2F5A" w14:paraId="5F48830F" w14:textId="77777777" w:rsidTr="002A5B47">
        <w:trPr>
          <w:trHeight w:val="288"/>
        </w:trPr>
        <w:tc>
          <w:tcPr>
            <w:tcW w:w="0" w:type="auto"/>
            <w:noWrap/>
            <w:vAlign w:val="bottom"/>
            <w:hideMark/>
          </w:tcPr>
          <w:p w14:paraId="4320171F"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Product_Info_2_D2</w:t>
            </w:r>
          </w:p>
        </w:tc>
        <w:tc>
          <w:tcPr>
            <w:tcW w:w="0" w:type="auto"/>
            <w:noWrap/>
            <w:vAlign w:val="bottom"/>
            <w:hideMark/>
          </w:tcPr>
          <w:p w14:paraId="4123E7F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1986B13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86.3%</w:t>
            </w:r>
          </w:p>
        </w:tc>
      </w:tr>
      <w:tr w:rsidR="0096040D" w:rsidRPr="005E2F5A" w14:paraId="2309515C" w14:textId="77777777" w:rsidTr="002A5B47">
        <w:trPr>
          <w:trHeight w:val="288"/>
        </w:trPr>
        <w:tc>
          <w:tcPr>
            <w:tcW w:w="0" w:type="auto"/>
            <w:noWrap/>
            <w:vAlign w:val="bottom"/>
            <w:hideMark/>
          </w:tcPr>
          <w:p w14:paraId="7BD8C39E"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Product_Info_2_A7</w:t>
            </w:r>
          </w:p>
        </w:tc>
        <w:tc>
          <w:tcPr>
            <w:tcW w:w="0" w:type="auto"/>
            <w:noWrap/>
            <w:vAlign w:val="bottom"/>
            <w:hideMark/>
          </w:tcPr>
          <w:p w14:paraId="45D5773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294A50C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86.7%</w:t>
            </w:r>
          </w:p>
        </w:tc>
      </w:tr>
      <w:tr w:rsidR="0096040D" w:rsidRPr="005E2F5A" w14:paraId="05E9BFA4" w14:textId="77777777" w:rsidTr="002A5B47">
        <w:trPr>
          <w:trHeight w:val="288"/>
        </w:trPr>
        <w:tc>
          <w:tcPr>
            <w:tcW w:w="0" w:type="auto"/>
            <w:noWrap/>
            <w:vAlign w:val="bottom"/>
            <w:hideMark/>
          </w:tcPr>
          <w:p w14:paraId="37830E5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Medical_History_25</w:t>
            </w:r>
          </w:p>
        </w:tc>
        <w:tc>
          <w:tcPr>
            <w:tcW w:w="0" w:type="auto"/>
            <w:noWrap/>
            <w:vAlign w:val="bottom"/>
            <w:hideMark/>
          </w:tcPr>
          <w:p w14:paraId="39C8EF6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6C94075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87.1%</w:t>
            </w:r>
          </w:p>
        </w:tc>
      </w:tr>
      <w:tr w:rsidR="0096040D" w:rsidRPr="005E2F5A" w14:paraId="1D3C000D" w14:textId="77777777" w:rsidTr="002A5B47">
        <w:trPr>
          <w:trHeight w:val="288"/>
        </w:trPr>
        <w:tc>
          <w:tcPr>
            <w:tcW w:w="0" w:type="auto"/>
            <w:noWrap/>
            <w:vAlign w:val="bottom"/>
            <w:hideMark/>
          </w:tcPr>
          <w:p w14:paraId="7369AAF3"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InsuredInfo_4</w:t>
            </w:r>
          </w:p>
        </w:tc>
        <w:tc>
          <w:tcPr>
            <w:tcW w:w="0" w:type="auto"/>
            <w:noWrap/>
            <w:vAlign w:val="bottom"/>
            <w:hideMark/>
          </w:tcPr>
          <w:p w14:paraId="37D02B3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48165EB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87.5%</w:t>
            </w:r>
          </w:p>
        </w:tc>
      </w:tr>
      <w:tr w:rsidR="0096040D" w:rsidRPr="005E2F5A" w14:paraId="479E1372" w14:textId="77777777" w:rsidTr="002A5B47">
        <w:trPr>
          <w:trHeight w:val="288"/>
        </w:trPr>
        <w:tc>
          <w:tcPr>
            <w:tcW w:w="0" w:type="auto"/>
            <w:noWrap/>
            <w:vAlign w:val="bottom"/>
            <w:hideMark/>
          </w:tcPr>
          <w:p w14:paraId="21DAB257"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InsuredInfo_5</w:t>
            </w:r>
          </w:p>
        </w:tc>
        <w:tc>
          <w:tcPr>
            <w:tcW w:w="0" w:type="auto"/>
            <w:noWrap/>
            <w:vAlign w:val="bottom"/>
            <w:hideMark/>
          </w:tcPr>
          <w:p w14:paraId="5DF86F3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1ED0B43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87.8%</w:t>
            </w:r>
          </w:p>
        </w:tc>
      </w:tr>
      <w:tr w:rsidR="0096040D" w:rsidRPr="005E2F5A" w14:paraId="5E94FA22" w14:textId="77777777" w:rsidTr="002A5B47">
        <w:trPr>
          <w:trHeight w:val="288"/>
        </w:trPr>
        <w:tc>
          <w:tcPr>
            <w:tcW w:w="0" w:type="auto"/>
            <w:noWrap/>
            <w:vAlign w:val="bottom"/>
            <w:hideMark/>
          </w:tcPr>
          <w:p w14:paraId="165CCD1D"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InsuredInfo_7</w:t>
            </w:r>
          </w:p>
        </w:tc>
        <w:tc>
          <w:tcPr>
            <w:tcW w:w="0" w:type="auto"/>
            <w:noWrap/>
            <w:vAlign w:val="bottom"/>
            <w:hideMark/>
          </w:tcPr>
          <w:p w14:paraId="01359D1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00D74C4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88.2%</w:t>
            </w:r>
          </w:p>
        </w:tc>
      </w:tr>
      <w:tr w:rsidR="0096040D" w:rsidRPr="005E2F5A" w14:paraId="4CA7B6C1" w14:textId="77777777" w:rsidTr="002A5B47">
        <w:trPr>
          <w:trHeight w:val="288"/>
        </w:trPr>
        <w:tc>
          <w:tcPr>
            <w:tcW w:w="0" w:type="auto"/>
            <w:noWrap/>
            <w:vAlign w:val="bottom"/>
            <w:hideMark/>
          </w:tcPr>
          <w:p w14:paraId="144CC94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Medical_Keyword_23</w:t>
            </w:r>
          </w:p>
        </w:tc>
        <w:tc>
          <w:tcPr>
            <w:tcW w:w="0" w:type="auto"/>
            <w:noWrap/>
            <w:vAlign w:val="bottom"/>
            <w:hideMark/>
          </w:tcPr>
          <w:p w14:paraId="60D14DC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58A1A79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88.6%</w:t>
            </w:r>
          </w:p>
        </w:tc>
      </w:tr>
      <w:tr w:rsidR="0096040D" w:rsidRPr="005E2F5A" w14:paraId="54916D65" w14:textId="77777777" w:rsidTr="002A5B47">
        <w:trPr>
          <w:trHeight w:val="288"/>
        </w:trPr>
        <w:tc>
          <w:tcPr>
            <w:tcW w:w="0" w:type="auto"/>
            <w:noWrap/>
            <w:vAlign w:val="bottom"/>
            <w:hideMark/>
          </w:tcPr>
          <w:p w14:paraId="591AF4F6"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Product_Info_2_A8</w:t>
            </w:r>
          </w:p>
        </w:tc>
        <w:tc>
          <w:tcPr>
            <w:tcW w:w="0" w:type="auto"/>
            <w:noWrap/>
            <w:vAlign w:val="bottom"/>
            <w:hideMark/>
          </w:tcPr>
          <w:p w14:paraId="7A345BF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0.4%</w:t>
            </w:r>
          </w:p>
        </w:tc>
        <w:tc>
          <w:tcPr>
            <w:tcW w:w="0" w:type="auto"/>
            <w:noWrap/>
            <w:vAlign w:val="bottom"/>
            <w:hideMark/>
          </w:tcPr>
          <w:p w14:paraId="45B890A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88.9%</w:t>
            </w:r>
          </w:p>
        </w:tc>
      </w:tr>
      <w:tr w:rsidR="0096040D" w:rsidRPr="005E2F5A" w14:paraId="126381F8" w14:textId="77777777" w:rsidTr="002A5B47">
        <w:trPr>
          <w:trHeight w:val="288"/>
        </w:trPr>
        <w:tc>
          <w:tcPr>
            <w:tcW w:w="0" w:type="auto"/>
            <w:noWrap/>
            <w:vAlign w:val="bottom"/>
            <w:hideMark/>
          </w:tcPr>
          <w:p w14:paraId="6A1E8DA9"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Medical_History_5</w:t>
            </w:r>
          </w:p>
        </w:tc>
        <w:tc>
          <w:tcPr>
            <w:tcW w:w="0" w:type="auto"/>
            <w:noWrap/>
            <w:vAlign w:val="bottom"/>
            <w:hideMark/>
          </w:tcPr>
          <w:p w14:paraId="312D81A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39D3EE2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89.3%</w:t>
            </w:r>
          </w:p>
        </w:tc>
      </w:tr>
      <w:tr w:rsidR="0096040D" w:rsidRPr="005E2F5A" w14:paraId="41297CA3" w14:textId="77777777" w:rsidTr="002A5B47">
        <w:trPr>
          <w:trHeight w:val="288"/>
        </w:trPr>
        <w:tc>
          <w:tcPr>
            <w:tcW w:w="0" w:type="auto"/>
            <w:noWrap/>
            <w:vAlign w:val="bottom"/>
            <w:hideMark/>
          </w:tcPr>
          <w:p w14:paraId="0E7DC4FD"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Insurance_History_3</w:t>
            </w:r>
          </w:p>
        </w:tc>
        <w:tc>
          <w:tcPr>
            <w:tcW w:w="0" w:type="auto"/>
            <w:noWrap/>
            <w:vAlign w:val="bottom"/>
            <w:hideMark/>
          </w:tcPr>
          <w:p w14:paraId="09FAD2B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7673524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89.6%</w:t>
            </w:r>
          </w:p>
        </w:tc>
      </w:tr>
      <w:tr w:rsidR="0096040D" w:rsidRPr="005E2F5A" w14:paraId="46A87DA3" w14:textId="77777777" w:rsidTr="002A5B47">
        <w:trPr>
          <w:trHeight w:val="288"/>
        </w:trPr>
        <w:tc>
          <w:tcPr>
            <w:tcW w:w="0" w:type="auto"/>
            <w:noWrap/>
            <w:vAlign w:val="bottom"/>
            <w:hideMark/>
          </w:tcPr>
          <w:p w14:paraId="6F9F4E4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Medical_History_21</w:t>
            </w:r>
          </w:p>
        </w:tc>
        <w:tc>
          <w:tcPr>
            <w:tcW w:w="0" w:type="auto"/>
            <w:noWrap/>
            <w:vAlign w:val="bottom"/>
            <w:hideMark/>
          </w:tcPr>
          <w:p w14:paraId="4D8A1A0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4615A00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89.9%</w:t>
            </w:r>
          </w:p>
        </w:tc>
      </w:tr>
      <w:tr w:rsidR="0096040D" w:rsidRPr="005E2F5A" w14:paraId="3E849A4A" w14:textId="77777777" w:rsidTr="002A5B47">
        <w:trPr>
          <w:trHeight w:val="288"/>
        </w:trPr>
        <w:tc>
          <w:tcPr>
            <w:tcW w:w="0" w:type="auto"/>
            <w:noWrap/>
            <w:vAlign w:val="bottom"/>
            <w:hideMark/>
          </w:tcPr>
          <w:p w14:paraId="48E8BB4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w:t>
            </w:r>
          </w:p>
        </w:tc>
        <w:tc>
          <w:tcPr>
            <w:tcW w:w="0" w:type="auto"/>
            <w:noWrap/>
            <w:vAlign w:val="bottom"/>
            <w:hideMark/>
          </w:tcPr>
          <w:p w14:paraId="2366075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1C35297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90.3%</w:t>
            </w:r>
          </w:p>
        </w:tc>
      </w:tr>
      <w:tr w:rsidR="0096040D" w:rsidRPr="005E2F5A" w14:paraId="638A5167" w14:textId="77777777" w:rsidTr="002A5B47">
        <w:trPr>
          <w:trHeight w:val="288"/>
        </w:trPr>
        <w:tc>
          <w:tcPr>
            <w:tcW w:w="0" w:type="auto"/>
            <w:noWrap/>
            <w:vAlign w:val="bottom"/>
            <w:hideMark/>
          </w:tcPr>
          <w:p w14:paraId="001FDD7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Medical_Keyword_25</w:t>
            </w:r>
          </w:p>
        </w:tc>
        <w:tc>
          <w:tcPr>
            <w:tcW w:w="0" w:type="auto"/>
            <w:noWrap/>
            <w:vAlign w:val="bottom"/>
            <w:hideMark/>
          </w:tcPr>
          <w:p w14:paraId="61806DE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170630C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90.6%</w:t>
            </w:r>
          </w:p>
        </w:tc>
      </w:tr>
      <w:tr w:rsidR="0096040D" w:rsidRPr="005E2F5A" w14:paraId="235D1BD0" w14:textId="77777777" w:rsidTr="002A5B47">
        <w:trPr>
          <w:trHeight w:val="288"/>
        </w:trPr>
        <w:tc>
          <w:tcPr>
            <w:tcW w:w="0" w:type="auto"/>
            <w:noWrap/>
            <w:vAlign w:val="bottom"/>
            <w:hideMark/>
          </w:tcPr>
          <w:p w14:paraId="4C61DA13"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Medical_History_8</w:t>
            </w:r>
          </w:p>
        </w:tc>
        <w:tc>
          <w:tcPr>
            <w:tcW w:w="0" w:type="auto"/>
            <w:noWrap/>
            <w:vAlign w:val="bottom"/>
            <w:hideMark/>
          </w:tcPr>
          <w:p w14:paraId="60F7D5D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1ED3186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90.9%</w:t>
            </w:r>
          </w:p>
        </w:tc>
      </w:tr>
      <w:tr w:rsidR="0096040D" w:rsidRPr="005E2F5A" w14:paraId="1F776011" w14:textId="77777777" w:rsidTr="002A5B47">
        <w:trPr>
          <w:trHeight w:val="288"/>
        </w:trPr>
        <w:tc>
          <w:tcPr>
            <w:tcW w:w="0" w:type="auto"/>
            <w:noWrap/>
            <w:vAlign w:val="bottom"/>
            <w:hideMark/>
          </w:tcPr>
          <w:p w14:paraId="4600CAF6"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Medical_History_36</w:t>
            </w:r>
          </w:p>
        </w:tc>
        <w:tc>
          <w:tcPr>
            <w:tcW w:w="0" w:type="auto"/>
            <w:noWrap/>
            <w:vAlign w:val="bottom"/>
            <w:hideMark/>
          </w:tcPr>
          <w:p w14:paraId="2777156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1E7C3E8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91.2%</w:t>
            </w:r>
          </w:p>
        </w:tc>
      </w:tr>
      <w:tr w:rsidR="0096040D" w:rsidRPr="005E2F5A" w14:paraId="1A56468C" w14:textId="77777777" w:rsidTr="002A5B47">
        <w:trPr>
          <w:trHeight w:val="288"/>
        </w:trPr>
        <w:tc>
          <w:tcPr>
            <w:tcW w:w="0" w:type="auto"/>
            <w:noWrap/>
            <w:vAlign w:val="bottom"/>
            <w:hideMark/>
          </w:tcPr>
          <w:p w14:paraId="41AD274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Medical_Keyword_37</w:t>
            </w:r>
          </w:p>
        </w:tc>
        <w:tc>
          <w:tcPr>
            <w:tcW w:w="0" w:type="auto"/>
            <w:noWrap/>
            <w:vAlign w:val="bottom"/>
            <w:hideMark/>
          </w:tcPr>
          <w:p w14:paraId="2AC94E2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07C7E2D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91.5%</w:t>
            </w:r>
          </w:p>
        </w:tc>
      </w:tr>
      <w:tr w:rsidR="0096040D" w:rsidRPr="005E2F5A" w14:paraId="24A73543" w14:textId="77777777" w:rsidTr="002A5B47">
        <w:trPr>
          <w:trHeight w:val="288"/>
        </w:trPr>
        <w:tc>
          <w:tcPr>
            <w:tcW w:w="0" w:type="auto"/>
            <w:noWrap/>
            <w:vAlign w:val="bottom"/>
            <w:hideMark/>
          </w:tcPr>
          <w:p w14:paraId="7ADD26A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Product_Info_2_A6</w:t>
            </w:r>
          </w:p>
        </w:tc>
        <w:tc>
          <w:tcPr>
            <w:tcW w:w="0" w:type="auto"/>
            <w:noWrap/>
            <w:vAlign w:val="bottom"/>
            <w:hideMark/>
          </w:tcPr>
          <w:p w14:paraId="11218F1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4F7A5F4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91.8%</w:t>
            </w:r>
          </w:p>
        </w:tc>
      </w:tr>
      <w:tr w:rsidR="0096040D" w:rsidRPr="005E2F5A" w14:paraId="114541DA" w14:textId="77777777" w:rsidTr="002A5B47">
        <w:trPr>
          <w:trHeight w:val="288"/>
        </w:trPr>
        <w:tc>
          <w:tcPr>
            <w:tcW w:w="0" w:type="auto"/>
            <w:noWrap/>
            <w:vAlign w:val="bottom"/>
            <w:hideMark/>
          </w:tcPr>
          <w:p w14:paraId="3DB323D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InsuredInfo_2</w:t>
            </w:r>
          </w:p>
        </w:tc>
        <w:tc>
          <w:tcPr>
            <w:tcW w:w="0" w:type="auto"/>
            <w:noWrap/>
            <w:vAlign w:val="bottom"/>
            <w:hideMark/>
          </w:tcPr>
          <w:p w14:paraId="1C7269B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6C4E41F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92.1%</w:t>
            </w:r>
          </w:p>
        </w:tc>
      </w:tr>
      <w:tr w:rsidR="0096040D" w:rsidRPr="005E2F5A" w14:paraId="6699E3F8" w14:textId="77777777" w:rsidTr="002A5B47">
        <w:trPr>
          <w:trHeight w:val="288"/>
        </w:trPr>
        <w:tc>
          <w:tcPr>
            <w:tcW w:w="0" w:type="auto"/>
            <w:noWrap/>
            <w:vAlign w:val="bottom"/>
            <w:hideMark/>
          </w:tcPr>
          <w:p w14:paraId="28FC06C3"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Product_Info_1</w:t>
            </w:r>
          </w:p>
        </w:tc>
        <w:tc>
          <w:tcPr>
            <w:tcW w:w="0" w:type="auto"/>
            <w:noWrap/>
            <w:vAlign w:val="bottom"/>
            <w:hideMark/>
          </w:tcPr>
          <w:p w14:paraId="679C340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6E845AB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92.4%</w:t>
            </w:r>
          </w:p>
        </w:tc>
      </w:tr>
      <w:tr w:rsidR="0096040D" w:rsidRPr="005E2F5A" w14:paraId="4055DF36" w14:textId="77777777" w:rsidTr="002A5B47">
        <w:trPr>
          <w:trHeight w:val="288"/>
        </w:trPr>
        <w:tc>
          <w:tcPr>
            <w:tcW w:w="0" w:type="auto"/>
            <w:noWrap/>
            <w:vAlign w:val="bottom"/>
            <w:hideMark/>
          </w:tcPr>
          <w:p w14:paraId="38CB7CB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Insurance_History_9</w:t>
            </w:r>
          </w:p>
        </w:tc>
        <w:tc>
          <w:tcPr>
            <w:tcW w:w="0" w:type="auto"/>
            <w:noWrap/>
            <w:vAlign w:val="bottom"/>
            <w:hideMark/>
          </w:tcPr>
          <w:p w14:paraId="717CF16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614572E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92.7%</w:t>
            </w:r>
          </w:p>
        </w:tc>
      </w:tr>
      <w:tr w:rsidR="0096040D" w:rsidRPr="005E2F5A" w14:paraId="1C2A118A" w14:textId="77777777" w:rsidTr="002A5B47">
        <w:trPr>
          <w:trHeight w:val="288"/>
        </w:trPr>
        <w:tc>
          <w:tcPr>
            <w:tcW w:w="0" w:type="auto"/>
            <w:noWrap/>
            <w:vAlign w:val="bottom"/>
            <w:hideMark/>
          </w:tcPr>
          <w:p w14:paraId="3960E58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Medical_History_20</w:t>
            </w:r>
          </w:p>
        </w:tc>
        <w:tc>
          <w:tcPr>
            <w:tcW w:w="0" w:type="auto"/>
            <w:noWrap/>
            <w:vAlign w:val="bottom"/>
            <w:hideMark/>
          </w:tcPr>
          <w:p w14:paraId="5552F7E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6AFD8D7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93.0%</w:t>
            </w:r>
          </w:p>
        </w:tc>
      </w:tr>
      <w:tr w:rsidR="0096040D" w:rsidRPr="005E2F5A" w14:paraId="1BF13A83" w14:textId="77777777" w:rsidTr="002A5B47">
        <w:trPr>
          <w:trHeight w:val="288"/>
        </w:trPr>
        <w:tc>
          <w:tcPr>
            <w:tcW w:w="0" w:type="auto"/>
            <w:noWrap/>
            <w:vAlign w:val="bottom"/>
            <w:hideMark/>
          </w:tcPr>
          <w:p w14:paraId="14EF8ADD"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Medical_History_26</w:t>
            </w:r>
          </w:p>
        </w:tc>
        <w:tc>
          <w:tcPr>
            <w:tcW w:w="0" w:type="auto"/>
            <w:noWrap/>
            <w:vAlign w:val="bottom"/>
            <w:hideMark/>
          </w:tcPr>
          <w:p w14:paraId="44AF0EC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0AD802D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93.3%</w:t>
            </w:r>
          </w:p>
        </w:tc>
      </w:tr>
      <w:tr w:rsidR="0096040D" w:rsidRPr="005E2F5A" w14:paraId="1F893E0D" w14:textId="77777777" w:rsidTr="002A5B47">
        <w:trPr>
          <w:trHeight w:val="288"/>
        </w:trPr>
        <w:tc>
          <w:tcPr>
            <w:tcW w:w="0" w:type="auto"/>
            <w:noWrap/>
            <w:vAlign w:val="bottom"/>
            <w:hideMark/>
          </w:tcPr>
          <w:p w14:paraId="105E6F9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Employment_Info_5</w:t>
            </w:r>
          </w:p>
        </w:tc>
        <w:tc>
          <w:tcPr>
            <w:tcW w:w="0" w:type="auto"/>
            <w:noWrap/>
            <w:vAlign w:val="bottom"/>
            <w:hideMark/>
          </w:tcPr>
          <w:p w14:paraId="11EC7A1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0.3%</w:t>
            </w:r>
          </w:p>
        </w:tc>
        <w:tc>
          <w:tcPr>
            <w:tcW w:w="0" w:type="auto"/>
            <w:noWrap/>
            <w:vAlign w:val="bottom"/>
            <w:hideMark/>
          </w:tcPr>
          <w:p w14:paraId="38152DC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93.5%</w:t>
            </w:r>
          </w:p>
        </w:tc>
      </w:tr>
      <w:tr w:rsidR="0096040D" w:rsidRPr="005E2F5A" w14:paraId="01F7E21D" w14:textId="77777777" w:rsidTr="002A5B47">
        <w:trPr>
          <w:trHeight w:val="288"/>
        </w:trPr>
        <w:tc>
          <w:tcPr>
            <w:tcW w:w="0" w:type="auto"/>
            <w:noWrap/>
            <w:vAlign w:val="bottom"/>
            <w:hideMark/>
          </w:tcPr>
          <w:p w14:paraId="6F1E32A4"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Medical_History_7</w:t>
            </w:r>
          </w:p>
        </w:tc>
        <w:tc>
          <w:tcPr>
            <w:tcW w:w="0" w:type="auto"/>
            <w:noWrap/>
            <w:vAlign w:val="bottom"/>
            <w:hideMark/>
          </w:tcPr>
          <w:p w14:paraId="7489A71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5FDB7A8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93.7%</w:t>
            </w:r>
          </w:p>
        </w:tc>
      </w:tr>
      <w:tr w:rsidR="0096040D" w:rsidRPr="005E2F5A" w14:paraId="4CE4F1A4" w14:textId="77777777" w:rsidTr="002A5B47">
        <w:trPr>
          <w:trHeight w:val="288"/>
        </w:trPr>
        <w:tc>
          <w:tcPr>
            <w:tcW w:w="0" w:type="auto"/>
            <w:noWrap/>
            <w:vAlign w:val="bottom"/>
            <w:hideMark/>
          </w:tcPr>
          <w:p w14:paraId="1DAA22F1"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Medical_History_12</w:t>
            </w:r>
          </w:p>
        </w:tc>
        <w:tc>
          <w:tcPr>
            <w:tcW w:w="0" w:type="auto"/>
            <w:noWrap/>
            <w:vAlign w:val="bottom"/>
            <w:hideMark/>
          </w:tcPr>
          <w:p w14:paraId="230B381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0072BDB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94.0%</w:t>
            </w:r>
          </w:p>
        </w:tc>
      </w:tr>
      <w:tr w:rsidR="0096040D" w:rsidRPr="005E2F5A" w14:paraId="7C550C5A" w14:textId="77777777" w:rsidTr="002A5B47">
        <w:trPr>
          <w:trHeight w:val="288"/>
        </w:trPr>
        <w:tc>
          <w:tcPr>
            <w:tcW w:w="0" w:type="auto"/>
            <w:noWrap/>
            <w:vAlign w:val="bottom"/>
            <w:hideMark/>
          </w:tcPr>
          <w:p w14:paraId="06170A7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Medical_History_6</w:t>
            </w:r>
          </w:p>
        </w:tc>
        <w:tc>
          <w:tcPr>
            <w:tcW w:w="0" w:type="auto"/>
            <w:noWrap/>
            <w:vAlign w:val="bottom"/>
            <w:hideMark/>
          </w:tcPr>
          <w:p w14:paraId="3CF8DC5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32297AB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94.2%</w:t>
            </w:r>
          </w:p>
        </w:tc>
      </w:tr>
      <w:tr w:rsidR="0096040D" w:rsidRPr="005E2F5A" w14:paraId="74A7F623" w14:textId="77777777" w:rsidTr="002A5B47">
        <w:trPr>
          <w:trHeight w:val="288"/>
        </w:trPr>
        <w:tc>
          <w:tcPr>
            <w:tcW w:w="0" w:type="auto"/>
            <w:noWrap/>
            <w:vAlign w:val="bottom"/>
            <w:hideMark/>
          </w:tcPr>
          <w:p w14:paraId="65C7C50A"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Medical_Keyword_40</w:t>
            </w:r>
          </w:p>
        </w:tc>
        <w:tc>
          <w:tcPr>
            <w:tcW w:w="0" w:type="auto"/>
            <w:noWrap/>
            <w:vAlign w:val="bottom"/>
            <w:hideMark/>
          </w:tcPr>
          <w:p w14:paraId="3BDF03A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759BCA2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94.4%</w:t>
            </w:r>
          </w:p>
        </w:tc>
      </w:tr>
      <w:tr w:rsidR="0096040D" w:rsidRPr="005E2F5A" w14:paraId="5CC62C0D" w14:textId="77777777" w:rsidTr="002A5B47">
        <w:trPr>
          <w:trHeight w:val="288"/>
        </w:trPr>
        <w:tc>
          <w:tcPr>
            <w:tcW w:w="0" w:type="auto"/>
            <w:noWrap/>
            <w:vAlign w:val="bottom"/>
            <w:hideMark/>
          </w:tcPr>
          <w:p w14:paraId="6A9A9C2A"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Medical_Keyword_42</w:t>
            </w:r>
          </w:p>
        </w:tc>
        <w:tc>
          <w:tcPr>
            <w:tcW w:w="0" w:type="auto"/>
            <w:noWrap/>
            <w:vAlign w:val="bottom"/>
            <w:hideMark/>
          </w:tcPr>
          <w:p w14:paraId="4865F66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0AAAFD5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94.7%</w:t>
            </w:r>
          </w:p>
        </w:tc>
      </w:tr>
      <w:tr w:rsidR="0096040D" w:rsidRPr="005E2F5A" w14:paraId="7403909B" w14:textId="77777777" w:rsidTr="002A5B47">
        <w:trPr>
          <w:trHeight w:val="288"/>
        </w:trPr>
        <w:tc>
          <w:tcPr>
            <w:tcW w:w="0" w:type="auto"/>
            <w:noWrap/>
            <w:vAlign w:val="bottom"/>
            <w:hideMark/>
          </w:tcPr>
          <w:p w14:paraId="3994DE11"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Medical_History_37</w:t>
            </w:r>
          </w:p>
        </w:tc>
        <w:tc>
          <w:tcPr>
            <w:tcW w:w="0" w:type="auto"/>
            <w:noWrap/>
            <w:vAlign w:val="bottom"/>
            <w:hideMark/>
          </w:tcPr>
          <w:p w14:paraId="1F1808D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78190C8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94.9%</w:t>
            </w:r>
          </w:p>
        </w:tc>
      </w:tr>
      <w:tr w:rsidR="0096040D" w:rsidRPr="005E2F5A" w14:paraId="6D2EA864" w14:textId="77777777" w:rsidTr="002A5B47">
        <w:trPr>
          <w:trHeight w:val="288"/>
        </w:trPr>
        <w:tc>
          <w:tcPr>
            <w:tcW w:w="0" w:type="auto"/>
            <w:noWrap/>
            <w:vAlign w:val="bottom"/>
            <w:hideMark/>
          </w:tcPr>
          <w:p w14:paraId="47CF6F3D"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lastRenderedPageBreak/>
              <w:t>Medical_History_17</w:t>
            </w:r>
          </w:p>
        </w:tc>
        <w:tc>
          <w:tcPr>
            <w:tcW w:w="0" w:type="auto"/>
            <w:noWrap/>
            <w:vAlign w:val="bottom"/>
            <w:hideMark/>
          </w:tcPr>
          <w:p w14:paraId="7BEB446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0BAC546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95.1%</w:t>
            </w:r>
          </w:p>
        </w:tc>
      </w:tr>
      <w:tr w:rsidR="0096040D" w:rsidRPr="005E2F5A" w14:paraId="30CE59D1" w14:textId="77777777" w:rsidTr="002A5B47">
        <w:trPr>
          <w:trHeight w:val="288"/>
        </w:trPr>
        <w:tc>
          <w:tcPr>
            <w:tcW w:w="0" w:type="auto"/>
            <w:noWrap/>
            <w:vAlign w:val="bottom"/>
            <w:hideMark/>
          </w:tcPr>
          <w:p w14:paraId="31FEEE47"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Employment_Info_3</w:t>
            </w:r>
          </w:p>
        </w:tc>
        <w:tc>
          <w:tcPr>
            <w:tcW w:w="0" w:type="auto"/>
            <w:noWrap/>
            <w:vAlign w:val="bottom"/>
            <w:hideMark/>
          </w:tcPr>
          <w:p w14:paraId="1C07EDA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773469D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95.3%</w:t>
            </w:r>
          </w:p>
        </w:tc>
      </w:tr>
      <w:tr w:rsidR="0096040D" w:rsidRPr="005E2F5A" w14:paraId="1687B6EA" w14:textId="77777777" w:rsidTr="002A5B47">
        <w:trPr>
          <w:trHeight w:val="288"/>
        </w:trPr>
        <w:tc>
          <w:tcPr>
            <w:tcW w:w="0" w:type="auto"/>
            <w:noWrap/>
            <w:vAlign w:val="bottom"/>
            <w:hideMark/>
          </w:tcPr>
          <w:p w14:paraId="77587D9D"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Medical_History_19</w:t>
            </w:r>
          </w:p>
        </w:tc>
        <w:tc>
          <w:tcPr>
            <w:tcW w:w="0" w:type="auto"/>
            <w:noWrap/>
            <w:vAlign w:val="bottom"/>
            <w:hideMark/>
          </w:tcPr>
          <w:p w14:paraId="18D7F64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3010FB5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95.5%</w:t>
            </w:r>
          </w:p>
        </w:tc>
      </w:tr>
      <w:tr w:rsidR="0096040D" w:rsidRPr="005E2F5A" w14:paraId="695CDAB6" w14:textId="77777777" w:rsidTr="002A5B47">
        <w:trPr>
          <w:trHeight w:val="288"/>
        </w:trPr>
        <w:tc>
          <w:tcPr>
            <w:tcW w:w="0" w:type="auto"/>
            <w:noWrap/>
            <w:vAlign w:val="bottom"/>
            <w:hideMark/>
          </w:tcPr>
          <w:p w14:paraId="6F80F537"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Medical_Keyword_48</w:t>
            </w:r>
          </w:p>
        </w:tc>
        <w:tc>
          <w:tcPr>
            <w:tcW w:w="0" w:type="auto"/>
            <w:noWrap/>
            <w:vAlign w:val="bottom"/>
            <w:hideMark/>
          </w:tcPr>
          <w:p w14:paraId="414C206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208354E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95.7%</w:t>
            </w:r>
          </w:p>
        </w:tc>
      </w:tr>
      <w:tr w:rsidR="0096040D" w:rsidRPr="005E2F5A" w14:paraId="2CB5E45B" w14:textId="77777777" w:rsidTr="002A5B47">
        <w:trPr>
          <w:trHeight w:val="288"/>
        </w:trPr>
        <w:tc>
          <w:tcPr>
            <w:tcW w:w="0" w:type="auto"/>
            <w:noWrap/>
            <w:vAlign w:val="bottom"/>
            <w:hideMark/>
          </w:tcPr>
          <w:p w14:paraId="2A3F6C2F"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Medical_Keyword_38</w:t>
            </w:r>
          </w:p>
        </w:tc>
        <w:tc>
          <w:tcPr>
            <w:tcW w:w="0" w:type="auto"/>
            <w:noWrap/>
            <w:vAlign w:val="bottom"/>
            <w:hideMark/>
          </w:tcPr>
          <w:p w14:paraId="5E26086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741D8CF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95.9%</w:t>
            </w:r>
          </w:p>
        </w:tc>
      </w:tr>
      <w:tr w:rsidR="0096040D" w:rsidRPr="005E2F5A" w14:paraId="38F38CFF" w14:textId="77777777" w:rsidTr="002A5B47">
        <w:trPr>
          <w:trHeight w:val="288"/>
        </w:trPr>
        <w:tc>
          <w:tcPr>
            <w:tcW w:w="0" w:type="auto"/>
            <w:noWrap/>
            <w:vAlign w:val="bottom"/>
            <w:hideMark/>
          </w:tcPr>
          <w:p w14:paraId="59063E04"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Medical_Keyword_11</w:t>
            </w:r>
          </w:p>
        </w:tc>
        <w:tc>
          <w:tcPr>
            <w:tcW w:w="0" w:type="auto"/>
            <w:noWrap/>
            <w:vAlign w:val="bottom"/>
            <w:hideMark/>
          </w:tcPr>
          <w:p w14:paraId="5F85F9D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31CDA30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96.1%</w:t>
            </w:r>
          </w:p>
        </w:tc>
      </w:tr>
      <w:tr w:rsidR="0096040D" w:rsidRPr="005E2F5A" w14:paraId="00035166" w14:textId="77777777" w:rsidTr="002A5B47">
        <w:trPr>
          <w:trHeight w:val="288"/>
        </w:trPr>
        <w:tc>
          <w:tcPr>
            <w:tcW w:w="0" w:type="auto"/>
            <w:noWrap/>
            <w:vAlign w:val="bottom"/>
            <w:hideMark/>
          </w:tcPr>
          <w:p w14:paraId="7274E37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Medical_History_27</w:t>
            </w:r>
          </w:p>
        </w:tc>
        <w:tc>
          <w:tcPr>
            <w:tcW w:w="0" w:type="auto"/>
            <w:noWrap/>
            <w:vAlign w:val="bottom"/>
            <w:hideMark/>
          </w:tcPr>
          <w:p w14:paraId="0947E58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263CA7E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96.2%</w:t>
            </w:r>
          </w:p>
        </w:tc>
      </w:tr>
      <w:tr w:rsidR="0096040D" w:rsidRPr="005E2F5A" w14:paraId="7D0708A1" w14:textId="77777777" w:rsidTr="002A5B47">
        <w:trPr>
          <w:trHeight w:val="288"/>
        </w:trPr>
        <w:tc>
          <w:tcPr>
            <w:tcW w:w="0" w:type="auto"/>
            <w:noWrap/>
            <w:vAlign w:val="bottom"/>
            <w:hideMark/>
          </w:tcPr>
          <w:p w14:paraId="1A5653CE"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w:t>
            </w:r>
          </w:p>
        </w:tc>
        <w:tc>
          <w:tcPr>
            <w:tcW w:w="0" w:type="auto"/>
            <w:noWrap/>
            <w:vAlign w:val="bottom"/>
            <w:hideMark/>
          </w:tcPr>
          <w:p w14:paraId="7CD9BD9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484AEA3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96.4%</w:t>
            </w:r>
          </w:p>
        </w:tc>
      </w:tr>
      <w:tr w:rsidR="0096040D" w:rsidRPr="005E2F5A" w14:paraId="62D98DC8" w14:textId="77777777" w:rsidTr="002A5B47">
        <w:trPr>
          <w:trHeight w:val="288"/>
        </w:trPr>
        <w:tc>
          <w:tcPr>
            <w:tcW w:w="0" w:type="auto"/>
            <w:noWrap/>
            <w:vAlign w:val="bottom"/>
            <w:hideMark/>
          </w:tcPr>
          <w:p w14:paraId="11E2F67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Medical_Keyword_22</w:t>
            </w:r>
          </w:p>
        </w:tc>
        <w:tc>
          <w:tcPr>
            <w:tcW w:w="0" w:type="auto"/>
            <w:noWrap/>
            <w:vAlign w:val="bottom"/>
            <w:hideMark/>
          </w:tcPr>
          <w:p w14:paraId="4B16BF6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42B9896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96.5%</w:t>
            </w:r>
          </w:p>
        </w:tc>
      </w:tr>
      <w:tr w:rsidR="0096040D" w:rsidRPr="005E2F5A" w14:paraId="52DD5E9C" w14:textId="77777777" w:rsidTr="002A5B47">
        <w:trPr>
          <w:trHeight w:val="288"/>
        </w:trPr>
        <w:tc>
          <w:tcPr>
            <w:tcW w:w="0" w:type="auto"/>
            <w:noWrap/>
            <w:vAlign w:val="bottom"/>
            <w:hideMark/>
          </w:tcPr>
          <w:p w14:paraId="4F212F89"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Medical_Keyword_33</w:t>
            </w:r>
          </w:p>
        </w:tc>
        <w:tc>
          <w:tcPr>
            <w:tcW w:w="0" w:type="auto"/>
            <w:noWrap/>
            <w:vAlign w:val="bottom"/>
            <w:hideMark/>
          </w:tcPr>
          <w:p w14:paraId="47297A9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1D514C0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96.7%</w:t>
            </w:r>
          </w:p>
        </w:tc>
      </w:tr>
      <w:tr w:rsidR="0096040D" w:rsidRPr="005E2F5A" w14:paraId="292637FD" w14:textId="77777777" w:rsidTr="002A5B47">
        <w:trPr>
          <w:trHeight w:val="288"/>
        </w:trPr>
        <w:tc>
          <w:tcPr>
            <w:tcW w:w="0" w:type="auto"/>
            <w:noWrap/>
            <w:vAlign w:val="bottom"/>
            <w:hideMark/>
          </w:tcPr>
          <w:p w14:paraId="118372DF"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Medical_Keyword_41</w:t>
            </w:r>
          </w:p>
        </w:tc>
        <w:tc>
          <w:tcPr>
            <w:tcW w:w="0" w:type="auto"/>
            <w:noWrap/>
            <w:vAlign w:val="bottom"/>
            <w:hideMark/>
          </w:tcPr>
          <w:p w14:paraId="7ADA939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2E5C61F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96.9%</w:t>
            </w:r>
          </w:p>
        </w:tc>
      </w:tr>
      <w:tr w:rsidR="0096040D" w:rsidRPr="005E2F5A" w14:paraId="7441B20C" w14:textId="77777777" w:rsidTr="002A5B47">
        <w:trPr>
          <w:trHeight w:val="288"/>
        </w:trPr>
        <w:tc>
          <w:tcPr>
            <w:tcW w:w="0" w:type="auto"/>
            <w:noWrap/>
            <w:vAlign w:val="bottom"/>
            <w:hideMark/>
          </w:tcPr>
          <w:p w14:paraId="3A3EABC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Medical_Keyword_10</w:t>
            </w:r>
          </w:p>
        </w:tc>
        <w:tc>
          <w:tcPr>
            <w:tcW w:w="0" w:type="auto"/>
            <w:noWrap/>
            <w:vAlign w:val="bottom"/>
            <w:hideMark/>
          </w:tcPr>
          <w:p w14:paraId="11515E2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0.2%</w:t>
            </w:r>
          </w:p>
        </w:tc>
        <w:tc>
          <w:tcPr>
            <w:tcW w:w="0" w:type="auto"/>
            <w:noWrap/>
            <w:vAlign w:val="bottom"/>
            <w:hideMark/>
          </w:tcPr>
          <w:p w14:paraId="79956B4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97.0%</w:t>
            </w:r>
          </w:p>
        </w:tc>
      </w:tr>
      <w:tr w:rsidR="0096040D" w:rsidRPr="005E2F5A" w14:paraId="6107E7B4" w14:textId="77777777" w:rsidTr="002A5B47">
        <w:trPr>
          <w:trHeight w:val="288"/>
        </w:trPr>
        <w:tc>
          <w:tcPr>
            <w:tcW w:w="0" w:type="auto"/>
            <w:noWrap/>
            <w:vAlign w:val="bottom"/>
            <w:hideMark/>
          </w:tcPr>
          <w:p w14:paraId="1758712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Medical_History_11</w:t>
            </w:r>
          </w:p>
        </w:tc>
        <w:tc>
          <w:tcPr>
            <w:tcW w:w="0" w:type="auto"/>
            <w:noWrap/>
            <w:vAlign w:val="bottom"/>
            <w:hideMark/>
          </w:tcPr>
          <w:p w14:paraId="36FA4D5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3B770BA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97.2%</w:t>
            </w:r>
          </w:p>
        </w:tc>
      </w:tr>
      <w:tr w:rsidR="0096040D" w:rsidRPr="005E2F5A" w14:paraId="477474E9" w14:textId="77777777" w:rsidTr="002A5B47">
        <w:trPr>
          <w:trHeight w:val="288"/>
        </w:trPr>
        <w:tc>
          <w:tcPr>
            <w:tcW w:w="0" w:type="auto"/>
            <w:noWrap/>
            <w:vAlign w:val="bottom"/>
            <w:hideMark/>
          </w:tcPr>
          <w:p w14:paraId="0750C7E6"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Medical_History_31</w:t>
            </w:r>
          </w:p>
        </w:tc>
        <w:tc>
          <w:tcPr>
            <w:tcW w:w="0" w:type="auto"/>
            <w:noWrap/>
            <w:vAlign w:val="bottom"/>
            <w:hideMark/>
          </w:tcPr>
          <w:p w14:paraId="41117E6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572BD41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97.3%</w:t>
            </w:r>
          </w:p>
        </w:tc>
      </w:tr>
      <w:tr w:rsidR="0096040D" w:rsidRPr="005E2F5A" w14:paraId="41AA2054" w14:textId="77777777" w:rsidTr="002A5B47">
        <w:trPr>
          <w:trHeight w:val="288"/>
        </w:trPr>
        <w:tc>
          <w:tcPr>
            <w:tcW w:w="0" w:type="auto"/>
            <w:noWrap/>
            <w:vAlign w:val="bottom"/>
            <w:hideMark/>
          </w:tcPr>
          <w:p w14:paraId="59B5E077"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Medical_History_22</w:t>
            </w:r>
          </w:p>
        </w:tc>
        <w:tc>
          <w:tcPr>
            <w:tcW w:w="0" w:type="auto"/>
            <w:noWrap/>
            <w:vAlign w:val="bottom"/>
            <w:hideMark/>
          </w:tcPr>
          <w:p w14:paraId="31711C8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5B615FE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97.4%</w:t>
            </w:r>
          </w:p>
        </w:tc>
      </w:tr>
      <w:tr w:rsidR="0096040D" w:rsidRPr="005E2F5A" w14:paraId="130D3CCF" w14:textId="77777777" w:rsidTr="002A5B47">
        <w:trPr>
          <w:trHeight w:val="288"/>
        </w:trPr>
        <w:tc>
          <w:tcPr>
            <w:tcW w:w="0" w:type="auto"/>
            <w:noWrap/>
            <w:vAlign w:val="bottom"/>
            <w:hideMark/>
          </w:tcPr>
          <w:p w14:paraId="36A6FB73"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Medical_History_14</w:t>
            </w:r>
          </w:p>
        </w:tc>
        <w:tc>
          <w:tcPr>
            <w:tcW w:w="0" w:type="auto"/>
            <w:noWrap/>
            <w:vAlign w:val="bottom"/>
            <w:hideMark/>
          </w:tcPr>
          <w:p w14:paraId="3F0948D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623B2BD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97.6%</w:t>
            </w:r>
          </w:p>
        </w:tc>
      </w:tr>
      <w:tr w:rsidR="0096040D" w:rsidRPr="005E2F5A" w14:paraId="561E0445" w14:textId="77777777" w:rsidTr="002A5B47">
        <w:trPr>
          <w:trHeight w:val="288"/>
        </w:trPr>
        <w:tc>
          <w:tcPr>
            <w:tcW w:w="0" w:type="auto"/>
            <w:noWrap/>
            <w:vAlign w:val="bottom"/>
            <w:hideMark/>
          </w:tcPr>
          <w:p w14:paraId="7DE28E0A"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Product_Info_5</w:t>
            </w:r>
          </w:p>
        </w:tc>
        <w:tc>
          <w:tcPr>
            <w:tcW w:w="0" w:type="auto"/>
            <w:noWrap/>
            <w:vAlign w:val="bottom"/>
            <w:hideMark/>
          </w:tcPr>
          <w:p w14:paraId="7770025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1F17261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97.7%</w:t>
            </w:r>
          </w:p>
        </w:tc>
      </w:tr>
      <w:tr w:rsidR="0096040D" w:rsidRPr="005E2F5A" w14:paraId="15A4FC43" w14:textId="77777777" w:rsidTr="002A5B47">
        <w:trPr>
          <w:trHeight w:val="288"/>
        </w:trPr>
        <w:tc>
          <w:tcPr>
            <w:tcW w:w="0" w:type="auto"/>
            <w:noWrap/>
            <w:vAlign w:val="bottom"/>
            <w:hideMark/>
          </w:tcPr>
          <w:p w14:paraId="5896ADD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Medical_Keyword_47</w:t>
            </w:r>
          </w:p>
        </w:tc>
        <w:tc>
          <w:tcPr>
            <w:tcW w:w="0" w:type="auto"/>
            <w:noWrap/>
            <w:vAlign w:val="bottom"/>
            <w:hideMark/>
          </w:tcPr>
          <w:p w14:paraId="27973A9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6FAE880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97.8%</w:t>
            </w:r>
          </w:p>
        </w:tc>
      </w:tr>
      <w:tr w:rsidR="0096040D" w:rsidRPr="005E2F5A" w14:paraId="1ECABE3C" w14:textId="77777777" w:rsidTr="002A5B47">
        <w:trPr>
          <w:trHeight w:val="288"/>
        </w:trPr>
        <w:tc>
          <w:tcPr>
            <w:tcW w:w="0" w:type="auto"/>
            <w:noWrap/>
            <w:vAlign w:val="bottom"/>
            <w:hideMark/>
          </w:tcPr>
          <w:p w14:paraId="756E6516"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Medical_Keyword_24</w:t>
            </w:r>
          </w:p>
        </w:tc>
        <w:tc>
          <w:tcPr>
            <w:tcW w:w="0" w:type="auto"/>
            <w:noWrap/>
            <w:vAlign w:val="bottom"/>
            <w:hideMark/>
          </w:tcPr>
          <w:p w14:paraId="2728F98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69F95F5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97.9%</w:t>
            </w:r>
          </w:p>
        </w:tc>
      </w:tr>
      <w:tr w:rsidR="0096040D" w:rsidRPr="005E2F5A" w14:paraId="315A2060" w14:textId="77777777" w:rsidTr="002A5B47">
        <w:trPr>
          <w:trHeight w:val="288"/>
        </w:trPr>
        <w:tc>
          <w:tcPr>
            <w:tcW w:w="0" w:type="auto"/>
            <w:noWrap/>
            <w:vAlign w:val="bottom"/>
            <w:hideMark/>
          </w:tcPr>
          <w:p w14:paraId="62F0B76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Medical_Keyword_34</w:t>
            </w:r>
          </w:p>
        </w:tc>
        <w:tc>
          <w:tcPr>
            <w:tcW w:w="0" w:type="auto"/>
            <w:noWrap/>
            <w:vAlign w:val="bottom"/>
            <w:hideMark/>
          </w:tcPr>
          <w:p w14:paraId="47B989D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33E9F49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98.0%</w:t>
            </w:r>
          </w:p>
        </w:tc>
      </w:tr>
      <w:tr w:rsidR="0096040D" w:rsidRPr="005E2F5A" w14:paraId="2F5D29FF" w14:textId="77777777" w:rsidTr="002A5B47">
        <w:trPr>
          <w:trHeight w:val="288"/>
        </w:trPr>
        <w:tc>
          <w:tcPr>
            <w:tcW w:w="0" w:type="auto"/>
            <w:noWrap/>
            <w:vAlign w:val="bottom"/>
            <w:hideMark/>
          </w:tcPr>
          <w:p w14:paraId="6998C79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Medical_Keyword_35</w:t>
            </w:r>
          </w:p>
        </w:tc>
        <w:tc>
          <w:tcPr>
            <w:tcW w:w="0" w:type="auto"/>
            <w:noWrap/>
            <w:vAlign w:val="bottom"/>
            <w:hideMark/>
          </w:tcPr>
          <w:p w14:paraId="252D8EA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5FC54E6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98.2%</w:t>
            </w:r>
          </w:p>
        </w:tc>
      </w:tr>
      <w:tr w:rsidR="0096040D" w:rsidRPr="005E2F5A" w14:paraId="2AD2451B" w14:textId="77777777" w:rsidTr="002A5B47">
        <w:trPr>
          <w:trHeight w:val="288"/>
        </w:trPr>
        <w:tc>
          <w:tcPr>
            <w:tcW w:w="0" w:type="auto"/>
            <w:noWrap/>
            <w:vAlign w:val="bottom"/>
            <w:hideMark/>
          </w:tcPr>
          <w:p w14:paraId="2420E30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Product_Info_7</w:t>
            </w:r>
          </w:p>
        </w:tc>
        <w:tc>
          <w:tcPr>
            <w:tcW w:w="0" w:type="auto"/>
            <w:noWrap/>
            <w:vAlign w:val="bottom"/>
            <w:hideMark/>
          </w:tcPr>
          <w:p w14:paraId="1CB2FAC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194C9A9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98.3%</w:t>
            </w:r>
          </w:p>
        </w:tc>
      </w:tr>
      <w:tr w:rsidR="0096040D" w:rsidRPr="005E2F5A" w14:paraId="2254CB55" w14:textId="77777777" w:rsidTr="002A5B47">
        <w:trPr>
          <w:trHeight w:val="288"/>
        </w:trPr>
        <w:tc>
          <w:tcPr>
            <w:tcW w:w="0" w:type="auto"/>
            <w:noWrap/>
            <w:vAlign w:val="bottom"/>
            <w:hideMark/>
          </w:tcPr>
          <w:p w14:paraId="5FB1D886"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Medical_Keyword_30</w:t>
            </w:r>
          </w:p>
        </w:tc>
        <w:tc>
          <w:tcPr>
            <w:tcW w:w="0" w:type="auto"/>
            <w:noWrap/>
            <w:vAlign w:val="bottom"/>
            <w:hideMark/>
          </w:tcPr>
          <w:p w14:paraId="44CC83F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74EF7B2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98.4%</w:t>
            </w:r>
          </w:p>
        </w:tc>
      </w:tr>
      <w:tr w:rsidR="0096040D" w:rsidRPr="005E2F5A" w14:paraId="2FA1B858" w14:textId="77777777" w:rsidTr="002A5B47">
        <w:trPr>
          <w:trHeight w:val="288"/>
        </w:trPr>
        <w:tc>
          <w:tcPr>
            <w:tcW w:w="0" w:type="auto"/>
            <w:noWrap/>
            <w:vAlign w:val="bottom"/>
            <w:hideMark/>
          </w:tcPr>
          <w:p w14:paraId="2A094409"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w:t>
            </w:r>
          </w:p>
        </w:tc>
        <w:tc>
          <w:tcPr>
            <w:tcW w:w="0" w:type="auto"/>
            <w:noWrap/>
            <w:vAlign w:val="bottom"/>
            <w:hideMark/>
          </w:tcPr>
          <w:p w14:paraId="4083E40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1ED0142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98.5%</w:t>
            </w:r>
          </w:p>
        </w:tc>
      </w:tr>
      <w:tr w:rsidR="0096040D" w:rsidRPr="005E2F5A" w14:paraId="4FB493A6" w14:textId="77777777" w:rsidTr="002A5B47">
        <w:trPr>
          <w:trHeight w:val="288"/>
        </w:trPr>
        <w:tc>
          <w:tcPr>
            <w:tcW w:w="0" w:type="auto"/>
            <w:noWrap/>
            <w:vAlign w:val="bottom"/>
            <w:hideMark/>
          </w:tcPr>
          <w:p w14:paraId="6A29C6D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Medical_Keyword_9</w:t>
            </w:r>
          </w:p>
        </w:tc>
        <w:tc>
          <w:tcPr>
            <w:tcW w:w="0" w:type="auto"/>
            <w:noWrap/>
            <w:vAlign w:val="bottom"/>
            <w:hideMark/>
          </w:tcPr>
          <w:p w14:paraId="5FBDC26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0DD8C2C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98.5%</w:t>
            </w:r>
          </w:p>
        </w:tc>
      </w:tr>
      <w:tr w:rsidR="0096040D" w:rsidRPr="005E2F5A" w14:paraId="7C836811" w14:textId="77777777" w:rsidTr="002A5B47">
        <w:trPr>
          <w:trHeight w:val="288"/>
        </w:trPr>
        <w:tc>
          <w:tcPr>
            <w:tcW w:w="0" w:type="auto"/>
            <w:noWrap/>
            <w:vAlign w:val="bottom"/>
            <w:hideMark/>
          </w:tcPr>
          <w:p w14:paraId="5D9114D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Medical_Keyword_28</w:t>
            </w:r>
          </w:p>
        </w:tc>
        <w:tc>
          <w:tcPr>
            <w:tcW w:w="0" w:type="auto"/>
            <w:noWrap/>
            <w:vAlign w:val="bottom"/>
            <w:hideMark/>
          </w:tcPr>
          <w:p w14:paraId="21D9EF5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40BF0DDB"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98.6%</w:t>
            </w:r>
          </w:p>
        </w:tc>
      </w:tr>
      <w:tr w:rsidR="0096040D" w:rsidRPr="005E2F5A" w14:paraId="27CDF2F2" w14:textId="77777777" w:rsidTr="002A5B47">
        <w:trPr>
          <w:trHeight w:val="288"/>
        </w:trPr>
        <w:tc>
          <w:tcPr>
            <w:tcW w:w="0" w:type="auto"/>
            <w:noWrap/>
            <w:vAlign w:val="bottom"/>
            <w:hideMark/>
          </w:tcPr>
          <w:p w14:paraId="583C4863"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Medical_Keyword_12</w:t>
            </w:r>
          </w:p>
        </w:tc>
        <w:tc>
          <w:tcPr>
            <w:tcW w:w="0" w:type="auto"/>
            <w:noWrap/>
            <w:vAlign w:val="bottom"/>
            <w:hideMark/>
          </w:tcPr>
          <w:p w14:paraId="1BB1F3A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14DE1B6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98.7%</w:t>
            </w:r>
          </w:p>
        </w:tc>
      </w:tr>
      <w:tr w:rsidR="0096040D" w:rsidRPr="005E2F5A" w14:paraId="7FB5B4D1" w14:textId="77777777" w:rsidTr="002A5B47">
        <w:trPr>
          <w:trHeight w:val="288"/>
        </w:trPr>
        <w:tc>
          <w:tcPr>
            <w:tcW w:w="0" w:type="auto"/>
            <w:noWrap/>
            <w:vAlign w:val="bottom"/>
            <w:hideMark/>
          </w:tcPr>
          <w:p w14:paraId="22EDEE0E"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Medical_Keyword_45</w:t>
            </w:r>
          </w:p>
        </w:tc>
        <w:tc>
          <w:tcPr>
            <w:tcW w:w="0" w:type="auto"/>
            <w:noWrap/>
            <w:vAlign w:val="bottom"/>
            <w:hideMark/>
          </w:tcPr>
          <w:p w14:paraId="1CD2552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4C193FE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98.8%</w:t>
            </w:r>
          </w:p>
        </w:tc>
      </w:tr>
      <w:tr w:rsidR="0096040D" w:rsidRPr="005E2F5A" w14:paraId="635D8E7B" w14:textId="77777777" w:rsidTr="002A5B47">
        <w:trPr>
          <w:trHeight w:val="288"/>
        </w:trPr>
        <w:tc>
          <w:tcPr>
            <w:tcW w:w="0" w:type="auto"/>
            <w:noWrap/>
            <w:vAlign w:val="bottom"/>
            <w:hideMark/>
          </w:tcPr>
          <w:p w14:paraId="78E6BAB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Medical_Keyword_16</w:t>
            </w:r>
          </w:p>
        </w:tc>
        <w:tc>
          <w:tcPr>
            <w:tcW w:w="0" w:type="auto"/>
            <w:noWrap/>
            <w:vAlign w:val="bottom"/>
            <w:hideMark/>
          </w:tcPr>
          <w:p w14:paraId="469539C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65D6253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98.9%</w:t>
            </w:r>
          </w:p>
        </w:tc>
      </w:tr>
      <w:tr w:rsidR="0096040D" w:rsidRPr="005E2F5A" w14:paraId="7BB3C453" w14:textId="77777777" w:rsidTr="002A5B47">
        <w:trPr>
          <w:trHeight w:val="288"/>
        </w:trPr>
        <w:tc>
          <w:tcPr>
            <w:tcW w:w="0" w:type="auto"/>
            <w:noWrap/>
            <w:vAlign w:val="bottom"/>
            <w:hideMark/>
          </w:tcPr>
          <w:p w14:paraId="1730020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Medical_Keyword_21</w:t>
            </w:r>
          </w:p>
        </w:tc>
        <w:tc>
          <w:tcPr>
            <w:tcW w:w="0" w:type="auto"/>
            <w:noWrap/>
            <w:vAlign w:val="bottom"/>
            <w:hideMark/>
          </w:tcPr>
          <w:p w14:paraId="27CB0F0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340D424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99.0%</w:t>
            </w:r>
          </w:p>
        </w:tc>
      </w:tr>
      <w:tr w:rsidR="0096040D" w:rsidRPr="005E2F5A" w14:paraId="28D55FD7" w14:textId="77777777" w:rsidTr="002A5B47">
        <w:trPr>
          <w:trHeight w:val="288"/>
        </w:trPr>
        <w:tc>
          <w:tcPr>
            <w:tcW w:w="0" w:type="auto"/>
            <w:noWrap/>
            <w:vAlign w:val="bottom"/>
            <w:hideMark/>
          </w:tcPr>
          <w:p w14:paraId="3A7FA90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Medical_Keyword_26</w:t>
            </w:r>
          </w:p>
        </w:tc>
        <w:tc>
          <w:tcPr>
            <w:tcW w:w="0" w:type="auto"/>
            <w:noWrap/>
            <w:vAlign w:val="bottom"/>
            <w:hideMark/>
          </w:tcPr>
          <w:p w14:paraId="4E8340C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1C594C6B"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99.1%</w:t>
            </w:r>
          </w:p>
        </w:tc>
      </w:tr>
      <w:tr w:rsidR="0096040D" w:rsidRPr="005E2F5A" w14:paraId="73815F41" w14:textId="77777777" w:rsidTr="002A5B47">
        <w:trPr>
          <w:trHeight w:val="288"/>
        </w:trPr>
        <w:tc>
          <w:tcPr>
            <w:tcW w:w="0" w:type="auto"/>
            <w:noWrap/>
            <w:vAlign w:val="bottom"/>
            <w:hideMark/>
          </w:tcPr>
          <w:p w14:paraId="1CCA9313"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Medical_Keyword_31</w:t>
            </w:r>
          </w:p>
        </w:tc>
        <w:tc>
          <w:tcPr>
            <w:tcW w:w="0" w:type="auto"/>
            <w:noWrap/>
            <w:vAlign w:val="bottom"/>
            <w:hideMark/>
          </w:tcPr>
          <w:p w14:paraId="2278FCD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1687D19E"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99.1%</w:t>
            </w:r>
          </w:p>
        </w:tc>
      </w:tr>
      <w:tr w:rsidR="0096040D" w:rsidRPr="005E2F5A" w14:paraId="7D8A03F5" w14:textId="77777777" w:rsidTr="002A5B47">
        <w:trPr>
          <w:trHeight w:val="288"/>
        </w:trPr>
        <w:tc>
          <w:tcPr>
            <w:tcW w:w="0" w:type="auto"/>
            <w:noWrap/>
            <w:vAlign w:val="bottom"/>
            <w:hideMark/>
          </w:tcPr>
          <w:p w14:paraId="45303E0B"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Medical_Keyword_6</w:t>
            </w:r>
          </w:p>
        </w:tc>
        <w:tc>
          <w:tcPr>
            <w:tcW w:w="0" w:type="auto"/>
            <w:noWrap/>
            <w:vAlign w:val="bottom"/>
            <w:hideMark/>
          </w:tcPr>
          <w:p w14:paraId="66C90888"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49592FC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99.2%</w:t>
            </w:r>
          </w:p>
        </w:tc>
      </w:tr>
      <w:tr w:rsidR="0096040D" w:rsidRPr="005E2F5A" w14:paraId="694B7FB4" w14:textId="77777777" w:rsidTr="002A5B47">
        <w:trPr>
          <w:trHeight w:val="288"/>
        </w:trPr>
        <w:tc>
          <w:tcPr>
            <w:tcW w:w="0" w:type="auto"/>
            <w:noWrap/>
            <w:vAlign w:val="bottom"/>
            <w:hideMark/>
          </w:tcPr>
          <w:p w14:paraId="32C6D015"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Medical_Keyword_7</w:t>
            </w:r>
          </w:p>
        </w:tc>
        <w:tc>
          <w:tcPr>
            <w:tcW w:w="0" w:type="auto"/>
            <w:noWrap/>
            <w:vAlign w:val="bottom"/>
            <w:hideMark/>
          </w:tcPr>
          <w:p w14:paraId="102975B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2194ECC2"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99.3%</w:t>
            </w:r>
          </w:p>
        </w:tc>
      </w:tr>
      <w:tr w:rsidR="0096040D" w:rsidRPr="005E2F5A" w14:paraId="49E955D5" w14:textId="77777777" w:rsidTr="002A5B47">
        <w:trPr>
          <w:trHeight w:val="288"/>
        </w:trPr>
        <w:tc>
          <w:tcPr>
            <w:tcW w:w="0" w:type="auto"/>
            <w:noWrap/>
            <w:vAlign w:val="bottom"/>
            <w:hideMark/>
          </w:tcPr>
          <w:p w14:paraId="106F033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Medical_Keyword_29</w:t>
            </w:r>
          </w:p>
        </w:tc>
        <w:tc>
          <w:tcPr>
            <w:tcW w:w="0" w:type="auto"/>
            <w:noWrap/>
            <w:vAlign w:val="bottom"/>
            <w:hideMark/>
          </w:tcPr>
          <w:p w14:paraId="0DDA50B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0B57FF4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99.4%</w:t>
            </w:r>
          </w:p>
        </w:tc>
      </w:tr>
      <w:tr w:rsidR="0096040D" w:rsidRPr="005E2F5A" w14:paraId="3B1E70F1" w14:textId="77777777" w:rsidTr="002A5B47">
        <w:trPr>
          <w:trHeight w:val="288"/>
        </w:trPr>
        <w:tc>
          <w:tcPr>
            <w:tcW w:w="0" w:type="auto"/>
            <w:noWrap/>
            <w:vAlign w:val="bottom"/>
            <w:hideMark/>
          </w:tcPr>
          <w:p w14:paraId="178E9CB4"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Medical_Keyword_18</w:t>
            </w:r>
          </w:p>
        </w:tc>
        <w:tc>
          <w:tcPr>
            <w:tcW w:w="0" w:type="auto"/>
            <w:noWrap/>
            <w:vAlign w:val="bottom"/>
            <w:hideMark/>
          </w:tcPr>
          <w:p w14:paraId="551E7470"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0C65DEBB"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99.4%</w:t>
            </w:r>
          </w:p>
        </w:tc>
      </w:tr>
      <w:tr w:rsidR="0096040D" w:rsidRPr="005E2F5A" w14:paraId="25284EC4" w14:textId="77777777" w:rsidTr="002A5B47">
        <w:trPr>
          <w:trHeight w:val="288"/>
        </w:trPr>
        <w:tc>
          <w:tcPr>
            <w:tcW w:w="0" w:type="auto"/>
            <w:noWrap/>
            <w:vAlign w:val="bottom"/>
            <w:hideMark/>
          </w:tcPr>
          <w:p w14:paraId="19DFB28F"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Medical_Keyword_43</w:t>
            </w:r>
          </w:p>
        </w:tc>
        <w:tc>
          <w:tcPr>
            <w:tcW w:w="0" w:type="auto"/>
            <w:noWrap/>
            <w:vAlign w:val="bottom"/>
            <w:hideMark/>
          </w:tcPr>
          <w:p w14:paraId="35D1C5BB"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4B9B701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99.5%</w:t>
            </w:r>
          </w:p>
        </w:tc>
      </w:tr>
      <w:tr w:rsidR="0096040D" w:rsidRPr="005E2F5A" w14:paraId="64106A26" w14:textId="77777777" w:rsidTr="002A5B47">
        <w:trPr>
          <w:trHeight w:val="288"/>
        </w:trPr>
        <w:tc>
          <w:tcPr>
            <w:tcW w:w="0" w:type="auto"/>
            <w:noWrap/>
            <w:vAlign w:val="bottom"/>
            <w:hideMark/>
          </w:tcPr>
          <w:p w14:paraId="16628D52"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Medical_Keyword_19</w:t>
            </w:r>
          </w:p>
        </w:tc>
        <w:tc>
          <w:tcPr>
            <w:tcW w:w="0" w:type="auto"/>
            <w:noWrap/>
            <w:vAlign w:val="bottom"/>
            <w:hideMark/>
          </w:tcPr>
          <w:p w14:paraId="5DD44DA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34B37807"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99.6%</w:t>
            </w:r>
          </w:p>
        </w:tc>
      </w:tr>
      <w:tr w:rsidR="0096040D" w:rsidRPr="005E2F5A" w14:paraId="2441C53B" w14:textId="77777777" w:rsidTr="002A5B47">
        <w:trPr>
          <w:trHeight w:val="288"/>
        </w:trPr>
        <w:tc>
          <w:tcPr>
            <w:tcW w:w="0" w:type="auto"/>
            <w:noWrap/>
            <w:vAlign w:val="bottom"/>
            <w:hideMark/>
          </w:tcPr>
          <w:p w14:paraId="64C52A31"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Medical_Keyword_36</w:t>
            </w:r>
          </w:p>
        </w:tc>
        <w:tc>
          <w:tcPr>
            <w:tcW w:w="0" w:type="auto"/>
            <w:noWrap/>
            <w:vAlign w:val="bottom"/>
            <w:hideMark/>
          </w:tcPr>
          <w:p w14:paraId="7AF07356"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7585ACC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99.6%</w:t>
            </w:r>
          </w:p>
        </w:tc>
      </w:tr>
      <w:tr w:rsidR="0096040D" w:rsidRPr="005E2F5A" w14:paraId="73B29195" w14:textId="77777777" w:rsidTr="002A5B47">
        <w:trPr>
          <w:trHeight w:val="288"/>
        </w:trPr>
        <w:tc>
          <w:tcPr>
            <w:tcW w:w="0" w:type="auto"/>
            <w:noWrap/>
            <w:vAlign w:val="bottom"/>
            <w:hideMark/>
          </w:tcPr>
          <w:p w14:paraId="0A381CD0"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Medical_History_38</w:t>
            </w:r>
          </w:p>
        </w:tc>
        <w:tc>
          <w:tcPr>
            <w:tcW w:w="0" w:type="auto"/>
            <w:noWrap/>
            <w:vAlign w:val="bottom"/>
            <w:hideMark/>
          </w:tcPr>
          <w:p w14:paraId="25B609C4"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53A1728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99.7%</w:t>
            </w:r>
          </w:p>
        </w:tc>
      </w:tr>
      <w:tr w:rsidR="0096040D" w:rsidRPr="005E2F5A" w14:paraId="39A9E37D" w14:textId="77777777" w:rsidTr="002A5B47">
        <w:trPr>
          <w:trHeight w:val="288"/>
        </w:trPr>
        <w:tc>
          <w:tcPr>
            <w:tcW w:w="0" w:type="auto"/>
            <w:noWrap/>
            <w:vAlign w:val="bottom"/>
            <w:hideMark/>
          </w:tcPr>
          <w:p w14:paraId="2487EF5A"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Medical_Keyword_5</w:t>
            </w:r>
          </w:p>
        </w:tc>
        <w:tc>
          <w:tcPr>
            <w:tcW w:w="0" w:type="auto"/>
            <w:noWrap/>
            <w:vAlign w:val="bottom"/>
            <w:hideMark/>
          </w:tcPr>
          <w:p w14:paraId="0DF60AAB"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3303F3BA"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99.8%</w:t>
            </w:r>
          </w:p>
        </w:tc>
      </w:tr>
      <w:tr w:rsidR="0096040D" w:rsidRPr="005E2F5A" w14:paraId="356426FD" w14:textId="77777777" w:rsidTr="002A5B47">
        <w:trPr>
          <w:trHeight w:val="288"/>
        </w:trPr>
        <w:tc>
          <w:tcPr>
            <w:tcW w:w="0" w:type="auto"/>
            <w:noWrap/>
            <w:vAlign w:val="bottom"/>
            <w:hideMark/>
          </w:tcPr>
          <w:p w14:paraId="4588FFBC"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lastRenderedPageBreak/>
              <w:t>Medical_Keyword_14</w:t>
            </w:r>
          </w:p>
        </w:tc>
        <w:tc>
          <w:tcPr>
            <w:tcW w:w="0" w:type="auto"/>
            <w:noWrap/>
            <w:vAlign w:val="bottom"/>
            <w:hideMark/>
          </w:tcPr>
          <w:p w14:paraId="33C7BA85"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104B576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99.8%</w:t>
            </w:r>
          </w:p>
        </w:tc>
      </w:tr>
      <w:tr w:rsidR="0096040D" w:rsidRPr="005E2F5A" w14:paraId="41BC207F" w14:textId="77777777" w:rsidTr="002A5B47">
        <w:trPr>
          <w:trHeight w:val="288"/>
        </w:trPr>
        <w:tc>
          <w:tcPr>
            <w:tcW w:w="0" w:type="auto"/>
            <w:noWrap/>
            <w:vAlign w:val="bottom"/>
            <w:hideMark/>
          </w:tcPr>
          <w:p w14:paraId="5E389053"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Medical_Keyword_27</w:t>
            </w:r>
          </w:p>
        </w:tc>
        <w:tc>
          <w:tcPr>
            <w:tcW w:w="0" w:type="auto"/>
            <w:noWrap/>
            <w:vAlign w:val="bottom"/>
            <w:hideMark/>
          </w:tcPr>
          <w:p w14:paraId="3B05A6E1"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62DFE0B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99.9%</w:t>
            </w:r>
          </w:p>
        </w:tc>
      </w:tr>
      <w:tr w:rsidR="0096040D" w:rsidRPr="005E2F5A" w14:paraId="17648C9F" w14:textId="77777777" w:rsidTr="002A5B47">
        <w:trPr>
          <w:trHeight w:val="288"/>
        </w:trPr>
        <w:tc>
          <w:tcPr>
            <w:tcW w:w="0" w:type="auto"/>
            <w:noWrap/>
            <w:vAlign w:val="bottom"/>
            <w:hideMark/>
          </w:tcPr>
          <w:p w14:paraId="6937906F"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Medical_Keyword_46</w:t>
            </w:r>
          </w:p>
        </w:tc>
        <w:tc>
          <w:tcPr>
            <w:tcW w:w="0" w:type="auto"/>
            <w:noWrap/>
            <w:vAlign w:val="bottom"/>
            <w:hideMark/>
          </w:tcPr>
          <w:p w14:paraId="13ACEC89"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0.1%</w:t>
            </w:r>
          </w:p>
        </w:tc>
        <w:tc>
          <w:tcPr>
            <w:tcW w:w="0" w:type="auto"/>
            <w:noWrap/>
            <w:vAlign w:val="bottom"/>
            <w:hideMark/>
          </w:tcPr>
          <w:p w14:paraId="6BFB010F"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99.9%</w:t>
            </w:r>
          </w:p>
        </w:tc>
      </w:tr>
      <w:tr w:rsidR="0096040D" w:rsidRPr="005E2F5A" w14:paraId="3DB7AB5A" w14:textId="77777777" w:rsidTr="002A5B47">
        <w:trPr>
          <w:trHeight w:val="288"/>
        </w:trPr>
        <w:tc>
          <w:tcPr>
            <w:tcW w:w="0" w:type="auto"/>
            <w:noWrap/>
            <w:vAlign w:val="bottom"/>
            <w:hideMark/>
          </w:tcPr>
          <w:p w14:paraId="07736018" w14:textId="77777777" w:rsidR="0096040D" w:rsidRPr="005E2F5A" w:rsidRDefault="0096040D" w:rsidP="002A5B47">
            <w:pPr>
              <w:rPr>
                <w:rFonts w:ascii="Times New Roman" w:hAnsi="Times New Roman" w:cs="Times New Roman"/>
                <w:color w:val="000000"/>
                <w:sz w:val="20"/>
                <w:szCs w:val="20"/>
              </w:rPr>
            </w:pPr>
            <w:r w:rsidRPr="005E2F5A">
              <w:rPr>
                <w:rFonts w:ascii="Times New Roman" w:hAnsi="Times New Roman" w:cs="Times New Roman"/>
                <w:color w:val="000000"/>
                <w:sz w:val="20"/>
                <w:szCs w:val="20"/>
              </w:rPr>
              <w:t>Medical_History_35</w:t>
            </w:r>
          </w:p>
        </w:tc>
        <w:tc>
          <w:tcPr>
            <w:tcW w:w="0" w:type="auto"/>
            <w:noWrap/>
            <w:vAlign w:val="bottom"/>
            <w:hideMark/>
          </w:tcPr>
          <w:p w14:paraId="703A3243"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0.0%</w:t>
            </w:r>
          </w:p>
        </w:tc>
        <w:tc>
          <w:tcPr>
            <w:tcW w:w="0" w:type="auto"/>
            <w:noWrap/>
            <w:vAlign w:val="bottom"/>
            <w:hideMark/>
          </w:tcPr>
          <w:p w14:paraId="03A7215D"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100.0%</w:t>
            </w:r>
          </w:p>
        </w:tc>
      </w:tr>
      <w:tr w:rsidR="0096040D" w:rsidRPr="005E2F5A" w14:paraId="2B959D03" w14:textId="77777777" w:rsidTr="002A5B47">
        <w:trPr>
          <w:trHeight w:val="288"/>
        </w:trPr>
        <w:tc>
          <w:tcPr>
            <w:tcW w:w="0" w:type="auto"/>
            <w:noWrap/>
            <w:vAlign w:val="bottom"/>
          </w:tcPr>
          <w:p w14:paraId="4A3568DF" w14:textId="77777777" w:rsidR="0096040D" w:rsidRPr="005E2F5A" w:rsidRDefault="0096040D" w:rsidP="002A5B47">
            <w:pPr>
              <w:rPr>
                <w:rFonts w:ascii="Times New Roman" w:eastAsia="Times New Roman" w:hAnsi="Times New Roman" w:cs="Times New Roman"/>
                <w:color w:val="000000"/>
                <w:sz w:val="20"/>
                <w:szCs w:val="20"/>
                <w:lang w:val="en-IN" w:eastAsia="en-IN" w:bidi="mr-IN"/>
              </w:rPr>
            </w:pPr>
            <w:r w:rsidRPr="005E2F5A">
              <w:rPr>
                <w:rFonts w:ascii="Times New Roman" w:hAnsi="Times New Roman" w:cs="Times New Roman"/>
                <w:color w:val="000000"/>
                <w:sz w:val="20"/>
                <w:szCs w:val="20"/>
              </w:rPr>
              <w:t>Medical_Keyword_13</w:t>
            </w:r>
          </w:p>
        </w:tc>
        <w:tc>
          <w:tcPr>
            <w:tcW w:w="0" w:type="auto"/>
            <w:noWrap/>
            <w:vAlign w:val="bottom"/>
          </w:tcPr>
          <w:p w14:paraId="7E05104B"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0.0%</w:t>
            </w:r>
          </w:p>
        </w:tc>
        <w:tc>
          <w:tcPr>
            <w:tcW w:w="0" w:type="auto"/>
            <w:noWrap/>
            <w:vAlign w:val="bottom"/>
          </w:tcPr>
          <w:p w14:paraId="234F12EC" w14:textId="77777777" w:rsidR="0096040D" w:rsidRPr="005E2F5A" w:rsidRDefault="0096040D" w:rsidP="002A5B47">
            <w:pPr>
              <w:jc w:val="right"/>
              <w:rPr>
                <w:rFonts w:ascii="Times New Roman" w:hAnsi="Times New Roman" w:cs="Times New Roman"/>
                <w:color w:val="000000"/>
                <w:sz w:val="20"/>
                <w:szCs w:val="20"/>
              </w:rPr>
            </w:pPr>
            <w:r w:rsidRPr="005E2F5A">
              <w:rPr>
                <w:rFonts w:ascii="Times New Roman" w:hAnsi="Times New Roman" w:cs="Times New Roman"/>
                <w:color w:val="000000"/>
                <w:sz w:val="20"/>
                <w:szCs w:val="20"/>
              </w:rPr>
              <w:t>100.0%</w:t>
            </w:r>
          </w:p>
        </w:tc>
      </w:tr>
    </w:tbl>
    <w:p w14:paraId="25B53530" w14:textId="77777777" w:rsidR="0096040D" w:rsidRPr="005E2F5A" w:rsidRDefault="0096040D" w:rsidP="0096040D">
      <w:pPr>
        <w:spacing w:after="0" w:line="240" w:lineRule="auto"/>
        <w:rPr>
          <w:rFonts w:ascii="Times New Roman" w:hAnsi="Times New Roman" w:cs="Times New Roman"/>
        </w:rPr>
      </w:pPr>
      <w:r w:rsidRPr="005E2F5A">
        <w:rPr>
          <w:rFonts w:ascii="Times New Roman" w:hAnsi="Times New Roman" w:cs="Times New Roman"/>
        </w:rPr>
        <w:t xml:space="preserve"> </w:t>
      </w:r>
    </w:p>
    <w:p w14:paraId="33C635A6" w14:textId="77777777" w:rsidR="0096040D" w:rsidRDefault="0096040D" w:rsidP="0096040D">
      <w:pPr>
        <w:spacing w:after="0" w:line="240" w:lineRule="auto"/>
        <w:rPr>
          <w:rFonts w:ascii="Times New Roman" w:hAnsi="Times New Roman" w:cs="Times New Roman"/>
          <w:lang w:val="en-IN"/>
        </w:rPr>
      </w:pPr>
    </w:p>
    <w:p w14:paraId="5604F885" w14:textId="77777777" w:rsidR="0096040D" w:rsidRDefault="0096040D" w:rsidP="0096040D">
      <w:pPr>
        <w:spacing w:after="0" w:line="240" w:lineRule="auto"/>
        <w:rPr>
          <w:rFonts w:ascii="Times New Roman" w:hAnsi="Times New Roman" w:cs="Times New Roman"/>
          <w:lang w:val="en-IN"/>
        </w:rPr>
      </w:pPr>
    </w:p>
    <w:p w14:paraId="17BEF0A4" w14:textId="77777777" w:rsidR="0096040D" w:rsidRDefault="0096040D" w:rsidP="0096040D">
      <w:pPr>
        <w:spacing w:after="0" w:line="240" w:lineRule="auto"/>
        <w:rPr>
          <w:rFonts w:ascii="Times New Roman" w:hAnsi="Times New Roman" w:cs="Times New Roman"/>
          <w:lang w:val="en-IN"/>
        </w:rPr>
      </w:pPr>
    </w:p>
    <w:p w14:paraId="132293C1" w14:textId="77777777" w:rsidR="0096040D" w:rsidRDefault="0096040D" w:rsidP="0096040D">
      <w:pPr>
        <w:spacing w:after="0" w:line="240" w:lineRule="auto"/>
        <w:rPr>
          <w:rFonts w:ascii="Times New Roman" w:hAnsi="Times New Roman" w:cs="Times New Roman"/>
          <w:lang w:val="en-IN"/>
        </w:rPr>
      </w:pPr>
    </w:p>
    <w:p w14:paraId="308B143A" w14:textId="77777777" w:rsidR="0096040D" w:rsidRDefault="0096040D" w:rsidP="0096040D">
      <w:pPr>
        <w:spacing w:after="0" w:line="240" w:lineRule="auto"/>
        <w:rPr>
          <w:rFonts w:ascii="Times New Roman" w:hAnsi="Times New Roman" w:cs="Times New Roman"/>
          <w:lang w:val="en-IN"/>
        </w:rPr>
      </w:pPr>
    </w:p>
    <w:p w14:paraId="44A6DD62" w14:textId="77777777" w:rsidR="0096040D" w:rsidRPr="005E2F5A" w:rsidRDefault="0096040D" w:rsidP="00FA321D">
      <w:pPr>
        <w:spacing w:after="0" w:line="240" w:lineRule="auto"/>
        <w:rPr>
          <w:rFonts w:ascii="Times New Roman" w:hAnsi="Times New Roman" w:cs="Times New Roman"/>
        </w:rPr>
      </w:pPr>
    </w:p>
    <w:sectPr w:rsidR="0096040D" w:rsidRPr="005E2F5A"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BE917" w14:textId="77777777" w:rsidR="00013074" w:rsidRDefault="00013074">
      <w:pPr>
        <w:spacing w:after="0" w:line="240" w:lineRule="auto"/>
      </w:pPr>
      <w:r>
        <w:separator/>
      </w:r>
    </w:p>
  </w:endnote>
  <w:endnote w:type="continuationSeparator" w:id="0">
    <w:p w14:paraId="75FC66A9" w14:textId="77777777" w:rsidR="00013074" w:rsidRDefault="00013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2993" w14:textId="77777777" w:rsidR="003657FD" w:rsidRPr="003657FD" w:rsidRDefault="00000000" w:rsidP="003657FD">
    <w:pPr>
      <w:spacing w:before="100" w:beforeAutospacing="1" w:after="100" w:afterAutospacing="1"/>
      <w:ind w:left="28"/>
      <w:jc w:val="both"/>
      <w:rPr>
        <w:rFonts w:ascii="Times New Roman" w:eastAsia="Times New Roman" w:hAnsi="Times New Roman" w:cs="Times New Roman"/>
        <w:bCs/>
        <w:color w:val="000000" w:themeColor="text1"/>
        <w:sz w:val="18"/>
        <w:szCs w:val="18"/>
      </w:rPr>
    </w:pPr>
    <w:r w:rsidRPr="003657FD">
      <w:rPr>
        <w:rFonts w:ascii="Times New Roman" w:hAnsi="Times New Roman" w:cs="Times New Roman"/>
        <w:sz w:val="18"/>
        <w:szCs w:val="18"/>
      </w:rPr>
      <w:t xml:space="preserve">Supplementary Information – </w:t>
    </w:r>
    <w:r w:rsidR="003657FD" w:rsidRPr="003657FD">
      <w:rPr>
        <w:rFonts w:ascii="Times New Roman" w:eastAsia="Times New Roman" w:hAnsi="Times New Roman" w:cs="Times New Roman"/>
        <w:bCs/>
        <w:color w:val="000000" w:themeColor="text1"/>
        <w:sz w:val="18"/>
        <w:szCs w:val="18"/>
      </w:rPr>
      <w:t>From Bias to Business Insight: Evaluating Machine Learning Approaches for Fair and Explainable Health Insurance Underwriting</w:t>
    </w:r>
  </w:p>
  <w:p w14:paraId="53603E74" w14:textId="1441DF92" w:rsidR="002B4197" w:rsidRDefault="00000000">
    <w:pPr>
      <w:pStyle w:val="Footer"/>
      <w:jc w:val="center"/>
    </w:pPr>
    <w:r>
      <w:tab/>
    </w:r>
    <w:r>
      <w:fldChar w:fldCharType="begin"/>
    </w:r>
    <w:r>
      <w:instrText>PAGE</w:instrText>
    </w:r>
    <w:r>
      <w:fldChar w:fldCharType="separate"/>
    </w:r>
    <w:r w:rsidR="00907C1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AB18F" w14:textId="77777777" w:rsidR="00013074" w:rsidRDefault="00013074">
      <w:pPr>
        <w:spacing w:after="0" w:line="240" w:lineRule="auto"/>
      </w:pPr>
      <w:r>
        <w:separator/>
      </w:r>
    </w:p>
  </w:footnote>
  <w:footnote w:type="continuationSeparator" w:id="0">
    <w:p w14:paraId="6CF48227" w14:textId="77777777" w:rsidR="00013074" w:rsidRDefault="000130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9083830">
    <w:abstractNumId w:val="8"/>
  </w:num>
  <w:num w:numId="2" w16cid:durableId="79986361">
    <w:abstractNumId w:val="6"/>
  </w:num>
  <w:num w:numId="3" w16cid:durableId="901645524">
    <w:abstractNumId w:val="5"/>
  </w:num>
  <w:num w:numId="4" w16cid:durableId="250436161">
    <w:abstractNumId w:val="4"/>
  </w:num>
  <w:num w:numId="5" w16cid:durableId="792135668">
    <w:abstractNumId w:val="7"/>
  </w:num>
  <w:num w:numId="6" w16cid:durableId="74981060">
    <w:abstractNumId w:val="3"/>
  </w:num>
  <w:num w:numId="7" w16cid:durableId="884102157">
    <w:abstractNumId w:val="2"/>
  </w:num>
  <w:num w:numId="8" w16cid:durableId="471796180">
    <w:abstractNumId w:val="1"/>
  </w:num>
  <w:num w:numId="9" w16cid:durableId="1868368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074"/>
    <w:rsid w:val="00034616"/>
    <w:rsid w:val="0003558F"/>
    <w:rsid w:val="0006063C"/>
    <w:rsid w:val="001075A4"/>
    <w:rsid w:val="00132586"/>
    <w:rsid w:val="0015074B"/>
    <w:rsid w:val="0028583A"/>
    <w:rsid w:val="0029639D"/>
    <w:rsid w:val="002B4197"/>
    <w:rsid w:val="00326F90"/>
    <w:rsid w:val="00331DE8"/>
    <w:rsid w:val="00343B1A"/>
    <w:rsid w:val="003657FD"/>
    <w:rsid w:val="00444590"/>
    <w:rsid w:val="00471B69"/>
    <w:rsid w:val="00535394"/>
    <w:rsid w:val="00564386"/>
    <w:rsid w:val="005D51CC"/>
    <w:rsid w:val="005E2F5A"/>
    <w:rsid w:val="00772A87"/>
    <w:rsid w:val="007D3A36"/>
    <w:rsid w:val="00880E74"/>
    <w:rsid w:val="008851EC"/>
    <w:rsid w:val="00887333"/>
    <w:rsid w:val="008A7A30"/>
    <w:rsid w:val="008D3DC3"/>
    <w:rsid w:val="00907C14"/>
    <w:rsid w:val="0096040D"/>
    <w:rsid w:val="009C3DD3"/>
    <w:rsid w:val="00AA1D8D"/>
    <w:rsid w:val="00B15043"/>
    <w:rsid w:val="00B20975"/>
    <w:rsid w:val="00B35D2F"/>
    <w:rsid w:val="00B47730"/>
    <w:rsid w:val="00B84128"/>
    <w:rsid w:val="00B90E12"/>
    <w:rsid w:val="00BA25C1"/>
    <w:rsid w:val="00CB0664"/>
    <w:rsid w:val="00CC1870"/>
    <w:rsid w:val="00D34658"/>
    <w:rsid w:val="00D649B9"/>
    <w:rsid w:val="00D92A85"/>
    <w:rsid w:val="00DB4562"/>
    <w:rsid w:val="00DE64E8"/>
    <w:rsid w:val="00E50BA2"/>
    <w:rsid w:val="00ED1594"/>
    <w:rsid w:val="00ED3905"/>
    <w:rsid w:val="00EE7672"/>
    <w:rsid w:val="00F0463A"/>
    <w:rsid w:val="00FA321D"/>
    <w:rsid w:val="00FC693F"/>
    <w:rsid w:val="00FE60E0"/>
    <w:rsid w:val="00FF216E"/>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7DD647"/>
  <w14:defaultImageDpi w14:val="300"/>
  <w15:docId w15:val="{972E7D92-F959-4C33-9103-522A22B5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1096</TotalTime>
  <Pages>16</Pages>
  <Words>2617</Words>
  <Characters>14919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shrirang Choudhari</cp:lastModifiedBy>
  <cp:revision>12</cp:revision>
  <dcterms:created xsi:type="dcterms:W3CDTF">2025-12-28T10:58:00Z</dcterms:created>
  <dcterms:modified xsi:type="dcterms:W3CDTF">2025-12-31T09:36:00Z</dcterms:modified>
  <cp:category/>
</cp:coreProperties>
</file>