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F8968C" w14:textId="77777777" w:rsidR="00F62B58" w:rsidRPr="00C95BA8" w:rsidRDefault="003C5913">
      <w:r w:rsidRPr="00C95BA8">
        <w:rPr>
          <w:b/>
          <w:sz w:val="20"/>
        </w:rPr>
        <w:t>Supplementary Table S1. Spearman correlations between continuous PSS-10 score and HRV/RQA/CRQA indices.</w:t>
      </w:r>
    </w:p>
    <w:p w14:paraId="4EB43CD2" w14:textId="77777777" w:rsidR="00F62B58" w:rsidRPr="00C95BA8" w:rsidRDefault="003C5913">
      <w:pPr>
        <w:spacing w:after="120"/>
        <w:rPr>
          <w:sz w:val="17"/>
        </w:rPr>
      </w:pPr>
      <w:r w:rsidRPr="00C95BA8">
        <w:rPr>
          <w:sz w:val="17"/>
        </w:rPr>
        <w:t>Values are Spearman rank correlation coefficients between the continuous PSS-10 score and each index. N indicates complete observations. p-values are unadjusted and intended as sensitivity analysis to complement the categorical LOW/MODERATE/HIGH comparisons.</w:t>
      </w:r>
    </w:p>
    <w:p w14:paraId="70E8CEEB" w14:textId="77777777" w:rsidR="002859BF" w:rsidRPr="00C95BA8" w:rsidRDefault="002859BF">
      <w:pPr>
        <w:spacing w:after="120"/>
      </w:pPr>
    </w:p>
    <w:tbl>
      <w:tblPr>
        <w:tblStyle w:val="TableGridLight"/>
        <w:tblW w:w="0" w:type="auto"/>
        <w:jc w:val="center"/>
        <w:tblLook w:val="04A0" w:firstRow="1" w:lastRow="0" w:firstColumn="1" w:lastColumn="0" w:noHBand="0" w:noVBand="1"/>
      </w:tblPr>
      <w:tblGrid>
        <w:gridCol w:w="1440"/>
        <w:gridCol w:w="2880"/>
        <w:gridCol w:w="720"/>
        <w:gridCol w:w="1440"/>
        <w:gridCol w:w="1152"/>
      </w:tblGrid>
      <w:tr w:rsidR="00F62B58" w:rsidRPr="00C95BA8" w14:paraId="1940AED4" w14:textId="77777777" w:rsidTr="002859BF">
        <w:trPr>
          <w:jc w:val="center"/>
        </w:trPr>
        <w:tc>
          <w:tcPr>
            <w:tcW w:w="1440" w:type="dxa"/>
          </w:tcPr>
          <w:p w14:paraId="738E1476" w14:textId="77777777" w:rsidR="00F62B58" w:rsidRPr="00C95BA8" w:rsidRDefault="003C5913">
            <w:pPr>
              <w:jc w:val="center"/>
            </w:pPr>
            <w:r w:rsidRPr="00C95BA8">
              <w:rPr>
                <w:b/>
                <w:sz w:val="17"/>
              </w:rPr>
              <w:t>Domain</w:t>
            </w:r>
          </w:p>
        </w:tc>
        <w:tc>
          <w:tcPr>
            <w:tcW w:w="2880" w:type="dxa"/>
          </w:tcPr>
          <w:p w14:paraId="2CB3DA58" w14:textId="77777777" w:rsidR="00F62B58" w:rsidRPr="00C95BA8" w:rsidRDefault="003C5913">
            <w:pPr>
              <w:jc w:val="center"/>
            </w:pPr>
            <w:r w:rsidRPr="00C95BA8">
              <w:rPr>
                <w:b/>
                <w:sz w:val="17"/>
              </w:rPr>
              <w:t>Metric</w:t>
            </w:r>
          </w:p>
        </w:tc>
        <w:tc>
          <w:tcPr>
            <w:tcW w:w="720" w:type="dxa"/>
          </w:tcPr>
          <w:p w14:paraId="0ACC35F8" w14:textId="77777777" w:rsidR="00F62B58" w:rsidRPr="00C95BA8" w:rsidRDefault="003C5913">
            <w:pPr>
              <w:jc w:val="center"/>
            </w:pPr>
            <w:r w:rsidRPr="00C95BA8">
              <w:rPr>
                <w:b/>
                <w:sz w:val="17"/>
              </w:rPr>
              <w:t>N</w:t>
            </w:r>
          </w:p>
        </w:tc>
        <w:tc>
          <w:tcPr>
            <w:tcW w:w="1440" w:type="dxa"/>
          </w:tcPr>
          <w:p w14:paraId="573F0FF5" w14:textId="77777777" w:rsidR="00F62B58" w:rsidRPr="00C95BA8" w:rsidRDefault="003C5913">
            <w:pPr>
              <w:jc w:val="center"/>
            </w:pPr>
            <w:r w:rsidRPr="00C95BA8">
              <w:rPr>
                <w:b/>
                <w:sz w:val="17"/>
              </w:rPr>
              <w:t>Spearman ρ</w:t>
            </w:r>
          </w:p>
        </w:tc>
        <w:tc>
          <w:tcPr>
            <w:tcW w:w="1152" w:type="dxa"/>
          </w:tcPr>
          <w:p w14:paraId="295411EE" w14:textId="77777777" w:rsidR="00F62B58" w:rsidRPr="00C95BA8" w:rsidRDefault="003C5913">
            <w:pPr>
              <w:jc w:val="center"/>
            </w:pPr>
            <w:r w:rsidRPr="00C95BA8">
              <w:rPr>
                <w:b/>
                <w:sz w:val="17"/>
              </w:rPr>
              <w:t>p-value</w:t>
            </w:r>
          </w:p>
        </w:tc>
      </w:tr>
      <w:tr w:rsidR="00F62B58" w:rsidRPr="00C95BA8" w14:paraId="3CCD8DB6" w14:textId="77777777" w:rsidTr="002859BF">
        <w:trPr>
          <w:jc w:val="center"/>
        </w:trPr>
        <w:tc>
          <w:tcPr>
            <w:tcW w:w="1440" w:type="dxa"/>
          </w:tcPr>
          <w:p w14:paraId="617FCCE9" w14:textId="77777777" w:rsidR="00F62B58" w:rsidRPr="00C95BA8" w:rsidRDefault="003C5913">
            <w:proofErr w:type="spellStart"/>
            <w:r w:rsidRPr="00C95BA8">
              <w:rPr>
                <w:sz w:val="16"/>
              </w:rPr>
              <w:t>mRR</w:t>
            </w:r>
            <w:proofErr w:type="spellEnd"/>
          </w:p>
        </w:tc>
        <w:tc>
          <w:tcPr>
            <w:tcW w:w="2880" w:type="dxa"/>
          </w:tcPr>
          <w:p w14:paraId="7EE4F4EF" w14:textId="77777777" w:rsidR="00F62B58" w:rsidRPr="00C95BA8" w:rsidRDefault="003C5913">
            <w:proofErr w:type="spellStart"/>
            <w:r w:rsidRPr="00C95BA8">
              <w:rPr>
                <w:sz w:val="16"/>
              </w:rPr>
              <w:t>SDNN</w:t>
            </w:r>
            <w:r w:rsidRPr="00C95BA8">
              <w:rPr>
                <w:sz w:val="16"/>
                <w:vertAlign w:val="subscript"/>
              </w:rPr>
              <w:t>mRR</w:t>
            </w:r>
            <w:proofErr w:type="spellEnd"/>
          </w:p>
        </w:tc>
        <w:tc>
          <w:tcPr>
            <w:tcW w:w="720" w:type="dxa"/>
          </w:tcPr>
          <w:p w14:paraId="3095836A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57</w:t>
            </w:r>
          </w:p>
        </w:tc>
        <w:tc>
          <w:tcPr>
            <w:tcW w:w="1440" w:type="dxa"/>
          </w:tcPr>
          <w:p w14:paraId="72DF4675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0.125</w:t>
            </w:r>
          </w:p>
        </w:tc>
        <w:tc>
          <w:tcPr>
            <w:tcW w:w="1152" w:type="dxa"/>
          </w:tcPr>
          <w:p w14:paraId="7A9EE53F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0.3538</w:t>
            </w:r>
          </w:p>
        </w:tc>
      </w:tr>
      <w:tr w:rsidR="00F62B58" w:rsidRPr="00C95BA8" w14:paraId="3BE7A576" w14:textId="77777777" w:rsidTr="002859BF">
        <w:trPr>
          <w:jc w:val="center"/>
        </w:trPr>
        <w:tc>
          <w:tcPr>
            <w:tcW w:w="1440" w:type="dxa"/>
          </w:tcPr>
          <w:p w14:paraId="34C24148" w14:textId="77777777" w:rsidR="00F62B58" w:rsidRPr="00C95BA8" w:rsidRDefault="003C5913">
            <w:proofErr w:type="spellStart"/>
            <w:r w:rsidRPr="00C95BA8">
              <w:rPr>
                <w:sz w:val="16"/>
              </w:rPr>
              <w:t>mRR</w:t>
            </w:r>
            <w:proofErr w:type="spellEnd"/>
          </w:p>
        </w:tc>
        <w:tc>
          <w:tcPr>
            <w:tcW w:w="2880" w:type="dxa"/>
          </w:tcPr>
          <w:p w14:paraId="1B4F298C" w14:textId="77777777" w:rsidR="00F62B58" w:rsidRPr="00C95BA8" w:rsidRDefault="003C5913">
            <w:proofErr w:type="spellStart"/>
            <w:r w:rsidRPr="00C95BA8">
              <w:rPr>
                <w:sz w:val="16"/>
              </w:rPr>
              <w:t>RMSSD</w:t>
            </w:r>
            <w:r w:rsidRPr="00C95BA8">
              <w:rPr>
                <w:sz w:val="16"/>
                <w:vertAlign w:val="subscript"/>
              </w:rPr>
              <w:t>mRR</w:t>
            </w:r>
            <w:proofErr w:type="spellEnd"/>
          </w:p>
        </w:tc>
        <w:tc>
          <w:tcPr>
            <w:tcW w:w="720" w:type="dxa"/>
          </w:tcPr>
          <w:p w14:paraId="46F990CA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57</w:t>
            </w:r>
          </w:p>
        </w:tc>
        <w:tc>
          <w:tcPr>
            <w:tcW w:w="1440" w:type="dxa"/>
          </w:tcPr>
          <w:p w14:paraId="6F34604F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0.069</w:t>
            </w:r>
          </w:p>
        </w:tc>
        <w:tc>
          <w:tcPr>
            <w:tcW w:w="1152" w:type="dxa"/>
          </w:tcPr>
          <w:p w14:paraId="475FA91D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0.6090</w:t>
            </w:r>
          </w:p>
        </w:tc>
      </w:tr>
      <w:tr w:rsidR="00F62B58" w:rsidRPr="00C95BA8" w14:paraId="6EBF1E3E" w14:textId="77777777" w:rsidTr="002859BF">
        <w:trPr>
          <w:jc w:val="center"/>
        </w:trPr>
        <w:tc>
          <w:tcPr>
            <w:tcW w:w="1440" w:type="dxa"/>
          </w:tcPr>
          <w:p w14:paraId="6B2935D2" w14:textId="77777777" w:rsidR="00F62B58" w:rsidRPr="00C95BA8" w:rsidRDefault="003C5913">
            <w:proofErr w:type="spellStart"/>
            <w:r w:rsidRPr="00C95BA8">
              <w:rPr>
                <w:sz w:val="16"/>
              </w:rPr>
              <w:t>mRR</w:t>
            </w:r>
            <w:proofErr w:type="spellEnd"/>
          </w:p>
        </w:tc>
        <w:tc>
          <w:tcPr>
            <w:tcW w:w="2880" w:type="dxa"/>
          </w:tcPr>
          <w:p w14:paraId="2702B9CB" w14:textId="77777777" w:rsidR="00F62B58" w:rsidRPr="00C95BA8" w:rsidRDefault="003C5913">
            <w:proofErr w:type="spellStart"/>
            <w:r w:rsidRPr="00C95BA8">
              <w:rPr>
                <w:sz w:val="16"/>
              </w:rPr>
              <w:t>HR</w:t>
            </w:r>
            <w:r w:rsidRPr="00C95BA8">
              <w:rPr>
                <w:sz w:val="16"/>
                <w:vertAlign w:val="subscript"/>
              </w:rPr>
              <w:t>mRR</w:t>
            </w:r>
            <w:proofErr w:type="spellEnd"/>
          </w:p>
        </w:tc>
        <w:tc>
          <w:tcPr>
            <w:tcW w:w="720" w:type="dxa"/>
          </w:tcPr>
          <w:p w14:paraId="2E9E6801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57</w:t>
            </w:r>
          </w:p>
        </w:tc>
        <w:tc>
          <w:tcPr>
            <w:tcW w:w="1440" w:type="dxa"/>
          </w:tcPr>
          <w:p w14:paraId="0E08BE3D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0.178</w:t>
            </w:r>
          </w:p>
        </w:tc>
        <w:tc>
          <w:tcPr>
            <w:tcW w:w="1152" w:type="dxa"/>
          </w:tcPr>
          <w:p w14:paraId="0076F5C4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0.1851</w:t>
            </w:r>
          </w:p>
        </w:tc>
      </w:tr>
      <w:tr w:rsidR="00F62B58" w:rsidRPr="00C95BA8" w14:paraId="622A3648" w14:textId="77777777" w:rsidTr="002859BF">
        <w:trPr>
          <w:jc w:val="center"/>
        </w:trPr>
        <w:tc>
          <w:tcPr>
            <w:tcW w:w="1440" w:type="dxa"/>
          </w:tcPr>
          <w:p w14:paraId="37858719" w14:textId="77777777" w:rsidR="00F62B58" w:rsidRPr="00C95BA8" w:rsidRDefault="003C5913">
            <w:proofErr w:type="spellStart"/>
            <w:r w:rsidRPr="00C95BA8">
              <w:rPr>
                <w:sz w:val="16"/>
              </w:rPr>
              <w:t>mRR</w:t>
            </w:r>
            <w:proofErr w:type="spellEnd"/>
          </w:p>
        </w:tc>
        <w:tc>
          <w:tcPr>
            <w:tcW w:w="2880" w:type="dxa"/>
          </w:tcPr>
          <w:p w14:paraId="189C9889" w14:textId="77777777" w:rsidR="00F62B58" w:rsidRPr="00C95BA8" w:rsidRDefault="003C5913">
            <w:proofErr w:type="spellStart"/>
            <w:r w:rsidRPr="00C95BA8">
              <w:rPr>
                <w:sz w:val="16"/>
              </w:rPr>
              <w:t>DET</w:t>
            </w:r>
            <w:r w:rsidRPr="00C95BA8">
              <w:rPr>
                <w:sz w:val="16"/>
                <w:vertAlign w:val="subscript"/>
              </w:rPr>
              <w:t>mRR</w:t>
            </w:r>
            <w:proofErr w:type="spellEnd"/>
          </w:p>
        </w:tc>
        <w:tc>
          <w:tcPr>
            <w:tcW w:w="720" w:type="dxa"/>
          </w:tcPr>
          <w:p w14:paraId="4A947A10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57</w:t>
            </w:r>
          </w:p>
        </w:tc>
        <w:tc>
          <w:tcPr>
            <w:tcW w:w="1440" w:type="dxa"/>
          </w:tcPr>
          <w:p w14:paraId="3D1B9DCA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0.096</w:t>
            </w:r>
          </w:p>
        </w:tc>
        <w:tc>
          <w:tcPr>
            <w:tcW w:w="1152" w:type="dxa"/>
          </w:tcPr>
          <w:p w14:paraId="67813063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0.4785</w:t>
            </w:r>
          </w:p>
        </w:tc>
      </w:tr>
      <w:tr w:rsidR="00F62B58" w:rsidRPr="00C95BA8" w14:paraId="661EB1B3" w14:textId="77777777" w:rsidTr="002859BF">
        <w:trPr>
          <w:jc w:val="center"/>
        </w:trPr>
        <w:tc>
          <w:tcPr>
            <w:tcW w:w="1440" w:type="dxa"/>
          </w:tcPr>
          <w:p w14:paraId="08714CB7" w14:textId="77777777" w:rsidR="00F62B58" w:rsidRPr="00C95BA8" w:rsidRDefault="003C5913">
            <w:proofErr w:type="spellStart"/>
            <w:r w:rsidRPr="00C95BA8">
              <w:rPr>
                <w:sz w:val="16"/>
              </w:rPr>
              <w:t>mRR</w:t>
            </w:r>
            <w:proofErr w:type="spellEnd"/>
          </w:p>
        </w:tc>
        <w:tc>
          <w:tcPr>
            <w:tcW w:w="2880" w:type="dxa"/>
          </w:tcPr>
          <w:p w14:paraId="7D98B2D0" w14:textId="77777777" w:rsidR="00F62B58" w:rsidRPr="00C95BA8" w:rsidRDefault="003C5913">
            <w:proofErr w:type="spellStart"/>
            <w:r w:rsidRPr="00C95BA8">
              <w:rPr>
                <w:sz w:val="16"/>
              </w:rPr>
              <w:t>Lmean</w:t>
            </w:r>
            <w:r w:rsidRPr="00C95BA8">
              <w:rPr>
                <w:sz w:val="16"/>
                <w:vertAlign w:val="subscript"/>
              </w:rPr>
              <w:t>mRR</w:t>
            </w:r>
            <w:proofErr w:type="spellEnd"/>
          </w:p>
        </w:tc>
        <w:tc>
          <w:tcPr>
            <w:tcW w:w="720" w:type="dxa"/>
          </w:tcPr>
          <w:p w14:paraId="6610C774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57</w:t>
            </w:r>
          </w:p>
        </w:tc>
        <w:tc>
          <w:tcPr>
            <w:tcW w:w="1440" w:type="dxa"/>
          </w:tcPr>
          <w:p w14:paraId="2CC08A94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0.108</w:t>
            </w:r>
          </w:p>
        </w:tc>
        <w:tc>
          <w:tcPr>
            <w:tcW w:w="1152" w:type="dxa"/>
          </w:tcPr>
          <w:p w14:paraId="719116A5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0.4243</w:t>
            </w:r>
          </w:p>
        </w:tc>
      </w:tr>
      <w:tr w:rsidR="00F62B58" w:rsidRPr="00C95BA8" w14:paraId="3117C97C" w14:textId="77777777" w:rsidTr="002859BF">
        <w:trPr>
          <w:jc w:val="center"/>
        </w:trPr>
        <w:tc>
          <w:tcPr>
            <w:tcW w:w="1440" w:type="dxa"/>
          </w:tcPr>
          <w:p w14:paraId="4294004F" w14:textId="77777777" w:rsidR="00F62B58" w:rsidRPr="00C95BA8" w:rsidRDefault="003C5913">
            <w:proofErr w:type="spellStart"/>
            <w:r w:rsidRPr="00C95BA8">
              <w:rPr>
                <w:sz w:val="16"/>
              </w:rPr>
              <w:t>mRR</w:t>
            </w:r>
            <w:proofErr w:type="spellEnd"/>
          </w:p>
        </w:tc>
        <w:tc>
          <w:tcPr>
            <w:tcW w:w="2880" w:type="dxa"/>
          </w:tcPr>
          <w:p w14:paraId="42DCC033" w14:textId="77777777" w:rsidR="00F62B58" w:rsidRPr="00C95BA8" w:rsidRDefault="003C5913">
            <w:proofErr w:type="spellStart"/>
            <w:r w:rsidRPr="00C95BA8">
              <w:rPr>
                <w:sz w:val="16"/>
              </w:rPr>
              <w:t>Lmax</w:t>
            </w:r>
            <w:r w:rsidRPr="00C95BA8">
              <w:rPr>
                <w:sz w:val="16"/>
                <w:vertAlign w:val="subscript"/>
              </w:rPr>
              <w:t>mRR</w:t>
            </w:r>
            <w:proofErr w:type="spellEnd"/>
          </w:p>
        </w:tc>
        <w:tc>
          <w:tcPr>
            <w:tcW w:w="720" w:type="dxa"/>
          </w:tcPr>
          <w:p w14:paraId="29C634C7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57</w:t>
            </w:r>
          </w:p>
        </w:tc>
        <w:tc>
          <w:tcPr>
            <w:tcW w:w="1440" w:type="dxa"/>
          </w:tcPr>
          <w:p w14:paraId="33E37E60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0.112</w:t>
            </w:r>
          </w:p>
        </w:tc>
        <w:tc>
          <w:tcPr>
            <w:tcW w:w="1152" w:type="dxa"/>
          </w:tcPr>
          <w:p w14:paraId="3973F8AD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0.4056</w:t>
            </w:r>
          </w:p>
        </w:tc>
      </w:tr>
      <w:tr w:rsidR="00F62B58" w:rsidRPr="00C95BA8" w14:paraId="442EFC21" w14:textId="77777777" w:rsidTr="002859BF">
        <w:trPr>
          <w:jc w:val="center"/>
        </w:trPr>
        <w:tc>
          <w:tcPr>
            <w:tcW w:w="1440" w:type="dxa"/>
          </w:tcPr>
          <w:p w14:paraId="78995C35" w14:textId="77777777" w:rsidR="00F62B58" w:rsidRPr="00C95BA8" w:rsidRDefault="003C5913">
            <w:proofErr w:type="spellStart"/>
            <w:r w:rsidRPr="00C95BA8">
              <w:rPr>
                <w:sz w:val="16"/>
              </w:rPr>
              <w:t>mRR</w:t>
            </w:r>
            <w:proofErr w:type="spellEnd"/>
          </w:p>
        </w:tc>
        <w:tc>
          <w:tcPr>
            <w:tcW w:w="2880" w:type="dxa"/>
          </w:tcPr>
          <w:p w14:paraId="2E734601" w14:textId="77777777" w:rsidR="00F62B58" w:rsidRPr="00C95BA8" w:rsidRDefault="003C5913">
            <w:proofErr w:type="spellStart"/>
            <w:r w:rsidRPr="00C95BA8">
              <w:rPr>
                <w:sz w:val="16"/>
              </w:rPr>
              <w:t>ENTR</w:t>
            </w:r>
            <w:r w:rsidRPr="00C95BA8">
              <w:rPr>
                <w:sz w:val="16"/>
                <w:vertAlign w:val="subscript"/>
              </w:rPr>
              <w:t>mRR</w:t>
            </w:r>
            <w:proofErr w:type="spellEnd"/>
          </w:p>
        </w:tc>
        <w:tc>
          <w:tcPr>
            <w:tcW w:w="720" w:type="dxa"/>
          </w:tcPr>
          <w:p w14:paraId="17516BCF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57</w:t>
            </w:r>
          </w:p>
        </w:tc>
        <w:tc>
          <w:tcPr>
            <w:tcW w:w="1440" w:type="dxa"/>
          </w:tcPr>
          <w:p w14:paraId="29A196B4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0.102</w:t>
            </w:r>
          </w:p>
        </w:tc>
        <w:tc>
          <w:tcPr>
            <w:tcW w:w="1152" w:type="dxa"/>
          </w:tcPr>
          <w:p w14:paraId="371F3B34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0.4522</w:t>
            </w:r>
          </w:p>
        </w:tc>
      </w:tr>
      <w:tr w:rsidR="00F62B58" w:rsidRPr="00C95BA8" w14:paraId="661274ED" w14:textId="77777777" w:rsidTr="002859BF">
        <w:trPr>
          <w:jc w:val="center"/>
        </w:trPr>
        <w:tc>
          <w:tcPr>
            <w:tcW w:w="1440" w:type="dxa"/>
          </w:tcPr>
          <w:p w14:paraId="598B4758" w14:textId="77777777" w:rsidR="00F62B58" w:rsidRPr="00C95BA8" w:rsidRDefault="003C5913">
            <w:proofErr w:type="spellStart"/>
            <w:r w:rsidRPr="00C95BA8">
              <w:rPr>
                <w:sz w:val="16"/>
              </w:rPr>
              <w:t>mRR</w:t>
            </w:r>
            <w:proofErr w:type="spellEnd"/>
          </w:p>
        </w:tc>
        <w:tc>
          <w:tcPr>
            <w:tcW w:w="2880" w:type="dxa"/>
          </w:tcPr>
          <w:p w14:paraId="4F3CCE23" w14:textId="77777777" w:rsidR="00F62B58" w:rsidRPr="00C95BA8" w:rsidRDefault="003C5913">
            <w:proofErr w:type="spellStart"/>
            <w:r w:rsidRPr="00C95BA8">
              <w:rPr>
                <w:sz w:val="16"/>
              </w:rPr>
              <w:t>LAM</w:t>
            </w:r>
            <w:r w:rsidRPr="00C95BA8">
              <w:rPr>
                <w:sz w:val="16"/>
                <w:vertAlign w:val="subscript"/>
              </w:rPr>
              <w:t>mRR</w:t>
            </w:r>
            <w:proofErr w:type="spellEnd"/>
          </w:p>
        </w:tc>
        <w:tc>
          <w:tcPr>
            <w:tcW w:w="720" w:type="dxa"/>
          </w:tcPr>
          <w:p w14:paraId="6ABD0661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57</w:t>
            </w:r>
          </w:p>
        </w:tc>
        <w:tc>
          <w:tcPr>
            <w:tcW w:w="1440" w:type="dxa"/>
          </w:tcPr>
          <w:p w14:paraId="70AAA621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0.142</w:t>
            </w:r>
          </w:p>
        </w:tc>
        <w:tc>
          <w:tcPr>
            <w:tcW w:w="1152" w:type="dxa"/>
          </w:tcPr>
          <w:p w14:paraId="5DB43998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0.2915</w:t>
            </w:r>
          </w:p>
        </w:tc>
      </w:tr>
      <w:tr w:rsidR="00F62B58" w:rsidRPr="00C95BA8" w14:paraId="3A4C9971" w14:textId="77777777" w:rsidTr="002859BF">
        <w:trPr>
          <w:jc w:val="center"/>
        </w:trPr>
        <w:tc>
          <w:tcPr>
            <w:tcW w:w="1440" w:type="dxa"/>
          </w:tcPr>
          <w:p w14:paraId="6D1C99D6" w14:textId="77777777" w:rsidR="00F62B58" w:rsidRPr="00C95BA8" w:rsidRDefault="003C5913">
            <w:proofErr w:type="spellStart"/>
            <w:r w:rsidRPr="00C95BA8">
              <w:rPr>
                <w:sz w:val="16"/>
              </w:rPr>
              <w:t>mRR</w:t>
            </w:r>
            <w:proofErr w:type="spellEnd"/>
          </w:p>
        </w:tc>
        <w:tc>
          <w:tcPr>
            <w:tcW w:w="2880" w:type="dxa"/>
          </w:tcPr>
          <w:p w14:paraId="7D469C9A" w14:textId="77777777" w:rsidR="00F62B58" w:rsidRPr="00C95BA8" w:rsidRDefault="003C5913">
            <w:proofErr w:type="spellStart"/>
            <w:r w:rsidRPr="00C95BA8">
              <w:rPr>
                <w:sz w:val="16"/>
              </w:rPr>
              <w:t>TT</w:t>
            </w:r>
            <w:r w:rsidRPr="00C95BA8">
              <w:rPr>
                <w:sz w:val="16"/>
                <w:vertAlign w:val="subscript"/>
              </w:rPr>
              <w:t>mRR</w:t>
            </w:r>
            <w:proofErr w:type="spellEnd"/>
          </w:p>
        </w:tc>
        <w:tc>
          <w:tcPr>
            <w:tcW w:w="720" w:type="dxa"/>
          </w:tcPr>
          <w:p w14:paraId="18F2B583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57</w:t>
            </w:r>
          </w:p>
        </w:tc>
        <w:tc>
          <w:tcPr>
            <w:tcW w:w="1440" w:type="dxa"/>
          </w:tcPr>
          <w:p w14:paraId="322A15EB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0.149</w:t>
            </w:r>
          </w:p>
        </w:tc>
        <w:tc>
          <w:tcPr>
            <w:tcW w:w="1152" w:type="dxa"/>
          </w:tcPr>
          <w:p w14:paraId="13979C1C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0.2691</w:t>
            </w:r>
          </w:p>
        </w:tc>
      </w:tr>
      <w:tr w:rsidR="00F62B58" w:rsidRPr="00C95BA8" w14:paraId="07531165" w14:textId="77777777" w:rsidTr="002859BF">
        <w:trPr>
          <w:jc w:val="center"/>
        </w:trPr>
        <w:tc>
          <w:tcPr>
            <w:tcW w:w="1440" w:type="dxa"/>
          </w:tcPr>
          <w:p w14:paraId="27A75187" w14:textId="77777777" w:rsidR="00F62B58" w:rsidRPr="00C95BA8" w:rsidRDefault="003C5913">
            <w:proofErr w:type="spellStart"/>
            <w:r w:rsidRPr="00C95BA8">
              <w:rPr>
                <w:sz w:val="16"/>
              </w:rPr>
              <w:t>mRR</w:t>
            </w:r>
            <w:proofErr w:type="spellEnd"/>
          </w:p>
        </w:tc>
        <w:tc>
          <w:tcPr>
            <w:tcW w:w="2880" w:type="dxa"/>
          </w:tcPr>
          <w:p w14:paraId="58EF7AD6" w14:textId="77777777" w:rsidR="00F62B58" w:rsidRPr="00C95BA8" w:rsidRDefault="003C5913">
            <w:proofErr w:type="spellStart"/>
            <w:r w:rsidRPr="00C95BA8">
              <w:rPr>
                <w:sz w:val="16"/>
              </w:rPr>
              <w:t>Vmax</w:t>
            </w:r>
            <w:r w:rsidRPr="00C95BA8">
              <w:rPr>
                <w:sz w:val="16"/>
                <w:vertAlign w:val="subscript"/>
              </w:rPr>
              <w:t>mRR</w:t>
            </w:r>
            <w:proofErr w:type="spellEnd"/>
          </w:p>
        </w:tc>
        <w:tc>
          <w:tcPr>
            <w:tcW w:w="720" w:type="dxa"/>
          </w:tcPr>
          <w:p w14:paraId="764858ED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57</w:t>
            </w:r>
          </w:p>
        </w:tc>
        <w:tc>
          <w:tcPr>
            <w:tcW w:w="1440" w:type="dxa"/>
          </w:tcPr>
          <w:p w14:paraId="50887F99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0.080</w:t>
            </w:r>
          </w:p>
        </w:tc>
        <w:tc>
          <w:tcPr>
            <w:tcW w:w="1152" w:type="dxa"/>
          </w:tcPr>
          <w:p w14:paraId="1F93E208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0.5527</w:t>
            </w:r>
          </w:p>
        </w:tc>
      </w:tr>
      <w:tr w:rsidR="00F62B58" w:rsidRPr="00C95BA8" w14:paraId="418E14E1" w14:textId="77777777" w:rsidTr="002859BF">
        <w:trPr>
          <w:jc w:val="center"/>
        </w:trPr>
        <w:tc>
          <w:tcPr>
            <w:tcW w:w="1440" w:type="dxa"/>
          </w:tcPr>
          <w:p w14:paraId="18CF03EB" w14:textId="77777777" w:rsidR="00F62B58" w:rsidRPr="00C95BA8" w:rsidRDefault="003C5913">
            <w:proofErr w:type="spellStart"/>
            <w:r w:rsidRPr="00C95BA8">
              <w:rPr>
                <w:sz w:val="16"/>
              </w:rPr>
              <w:t>mRR</w:t>
            </w:r>
            <w:proofErr w:type="spellEnd"/>
          </w:p>
        </w:tc>
        <w:tc>
          <w:tcPr>
            <w:tcW w:w="2880" w:type="dxa"/>
          </w:tcPr>
          <w:p w14:paraId="58D61900" w14:textId="77777777" w:rsidR="00F62B58" w:rsidRPr="00C95BA8" w:rsidRDefault="003C5913">
            <w:r w:rsidRPr="00C95BA8">
              <w:rPr>
                <w:sz w:val="16"/>
              </w:rPr>
              <w:t>T1</w:t>
            </w:r>
            <w:r w:rsidRPr="00C95BA8">
              <w:rPr>
                <w:sz w:val="16"/>
                <w:vertAlign w:val="subscript"/>
              </w:rPr>
              <w:t>mRR</w:t>
            </w:r>
          </w:p>
        </w:tc>
        <w:tc>
          <w:tcPr>
            <w:tcW w:w="720" w:type="dxa"/>
          </w:tcPr>
          <w:p w14:paraId="2889EB8B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57</w:t>
            </w:r>
          </w:p>
        </w:tc>
        <w:tc>
          <w:tcPr>
            <w:tcW w:w="1440" w:type="dxa"/>
          </w:tcPr>
          <w:p w14:paraId="4E1E0578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0.124</w:t>
            </w:r>
          </w:p>
        </w:tc>
        <w:tc>
          <w:tcPr>
            <w:tcW w:w="1152" w:type="dxa"/>
          </w:tcPr>
          <w:p w14:paraId="70C49B7E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0.3564</w:t>
            </w:r>
          </w:p>
        </w:tc>
      </w:tr>
      <w:tr w:rsidR="00F62B58" w:rsidRPr="00C95BA8" w14:paraId="3771530B" w14:textId="77777777" w:rsidTr="002859BF">
        <w:trPr>
          <w:jc w:val="center"/>
        </w:trPr>
        <w:tc>
          <w:tcPr>
            <w:tcW w:w="1440" w:type="dxa"/>
          </w:tcPr>
          <w:p w14:paraId="02C3C8FE" w14:textId="77777777" w:rsidR="00F62B58" w:rsidRPr="00C95BA8" w:rsidRDefault="003C5913">
            <w:proofErr w:type="spellStart"/>
            <w:r w:rsidRPr="00C95BA8">
              <w:rPr>
                <w:sz w:val="16"/>
              </w:rPr>
              <w:t>mRR</w:t>
            </w:r>
            <w:proofErr w:type="spellEnd"/>
          </w:p>
        </w:tc>
        <w:tc>
          <w:tcPr>
            <w:tcW w:w="2880" w:type="dxa"/>
          </w:tcPr>
          <w:p w14:paraId="2C02762A" w14:textId="77777777" w:rsidR="00F62B58" w:rsidRPr="00C95BA8" w:rsidRDefault="003C5913">
            <w:r w:rsidRPr="00C95BA8">
              <w:rPr>
                <w:sz w:val="16"/>
              </w:rPr>
              <w:t>T2</w:t>
            </w:r>
            <w:r w:rsidRPr="00C95BA8">
              <w:rPr>
                <w:sz w:val="16"/>
                <w:vertAlign w:val="subscript"/>
              </w:rPr>
              <w:t>mRR</w:t>
            </w:r>
          </w:p>
        </w:tc>
        <w:tc>
          <w:tcPr>
            <w:tcW w:w="720" w:type="dxa"/>
          </w:tcPr>
          <w:p w14:paraId="757C0472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57</w:t>
            </w:r>
          </w:p>
        </w:tc>
        <w:tc>
          <w:tcPr>
            <w:tcW w:w="1440" w:type="dxa"/>
          </w:tcPr>
          <w:p w14:paraId="31C37C6E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0.221</w:t>
            </w:r>
          </w:p>
        </w:tc>
        <w:tc>
          <w:tcPr>
            <w:tcW w:w="1152" w:type="dxa"/>
          </w:tcPr>
          <w:p w14:paraId="33895AE8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0.0985</w:t>
            </w:r>
          </w:p>
        </w:tc>
      </w:tr>
      <w:tr w:rsidR="00F62B58" w:rsidRPr="00C95BA8" w14:paraId="3B47111D" w14:textId="77777777" w:rsidTr="002859BF">
        <w:trPr>
          <w:jc w:val="center"/>
        </w:trPr>
        <w:tc>
          <w:tcPr>
            <w:tcW w:w="1440" w:type="dxa"/>
          </w:tcPr>
          <w:p w14:paraId="118BA1E5" w14:textId="77777777" w:rsidR="00F62B58" w:rsidRPr="00C95BA8" w:rsidRDefault="003C5913">
            <w:proofErr w:type="spellStart"/>
            <w:r w:rsidRPr="00C95BA8">
              <w:rPr>
                <w:sz w:val="16"/>
              </w:rPr>
              <w:t>fRR</w:t>
            </w:r>
            <w:proofErr w:type="spellEnd"/>
          </w:p>
        </w:tc>
        <w:tc>
          <w:tcPr>
            <w:tcW w:w="2880" w:type="dxa"/>
          </w:tcPr>
          <w:p w14:paraId="34CE79F3" w14:textId="77777777" w:rsidR="00F62B58" w:rsidRPr="00C95BA8" w:rsidRDefault="003C5913">
            <w:proofErr w:type="spellStart"/>
            <w:r w:rsidRPr="00C95BA8">
              <w:rPr>
                <w:sz w:val="16"/>
              </w:rPr>
              <w:t>SDNN</w:t>
            </w:r>
            <w:r w:rsidRPr="00C95BA8">
              <w:rPr>
                <w:sz w:val="16"/>
                <w:vertAlign w:val="subscript"/>
              </w:rPr>
              <w:t>fRR</w:t>
            </w:r>
            <w:proofErr w:type="spellEnd"/>
          </w:p>
        </w:tc>
        <w:tc>
          <w:tcPr>
            <w:tcW w:w="720" w:type="dxa"/>
          </w:tcPr>
          <w:p w14:paraId="70293C1C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57</w:t>
            </w:r>
          </w:p>
        </w:tc>
        <w:tc>
          <w:tcPr>
            <w:tcW w:w="1440" w:type="dxa"/>
          </w:tcPr>
          <w:p w14:paraId="78F40065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0.009</w:t>
            </w:r>
          </w:p>
        </w:tc>
        <w:tc>
          <w:tcPr>
            <w:tcW w:w="1152" w:type="dxa"/>
          </w:tcPr>
          <w:p w14:paraId="43C01734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0.9453</w:t>
            </w:r>
          </w:p>
        </w:tc>
      </w:tr>
      <w:tr w:rsidR="00F62B58" w:rsidRPr="00C95BA8" w14:paraId="1081F54A" w14:textId="77777777" w:rsidTr="002859BF">
        <w:trPr>
          <w:jc w:val="center"/>
        </w:trPr>
        <w:tc>
          <w:tcPr>
            <w:tcW w:w="1440" w:type="dxa"/>
          </w:tcPr>
          <w:p w14:paraId="30685C9A" w14:textId="77777777" w:rsidR="00F62B58" w:rsidRPr="00C95BA8" w:rsidRDefault="003C5913">
            <w:proofErr w:type="spellStart"/>
            <w:r w:rsidRPr="00C95BA8">
              <w:rPr>
                <w:sz w:val="16"/>
              </w:rPr>
              <w:t>fRR</w:t>
            </w:r>
            <w:proofErr w:type="spellEnd"/>
          </w:p>
        </w:tc>
        <w:tc>
          <w:tcPr>
            <w:tcW w:w="2880" w:type="dxa"/>
          </w:tcPr>
          <w:p w14:paraId="2EB55C55" w14:textId="77777777" w:rsidR="00F62B58" w:rsidRPr="00C95BA8" w:rsidRDefault="003C5913">
            <w:proofErr w:type="spellStart"/>
            <w:r w:rsidRPr="00C95BA8">
              <w:rPr>
                <w:sz w:val="16"/>
              </w:rPr>
              <w:t>RMSSD</w:t>
            </w:r>
            <w:r w:rsidRPr="00C95BA8">
              <w:rPr>
                <w:sz w:val="16"/>
                <w:vertAlign w:val="subscript"/>
              </w:rPr>
              <w:t>fRR</w:t>
            </w:r>
            <w:proofErr w:type="spellEnd"/>
          </w:p>
        </w:tc>
        <w:tc>
          <w:tcPr>
            <w:tcW w:w="720" w:type="dxa"/>
          </w:tcPr>
          <w:p w14:paraId="7EA4014A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57</w:t>
            </w:r>
          </w:p>
        </w:tc>
        <w:tc>
          <w:tcPr>
            <w:tcW w:w="1440" w:type="dxa"/>
          </w:tcPr>
          <w:p w14:paraId="74D280F8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-0.062</w:t>
            </w:r>
          </w:p>
        </w:tc>
        <w:tc>
          <w:tcPr>
            <w:tcW w:w="1152" w:type="dxa"/>
          </w:tcPr>
          <w:p w14:paraId="4AAAAB7F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0.6446</w:t>
            </w:r>
          </w:p>
        </w:tc>
      </w:tr>
      <w:tr w:rsidR="00F62B58" w:rsidRPr="00C95BA8" w14:paraId="5FC0EC65" w14:textId="77777777" w:rsidTr="002859BF">
        <w:trPr>
          <w:jc w:val="center"/>
        </w:trPr>
        <w:tc>
          <w:tcPr>
            <w:tcW w:w="1440" w:type="dxa"/>
          </w:tcPr>
          <w:p w14:paraId="1C5FC7A7" w14:textId="77777777" w:rsidR="00F62B58" w:rsidRPr="00C95BA8" w:rsidRDefault="003C5913">
            <w:proofErr w:type="spellStart"/>
            <w:r w:rsidRPr="00C95BA8">
              <w:rPr>
                <w:sz w:val="16"/>
              </w:rPr>
              <w:t>fRR</w:t>
            </w:r>
            <w:proofErr w:type="spellEnd"/>
          </w:p>
        </w:tc>
        <w:tc>
          <w:tcPr>
            <w:tcW w:w="2880" w:type="dxa"/>
          </w:tcPr>
          <w:p w14:paraId="217B1CF9" w14:textId="77777777" w:rsidR="00F62B58" w:rsidRPr="00C95BA8" w:rsidRDefault="003C5913">
            <w:proofErr w:type="spellStart"/>
            <w:r w:rsidRPr="00C95BA8">
              <w:rPr>
                <w:sz w:val="16"/>
              </w:rPr>
              <w:t>HR</w:t>
            </w:r>
            <w:r w:rsidRPr="00C95BA8">
              <w:rPr>
                <w:sz w:val="16"/>
                <w:vertAlign w:val="subscript"/>
              </w:rPr>
              <w:t>fRR</w:t>
            </w:r>
            <w:proofErr w:type="spellEnd"/>
          </w:p>
        </w:tc>
        <w:tc>
          <w:tcPr>
            <w:tcW w:w="720" w:type="dxa"/>
          </w:tcPr>
          <w:p w14:paraId="0B1344FE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57</w:t>
            </w:r>
          </w:p>
        </w:tc>
        <w:tc>
          <w:tcPr>
            <w:tcW w:w="1440" w:type="dxa"/>
          </w:tcPr>
          <w:p w14:paraId="7D4A7127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0.037</w:t>
            </w:r>
          </w:p>
        </w:tc>
        <w:tc>
          <w:tcPr>
            <w:tcW w:w="1152" w:type="dxa"/>
          </w:tcPr>
          <w:p w14:paraId="2BE3DDCE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0.7864</w:t>
            </w:r>
          </w:p>
        </w:tc>
      </w:tr>
      <w:tr w:rsidR="00F62B58" w:rsidRPr="00C95BA8" w14:paraId="5DD10DBD" w14:textId="77777777" w:rsidTr="002859BF">
        <w:trPr>
          <w:jc w:val="center"/>
        </w:trPr>
        <w:tc>
          <w:tcPr>
            <w:tcW w:w="1440" w:type="dxa"/>
          </w:tcPr>
          <w:p w14:paraId="0A65DD84" w14:textId="77777777" w:rsidR="00F62B58" w:rsidRPr="00C95BA8" w:rsidRDefault="003C5913">
            <w:proofErr w:type="spellStart"/>
            <w:r w:rsidRPr="00C95BA8">
              <w:rPr>
                <w:sz w:val="16"/>
              </w:rPr>
              <w:t>fRR</w:t>
            </w:r>
            <w:proofErr w:type="spellEnd"/>
          </w:p>
        </w:tc>
        <w:tc>
          <w:tcPr>
            <w:tcW w:w="2880" w:type="dxa"/>
          </w:tcPr>
          <w:p w14:paraId="00EFBB84" w14:textId="77777777" w:rsidR="00F62B58" w:rsidRPr="00C95BA8" w:rsidRDefault="003C5913">
            <w:proofErr w:type="spellStart"/>
            <w:r w:rsidRPr="00C95BA8">
              <w:rPr>
                <w:sz w:val="16"/>
              </w:rPr>
              <w:t>DET</w:t>
            </w:r>
            <w:r w:rsidRPr="00C95BA8">
              <w:rPr>
                <w:sz w:val="16"/>
                <w:vertAlign w:val="subscript"/>
              </w:rPr>
              <w:t>fRR</w:t>
            </w:r>
            <w:proofErr w:type="spellEnd"/>
          </w:p>
        </w:tc>
        <w:tc>
          <w:tcPr>
            <w:tcW w:w="720" w:type="dxa"/>
          </w:tcPr>
          <w:p w14:paraId="07F97107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57</w:t>
            </w:r>
          </w:p>
        </w:tc>
        <w:tc>
          <w:tcPr>
            <w:tcW w:w="1440" w:type="dxa"/>
          </w:tcPr>
          <w:p w14:paraId="0771C442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0.221</w:t>
            </w:r>
          </w:p>
        </w:tc>
        <w:tc>
          <w:tcPr>
            <w:tcW w:w="1152" w:type="dxa"/>
          </w:tcPr>
          <w:p w14:paraId="3282C51F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0.0984</w:t>
            </w:r>
          </w:p>
        </w:tc>
      </w:tr>
      <w:tr w:rsidR="00F62B58" w:rsidRPr="00C95BA8" w14:paraId="2617819B" w14:textId="77777777" w:rsidTr="002859BF">
        <w:trPr>
          <w:jc w:val="center"/>
        </w:trPr>
        <w:tc>
          <w:tcPr>
            <w:tcW w:w="1440" w:type="dxa"/>
          </w:tcPr>
          <w:p w14:paraId="3808FB31" w14:textId="77777777" w:rsidR="00F62B58" w:rsidRPr="00C95BA8" w:rsidRDefault="003C5913">
            <w:proofErr w:type="spellStart"/>
            <w:r w:rsidRPr="00C95BA8">
              <w:rPr>
                <w:sz w:val="16"/>
              </w:rPr>
              <w:t>fRR</w:t>
            </w:r>
            <w:proofErr w:type="spellEnd"/>
          </w:p>
        </w:tc>
        <w:tc>
          <w:tcPr>
            <w:tcW w:w="2880" w:type="dxa"/>
          </w:tcPr>
          <w:p w14:paraId="4B995BC5" w14:textId="77777777" w:rsidR="00F62B58" w:rsidRPr="00C95BA8" w:rsidRDefault="003C5913">
            <w:proofErr w:type="spellStart"/>
            <w:r w:rsidRPr="00C95BA8">
              <w:rPr>
                <w:sz w:val="16"/>
              </w:rPr>
              <w:t>Lmean</w:t>
            </w:r>
            <w:r w:rsidRPr="00C95BA8">
              <w:rPr>
                <w:sz w:val="16"/>
                <w:vertAlign w:val="subscript"/>
              </w:rPr>
              <w:t>fRR</w:t>
            </w:r>
            <w:proofErr w:type="spellEnd"/>
          </w:p>
        </w:tc>
        <w:tc>
          <w:tcPr>
            <w:tcW w:w="720" w:type="dxa"/>
          </w:tcPr>
          <w:p w14:paraId="55626DA8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57</w:t>
            </w:r>
          </w:p>
        </w:tc>
        <w:tc>
          <w:tcPr>
            <w:tcW w:w="1440" w:type="dxa"/>
          </w:tcPr>
          <w:p w14:paraId="3C159EBF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0.190</w:t>
            </w:r>
          </w:p>
        </w:tc>
        <w:tc>
          <w:tcPr>
            <w:tcW w:w="1152" w:type="dxa"/>
          </w:tcPr>
          <w:p w14:paraId="2477E1A0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0.1573</w:t>
            </w:r>
          </w:p>
        </w:tc>
      </w:tr>
      <w:tr w:rsidR="00F62B58" w:rsidRPr="00C95BA8" w14:paraId="1E9E00B5" w14:textId="77777777" w:rsidTr="002859BF">
        <w:trPr>
          <w:jc w:val="center"/>
        </w:trPr>
        <w:tc>
          <w:tcPr>
            <w:tcW w:w="1440" w:type="dxa"/>
          </w:tcPr>
          <w:p w14:paraId="6ED3DFE9" w14:textId="77777777" w:rsidR="00F62B58" w:rsidRPr="00C95BA8" w:rsidRDefault="003C5913">
            <w:proofErr w:type="spellStart"/>
            <w:r w:rsidRPr="00C95BA8">
              <w:rPr>
                <w:sz w:val="16"/>
              </w:rPr>
              <w:t>fRR</w:t>
            </w:r>
            <w:proofErr w:type="spellEnd"/>
          </w:p>
        </w:tc>
        <w:tc>
          <w:tcPr>
            <w:tcW w:w="2880" w:type="dxa"/>
          </w:tcPr>
          <w:p w14:paraId="5141EE39" w14:textId="77777777" w:rsidR="00F62B58" w:rsidRPr="00C95BA8" w:rsidRDefault="003C5913">
            <w:proofErr w:type="spellStart"/>
            <w:r w:rsidRPr="00C95BA8">
              <w:rPr>
                <w:sz w:val="16"/>
              </w:rPr>
              <w:t>Lmax</w:t>
            </w:r>
            <w:r w:rsidRPr="00C95BA8">
              <w:rPr>
                <w:sz w:val="16"/>
                <w:vertAlign w:val="subscript"/>
              </w:rPr>
              <w:t>fRR</w:t>
            </w:r>
            <w:proofErr w:type="spellEnd"/>
          </w:p>
        </w:tc>
        <w:tc>
          <w:tcPr>
            <w:tcW w:w="720" w:type="dxa"/>
          </w:tcPr>
          <w:p w14:paraId="695CCEDB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57</w:t>
            </w:r>
          </w:p>
        </w:tc>
        <w:tc>
          <w:tcPr>
            <w:tcW w:w="1440" w:type="dxa"/>
          </w:tcPr>
          <w:p w14:paraId="287892B5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0.120</w:t>
            </w:r>
          </w:p>
        </w:tc>
        <w:tc>
          <w:tcPr>
            <w:tcW w:w="1152" w:type="dxa"/>
          </w:tcPr>
          <w:p w14:paraId="34A0F9DA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0.3723</w:t>
            </w:r>
          </w:p>
        </w:tc>
      </w:tr>
      <w:tr w:rsidR="00F62B58" w:rsidRPr="00C95BA8" w14:paraId="614B9C5F" w14:textId="77777777" w:rsidTr="002859BF">
        <w:trPr>
          <w:jc w:val="center"/>
        </w:trPr>
        <w:tc>
          <w:tcPr>
            <w:tcW w:w="1440" w:type="dxa"/>
          </w:tcPr>
          <w:p w14:paraId="2E8DD16F" w14:textId="77777777" w:rsidR="00F62B58" w:rsidRPr="00C95BA8" w:rsidRDefault="003C5913">
            <w:proofErr w:type="spellStart"/>
            <w:r w:rsidRPr="00C95BA8">
              <w:rPr>
                <w:sz w:val="16"/>
              </w:rPr>
              <w:t>fRR</w:t>
            </w:r>
            <w:proofErr w:type="spellEnd"/>
          </w:p>
        </w:tc>
        <w:tc>
          <w:tcPr>
            <w:tcW w:w="2880" w:type="dxa"/>
          </w:tcPr>
          <w:p w14:paraId="11A85336" w14:textId="77777777" w:rsidR="00F62B58" w:rsidRPr="00C95BA8" w:rsidRDefault="003C5913">
            <w:proofErr w:type="spellStart"/>
            <w:r w:rsidRPr="00C95BA8">
              <w:rPr>
                <w:sz w:val="16"/>
              </w:rPr>
              <w:t>ENTR</w:t>
            </w:r>
            <w:r w:rsidRPr="00C95BA8">
              <w:rPr>
                <w:sz w:val="16"/>
                <w:vertAlign w:val="subscript"/>
              </w:rPr>
              <w:t>fRR</w:t>
            </w:r>
            <w:proofErr w:type="spellEnd"/>
          </w:p>
        </w:tc>
        <w:tc>
          <w:tcPr>
            <w:tcW w:w="720" w:type="dxa"/>
          </w:tcPr>
          <w:p w14:paraId="018D07D4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57</w:t>
            </w:r>
          </w:p>
        </w:tc>
        <w:tc>
          <w:tcPr>
            <w:tcW w:w="1440" w:type="dxa"/>
          </w:tcPr>
          <w:p w14:paraId="1A71EEE4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0.211</w:t>
            </w:r>
          </w:p>
        </w:tc>
        <w:tc>
          <w:tcPr>
            <w:tcW w:w="1152" w:type="dxa"/>
          </w:tcPr>
          <w:p w14:paraId="1FE64E03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0.1155</w:t>
            </w:r>
          </w:p>
        </w:tc>
      </w:tr>
      <w:tr w:rsidR="00F62B58" w:rsidRPr="00C95BA8" w14:paraId="5FF60FA8" w14:textId="77777777" w:rsidTr="002859BF">
        <w:trPr>
          <w:jc w:val="center"/>
        </w:trPr>
        <w:tc>
          <w:tcPr>
            <w:tcW w:w="1440" w:type="dxa"/>
          </w:tcPr>
          <w:p w14:paraId="2CBAD173" w14:textId="77777777" w:rsidR="00F62B58" w:rsidRPr="00C95BA8" w:rsidRDefault="003C5913">
            <w:proofErr w:type="spellStart"/>
            <w:r w:rsidRPr="00C95BA8">
              <w:rPr>
                <w:sz w:val="16"/>
              </w:rPr>
              <w:t>fRR</w:t>
            </w:r>
            <w:proofErr w:type="spellEnd"/>
          </w:p>
        </w:tc>
        <w:tc>
          <w:tcPr>
            <w:tcW w:w="2880" w:type="dxa"/>
          </w:tcPr>
          <w:p w14:paraId="1601FE59" w14:textId="77777777" w:rsidR="00F62B58" w:rsidRPr="00C95BA8" w:rsidRDefault="003C5913">
            <w:proofErr w:type="spellStart"/>
            <w:r w:rsidRPr="00C95BA8">
              <w:rPr>
                <w:sz w:val="16"/>
              </w:rPr>
              <w:t>LAM</w:t>
            </w:r>
            <w:r w:rsidRPr="00C95BA8">
              <w:rPr>
                <w:sz w:val="16"/>
                <w:vertAlign w:val="subscript"/>
              </w:rPr>
              <w:t>fRR</w:t>
            </w:r>
            <w:proofErr w:type="spellEnd"/>
          </w:p>
        </w:tc>
        <w:tc>
          <w:tcPr>
            <w:tcW w:w="720" w:type="dxa"/>
          </w:tcPr>
          <w:p w14:paraId="65876071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57</w:t>
            </w:r>
          </w:p>
        </w:tc>
        <w:tc>
          <w:tcPr>
            <w:tcW w:w="1440" w:type="dxa"/>
          </w:tcPr>
          <w:p w14:paraId="158BAD2A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0.211</w:t>
            </w:r>
          </w:p>
        </w:tc>
        <w:tc>
          <w:tcPr>
            <w:tcW w:w="1152" w:type="dxa"/>
          </w:tcPr>
          <w:p w14:paraId="2A7EDD21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0.1159</w:t>
            </w:r>
          </w:p>
        </w:tc>
      </w:tr>
      <w:tr w:rsidR="00F62B58" w:rsidRPr="00C95BA8" w14:paraId="1153864B" w14:textId="77777777" w:rsidTr="002859BF">
        <w:trPr>
          <w:jc w:val="center"/>
        </w:trPr>
        <w:tc>
          <w:tcPr>
            <w:tcW w:w="1440" w:type="dxa"/>
          </w:tcPr>
          <w:p w14:paraId="7DC3839C" w14:textId="77777777" w:rsidR="00F62B58" w:rsidRPr="00C95BA8" w:rsidRDefault="003C5913">
            <w:proofErr w:type="spellStart"/>
            <w:r w:rsidRPr="00C95BA8">
              <w:rPr>
                <w:sz w:val="16"/>
              </w:rPr>
              <w:t>fRR</w:t>
            </w:r>
            <w:proofErr w:type="spellEnd"/>
          </w:p>
        </w:tc>
        <w:tc>
          <w:tcPr>
            <w:tcW w:w="2880" w:type="dxa"/>
          </w:tcPr>
          <w:p w14:paraId="509CE0DF" w14:textId="77777777" w:rsidR="00F62B58" w:rsidRPr="00C95BA8" w:rsidRDefault="003C5913">
            <w:proofErr w:type="spellStart"/>
            <w:r w:rsidRPr="00C95BA8">
              <w:rPr>
                <w:sz w:val="16"/>
              </w:rPr>
              <w:t>TT</w:t>
            </w:r>
            <w:r w:rsidRPr="00C95BA8">
              <w:rPr>
                <w:sz w:val="16"/>
                <w:vertAlign w:val="subscript"/>
              </w:rPr>
              <w:t>fRR</w:t>
            </w:r>
            <w:proofErr w:type="spellEnd"/>
          </w:p>
        </w:tc>
        <w:tc>
          <w:tcPr>
            <w:tcW w:w="720" w:type="dxa"/>
          </w:tcPr>
          <w:p w14:paraId="2D6BA5C0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57</w:t>
            </w:r>
          </w:p>
        </w:tc>
        <w:tc>
          <w:tcPr>
            <w:tcW w:w="1440" w:type="dxa"/>
          </w:tcPr>
          <w:p w14:paraId="15C28F51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0.207</w:t>
            </w:r>
          </w:p>
        </w:tc>
        <w:tc>
          <w:tcPr>
            <w:tcW w:w="1152" w:type="dxa"/>
          </w:tcPr>
          <w:p w14:paraId="6400E4B9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0.1221</w:t>
            </w:r>
          </w:p>
        </w:tc>
      </w:tr>
      <w:tr w:rsidR="00F62B58" w:rsidRPr="00C95BA8" w14:paraId="36BAD8D4" w14:textId="77777777" w:rsidTr="002859BF">
        <w:trPr>
          <w:jc w:val="center"/>
        </w:trPr>
        <w:tc>
          <w:tcPr>
            <w:tcW w:w="1440" w:type="dxa"/>
          </w:tcPr>
          <w:p w14:paraId="4C53B31A" w14:textId="77777777" w:rsidR="00F62B58" w:rsidRPr="00C95BA8" w:rsidRDefault="003C5913">
            <w:proofErr w:type="spellStart"/>
            <w:r w:rsidRPr="00C95BA8">
              <w:rPr>
                <w:sz w:val="16"/>
              </w:rPr>
              <w:t>fRR</w:t>
            </w:r>
            <w:proofErr w:type="spellEnd"/>
          </w:p>
        </w:tc>
        <w:tc>
          <w:tcPr>
            <w:tcW w:w="2880" w:type="dxa"/>
          </w:tcPr>
          <w:p w14:paraId="420ACDB4" w14:textId="77777777" w:rsidR="00F62B58" w:rsidRPr="00C95BA8" w:rsidRDefault="003C5913">
            <w:proofErr w:type="spellStart"/>
            <w:r w:rsidRPr="00C95BA8">
              <w:rPr>
                <w:sz w:val="16"/>
              </w:rPr>
              <w:t>Vmax</w:t>
            </w:r>
            <w:r w:rsidRPr="00C95BA8">
              <w:rPr>
                <w:sz w:val="16"/>
                <w:vertAlign w:val="subscript"/>
              </w:rPr>
              <w:t>fRR</w:t>
            </w:r>
            <w:proofErr w:type="spellEnd"/>
          </w:p>
        </w:tc>
        <w:tc>
          <w:tcPr>
            <w:tcW w:w="720" w:type="dxa"/>
          </w:tcPr>
          <w:p w14:paraId="33824364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57</w:t>
            </w:r>
          </w:p>
        </w:tc>
        <w:tc>
          <w:tcPr>
            <w:tcW w:w="1440" w:type="dxa"/>
          </w:tcPr>
          <w:p w14:paraId="2760145E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0.170</w:t>
            </w:r>
          </w:p>
        </w:tc>
        <w:tc>
          <w:tcPr>
            <w:tcW w:w="1152" w:type="dxa"/>
          </w:tcPr>
          <w:p w14:paraId="2BFA271A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0.2064</w:t>
            </w:r>
          </w:p>
        </w:tc>
      </w:tr>
      <w:tr w:rsidR="00F62B58" w:rsidRPr="00C95BA8" w14:paraId="407F1521" w14:textId="77777777" w:rsidTr="002859BF">
        <w:trPr>
          <w:jc w:val="center"/>
        </w:trPr>
        <w:tc>
          <w:tcPr>
            <w:tcW w:w="1440" w:type="dxa"/>
          </w:tcPr>
          <w:p w14:paraId="391D0253" w14:textId="77777777" w:rsidR="00F62B58" w:rsidRPr="00C95BA8" w:rsidRDefault="003C5913">
            <w:proofErr w:type="spellStart"/>
            <w:r w:rsidRPr="00C95BA8">
              <w:rPr>
                <w:sz w:val="16"/>
              </w:rPr>
              <w:t>fRR</w:t>
            </w:r>
            <w:proofErr w:type="spellEnd"/>
          </w:p>
        </w:tc>
        <w:tc>
          <w:tcPr>
            <w:tcW w:w="2880" w:type="dxa"/>
          </w:tcPr>
          <w:p w14:paraId="28EF04AB" w14:textId="77777777" w:rsidR="00F62B58" w:rsidRPr="00C95BA8" w:rsidRDefault="003C5913">
            <w:r w:rsidRPr="00C95BA8">
              <w:rPr>
                <w:sz w:val="16"/>
              </w:rPr>
              <w:t>T1</w:t>
            </w:r>
            <w:r w:rsidRPr="00C95BA8">
              <w:rPr>
                <w:sz w:val="16"/>
                <w:vertAlign w:val="subscript"/>
              </w:rPr>
              <w:t>fRR</w:t>
            </w:r>
          </w:p>
        </w:tc>
        <w:tc>
          <w:tcPr>
            <w:tcW w:w="720" w:type="dxa"/>
          </w:tcPr>
          <w:p w14:paraId="7492D7C7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57</w:t>
            </w:r>
          </w:p>
        </w:tc>
        <w:tc>
          <w:tcPr>
            <w:tcW w:w="1440" w:type="dxa"/>
          </w:tcPr>
          <w:p w14:paraId="406CEE52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0.072</w:t>
            </w:r>
          </w:p>
        </w:tc>
        <w:tc>
          <w:tcPr>
            <w:tcW w:w="1152" w:type="dxa"/>
          </w:tcPr>
          <w:p w14:paraId="2DFF918A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0.5937</w:t>
            </w:r>
          </w:p>
        </w:tc>
      </w:tr>
      <w:tr w:rsidR="00F62B58" w:rsidRPr="00C95BA8" w14:paraId="6F3382EA" w14:textId="77777777" w:rsidTr="002859BF">
        <w:trPr>
          <w:jc w:val="center"/>
        </w:trPr>
        <w:tc>
          <w:tcPr>
            <w:tcW w:w="1440" w:type="dxa"/>
          </w:tcPr>
          <w:p w14:paraId="665A5D17" w14:textId="77777777" w:rsidR="00F62B58" w:rsidRPr="00C95BA8" w:rsidRDefault="003C5913">
            <w:proofErr w:type="spellStart"/>
            <w:r w:rsidRPr="00C95BA8">
              <w:rPr>
                <w:sz w:val="16"/>
              </w:rPr>
              <w:t>fRR</w:t>
            </w:r>
            <w:proofErr w:type="spellEnd"/>
          </w:p>
        </w:tc>
        <w:tc>
          <w:tcPr>
            <w:tcW w:w="2880" w:type="dxa"/>
          </w:tcPr>
          <w:p w14:paraId="33B22DD9" w14:textId="77777777" w:rsidR="00F62B58" w:rsidRPr="00C95BA8" w:rsidRDefault="003C5913">
            <w:r w:rsidRPr="00C95BA8">
              <w:rPr>
                <w:sz w:val="16"/>
              </w:rPr>
              <w:t>T2</w:t>
            </w:r>
            <w:r w:rsidRPr="00C95BA8">
              <w:rPr>
                <w:sz w:val="16"/>
                <w:vertAlign w:val="subscript"/>
              </w:rPr>
              <w:t>fRR</w:t>
            </w:r>
          </w:p>
        </w:tc>
        <w:tc>
          <w:tcPr>
            <w:tcW w:w="720" w:type="dxa"/>
          </w:tcPr>
          <w:p w14:paraId="5595A649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57</w:t>
            </w:r>
          </w:p>
        </w:tc>
        <w:tc>
          <w:tcPr>
            <w:tcW w:w="1440" w:type="dxa"/>
          </w:tcPr>
          <w:p w14:paraId="69193128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0.206</w:t>
            </w:r>
          </w:p>
        </w:tc>
        <w:tc>
          <w:tcPr>
            <w:tcW w:w="1152" w:type="dxa"/>
          </w:tcPr>
          <w:p w14:paraId="067FC84A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0.1243</w:t>
            </w:r>
          </w:p>
        </w:tc>
      </w:tr>
      <w:tr w:rsidR="00F62B58" w:rsidRPr="00C95BA8" w14:paraId="32A78084" w14:textId="77777777" w:rsidTr="002859BF">
        <w:trPr>
          <w:jc w:val="center"/>
        </w:trPr>
        <w:tc>
          <w:tcPr>
            <w:tcW w:w="1440" w:type="dxa"/>
          </w:tcPr>
          <w:p w14:paraId="26324884" w14:textId="77777777" w:rsidR="00F62B58" w:rsidRPr="00C95BA8" w:rsidRDefault="003C5913">
            <w:proofErr w:type="spellStart"/>
            <w:r w:rsidRPr="00C95BA8">
              <w:rPr>
                <w:sz w:val="16"/>
              </w:rPr>
              <w:t>mRR×fRR</w:t>
            </w:r>
            <w:proofErr w:type="spellEnd"/>
          </w:p>
        </w:tc>
        <w:tc>
          <w:tcPr>
            <w:tcW w:w="2880" w:type="dxa"/>
          </w:tcPr>
          <w:p w14:paraId="7214AD04" w14:textId="77777777" w:rsidR="00F62B58" w:rsidRPr="00C95BA8" w:rsidRDefault="003C5913">
            <w:proofErr w:type="spellStart"/>
            <w:r w:rsidRPr="00C95BA8">
              <w:rPr>
                <w:sz w:val="16"/>
              </w:rPr>
              <w:t>DET</w:t>
            </w:r>
            <w:r w:rsidRPr="00C95BA8">
              <w:rPr>
                <w:sz w:val="16"/>
                <w:vertAlign w:val="subscript"/>
              </w:rPr>
              <w:t>mRR×fRR</w:t>
            </w:r>
            <w:proofErr w:type="spellEnd"/>
          </w:p>
        </w:tc>
        <w:tc>
          <w:tcPr>
            <w:tcW w:w="720" w:type="dxa"/>
          </w:tcPr>
          <w:p w14:paraId="1E3E7415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57</w:t>
            </w:r>
          </w:p>
        </w:tc>
        <w:tc>
          <w:tcPr>
            <w:tcW w:w="1440" w:type="dxa"/>
          </w:tcPr>
          <w:p w14:paraId="5CF80665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0.071</w:t>
            </w:r>
          </w:p>
        </w:tc>
        <w:tc>
          <w:tcPr>
            <w:tcW w:w="1152" w:type="dxa"/>
          </w:tcPr>
          <w:p w14:paraId="321A3672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0.6008</w:t>
            </w:r>
          </w:p>
        </w:tc>
      </w:tr>
      <w:tr w:rsidR="00F62B58" w:rsidRPr="00C95BA8" w14:paraId="33F22057" w14:textId="77777777" w:rsidTr="002859BF">
        <w:trPr>
          <w:jc w:val="center"/>
        </w:trPr>
        <w:tc>
          <w:tcPr>
            <w:tcW w:w="1440" w:type="dxa"/>
          </w:tcPr>
          <w:p w14:paraId="5EFA1E45" w14:textId="77777777" w:rsidR="00F62B58" w:rsidRPr="00C95BA8" w:rsidRDefault="003C5913">
            <w:proofErr w:type="spellStart"/>
            <w:r w:rsidRPr="00C95BA8">
              <w:rPr>
                <w:sz w:val="16"/>
              </w:rPr>
              <w:t>mRR×fRR</w:t>
            </w:r>
            <w:proofErr w:type="spellEnd"/>
          </w:p>
        </w:tc>
        <w:tc>
          <w:tcPr>
            <w:tcW w:w="2880" w:type="dxa"/>
          </w:tcPr>
          <w:p w14:paraId="3C68207F" w14:textId="77777777" w:rsidR="00F62B58" w:rsidRPr="00C95BA8" w:rsidRDefault="003C5913">
            <w:proofErr w:type="spellStart"/>
            <w:r w:rsidRPr="00C95BA8">
              <w:rPr>
                <w:sz w:val="16"/>
              </w:rPr>
              <w:t>Lmean</w:t>
            </w:r>
            <w:r w:rsidRPr="00C95BA8">
              <w:rPr>
                <w:sz w:val="16"/>
                <w:vertAlign w:val="subscript"/>
              </w:rPr>
              <w:t>mRR×fRR</w:t>
            </w:r>
            <w:proofErr w:type="spellEnd"/>
          </w:p>
        </w:tc>
        <w:tc>
          <w:tcPr>
            <w:tcW w:w="720" w:type="dxa"/>
          </w:tcPr>
          <w:p w14:paraId="01B38367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57</w:t>
            </w:r>
          </w:p>
        </w:tc>
        <w:tc>
          <w:tcPr>
            <w:tcW w:w="1440" w:type="dxa"/>
          </w:tcPr>
          <w:p w14:paraId="5EC4C309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0.032</w:t>
            </w:r>
          </w:p>
        </w:tc>
        <w:tc>
          <w:tcPr>
            <w:tcW w:w="1152" w:type="dxa"/>
          </w:tcPr>
          <w:p w14:paraId="3D7B0817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0.8133</w:t>
            </w:r>
          </w:p>
        </w:tc>
      </w:tr>
      <w:tr w:rsidR="00F62B58" w:rsidRPr="00C95BA8" w14:paraId="1661D846" w14:textId="77777777" w:rsidTr="002859BF">
        <w:trPr>
          <w:jc w:val="center"/>
        </w:trPr>
        <w:tc>
          <w:tcPr>
            <w:tcW w:w="1440" w:type="dxa"/>
          </w:tcPr>
          <w:p w14:paraId="6ACF761B" w14:textId="77777777" w:rsidR="00F62B58" w:rsidRPr="00C95BA8" w:rsidRDefault="003C5913">
            <w:proofErr w:type="spellStart"/>
            <w:r w:rsidRPr="00C95BA8">
              <w:rPr>
                <w:sz w:val="16"/>
              </w:rPr>
              <w:t>mRR×fRR</w:t>
            </w:r>
            <w:proofErr w:type="spellEnd"/>
          </w:p>
        </w:tc>
        <w:tc>
          <w:tcPr>
            <w:tcW w:w="2880" w:type="dxa"/>
          </w:tcPr>
          <w:p w14:paraId="33F2D51B" w14:textId="77777777" w:rsidR="00F62B58" w:rsidRPr="00C95BA8" w:rsidRDefault="003C5913">
            <w:proofErr w:type="spellStart"/>
            <w:r w:rsidRPr="00C95BA8">
              <w:rPr>
                <w:sz w:val="16"/>
              </w:rPr>
              <w:t>Lmax</w:t>
            </w:r>
            <w:r w:rsidRPr="00C95BA8">
              <w:rPr>
                <w:sz w:val="16"/>
                <w:vertAlign w:val="subscript"/>
              </w:rPr>
              <w:t>mRR×fRR</w:t>
            </w:r>
            <w:proofErr w:type="spellEnd"/>
          </w:p>
        </w:tc>
        <w:tc>
          <w:tcPr>
            <w:tcW w:w="720" w:type="dxa"/>
          </w:tcPr>
          <w:p w14:paraId="05E64AD9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57</w:t>
            </w:r>
          </w:p>
        </w:tc>
        <w:tc>
          <w:tcPr>
            <w:tcW w:w="1440" w:type="dxa"/>
          </w:tcPr>
          <w:p w14:paraId="6ED218BB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-0.031</w:t>
            </w:r>
          </w:p>
        </w:tc>
        <w:tc>
          <w:tcPr>
            <w:tcW w:w="1152" w:type="dxa"/>
          </w:tcPr>
          <w:p w14:paraId="0D0BBD17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0.8163</w:t>
            </w:r>
          </w:p>
        </w:tc>
      </w:tr>
      <w:tr w:rsidR="00F62B58" w:rsidRPr="00C95BA8" w14:paraId="184CDE83" w14:textId="77777777" w:rsidTr="002859BF">
        <w:trPr>
          <w:jc w:val="center"/>
        </w:trPr>
        <w:tc>
          <w:tcPr>
            <w:tcW w:w="1440" w:type="dxa"/>
          </w:tcPr>
          <w:p w14:paraId="42B2C2C1" w14:textId="77777777" w:rsidR="00F62B58" w:rsidRPr="00C95BA8" w:rsidRDefault="003C5913">
            <w:proofErr w:type="spellStart"/>
            <w:r w:rsidRPr="00C95BA8">
              <w:rPr>
                <w:sz w:val="16"/>
              </w:rPr>
              <w:t>mRR×fRR</w:t>
            </w:r>
            <w:proofErr w:type="spellEnd"/>
          </w:p>
        </w:tc>
        <w:tc>
          <w:tcPr>
            <w:tcW w:w="2880" w:type="dxa"/>
          </w:tcPr>
          <w:p w14:paraId="5EE65156" w14:textId="77777777" w:rsidR="00F62B58" w:rsidRPr="00C95BA8" w:rsidRDefault="003C5913">
            <w:proofErr w:type="spellStart"/>
            <w:r w:rsidRPr="00C95BA8">
              <w:rPr>
                <w:sz w:val="16"/>
              </w:rPr>
              <w:t>ENTR</w:t>
            </w:r>
            <w:r w:rsidRPr="00C95BA8">
              <w:rPr>
                <w:sz w:val="16"/>
                <w:vertAlign w:val="subscript"/>
              </w:rPr>
              <w:t>mRR×fRR</w:t>
            </w:r>
            <w:proofErr w:type="spellEnd"/>
          </w:p>
        </w:tc>
        <w:tc>
          <w:tcPr>
            <w:tcW w:w="720" w:type="dxa"/>
          </w:tcPr>
          <w:p w14:paraId="44CB274F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57</w:t>
            </w:r>
          </w:p>
        </w:tc>
        <w:tc>
          <w:tcPr>
            <w:tcW w:w="1440" w:type="dxa"/>
          </w:tcPr>
          <w:p w14:paraId="40AFDE16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0.065</w:t>
            </w:r>
          </w:p>
        </w:tc>
        <w:tc>
          <w:tcPr>
            <w:tcW w:w="1152" w:type="dxa"/>
          </w:tcPr>
          <w:p w14:paraId="35E7CA69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0.6310</w:t>
            </w:r>
          </w:p>
        </w:tc>
      </w:tr>
      <w:tr w:rsidR="00F62B58" w:rsidRPr="00C95BA8" w14:paraId="4330CB57" w14:textId="77777777" w:rsidTr="002859BF">
        <w:trPr>
          <w:jc w:val="center"/>
        </w:trPr>
        <w:tc>
          <w:tcPr>
            <w:tcW w:w="1440" w:type="dxa"/>
          </w:tcPr>
          <w:p w14:paraId="5800FC30" w14:textId="77777777" w:rsidR="00F62B58" w:rsidRPr="00C95BA8" w:rsidRDefault="003C5913">
            <w:proofErr w:type="spellStart"/>
            <w:r w:rsidRPr="00C95BA8">
              <w:rPr>
                <w:sz w:val="16"/>
              </w:rPr>
              <w:t>mRR×fRR</w:t>
            </w:r>
            <w:proofErr w:type="spellEnd"/>
          </w:p>
        </w:tc>
        <w:tc>
          <w:tcPr>
            <w:tcW w:w="2880" w:type="dxa"/>
          </w:tcPr>
          <w:p w14:paraId="38D7AAE9" w14:textId="77777777" w:rsidR="00F62B58" w:rsidRPr="00C95BA8" w:rsidRDefault="003C5913">
            <w:proofErr w:type="spellStart"/>
            <w:r w:rsidRPr="00C95BA8">
              <w:rPr>
                <w:sz w:val="16"/>
              </w:rPr>
              <w:t>LAM</w:t>
            </w:r>
            <w:r w:rsidRPr="00C95BA8">
              <w:rPr>
                <w:sz w:val="16"/>
                <w:vertAlign w:val="subscript"/>
              </w:rPr>
              <w:t>mRR×fRR</w:t>
            </w:r>
            <w:proofErr w:type="spellEnd"/>
          </w:p>
        </w:tc>
        <w:tc>
          <w:tcPr>
            <w:tcW w:w="720" w:type="dxa"/>
          </w:tcPr>
          <w:p w14:paraId="44C46E95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57</w:t>
            </w:r>
          </w:p>
        </w:tc>
        <w:tc>
          <w:tcPr>
            <w:tcW w:w="1440" w:type="dxa"/>
          </w:tcPr>
          <w:p w14:paraId="3ED31DF9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0.066</w:t>
            </w:r>
          </w:p>
        </w:tc>
        <w:tc>
          <w:tcPr>
            <w:tcW w:w="1152" w:type="dxa"/>
          </w:tcPr>
          <w:p w14:paraId="4431BD1D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0.6246</w:t>
            </w:r>
          </w:p>
        </w:tc>
      </w:tr>
      <w:tr w:rsidR="00F62B58" w:rsidRPr="00C95BA8" w14:paraId="035DD392" w14:textId="77777777" w:rsidTr="002859BF">
        <w:trPr>
          <w:jc w:val="center"/>
        </w:trPr>
        <w:tc>
          <w:tcPr>
            <w:tcW w:w="1440" w:type="dxa"/>
          </w:tcPr>
          <w:p w14:paraId="41F59F39" w14:textId="77777777" w:rsidR="00F62B58" w:rsidRPr="00C95BA8" w:rsidRDefault="003C5913">
            <w:proofErr w:type="spellStart"/>
            <w:r w:rsidRPr="00C95BA8">
              <w:rPr>
                <w:sz w:val="16"/>
              </w:rPr>
              <w:t>mRR×fRR</w:t>
            </w:r>
            <w:proofErr w:type="spellEnd"/>
          </w:p>
        </w:tc>
        <w:tc>
          <w:tcPr>
            <w:tcW w:w="2880" w:type="dxa"/>
          </w:tcPr>
          <w:p w14:paraId="06EA26A7" w14:textId="77777777" w:rsidR="00F62B58" w:rsidRPr="00C95BA8" w:rsidRDefault="003C5913">
            <w:proofErr w:type="spellStart"/>
            <w:r w:rsidRPr="00C95BA8">
              <w:rPr>
                <w:sz w:val="16"/>
              </w:rPr>
              <w:t>TT</w:t>
            </w:r>
            <w:r w:rsidRPr="00C95BA8">
              <w:rPr>
                <w:sz w:val="16"/>
                <w:vertAlign w:val="subscript"/>
              </w:rPr>
              <w:t>mRR×fRR</w:t>
            </w:r>
            <w:proofErr w:type="spellEnd"/>
          </w:p>
        </w:tc>
        <w:tc>
          <w:tcPr>
            <w:tcW w:w="720" w:type="dxa"/>
          </w:tcPr>
          <w:p w14:paraId="5FD97915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57</w:t>
            </w:r>
          </w:p>
        </w:tc>
        <w:tc>
          <w:tcPr>
            <w:tcW w:w="1440" w:type="dxa"/>
          </w:tcPr>
          <w:p w14:paraId="3506FF1C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0.090</w:t>
            </w:r>
          </w:p>
        </w:tc>
        <w:tc>
          <w:tcPr>
            <w:tcW w:w="1152" w:type="dxa"/>
          </w:tcPr>
          <w:p w14:paraId="68759EE6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0.5037</w:t>
            </w:r>
          </w:p>
        </w:tc>
      </w:tr>
      <w:tr w:rsidR="00F62B58" w:rsidRPr="00C95BA8" w14:paraId="2EEF3B30" w14:textId="77777777" w:rsidTr="002859BF">
        <w:trPr>
          <w:jc w:val="center"/>
        </w:trPr>
        <w:tc>
          <w:tcPr>
            <w:tcW w:w="1440" w:type="dxa"/>
          </w:tcPr>
          <w:p w14:paraId="418A3EBD" w14:textId="77777777" w:rsidR="00F62B58" w:rsidRPr="00C95BA8" w:rsidRDefault="003C5913">
            <w:proofErr w:type="spellStart"/>
            <w:r w:rsidRPr="00C95BA8">
              <w:rPr>
                <w:sz w:val="16"/>
              </w:rPr>
              <w:t>mRR×fRR</w:t>
            </w:r>
            <w:proofErr w:type="spellEnd"/>
          </w:p>
        </w:tc>
        <w:tc>
          <w:tcPr>
            <w:tcW w:w="2880" w:type="dxa"/>
          </w:tcPr>
          <w:p w14:paraId="6F95A310" w14:textId="77777777" w:rsidR="00F62B58" w:rsidRPr="00C95BA8" w:rsidRDefault="003C5913">
            <w:r w:rsidRPr="00C95BA8">
              <w:rPr>
                <w:sz w:val="16"/>
              </w:rPr>
              <w:t>T1</w:t>
            </w:r>
            <w:r w:rsidRPr="00C95BA8">
              <w:rPr>
                <w:sz w:val="16"/>
                <w:vertAlign w:val="subscript"/>
              </w:rPr>
              <w:t>mRR×fRR</w:t>
            </w:r>
          </w:p>
        </w:tc>
        <w:tc>
          <w:tcPr>
            <w:tcW w:w="720" w:type="dxa"/>
          </w:tcPr>
          <w:p w14:paraId="5A9D84D0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57</w:t>
            </w:r>
          </w:p>
        </w:tc>
        <w:tc>
          <w:tcPr>
            <w:tcW w:w="1440" w:type="dxa"/>
          </w:tcPr>
          <w:p w14:paraId="67FCFDE5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-0.028</w:t>
            </w:r>
          </w:p>
        </w:tc>
        <w:tc>
          <w:tcPr>
            <w:tcW w:w="1152" w:type="dxa"/>
          </w:tcPr>
          <w:p w14:paraId="6FA52E54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0.8351</w:t>
            </w:r>
          </w:p>
        </w:tc>
      </w:tr>
      <w:tr w:rsidR="00F62B58" w14:paraId="729364B7" w14:textId="77777777" w:rsidTr="002859BF">
        <w:trPr>
          <w:jc w:val="center"/>
        </w:trPr>
        <w:tc>
          <w:tcPr>
            <w:tcW w:w="1440" w:type="dxa"/>
          </w:tcPr>
          <w:p w14:paraId="2ABE5EDB" w14:textId="77777777" w:rsidR="00F62B58" w:rsidRPr="00C95BA8" w:rsidRDefault="003C5913">
            <w:proofErr w:type="spellStart"/>
            <w:r w:rsidRPr="00C95BA8">
              <w:rPr>
                <w:sz w:val="16"/>
              </w:rPr>
              <w:t>mRR×fRR</w:t>
            </w:r>
            <w:proofErr w:type="spellEnd"/>
          </w:p>
        </w:tc>
        <w:tc>
          <w:tcPr>
            <w:tcW w:w="2880" w:type="dxa"/>
          </w:tcPr>
          <w:p w14:paraId="6449B6CC" w14:textId="77777777" w:rsidR="00F62B58" w:rsidRPr="00C95BA8" w:rsidRDefault="003C5913">
            <w:r w:rsidRPr="00C95BA8">
              <w:rPr>
                <w:sz w:val="16"/>
              </w:rPr>
              <w:t>T2</w:t>
            </w:r>
            <w:r w:rsidRPr="00C95BA8">
              <w:rPr>
                <w:sz w:val="16"/>
                <w:vertAlign w:val="subscript"/>
              </w:rPr>
              <w:t>mRR×fRR</w:t>
            </w:r>
          </w:p>
        </w:tc>
        <w:tc>
          <w:tcPr>
            <w:tcW w:w="720" w:type="dxa"/>
          </w:tcPr>
          <w:p w14:paraId="7AF695A2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57</w:t>
            </w:r>
          </w:p>
        </w:tc>
        <w:tc>
          <w:tcPr>
            <w:tcW w:w="1440" w:type="dxa"/>
          </w:tcPr>
          <w:p w14:paraId="60D76CC6" w14:textId="77777777" w:rsidR="00F62B58" w:rsidRPr="00C95BA8" w:rsidRDefault="003C5913">
            <w:pPr>
              <w:jc w:val="center"/>
            </w:pPr>
            <w:r w:rsidRPr="00C95BA8">
              <w:rPr>
                <w:sz w:val="16"/>
              </w:rPr>
              <w:t>0.115</w:t>
            </w:r>
          </w:p>
        </w:tc>
        <w:tc>
          <w:tcPr>
            <w:tcW w:w="1152" w:type="dxa"/>
          </w:tcPr>
          <w:p w14:paraId="4374CAC3" w14:textId="77777777" w:rsidR="00F62B58" w:rsidRDefault="003C5913">
            <w:pPr>
              <w:jc w:val="center"/>
            </w:pPr>
            <w:r w:rsidRPr="00C95BA8">
              <w:rPr>
                <w:sz w:val="16"/>
              </w:rPr>
              <w:t>0.3928</w:t>
            </w:r>
            <w:bookmarkStart w:id="0" w:name="_GoBack"/>
            <w:bookmarkEnd w:id="0"/>
          </w:p>
        </w:tc>
      </w:tr>
    </w:tbl>
    <w:p w14:paraId="1B8BC46F" w14:textId="77777777" w:rsidR="003C5913" w:rsidRDefault="003C5913"/>
    <w:sectPr w:rsidR="003C5913" w:rsidSect="00C95BA8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7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859BF"/>
    <w:rsid w:val="0029639D"/>
    <w:rsid w:val="00326F90"/>
    <w:rsid w:val="003C5913"/>
    <w:rsid w:val="006D6338"/>
    <w:rsid w:val="007A7CDA"/>
    <w:rsid w:val="00AA1D8D"/>
    <w:rsid w:val="00B47730"/>
    <w:rsid w:val="00C2670E"/>
    <w:rsid w:val="00C95BA8"/>
    <w:rsid w:val="00CB0664"/>
    <w:rsid w:val="00F57596"/>
    <w:rsid w:val="00F62B5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C096738"/>
  <w14:defaultImageDpi w14:val="300"/>
  <w15:docId w15:val="{BA760327-CADF-44B6-999A-2ACF3C589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Arial" w:hAnsi="Arial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TableGridLight">
    <w:name w:val="Grid Table Light"/>
    <w:basedOn w:val="TableNormal"/>
    <w:uiPriority w:val="99"/>
    <w:rsid w:val="002859B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DA1F822-6422-4442-AD29-B3532418E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1371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Aswini Vijayakumar</cp:lastModifiedBy>
  <cp:revision>5</cp:revision>
  <dcterms:created xsi:type="dcterms:W3CDTF">2026-05-04T14:02:00Z</dcterms:created>
  <dcterms:modified xsi:type="dcterms:W3CDTF">2026-06-03T08:27:00Z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9a98d494-7778-4dc7-b167-cdd0114ee435</vt:lpwstr>
  </property>
</Properties>
</file>