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EA39C7" w14:textId="77777777" w:rsidR="003A1B86" w:rsidRPr="003A1B86" w:rsidRDefault="003A1B86" w:rsidP="00982CAB">
      <w:pPr>
        <w:spacing w:after="0" w:line="360" w:lineRule="auto"/>
        <w:jc w:val="center"/>
        <w:rPr>
          <w:rFonts w:ascii="Times New Roman" w:hAnsi="Times New Roman" w:cs="Times New Roman"/>
          <w:b/>
          <w:sz w:val="44"/>
          <w:u w:val="double"/>
        </w:rPr>
      </w:pPr>
      <w:r w:rsidRPr="003A1B86">
        <w:rPr>
          <w:rFonts w:ascii="Times New Roman" w:hAnsi="Times New Roman" w:cs="Times New Roman"/>
          <w:b/>
          <w:sz w:val="44"/>
          <w:u w:val="double"/>
        </w:rPr>
        <w:t>Supplementary File</w:t>
      </w:r>
    </w:p>
    <w:p w14:paraId="742F7E19" w14:textId="16874172" w:rsidR="004E6638" w:rsidRDefault="004E6638" w:rsidP="00FA5EF4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</w:t>
      </w:r>
      <w:r w:rsidR="001E2835">
        <w:rPr>
          <w:rFonts w:ascii="Times New Roman" w:hAnsi="Times New Roman" w:cs="Times New Roman"/>
          <w:b/>
          <w:bCs/>
          <w:sz w:val="24"/>
        </w:rPr>
        <w:t xml:space="preserve">upplementary </w:t>
      </w:r>
      <w:r w:rsidR="00982CAB" w:rsidRPr="004E6638">
        <w:rPr>
          <w:rFonts w:ascii="Times New Roman" w:hAnsi="Times New Roman" w:cs="Times New Roman"/>
          <w:b/>
          <w:bCs/>
          <w:sz w:val="24"/>
        </w:rPr>
        <w:t>Table</w:t>
      </w:r>
      <w:r w:rsidR="009C059B" w:rsidRPr="004E6638">
        <w:rPr>
          <w:rFonts w:ascii="Times New Roman" w:hAnsi="Times New Roman" w:cs="Times New Roman"/>
          <w:b/>
          <w:bCs/>
          <w:sz w:val="24"/>
        </w:rPr>
        <w:t xml:space="preserve"> 1 </w:t>
      </w:r>
      <w:r w:rsidR="009C059B" w:rsidRPr="00FD12CD">
        <w:rPr>
          <w:rFonts w:ascii="Times New Roman" w:hAnsi="Times New Roman" w:cs="Times New Roman"/>
          <w:bCs/>
          <w:sz w:val="24"/>
        </w:rPr>
        <w:t xml:space="preserve">Details of exotic collection </w:t>
      </w:r>
      <w:r w:rsidR="00A47FC9" w:rsidRPr="00FD12CD">
        <w:rPr>
          <w:rFonts w:ascii="Times New Roman" w:hAnsi="Times New Roman" w:cs="Times New Roman"/>
          <w:bCs/>
          <w:sz w:val="24"/>
        </w:rPr>
        <w:t>(EC) number and re</w:t>
      </w:r>
      <w:r w:rsidRPr="00FD12CD">
        <w:rPr>
          <w:rFonts w:ascii="Times New Roman" w:hAnsi="Times New Roman" w:cs="Times New Roman"/>
          <w:bCs/>
          <w:sz w:val="24"/>
        </w:rPr>
        <w:t>pository centre of the USDA collected guava germplasm</w:t>
      </w:r>
    </w:p>
    <w:p w14:paraId="5DE65F85" w14:textId="77777777" w:rsidR="00FA5EF4" w:rsidRPr="00FA5EF4" w:rsidRDefault="00FA5EF4" w:rsidP="00FA5EF4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tbl>
      <w:tblPr>
        <w:tblW w:w="9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1363"/>
        <w:gridCol w:w="2056"/>
        <w:gridCol w:w="1189"/>
        <w:gridCol w:w="4678"/>
      </w:tblGrid>
      <w:tr w:rsidR="00982CAB" w:rsidRPr="00010A33" w14:paraId="0AEA39CE" w14:textId="77777777" w:rsidTr="00982CAB">
        <w:trPr>
          <w:trHeight w:val="300"/>
        </w:trPr>
        <w:tc>
          <w:tcPr>
            <w:tcW w:w="643" w:type="dxa"/>
          </w:tcPr>
          <w:p w14:paraId="0AEA39C9" w14:textId="77777777" w:rsidR="00982CAB" w:rsidRDefault="00982CAB" w:rsidP="00C0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S.N.</w:t>
            </w:r>
          </w:p>
        </w:tc>
        <w:tc>
          <w:tcPr>
            <w:tcW w:w="1363" w:type="dxa"/>
            <w:vAlign w:val="center"/>
            <w:hideMark/>
          </w:tcPr>
          <w:p w14:paraId="0AEA39CA" w14:textId="77777777" w:rsidR="00982CAB" w:rsidRPr="00010A33" w:rsidRDefault="00982CAB" w:rsidP="00C0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Acc</w:t>
            </w:r>
            <w:r w:rsidRPr="00010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ession</w:t>
            </w:r>
          </w:p>
        </w:tc>
        <w:tc>
          <w:tcPr>
            <w:tcW w:w="2268" w:type="dxa"/>
            <w:vAlign w:val="center"/>
            <w:hideMark/>
          </w:tcPr>
          <w:p w14:paraId="0AEA39CB" w14:textId="77777777" w:rsidR="00982CAB" w:rsidRPr="00607D70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07D7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Genotypes</w:t>
            </w:r>
          </w:p>
        </w:tc>
        <w:tc>
          <w:tcPr>
            <w:tcW w:w="977" w:type="dxa"/>
            <w:vAlign w:val="center"/>
            <w:hideMark/>
          </w:tcPr>
          <w:p w14:paraId="0AEA39CC" w14:textId="53BF1F14" w:rsidR="00982CAB" w:rsidRPr="00010A33" w:rsidRDefault="00C47537" w:rsidP="00C0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Alternate ID</w:t>
            </w:r>
          </w:p>
        </w:tc>
        <w:tc>
          <w:tcPr>
            <w:tcW w:w="4678" w:type="dxa"/>
            <w:vAlign w:val="center"/>
            <w:hideMark/>
          </w:tcPr>
          <w:p w14:paraId="0AEA39CD" w14:textId="77777777" w:rsidR="00982CAB" w:rsidRPr="00010A33" w:rsidRDefault="00982CAB" w:rsidP="00C0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Source</w:t>
            </w:r>
          </w:p>
        </w:tc>
      </w:tr>
      <w:tr w:rsidR="00982CAB" w:rsidRPr="00010A33" w14:paraId="0AEA39D4" w14:textId="77777777" w:rsidTr="00982CAB">
        <w:trPr>
          <w:trHeight w:val="300"/>
        </w:trPr>
        <w:tc>
          <w:tcPr>
            <w:tcW w:w="643" w:type="dxa"/>
          </w:tcPr>
          <w:p w14:paraId="0AEA39CF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63" w:type="dxa"/>
            <w:vAlign w:val="center"/>
            <w:hideMark/>
          </w:tcPr>
          <w:p w14:paraId="0AEA39D0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EC1041367</w:t>
            </w:r>
          </w:p>
        </w:tc>
        <w:tc>
          <w:tcPr>
            <w:tcW w:w="2268" w:type="dxa"/>
            <w:vAlign w:val="center"/>
            <w:hideMark/>
          </w:tcPr>
          <w:p w14:paraId="0AEA39D1" w14:textId="48AC0066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proofErr w:type="spellStart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Patillo</w:t>
            </w:r>
            <w:proofErr w:type="spellEnd"/>
          </w:p>
        </w:tc>
        <w:tc>
          <w:tcPr>
            <w:tcW w:w="977" w:type="dxa"/>
            <w:vAlign w:val="center"/>
            <w:hideMark/>
          </w:tcPr>
          <w:p w14:paraId="0AEA39D2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HPSI6</w:t>
            </w:r>
          </w:p>
        </w:tc>
        <w:tc>
          <w:tcPr>
            <w:tcW w:w="4678" w:type="dxa"/>
            <w:noWrap/>
            <w:vAlign w:val="bottom"/>
            <w:hideMark/>
          </w:tcPr>
          <w:p w14:paraId="0AEA39D3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9DA" w14:textId="77777777" w:rsidTr="00982CAB">
        <w:trPr>
          <w:trHeight w:val="300"/>
        </w:trPr>
        <w:tc>
          <w:tcPr>
            <w:tcW w:w="643" w:type="dxa"/>
          </w:tcPr>
          <w:p w14:paraId="0AEA39D5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363" w:type="dxa"/>
            <w:vAlign w:val="center"/>
          </w:tcPr>
          <w:p w14:paraId="0AEA39D6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EC1041388</w:t>
            </w:r>
          </w:p>
        </w:tc>
        <w:tc>
          <w:tcPr>
            <w:tcW w:w="2268" w:type="dxa"/>
            <w:vAlign w:val="center"/>
          </w:tcPr>
          <w:p w14:paraId="0AEA39D7" w14:textId="09983089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proofErr w:type="spellStart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Khao</w:t>
            </w:r>
            <w:proofErr w:type="spellEnd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proofErr w:type="spellStart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Niyom</w:t>
            </w:r>
            <w:proofErr w:type="spellEnd"/>
          </w:p>
        </w:tc>
        <w:tc>
          <w:tcPr>
            <w:tcW w:w="977" w:type="dxa"/>
            <w:vAlign w:val="center"/>
          </w:tcPr>
          <w:p w14:paraId="0AEA39D8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HPSI51</w:t>
            </w:r>
          </w:p>
        </w:tc>
        <w:tc>
          <w:tcPr>
            <w:tcW w:w="4678" w:type="dxa"/>
            <w:noWrap/>
            <w:vAlign w:val="bottom"/>
          </w:tcPr>
          <w:p w14:paraId="0AEA39D9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9E0" w14:textId="77777777" w:rsidTr="00982CAB">
        <w:trPr>
          <w:trHeight w:val="300"/>
        </w:trPr>
        <w:tc>
          <w:tcPr>
            <w:tcW w:w="643" w:type="dxa"/>
          </w:tcPr>
          <w:p w14:paraId="0AEA39DB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1363" w:type="dxa"/>
            <w:vAlign w:val="center"/>
          </w:tcPr>
          <w:p w14:paraId="0AEA39DC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EC1041394</w:t>
            </w:r>
          </w:p>
        </w:tc>
        <w:tc>
          <w:tcPr>
            <w:tcW w:w="2268" w:type="dxa"/>
            <w:vAlign w:val="center"/>
          </w:tcPr>
          <w:p w14:paraId="0AEA39DD" w14:textId="2E8AA554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157</w:t>
            </w:r>
          </w:p>
        </w:tc>
        <w:tc>
          <w:tcPr>
            <w:tcW w:w="977" w:type="dxa"/>
            <w:vAlign w:val="center"/>
          </w:tcPr>
          <w:p w14:paraId="0AEA39DE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HPSI58</w:t>
            </w:r>
          </w:p>
        </w:tc>
        <w:tc>
          <w:tcPr>
            <w:tcW w:w="4678" w:type="dxa"/>
            <w:noWrap/>
            <w:vAlign w:val="bottom"/>
          </w:tcPr>
          <w:p w14:paraId="0AEA39DF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9E6" w14:textId="77777777" w:rsidTr="00982CAB">
        <w:trPr>
          <w:trHeight w:val="300"/>
        </w:trPr>
        <w:tc>
          <w:tcPr>
            <w:tcW w:w="643" w:type="dxa"/>
          </w:tcPr>
          <w:p w14:paraId="0AEA39E1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1363" w:type="dxa"/>
            <w:vAlign w:val="center"/>
          </w:tcPr>
          <w:p w14:paraId="0AEA39E2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EC1041399</w:t>
            </w:r>
          </w:p>
        </w:tc>
        <w:tc>
          <w:tcPr>
            <w:tcW w:w="2268" w:type="dxa"/>
            <w:vAlign w:val="center"/>
          </w:tcPr>
          <w:p w14:paraId="0AEA39E3" w14:textId="17F54BC7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HPSI41</w:t>
            </w:r>
          </w:p>
        </w:tc>
        <w:tc>
          <w:tcPr>
            <w:tcW w:w="977" w:type="dxa"/>
            <w:vAlign w:val="center"/>
          </w:tcPr>
          <w:p w14:paraId="0AEA39E4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HPSI41</w:t>
            </w:r>
          </w:p>
        </w:tc>
        <w:tc>
          <w:tcPr>
            <w:tcW w:w="4678" w:type="dxa"/>
            <w:noWrap/>
            <w:vAlign w:val="bottom"/>
          </w:tcPr>
          <w:p w14:paraId="0AEA39E5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9EC" w14:textId="77777777" w:rsidTr="00982CAB">
        <w:trPr>
          <w:trHeight w:val="300"/>
        </w:trPr>
        <w:tc>
          <w:tcPr>
            <w:tcW w:w="643" w:type="dxa"/>
          </w:tcPr>
          <w:p w14:paraId="0AEA39E7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363" w:type="dxa"/>
            <w:vAlign w:val="center"/>
            <w:hideMark/>
          </w:tcPr>
          <w:p w14:paraId="0AEA39E8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EC1041370</w:t>
            </w:r>
          </w:p>
        </w:tc>
        <w:tc>
          <w:tcPr>
            <w:tcW w:w="2268" w:type="dxa"/>
            <w:vAlign w:val="center"/>
            <w:hideMark/>
          </w:tcPr>
          <w:p w14:paraId="0AEA39E9" w14:textId="3868D6FA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Golden</w:t>
            </w:r>
          </w:p>
        </w:tc>
        <w:tc>
          <w:tcPr>
            <w:tcW w:w="977" w:type="dxa"/>
            <w:vAlign w:val="center"/>
            <w:hideMark/>
          </w:tcPr>
          <w:p w14:paraId="0AEA39EA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HPSI12</w:t>
            </w:r>
          </w:p>
        </w:tc>
        <w:tc>
          <w:tcPr>
            <w:tcW w:w="4678" w:type="dxa"/>
            <w:noWrap/>
            <w:vAlign w:val="bottom"/>
            <w:hideMark/>
          </w:tcPr>
          <w:p w14:paraId="0AEA39EB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9F2" w14:textId="77777777" w:rsidTr="00982CAB">
        <w:trPr>
          <w:trHeight w:val="300"/>
        </w:trPr>
        <w:tc>
          <w:tcPr>
            <w:tcW w:w="643" w:type="dxa"/>
          </w:tcPr>
          <w:p w14:paraId="0AEA39ED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1363" w:type="dxa"/>
            <w:vAlign w:val="center"/>
          </w:tcPr>
          <w:p w14:paraId="0AEA39EE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EC1041377</w:t>
            </w:r>
          </w:p>
        </w:tc>
        <w:tc>
          <w:tcPr>
            <w:tcW w:w="2268" w:type="dxa"/>
            <w:vAlign w:val="center"/>
          </w:tcPr>
          <w:p w14:paraId="0AEA39EF" w14:textId="290C0BD0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Kona 1</w:t>
            </w:r>
          </w:p>
        </w:tc>
        <w:tc>
          <w:tcPr>
            <w:tcW w:w="977" w:type="dxa"/>
            <w:vAlign w:val="center"/>
          </w:tcPr>
          <w:p w14:paraId="0AEA39F0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HPSI19</w:t>
            </w:r>
          </w:p>
        </w:tc>
        <w:tc>
          <w:tcPr>
            <w:tcW w:w="4678" w:type="dxa"/>
            <w:noWrap/>
            <w:vAlign w:val="bottom"/>
          </w:tcPr>
          <w:p w14:paraId="0AEA39F1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9F8" w14:textId="77777777" w:rsidTr="00982CAB">
        <w:trPr>
          <w:trHeight w:val="300"/>
        </w:trPr>
        <w:tc>
          <w:tcPr>
            <w:tcW w:w="643" w:type="dxa"/>
          </w:tcPr>
          <w:p w14:paraId="0AEA39F3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1363" w:type="dxa"/>
            <w:vAlign w:val="center"/>
          </w:tcPr>
          <w:p w14:paraId="0AEA39F4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EC1041378</w:t>
            </w:r>
          </w:p>
        </w:tc>
        <w:tc>
          <w:tcPr>
            <w:tcW w:w="2268" w:type="dxa"/>
            <w:vAlign w:val="center"/>
          </w:tcPr>
          <w:p w14:paraId="0AEA39F5" w14:textId="4E2DFFFB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proofErr w:type="spellStart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Waiakea</w:t>
            </w:r>
            <w:proofErr w:type="spellEnd"/>
          </w:p>
        </w:tc>
        <w:tc>
          <w:tcPr>
            <w:tcW w:w="977" w:type="dxa"/>
            <w:vAlign w:val="center"/>
          </w:tcPr>
          <w:p w14:paraId="0AEA39F6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HPSI20</w:t>
            </w:r>
          </w:p>
        </w:tc>
        <w:tc>
          <w:tcPr>
            <w:tcW w:w="4678" w:type="dxa"/>
            <w:noWrap/>
            <w:vAlign w:val="bottom"/>
          </w:tcPr>
          <w:p w14:paraId="0AEA39F7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9FE" w14:textId="77777777" w:rsidTr="00982CAB">
        <w:trPr>
          <w:trHeight w:val="300"/>
        </w:trPr>
        <w:tc>
          <w:tcPr>
            <w:tcW w:w="643" w:type="dxa"/>
          </w:tcPr>
          <w:p w14:paraId="0AEA39F9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1363" w:type="dxa"/>
            <w:vAlign w:val="center"/>
          </w:tcPr>
          <w:p w14:paraId="0AEA39FA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EC1041381</w:t>
            </w:r>
          </w:p>
        </w:tc>
        <w:tc>
          <w:tcPr>
            <w:tcW w:w="2268" w:type="dxa"/>
            <w:vAlign w:val="bottom"/>
          </w:tcPr>
          <w:p w14:paraId="0AEA39FB" w14:textId="77777777" w:rsidR="00982CAB" w:rsidRPr="00607D70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607D7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Psidium</w:t>
            </w:r>
            <w:proofErr w:type="spellEnd"/>
            <w:r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genotype 14</w:t>
            </w:r>
          </w:p>
        </w:tc>
        <w:tc>
          <w:tcPr>
            <w:tcW w:w="977" w:type="dxa"/>
            <w:vAlign w:val="center"/>
          </w:tcPr>
          <w:p w14:paraId="0AEA39FC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HPSI27</w:t>
            </w:r>
          </w:p>
        </w:tc>
        <w:tc>
          <w:tcPr>
            <w:tcW w:w="4678" w:type="dxa"/>
            <w:noWrap/>
            <w:vAlign w:val="bottom"/>
          </w:tcPr>
          <w:p w14:paraId="0AEA39FD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A04" w14:textId="77777777" w:rsidTr="00982CAB">
        <w:trPr>
          <w:trHeight w:val="300"/>
        </w:trPr>
        <w:tc>
          <w:tcPr>
            <w:tcW w:w="643" w:type="dxa"/>
          </w:tcPr>
          <w:p w14:paraId="0AEA39FF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1363" w:type="dxa"/>
            <w:vAlign w:val="center"/>
          </w:tcPr>
          <w:p w14:paraId="0AEA3A00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EC1041382</w:t>
            </w:r>
          </w:p>
        </w:tc>
        <w:tc>
          <w:tcPr>
            <w:tcW w:w="2268" w:type="dxa"/>
            <w:vAlign w:val="center"/>
          </w:tcPr>
          <w:p w14:paraId="0AEA3A01" w14:textId="55C21CB8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Fan Retief</w:t>
            </w:r>
          </w:p>
        </w:tc>
        <w:tc>
          <w:tcPr>
            <w:tcW w:w="977" w:type="dxa"/>
            <w:vAlign w:val="center"/>
          </w:tcPr>
          <w:p w14:paraId="0AEA3A02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HPSI34</w:t>
            </w:r>
          </w:p>
        </w:tc>
        <w:tc>
          <w:tcPr>
            <w:tcW w:w="4678" w:type="dxa"/>
            <w:noWrap/>
            <w:vAlign w:val="bottom"/>
          </w:tcPr>
          <w:p w14:paraId="0AEA3A03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A0A" w14:textId="77777777" w:rsidTr="00982CAB">
        <w:trPr>
          <w:trHeight w:val="300"/>
        </w:trPr>
        <w:tc>
          <w:tcPr>
            <w:tcW w:w="643" w:type="dxa"/>
          </w:tcPr>
          <w:p w14:paraId="0AEA3A05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1363" w:type="dxa"/>
            <w:vAlign w:val="center"/>
          </w:tcPr>
          <w:p w14:paraId="0AEA3A06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EC1041383</w:t>
            </w:r>
          </w:p>
        </w:tc>
        <w:tc>
          <w:tcPr>
            <w:tcW w:w="2268" w:type="dxa"/>
            <w:vAlign w:val="center"/>
          </w:tcPr>
          <w:p w14:paraId="0AEA3A07" w14:textId="12D4A533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proofErr w:type="spellStart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Ka</w:t>
            </w:r>
            <w:proofErr w:type="spellEnd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Hua Kula</w:t>
            </w:r>
          </w:p>
        </w:tc>
        <w:tc>
          <w:tcPr>
            <w:tcW w:w="977" w:type="dxa"/>
            <w:vAlign w:val="center"/>
          </w:tcPr>
          <w:p w14:paraId="0AEA3A08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HPSI35</w:t>
            </w:r>
          </w:p>
        </w:tc>
        <w:tc>
          <w:tcPr>
            <w:tcW w:w="4678" w:type="dxa"/>
            <w:noWrap/>
            <w:vAlign w:val="bottom"/>
            <w:hideMark/>
          </w:tcPr>
          <w:p w14:paraId="0AEA3A09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A10" w14:textId="77777777" w:rsidTr="00982CAB">
        <w:trPr>
          <w:trHeight w:val="300"/>
        </w:trPr>
        <w:tc>
          <w:tcPr>
            <w:tcW w:w="643" w:type="dxa"/>
          </w:tcPr>
          <w:p w14:paraId="0AEA3A0B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</w:t>
            </w:r>
          </w:p>
        </w:tc>
        <w:tc>
          <w:tcPr>
            <w:tcW w:w="1363" w:type="dxa"/>
            <w:vAlign w:val="center"/>
          </w:tcPr>
          <w:p w14:paraId="0AEA3A0C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EC1041384</w:t>
            </w:r>
          </w:p>
        </w:tc>
        <w:tc>
          <w:tcPr>
            <w:tcW w:w="2268" w:type="dxa"/>
            <w:vAlign w:val="center"/>
          </w:tcPr>
          <w:p w14:paraId="0AEA3A0D" w14:textId="02D24DA7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Beaumont</w:t>
            </w:r>
          </w:p>
        </w:tc>
        <w:tc>
          <w:tcPr>
            <w:tcW w:w="977" w:type="dxa"/>
            <w:vAlign w:val="center"/>
          </w:tcPr>
          <w:p w14:paraId="0AEA3A0E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HPSI37</w:t>
            </w:r>
          </w:p>
        </w:tc>
        <w:tc>
          <w:tcPr>
            <w:tcW w:w="4678" w:type="dxa"/>
            <w:noWrap/>
            <w:vAlign w:val="bottom"/>
            <w:hideMark/>
          </w:tcPr>
          <w:p w14:paraId="0AEA3A0F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A16" w14:textId="77777777" w:rsidTr="00982CAB">
        <w:trPr>
          <w:trHeight w:val="300"/>
        </w:trPr>
        <w:tc>
          <w:tcPr>
            <w:tcW w:w="643" w:type="dxa"/>
          </w:tcPr>
          <w:p w14:paraId="0AEA3A11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</w:t>
            </w:r>
          </w:p>
        </w:tc>
        <w:tc>
          <w:tcPr>
            <w:tcW w:w="1363" w:type="dxa"/>
            <w:vAlign w:val="center"/>
          </w:tcPr>
          <w:p w14:paraId="0AEA3A12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EC1041385</w:t>
            </w:r>
          </w:p>
        </w:tc>
        <w:tc>
          <w:tcPr>
            <w:tcW w:w="2268" w:type="dxa"/>
            <w:vAlign w:val="center"/>
          </w:tcPr>
          <w:p w14:paraId="0AEA3A13" w14:textId="58F9B504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proofErr w:type="spellStart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Poamoho</w:t>
            </w:r>
            <w:proofErr w:type="spellEnd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Pink</w:t>
            </w:r>
          </w:p>
        </w:tc>
        <w:tc>
          <w:tcPr>
            <w:tcW w:w="977" w:type="dxa"/>
            <w:vAlign w:val="center"/>
          </w:tcPr>
          <w:p w14:paraId="0AEA3A14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HPSI38</w:t>
            </w:r>
          </w:p>
        </w:tc>
        <w:tc>
          <w:tcPr>
            <w:tcW w:w="4678" w:type="dxa"/>
            <w:noWrap/>
            <w:vAlign w:val="bottom"/>
            <w:hideMark/>
          </w:tcPr>
          <w:p w14:paraId="0AEA3A15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A22" w14:textId="77777777" w:rsidTr="00982CAB">
        <w:trPr>
          <w:trHeight w:val="300"/>
        </w:trPr>
        <w:tc>
          <w:tcPr>
            <w:tcW w:w="643" w:type="dxa"/>
          </w:tcPr>
          <w:p w14:paraId="0AEA3A1D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</w:t>
            </w:r>
          </w:p>
        </w:tc>
        <w:tc>
          <w:tcPr>
            <w:tcW w:w="1363" w:type="dxa"/>
            <w:vAlign w:val="center"/>
          </w:tcPr>
          <w:p w14:paraId="0AEA3A1E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EC1041387</w:t>
            </w:r>
          </w:p>
        </w:tc>
        <w:tc>
          <w:tcPr>
            <w:tcW w:w="2268" w:type="dxa"/>
            <w:vAlign w:val="center"/>
          </w:tcPr>
          <w:p w14:paraId="0AEA3A1F" w14:textId="7EA240E1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N90-53</w:t>
            </w:r>
          </w:p>
        </w:tc>
        <w:tc>
          <w:tcPr>
            <w:tcW w:w="977" w:type="dxa"/>
            <w:vAlign w:val="center"/>
          </w:tcPr>
          <w:p w14:paraId="0AEA3A20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HPSI42</w:t>
            </w:r>
          </w:p>
        </w:tc>
        <w:tc>
          <w:tcPr>
            <w:tcW w:w="4678" w:type="dxa"/>
            <w:noWrap/>
            <w:vAlign w:val="bottom"/>
            <w:hideMark/>
          </w:tcPr>
          <w:p w14:paraId="0AEA3A21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A28" w14:textId="77777777" w:rsidTr="00982CAB">
        <w:trPr>
          <w:trHeight w:val="300"/>
        </w:trPr>
        <w:tc>
          <w:tcPr>
            <w:tcW w:w="643" w:type="dxa"/>
          </w:tcPr>
          <w:p w14:paraId="0AEA3A23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1363" w:type="dxa"/>
            <w:vAlign w:val="center"/>
          </w:tcPr>
          <w:p w14:paraId="0AEA3A24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EC1041395</w:t>
            </w:r>
          </w:p>
        </w:tc>
        <w:tc>
          <w:tcPr>
            <w:tcW w:w="2268" w:type="dxa"/>
            <w:vAlign w:val="center"/>
          </w:tcPr>
          <w:p w14:paraId="0AEA3A25" w14:textId="319FF432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proofErr w:type="spellStart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Klom</w:t>
            </w:r>
            <w:proofErr w:type="spellEnd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proofErr w:type="spellStart"/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Toonklao</w:t>
            </w:r>
            <w:proofErr w:type="spellEnd"/>
          </w:p>
        </w:tc>
        <w:tc>
          <w:tcPr>
            <w:tcW w:w="977" w:type="dxa"/>
            <w:vAlign w:val="center"/>
          </w:tcPr>
          <w:p w14:paraId="0AEA3A26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HPSI60</w:t>
            </w:r>
          </w:p>
        </w:tc>
        <w:tc>
          <w:tcPr>
            <w:tcW w:w="4678" w:type="dxa"/>
            <w:noWrap/>
            <w:vAlign w:val="bottom"/>
            <w:hideMark/>
          </w:tcPr>
          <w:p w14:paraId="0AEA3A27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A2E" w14:textId="77777777" w:rsidTr="00982CAB">
        <w:trPr>
          <w:trHeight w:val="300"/>
        </w:trPr>
        <w:tc>
          <w:tcPr>
            <w:tcW w:w="643" w:type="dxa"/>
          </w:tcPr>
          <w:p w14:paraId="0AEA3A29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</w:t>
            </w:r>
          </w:p>
        </w:tc>
        <w:tc>
          <w:tcPr>
            <w:tcW w:w="1363" w:type="dxa"/>
            <w:vAlign w:val="center"/>
          </w:tcPr>
          <w:p w14:paraId="0AEA3A2A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EC1041397</w:t>
            </w:r>
          </w:p>
        </w:tc>
        <w:tc>
          <w:tcPr>
            <w:tcW w:w="2268" w:type="dxa"/>
            <w:vAlign w:val="center"/>
          </w:tcPr>
          <w:p w14:paraId="0AEA3A2B" w14:textId="1873C9F8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Less Seed Guava</w:t>
            </w:r>
          </w:p>
        </w:tc>
        <w:tc>
          <w:tcPr>
            <w:tcW w:w="977" w:type="dxa"/>
            <w:vAlign w:val="center"/>
          </w:tcPr>
          <w:p w14:paraId="0AEA3A2C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HPSI62</w:t>
            </w:r>
          </w:p>
        </w:tc>
        <w:tc>
          <w:tcPr>
            <w:tcW w:w="4678" w:type="dxa"/>
            <w:noWrap/>
            <w:vAlign w:val="bottom"/>
            <w:hideMark/>
          </w:tcPr>
          <w:p w14:paraId="0AEA3A2D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  <w:tr w:rsidR="00982CAB" w:rsidRPr="00010A33" w14:paraId="0AEA3A52" w14:textId="77777777" w:rsidTr="00982CAB">
        <w:trPr>
          <w:trHeight w:val="300"/>
        </w:trPr>
        <w:tc>
          <w:tcPr>
            <w:tcW w:w="643" w:type="dxa"/>
          </w:tcPr>
          <w:p w14:paraId="0AEA3A4D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22</w:t>
            </w:r>
          </w:p>
        </w:tc>
        <w:tc>
          <w:tcPr>
            <w:tcW w:w="1363" w:type="dxa"/>
            <w:vAlign w:val="center"/>
          </w:tcPr>
          <w:p w14:paraId="0AEA3A4E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EC1041372</w:t>
            </w:r>
          </w:p>
        </w:tc>
        <w:tc>
          <w:tcPr>
            <w:tcW w:w="2268" w:type="dxa"/>
            <w:vAlign w:val="center"/>
          </w:tcPr>
          <w:p w14:paraId="0AEA3A4F" w14:textId="2D17DD2D" w:rsidR="00982CAB" w:rsidRPr="00607D70" w:rsidRDefault="00540827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S. </w:t>
            </w:r>
            <w:r w:rsidR="00982CAB" w:rsidRPr="00607D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Ruby X Supreme</w:t>
            </w:r>
          </w:p>
        </w:tc>
        <w:tc>
          <w:tcPr>
            <w:tcW w:w="977" w:type="dxa"/>
            <w:vAlign w:val="center"/>
          </w:tcPr>
          <w:p w14:paraId="0AEA3A50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HPSI14</w:t>
            </w:r>
          </w:p>
        </w:tc>
        <w:tc>
          <w:tcPr>
            <w:tcW w:w="4678" w:type="dxa"/>
            <w:noWrap/>
            <w:vAlign w:val="bottom"/>
            <w:hideMark/>
          </w:tcPr>
          <w:p w14:paraId="0AEA3A51" w14:textId="77777777" w:rsidR="00982CAB" w:rsidRPr="00010A33" w:rsidRDefault="00982CAB" w:rsidP="00C04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National Germplasm Repository-</w:t>
            </w:r>
            <w:proofErr w:type="spellStart"/>
            <w:r w:rsidRPr="00010A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Hilo,USDA</w:t>
            </w:r>
            <w:proofErr w:type="spellEnd"/>
          </w:p>
        </w:tc>
      </w:tr>
    </w:tbl>
    <w:p w14:paraId="0AEA3A53" w14:textId="77777777" w:rsidR="00982CAB" w:rsidRDefault="00982CAB" w:rsidP="00982CAB">
      <w:pPr>
        <w:spacing w:after="0" w:line="360" w:lineRule="auto"/>
        <w:rPr>
          <w:rFonts w:ascii="Times New Roman" w:hAnsi="Times New Roman" w:cs="Times New Roman"/>
          <w:b/>
        </w:rPr>
      </w:pPr>
    </w:p>
    <w:p w14:paraId="0AEA3A54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55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56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57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58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59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5A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5B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5C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5D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5E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5F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60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</w:pPr>
    </w:p>
    <w:p w14:paraId="0AEA3A61" w14:textId="77777777" w:rsidR="00982CAB" w:rsidRDefault="00982CAB" w:rsidP="003A1B86">
      <w:pPr>
        <w:spacing w:after="0" w:line="360" w:lineRule="auto"/>
        <w:ind w:firstLine="709"/>
        <w:rPr>
          <w:rFonts w:ascii="Times New Roman" w:hAnsi="Times New Roman" w:cs="Times New Roman"/>
          <w:b/>
        </w:rPr>
        <w:sectPr w:rsidR="00982CAB" w:rsidSect="00982CAB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0AEA3A62" w14:textId="4A8AAA54" w:rsidR="003A1B86" w:rsidRPr="00A72067" w:rsidRDefault="003E1273" w:rsidP="003A1B86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E1273">
        <w:rPr>
          <w:rFonts w:ascii="Times New Roman" w:hAnsi="Times New Roman" w:cs="Times New Roman"/>
          <w:b/>
        </w:rPr>
        <w:lastRenderedPageBreak/>
        <w:t xml:space="preserve">Supplementary Table </w:t>
      </w:r>
      <w:r>
        <w:rPr>
          <w:rFonts w:ascii="Times New Roman" w:hAnsi="Times New Roman" w:cs="Times New Roman"/>
          <w:b/>
        </w:rPr>
        <w:t>2</w:t>
      </w:r>
      <w:r w:rsidR="003A1B86" w:rsidRPr="00A72067">
        <w:rPr>
          <w:rFonts w:ascii="Times New Roman" w:hAnsi="Times New Roman" w:cs="Times New Roman"/>
          <w:b/>
        </w:rPr>
        <w:t xml:space="preserve">a </w:t>
      </w:r>
      <w:r w:rsidR="003A1B86" w:rsidRPr="00FD12CD">
        <w:rPr>
          <w:rFonts w:ascii="Times New Roman" w:hAnsi="Times New Roman" w:cs="Times New Roman"/>
          <w:bCs/>
          <w:szCs w:val="24"/>
        </w:rPr>
        <w:t>Variations in quantitative morphological parameters and their descriptive statistics among studied guava genotypes</w:t>
      </w:r>
    </w:p>
    <w:tbl>
      <w:tblPr>
        <w:tblStyle w:val="TableGrid"/>
        <w:tblW w:w="1509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97"/>
        <w:gridCol w:w="1944"/>
        <w:gridCol w:w="1494"/>
        <w:gridCol w:w="1345"/>
        <w:gridCol w:w="1345"/>
        <w:gridCol w:w="1344"/>
        <w:gridCol w:w="1495"/>
        <w:gridCol w:w="1345"/>
        <w:gridCol w:w="1345"/>
        <w:gridCol w:w="1494"/>
        <w:gridCol w:w="1345"/>
      </w:tblGrid>
      <w:tr w:rsidR="003A1B86" w:rsidRPr="00A72067" w14:paraId="0AEA3A6F" w14:textId="77777777" w:rsidTr="009C30B0">
        <w:trPr>
          <w:trHeight w:val="667"/>
        </w:trPr>
        <w:tc>
          <w:tcPr>
            <w:tcW w:w="597" w:type="dxa"/>
          </w:tcPr>
          <w:p w14:paraId="0AEA3A63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b/>
                <w:sz w:val="18"/>
                <w:szCs w:val="18"/>
              </w:rPr>
              <w:t>S. No.</w:t>
            </w:r>
          </w:p>
        </w:tc>
        <w:tc>
          <w:tcPr>
            <w:tcW w:w="1944" w:type="dxa"/>
          </w:tcPr>
          <w:p w14:paraId="0AEA3A64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b/>
                <w:sz w:val="18"/>
                <w:szCs w:val="18"/>
              </w:rPr>
              <w:t>Guava genotype</w:t>
            </w:r>
          </w:p>
        </w:tc>
        <w:tc>
          <w:tcPr>
            <w:tcW w:w="1494" w:type="dxa"/>
          </w:tcPr>
          <w:p w14:paraId="0AEA3A65" w14:textId="77777777" w:rsidR="003A1B86" w:rsidRPr="00A72067" w:rsidRDefault="009C30B0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Leaf l</w:t>
            </w:r>
            <w:r w:rsidR="003A1B86" w:rsidRPr="00A72067">
              <w:rPr>
                <w:rFonts w:ascii="Times New Roman" w:hAnsi="Times New Roman" w:cs="Times New Roman"/>
                <w:b/>
                <w:sz w:val="18"/>
                <w:szCs w:val="18"/>
              </w:rPr>
              <w:t>ength (cm)</w:t>
            </w:r>
          </w:p>
        </w:tc>
        <w:tc>
          <w:tcPr>
            <w:tcW w:w="1345" w:type="dxa"/>
          </w:tcPr>
          <w:p w14:paraId="0AEA3A66" w14:textId="77777777" w:rsidR="003A1B86" w:rsidRPr="00A72067" w:rsidRDefault="009C30B0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Leaf</w:t>
            </w:r>
            <w:r w:rsidR="003A1B86" w:rsidRPr="00A720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width (cm)</w:t>
            </w:r>
          </w:p>
        </w:tc>
        <w:tc>
          <w:tcPr>
            <w:tcW w:w="1345" w:type="dxa"/>
          </w:tcPr>
          <w:p w14:paraId="0AEA3A67" w14:textId="77777777" w:rsidR="003A1B86" w:rsidRPr="00A72067" w:rsidRDefault="009C30B0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Leaf</w:t>
            </w:r>
            <w:r w:rsidR="003A1B86" w:rsidRPr="00A720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length/width</w:t>
            </w:r>
          </w:p>
        </w:tc>
        <w:tc>
          <w:tcPr>
            <w:tcW w:w="1344" w:type="dxa"/>
          </w:tcPr>
          <w:p w14:paraId="0AEA3A68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Petiole length </w:t>
            </w:r>
            <w:r w:rsidRPr="00A7206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(cm)</w:t>
            </w:r>
          </w:p>
        </w:tc>
        <w:tc>
          <w:tcPr>
            <w:tcW w:w="1495" w:type="dxa"/>
          </w:tcPr>
          <w:p w14:paraId="0AEA3A69" w14:textId="77777777" w:rsidR="003A1B86" w:rsidRPr="00A72067" w:rsidRDefault="003A1B86" w:rsidP="009C30B0">
            <w:pPr>
              <w:rPr>
                <w:rFonts w:ascii="Times New Roman" w:eastAsia="CIDFont+F2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72067">
              <w:rPr>
                <w:rFonts w:ascii="Times New Roman" w:eastAsia="CIDFont+F2" w:hAnsi="Times New Roman" w:cs="Times New Roman"/>
                <w:b/>
                <w:bCs/>
                <w:sz w:val="18"/>
                <w:szCs w:val="18"/>
                <w:lang w:val="en-US"/>
              </w:rPr>
              <w:t>Fruit length (cm)</w:t>
            </w:r>
          </w:p>
          <w:p w14:paraId="0AEA3A6A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45" w:type="dxa"/>
          </w:tcPr>
          <w:p w14:paraId="0AEA3A6B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eastAsia="CIDFont+F2" w:hAnsi="Times New Roman" w:cs="Times New Roman"/>
                <w:b/>
                <w:bCs/>
                <w:sz w:val="18"/>
                <w:szCs w:val="18"/>
                <w:lang w:val="en-US"/>
              </w:rPr>
              <w:t>Fruit width (cm)</w:t>
            </w:r>
          </w:p>
        </w:tc>
        <w:tc>
          <w:tcPr>
            <w:tcW w:w="1345" w:type="dxa"/>
          </w:tcPr>
          <w:p w14:paraId="0AEA3A6C" w14:textId="77777777" w:rsidR="003A1B86" w:rsidRPr="00A72067" w:rsidRDefault="009C30B0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Fruit</w:t>
            </w:r>
            <w:r w:rsidR="003A1B86" w:rsidRPr="00A720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length/ width</w:t>
            </w:r>
          </w:p>
        </w:tc>
        <w:tc>
          <w:tcPr>
            <w:tcW w:w="1494" w:type="dxa"/>
          </w:tcPr>
          <w:p w14:paraId="0AEA3A6D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eastAsia="CIDFont+F2" w:hAnsi="Times New Roman" w:cs="Times New Roman"/>
                <w:b/>
                <w:bCs/>
                <w:sz w:val="18"/>
                <w:szCs w:val="18"/>
                <w:lang w:val="en-US"/>
              </w:rPr>
              <w:t>Fruit weight (g)</w:t>
            </w:r>
          </w:p>
        </w:tc>
        <w:tc>
          <w:tcPr>
            <w:tcW w:w="1345" w:type="dxa"/>
          </w:tcPr>
          <w:p w14:paraId="0AEA3A6E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eastAsia="CIDFont+F2" w:hAnsi="Times New Roman" w:cs="Times New Roman"/>
                <w:b/>
                <w:bCs/>
                <w:sz w:val="18"/>
                <w:szCs w:val="18"/>
                <w:lang w:val="en-US"/>
              </w:rPr>
              <w:t xml:space="preserve">Pulp thickness </w:t>
            </w:r>
            <w:r w:rsidRPr="00A72067">
              <w:rPr>
                <w:rFonts w:ascii="Times New Roman" w:eastAsia="CIDFont+F2" w:hAnsi="Times New Roman" w:cs="Times New Roman"/>
                <w:b/>
                <w:bCs/>
                <w:sz w:val="18"/>
                <w:szCs w:val="18"/>
              </w:rPr>
              <w:t>(cm)</w:t>
            </w:r>
          </w:p>
        </w:tc>
      </w:tr>
      <w:tr w:rsidR="003A1B86" w:rsidRPr="00A72067" w14:paraId="0AEA3A7B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A7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44" w:type="dxa"/>
            <w:vAlign w:val="bottom"/>
          </w:tcPr>
          <w:p w14:paraId="0AEA3A7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Patillo</w:t>
            </w:r>
            <w:proofErr w:type="spellEnd"/>
          </w:p>
        </w:tc>
        <w:tc>
          <w:tcPr>
            <w:tcW w:w="1494" w:type="dxa"/>
            <w:vAlign w:val="bottom"/>
          </w:tcPr>
          <w:p w14:paraId="0AEA3A7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17.17 ± 0.35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45" w:type="dxa"/>
            <w:vAlign w:val="bottom"/>
          </w:tcPr>
          <w:p w14:paraId="0AEA3A7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7.2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b-d</w:t>
            </w:r>
          </w:p>
        </w:tc>
        <w:tc>
          <w:tcPr>
            <w:tcW w:w="1345" w:type="dxa"/>
            <w:vAlign w:val="bottom"/>
          </w:tcPr>
          <w:p w14:paraId="0AEA3A7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2.38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344" w:type="dxa"/>
            <w:vAlign w:val="bottom"/>
          </w:tcPr>
          <w:p w14:paraId="0AEA3A7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495" w:type="dxa"/>
            <w:vAlign w:val="bottom"/>
          </w:tcPr>
          <w:p w14:paraId="0AEA3A7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7.75 ± 0.28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5" w:type="dxa"/>
            <w:vAlign w:val="bottom"/>
          </w:tcPr>
          <w:p w14:paraId="0AEA3A7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5.89 ± 0.19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m-r</w:t>
            </w:r>
          </w:p>
        </w:tc>
        <w:tc>
          <w:tcPr>
            <w:tcW w:w="1345" w:type="dxa"/>
            <w:vAlign w:val="bottom"/>
          </w:tcPr>
          <w:p w14:paraId="0AEA3A7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1.32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a-c</w:t>
            </w:r>
          </w:p>
        </w:tc>
        <w:tc>
          <w:tcPr>
            <w:tcW w:w="1494" w:type="dxa"/>
            <w:vAlign w:val="bottom"/>
          </w:tcPr>
          <w:p w14:paraId="0AEA3A7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144 ± 4.36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i-q</w:t>
            </w:r>
          </w:p>
        </w:tc>
        <w:tc>
          <w:tcPr>
            <w:tcW w:w="1345" w:type="dxa"/>
            <w:vAlign w:val="bottom"/>
          </w:tcPr>
          <w:p w14:paraId="0AEA3A7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1.42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n-r</w:t>
            </w:r>
          </w:p>
        </w:tc>
      </w:tr>
      <w:tr w:rsidR="003A1B86" w:rsidRPr="00A72067" w14:paraId="0AEA3A87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A7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44" w:type="dxa"/>
            <w:vAlign w:val="bottom"/>
          </w:tcPr>
          <w:p w14:paraId="0AEA3A7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Khao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Niyom</w:t>
            </w:r>
            <w:proofErr w:type="spellEnd"/>
          </w:p>
        </w:tc>
        <w:tc>
          <w:tcPr>
            <w:tcW w:w="1494" w:type="dxa"/>
            <w:vAlign w:val="bottom"/>
          </w:tcPr>
          <w:p w14:paraId="0AEA3A7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10.83 ± 0.22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ut</w:t>
            </w:r>
          </w:p>
        </w:tc>
        <w:tc>
          <w:tcPr>
            <w:tcW w:w="1345" w:type="dxa"/>
            <w:vAlign w:val="bottom"/>
          </w:tcPr>
          <w:p w14:paraId="0AEA3A7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5.97 ± 0.27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l-s</w:t>
            </w:r>
          </w:p>
        </w:tc>
        <w:tc>
          <w:tcPr>
            <w:tcW w:w="1345" w:type="dxa"/>
            <w:vAlign w:val="bottom"/>
          </w:tcPr>
          <w:p w14:paraId="0AEA3A8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1.82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344" w:type="dxa"/>
            <w:vAlign w:val="bottom"/>
          </w:tcPr>
          <w:p w14:paraId="0AEA3A8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A8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7.56 ± 0.26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d-j</w:t>
            </w:r>
          </w:p>
        </w:tc>
        <w:tc>
          <w:tcPr>
            <w:tcW w:w="1345" w:type="dxa"/>
            <w:vAlign w:val="bottom"/>
          </w:tcPr>
          <w:p w14:paraId="0AEA3A8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7.34 ± 0.14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345" w:type="dxa"/>
            <w:vAlign w:val="bottom"/>
          </w:tcPr>
          <w:p w14:paraId="0AEA3A8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1.03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h-o</w:t>
            </w:r>
          </w:p>
        </w:tc>
        <w:tc>
          <w:tcPr>
            <w:tcW w:w="1494" w:type="dxa"/>
            <w:vAlign w:val="bottom"/>
          </w:tcPr>
          <w:p w14:paraId="0AEA3A8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224.33 ± 3.48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de</w:t>
            </w:r>
          </w:p>
        </w:tc>
        <w:tc>
          <w:tcPr>
            <w:tcW w:w="1345" w:type="dxa"/>
            <w:vAlign w:val="bottom"/>
          </w:tcPr>
          <w:p w14:paraId="0AEA3A8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2.24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</w:tr>
      <w:tr w:rsidR="003A1B86" w:rsidRPr="00A72067" w14:paraId="0AEA3A93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A8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44" w:type="dxa"/>
            <w:vAlign w:val="bottom"/>
          </w:tcPr>
          <w:p w14:paraId="0AEA3A8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S. 157</w:t>
            </w:r>
          </w:p>
        </w:tc>
        <w:tc>
          <w:tcPr>
            <w:tcW w:w="1494" w:type="dxa"/>
            <w:vAlign w:val="bottom"/>
          </w:tcPr>
          <w:p w14:paraId="0AEA3A8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12.57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m-o</w:t>
            </w:r>
          </w:p>
        </w:tc>
        <w:tc>
          <w:tcPr>
            <w:tcW w:w="1345" w:type="dxa"/>
            <w:vAlign w:val="bottom"/>
          </w:tcPr>
          <w:p w14:paraId="0AEA3A8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5.57 ± 0.19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r-x</w:t>
            </w:r>
          </w:p>
        </w:tc>
        <w:tc>
          <w:tcPr>
            <w:tcW w:w="1345" w:type="dxa"/>
            <w:vAlign w:val="bottom"/>
          </w:tcPr>
          <w:p w14:paraId="0AEA3A8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2.26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4" w:type="dxa"/>
            <w:vAlign w:val="bottom"/>
          </w:tcPr>
          <w:p w14:paraId="0AEA3A8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495" w:type="dxa"/>
            <w:vAlign w:val="bottom"/>
          </w:tcPr>
          <w:p w14:paraId="0AEA3A8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6.73 ± 0.11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k-t</w:t>
            </w:r>
          </w:p>
        </w:tc>
        <w:tc>
          <w:tcPr>
            <w:tcW w:w="1345" w:type="dxa"/>
            <w:vAlign w:val="bottom"/>
          </w:tcPr>
          <w:p w14:paraId="0AEA3A8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5.88 ± 0.11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m-r</w:t>
            </w:r>
          </w:p>
        </w:tc>
        <w:tc>
          <w:tcPr>
            <w:tcW w:w="1345" w:type="dxa"/>
            <w:vAlign w:val="bottom"/>
          </w:tcPr>
          <w:p w14:paraId="0AEA3A9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1.14 ± 0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4" w:type="dxa"/>
            <w:vAlign w:val="bottom"/>
          </w:tcPr>
          <w:p w14:paraId="0AEA3A9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134.33 ± 7.51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k-r</w:t>
            </w:r>
          </w:p>
        </w:tc>
        <w:tc>
          <w:tcPr>
            <w:tcW w:w="1345" w:type="dxa"/>
            <w:vAlign w:val="bottom"/>
          </w:tcPr>
          <w:p w14:paraId="0AEA3A9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1.59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l-n</w:t>
            </w:r>
          </w:p>
        </w:tc>
      </w:tr>
      <w:tr w:rsidR="003A1B86" w:rsidRPr="00A72067" w14:paraId="0AEA3A9F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A9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44" w:type="dxa"/>
            <w:vAlign w:val="bottom"/>
          </w:tcPr>
          <w:p w14:paraId="0AEA3A9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S. HPSI41</w:t>
            </w:r>
          </w:p>
        </w:tc>
        <w:tc>
          <w:tcPr>
            <w:tcW w:w="1494" w:type="dxa"/>
            <w:vAlign w:val="bottom"/>
          </w:tcPr>
          <w:p w14:paraId="0AEA3A9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11.93 ± 0.22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o-r</w:t>
            </w:r>
          </w:p>
        </w:tc>
        <w:tc>
          <w:tcPr>
            <w:tcW w:w="1345" w:type="dxa"/>
            <w:vAlign w:val="bottom"/>
          </w:tcPr>
          <w:p w14:paraId="0AEA3A9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5.43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t-y</w:t>
            </w:r>
          </w:p>
        </w:tc>
        <w:tc>
          <w:tcPr>
            <w:tcW w:w="1345" w:type="dxa"/>
            <w:vAlign w:val="bottom"/>
          </w:tcPr>
          <w:p w14:paraId="0AEA3A9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f-j</w:t>
            </w:r>
          </w:p>
        </w:tc>
        <w:tc>
          <w:tcPr>
            <w:tcW w:w="1344" w:type="dxa"/>
            <w:vAlign w:val="bottom"/>
          </w:tcPr>
          <w:p w14:paraId="0AEA3A9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0.33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gh</w:t>
            </w:r>
          </w:p>
        </w:tc>
        <w:tc>
          <w:tcPr>
            <w:tcW w:w="1495" w:type="dxa"/>
            <w:vAlign w:val="bottom"/>
          </w:tcPr>
          <w:p w14:paraId="0AEA3A9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7.21 ± 0.18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f-m</w:t>
            </w:r>
          </w:p>
        </w:tc>
        <w:tc>
          <w:tcPr>
            <w:tcW w:w="1345" w:type="dxa"/>
            <w:vAlign w:val="bottom"/>
          </w:tcPr>
          <w:p w14:paraId="0AEA3A9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6.8 ± 0.19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e-j</w:t>
            </w:r>
          </w:p>
        </w:tc>
        <w:tc>
          <w:tcPr>
            <w:tcW w:w="1345" w:type="dxa"/>
            <w:vAlign w:val="bottom"/>
          </w:tcPr>
          <w:p w14:paraId="0AEA3A9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1.06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f-m</w:t>
            </w:r>
          </w:p>
        </w:tc>
        <w:tc>
          <w:tcPr>
            <w:tcW w:w="1494" w:type="dxa"/>
            <w:vAlign w:val="bottom"/>
          </w:tcPr>
          <w:p w14:paraId="0AEA3A9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169.67 ± 7.84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g-k</w:t>
            </w:r>
          </w:p>
        </w:tc>
        <w:tc>
          <w:tcPr>
            <w:tcW w:w="1345" w:type="dxa"/>
            <w:vAlign w:val="bottom"/>
          </w:tcPr>
          <w:p w14:paraId="0AEA3A9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1.9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f-i</w:t>
            </w:r>
          </w:p>
        </w:tc>
      </w:tr>
      <w:tr w:rsidR="003A1B86" w:rsidRPr="00A72067" w14:paraId="0AEA3AAB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AA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44" w:type="dxa"/>
            <w:vAlign w:val="bottom"/>
          </w:tcPr>
          <w:p w14:paraId="0AEA3AA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S. Golden</w:t>
            </w:r>
          </w:p>
        </w:tc>
        <w:tc>
          <w:tcPr>
            <w:tcW w:w="1494" w:type="dxa"/>
            <w:vAlign w:val="bottom"/>
          </w:tcPr>
          <w:p w14:paraId="0AEA3AA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11.7 ± 0.17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p-s</w:t>
            </w:r>
          </w:p>
        </w:tc>
        <w:tc>
          <w:tcPr>
            <w:tcW w:w="1345" w:type="dxa"/>
            <w:vAlign w:val="bottom"/>
          </w:tcPr>
          <w:p w14:paraId="0AEA3AA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5.37 ± 0.19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u-z</w:t>
            </w:r>
          </w:p>
        </w:tc>
        <w:tc>
          <w:tcPr>
            <w:tcW w:w="1345" w:type="dxa"/>
            <w:vAlign w:val="bottom"/>
          </w:tcPr>
          <w:p w14:paraId="0AEA3AA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2.19 ± 0.11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g-k</w:t>
            </w:r>
          </w:p>
        </w:tc>
        <w:tc>
          <w:tcPr>
            <w:tcW w:w="1344" w:type="dxa"/>
            <w:vAlign w:val="bottom"/>
          </w:tcPr>
          <w:p w14:paraId="0AEA3AA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AA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 ± 0.2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t-x</w:t>
            </w:r>
          </w:p>
        </w:tc>
        <w:tc>
          <w:tcPr>
            <w:tcW w:w="1345" w:type="dxa"/>
            <w:vAlign w:val="bottom"/>
          </w:tcPr>
          <w:p w14:paraId="0AEA3AA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6.3 ± 0.29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j-m</w:t>
            </w:r>
          </w:p>
        </w:tc>
        <w:tc>
          <w:tcPr>
            <w:tcW w:w="1345" w:type="dxa"/>
            <w:vAlign w:val="bottom"/>
          </w:tcPr>
          <w:p w14:paraId="0AEA3AA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0.95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n-u</w:t>
            </w:r>
          </w:p>
        </w:tc>
        <w:tc>
          <w:tcPr>
            <w:tcW w:w="1494" w:type="dxa"/>
            <w:vAlign w:val="bottom"/>
          </w:tcPr>
          <w:p w14:paraId="0AEA3AA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125.67 ± 4.18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l-t</w:t>
            </w:r>
          </w:p>
        </w:tc>
        <w:tc>
          <w:tcPr>
            <w:tcW w:w="1345" w:type="dxa"/>
            <w:vAlign w:val="bottom"/>
          </w:tcPr>
          <w:p w14:paraId="0AEA3AA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1.44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n-r</w:t>
            </w:r>
          </w:p>
        </w:tc>
      </w:tr>
      <w:tr w:rsidR="003A1B86" w:rsidRPr="00A72067" w14:paraId="0AEA3AB7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AA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44" w:type="dxa"/>
            <w:vAlign w:val="bottom"/>
          </w:tcPr>
          <w:p w14:paraId="0AEA3AA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S. Kona 1</w:t>
            </w:r>
          </w:p>
        </w:tc>
        <w:tc>
          <w:tcPr>
            <w:tcW w:w="1494" w:type="dxa"/>
            <w:vAlign w:val="bottom"/>
          </w:tcPr>
          <w:p w14:paraId="0AEA3AA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13.77 ± 0.43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f-k</w:t>
            </w:r>
          </w:p>
        </w:tc>
        <w:tc>
          <w:tcPr>
            <w:tcW w:w="1345" w:type="dxa"/>
            <w:vAlign w:val="bottom"/>
          </w:tcPr>
          <w:p w14:paraId="0AEA3AA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6.1 ± 0.23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j-p</w:t>
            </w:r>
          </w:p>
        </w:tc>
        <w:tc>
          <w:tcPr>
            <w:tcW w:w="1345" w:type="dxa"/>
            <w:vAlign w:val="bottom"/>
          </w:tcPr>
          <w:p w14:paraId="0AEA3AB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2.26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e-i</w:t>
            </w:r>
          </w:p>
        </w:tc>
        <w:tc>
          <w:tcPr>
            <w:tcW w:w="1344" w:type="dxa"/>
            <w:vAlign w:val="bottom"/>
          </w:tcPr>
          <w:p w14:paraId="0AEA3AB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495" w:type="dxa"/>
            <w:vAlign w:val="bottom"/>
          </w:tcPr>
          <w:p w14:paraId="0AEA3AB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7.77 ± 0.41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345" w:type="dxa"/>
            <w:vAlign w:val="bottom"/>
          </w:tcPr>
          <w:p w14:paraId="0AEA3AB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7.44 ± 0.32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b-d</w:t>
            </w:r>
          </w:p>
        </w:tc>
        <w:tc>
          <w:tcPr>
            <w:tcW w:w="1345" w:type="dxa"/>
            <w:vAlign w:val="bottom"/>
          </w:tcPr>
          <w:p w14:paraId="0AEA3AB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1.04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h-o</w:t>
            </w:r>
          </w:p>
        </w:tc>
        <w:tc>
          <w:tcPr>
            <w:tcW w:w="1494" w:type="dxa"/>
            <w:vAlign w:val="bottom"/>
          </w:tcPr>
          <w:p w14:paraId="0AEA3AB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160 ± 7.1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h-l</w:t>
            </w:r>
          </w:p>
        </w:tc>
        <w:tc>
          <w:tcPr>
            <w:tcW w:w="1345" w:type="dxa"/>
            <w:vAlign w:val="bottom"/>
          </w:tcPr>
          <w:p w14:paraId="0AEA3AB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1.63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lm</w:t>
            </w:r>
          </w:p>
        </w:tc>
      </w:tr>
      <w:tr w:rsidR="003A1B86" w:rsidRPr="00A72067" w14:paraId="0AEA3AC3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AB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944" w:type="dxa"/>
            <w:vAlign w:val="bottom"/>
          </w:tcPr>
          <w:p w14:paraId="0AEA3AB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Waiakea</w:t>
            </w:r>
            <w:proofErr w:type="spellEnd"/>
          </w:p>
        </w:tc>
        <w:tc>
          <w:tcPr>
            <w:tcW w:w="1494" w:type="dxa"/>
            <w:vAlign w:val="bottom"/>
          </w:tcPr>
          <w:p w14:paraId="0AEA3AB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16.13 ± 0.32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45" w:type="dxa"/>
            <w:vAlign w:val="bottom"/>
          </w:tcPr>
          <w:p w14:paraId="0AEA3AB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7.5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345" w:type="dxa"/>
            <w:vAlign w:val="bottom"/>
          </w:tcPr>
          <w:p w14:paraId="0AEA3AB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2.16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h-l</w:t>
            </w:r>
          </w:p>
        </w:tc>
        <w:tc>
          <w:tcPr>
            <w:tcW w:w="1344" w:type="dxa"/>
            <w:vAlign w:val="bottom"/>
          </w:tcPr>
          <w:p w14:paraId="0AEA3AB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e-g</w:t>
            </w:r>
          </w:p>
        </w:tc>
        <w:tc>
          <w:tcPr>
            <w:tcW w:w="1495" w:type="dxa"/>
            <w:vAlign w:val="bottom"/>
          </w:tcPr>
          <w:p w14:paraId="0AEA3AB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8.21 ± 0.26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cd</w:t>
            </w:r>
          </w:p>
        </w:tc>
        <w:tc>
          <w:tcPr>
            <w:tcW w:w="1345" w:type="dxa"/>
            <w:vAlign w:val="bottom"/>
          </w:tcPr>
          <w:p w14:paraId="0AEA3AB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7.47 ± 0.17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b-d</w:t>
            </w:r>
          </w:p>
        </w:tc>
        <w:tc>
          <w:tcPr>
            <w:tcW w:w="1345" w:type="dxa"/>
            <w:vAlign w:val="bottom"/>
          </w:tcPr>
          <w:p w14:paraId="0AEA3AC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1.1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f-j</w:t>
            </w:r>
          </w:p>
        </w:tc>
        <w:tc>
          <w:tcPr>
            <w:tcW w:w="1494" w:type="dxa"/>
            <w:vAlign w:val="bottom"/>
          </w:tcPr>
          <w:p w14:paraId="0AEA3AC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244 ± 7.57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cd</w:t>
            </w:r>
          </w:p>
        </w:tc>
        <w:tc>
          <w:tcPr>
            <w:tcW w:w="1345" w:type="dxa"/>
            <w:vAlign w:val="bottom"/>
          </w:tcPr>
          <w:p w14:paraId="0AEA3AC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1.88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f-i</w:t>
            </w:r>
          </w:p>
        </w:tc>
      </w:tr>
      <w:tr w:rsidR="003A1B86" w:rsidRPr="00A72067" w14:paraId="0AEA3ACF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AC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44" w:type="dxa"/>
            <w:vAlign w:val="bottom"/>
          </w:tcPr>
          <w:p w14:paraId="0AEA3AC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14</w:t>
            </w:r>
          </w:p>
        </w:tc>
        <w:tc>
          <w:tcPr>
            <w:tcW w:w="1494" w:type="dxa"/>
            <w:vAlign w:val="bottom"/>
          </w:tcPr>
          <w:p w14:paraId="0AEA3AC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12.9 ± 0.32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l-n</w:t>
            </w:r>
          </w:p>
        </w:tc>
        <w:tc>
          <w:tcPr>
            <w:tcW w:w="1345" w:type="dxa"/>
            <w:vAlign w:val="bottom"/>
          </w:tcPr>
          <w:p w14:paraId="0AEA3AC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k-r</w:t>
            </w:r>
          </w:p>
        </w:tc>
        <w:tc>
          <w:tcPr>
            <w:tcW w:w="1345" w:type="dxa"/>
            <w:vAlign w:val="bottom"/>
          </w:tcPr>
          <w:p w14:paraId="0AEA3AC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2.15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g-k</w:t>
            </w:r>
          </w:p>
        </w:tc>
        <w:tc>
          <w:tcPr>
            <w:tcW w:w="1344" w:type="dxa"/>
            <w:vAlign w:val="bottom"/>
          </w:tcPr>
          <w:p w14:paraId="0AEA3AC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495" w:type="dxa"/>
            <w:vAlign w:val="bottom"/>
          </w:tcPr>
          <w:p w14:paraId="0AEA3AC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7.01 ± 0.36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i-p</w:t>
            </w:r>
          </w:p>
        </w:tc>
        <w:tc>
          <w:tcPr>
            <w:tcW w:w="1345" w:type="dxa"/>
            <w:vAlign w:val="bottom"/>
          </w:tcPr>
          <w:p w14:paraId="0AEA3AC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5.3 ± 0.32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345" w:type="dxa"/>
            <w:vAlign w:val="bottom"/>
          </w:tcPr>
          <w:p w14:paraId="0AEA3AC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1.32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a-c</w:t>
            </w:r>
          </w:p>
        </w:tc>
        <w:tc>
          <w:tcPr>
            <w:tcW w:w="1494" w:type="dxa"/>
            <w:vAlign w:val="bottom"/>
          </w:tcPr>
          <w:p w14:paraId="0AEA3AC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157.33 ± 9.84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h-m</w:t>
            </w:r>
          </w:p>
        </w:tc>
        <w:tc>
          <w:tcPr>
            <w:tcW w:w="1345" w:type="dxa"/>
            <w:vAlign w:val="bottom"/>
          </w:tcPr>
          <w:p w14:paraId="0AEA3AC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1.33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q-u</w:t>
            </w:r>
          </w:p>
        </w:tc>
      </w:tr>
      <w:tr w:rsidR="003A1B86" w:rsidRPr="00A72067" w14:paraId="0AEA3ADB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AD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944" w:type="dxa"/>
            <w:vAlign w:val="bottom"/>
          </w:tcPr>
          <w:p w14:paraId="0AEA3AD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S. Fan Retief</w:t>
            </w:r>
          </w:p>
        </w:tc>
        <w:tc>
          <w:tcPr>
            <w:tcW w:w="1494" w:type="dxa"/>
            <w:vAlign w:val="bottom"/>
          </w:tcPr>
          <w:p w14:paraId="0AEA3AD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14.17 ± 0.23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d-i</w:t>
            </w:r>
          </w:p>
        </w:tc>
        <w:tc>
          <w:tcPr>
            <w:tcW w:w="1345" w:type="dxa"/>
            <w:vAlign w:val="bottom"/>
          </w:tcPr>
          <w:p w14:paraId="0AEA3AD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6.27 ± 0.13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h-n</w:t>
            </w:r>
          </w:p>
        </w:tc>
        <w:tc>
          <w:tcPr>
            <w:tcW w:w="1345" w:type="dxa"/>
            <w:vAlign w:val="bottom"/>
          </w:tcPr>
          <w:p w14:paraId="0AEA3AD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2.26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4" w:type="dxa"/>
            <w:vAlign w:val="bottom"/>
          </w:tcPr>
          <w:p w14:paraId="0AEA3AD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0.63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a-d</w:t>
            </w:r>
          </w:p>
        </w:tc>
        <w:tc>
          <w:tcPr>
            <w:tcW w:w="1495" w:type="dxa"/>
            <w:vAlign w:val="bottom"/>
          </w:tcPr>
          <w:p w14:paraId="0AEA3AD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7.89 ± 0.22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345" w:type="dxa"/>
            <w:vAlign w:val="bottom"/>
          </w:tcPr>
          <w:p w14:paraId="0AEA3AD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7.03 ± 0.18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b-h</w:t>
            </w:r>
          </w:p>
        </w:tc>
        <w:tc>
          <w:tcPr>
            <w:tcW w:w="1345" w:type="dxa"/>
            <w:vAlign w:val="bottom"/>
          </w:tcPr>
          <w:p w14:paraId="0AEA3AD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1.12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e-h</w:t>
            </w:r>
          </w:p>
        </w:tc>
        <w:tc>
          <w:tcPr>
            <w:tcW w:w="1494" w:type="dxa"/>
            <w:vAlign w:val="bottom"/>
          </w:tcPr>
          <w:p w14:paraId="0AEA3AD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204.67 ± 6.17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e-g</w:t>
            </w:r>
          </w:p>
        </w:tc>
        <w:tc>
          <w:tcPr>
            <w:tcW w:w="1345" w:type="dxa"/>
            <w:vAlign w:val="bottom"/>
          </w:tcPr>
          <w:p w14:paraId="0AEA3AD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1.23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s-u</w:t>
            </w:r>
          </w:p>
        </w:tc>
      </w:tr>
      <w:tr w:rsidR="003A1B86" w:rsidRPr="00A72067" w14:paraId="0AEA3AE7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AD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944" w:type="dxa"/>
            <w:vAlign w:val="bottom"/>
          </w:tcPr>
          <w:p w14:paraId="0AEA3AD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Ka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Hua Kula</w:t>
            </w:r>
          </w:p>
        </w:tc>
        <w:tc>
          <w:tcPr>
            <w:tcW w:w="1494" w:type="dxa"/>
            <w:vAlign w:val="bottom"/>
          </w:tcPr>
          <w:p w14:paraId="0AEA3AD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13.9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e-j</w:t>
            </w:r>
          </w:p>
        </w:tc>
        <w:tc>
          <w:tcPr>
            <w:tcW w:w="1345" w:type="dxa"/>
            <w:vAlign w:val="bottom"/>
          </w:tcPr>
          <w:p w14:paraId="0AEA3AD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7.27 ± 0.15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345" w:type="dxa"/>
            <w:vAlign w:val="bottom"/>
          </w:tcPr>
          <w:p w14:paraId="0AEA3AE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1.91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mn</w:t>
            </w:r>
          </w:p>
        </w:tc>
        <w:tc>
          <w:tcPr>
            <w:tcW w:w="1344" w:type="dxa"/>
            <w:vAlign w:val="bottom"/>
          </w:tcPr>
          <w:p w14:paraId="0AEA3AE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0.6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a-e</w:t>
            </w:r>
          </w:p>
        </w:tc>
        <w:tc>
          <w:tcPr>
            <w:tcW w:w="1495" w:type="dxa"/>
            <w:vAlign w:val="bottom"/>
          </w:tcPr>
          <w:p w14:paraId="0AEA3AE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7.45 ± 0.27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e-k</w:t>
            </w:r>
          </w:p>
        </w:tc>
        <w:tc>
          <w:tcPr>
            <w:tcW w:w="1345" w:type="dxa"/>
            <w:vAlign w:val="bottom"/>
          </w:tcPr>
          <w:p w14:paraId="0AEA3AE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5.46 ± 0.28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qr</w:t>
            </w:r>
          </w:p>
        </w:tc>
        <w:tc>
          <w:tcPr>
            <w:tcW w:w="1345" w:type="dxa"/>
            <w:vAlign w:val="bottom"/>
          </w:tcPr>
          <w:p w14:paraId="0AEA3AE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1.38 ± 0.11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94" w:type="dxa"/>
            <w:vAlign w:val="bottom"/>
          </w:tcPr>
          <w:p w14:paraId="0AEA3AE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122 ± 7.94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m-u</w:t>
            </w:r>
          </w:p>
        </w:tc>
        <w:tc>
          <w:tcPr>
            <w:tcW w:w="1345" w:type="dxa"/>
            <w:vAlign w:val="bottom"/>
          </w:tcPr>
          <w:p w14:paraId="0AEA3AE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1.32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q-u</w:t>
            </w:r>
          </w:p>
        </w:tc>
      </w:tr>
      <w:tr w:rsidR="003A1B86" w:rsidRPr="00A72067" w14:paraId="0AEA3AF3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AE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944" w:type="dxa"/>
            <w:vAlign w:val="bottom"/>
          </w:tcPr>
          <w:p w14:paraId="0AEA3AE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S. Beaumont</w:t>
            </w:r>
          </w:p>
        </w:tc>
        <w:tc>
          <w:tcPr>
            <w:tcW w:w="1494" w:type="dxa"/>
            <w:vAlign w:val="bottom"/>
          </w:tcPr>
          <w:p w14:paraId="0AEA3AE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12.6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m-o</w:t>
            </w:r>
          </w:p>
        </w:tc>
        <w:tc>
          <w:tcPr>
            <w:tcW w:w="1345" w:type="dxa"/>
            <w:vAlign w:val="bottom"/>
          </w:tcPr>
          <w:p w14:paraId="0AEA3AE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s-z</w:t>
            </w:r>
          </w:p>
        </w:tc>
        <w:tc>
          <w:tcPr>
            <w:tcW w:w="1345" w:type="dxa"/>
            <w:vAlign w:val="bottom"/>
          </w:tcPr>
          <w:p w14:paraId="0AEA3AE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2.29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4" w:type="dxa"/>
            <w:vAlign w:val="bottom"/>
          </w:tcPr>
          <w:p w14:paraId="0AEA3AE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AE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7.02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h-o</w:t>
            </w:r>
          </w:p>
        </w:tc>
        <w:tc>
          <w:tcPr>
            <w:tcW w:w="1345" w:type="dxa"/>
            <w:vAlign w:val="bottom"/>
          </w:tcPr>
          <w:p w14:paraId="0AEA3AE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5.74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m-r</w:t>
            </w:r>
          </w:p>
        </w:tc>
        <w:tc>
          <w:tcPr>
            <w:tcW w:w="1345" w:type="dxa"/>
            <w:vAlign w:val="bottom"/>
          </w:tcPr>
          <w:p w14:paraId="0AEA3AF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1.22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cd</w:t>
            </w:r>
          </w:p>
        </w:tc>
        <w:tc>
          <w:tcPr>
            <w:tcW w:w="1494" w:type="dxa"/>
            <w:vAlign w:val="bottom"/>
          </w:tcPr>
          <w:p w14:paraId="0AEA3AF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120.33 ± 4.91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n-u</w:t>
            </w:r>
          </w:p>
        </w:tc>
        <w:tc>
          <w:tcPr>
            <w:tcW w:w="1345" w:type="dxa"/>
            <w:vAlign w:val="bottom"/>
          </w:tcPr>
          <w:p w14:paraId="0AEA3AF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1.37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p-s</w:t>
            </w:r>
          </w:p>
        </w:tc>
      </w:tr>
      <w:tr w:rsidR="003A1B86" w:rsidRPr="00A72067" w14:paraId="0AEA3AFF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AF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944" w:type="dxa"/>
            <w:vAlign w:val="bottom"/>
          </w:tcPr>
          <w:p w14:paraId="0AEA3AF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Poamoho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Pink</w:t>
            </w:r>
          </w:p>
        </w:tc>
        <w:tc>
          <w:tcPr>
            <w:tcW w:w="1494" w:type="dxa"/>
            <w:vAlign w:val="bottom"/>
          </w:tcPr>
          <w:p w14:paraId="0AEA3AF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14.23 ± 0.32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5" w:type="dxa"/>
            <w:vAlign w:val="bottom"/>
          </w:tcPr>
          <w:p w14:paraId="0AEA3AF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6.23 ± 0.15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i-o</w:t>
            </w:r>
          </w:p>
        </w:tc>
        <w:tc>
          <w:tcPr>
            <w:tcW w:w="1345" w:type="dxa"/>
            <w:vAlign w:val="bottom"/>
          </w:tcPr>
          <w:p w14:paraId="0AEA3AF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2.28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4" w:type="dxa"/>
            <w:vAlign w:val="bottom"/>
          </w:tcPr>
          <w:p w14:paraId="0AEA3AF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0.73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495" w:type="dxa"/>
            <w:vAlign w:val="bottom"/>
          </w:tcPr>
          <w:p w14:paraId="0AEA3AF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6.28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p-v</w:t>
            </w:r>
          </w:p>
        </w:tc>
        <w:tc>
          <w:tcPr>
            <w:tcW w:w="1345" w:type="dxa"/>
            <w:vAlign w:val="bottom"/>
          </w:tcPr>
          <w:p w14:paraId="0AEA3AF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6.3 ± 0.16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i-m</w:t>
            </w:r>
          </w:p>
        </w:tc>
        <w:tc>
          <w:tcPr>
            <w:tcW w:w="1345" w:type="dxa"/>
            <w:vAlign w:val="bottom"/>
          </w:tcPr>
          <w:p w14:paraId="0AEA3AF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j-r</w:t>
            </w:r>
          </w:p>
        </w:tc>
        <w:tc>
          <w:tcPr>
            <w:tcW w:w="1494" w:type="dxa"/>
            <w:vAlign w:val="bottom"/>
          </w:tcPr>
          <w:p w14:paraId="0AEA3AF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139.33 ± 3.84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i-r</w:t>
            </w:r>
          </w:p>
        </w:tc>
        <w:tc>
          <w:tcPr>
            <w:tcW w:w="1345" w:type="dxa"/>
            <w:vAlign w:val="bottom"/>
          </w:tcPr>
          <w:p w14:paraId="0AEA3AF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1.47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m-q</w:t>
            </w:r>
          </w:p>
        </w:tc>
      </w:tr>
      <w:tr w:rsidR="003A1B86" w:rsidRPr="00A72067" w14:paraId="0AEA3B0B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B0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944" w:type="dxa"/>
            <w:vAlign w:val="bottom"/>
          </w:tcPr>
          <w:p w14:paraId="0AEA3B0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4</w:t>
            </w:r>
          </w:p>
        </w:tc>
        <w:tc>
          <w:tcPr>
            <w:tcW w:w="1494" w:type="dxa"/>
            <w:vAlign w:val="bottom"/>
          </w:tcPr>
          <w:p w14:paraId="0AEA3B0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14.33 ± 0.15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5" w:type="dxa"/>
            <w:vAlign w:val="bottom"/>
          </w:tcPr>
          <w:p w14:paraId="0AEA3B0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6.93 ± 0.35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c-g</w:t>
            </w:r>
          </w:p>
        </w:tc>
        <w:tc>
          <w:tcPr>
            <w:tcW w:w="1345" w:type="dxa"/>
            <w:vAlign w:val="bottom"/>
          </w:tcPr>
          <w:p w14:paraId="0AEA3B0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2.08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i-m</w:t>
            </w:r>
          </w:p>
        </w:tc>
        <w:tc>
          <w:tcPr>
            <w:tcW w:w="1344" w:type="dxa"/>
            <w:vAlign w:val="bottom"/>
          </w:tcPr>
          <w:p w14:paraId="0AEA3B0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B0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9.29 ± 0.22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345" w:type="dxa"/>
            <w:vAlign w:val="bottom"/>
          </w:tcPr>
          <w:p w14:paraId="0AEA3B0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6.98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c-h</w:t>
            </w:r>
          </w:p>
        </w:tc>
        <w:tc>
          <w:tcPr>
            <w:tcW w:w="1345" w:type="dxa"/>
            <w:vAlign w:val="bottom"/>
          </w:tcPr>
          <w:p w14:paraId="0AEA3B0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1.33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494" w:type="dxa"/>
            <w:vAlign w:val="bottom"/>
          </w:tcPr>
          <w:p w14:paraId="0AEA3B0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246.67 ± 6.44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cd</w:t>
            </w:r>
          </w:p>
        </w:tc>
        <w:tc>
          <w:tcPr>
            <w:tcW w:w="1345" w:type="dxa"/>
            <w:vAlign w:val="bottom"/>
          </w:tcPr>
          <w:p w14:paraId="0AEA3B0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2.09 ± 0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c-e</w:t>
            </w:r>
          </w:p>
        </w:tc>
      </w:tr>
      <w:tr w:rsidR="003A1B86" w:rsidRPr="00A72067" w14:paraId="0AEA3B17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0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944" w:type="dxa"/>
            <w:vAlign w:val="bottom"/>
          </w:tcPr>
          <w:p w14:paraId="0AEA3B0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S. N90-53</w:t>
            </w:r>
          </w:p>
        </w:tc>
        <w:tc>
          <w:tcPr>
            <w:tcW w:w="1494" w:type="dxa"/>
            <w:vAlign w:val="bottom"/>
          </w:tcPr>
          <w:p w14:paraId="0AEA3B0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13.3 ± 0.15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j-m</w:t>
            </w:r>
          </w:p>
        </w:tc>
        <w:tc>
          <w:tcPr>
            <w:tcW w:w="1345" w:type="dxa"/>
            <w:vAlign w:val="bottom"/>
          </w:tcPr>
          <w:p w14:paraId="0AEA3B0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6.73 ± 0.15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5" w:type="dxa"/>
            <w:vAlign w:val="bottom"/>
          </w:tcPr>
          <w:p w14:paraId="0AEA3B1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1.98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l-n</w:t>
            </w:r>
          </w:p>
        </w:tc>
        <w:tc>
          <w:tcPr>
            <w:tcW w:w="1344" w:type="dxa"/>
            <w:vAlign w:val="bottom"/>
          </w:tcPr>
          <w:p w14:paraId="0AEA3B1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0.7 ± 0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a-c</w:t>
            </w:r>
          </w:p>
        </w:tc>
        <w:tc>
          <w:tcPr>
            <w:tcW w:w="1495" w:type="dxa"/>
            <w:vAlign w:val="bottom"/>
          </w:tcPr>
          <w:p w14:paraId="0AEA3B1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9.01 ± 0.27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345" w:type="dxa"/>
            <w:vAlign w:val="bottom"/>
          </w:tcPr>
          <w:p w14:paraId="0AEA3B1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8.84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45" w:type="dxa"/>
            <w:vAlign w:val="bottom"/>
          </w:tcPr>
          <w:p w14:paraId="0AEA3B1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1.02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i-p</w:t>
            </w:r>
          </w:p>
        </w:tc>
        <w:tc>
          <w:tcPr>
            <w:tcW w:w="1494" w:type="dxa"/>
            <w:vAlign w:val="bottom"/>
          </w:tcPr>
          <w:p w14:paraId="0AEA3B1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379 ± 5.86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45" w:type="dxa"/>
            <w:vAlign w:val="bottom"/>
          </w:tcPr>
          <w:p w14:paraId="0AEA3B1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2.43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3A1B86" w:rsidRPr="00A72067" w14:paraId="0AEA3B23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1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944" w:type="dxa"/>
            <w:vAlign w:val="bottom"/>
          </w:tcPr>
          <w:p w14:paraId="0AEA3B1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Klom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Toonklao</w:t>
            </w:r>
            <w:proofErr w:type="spellEnd"/>
          </w:p>
        </w:tc>
        <w:tc>
          <w:tcPr>
            <w:tcW w:w="1494" w:type="dxa"/>
            <w:vAlign w:val="bottom"/>
          </w:tcPr>
          <w:p w14:paraId="0AEA3B1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10.83 ± 0.22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ut</w:t>
            </w:r>
          </w:p>
        </w:tc>
        <w:tc>
          <w:tcPr>
            <w:tcW w:w="1345" w:type="dxa"/>
            <w:vAlign w:val="bottom"/>
          </w:tcPr>
          <w:p w14:paraId="0AEA3B1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5.6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q-x</w:t>
            </w:r>
          </w:p>
        </w:tc>
        <w:tc>
          <w:tcPr>
            <w:tcW w:w="1345" w:type="dxa"/>
            <w:vAlign w:val="bottom"/>
          </w:tcPr>
          <w:p w14:paraId="0AEA3B1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1.94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mn</w:t>
            </w:r>
          </w:p>
        </w:tc>
        <w:tc>
          <w:tcPr>
            <w:tcW w:w="1344" w:type="dxa"/>
            <w:vAlign w:val="bottom"/>
          </w:tcPr>
          <w:p w14:paraId="0AEA3B1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B1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6.78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k-s</w:t>
            </w:r>
          </w:p>
        </w:tc>
        <w:tc>
          <w:tcPr>
            <w:tcW w:w="1345" w:type="dxa"/>
            <w:vAlign w:val="bottom"/>
          </w:tcPr>
          <w:p w14:paraId="0AEA3B1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6.54 ± 0.2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h-l</w:t>
            </w:r>
          </w:p>
        </w:tc>
        <w:tc>
          <w:tcPr>
            <w:tcW w:w="1345" w:type="dxa"/>
            <w:vAlign w:val="bottom"/>
          </w:tcPr>
          <w:p w14:paraId="0AEA3B2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1.04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h-o</w:t>
            </w:r>
          </w:p>
        </w:tc>
        <w:tc>
          <w:tcPr>
            <w:tcW w:w="1494" w:type="dxa"/>
            <w:vAlign w:val="bottom"/>
          </w:tcPr>
          <w:p w14:paraId="0AEA3B2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174.67 ± 6.57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g-i</w:t>
            </w:r>
          </w:p>
        </w:tc>
        <w:tc>
          <w:tcPr>
            <w:tcW w:w="1345" w:type="dxa"/>
            <w:vAlign w:val="bottom"/>
          </w:tcPr>
          <w:p w14:paraId="0AEA3B2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1.89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f-i</w:t>
            </w:r>
          </w:p>
        </w:tc>
      </w:tr>
      <w:tr w:rsidR="003A1B86" w:rsidRPr="00A72067" w14:paraId="0AEA3B2F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B2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944" w:type="dxa"/>
            <w:vAlign w:val="bottom"/>
          </w:tcPr>
          <w:p w14:paraId="0AEA3B2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S. Less Seed Guava</w:t>
            </w:r>
          </w:p>
        </w:tc>
        <w:tc>
          <w:tcPr>
            <w:tcW w:w="1494" w:type="dxa"/>
            <w:vAlign w:val="bottom"/>
          </w:tcPr>
          <w:p w14:paraId="0AEA3B2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13.6 ± 0.36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g-l</w:t>
            </w:r>
          </w:p>
        </w:tc>
        <w:tc>
          <w:tcPr>
            <w:tcW w:w="1345" w:type="dxa"/>
            <w:vAlign w:val="bottom"/>
          </w:tcPr>
          <w:p w14:paraId="0AEA3B2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6.37 ± 0.13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h-l</w:t>
            </w:r>
          </w:p>
        </w:tc>
        <w:tc>
          <w:tcPr>
            <w:tcW w:w="1345" w:type="dxa"/>
            <w:vAlign w:val="bottom"/>
          </w:tcPr>
          <w:p w14:paraId="0AEA3B2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2.14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h-l</w:t>
            </w:r>
          </w:p>
        </w:tc>
        <w:tc>
          <w:tcPr>
            <w:tcW w:w="1344" w:type="dxa"/>
            <w:vAlign w:val="bottom"/>
          </w:tcPr>
          <w:p w14:paraId="0AEA3B2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495" w:type="dxa"/>
            <w:vAlign w:val="bottom"/>
          </w:tcPr>
          <w:p w14:paraId="0AEA3B2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5.91 ± 0.19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u-y</w:t>
            </w:r>
          </w:p>
        </w:tc>
        <w:tc>
          <w:tcPr>
            <w:tcW w:w="1345" w:type="dxa"/>
            <w:vAlign w:val="bottom"/>
          </w:tcPr>
          <w:p w14:paraId="0AEA3B2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5.61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o-r</w:t>
            </w:r>
          </w:p>
        </w:tc>
        <w:tc>
          <w:tcPr>
            <w:tcW w:w="1345" w:type="dxa"/>
            <w:vAlign w:val="bottom"/>
          </w:tcPr>
          <w:p w14:paraId="0AEA3B2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1.05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g-m</w:t>
            </w:r>
          </w:p>
        </w:tc>
        <w:tc>
          <w:tcPr>
            <w:tcW w:w="1494" w:type="dxa"/>
            <w:vAlign w:val="bottom"/>
          </w:tcPr>
          <w:p w14:paraId="0AEA3B2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127.33 ± 6.94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l-s</w:t>
            </w:r>
          </w:p>
        </w:tc>
        <w:tc>
          <w:tcPr>
            <w:tcW w:w="1345" w:type="dxa"/>
            <w:vAlign w:val="bottom"/>
          </w:tcPr>
          <w:p w14:paraId="0AEA3B2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1.84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i-k</w:t>
            </w:r>
          </w:p>
        </w:tc>
      </w:tr>
      <w:tr w:rsidR="003A1B86" w:rsidRPr="00A72067" w14:paraId="0AEA3B3B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3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944" w:type="dxa"/>
            <w:vAlign w:val="bottom"/>
          </w:tcPr>
          <w:p w14:paraId="0AEA3B3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6</w:t>
            </w:r>
          </w:p>
        </w:tc>
        <w:tc>
          <w:tcPr>
            <w:tcW w:w="1494" w:type="dxa"/>
            <w:vAlign w:val="bottom"/>
          </w:tcPr>
          <w:p w14:paraId="0AEA3B3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14.5 ± 0.25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345" w:type="dxa"/>
            <w:vAlign w:val="bottom"/>
          </w:tcPr>
          <w:p w14:paraId="0AEA3B3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6.1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j-p</w:t>
            </w:r>
          </w:p>
        </w:tc>
        <w:tc>
          <w:tcPr>
            <w:tcW w:w="1345" w:type="dxa"/>
            <w:vAlign w:val="bottom"/>
          </w:tcPr>
          <w:p w14:paraId="0AEA3B3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2.38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344" w:type="dxa"/>
            <w:vAlign w:val="bottom"/>
          </w:tcPr>
          <w:p w14:paraId="0AEA3B3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0.57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495" w:type="dxa"/>
            <w:vAlign w:val="bottom"/>
          </w:tcPr>
          <w:p w14:paraId="0AEA3B3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7.61 ± 0.23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d-j</w:t>
            </w:r>
          </w:p>
        </w:tc>
        <w:tc>
          <w:tcPr>
            <w:tcW w:w="1345" w:type="dxa"/>
            <w:vAlign w:val="bottom"/>
          </w:tcPr>
          <w:p w14:paraId="0AEA3B3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6.62 ± 0.13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g-k</w:t>
            </w:r>
          </w:p>
        </w:tc>
        <w:tc>
          <w:tcPr>
            <w:tcW w:w="1345" w:type="dxa"/>
            <w:vAlign w:val="bottom"/>
          </w:tcPr>
          <w:p w14:paraId="0AEA3B3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1.15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d-f</w:t>
            </w:r>
          </w:p>
        </w:tc>
        <w:tc>
          <w:tcPr>
            <w:tcW w:w="1494" w:type="dxa"/>
            <w:vAlign w:val="bottom"/>
          </w:tcPr>
          <w:p w14:paraId="0AEA3B3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169 ± 4.51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g-k</w:t>
            </w:r>
          </w:p>
        </w:tc>
        <w:tc>
          <w:tcPr>
            <w:tcW w:w="1345" w:type="dxa"/>
            <w:vAlign w:val="bottom"/>
          </w:tcPr>
          <w:p w14:paraId="0AEA3B3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1.54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l-p</w:t>
            </w:r>
          </w:p>
        </w:tc>
      </w:tr>
      <w:tr w:rsidR="003A1B86" w:rsidRPr="00A72067" w14:paraId="0AEA3B47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3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944" w:type="dxa"/>
            <w:vAlign w:val="bottom"/>
          </w:tcPr>
          <w:p w14:paraId="0AEA3B3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7</w:t>
            </w:r>
          </w:p>
        </w:tc>
        <w:tc>
          <w:tcPr>
            <w:tcW w:w="1494" w:type="dxa"/>
            <w:vAlign w:val="bottom"/>
          </w:tcPr>
          <w:p w14:paraId="0AEA3B3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11.03 ± 0.34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ts</w:t>
            </w:r>
          </w:p>
        </w:tc>
        <w:tc>
          <w:tcPr>
            <w:tcW w:w="1345" w:type="dxa"/>
            <w:vAlign w:val="bottom"/>
          </w:tcPr>
          <w:p w14:paraId="0AEA3B3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5.53 ± 0.29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r-z</w:t>
            </w:r>
          </w:p>
        </w:tc>
        <w:tc>
          <w:tcPr>
            <w:tcW w:w="1345" w:type="dxa"/>
            <w:vAlign w:val="bottom"/>
          </w:tcPr>
          <w:p w14:paraId="0AEA3B4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k-n</w:t>
            </w:r>
          </w:p>
        </w:tc>
        <w:tc>
          <w:tcPr>
            <w:tcW w:w="1344" w:type="dxa"/>
            <w:vAlign w:val="bottom"/>
          </w:tcPr>
          <w:p w14:paraId="0AEA3B4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0.63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a-d</w:t>
            </w:r>
          </w:p>
        </w:tc>
        <w:tc>
          <w:tcPr>
            <w:tcW w:w="1495" w:type="dxa"/>
            <w:vAlign w:val="bottom"/>
          </w:tcPr>
          <w:p w14:paraId="0AEA3B4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6.41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o-u</w:t>
            </w:r>
          </w:p>
        </w:tc>
        <w:tc>
          <w:tcPr>
            <w:tcW w:w="1345" w:type="dxa"/>
            <w:vAlign w:val="bottom"/>
          </w:tcPr>
          <w:p w14:paraId="0AEA3B4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5.58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p-r</w:t>
            </w:r>
          </w:p>
        </w:tc>
        <w:tc>
          <w:tcPr>
            <w:tcW w:w="1345" w:type="dxa"/>
            <w:vAlign w:val="bottom"/>
          </w:tcPr>
          <w:p w14:paraId="0AEA3B4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1.15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d-f</w:t>
            </w:r>
          </w:p>
        </w:tc>
        <w:tc>
          <w:tcPr>
            <w:tcW w:w="1494" w:type="dxa"/>
            <w:vAlign w:val="bottom"/>
          </w:tcPr>
          <w:p w14:paraId="0AEA3B4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109 ± 0.58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q-v</w:t>
            </w:r>
          </w:p>
        </w:tc>
        <w:tc>
          <w:tcPr>
            <w:tcW w:w="1345" w:type="dxa"/>
            <w:vAlign w:val="bottom"/>
          </w:tcPr>
          <w:p w14:paraId="0AEA3B4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1.42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n-r</w:t>
            </w:r>
          </w:p>
        </w:tc>
      </w:tr>
      <w:tr w:rsidR="003A1B86" w:rsidRPr="00A72067" w14:paraId="0AEA3B53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B4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944" w:type="dxa"/>
            <w:vAlign w:val="bottom"/>
          </w:tcPr>
          <w:p w14:paraId="0AEA3B4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S. Portugal</w:t>
            </w:r>
          </w:p>
        </w:tc>
        <w:tc>
          <w:tcPr>
            <w:tcW w:w="1494" w:type="dxa"/>
            <w:vAlign w:val="bottom"/>
          </w:tcPr>
          <w:p w14:paraId="0AEA3B4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14.23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5" w:type="dxa"/>
            <w:vAlign w:val="bottom"/>
          </w:tcPr>
          <w:p w14:paraId="0AEA3B4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6.37 ± 0.18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h-l</w:t>
            </w:r>
          </w:p>
        </w:tc>
        <w:tc>
          <w:tcPr>
            <w:tcW w:w="1345" w:type="dxa"/>
            <w:vAlign w:val="bottom"/>
          </w:tcPr>
          <w:p w14:paraId="0AEA3B4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2.24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e-i</w:t>
            </w:r>
          </w:p>
        </w:tc>
        <w:tc>
          <w:tcPr>
            <w:tcW w:w="1344" w:type="dxa"/>
            <w:vAlign w:val="bottom"/>
          </w:tcPr>
          <w:p w14:paraId="0AEA3B4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495" w:type="dxa"/>
            <w:vAlign w:val="bottom"/>
          </w:tcPr>
          <w:p w14:paraId="0AEA3B4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6.3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o-u</w:t>
            </w:r>
          </w:p>
        </w:tc>
        <w:tc>
          <w:tcPr>
            <w:tcW w:w="1345" w:type="dxa"/>
            <w:vAlign w:val="bottom"/>
          </w:tcPr>
          <w:p w14:paraId="0AEA3B4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5.74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m-r</w:t>
            </w:r>
          </w:p>
        </w:tc>
        <w:tc>
          <w:tcPr>
            <w:tcW w:w="1345" w:type="dxa"/>
            <w:vAlign w:val="bottom"/>
          </w:tcPr>
          <w:p w14:paraId="0AEA3B5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1.1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f-j</w:t>
            </w:r>
          </w:p>
        </w:tc>
        <w:tc>
          <w:tcPr>
            <w:tcW w:w="1494" w:type="dxa"/>
            <w:vAlign w:val="bottom"/>
          </w:tcPr>
          <w:p w14:paraId="0AEA3B5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114 ± 4.16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p-u</w:t>
            </w:r>
          </w:p>
        </w:tc>
        <w:tc>
          <w:tcPr>
            <w:tcW w:w="1345" w:type="dxa"/>
            <w:vAlign w:val="bottom"/>
          </w:tcPr>
          <w:p w14:paraId="0AEA3B5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1.68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kl</w:t>
            </w:r>
          </w:p>
        </w:tc>
      </w:tr>
      <w:tr w:rsidR="003A1B86" w:rsidRPr="00A72067" w14:paraId="0AEA3B5F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5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44" w:type="dxa"/>
            <w:vAlign w:val="bottom"/>
          </w:tcPr>
          <w:p w14:paraId="0AEA3B5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All Time Guava</w:t>
            </w:r>
          </w:p>
        </w:tc>
        <w:tc>
          <w:tcPr>
            <w:tcW w:w="1494" w:type="dxa"/>
            <w:vAlign w:val="bottom"/>
          </w:tcPr>
          <w:p w14:paraId="0AEA3B5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13.87 ± 0.27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e-j</w:t>
            </w:r>
          </w:p>
        </w:tc>
        <w:tc>
          <w:tcPr>
            <w:tcW w:w="1345" w:type="dxa"/>
            <w:vAlign w:val="bottom"/>
          </w:tcPr>
          <w:p w14:paraId="0AEA3B5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7.1 ± 0.31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345" w:type="dxa"/>
            <w:vAlign w:val="bottom"/>
          </w:tcPr>
          <w:p w14:paraId="0AEA3B5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1.96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mn</w:t>
            </w:r>
          </w:p>
        </w:tc>
        <w:tc>
          <w:tcPr>
            <w:tcW w:w="1344" w:type="dxa"/>
            <w:vAlign w:val="bottom"/>
          </w:tcPr>
          <w:p w14:paraId="0AEA3B5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0.57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495" w:type="dxa"/>
            <w:vAlign w:val="bottom"/>
          </w:tcPr>
          <w:p w14:paraId="0AEA3B5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8.06 ± 0.22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c-e</w:t>
            </w:r>
          </w:p>
        </w:tc>
        <w:tc>
          <w:tcPr>
            <w:tcW w:w="1345" w:type="dxa"/>
            <w:vAlign w:val="bottom"/>
          </w:tcPr>
          <w:p w14:paraId="0AEA3B5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7.39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345" w:type="dxa"/>
            <w:vAlign w:val="bottom"/>
          </w:tcPr>
          <w:p w14:paraId="0AEA3B5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1.09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f-j</w:t>
            </w:r>
          </w:p>
        </w:tc>
        <w:tc>
          <w:tcPr>
            <w:tcW w:w="1494" w:type="dxa"/>
            <w:vAlign w:val="bottom"/>
          </w:tcPr>
          <w:p w14:paraId="0AEA3B5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215.67 ± 6.44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d-f</w:t>
            </w:r>
          </w:p>
        </w:tc>
        <w:tc>
          <w:tcPr>
            <w:tcW w:w="1345" w:type="dxa"/>
            <w:vAlign w:val="bottom"/>
          </w:tcPr>
          <w:p w14:paraId="0AEA3B5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2.09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c-e</w:t>
            </w:r>
          </w:p>
        </w:tc>
      </w:tr>
      <w:tr w:rsidR="003A1B86" w:rsidRPr="00A72067" w14:paraId="0AEA3B6B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6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44" w:type="dxa"/>
            <w:vAlign w:val="bottom"/>
          </w:tcPr>
          <w:p w14:paraId="0AEA3B6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8</w:t>
            </w:r>
          </w:p>
        </w:tc>
        <w:tc>
          <w:tcPr>
            <w:tcW w:w="1494" w:type="dxa"/>
            <w:vAlign w:val="bottom"/>
          </w:tcPr>
          <w:p w14:paraId="0AEA3B6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13.33 ± 0.13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j-m</w:t>
            </w:r>
          </w:p>
        </w:tc>
        <w:tc>
          <w:tcPr>
            <w:tcW w:w="1345" w:type="dxa"/>
            <w:vAlign w:val="bottom"/>
          </w:tcPr>
          <w:p w14:paraId="0AEA3B6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5.73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p-w</w:t>
            </w:r>
          </w:p>
        </w:tc>
        <w:tc>
          <w:tcPr>
            <w:tcW w:w="1345" w:type="dxa"/>
            <w:vAlign w:val="bottom"/>
          </w:tcPr>
          <w:p w14:paraId="0AEA3B6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2.33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c-g</w:t>
            </w:r>
          </w:p>
        </w:tc>
        <w:tc>
          <w:tcPr>
            <w:tcW w:w="1344" w:type="dxa"/>
            <w:vAlign w:val="bottom"/>
          </w:tcPr>
          <w:p w14:paraId="0AEA3B6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0.57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495" w:type="dxa"/>
            <w:vAlign w:val="bottom"/>
          </w:tcPr>
          <w:p w14:paraId="0AEA3B6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5.54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v-z</w:t>
            </w:r>
          </w:p>
        </w:tc>
        <w:tc>
          <w:tcPr>
            <w:tcW w:w="1345" w:type="dxa"/>
            <w:vAlign w:val="bottom"/>
          </w:tcPr>
          <w:p w14:paraId="0AEA3B6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5.47 ± 0.15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qr</w:t>
            </w:r>
          </w:p>
        </w:tc>
        <w:tc>
          <w:tcPr>
            <w:tcW w:w="1345" w:type="dxa"/>
            <w:vAlign w:val="bottom"/>
          </w:tcPr>
          <w:p w14:paraId="0AEA3B6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1.01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i-q</w:t>
            </w:r>
          </w:p>
        </w:tc>
        <w:tc>
          <w:tcPr>
            <w:tcW w:w="1494" w:type="dxa"/>
            <w:vAlign w:val="bottom"/>
          </w:tcPr>
          <w:p w14:paraId="0AEA3B6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94.33 ± 5.81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s-v</w:t>
            </w:r>
          </w:p>
        </w:tc>
        <w:tc>
          <w:tcPr>
            <w:tcW w:w="1345" w:type="dxa"/>
            <w:vAlign w:val="bottom"/>
          </w:tcPr>
          <w:p w14:paraId="0AEA3B6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1.19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tu</w:t>
            </w:r>
          </w:p>
        </w:tc>
      </w:tr>
      <w:tr w:rsidR="003A1B86" w:rsidRPr="00A72067" w14:paraId="0AEA3B77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B6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944" w:type="dxa"/>
            <w:vAlign w:val="bottom"/>
          </w:tcPr>
          <w:p w14:paraId="0AEA3B6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S. Ruby X Supreme </w:t>
            </w:r>
          </w:p>
        </w:tc>
        <w:tc>
          <w:tcPr>
            <w:tcW w:w="1494" w:type="dxa"/>
            <w:vAlign w:val="bottom"/>
          </w:tcPr>
          <w:p w14:paraId="0AEA3B6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15.3 ± 0.55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45" w:type="dxa"/>
            <w:vAlign w:val="bottom"/>
          </w:tcPr>
          <w:p w14:paraId="0AEA3B6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7.9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45" w:type="dxa"/>
            <w:vAlign w:val="bottom"/>
          </w:tcPr>
          <w:p w14:paraId="0AEA3B7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1.94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mn</w:t>
            </w:r>
          </w:p>
        </w:tc>
        <w:tc>
          <w:tcPr>
            <w:tcW w:w="1344" w:type="dxa"/>
            <w:vAlign w:val="bottom"/>
          </w:tcPr>
          <w:p w14:paraId="0AEA3B7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0.77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95" w:type="dxa"/>
            <w:vAlign w:val="bottom"/>
          </w:tcPr>
          <w:p w14:paraId="0AEA3B7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6.49 ± 0.26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o-u</w:t>
            </w:r>
          </w:p>
        </w:tc>
        <w:tc>
          <w:tcPr>
            <w:tcW w:w="1345" w:type="dxa"/>
            <w:vAlign w:val="bottom"/>
          </w:tcPr>
          <w:p w14:paraId="0AEA3B7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5.96 ± 0.36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l-q</w:t>
            </w:r>
          </w:p>
        </w:tc>
        <w:tc>
          <w:tcPr>
            <w:tcW w:w="1345" w:type="dxa"/>
            <w:vAlign w:val="bottom"/>
          </w:tcPr>
          <w:p w14:paraId="0AEA3B7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1.09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f-k</w:t>
            </w:r>
          </w:p>
        </w:tc>
        <w:tc>
          <w:tcPr>
            <w:tcW w:w="1494" w:type="dxa"/>
            <w:vAlign w:val="bottom"/>
          </w:tcPr>
          <w:p w14:paraId="0AEA3B7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130.33 ± 7.88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l-s</w:t>
            </w:r>
          </w:p>
        </w:tc>
        <w:tc>
          <w:tcPr>
            <w:tcW w:w="1345" w:type="dxa"/>
            <w:vAlign w:val="bottom"/>
          </w:tcPr>
          <w:p w14:paraId="0AEA3B7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1.58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l-o</w:t>
            </w:r>
          </w:p>
        </w:tc>
      </w:tr>
      <w:tr w:rsidR="003A1B86" w:rsidRPr="00A72067" w14:paraId="0AEA3B83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7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944" w:type="dxa"/>
            <w:vAlign w:val="bottom"/>
          </w:tcPr>
          <w:p w14:paraId="0AEA3B7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15</w:t>
            </w:r>
          </w:p>
        </w:tc>
        <w:tc>
          <w:tcPr>
            <w:tcW w:w="1494" w:type="dxa"/>
            <w:vAlign w:val="bottom"/>
          </w:tcPr>
          <w:p w14:paraId="0AEA3B7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13.57 ± 0.29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g-l</w:t>
            </w:r>
          </w:p>
        </w:tc>
        <w:tc>
          <w:tcPr>
            <w:tcW w:w="1345" w:type="dxa"/>
            <w:vAlign w:val="bottom"/>
          </w:tcPr>
          <w:p w14:paraId="0AEA3B7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5.83 ± 0.19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n-u</w:t>
            </w:r>
          </w:p>
        </w:tc>
        <w:tc>
          <w:tcPr>
            <w:tcW w:w="1345" w:type="dxa"/>
            <w:vAlign w:val="bottom"/>
          </w:tcPr>
          <w:p w14:paraId="0AEA3B7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2.33 ± 0.11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c-g</w:t>
            </w:r>
          </w:p>
        </w:tc>
        <w:tc>
          <w:tcPr>
            <w:tcW w:w="1344" w:type="dxa"/>
            <w:vAlign w:val="bottom"/>
          </w:tcPr>
          <w:p w14:paraId="0AEA3B7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0.57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495" w:type="dxa"/>
            <w:vAlign w:val="bottom"/>
          </w:tcPr>
          <w:p w14:paraId="0AEA3B7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6.08 ± 0.32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s-w</w:t>
            </w:r>
          </w:p>
        </w:tc>
        <w:tc>
          <w:tcPr>
            <w:tcW w:w="1345" w:type="dxa"/>
            <w:vAlign w:val="bottom"/>
          </w:tcPr>
          <w:p w14:paraId="0AEA3B7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7.05 ± 0.38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b-h</w:t>
            </w:r>
          </w:p>
        </w:tc>
        <w:tc>
          <w:tcPr>
            <w:tcW w:w="1345" w:type="dxa"/>
            <w:vAlign w:val="bottom"/>
          </w:tcPr>
          <w:p w14:paraId="0AEA3B8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0.86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u-w</w:t>
            </w:r>
          </w:p>
        </w:tc>
        <w:tc>
          <w:tcPr>
            <w:tcW w:w="1494" w:type="dxa"/>
            <w:vAlign w:val="bottom"/>
          </w:tcPr>
          <w:p w14:paraId="0AEA3B8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182.33 ± 5.78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f-h</w:t>
            </w:r>
          </w:p>
        </w:tc>
        <w:tc>
          <w:tcPr>
            <w:tcW w:w="1345" w:type="dxa"/>
            <w:vAlign w:val="bottom"/>
          </w:tcPr>
          <w:p w14:paraId="0AEA3B8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1.97 ± 0.11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e-i</w:t>
            </w:r>
          </w:p>
        </w:tc>
      </w:tr>
      <w:tr w:rsidR="003A1B86" w:rsidRPr="00A72067" w14:paraId="0AEA3B8F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8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944" w:type="dxa"/>
            <w:vAlign w:val="bottom"/>
          </w:tcPr>
          <w:p w14:paraId="0AEA3B8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16</w:t>
            </w:r>
          </w:p>
        </w:tc>
        <w:tc>
          <w:tcPr>
            <w:tcW w:w="1494" w:type="dxa"/>
            <w:vAlign w:val="bottom"/>
          </w:tcPr>
          <w:p w14:paraId="0AEA3B8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14.87 ± 0.41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dc</w:t>
            </w:r>
          </w:p>
        </w:tc>
        <w:tc>
          <w:tcPr>
            <w:tcW w:w="1345" w:type="dxa"/>
            <w:vAlign w:val="bottom"/>
          </w:tcPr>
          <w:p w14:paraId="0AEA3B8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6.47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g-k</w:t>
            </w:r>
          </w:p>
        </w:tc>
        <w:tc>
          <w:tcPr>
            <w:tcW w:w="1345" w:type="dxa"/>
            <w:vAlign w:val="bottom"/>
          </w:tcPr>
          <w:p w14:paraId="0AEA3B8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2.3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4" w:type="dxa"/>
            <w:vAlign w:val="bottom"/>
          </w:tcPr>
          <w:p w14:paraId="0AEA3B8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0.63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a-d</w:t>
            </w:r>
          </w:p>
        </w:tc>
        <w:tc>
          <w:tcPr>
            <w:tcW w:w="1495" w:type="dxa"/>
            <w:vAlign w:val="bottom"/>
          </w:tcPr>
          <w:p w14:paraId="0AEA3B8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9.48 ± 0.18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45" w:type="dxa"/>
            <w:vAlign w:val="bottom"/>
          </w:tcPr>
          <w:p w14:paraId="0AEA3B8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8.53 ± 0.16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45" w:type="dxa"/>
            <w:vAlign w:val="bottom"/>
          </w:tcPr>
          <w:p w14:paraId="0AEA3B8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1.11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f-i</w:t>
            </w:r>
          </w:p>
        </w:tc>
        <w:tc>
          <w:tcPr>
            <w:tcW w:w="1494" w:type="dxa"/>
            <w:vAlign w:val="bottom"/>
          </w:tcPr>
          <w:p w14:paraId="0AEA3B8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330.67 ± 7.45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45" w:type="dxa"/>
            <w:vAlign w:val="bottom"/>
          </w:tcPr>
          <w:p w14:paraId="0AEA3B8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2.62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  <w:tr w:rsidR="003A1B86" w:rsidRPr="00A72067" w14:paraId="0AEA3B9B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9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944" w:type="dxa"/>
            <w:vAlign w:val="bottom"/>
          </w:tcPr>
          <w:p w14:paraId="0AEA3B9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Super Guava</w:t>
            </w:r>
          </w:p>
        </w:tc>
        <w:tc>
          <w:tcPr>
            <w:tcW w:w="1494" w:type="dxa"/>
            <w:vAlign w:val="bottom"/>
          </w:tcPr>
          <w:p w14:paraId="0AEA3B9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12.43 ± 0.29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n-p</w:t>
            </w:r>
          </w:p>
        </w:tc>
        <w:tc>
          <w:tcPr>
            <w:tcW w:w="1345" w:type="dxa"/>
            <w:vAlign w:val="bottom"/>
          </w:tcPr>
          <w:p w14:paraId="0AEA3B9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6.2 ± 0.23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j-p</w:t>
            </w:r>
          </w:p>
        </w:tc>
        <w:tc>
          <w:tcPr>
            <w:tcW w:w="1345" w:type="dxa"/>
            <w:vAlign w:val="bottom"/>
          </w:tcPr>
          <w:p w14:paraId="0AEA3B9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2.01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k-n</w:t>
            </w:r>
          </w:p>
        </w:tc>
        <w:tc>
          <w:tcPr>
            <w:tcW w:w="1344" w:type="dxa"/>
            <w:vAlign w:val="bottom"/>
          </w:tcPr>
          <w:p w14:paraId="0AEA3B9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B9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5.24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yz</w:t>
            </w:r>
          </w:p>
        </w:tc>
        <w:tc>
          <w:tcPr>
            <w:tcW w:w="1345" w:type="dxa"/>
            <w:vAlign w:val="bottom"/>
          </w:tcPr>
          <w:p w14:paraId="0AEA3B9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5.68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n-r</w:t>
            </w:r>
          </w:p>
        </w:tc>
        <w:tc>
          <w:tcPr>
            <w:tcW w:w="1345" w:type="dxa"/>
            <w:vAlign w:val="bottom"/>
          </w:tcPr>
          <w:p w14:paraId="0AEA3B9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0.92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p-v</w:t>
            </w:r>
          </w:p>
        </w:tc>
        <w:tc>
          <w:tcPr>
            <w:tcW w:w="1494" w:type="dxa"/>
            <w:vAlign w:val="bottom"/>
          </w:tcPr>
          <w:p w14:paraId="0AEA3B9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91 ± 2.65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t-v</w:t>
            </w:r>
          </w:p>
        </w:tc>
        <w:tc>
          <w:tcPr>
            <w:tcW w:w="1345" w:type="dxa"/>
            <w:vAlign w:val="bottom"/>
          </w:tcPr>
          <w:p w14:paraId="0AEA3B9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1.28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r-u</w:t>
            </w:r>
          </w:p>
        </w:tc>
      </w:tr>
      <w:tr w:rsidR="003A1B86" w:rsidRPr="00A72067" w14:paraId="0AEA3BA7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B9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944" w:type="dxa"/>
            <w:vAlign w:val="bottom"/>
          </w:tcPr>
          <w:p w14:paraId="0AEA3B9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13</w:t>
            </w:r>
          </w:p>
        </w:tc>
        <w:tc>
          <w:tcPr>
            <w:tcW w:w="1494" w:type="dxa"/>
            <w:vAlign w:val="bottom"/>
          </w:tcPr>
          <w:p w14:paraId="0AEA3B9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14.2 ± 0.85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5" w:type="dxa"/>
            <w:vAlign w:val="bottom"/>
          </w:tcPr>
          <w:p w14:paraId="0AEA3B9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6.5 ± 0.25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f-j</w:t>
            </w:r>
          </w:p>
        </w:tc>
        <w:tc>
          <w:tcPr>
            <w:tcW w:w="1345" w:type="dxa"/>
            <w:vAlign w:val="bottom"/>
          </w:tcPr>
          <w:p w14:paraId="0AEA3BA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2.18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g-h</w:t>
            </w:r>
          </w:p>
        </w:tc>
        <w:tc>
          <w:tcPr>
            <w:tcW w:w="1344" w:type="dxa"/>
            <w:vAlign w:val="bottom"/>
          </w:tcPr>
          <w:p w14:paraId="0AEA3BA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0.63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a-d</w:t>
            </w:r>
          </w:p>
        </w:tc>
        <w:tc>
          <w:tcPr>
            <w:tcW w:w="1495" w:type="dxa"/>
            <w:vAlign w:val="bottom"/>
          </w:tcPr>
          <w:p w14:paraId="0AEA3BA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7.74 ± 0.48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d-i</w:t>
            </w:r>
          </w:p>
        </w:tc>
        <w:tc>
          <w:tcPr>
            <w:tcW w:w="1345" w:type="dxa"/>
            <w:vAlign w:val="bottom"/>
          </w:tcPr>
          <w:p w14:paraId="0AEA3BA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7.18 ± 0.33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b-g</w:t>
            </w:r>
          </w:p>
        </w:tc>
        <w:tc>
          <w:tcPr>
            <w:tcW w:w="1345" w:type="dxa"/>
            <w:vAlign w:val="bottom"/>
          </w:tcPr>
          <w:p w14:paraId="0AEA3BA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1.08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f-l</w:t>
            </w:r>
          </w:p>
        </w:tc>
        <w:tc>
          <w:tcPr>
            <w:tcW w:w="1494" w:type="dxa"/>
            <w:vAlign w:val="bottom"/>
          </w:tcPr>
          <w:p w14:paraId="0AEA3BA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226.33 ± 5.7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de</w:t>
            </w:r>
          </w:p>
        </w:tc>
        <w:tc>
          <w:tcPr>
            <w:tcW w:w="1345" w:type="dxa"/>
            <w:vAlign w:val="bottom"/>
          </w:tcPr>
          <w:p w14:paraId="0AEA3BA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2.03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e-h</w:t>
            </w:r>
          </w:p>
        </w:tc>
      </w:tr>
      <w:tr w:rsidR="003A1B86" w:rsidRPr="00A72067" w14:paraId="0AEA3BB3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A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944" w:type="dxa"/>
            <w:vAlign w:val="bottom"/>
          </w:tcPr>
          <w:p w14:paraId="0AEA3BA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9</w:t>
            </w:r>
          </w:p>
        </w:tc>
        <w:tc>
          <w:tcPr>
            <w:tcW w:w="1494" w:type="dxa"/>
            <w:vAlign w:val="bottom"/>
          </w:tcPr>
          <w:p w14:paraId="0AEA3BA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16.13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45" w:type="dxa"/>
            <w:vAlign w:val="bottom"/>
          </w:tcPr>
          <w:p w14:paraId="0AEA3BA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7.37 ± 0.19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345" w:type="dxa"/>
            <w:vAlign w:val="bottom"/>
          </w:tcPr>
          <w:p w14:paraId="0AEA3BA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2.19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g-k</w:t>
            </w:r>
          </w:p>
        </w:tc>
        <w:tc>
          <w:tcPr>
            <w:tcW w:w="1344" w:type="dxa"/>
            <w:vAlign w:val="bottom"/>
          </w:tcPr>
          <w:p w14:paraId="0AEA3BA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BA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6.57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o-u</w:t>
            </w:r>
          </w:p>
        </w:tc>
        <w:tc>
          <w:tcPr>
            <w:tcW w:w="1345" w:type="dxa"/>
            <w:vAlign w:val="bottom"/>
          </w:tcPr>
          <w:p w14:paraId="0AEA3BA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7.4 ± 0.18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345" w:type="dxa"/>
            <w:vAlign w:val="bottom"/>
          </w:tcPr>
          <w:p w14:paraId="0AEA3BB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0.89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t-w</w:t>
            </w:r>
          </w:p>
        </w:tc>
        <w:tc>
          <w:tcPr>
            <w:tcW w:w="1494" w:type="dxa"/>
            <w:vAlign w:val="bottom"/>
          </w:tcPr>
          <w:p w14:paraId="0AEA3BB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200.67 ± 7.8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e-g</w:t>
            </w:r>
          </w:p>
        </w:tc>
        <w:tc>
          <w:tcPr>
            <w:tcW w:w="1345" w:type="dxa"/>
            <w:vAlign w:val="bottom"/>
          </w:tcPr>
          <w:p w14:paraId="0AEA3BB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2.04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e-g</w:t>
            </w:r>
          </w:p>
        </w:tc>
      </w:tr>
      <w:tr w:rsidR="003A1B86" w:rsidRPr="00A72067" w14:paraId="0AEA3BBF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B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944" w:type="dxa"/>
            <w:vAlign w:val="bottom"/>
          </w:tcPr>
          <w:p w14:paraId="0AEA3BB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Punjab Apple</w:t>
            </w:r>
          </w:p>
        </w:tc>
        <w:tc>
          <w:tcPr>
            <w:tcW w:w="1494" w:type="dxa"/>
            <w:vAlign w:val="bottom"/>
          </w:tcPr>
          <w:p w14:paraId="0AEA3BB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11.07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ts</w:t>
            </w:r>
          </w:p>
        </w:tc>
        <w:tc>
          <w:tcPr>
            <w:tcW w:w="1345" w:type="dxa"/>
            <w:vAlign w:val="bottom"/>
          </w:tcPr>
          <w:p w14:paraId="0AEA3BB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4.97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345" w:type="dxa"/>
            <w:vAlign w:val="bottom"/>
          </w:tcPr>
          <w:p w14:paraId="0AEA3BB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e-i</w:t>
            </w:r>
          </w:p>
        </w:tc>
        <w:tc>
          <w:tcPr>
            <w:tcW w:w="1344" w:type="dxa"/>
            <w:vAlign w:val="bottom"/>
          </w:tcPr>
          <w:p w14:paraId="0AEA3BB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0.47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BB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5.34 ± 0.44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x-z</w:t>
            </w:r>
          </w:p>
        </w:tc>
        <w:tc>
          <w:tcPr>
            <w:tcW w:w="1345" w:type="dxa"/>
            <w:vAlign w:val="bottom"/>
          </w:tcPr>
          <w:p w14:paraId="0AEA3BB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5.8 ± 0.38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m-r</w:t>
            </w:r>
          </w:p>
        </w:tc>
        <w:tc>
          <w:tcPr>
            <w:tcW w:w="1345" w:type="dxa"/>
            <w:vAlign w:val="bottom"/>
          </w:tcPr>
          <w:p w14:paraId="0AEA3BB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0.92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q-w</w:t>
            </w:r>
          </w:p>
        </w:tc>
        <w:tc>
          <w:tcPr>
            <w:tcW w:w="1494" w:type="dxa"/>
            <w:vAlign w:val="bottom"/>
          </w:tcPr>
          <w:p w14:paraId="0AEA3BB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105.33 ± 7.09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r-v</w:t>
            </w:r>
          </w:p>
        </w:tc>
        <w:tc>
          <w:tcPr>
            <w:tcW w:w="1345" w:type="dxa"/>
            <w:vAlign w:val="bottom"/>
          </w:tcPr>
          <w:p w14:paraId="0AEA3BB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1.33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q-u</w:t>
            </w:r>
          </w:p>
        </w:tc>
      </w:tr>
      <w:tr w:rsidR="003A1B86" w:rsidRPr="00A72067" w14:paraId="0AEA3BCB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BC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944" w:type="dxa"/>
            <w:vAlign w:val="bottom"/>
          </w:tcPr>
          <w:p w14:paraId="0AEA3BC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Arka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Kiran</w:t>
            </w:r>
          </w:p>
        </w:tc>
        <w:tc>
          <w:tcPr>
            <w:tcW w:w="1494" w:type="dxa"/>
            <w:vAlign w:val="bottom"/>
          </w:tcPr>
          <w:p w14:paraId="0AEA3BC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13.87 ± 0.24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e-j</w:t>
            </w:r>
          </w:p>
        </w:tc>
        <w:tc>
          <w:tcPr>
            <w:tcW w:w="1345" w:type="dxa"/>
            <w:vAlign w:val="bottom"/>
          </w:tcPr>
          <w:p w14:paraId="0AEA3BC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5.87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m-t</w:t>
            </w:r>
          </w:p>
        </w:tc>
        <w:tc>
          <w:tcPr>
            <w:tcW w:w="1345" w:type="dxa"/>
            <w:vAlign w:val="bottom"/>
          </w:tcPr>
          <w:p w14:paraId="0AEA3BC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2.36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c-g</w:t>
            </w:r>
          </w:p>
        </w:tc>
        <w:tc>
          <w:tcPr>
            <w:tcW w:w="1344" w:type="dxa"/>
            <w:vAlign w:val="bottom"/>
          </w:tcPr>
          <w:p w14:paraId="0AEA3BC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e-g</w:t>
            </w:r>
          </w:p>
        </w:tc>
        <w:tc>
          <w:tcPr>
            <w:tcW w:w="1495" w:type="dxa"/>
            <w:vAlign w:val="bottom"/>
          </w:tcPr>
          <w:p w14:paraId="0AEA3BC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6.94 ± 0.36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j-q</w:t>
            </w:r>
          </w:p>
        </w:tc>
        <w:tc>
          <w:tcPr>
            <w:tcW w:w="1345" w:type="dxa"/>
            <w:vAlign w:val="bottom"/>
          </w:tcPr>
          <w:p w14:paraId="0AEA3BC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7.3 ± 0.2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b-f</w:t>
            </w:r>
          </w:p>
        </w:tc>
        <w:tc>
          <w:tcPr>
            <w:tcW w:w="1345" w:type="dxa"/>
            <w:vAlign w:val="bottom"/>
          </w:tcPr>
          <w:p w14:paraId="0AEA3BC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0.95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o-u</w:t>
            </w:r>
          </w:p>
        </w:tc>
        <w:tc>
          <w:tcPr>
            <w:tcW w:w="1494" w:type="dxa"/>
            <w:vAlign w:val="bottom"/>
          </w:tcPr>
          <w:p w14:paraId="0AEA3BC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212.67 ± 3.84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d-f</w:t>
            </w:r>
          </w:p>
        </w:tc>
        <w:tc>
          <w:tcPr>
            <w:tcW w:w="1345" w:type="dxa"/>
            <w:vAlign w:val="bottom"/>
          </w:tcPr>
          <w:p w14:paraId="0AEA3BC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2.05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d-f</w:t>
            </w:r>
          </w:p>
        </w:tc>
      </w:tr>
      <w:tr w:rsidR="003A1B86" w:rsidRPr="00A72067" w14:paraId="0AEA3BD7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C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944" w:type="dxa"/>
            <w:vAlign w:val="bottom"/>
          </w:tcPr>
          <w:p w14:paraId="0AEA3BC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Thai Pink</w:t>
            </w:r>
          </w:p>
        </w:tc>
        <w:tc>
          <w:tcPr>
            <w:tcW w:w="1494" w:type="dxa"/>
            <w:vAlign w:val="bottom"/>
          </w:tcPr>
          <w:p w14:paraId="0AEA3BC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12.2 ± 0.35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n-q</w:t>
            </w:r>
          </w:p>
        </w:tc>
        <w:tc>
          <w:tcPr>
            <w:tcW w:w="1345" w:type="dxa"/>
            <w:vAlign w:val="bottom"/>
          </w:tcPr>
          <w:p w14:paraId="0AEA3BC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6.07 ± 0.13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j-q</w:t>
            </w:r>
          </w:p>
        </w:tc>
        <w:tc>
          <w:tcPr>
            <w:tcW w:w="1345" w:type="dxa"/>
            <w:vAlign w:val="bottom"/>
          </w:tcPr>
          <w:p w14:paraId="0AEA3BD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2.01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k-n</w:t>
            </w:r>
          </w:p>
        </w:tc>
        <w:tc>
          <w:tcPr>
            <w:tcW w:w="1344" w:type="dxa"/>
            <w:vAlign w:val="bottom"/>
          </w:tcPr>
          <w:p w14:paraId="0AEA3BD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0.6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a-e</w:t>
            </w:r>
          </w:p>
        </w:tc>
        <w:tc>
          <w:tcPr>
            <w:tcW w:w="1495" w:type="dxa"/>
            <w:vAlign w:val="bottom"/>
          </w:tcPr>
          <w:p w14:paraId="0AEA3BD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6.2 ± 0.29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q-w</w:t>
            </w:r>
          </w:p>
        </w:tc>
        <w:tc>
          <w:tcPr>
            <w:tcW w:w="1345" w:type="dxa"/>
            <w:vAlign w:val="bottom"/>
          </w:tcPr>
          <w:p w14:paraId="0AEA3BD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6.26 ± 0.36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j-n</w:t>
            </w:r>
          </w:p>
        </w:tc>
        <w:tc>
          <w:tcPr>
            <w:tcW w:w="1345" w:type="dxa"/>
            <w:vAlign w:val="bottom"/>
          </w:tcPr>
          <w:p w14:paraId="0AEA3BD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0.99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k-r</w:t>
            </w:r>
          </w:p>
        </w:tc>
        <w:tc>
          <w:tcPr>
            <w:tcW w:w="1494" w:type="dxa"/>
            <w:vAlign w:val="bottom"/>
          </w:tcPr>
          <w:p w14:paraId="0AEA3BD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202.33 ± 6.74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e-g</w:t>
            </w:r>
          </w:p>
        </w:tc>
        <w:tc>
          <w:tcPr>
            <w:tcW w:w="1345" w:type="dxa"/>
            <w:vAlign w:val="bottom"/>
          </w:tcPr>
          <w:p w14:paraId="0AEA3BD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1.87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g-j</w:t>
            </w:r>
          </w:p>
        </w:tc>
      </w:tr>
      <w:tr w:rsidR="003A1B86" w:rsidRPr="00A72067" w14:paraId="0AEA3BE3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D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944" w:type="dxa"/>
            <w:vAlign w:val="bottom"/>
          </w:tcPr>
          <w:p w14:paraId="0AEA3BD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Shweta</w:t>
            </w:r>
          </w:p>
        </w:tc>
        <w:tc>
          <w:tcPr>
            <w:tcW w:w="1494" w:type="dxa"/>
            <w:vAlign w:val="bottom"/>
          </w:tcPr>
          <w:p w14:paraId="0AEA3BD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13.37 ± 0.13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i-m</w:t>
            </w:r>
          </w:p>
        </w:tc>
        <w:tc>
          <w:tcPr>
            <w:tcW w:w="1345" w:type="dxa"/>
            <w:vAlign w:val="bottom"/>
          </w:tcPr>
          <w:p w14:paraId="0AEA3BD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cd</w:t>
            </w:r>
          </w:p>
        </w:tc>
        <w:tc>
          <w:tcPr>
            <w:tcW w:w="1345" w:type="dxa"/>
            <w:vAlign w:val="bottom"/>
          </w:tcPr>
          <w:p w14:paraId="0AEA3BD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2.68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344" w:type="dxa"/>
            <w:vAlign w:val="bottom"/>
          </w:tcPr>
          <w:p w14:paraId="0AEA3BD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0.53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495" w:type="dxa"/>
            <w:vAlign w:val="bottom"/>
          </w:tcPr>
          <w:p w14:paraId="0AEA3BD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5.56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v-z</w:t>
            </w:r>
          </w:p>
        </w:tc>
        <w:tc>
          <w:tcPr>
            <w:tcW w:w="1345" w:type="dxa"/>
            <w:vAlign w:val="bottom"/>
          </w:tcPr>
          <w:p w14:paraId="0AEA3BD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5.72 ± 0.26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m-r</w:t>
            </w:r>
          </w:p>
        </w:tc>
        <w:tc>
          <w:tcPr>
            <w:tcW w:w="1345" w:type="dxa"/>
            <w:vAlign w:val="bottom"/>
          </w:tcPr>
          <w:p w14:paraId="0AEA3BE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0.98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m-t</w:t>
            </w:r>
          </w:p>
        </w:tc>
        <w:tc>
          <w:tcPr>
            <w:tcW w:w="1494" w:type="dxa"/>
            <w:vAlign w:val="bottom"/>
          </w:tcPr>
          <w:p w14:paraId="0AEA3BE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116 ± 5.2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o-u</w:t>
            </w:r>
          </w:p>
        </w:tc>
        <w:tc>
          <w:tcPr>
            <w:tcW w:w="1345" w:type="dxa"/>
            <w:vAlign w:val="bottom"/>
          </w:tcPr>
          <w:p w14:paraId="0AEA3BE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1.34 ± 0.11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q-t</w:t>
            </w:r>
          </w:p>
        </w:tc>
      </w:tr>
      <w:tr w:rsidR="003A1B86" w:rsidRPr="00A72067" w14:paraId="0AEA3BEF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BE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944" w:type="dxa"/>
            <w:vAlign w:val="bottom"/>
          </w:tcPr>
          <w:p w14:paraId="0AEA3BE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Hisar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Safeda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94" w:type="dxa"/>
            <w:vAlign w:val="bottom"/>
          </w:tcPr>
          <w:p w14:paraId="0AEA3BE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14.37 ± 0.29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345" w:type="dxa"/>
            <w:vAlign w:val="bottom"/>
          </w:tcPr>
          <w:p w14:paraId="0AEA3BE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6.3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h-n</w:t>
            </w:r>
          </w:p>
        </w:tc>
        <w:tc>
          <w:tcPr>
            <w:tcW w:w="1345" w:type="dxa"/>
            <w:vAlign w:val="bottom"/>
          </w:tcPr>
          <w:p w14:paraId="0AEA3BE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2.28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4" w:type="dxa"/>
            <w:vAlign w:val="bottom"/>
          </w:tcPr>
          <w:p w14:paraId="0AEA3BE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0.63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a-d</w:t>
            </w:r>
          </w:p>
        </w:tc>
        <w:tc>
          <w:tcPr>
            <w:tcW w:w="1495" w:type="dxa"/>
            <w:vAlign w:val="bottom"/>
          </w:tcPr>
          <w:p w14:paraId="0AEA3BEA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6.61 ± 0.26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l-u</w:t>
            </w:r>
          </w:p>
        </w:tc>
        <w:tc>
          <w:tcPr>
            <w:tcW w:w="1345" w:type="dxa"/>
            <w:vAlign w:val="bottom"/>
          </w:tcPr>
          <w:p w14:paraId="0AEA3BEB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6.66 ± 0.17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g-k</w:t>
            </w:r>
          </w:p>
        </w:tc>
        <w:tc>
          <w:tcPr>
            <w:tcW w:w="1345" w:type="dxa"/>
            <w:vAlign w:val="bottom"/>
          </w:tcPr>
          <w:p w14:paraId="0AEA3BEC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0.99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l-r</w:t>
            </w:r>
          </w:p>
        </w:tc>
        <w:tc>
          <w:tcPr>
            <w:tcW w:w="1494" w:type="dxa"/>
            <w:vAlign w:val="bottom"/>
          </w:tcPr>
          <w:p w14:paraId="0AEA3BED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160.67 ± 8.41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h-l</w:t>
            </w:r>
          </w:p>
        </w:tc>
        <w:tc>
          <w:tcPr>
            <w:tcW w:w="1345" w:type="dxa"/>
            <w:vAlign w:val="bottom"/>
          </w:tcPr>
          <w:p w14:paraId="0AEA3BEE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1.7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j-l</w:t>
            </w:r>
          </w:p>
        </w:tc>
      </w:tr>
      <w:tr w:rsidR="003A1B86" w:rsidRPr="00A72067" w14:paraId="0AEA3BFB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BF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944" w:type="dxa"/>
            <w:vAlign w:val="bottom"/>
          </w:tcPr>
          <w:p w14:paraId="0AEA3BF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Punjab Kiran</w:t>
            </w:r>
          </w:p>
        </w:tc>
        <w:tc>
          <w:tcPr>
            <w:tcW w:w="1494" w:type="dxa"/>
            <w:vAlign w:val="bottom"/>
          </w:tcPr>
          <w:p w14:paraId="0AEA3BF2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12.97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k-n</w:t>
            </w:r>
          </w:p>
        </w:tc>
        <w:tc>
          <w:tcPr>
            <w:tcW w:w="1345" w:type="dxa"/>
            <w:vAlign w:val="bottom"/>
          </w:tcPr>
          <w:p w14:paraId="0AEA3BF3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5.27 ± 0.37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w-z</w:t>
            </w:r>
          </w:p>
        </w:tc>
        <w:tc>
          <w:tcPr>
            <w:tcW w:w="1345" w:type="dxa"/>
            <w:vAlign w:val="bottom"/>
          </w:tcPr>
          <w:p w14:paraId="0AEA3BF4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2.48 ± 0.16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344" w:type="dxa"/>
            <w:vAlign w:val="bottom"/>
          </w:tcPr>
          <w:p w14:paraId="0AEA3BF5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BF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5.03 ± 0.28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x-z</w:t>
            </w:r>
          </w:p>
        </w:tc>
        <w:tc>
          <w:tcPr>
            <w:tcW w:w="1345" w:type="dxa"/>
            <w:vAlign w:val="bottom"/>
          </w:tcPr>
          <w:p w14:paraId="0AEA3BF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5.53 ± 0.18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qr</w:t>
            </w:r>
          </w:p>
        </w:tc>
        <w:tc>
          <w:tcPr>
            <w:tcW w:w="1345" w:type="dxa"/>
            <w:vAlign w:val="bottom"/>
          </w:tcPr>
          <w:p w14:paraId="0AEA3BF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0.92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q-w</w:t>
            </w:r>
          </w:p>
        </w:tc>
        <w:tc>
          <w:tcPr>
            <w:tcW w:w="1494" w:type="dxa"/>
            <w:vAlign w:val="bottom"/>
          </w:tcPr>
          <w:p w14:paraId="0AEA3BF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77.33 ± 6.23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v</w:t>
            </w:r>
          </w:p>
        </w:tc>
        <w:tc>
          <w:tcPr>
            <w:tcW w:w="1345" w:type="dxa"/>
            <w:vAlign w:val="bottom"/>
          </w:tcPr>
          <w:p w14:paraId="0AEA3BF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1.4 ± 0.14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p-s</w:t>
            </w:r>
          </w:p>
        </w:tc>
      </w:tr>
      <w:tr w:rsidR="003A1B86" w:rsidRPr="00A72067" w14:paraId="0AEA3C07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BF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944" w:type="dxa"/>
            <w:vAlign w:val="bottom"/>
          </w:tcPr>
          <w:p w14:paraId="0AEA3BF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G- Vilas</w:t>
            </w:r>
          </w:p>
        </w:tc>
        <w:tc>
          <w:tcPr>
            <w:tcW w:w="1494" w:type="dxa"/>
            <w:vAlign w:val="bottom"/>
          </w:tcPr>
          <w:p w14:paraId="0AEA3BF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14.63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c-e</w:t>
            </w:r>
          </w:p>
        </w:tc>
        <w:tc>
          <w:tcPr>
            <w:tcW w:w="1345" w:type="dxa"/>
            <w:vAlign w:val="bottom"/>
          </w:tcPr>
          <w:p w14:paraId="0AEA3BF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6.3 ± 0.15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i-n</w:t>
            </w:r>
          </w:p>
        </w:tc>
        <w:tc>
          <w:tcPr>
            <w:tcW w:w="1345" w:type="dxa"/>
            <w:vAlign w:val="bottom"/>
          </w:tcPr>
          <w:p w14:paraId="0AEA3C0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2.33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c-g</w:t>
            </w:r>
          </w:p>
        </w:tc>
        <w:tc>
          <w:tcPr>
            <w:tcW w:w="1344" w:type="dxa"/>
            <w:vAlign w:val="bottom"/>
          </w:tcPr>
          <w:p w14:paraId="0AEA3C0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0.53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495" w:type="dxa"/>
            <w:vAlign w:val="bottom"/>
          </w:tcPr>
          <w:p w14:paraId="0AEA3C0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 ± 0.24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w-z</w:t>
            </w:r>
          </w:p>
        </w:tc>
        <w:tc>
          <w:tcPr>
            <w:tcW w:w="1345" w:type="dxa"/>
            <w:vAlign w:val="bottom"/>
          </w:tcPr>
          <w:p w14:paraId="0AEA3C0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6.68 ± 0.25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g-k</w:t>
            </w:r>
          </w:p>
        </w:tc>
        <w:tc>
          <w:tcPr>
            <w:tcW w:w="1345" w:type="dxa"/>
            <w:vAlign w:val="bottom"/>
          </w:tcPr>
          <w:p w14:paraId="0AEA3C0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0.82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w</w:t>
            </w:r>
          </w:p>
        </w:tc>
        <w:tc>
          <w:tcPr>
            <w:tcW w:w="1494" w:type="dxa"/>
            <w:vAlign w:val="bottom"/>
          </w:tcPr>
          <w:p w14:paraId="0AEA3C0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152 ± 7.51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h-o</w:t>
            </w:r>
          </w:p>
        </w:tc>
        <w:tc>
          <w:tcPr>
            <w:tcW w:w="1345" w:type="dxa"/>
            <w:vAlign w:val="bottom"/>
          </w:tcPr>
          <w:p w14:paraId="0AEA3C0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1.58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l-o</w:t>
            </w:r>
          </w:p>
        </w:tc>
      </w:tr>
      <w:tr w:rsidR="003A1B86" w:rsidRPr="00A72067" w14:paraId="0AEA3C13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0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944" w:type="dxa"/>
            <w:vAlign w:val="bottom"/>
          </w:tcPr>
          <w:p w14:paraId="0AEA3C0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10</w:t>
            </w:r>
          </w:p>
        </w:tc>
        <w:tc>
          <w:tcPr>
            <w:tcW w:w="1494" w:type="dxa"/>
            <w:vAlign w:val="bottom"/>
          </w:tcPr>
          <w:p w14:paraId="0AEA3C0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13.63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g-l</w:t>
            </w:r>
          </w:p>
        </w:tc>
        <w:tc>
          <w:tcPr>
            <w:tcW w:w="1345" w:type="dxa"/>
            <w:vAlign w:val="bottom"/>
          </w:tcPr>
          <w:p w14:paraId="0AEA3C0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6.27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h-n</w:t>
            </w:r>
          </w:p>
        </w:tc>
        <w:tc>
          <w:tcPr>
            <w:tcW w:w="1345" w:type="dxa"/>
            <w:vAlign w:val="bottom"/>
          </w:tcPr>
          <w:p w14:paraId="0AEA3C0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2.18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f-j</w:t>
            </w:r>
          </w:p>
        </w:tc>
        <w:tc>
          <w:tcPr>
            <w:tcW w:w="1344" w:type="dxa"/>
            <w:vAlign w:val="bottom"/>
          </w:tcPr>
          <w:p w14:paraId="0AEA3C0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C0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6.13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r-w</w:t>
            </w:r>
          </w:p>
        </w:tc>
        <w:tc>
          <w:tcPr>
            <w:tcW w:w="1345" w:type="dxa"/>
            <w:vAlign w:val="bottom"/>
          </w:tcPr>
          <w:p w14:paraId="0AEA3C0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6.73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f-k</w:t>
            </w:r>
          </w:p>
        </w:tc>
        <w:tc>
          <w:tcPr>
            <w:tcW w:w="1345" w:type="dxa"/>
            <w:vAlign w:val="bottom"/>
          </w:tcPr>
          <w:p w14:paraId="0AEA3C1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0.91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r-w</w:t>
            </w:r>
          </w:p>
        </w:tc>
        <w:tc>
          <w:tcPr>
            <w:tcW w:w="1494" w:type="dxa"/>
            <w:vAlign w:val="bottom"/>
          </w:tcPr>
          <w:p w14:paraId="0AEA3C1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154 ± 7.94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h-n</w:t>
            </w:r>
          </w:p>
        </w:tc>
        <w:tc>
          <w:tcPr>
            <w:tcW w:w="1345" w:type="dxa"/>
            <w:vAlign w:val="bottom"/>
          </w:tcPr>
          <w:p w14:paraId="0AEA3C1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1.16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u</w:t>
            </w:r>
          </w:p>
        </w:tc>
      </w:tr>
      <w:tr w:rsidR="003A1B86" w:rsidRPr="00A72067" w14:paraId="0AEA3C1F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C1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944" w:type="dxa"/>
            <w:vAlign w:val="bottom"/>
          </w:tcPr>
          <w:p w14:paraId="0AEA3C1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Hisar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Surkha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94" w:type="dxa"/>
            <w:vAlign w:val="bottom"/>
          </w:tcPr>
          <w:p w14:paraId="0AEA3C1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13.3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j-m</w:t>
            </w:r>
          </w:p>
        </w:tc>
        <w:tc>
          <w:tcPr>
            <w:tcW w:w="1345" w:type="dxa"/>
            <w:vAlign w:val="bottom"/>
          </w:tcPr>
          <w:p w14:paraId="0AEA3C1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5.77 ± 0.15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o-v</w:t>
            </w:r>
          </w:p>
        </w:tc>
        <w:tc>
          <w:tcPr>
            <w:tcW w:w="1345" w:type="dxa"/>
            <w:vAlign w:val="bottom"/>
          </w:tcPr>
          <w:p w14:paraId="0AEA3C1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2.31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4" w:type="dxa"/>
            <w:vAlign w:val="bottom"/>
          </w:tcPr>
          <w:p w14:paraId="0AEA3C1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0.7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a-c</w:t>
            </w:r>
          </w:p>
        </w:tc>
        <w:tc>
          <w:tcPr>
            <w:tcW w:w="1495" w:type="dxa"/>
            <w:vAlign w:val="bottom"/>
          </w:tcPr>
          <w:p w14:paraId="0AEA3C1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6.06 ± 0.39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s-x</w:t>
            </w:r>
          </w:p>
        </w:tc>
        <w:tc>
          <w:tcPr>
            <w:tcW w:w="1345" w:type="dxa"/>
            <w:vAlign w:val="bottom"/>
          </w:tcPr>
          <w:p w14:paraId="0AEA3C1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7.01 ± 0.22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b-h</w:t>
            </w:r>
          </w:p>
        </w:tc>
        <w:tc>
          <w:tcPr>
            <w:tcW w:w="1345" w:type="dxa"/>
            <w:vAlign w:val="bottom"/>
          </w:tcPr>
          <w:p w14:paraId="0AEA3C1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0.86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u-w</w:t>
            </w:r>
          </w:p>
        </w:tc>
        <w:tc>
          <w:tcPr>
            <w:tcW w:w="1494" w:type="dxa"/>
            <w:vAlign w:val="bottom"/>
          </w:tcPr>
          <w:p w14:paraId="0AEA3C1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148 ± 4.51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h-p</w:t>
            </w:r>
          </w:p>
        </w:tc>
        <w:tc>
          <w:tcPr>
            <w:tcW w:w="1345" w:type="dxa"/>
            <w:vAlign w:val="bottom"/>
          </w:tcPr>
          <w:p w14:paraId="0AEA3C1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1.62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lm</w:t>
            </w:r>
          </w:p>
        </w:tc>
      </w:tr>
      <w:tr w:rsidR="003A1B86" w:rsidRPr="00A72067" w14:paraId="0AEA3C2B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2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944" w:type="dxa"/>
            <w:vAlign w:val="bottom"/>
          </w:tcPr>
          <w:p w14:paraId="0AEA3C2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Purple Guava</w:t>
            </w:r>
          </w:p>
        </w:tc>
        <w:tc>
          <w:tcPr>
            <w:tcW w:w="1494" w:type="dxa"/>
            <w:vAlign w:val="bottom"/>
          </w:tcPr>
          <w:p w14:paraId="0AEA3C2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10.77 ± 0.29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ut</w:t>
            </w:r>
          </w:p>
        </w:tc>
        <w:tc>
          <w:tcPr>
            <w:tcW w:w="1345" w:type="dxa"/>
            <w:vAlign w:val="bottom"/>
          </w:tcPr>
          <w:p w14:paraId="0AEA3C2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5.3 ± 0.25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v-z</w:t>
            </w:r>
          </w:p>
        </w:tc>
        <w:tc>
          <w:tcPr>
            <w:tcW w:w="1345" w:type="dxa"/>
            <w:vAlign w:val="bottom"/>
          </w:tcPr>
          <w:p w14:paraId="0AEA3C2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2.04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j-m</w:t>
            </w:r>
          </w:p>
        </w:tc>
        <w:tc>
          <w:tcPr>
            <w:tcW w:w="1344" w:type="dxa"/>
            <w:vAlign w:val="bottom"/>
          </w:tcPr>
          <w:p w14:paraId="0AEA3C2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495" w:type="dxa"/>
            <w:vAlign w:val="bottom"/>
          </w:tcPr>
          <w:p w14:paraId="0AEA3C2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4.98 ± 0.15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y-z</w:t>
            </w:r>
          </w:p>
        </w:tc>
        <w:tc>
          <w:tcPr>
            <w:tcW w:w="1345" w:type="dxa"/>
            <w:vAlign w:val="bottom"/>
          </w:tcPr>
          <w:p w14:paraId="0AEA3C2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5.6 ± 0.25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p-r</w:t>
            </w:r>
          </w:p>
        </w:tc>
        <w:tc>
          <w:tcPr>
            <w:tcW w:w="1345" w:type="dxa"/>
            <w:vAlign w:val="bottom"/>
          </w:tcPr>
          <w:p w14:paraId="0AEA3C2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0.89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s-w</w:t>
            </w:r>
          </w:p>
        </w:tc>
        <w:tc>
          <w:tcPr>
            <w:tcW w:w="1494" w:type="dxa"/>
            <w:vAlign w:val="bottom"/>
          </w:tcPr>
          <w:p w14:paraId="0AEA3C2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86 ± 7.81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uv</w:t>
            </w:r>
          </w:p>
        </w:tc>
        <w:tc>
          <w:tcPr>
            <w:tcW w:w="1345" w:type="dxa"/>
            <w:vAlign w:val="bottom"/>
          </w:tcPr>
          <w:p w14:paraId="0AEA3C2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1.88 ± 0.11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f-i</w:t>
            </w:r>
          </w:p>
        </w:tc>
      </w:tr>
      <w:tr w:rsidR="003A1B86" w:rsidRPr="00A72067" w14:paraId="0AEA3C37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2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944" w:type="dxa"/>
            <w:vAlign w:val="bottom"/>
          </w:tcPr>
          <w:p w14:paraId="0AEA3C2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Lalima</w:t>
            </w:r>
            <w:proofErr w:type="spellEnd"/>
          </w:p>
        </w:tc>
        <w:tc>
          <w:tcPr>
            <w:tcW w:w="1494" w:type="dxa"/>
            <w:vAlign w:val="bottom"/>
          </w:tcPr>
          <w:p w14:paraId="0AEA3C2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12.43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n-p</w:t>
            </w:r>
          </w:p>
        </w:tc>
        <w:tc>
          <w:tcPr>
            <w:tcW w:w="1345" w:type="dxa"/>
            <w:vAlign w:val="bottom"/>
          </w:tcPr>
          <w:p w14:paraId="0AEA3C2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5.43 ± 0.23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t-z</w:t>
            </w:r>
          </w:p>
        </w:tc>
        <w:tc>
          <w:tcPr>
            <w:tcW w:w="1345" w:type="dxa"/>
            <w:vAlign w:val="bottom"/>
          </w:tcPr>
          <w:p w14:paraId="0AEA3C3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2.3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d-h</w:t>
            </w:r>
          </w:p>
        </w:tc>
        <w:tc>
          <w:tcPr>
            <w:tcW w:w="1344" w:type="dxa"/>
            <w:vAlign w:val="bottom"/>
          </w:tcPr>
          <w:p w14:paraId="0AEA3C3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0.6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a-e</w:t>
            </w:r>
          </w:p>
        </w:tc>
        <w:tc>
          <w:tcPr>
            <w:tcW w:w="1495" w:type="dxa"/>
            <w:vAlign w:val="bottom"/>
          </w:tcPr>
          <w:p w14:paraId="0AEA3C3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7.45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e-k</w:t>
            </w:r>
          </w:p>
        </w:tc>
        <w:tc>
          <w:tcPr>
            <w:tcW w:w="1345" w:type="dxa"/>
            <w:vAlign w:val="bottom"/>
          </w:tcPr>
          <w:p w14:paraId="0AEA3C3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7.45 ± 0.2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b-d</w:t>
            </w:r>
          </w:p>
        </w:tc>
        <w:tc>
          <w:tcPr>
            <w:tcW w:w="1345" w:type="dxa"/>
            <w:vAlign w:val="bottom"/>
          </w:tcPr>
          <w:p w14:paraId="0AEA3C3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j-r</w:t>
            </w:r>
          </w:p>
        </w:tc>
        <w:tc>
          <w:tcPr>
            <w:tcW w:w="1494" w:type="dxa"/>
            <w:vAlign w:val="bottom"/>
          </w:tcPr>
          <w:p w14:paraId="0AEA3C3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217.67 ± 6.94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d-f</w:t>
            </w:r>
          </w:p>
        </w:tc>
        <w:tc>
          <w:tcPr>
            <w:tcW w:w="1345" w:type="dxa"/>
            <w:vAlign w:val="bottom"/>
          </w:tcPr>
          <w:p w14:paraId="0AEA3C3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2.22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cd</w:t>
            </w:r>
          </w:p>
        </w:tc>
      </w:tr>
      <w:tr w:rsidR="003A1B86" w:rsidRPr="00A72067" w14:paraId="0AEA3C43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C3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944" w:type="dxa"/>
            <w:vAlign w:val="bottom"/>
          </w:tcPr>
          <w:p w14:paraId="0AEA3C3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Thai 7</w:t>
            </w:r>
          </w:p>
        </w:tc>
        <w:tc>
          <w:tcPr>
            <w:tcW w:w="1494" w:type="dxa"/>
            <w:vAlign w:val="bottom"/>
          </w:tcPr>
          <w:p w14:paraId="0AEA3C3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16.2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45" w:type="dxa"/>
            <w:vAlign w:val="bottom"/>
          </w:tcPr>
          <w:p w14:paraId="0AEA3C3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6.97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345" w:type="dxa"/>
            <w:vAlign w:val="bottom"/>
          </w:tcPr>
          <w:p w14:paraId="0AEA3C3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2.33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c-g</w:t>
            </w:r>
          </w:p>
        </w:tc>
        <w:tc>
          <w:tcPr>
            <w:tcW w:w="1344" w:type="dxa"/>
            <w:vAlign w:val="bottom"/>
          </w:tcPr>
          <w:p w14:paraId="0AEA3C3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0.6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a-e</w:t>
            </w:r>
          </w:p>
        </w:tc>
        <w:tc>
          <w:tcPr>
            <w:tcW w:w="1495" w:type="dxa"/>
            <w:vAlign w:val="bottom"/>
          </w:tcPr>
          <w:p w14:paraId="0AEA3C3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8.57 ± 0.93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345" w:type="dxa"/>
            <w:vAlign w:val="bottom"/>
          </w:tcPr>
          <w:p w14:paraId="0AEA3C3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8.7 ± 0.22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45" w:type="dxa"/>
            <w:vAlign w:val="bottom"/>
          </w:tcPr>
          <w:p w14:paraId="0AEA3C4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0.98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l-t</w:t>
            </w:r>
          </w:p>
        </w:tc>
        <w:tc>
          <w:tcPr>
            <w:tcW w:w="1494" w:type="dxa"/>
            <w:vAlign w:val="bottom"/>
          </w:tcPr>
          <w:p w14:paraId="0AEA3C4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357.33 ±7.69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345" w:type="dxa"/>
            <w:vAlign w:val="bottom"/>
          </w:tcPr>
          <w:p w14:paraId="0AEA3C4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1.91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f-i</w:t>
            </w:r>
          </w:p>
        </w:tc>
      </w:tr>
      <w:tr w:rsidR="003A1B86" w:rsidRPr="00A72067" w14:paraId="0AEA3C4F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4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944" w:type="dxa"/>
            <w:vAlign w:val="bottom"/>
          </w:tcPr>
          <w:p w14:paraId="0AEA3C4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Dhawal</w:t>
            </w:r>
            <w:proofErr w:type="spellEnd"/>
          </w:p>
        </w:tc>
        <w:tc>
          <w:tcPr>
            <w:tcW w:w="1494" w:type="dxa"/>
            <w:vAlign w:val="bottom"/>
          </w:tcPr>
          <w:p w14:paraId="0AEA3C4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12.63 ± 0.38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m-o</w:t>
            </w:r>
          </w:p>
        </w:tc>
        <w:tc>
          <w:tcPr>
            <w:tcW w:w="1345" w:type="dxa"/>
            <w:vAlign w:val="bottom"/>
          </w:tcPr>
          <w:p w14:paraId="0AEA3C4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6.33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h-m</w:t>
            </w:r>
          </w:p>
        </w:tc>
        <w:tc>
          <w:tcPr>
            <w:tcW w:w="1345" w:type="dxa"/>
            <w:vAlign w:val="bottom"/>
          </w:tcPr>
          <w:p w14:paraId="0AEA3C4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k-n</w:t>
            </w:r>
          </w:p>
        </w:tc>
        <w:tc>
          <w:tcPr>
            <w:tcW w:w="1344" w:type="dxa"/>
            <w:vAlign w:val="bottom"/>
          </w:tcPr>
          <w:p w14:paraId="0AEA3C4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0.53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495" w:type="dxa"/>
            <w:vAlign w:val="bottom"/>
          </w:tcPr>
          <w:p w14:paraId="0AEA3C4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6.91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j-q</w:t>
            </w:r>
          </w:p>
        </w:tc>
        <w:tc>
          <w:tcPr>
            <w:tcW w:w="1345" w:type="dxa"/>
            <w:vAlign w:val="bottom"/>
          </w:tcPr>
          <w:p w14:paraId="0AEA3C4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7.55 ± 0.15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345" w:type="dxa"/>
            <w:vAlign w:val="bottom"/>
          </w:tcPr>
          <w:p w14:paraId="0AEA3C4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0.92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r-w</w:t>
            </w:r>
          </w:p>
        </w:tc>
        <w:tc>
          <w:tcPr>
            <w:tcW w:w="1494" w:type="dxa"/>
            <w:vAlign w:val="bottom"/>
          </w:tcPr>
          <w:p w14:paraId="0AEA3C4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212.33 ± 4.26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d-f</w:t>
            </w:r>
          </w:p>
        </w:tc>
        <w:tc>
          <w:tcPr>
            <w:tcW w:w="1345" w:type="dxa"/>
            <w:vAlign w:val="bottom"/>
          </w:tcPr>
          <w:p w14:paraId="0AEA3C4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1.86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h-j</w:t>
            </w:r>
          </w:p>
        </w:tc>
      </w:tr>
      <w:tr w:rsidR="003A1B86" w:rsidRPr="00A72067" w14:paraId="0AEA3C5B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5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944" w:type="dxa"/>
            <w:vAlign w:val="bottom"/>
          </w:tcPr>
          <w:p w14:paraId="0AEA3C5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Thai Guava</w:t>
            </w:r>
          </w:p>
        </w:tc>
        <w:tc>
          <w:tcPr>
            <w:tcW w:w="1494" w:type="dxa"/>
            <w:vAlign w:val="bottom"/>
          </w:tcPr>
          <w:p w14:paraId="0AEA3C5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11.73 ± 0.23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p-s</w:t>
            </w:r>
          </w:p>
        </w:tc>
        <w:tc>
          <w:tcPr>
            <w:tcW w:w="1345" w:type="dxa"/>
            <w:vAlign w:val="bottom"/>
          </w:tcPr>
          <w:p w14:paraId="0AEA3C5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5.4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t-z</w:t>
            </w:r>
          </w:p>
        </w:tc>
        <w:tc>
          <w:tcPr>
            <w:tcW w:w="1345" w:type="dxa"/>
            <w:vAlign w:val="bottom"/>
          </w:tcPr>
          <w:p w14:paraId="0AEA3C5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2.17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g-k</w:t>
            </w:r>
          </w:p>
        </w:tc>
        <w:tc>
          <w:tcPr>
            <w:tcW w:w="1344" w:type="dxa"/>
            <w:vAlign w:val="bottom"/>
          </w:tcPr>
          <w:p w14:paraId="0AEA3C5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C5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6.21 ± 0.2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q-w</w:t>
            </w:r>
          </w:p>
        </w:tc>
        <w:tc>
          <w:tcPr>
            <w:tcW w:w="1345" w:type="dxa"/>
            <w:vAlign w:val="bottom"/>
          </w:tcPr>
          <w:p w14:paraId="0AEA3C5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6.69 ± 0.23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g-k</w:t>
            </w:r>
          </w:p>
        </w:tc>
        <w:tc>
          <w:tcPr>
            <w:tcW w:w="1345" w:type="dxa"/>
            <w:vAlign w:val="bottom"/>
          </w:tcPr>
          <w:p w14:paraId="0AEA3C5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0.93 ± 0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p-v</w:t>
            </w:r>
          </w:p>
        </w:tc>
        <w:tc>
          <w:tcPr>
            <w:tcW w:w="1494" w:type="dxa"/>
            <w:vAlign w:val="bottom"/>
          </w:tcPr>
          <w:p w14:paraId="0AEA3C5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135.33 ± 8.25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j-r</w:t>
            </w:r>
          </w:p>
        </w:tc>
        <w:tc>
          <w:tcPr>
            <w:tcW w:w="1345" w:type="dxa"/>
            <w:vAlign w:val="bottom"/>
          </w:tcPr>
          <w:p w14:paraId="0AEA3C5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1.64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lm</w:t>
            </w:r>
          </w:p>
        </w:tc>
      </w:tr>
      <w:tr w:rsidR="003A1B86" w:rsidRPr="00A72067" w14:paraId="0AEA3C67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C5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944" w:type="dxa"/>
            <w:vAlign w:val="bottom"/>
          </w:tcPr>
          <w:p w14:paraId="0AEA3C5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11</w:t>
            </w:r>
          </w:p>
        </w:tc>
        <w:tc>
          <w:tcPr>
            <w:tcW w:w="1494" w:type="dxa"/>
            <w:vAlign w:val="bottom"/>
          </w:tcPr>
          <w:p w14:paraId="0AEA3C5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11.53 ± 0.29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q-t</w:t>
            </w:r>
          </w:p>
        </w:tc>
        <w:tc>
          <w:tcPr>
            <w:tcW w:w="1345" w:type="dxa"/>
            <w:vAlign w:val="bottom"/>
          </w:tcPr>
          <w:p w14:paraId="0AEA3C5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5.73 ± 0.18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p-w</w:t>
            </w:r>
          </w:p>
        </w:tc>
        <w:tc>
          <w:tcPr>
            <w:tcW w:w="1345" w:type="dxa"/>
            <w:vAlign w:val="bottom"/>
          </w:tcPr>
          <w:p w14:paraId="0AEA3C6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2.02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k-n</w:t>
            </w:r>
          </w:p>
        </w:tc>
        <w:tc>
          <w:tcPr>
            <w:tcW w:w="1344" w:type="dxa"/>
            <w:vAlign w:val="bottom"/>
          </w:tcPr>
          <w:p w14:paraId="0AEA3C6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0.77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95" w:type="dxa"/>
            <w:vAlign w:val="bottom"/>
          </w:tcPr>
          <w:p w14:paraId="0AEA3C6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7.14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g-n</w:t>
            </w:r>
          </w:p>
        </w:tc>
        <w:tc>
          <w:tcPr>
            <w:tcW w:w="1345" w:type="dxa"/>
            <w:vAlign w:val="bottom"/>
          </w:tcPr>
          <w:p w14:paraId="0AEA3C6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5.91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m-q</w:t>
            </w:r>
          </w:p>
        </w:tc>
        <w:tc>
          <w:tcPr>
            <w:tcW w:w="1345" w:type="dxa"/>
            <w:vAlign w:val="bottom"/>
          </w:tcPr>
          <w:p w14:paraId="0AEA3C6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1.21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de</w:t>
            </w:r>
          </w:p>
        </w:tc>
        <w:tc>
          <w:tcPr>
            <w:tcW w:w="1494" w:type="dxa"/>
            <w:vAlign w:val="bottom"/>
          </w:tcPr>
          <w:p w14:paraId="0AEA3C6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159.33 ± 8.69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h-l</w:t>
            </w:r>
          </w:p>
        </w:tc>
        <w:tc>
          <w:tcPr>
            <w:tcW w:w="1345" w:type="dxa"/>
            <w:vAlign w:val="bottom"/>
          </w:tcPr>
          <w:p w14:paraId="0AEA3C6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1.48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m-q</w:t>
            </w:r>
          </w:p>
        </w:tc>
      </w:tr>
      <w:tr w:rsidR="003A1B86" w:rsidRPr="00A72067" w14:paraId="0AEA3C73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6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944" w:type="dxa"/>
            <w:vAlign w:val="bottom"/>
          </w:tcPr>
          <w:p w14:paraId="0AEA3C6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Allahbad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Safeda</w:t>
            </w:r>
            <w:proofErr w:type="spellEnd"/>
          </w:p>
        </w:tc>
        <w:tc>
          <w:tcPr>
            <w:tcW w:w="1494" w:type="dxa"/>
            <w:vAlign w:val="bottom"/>
          </w:tcPr>
          <w:p w14:paraId="0AEA3C6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o-r</w:t>
            </w:r>
          </w:p>
        </w:tc>
        <w:tc>
          <w:tcPr>
            <w:tcW w:w="1345" w:type="dxa"/>
            <w:vAlign w:val="bottom"/>
          </w:tcPr>
          <w:p w14:paraId="0AEA3C6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5.13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x-z</w:t>
            </w:r>
          </w:p>
        </w:tc>
        <w:tc>
          <w:tcPr>
            <w:tcW w:w="1345" w:type="dxa"/>
            <w:vAlign w:val="bottom"/>
          </w:tcPr>
          <w:p w14:paraId="0AEA3C6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2.34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344" w:type="dxa"/>
            <w:vAlign w:val="bottom"/>
          </w:tcPr>
          <w:p w14:paraId="0AEA3C6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0.57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b-e</w:t>
            </w:r>
          </w:p>
        </w:tc>
        <w:tc>
          <w:tcPr>
            <w:tcW w:w="1495" w:type="dxa"/>
            <w:vAlign w:val="bottom"/>
          </w:tcPr>
          <w:p w14:paraId="0AEA3C6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7.7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d-i</w:t>
            </w:r>
          </w:p>
        </w:tc>
        <w:tc>
          <w:tcPr>
            <w:tcW w:w="1345" w:type="dxa"/>
            <w:vAlign w:val="bottom"/>
          </w:tcPr>
          <w:p w14:paraId="0AEA3C6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7.6 ± 0.26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45" w:type="dxa"/>
            <w:vAlign w:val="bottom"/>
          </w:tcPr>
          <w:p w14:paraId="0AEA3C7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1.02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i-q</w:t>
            </w:r>
          </w:p>
        </w:tc>
        <w:tc>
          <w:tcPr>
            <w:tcW w:w="1494" w:type="dxa"/>
            <w:vAlign w:val="bottom"/>
          </w:tcPr>
          <w:p w14:paraId="0AEA3C7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269.33 ± 3.84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45" w:type="dxa"/>
            <w:vAlign w:val="bottom"/>
          </w:tcPr>
          <w:p w14:paraId="0AEA3C7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1.47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m-q</w:t>
            </w:r>
          </w:p>
        </w:tc>
      </w:tr>
      <w:tr w:rsidR="003A1B86" w:rsidRPr="00A72067" w14:paraId="0AEA3C7F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7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944" w:type="dxa"/>
            <w:vAlign w:val="bottom"/>
          </w:tcPr>
          <w:p w14:paraId="0AEA3C7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Pant </w:t>
            </w: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Prabhat</w:t>
            </w:r>
            <w:proofErr w:type="spellEnd"/>
          </w:p>
        </w:tc>
        <w:tc>
          <w:tcPr>
            <w:tcW w:w="1494" w:type="dxa"/>
            <w:vAlign w:val="bottom"/>
          </w:tcPr>
          <w:p w14:paraId="0AEA3C7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13.63 ± 0.45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g-l</w:t>
            </w:r>
          </w:p>
        </w:tc>
        <w:tc>
          <w:tcPr>
            <w:tcW w:w="1345" w:type="dxa"/>
            <w:vAlign w:val="bottom"/>
          </w:tcPr>
          <w:p w14:paraId="0AEA3C7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6.7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e-i</w:t>
            </w:r>
          </w:p>
        </w:tc>
        <w:tc>
          <w:tcPr>
            <w:tcW w:w="1345" w:type="dxa"/>
            <w:vAlign w:val="bottom"/>
          </w:tcPr>
          <w:p w14:paraId="0AEA3C7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2.04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j-m</w:t>
            </w:r>
          </w:p>
        </w:tc>
        <w:tc>
          <w:tcPr>
            <w:tcW w:w="1344" w:type="dxa"/>
            <w:vAlign w:val="bottom"/>
          </w:tcPr>
          <w:p w14:paraId="0AEA3C7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0.63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a-d</w:t>
            </w:r>
          </w:p>
        </w:tc>
        <w:tc>
          <w:tcPr>
            <w:tcW w:w="1495" w:type="dxa"/>
            <w:vAlign w:val="bottom"/>
          </w:tcPr>
          <w:p w14:paraId="0AEA3C7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5.33 ± 0.26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x-z</w:t>
            </w:r>
          </w:p>
        </w:tc>
        <w:tc>
          <w:tcPr>
            <w:tcW w:w="1345" w:type="dxa"/>
            <w:vAlign w:val="bottom"/>
          </w:tcPr>
          <w:p w14:paraId="0AEA3C7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6.18 ± 0.32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k-p</w:t>
            </w:r>
          </w:p>
        </w:tc>
        <w:tc>
          <w:tcPr>
            <w:tcW w:w="1345" w:type="dxa"/>
            <w:vAlign w:val="bottom"/>
          </w:tcPr>
          <w:p w14:paraId="0AEA3C7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0.86 ± 0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u-w</w:t>
            </w:r>
          </w:p>
        </w:tc>
        <w:tc>
          <w:tcPr>
            <w:tcW w:w="1494" w:type="dxa"/>
            <w:vAlign w:val="bottom"/>
          </w:tcPr>
          <w:p w14:paraId="0AEA3C7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114.33 ± 4.98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p-u</w:t>
            </w:r>
          </w:p>
        </w:tc>
        <w:tc>
          <w:tcPr>
            <w:tcW w:w="1345" w:type="dxa"/>
            <w:vAlign w:val="bottom"/>
          </w:tcPr>
          <w:p w14:paraId="0AEA3C7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1.4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p-r</w:t>
            </w:r>
          </w:p>
        </w:tc>
      </w:tr>
      <w:tr w:rsidR="003A1B86" w:rsidRPr="00A72067" w14:paraId="0AEA3C8B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8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944" w:type="dxa"/>
            <w:vAlign w:val="bottom"/>
          </w:tcPr>
          <w:p w14:paraId="0AEA3C8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L-49</w:t>
            </w:r>
          </w:p>
        </w:tc>
        <w:tc>
          <w:tcPr>
            <w:tcW w:w="1494" w:type="dxa"/>
            <w:vAlign w:val="bottom"/>
          </w:tcPr>
          <w:p w14:paraId="0AEA3C8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13.53 ± 0.55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h-l</w:t>
            </w:r>
          </w:p>
        </w:tc>
        <w:tc>
          <w:tcPr>
            <w:tcW w:w="1345" w:type="dxa"/>
            <w:vAlign w:val="bottom"/>
          </w:tcPr>
          <w:p w14:paraId="0AEA3C8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5.1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x-z</w:t>
            </w:r>
          </w:p>
        </w:tc>
        <w:tc>
          <w:tcPr>
            <w:tcW w:w="1345" w:type="dxa"/>
            <w:vAlign w:val="bottom"/>
          </w:tcPr>
          <w:p w14:paraId="0AEA3C8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2.66 ± 0.09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344" w:type="dxa"/>
            <w:vAlign w:val="bottom"/>
          </w:tcPr>
          <w:p w14:paraId="0AEA3C8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495" w:type="dxa"/>
            <w:vAlign w:val="bottom"/>
          </w:tcPr>
          <w:p w14:paraId="0AEA3C8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7.68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d-i</w:t>
            </w:r>
          </w:p>
        </w:tc>
        <w:tc>
          <w:tcPr>
            <w:tcW w:w="1345" w:type="dxa"/>
            <w:vAlign w:val="bottom"/>
          </w:tcPr>
          <w:p w14:paraId="0AEA3C8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6.21 ± 0.14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j-o</w:t>
            </w:r>
          </w:p>
        </w:tc>
        <w:tc>
          <w:tcPr>
            <w:tcW w:w="1345" w:type="dxa"/>
            <w:vAlign w:val="bottom"/>
          </w:tcPr>
          <w:p w14:paraId="0AEA3C8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1.24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b-d</w:t>
            </w:r>
          </w:p>
        </w:tc>
        <w:tc>
          <w:tcPr>
            <w:tcW w:w="1494" w:type="dxa"/>
            <w:vAlign w:val="bottom"/>
          </w:tcPr>
          <w:p w14:paraId="0AEA3C8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156 ± 1.16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h-n</w:t>
            </w:r>
          </w:p>
        </w:tc>
        <w:tc>
          <w:tcPr>
            <w:tcW w:w="1345" w:type="dxa"/>
            <w:vAlign w:val="bottom"/>
          </w:tcPr>
          <w:p w14:paraId="0AEA3C8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1.53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l-p</w:t>
            </w:r>
          </w:p>
        </w:tc>
      </w:tr>
      <w:tr w:rsidR="003A1B86" w:rsidRPr="00A72067" w14:paraId="0AEA3C97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C8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944" w:type="dxa"/>
            <w:vAlign w:val="bottom"/>
          </w:tcPr>
          <w:p w14:paraId="0AEA3C8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Lalit</w:t>
            </w:r>
            <w:proofErr w:type="spellEnd"/>
          </w:p>
        </w:tc>
        <w:tc>
          <w:tcPr>
            <w:tcW w:w="1494" w:type="dxa"/>
            <w:vAlign w:val="bottom"/>
          </w:tcPr>
          <w:p w14:paraId="0AEA3C8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12.3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n-q</w:t>
            </w:r>
          </w:p>
        </w:tc>
        <w:tc>
          <w:tcPr>
            <w:tcW w:w="1345" w:type="dxa"/>
            <w:vAlign w:val="bottom"/>
          </w:tcPr>
          <w:p w14:paraId="0AEA3C8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5.07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w-z</w:t>
            </w:r>
          </w:p>
        </w:tc>
        <w:tc>
          <w:tcPr>
            <w:tcW w:w="1345" w:type="dxa"/>
            <w:vAlign w:val="bottom"/>
          </w:tcPr>
          <w:p w14:paraId="0AEA3C9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2.43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cde</w:t>
            </w:r>
          </w:p>
        </w:tc>
        <w:tc>
          <w:tcPr>
            <w:tcW w:w="1344" w:type="dxa"/>
            <w:vAlign w:val="bottom"/>
          </w:tcPr>
          <w:p w14:paraId="0AEA3C9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c-f</w:t>
            </w:r>
          </w:p>
        </w:tc>
        <w:tc>
          <w:tcPr>
            <w:tcW w:w="1495" w:type="dxa"/>
            <w:vAlign w:val="bottom"/>
          </w:tcPr>
          <w:p w14:paraId="0AEA3C9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6.61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l-u</w:t>
            </w:r>
          </w:p>
        </w:tc>
        <w:tc>
          <w:tcPr>
            <w:tcW w:w="1345" w:type="dxa"/>
            <w:vAlign w:val="bottom"/>
          </w:tcPr>
          <w:p w14:paraId="0AEA3C9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6.99 ± 0.22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c-h</w:t>
            </w:r>
          </w:p>
        </w:tc>
        <w:tc>
          <w:tcPr>
            <w:tcW w:w="1345" w:type="dxa"/>
            <w:vAlign w:val="bottom"/>
          </w:tcPr>
          <w:p w14:paraId="0AEA3C9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0.95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o-u</w:t>
            </w:r>
          </w:p>
        </w:tc>
        <w:tc>
          <w:tcPr>
            <w:tcW w:w="1494" w:type="dxa"/>
            <w:vAlign w:val="bottom"/>
          </w:tcPr>
          <w:p w14:paraId="0AEA3C9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171 ± 8.08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g-j</w:t>
            </w:r>
          </w:p>
        </w:tc>
        <w:tc>
          <w:tcPr>
            <w:tcW w:w="1345" w:type="dxa"/>
            <w:vAlign w:val="bottom"/>
          </w:tcPr>
          <w:p w14:paraId="0AEA3C9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1.41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o-r</w:t>
            </w:r>
          </w:p>
        </w:tc>
      </w:tr>
      <w:tr w:rsidR="003A1B86" w:rsidRPr="00A72067" w14:paraId="0AEA3CA3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9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944" w:type="dxa"/>
            <w:vAlign w:val="bottom"/>
          </w:tcPr>
          <w:p w14:paraId="0AEA3C9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Punjab Pink</w:t>
            </w:r>
          </w:p>
        </w:tc>
        <w:tc>
          <w:tcPr>
            <w:tcW w:w="1494" w:type="dxa"/>
            <w:vAlign w:val="bottom"/>
          </w:tcPr>
          <w:p w14:paraId="0AEA3C9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 ± 0.29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o-r</w:t>
            </w:r>
          </w:p>
        </w:tc>
        <w:tc>
          <w:tcPr>
            <w:tcW w:w="1345" w:type="dxa"/>
            <w:vAlign w:val="bottom"/>
          </w:tcPr>
          <w:p w14:paraId="0AEA3C9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4.77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yz</w:t>
            </w:r>
          </w:p>
        </w:tc>
        <w:tc>
          <w:tcPr>
            <w:tcW w:w="1345" w:type="dxa"/>
            <w:vAlign w:val="bottom"/>
          </w:tcPr>
          <w:p w14:paraId="0AEA3C9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2.52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344" w:type="dxa"/>
            <w:vAlign w:val="bottom"/>
          </w:tcPr>
          <w:p w14:paraId="0AEA3C9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e-g</w:t>
            </w:r>
          </w:p>
        </w:tc>
        <w:tc>
          <w:tcPr>
            <w:tcW w:w="1495" w:type="dxa"/>
            <w:vAlign w:val="bottom"/>
          </w:tcPr>
          <w:p w14:paraId="0AEA3C9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7.29 ± 0.23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g-l</w:t>
            </w:r>
          </w:p>
        </w:tc>
        <w:tc>
          <w:tcPr>
            <w:tcW w:w="1345" w:type="dxa"/>
            <w:vAlign w:val="bottom"/>
          </w:tcPr>
          <w:p w14:paraId="0AEA3C9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5.52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qr</w:t>
            </w:r>
          </w:p>
        </w:tc>
        <w:tc>
          <w:tcPr>
            <w:tcW w:w="1345" w:type="dxa"/>
            <w:vAlign w:val="bottom"/>
          </w:tcPr>
          <w:p w14:paraId="0AEA3CA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1.32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a-c</w:t>
            </w:r>
          </w:p>
        </w:tc>
        <w:tc>
          <w:tcPr>
            <w:tcW w:w="1494" w:type="dxa"/>
            <w:vAlign w:val="bottom"/>
          </w:tcPr>
          <w:p w14:paraId="0AEA3CA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116.67 ± 4.81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o-u</w:t>
            </w:r>
          </w:p>
        </w:tc>
        <w:tc>
          <w:tcPr>
            <w:tcW w:w="1345" w:type="dxa"/>
            <w:vAlign w:val="bottom"/>
          </w:tcPr>
          <w:p w14:paraId="0AEA3CA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1.35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q-s</w:t>
            </w:r>
          </w:p>
        </w:tc>
      </w:tr>
      <w:tr w:rsidR="003A1B86" w:rsidRPr="00A72067" w14:paraId="0AEA3CAF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A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944" w:type="dxa"/>
            <w:vAlign w:val="bottom"/>
          </w:tcPr>
          <w:p w14:paraId="0AEA3CA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molle</w:t>
            </w:r>
            <w:proofErr w:type="spellEnd"/>
          </w:p>
        </w:tc>
        <w:tc>
          <w:tcPr>
            <w:tcW w:w="1494" w:type="dxa"/>
            <w:vAlign w:val="bottom"/>
          </w:tcPr>
          <w:p w14:paraId="0AEA3CA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11.27 ± 0.26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r-t</w:t>
            </w:r>
          </w:p>
        </w:tc>
        <w:tc>
          <w:tcPr>
            <w:tcW w:w="1345" w:type="dxa"/>
            <w:vAlign w:val="bottom"/>
          </w:tcPr>
          <w:p w14:paraId="0AEA3CA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5.2 ± 0.23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x-z</w:t>
            </w:r>
          </w:p>
        </w:tc>
        <w:tc>
          <w:tcPr>
            <w:tcW w:w="1345" w:type="dxa"/>
            <w:vAlign w:val="bottom"/>
          </w:tcPr>
          <w:p w14:paraId="0AEA3CA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2.17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f-j</w:t>
            </w:r>
          </w:p>
        </w:tc>
        <w:tc>
          <w:tcPr>
            <w:tcW w:w="1344" w:type="dxa"/>
            <w:vAlign w:val="bottom"/>
          </w:tcPr>
          <w:p w14:paraId="0AEA3CA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 ± 0.1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d-g</w:t>
            </w:r>
          </w:p>
        </w:tc>
        <w:tc>
          <w:tcPr>
            <w:tcW w:w="1495" w:type="dxa"/>
            <w:vAlign w:val="bottom"/>
          </w:tcPr>
          <w:p w14:paraId="0AEA3CA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2.78 ± 0.13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y</w:t>
            </w:r>
          </w:p>
        </w:tc>
        <w:tc>
          <w:tcPr>
            <w:tcW w:w="1345" w:type="dxa"/>
            <w:vAlign w:val="bottom"/>
          </w:tcPr>
          <w:p w14:paraId="0AEA3CA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2.68 ± 0.11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345" w:type="dxa"/>
            <w:vAlign w:val="bottom"/>
          </w:tcPr>
          <w:p w14:paraId="0AEA3CA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1.04 ± 0.02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i-o</w:t>
            </w:r>
          </w:p>
        </w:tc>
        <w:tc>
          <w:tcPr>
            <w:tcW w:w="1494" w:type="dxa"/>
            <w:vAlign w:val="bottom"/>
          </w:tcPr>
          <w:p w14:paraId="0AEA3CA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11.67 ± 1.48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w</w:t>
            </w:r>
          </w:p>
        </w:tc>
        <w:tc>
          <w:tcPr>
            <w:tcW w:w="1345" w:type="dxa"/>
            <w:vAlign w:val="bottom"/>
          </w:tcPr>
          <w:p w14:paraId="0AEA3CA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0.3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w</w:t>
            </w:r>
          </w:p>
        </w:tc>
      </w:tr>
      <w:tr w:rsidR="003A1B86" w:rsidRPr="00A72067" w14:paraId="0AEA3CBB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CB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944" w:type="dxa"/>
            <w:vAlign w:val="bottom"/>
          </w:tcPr>
          <w:p w14:paraId="0AEA3CB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pumilum</w:t>
            </w:r>
            <w:proofErr w:type="spellEnd"/>
          </w:p>
        </w:tc>
        <w:tc>
          <w:tcPr>
            <w:tcW w:w="1494" w:type="dxa"/>
            <w:vAlign w:val="bottom"/>
          </w:tcPr>
          <w:p w14:paraId="0AEA3CB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5.57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w</w:t>
            </w:r>
          </w:p>
        </w:tc>
        <w:tc>
          <w:tcPr>
            <w:tcW w:w="1345" w:type="dxa"/>
            <w:vAlign w:val="bottom"/>
          </w:tcPr>
          <w:p w14:paraId="0AEA3CB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z</w:t>
            </w:r>
          </w:p>
        </w:tc>
        <w:tc>
          <w:tcPr>
            <w:tcW w:w="1345" w:type="dxa"/>
            <w:vAlign w:val="bottom"/>
          </w:tcPr>
          <w:p w14:paraId="0AEA3CB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2.69 ± 0.04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44" w:type="dxa"/>
            <w:vAlign w:val="bottom"/>
          </w:tcPr>
          <w:p w14:paraId="0AEA3CB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0.17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h</w:t>
            </w:r>
          </w:p>
        </w:tc>
        <w:tc>
          <w:tcPr>
            <w:tcW w:w="1495" w:type="dxa"/>
            <w:vAlign w:val="bottom"/>
          </w:tcPr>
          <w:p w14:paraId="0AEA3CB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3.56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xy</w:t>
            </w:r>
          </w:p>
        </w:tc>
        <w:tc>
          <w:tcPr>
            <w:tcW w:w="1345" w:type="dxa"/>
            <w:vAlign w:val="bottom"/>
          </w:tcPr>
          <w:p w14:paraId="0AEA3CB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3.62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</w:t>
            </w:r>
          </w:p>
        </w:tc>
        <w:tc>
          <w:tcPr>
            <w:tcW w:w="1345" w:type="dxa"/>
            <w:vAlign w:val="bottom"/>
          </w:tcPr>
          <w:p w14:paraId="0AEA3CB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0.99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l-s</w:t>
            </w:r>
          </w:p>
        </w:tc>
        <w:tc>
          <w:tcPr>
            <w:tcW w:w="1494" w:type="dxa"/>
            <w:vAlign w:val="bottom"/>
          </w:tcPr>
          <w:p w14:paraId="0AEA3CB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26.83 ± 0.93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w</w:t>
            </w:r>
          </w:p>
        </w:tc>
        <w:tc>
          <w:tcPr>
            <w:tcW w:w="1345" w:type="dxa"/>
            <w:vAlign w:val="bottom"/>
          </w:tcPr>
          <w:p w14:paraId="0AEA3CB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w</w:t>
            </w:r>
          </w:p>
        </w:tc>
      </w:tr>
      <w:tr w:rsidR="003A1B86" w:rsidRPr="00A72067" w14:paraId="0AEA3CC7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B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944" w:type="dxa"/>
            <w:vAlign w:val="bottom"/>
          </w:tcPr>
          <w:p w14:paraId="0AEA3CB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guineense</w:t>
            </w:r>
            <w:proofErr w:type="spellEnd"/>
          </w:p>
        </w:tc>
        <w:tc>
          <w:tcPr>
            <w:tcW w:w="1494" w:type="dxa"/>
            <w:vAlign w:val="bottom"/>
          </w:tcPr>
          <w:p w14:paraId="0AEA3CB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8.7 ± 0.32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v</w:t>
            </w:r>
          </w:p>
        </w:tc>
        <w:tc>
          <w:tcPr>
            <w:tcW w:w="1345" w:type="dxa"/>
            <w:vAlign w:val="bottom"/>
          </w:tcPr>
          <w:p w14:paraId="0AEA3CB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5.57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r-y</w:t>
            </w:r>
          </w:p>
        </w:tc>
        <w:tc>
          <w:tcPr>
            <w:tcW w:w="1345" w:type="dxa"/>
            <w:vAlign w:val="bottom"/>
          </w:tcPr>
          <w:p w14:paraId="0AEA3CC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1.56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1344" w:type="dxa"/>
            <w:vAlign w:val="bottom"/>
          </w:tcPr>
          <w:p w14:paraId="0AEA3CC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0.37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fg</w:t>
            </w:r>
          </w:p>
        </w:tc>
        <w:tc>
          <w:tcPr>
            <w:tcW w:w="1495" w:type="dxa"/>
            <w:vAlign w:val="bottom"/>
          </w:tcPr>
          <w:p w14:paraId="0AEA3CC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3.08 ± 0.23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y</w:t>
            </w:r>
          </w:p>
        </w:tc>
        <w:tc>
          <w:tcPr>
            <w:tcW w:w="1345" w:type="dxa"/>
            <w:vAlign w:val="bottom"/>
          </w:tcPr>
          <w:p w14:paraId="0AEA3CC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3.68 ± 0.33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</w:t>
            </w:r>
          </w:p>
        </w:tc>
        <w:tc>
          <w:tcPr>
            <w:tcW w:w="1345" w:type="dxa"/>
            <w:vAlign w:val="bottom"/>
          </w:tcPr>
          <w:p w14:paraId="0AEA3CC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0.84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vw</w:t>
            </w:r>
          </w:p>
        </w:tc>
        <w:tc>
          <w:tcPr>
            <w:tcW w:w="1494" w:type="dxa"/>
            <w:vAlign w:val="bottom"/>
          </w:tcPr>
          <w:p w14:paraId="0AEA3CC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28.17 ± 5.37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w</w:t>
            </w:r>
          </w:p>
        </w:tc>
        <w:tc>
          <w:tcPr>
            <w:tcW w:w="1345" w:type="dxa"/>
            <w:vAlign w:val="bottom"/>
          </w:tcPr>
          <w:p w14:paraId="0AEA3CC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0.71 ± 0.06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v</w:t>
            </w:r>
          </w:p>
        </w:tc>
      </w:tr>
      <w:tr w:rsidR="003A1B86" w:rsidRPr="00A72067" w14:paraId="0AEA3CD3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C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944" w:type="dxa"/>
            <w:vAlign w:val="bottom"/>
          </w:tcPr>
          <w:p w14:paraId="0AEA3CC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8"/>
                <w:szCs w:val="18"/>
              </w:rPr>
              <w:t xml:space="preserve"> genotype 18</w:t>
            </w:r>
          </w:p>
        </w:tc>
        <w:tc>
          <w:tcPr>
            <w:tcW w:w="1494" w:type="dxa"/>
            <w:vAlign w:val="bottom"/>
          </w:tcPr>
          <w:p w14:paraId="0AEA3CC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10.2 ± 0.21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u</w:t>
            </w:r>
          </w:p>
        </w:tc>
        <w:tc>
          <w:tcPr>
            <w:tcW w:w="1345" w:type="dxa"/>
            <w:vAlign w:val="bottom"/>
          </w:tcPr>
          <w:p w14:paraId="0AEA3CC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4.2 ± 0.15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yz</w:t>
            </w:r>
          </w:p>
        </w:tc>
        <w:tc>
          <w:tcPr>
            <w:tcW w:w="1345" w:type="dxa"/>
            <w:vAlign w:val="bottom"/>
          </w:tcPr>
          <w:p w14:paraId="0AEA3CC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2.43 ± 0.05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cd</w:t>
            </w:r>
          </w:p>
        </w:tc>
        <w:tc>
          <w:tcPr>
            <w:tcW w:w="1344" w:type="dxa"/>
            <w:vAlign w:val="bottom"/>
          </w:tcPr>
          <w:p w14:paraId="0AEA3CC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0.33 ± 0.03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gh</w:t>
            </w:r>
          </w:p>
        </w:tc>
        <w:tc>
          <w:tcPr>
            <w:tcW w:w="1495" w:type="dxa"/>
            <w:vAlign w:val="bottom"/>
          </w:tcPr>
          <w:p w14:paraId="0AEA3CC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6.82 ± 0.12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l-r</w:t>
            </w:r>
          </w:p>
        </w:tc>
        <w:tc>
          <w:tcPr>
            <w:tcW w:w="1345" w:type="dxa"/>
            <w:vAlign w:val="bottom"/>
          </w:tcPr>
          <w:p w14:paraId="0AEA3CC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6.9 ± 0.08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d-i</w:t>
            </w:r>
          </w:p>
        </w:tc>
        <w:tc>
          <w:tcPr>
            <w:tcW w:w="1345" w:type="dxa"/>
            <w:vAlign w:val="bottom"/>
          </w:tcPr>
          <w:p w14:paraId="0AEA3CD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0.99 ± 0.01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l-s</w:t>
            </w:r>
          </w:p>
        </w:tc>
        <w:tc>
          <w:tcPr>
            <w:tcW w:w="1494" w:type="dxa"/>
            <w:vAlign w:val="bottom"/>
          </w:tcPr>
          <w:p w14:paraId="0AEA3CD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141.67 ± 2.03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i-q</w:t>
            </w:r>
          </w:p>
        </w:tc>
        <w:tc>
          <w:tcPr>
            <w:tcW w:w="1345" w:type="dxa"/>
            <w:vAlign w:val="bottom"/>
          </w:tcPr>
          <w:p w14:paraId="0AEA3CD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1.69 ± 0.07</w:t>
            </w:r>
            <w:r w:rsidRPr="00A720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j-l</w:t>
            </w:r>
          </w:p>
        </w:tc>
      </w:tr>
      <w:tr w:rsidR="003A1B86" w:rsidRPr="00A72067" w14:paraId="0AEA3CDF" w14:textId="77777777" w:rsidTr="009C30B0">
        <w:trPr>
          <w:trHeight w:val="227"/>
        </w:trPr>
        <w:tc>
          <w:tcPr>
            <w:tcW w:w="597" w:type="dxa"/>
            <w:vAlign w:val="center"/>
          </w:tcPr>
          <w:p w14:paraId="0AEA3CD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0AEA3CD5" w14:textId="77777777" w:rsidR="003A1B86" w:rsidRPr="00A72067" w:rsidRDefault="003A1B86" w:rsidP="0096105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Range</w:t>
            </w:r>
          </w:p>
        </w:tc>
        <w:tc>
          <w:tcPr>
            <w:tcW w:w="1494" w:type="dxa"/>
            <w:vAlign w:val="bottom"/>
          </w:tcPr>
          <w:p w14:paraId="0AEA3CD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5.57-17.17</w:t>
            </w:r>
          </w:p>
        </w:tc>
        <w:tc>
          <w:tcPr>
            <w:tcW w:w="1345" w:type="dxa"/>
            <w:vAlign w:val="bottom"/>
          </w:tcPr>
          <w:p w14:paraId="0AEA3CD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2.07-7.90</w:t>
            </w:r>
          </w:p>
        </w:tc>
        <w:tc>
          <w:tcPr>
            <w:tcW w:w="1345" w:type="dxa"/>
            <w:vAlign w:val="bottom"/>
          </w:tcPr>
          <w:p w14:paraId="0AEA3CD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1.56-2.69</w:t>
            </w:r>
          </w:p>
        </w:tc>
        <w:tc>
          <w:tcPr>
            <w:tcW w:w="1344" w:type="dxa"/>
            <w:vAlign w:val="bottom"/>
          </w:tcPr>
          <w:p w14:paraId="0AEA3CD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0.17-0.77</w:t>
            </w:r>
          </w:p>
        </w:tc>
        <w:tc>
          <w:tcPr>
            <w:tcW w:w="1495" w:type="dxa"/>
            <w:vAlign w:val="bottom"/>
          </w:tcPr>
          <w:p w14:paraId="0AEA3CD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2.78-9.48</w:t>
            </w:r>
          </w:p>
        </w:tc>
        <w:tc>
          <w:tcPr>
            <w:tcW w:w="1345" w:type="dxa"/>
            <w:vAlign w:val="bottom"/>
          </w:tcPr>
          <w:p w14:paraId="0AEA3CD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2.68-8.84</w:t>
            </w:r>
          </w:p>
        </w:tc>
        <w:tc>
          <w:tcPr>
            <w:tcW w:w="1345" w:type="dxa"/>
            <w:vAlign w:val="bottom"/>
          </w:tcPr>
          <w:p w14:paraId="0AEA3CD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0.82-1.38</w:t>
            </w:r>
          </w:p>
        </w:tc>
        <w:tc>
          <w:tcPr>
            <w:tcW w:w="1494" w:type="dxa"/>
            <w:vAlign w:val="bottom"/>
          </w:tcPr>
          <w:p w14:paraId="0AEA3CD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11.67-379.0</w:t>
            </w:r>
          </w:p>
        </w:tc>
        <w:tc>
          <w:tcPr>
            <w:tcW w:w="1345" w:type="dxa"/>
            <w:vAlign w:val="bottom"/>
          </w:tcPr>
          <w:p w14:paraId="0AEA3CD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0.30-2.62</w:t>
            </w:r>
          </w:p>
        </w:tc>
      </w:tr>
      <w:tr w:rsidR="003A1B86" w:rsidRPr="00A72067" w14:paraId="0AEA3CEB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E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0AEA3CE1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1494" w:type="dxa"/>
            <w:vAlign w:val="bottom"/>
          </w:tcPr>
          <w:p w14:paraId="0AEA3CE2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12.97</w:t>
            </w:r>
          </w:p>
        </w:tc>
        <w:tc>
          <w:tcPr>
            <w:tcW w:w="1345" w:type="dxa"/>
            <w:vAlign w:val="bottom"/>
          </w:tcPr>
          <w:p w14:paraId="0AEA3CE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5.92</w:t>
            </w:r>
          </w:p>
        </w:tc>
        <w:tc>
          <w:tcPr>
            <w:tcW w:w="1345" w:type="dxa"/>
            <w:vAlign w:val="bottom"/>
          </w:tcPr>
          <w:p w14:paraId="0AEA3CE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2.21</w:t>
            </w:r>
          </w:p>
        </w:tc>
        <w:tc>
          <w:tcPr>
            <w:tcW w:w="1344" w:type="dxa"/>
            <w:vAlign w:val="bottom"/>
          </w:tcPr>
          <w:p w14:paraId="0AEA3CE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</w:p>
        </w:tc>
        <w:tc>
          <w:tcPr>
            <w:tcW w:w="1495" w:type="dxa"/>
            <w:vAlign w:val="bottom"/>
          </w:tcPr>
          <w:p w14:paraId="0AEA3CE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6.64</w:t>
            </w:r>
          </w:p>
        </w:tc>
        <w:tc>
          <w:tcPr>
            <w:tcW w:w="1345" w:type="dxa"/>
            <w:vAlign w:val="bottom"/>
          </w:tcPr>
          <w:p w14:paraId="0AEA3CE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6.40</w:t>
            </w:r>
          </w:p>
        </w:tc>
        <w:tc>
          <w:tcPr>
            <w:tcW w:w="1345" w:type="dxa"/>
            <w:vAlign w:val="bottom"/>
          </w:tcPr>
          <w:p w14:paraId="0AEA3CE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1494" w:type="dxa"/>
            <w:vAlign w:val="bottom"/>
          </w:tcPr>
          <w:p w14:paraId="0AEA3CE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162.13</w:t>
            </w:r>
          </w:p>
        </w:tc>
        <w:tc>
          <w:tcPr>
            <w:tcW w:w="1345" w:type="dxa"/>
            <w:vAlign w:val="bottom"/>
          </w:tcPr>
          <w:p w14:paraId="0AEA3CE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1.60</w:t>
            </w:r>
          </w:p>
        </w:tc>
      </w:tr>
      <w:tr w:rsidR="003A1B86" w:rsidRPr="00A72067" w14:paraId="0AEA3CF7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E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0AEA3CED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LSD (p</w:t>
            </w:r>
            <w:r w:rsidR="009610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≤</w:t>
            </w:r>
            <w:r w:rsidR="009610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0.05)</w:t>
            </w:r>
          </w:p>
        </w:tc>
        <w:tc>
          <w:tcPr>
            <w:tcW w:w="1494" w:type="dxa"/>
            <w:vAlign w:val="bottom"/>
          </w:tcPr>
          <w:p w14:paraId="0AEA3CE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345" w:type="dxa"/>
            <w:vAlign w:val="bottom"/>
          </w:tcPr>
          <w:p w14:paraId="0AEA3CE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1345" w:type="dxa"/>
            <w:vAlign w:val="bottom"/>
          </w:tcPr>
          <w:p w14:paraId="0AEA3CF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344" w:type="dxa"/>
            <w:vAlign w:val="bottom"/>
          </w:tcPr>
          <w:p w14:paraId="0AEA3CF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495" w:type="dxa"/>
            <w:vAlign w:val="bottom"/>
          </w:tcPr>
          <w:p w14:paraId="0AEA3CF2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345" w:type="dxa"/>
            <w:vAlign w:val="bottom"/>
          </w:tcPr>
          <w:p w14:paraId="0AEA3CF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1345" w:type="dxa"/>
            <w:vAlign w:val="bottom"/>
          </w:tcPr>
          <w:p w14:paraId="0AEA3CF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1494" w:type="dxa"/>
            <w:vAlign w:val="bottom"/>
          </w:tcPr>
          <w:p w14:paraId="0AEA3CF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17.34</w:t>
            </w:r>
          </w:p>
        </w:tc>
        <w:tc>
          <w:tcPr>
            <w:tcW w:w="1345" w:type="dxa"/>
            <w:vAlign w:val="bottom"/>
          </w:tcPr>
          <w:p w14:paraId="0AEA3CF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</w:tr>
      <w:tr w:rsidR="003A1B86" w:rsidRPr="00A72067" w14:paraId="0AEA3D03" w14:textId="77777777" w:rsidTr="009C30B0">
        <w:trPr>
          <w:trHeight w:val="212"/>
        </w:trPr>
        <w:tc>
          <w:tcPr>
            <w:tcW w:w="597" w:type="dxa"/>
            <w:vAlign w:val="center"/>
          </w:tcPr>
          <w:p w14:paraId="0AEA3CF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0AEA3CF9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CV (%)</w:t>
            </w:r>
          </w:p>
        </w:tc>
        <w:tc>
          <w:tcPr>
            <w:tcW w:w="1494" w:type="dxa"/>
            <w:vAlign w:val="bottom"/>
          </w:tcPr>
          <w:p w14:paraId="0AEA3CF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15.15</w:t>
            </w:r>
          </w:p>
        </w:tc>
        <w:tc>
          <w:tcPr>
            <w:tcW w:w="1345" w:type="dxa"/>
            <w:vAlign w:val="bottom"/>
          </w:tcPr>
          <w:p w14:paraId="0AEA3CF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15.99</w:t>
            </w:r>
          </w:p>
        </w:tc>
        <w:tc>
          <w:tcPr>
            <w:tcW w:w="1345" w:type="dxa"/>
            <w:vAlign w:val="bottom"/>
          </w:tcPr>
          <w:p w14:paraId="0AEA3CF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9.82</w:t>
            </w:r>
          </w:p>
        </w:tc>
        <w:tc>
          <w:tcPr>
            <w:tcW w:w="1344" w:type="dxa"/>
            <w:vAlign w:val="bottom"/>
          </w:tcPr>
          <w:p w14:paraId="0AEA3CF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067">
              <w:rPr>
                <w:rFonts w:ascii="Times New Roman" w:hAnsi="Times New Roman" w:cs="Times New Roman"/>
                <w:sz w:val="18"/>
                <w:szCs w:val="18"/>
              </w:rPr>
              <w:t>20.32</w:t>
            </w:r>
          </w:p>
        </w:tc>
        <w:tc>
          <w:tcPr>
            <w:tcW w:w="1495" w:type="dxa"/>
            <w:vAlign w:val="bottom"/>
          </w:tcPr>
          <w:p w14:paraId="0AEA3CF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72067">
              <w:rPr>
                <w:rFonts w:ascii="Times New Roman" w:hAnsi="Times New Roman" w:cs="Times New Roman"/>
                <w:sz w:val="18"/>
              </w:rPr>
              <w:t>20.75</w:t>
            </w:r>
          </w:p>
        </w:tc>
        <w:tc>
          <w:tcPr>
            <w:tcW w:w="1345" w:type="dxa"/>
            <w:vAlign w:val="bottom"/>
          </w:tcPr>
          <w:p w14:paraId="0AEA3CF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72067">
              <w:rPr>
                <w:rFonts w:ascii="Times New Roman" w:hAnsi="Times New Roman" w:cs="Times New Roman"/>
                <w:sz w:val="18"/>
              </w:rPr>
              <w:t>18.16</w:t>
            </w:r>
          </w:p>
        </w:tc>
        <w:tc>
          <w:tcPr>
            <w:tcW w:w="1345" w:type="dxa"/>
            <w:vAlign w:val="bottom"/>
          </w:tcPr>
          <w:p w14:paraId="0AEA3D0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72067">
              <w:rPr>
                <w:rFonts w:ascii="Times New Roman" w:hAnsi="Times New Roman" w:cs="Times New Roman"/>
                <w:sz w:val="18"/>
              </w:rPr>
              <w:t>13.26</w:t>
            </w:r>
          </w:p>
        </w:tc>
        <w:tc>
          <w:tcPr>
            <w:tcW w:w="1494" w:type="dxa"/>
            <w:vAlign w:val="bottom"/>
          </w:tcPr>
          <w:p w14:paraId="0AEA3D0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72067">
              <w:rPr>
                <w:rFonts w:ascii="Times New Roman" w:hAnsi="Times New Roman" w:cs="Times New Roman"/>
                <w:sz w:val="18"/>
              </w:rPr>
              <w:t>45.33</w:t>
            </w:r>
          </w:p>
        </w:tc>
        <w:tc>
          <w:tcPr>
            <w:tcW w:w="1345" w:type="dxa"/>
            <w:vAlign w:val="bottom"/>
          </w:tcPr>
          <w:p w14:paraId="0AEA3D02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72067">
              <w:rPr>
                <w:rFonts w:ascii="Times New Roman" w:hAnsi="Times New Roman" w:cs="Times New Roman"/>
                <w:sz w:val="18"/>
              </w:rPr>
              <w:t>27.21</w:t>
            </w:r>
          </w:p>
        </w:tc>
      </w:tr>
    </w:tbl>
    <w:p w14:paraId="0AEA3D04" w14:textId="77777777" w:rsidR="003A1B86" w:rsidRPr="00961057" w:rsidRDefault="00961057" w:rsidP="003A1B86">
      <w:pPr>
        <w:rPr>
          <w:rFonts w:ascii="Times New Roman" w:hAnsi="Times New Roman" w:cs="Times New Roman"/>
        </w:rPr>
      </w:pPr>
      <w:r w:rsidRPr="00961057">
        <w:rPr>
          <w:rFonts w:ascii="Times New Roman" w:hAnsi="Times New Roman" w:cs="Times New Roman"/>
        </w:rPr>
        <w:t>Values are mean ± SE. Means followed by different lowercase letters within a column differ significantly at p ≤ 0.05 according to LSD test.</w:t>
      </w:r>
    </w:p>
    <w:p w14:paraId="0AEA3D05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D06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D07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D08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D09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D0A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D0B" w14:textId="77777777" w:rsidR="003A1B86" w:rsidRDefault="003A1B86" w:rsidP="003A1B86">
      <w:pPr>
        <w:rPr>
          <w:rFonts w:ascii="Times New Roman" w:hAnsi="Times New Roman" w:cs="Times New Roman"/>
        </w:rPr>
      </w:pPr>
    </w:p>
    <w:p w14:paraId="0AEA3D0C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D0D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D0E" w14:textId="744C21F7" w:rsidR="003A1B86" w:rsidRPr="00A72067" w:rsidRDefault="003E1273" w:rsidP="003A1B86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E1273">
        <w:rPr>
          <w:rFonts w:ascii="Times New Roman" w:hAnsi="Times New Roman" w:cs="Times New Roman"/>
          <w:b/>
        </w:rPr>
        <w:lastRenderedPageBreak/>
        <w:t xml:space="preserve">Supplementary Table </w:t>
      </w:r>
      <w:r>
        <w:rPr>
          <w:rFonts w:ascii="Times New Roman" w:hAnsi="Times New Roman" w:cs="Times New Roman"/>
          <w:b/>
        </w:rPr>
        <w:t>2b</w:t>
      </w:r>
      <w:r w:rsidRPr="00A72067">
        <w:rPr>
          <w:rFonts w:ascii="Times New Roman" w:hAnsi="Times New Roman" w:cs="Times New Roman"/>
          <w:b/>
        </w:rPr>
        <w:t xml:space="preserve"> </w:t>
      </w:r>
      <w:r w:rsidR="003A1B86" w:rsidRPr="00FD12CD">
        <w:rPr>
          <w:rFonts w:ascii="Times New Roman" w:hAnsi="Times New Roman" w:cs="Times New Roman"/>
          <w:bCs/>
          <w:szCs w:val="24"/>
        </w:rPr>
        <w:t>Variations in quantitative morphological parameters and their descriptive statistics among studied guava genotypes</w:t>
      </w:r>
    </w:p>
    <w:tbl>
      <w:tblPr>
        <w:tblStyle w:val="TableGrid"/>
        <w:tblW w:w="1529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91"/>
        <w:gridCol w:w="1961"/>
        <w:gridCol w:w="1443"/>
        <w:gridCol w:w="1480"/>
        <w:gridCol w:w="1478"/>
        <w:gridCol w:w="1330"/>
        <w:gridCol w:w="1629"/>
        <w:gridCol w:w="1330"/>
        <w:gridCol w:w="1331"/>
        <w:gridCol w:w="1331"/>
        <w:gridCol w:w="1392"/>
      </w:tblGrid>
      <w:tr w:rsidR="003A1B86" w:rsidRPr="00A72067" w14:paraId="0AEA3D1A" w14:textId="77777777" w:rsidTr="009C30B0">
        <w:trPr>
          <w:trHeight w:val="661"/>
        </w:trPr>
        <w:tc>
          <w:tcPr>
            <w:tcW w:w="591" w:type="dxa"/>
          </w:tcPr>
          <w:p w14:paraId="0AEA3D0F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sz w:val="20"/>
                <w:szCs w:val="20"/>
              </w:rPr>
              <w:t>S. No.</w:t>
            </w:r>
          </w:p>
        </w:tc>
        <w:tc>
          <w:tcPr>
            <w:tcW w:w="1961" w:type="dxa"/>
          </w:tcPr>
          <w:p w14:paraId="0AEA3D10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sz w:val="20"/>
                <w:szCs w:val="20"/>
              </w:rPr>
              <w:t>Guava genotype</w:t>
            </w:r>
          </w:p>
        </w:tc>
        <w:tc>
          <w:tcPr>
            <w:tcW w:w="1443" w:type="dxa"/>
          </w:tcPr>
          <w:p w14:paraId="0AEA3D11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eastAsia="CIDFont+F2" w:hAnsi="Times New Roman" w:cs="Times New Roman"/>
                <w:b/>
                <w:bCs/>
                <w:sz w:val="20"/>
                <w:szCs w:val="20"/>
                <w:lang w:val="en-US"/>
              </w:rPr>
              <w:t>Calyx cavity diameter (cm)</w:t>
            </w:r>
          </w:p>
        </w:tc>
        <w:tc>
          <w:tcPr>
            <w:tcW w:w="1480" w:type="dxa"/>
          </w:tcPr>
          <w:p w14:paraId="0AEA3D12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sz w:val="20"/>
                <w:szCs w:val="20"/>
              </w:rPr>
              <w:t>TCD of Peel</w:t>
            </w:r>
          </w:p>
        </w:tc>
        <w:tc>
          <w:tcPr>
            <w:tcW w:w="1478" w:type="dxa"/>
          </w:tcPr>
          <w:p w14:paraId="0AEA3D13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sz w:val="20"/>
                <w:szCs w:val="20"/>
              </w:rPr>
              <w:t>TCD of Pulp</w:t>
            </w:r>
          </w:p>
        </w:tc>
        <w:tc>
          <w:tcPr>
            <w:tcW w:w="1330" w:type="dxa"/>
          </w:tcPr>
          <w:p w14:paraId="0AEA3D14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eastAsia="CIDFont+F2" w:hAnsi="Times New Roman" w:cs="Times New Roman"/>
                <w:b/>
                <w:bCs/>
                <w:sz w:val="20"/>
                <w:szCs w:val="20"/>
                <w:lang w:val="en-US"/>
              </w:rPr>
              <w:t>Seed weight/ fruit (g)</w:t>
            </w:r>
          </w:p>
        </w:tc>
        <w:tc>
          <w:tcPr>
            <w:tcW w:w="1629" w:type="dxa"/>
          </w:tcPr>
          <w:p w14:paraId="0AEA3D15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eastAsia="CIDFont+F2" w:hAnsi="Times New Roman" w:cs="Times New Roman"/>
                <w:b/>
                <w:bCs/>
                <w:sz w:val="20"/>
                <w:szCs w:val="20"/>
                <w:lang w:val="en-US"/>
              </w:rPr>
              <w:t>Number of seeds/fruits</w:t>
            </w:r>
          </w:p>
        </w:tc>
        <w:tc>
          <w:tcPr>
            <w:tcW w:w="1330" w:type="dxa"/>
          </w:tcPr>
          <w:p w14:paraId="0AEA3D16" w14:textId="77777777" w:rsidR="003A1B86" w:rsidRPr="00A72067" w:rsidRDefault="003A1B86" w:rsidP="009C30B0">
            <w:pPr>
              <w:rPr>
                <w:rFonts w:ascii="Times New Roman" w:eastAsia="CIDFont+F2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72067">
              <w:rPr>
                <w:rFonts w:ascii="Times New Roman" w:eastAsia="CIDFont+F2" w:hAnsi="Times New Roman" w:cs="Times New Roman"/>
                <w:b/>
                <w:bCs/>
                <w:sz w:val="20"/>
                <w:szCs w:val="20"/>
                <w:lang w:val="en-US"/>
              </w:rPr>
              <w:t>Seed number/fruit weight</w:t>
            </w:r>
          </w:p>
        </w:tc>
        <w:tc>
          <w:tcPr>
            <w:tcW w:w="1331" w:type="dxa"/>
          </w:tcPr>
          <w:p w14:paraId="0AEA3D17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eastAsia="CIDFont+F2" w:hAnsi="Times New Roman" w:cs="Times New Roman"/>
                <w:b/>
                <w:bCs/>
                <w:sz w:val="20"/>
                <w:szCs w:val="20"/>
                <w:lang w:val="en-US"/>
              </w:rPr>
              <w:t>Seed length (mm)</w:t>
            </w:r>
          </w:p>
        </w:tc>
        <w:tc>
          <w:tcPr>
            <w:tcW w:w="1331" w:type="dxa"/>
          </w:tcPr>
          <w:p w14:paraId="0AEA3D18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eastAsia="CIDFont+F2" w:hAnsi="Times New Roman" w:cs="Times New Roman"/>
                <w:b/>
                <w:bCs/>
                <w:sz w:val="20"/>
                <w:szCs w:val="20"/>
                <w:lang w:val="en-US"/>
              </w:rPr>
              <w:t>Seed width (mm)</w:t>
            </w:r>
          </w:p>
        </w:tc>
        <w:tc>
          <w:tcPr>
            <w:tcW w:w="1392" w:type="dxa"/>
          </w:tcPr>
          <w:p w14:paraId="0AEA3D19" w14:textId="77777777" w:rsidR="003A1B86" w:rsidRPr="00A72067" w:rsidRDefault="009C30B0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IDFont+F2" w:hAnsi="Times New Roman" w:cs="Times New Roman"/>
                <w:b/>
                <w:bCs/>
                <w:sz w:val="20"/>
                <w:szCs w:val="20"/>
                <w:lang w:val="en-US"/>
              </w:rPr>
              <w:t>Seed hard</w:t>
            </w:r>
            <w:r w:rsidR="003A1B86" w:rsidRPr="00A72067">
              <w:rPr>
                <w:rFonts w:ascii="Times New Roman" w:eastAsia="CIDFont+F2" w:hAnsi="Times New Roman" w:cs="Times New Roman"/>
                <w:b/>
                <w:bCs/>
                <w:sz w:val="20"/>
                <w:szCs w:val="20"/>
                <w:lang w:val="en-US"/>
              </w:rPr>
              <w:t>ness (kg/cm</w:t>
            </w:r>
            <w:r w:rsidR="003A1B86" w:rsidRPr="00A72067">
              <w:rPr>
                <w:rFonts w:ascii="Times New Roman" w:eastAsia="CIDFont+F2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  <w:r w:rsidR="003A1B86" w:rsidRPr="00A72067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3A1B86" w:rsidRPr="00A72067" w14:paraId="0AEA3D2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1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1" w:type="dxa"/>
            <w:vAlign w:val="bottom"/>
          </w:tcPr>
          <w:p w14:paraId="0AEA3D1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Patillo</w:t>
            </w:r>
            <w:proofErr w:type="spellEnd"/>
          </w:p>
        </w:tc>
        <w:tc>
          <w:tcPr>
            <w:tcW w:w="1443" w:type="dxa"/>
            <w:vAlign w:val="bottom"/>
          </w:tcPr>
          <w:p w14:paraId="0AEA3D1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1.63 ± 0.02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g-j</w:t>
            </w:r>
          </w:p>
        </w:tc>
        <w:tc>
          <w:tcPr>
            <w:tcW w:w="1480" w:type="dxa"/>
            <w:vAlign w:val="bottom"/>
          </w:tcPr>
          <w:p w14:paraId="0AEA3D1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85.83 ± 1.26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478" w:type="dxa"/>
            <w:vAlign w:val="bottom"/>
          </w:tcPr>
          <w:p w14:paraId="0AEA3D1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71.22 ± 0.38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qr</w:t>
            </w:r>
          </w:p>
        </w:tc>
        <w:tc>
          <w:tcPr>
            <w:tcW w:w="1330" w:type="dxa"/>
            <w:vAlign w:val="bottom"/>
          </w:tcPr>
          <w:p w14:paraId="0AEA3D2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1.98 ± 0.25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k-q</w:t>
            </w:r>
          </w:p>
        </w:tc>
        <w:tc>
          <w:tcPr>
            <w:tcW w:w="1629" w:type="dxa"/>
            <w:vAlign w:val="bottom"/>
          </w:tcPr>
          <w:p w14:paraId="0AEA3D2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223.33 ± 23.54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o-r</w:t>
            </w:r>
          </w:p>
        </w:tc>
        <w:tc>
          <w:tcPr>
            <w:tcW w:w="1330" w:type="dxa"/>
            <w:vAlign w:val="bottom"/>
          </w:tcPr>
          <w:p w14:paraId="0AEA3D2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 ± 0.13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k-q</w:t>
            </w:r>
          </w:p>
        </w:tc>
        <w:tc>
          <w:tcPr>
            <w:tcW w:w="1331" w:type="dxa"/>
            <w:vAlign w:val="bottom"/>
          </w:tcPr>
          <w:p w14:paraId="0AEA3D2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3.49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e-j</w:t>
            </w:r>
          </w:p>
        </w:tc>
        <w:tc>
          <w:tcPr>
            <w:tcW w:w="1331" w:type="dxa"/>
            <w:vAlign w:val="bottom"/>
          </w:tcPr>
          <w:p w14:paraId="0AEA3D2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2.36 ± 0.1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op</w:t>
            </w:r>
          </w:p>
        </w:tc>
        <w:tc>
          <w:tcPr>
            <w:tcW w:w="1392" w:type="dxa"/>
            <w:vAlign w:val="bottom"/>
          </w:tcPr>
          <w:p w14:paraId="0AEA3D2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9.57 ± 0.12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h-j</w:t>
            </w:r>
          </w:p>
        </w:tc>
      </w:tr>
      <w:tr w:rsidR="003A1B86" w:rsidRPr="00A72067" w14:paraId="0AEA3D32" w14:textId="77777777" w:rsidTr="009C30B0">
        <w:trPr>
          <w:trHeight w:val="225"/>
        </w:trPr>
        <w:tc>
          <w:tcPr>
            <w:tcW w:w="591" w:type="dxa"/>
            <w:vAlign w:val="center"/>
          </w:tcPr>
          <w:p w14:paraId="0AEA3D2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vAlign w:val="bottom"/>
          </w:tcPr>
          <w:p w14:paraId="0AEA3D2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Khao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Niyom</w:t>
            </w:r>
            <w:proofErr w:type="spellEnd"/>
          </w:p>
        </w:tc>
        <w:tc>
          <w:tcPr>
            <w:tcW w:w="1443" w:type="dxa"/>
            <w:vAlign w:val="bottom"/>
          </w:tcPr>
          <w:p w14:paraId="0AEA3D2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1.69 ± 0.03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fg</w:t>
            </w:r>
          </w:p>
        </w:tc>
        <w:tc>
          <w:tcPr>
            <w:tcW w:w="1480" w:type="dxa"/>
            <w:vAlign w:val="bottom"/>
          </w:tcPr>
          <w:p w14:paraId="0AEA3D2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79.18 ± 0.35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i-l</w:t>
            </w:r>
          </w:p>
        </w:tc>
        <w:tc>
          <w:tcPr>
            <w:tcW w:w="1478" w:type="dxa"/>
            <w:vAlign w:val="bottom"/>
          </w:tcPr>
          <w:p w14:paraId="0AEA3D2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81.16 ± 0.42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hi</w:t>
            </w:r>
          </w:p>
        </w:tc>
        <w:tc>
          <w:tcPr>
            <w:tcW w:w="1330" w:type="dxa"/>
            <w:vAlign w:val="bottom"/>
          </w:tcPr>
          <w:p w14:paraId="0AEA3D2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2.44 ± 0.18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d-k</w:t>
            </w:r>
          </w:p>
        </w:tc>
        <w:tc>
          <w:tcPr>
            <w:tcW w:w="1629" w:type="dxa"/>
            <w:vAlign w:val="bottom"/>
          </w:tcPr>
          <w:p w14:paraId="0AEA3D2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366.33 ± 16.91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c-h</w:t>
            </w:r>
          </w:p>
        </w:tc>
        <w:tc>
          <w:tcPr>
            <w:tcW w:w="1330" w:type="dxa"/>
            <w:vAlign w:val="bottom"/>
          </w:tcPr>
          <w:p w14:paraId="0AEA3D2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 ± 0.09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k-p</w:t>
            </w:r>
          </w:p>
        </w:tc>
        <w:tc>
          <w:tcPr>
            <w:tcW w:w="1331" w:type="dxa"/>
            <w:vAlign w:val="bottom"/>
          </w:tcPr>
          <w:p w14:paraId="0AEA3D2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3.49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e-j</w:t>
            </w:r>
          </w:p>
        </w:tc>
        <w:tc>
          <w:tcPr>
            <w:tcW w:w="1331" w:type="dxa"/>
            <w:vAlign w:val="bottom"/>
          </w:tcPr>
          <w:p w14:paraId="0AEA3D3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2.65 ± 0.15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j-p</w:t>
            </w:r>
          </w:p>
        </w:tc>
        <w:tc>
          <w:tcPr>
            <w:tcW w:w="1392" w:type="dxa"/>
            <w:vAlign w:val="bottom"/>
          </w:tcPr>
          <w:p w14:paraId="0AEA3D3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10.59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</w:p>
        </w:tc>
      </w:tr>
      <w:tr w:rsidR="003A1B86" w:rsidRPr="00A72067" w14:paraId="0AEA3D3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3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1" w:type="dxa"/>
            <w:vAlign w:val="bottom"/>
          </w:tcPr>
          <w:p w14:paraId="0AEA3D3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S. 157</w:t>
            </w:r>
          </w:p>
        </w:tc>
        <w:tc>
          <w:tcPr>
            <w:tcW w:w="1443" w:type="dxa"/>
            <w:vAlign w:val="bottom"/>
          </w:tcPr>
          <w:p w14:paraId="0AEA3D3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g-k</w:t>
            </w:r>
          </w:p>
        </w:tc>
        <w:tc>
          <w:tcPr>
            <w:tcW w:w="1480" w:type="dxa"/>
            <w:vAlign w:val="bottom"/>
          </w:tcPr>
          <w:p w14:paraId="0AEA3D3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88.28 ± 0.48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78" w:type="dxa"/>
            <w:vAlign w:val="bottom"/>
          </w:tcPr>
          <w:p w14:paraId="0AEA3D3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82.2 ± 0.28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f-h</w:t>
            </w:r>
          </w:p>
        </w:tc>
        <w:tc>
          <w:tcPr>
            <w:tcW w:w="1330" w:type="dxa"/>
            <w:vAlign w:val="bottom"/>
          </w:tcPr>
          <w:p w14:paraId="0AEA3D3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2.05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k-q</w:t>
            </w:r>
          </w:p>
        </w:tc>
        <w:tc>
          <w:tcPr>
            <w:tcW w:w="1629" w:type="dxa"/>
            <w:vAlign w:val="bottom"/>
          </w:tcPr>
          <w:p w14:paraId="0AEA3D3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287.33 ± 10.14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i-n</w:t>
            </w:r>
          </w:p>
        </w:tc>
        <w:tc>
          <w:tcPr>
            <w:tcW w:w="1330" w:type="dxa"/>
            <w:vAlign w:val="bottom"/>
          </w:tcPr>
          <w:p w14:paraId="0AEA3D3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 ± 0.04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g-k</w:t>
            </w:r>
          </w:p>
        </w:tc>
        <w:tc>
          <w:tcPr>
            <w:tcW w:w="1331" w:type="dxa"/>
            <w:vAlign w:val="bottom"/>
          </w:tcPr>
          <w:p w14:paraId="0AEA3D3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5.91 ± 1.93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1" w:type="dxa"/>
            <w:vAlign w:val="bottom"/>
          </w:tcPr>
          <w:p w14:paraId="0AEA3D3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2.82 ± 0.1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g-n</w:t>
            </w:r>
          </w:p>
        </w:tc>
        <w:tc>
          <w:tcPr>
            <w:tcW w:w="1392" w:type="dxa"/>
            <w:vAlign w:val="bottom"/>
          </w:tcPr>
          <w:p w14:paraId="0AEA3D3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9.89 ± 0.3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</w:t>
            </w:r>
          </w:p>
        </w:tc>
      </w:tr>
      <w:tr w:rsidR="003A1B86" w:rsidRPr="00A72067" w14:paraId="0AEA3D4A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3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61" w:type="dxa"/>
            <w:vAlign w:val="bottom"/>
          </w:tcPr>
          <w:p w14:paraId="0AEA3D4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S. HPSI41</w:t>
            </w:r>
          </w:p>
        </w:tc>
        <w:tc>
          <w:tcPr>
            <w:tcW w:w="1443" w:type="dxa"/>
            <w:vAlign w:val="bottom"/>
          </w:tcPr>
          <w:p w14:paraId="0AEA3D4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1.68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gh</w:t>
            </w:r>
          </w:p>
        </w:tc>
        <w:tc>
          <w:tcPr>
            <w:tcW w:w="1480" w:type="dxa"/>
            <w:vAlign w:val="bottom"/>
          </w:tcPr>
          <w:p w14:paraId="0AEA3D4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75.87 ± 0.61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j-n</w:t>
            </w:r>
          </w:p>
        </w:tc>
        <w:tc>
          <w:tcPr>
            <w:tcW w:w="1478" w:type="dxa"/>
            <w:vAlign w:val="bottom"/>
          </w:tcPr>
          <w:p w14:paraId="0AEA3D4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84.39 ± 0.37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a-c</w:t>
            </w:r>
          </w:p>
        </w:tc>
        <w:tc>
          <w:tcPr>
            <w:tcW w:w="1330" w:type="dxa"/>
            <w:vAlign w:val="bottom"/>
          </w:tcPr>
          <w:p w14:paraId="0AEA3D4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0.33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x</w:t>
            </w:r>
          </w:p>
        </w:tc>
        <w:tc>
          <w:tcPr>
            <w:tcW w:w="1629" w:type="dxa"/>
            <w:vAlign w:val="bottom"/>
          </w:tcPr>
          <w:p w14:paraId="0AEA3D4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80 ± 20.65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wx</w:t>
            </w:r>
          </w:p>
        </w:tc>
        <w:tc>
          <w:tcPr>
            <w:tcW w:w="1330" w:type="dxa"/>
            <w:vAlign w:val="bottom"/>
          </w:tcPr>
          <w:p w14:paraId="0AEA3D4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 ± 0.1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tu</w:t>
            </w:r>
          </w:p>
        </w:tc>
        <w:tc>
          <w:tcPr>
            <w:tcW w:w="1331" w:type="dxa"/>
            <w:vAlign w:val="bottom"/>
          </w:tcPr>
          <w:p w14:paraId="0AEA3D4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3.86 ± 0.12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D4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3.6 ± 0.68b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</w:p>
        </w:tc>
        <w:tc>
          <w:tcPr>
            <w:tcW w:w="1392" w:type="dxa"/>
            <w:vAlign w:val="bottom"/>
          </w:tcPr>
          <w:p w14:paraId="0AEA3D4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11.55 ± 0.12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</w:p>
        </w:tc>
      </w:tr>
      <w:tr w:rsidR="003A1B86" w:rsidRPr="00A72067" w14:paraId="0AEA3D5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4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61" w:type="dxa"/>
            <w:vAlign w:val="bottom"/>
          </w:tcPr>
          <w:p w14:paraId="0AEA3D4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S. Golden</w:t>
            </w:r>
          </w:p>
        </w:tc>
        <w:tc>
          <w:tcPr>
            <w:tcW w:w="1443" w:type="dxa"/>
            <w:vAlign w:val="bottom"/>
          </w:tcPr>
          <w:p w14:paraId="0AEA3D4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 ± 0.02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p-u</w:t>
            </w:r>
          </w:p>
        </w:tc>
        <w:tc>
          <w:tcPr>
            <w:tcW w:w="1480" w:type="dxa"/>
            <w:vAlign w:val="bottom"/>
          </w:tcPr>
          <w:p w14:paraId="0AEA3D4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69.67 ± 0.33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o-q</w:t>
            </w:r>
          </w:p>
        </w:tc>
        <w:tc>
          <w:tcPr>
            <w:tcW w:w="1478" w:type="dxa"/>
            <w:vAlign w:val="bottom"/>
          </w:tcPr>
          <w:p w14:paraId="0AEA3D4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84.34 ± 0.39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a-c</w:t>
            </w:r>
          </w:p>
        </w:tc>
        <w:tc>
          <w:tcPr>
            <w:tcW w:w="1330" w:type="dxa"/>
            <w:vAlign w:val="bottom"/>
          </w:tcPr>
          <w:p w14:paraId="0AEA3D5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2.64 ± 0.12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d-j</w:t>
            </w:r>
          </w:p>
        </w:tc>
        <w:tc>
          <w:tcPr>
            <w:tcW w:w="1629" w:type="dxa"/>
            <w:vAlign w:val="bottom"/>
          </w:tcPr>
          <w:p w14:paraId="0AEA3D5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459.67 ± 31.39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0" w:type="dxa"/>
            <w:vAlign w:val="bottom"/>
          </w:tcPr>
          <w:p w14:paraId="0AEA3D5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3.67 ± 0.28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31" w:type="dxa"/>
            <w:vAlign w:val="bottom"/>
          </w:tcPr>
          <w:p w14:paraId="0AEA3D5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3.35 ± 0.15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g-j</w:t>
            </w:r>
          </w:p>
        </w:tc>
        <w:tc>
          <w:tcPr>
            <w:tcW w:w="1331" w:type="dxa"/>
            <w:vAlign w:val="bottom"/>
          </w:tcPr>
          <w:p w14:paraId="0AEA3D5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2.34 ± 0.18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</w:t>
            </w:r>
          </w:p>
        </w:tc>
        <w:tc>
          <w:tcPr>
            <w:tcW w:w="1392" w:type="dxa"/>
            <w:vAlign w:val="bottom"/>
          </w:tcPr>
          <w:p w14:paraId="0AEA3D5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10.66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</w:p>
        </w:tc>
      </w:tr>
      <w:tr w:rsidR="003A1B86" w:rsidRPr="00A72067" w14:paraId="0AEA3D6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5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61" w:type="dxa"/>
            <w:vAlign w:val="bottom"/>
          </w:tcPr>
          <w:p w14:paraId="0AEA3D5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S. Kona 1</w:t>
            </w:r>
          </w:p>
        </w:tc>
        <w:tc>
          <w:tcPr>
            <w:tcW w:w="1443" w:type="dxa"/>
            <w:vAlign w:val="bottom"/>
          </w:tcPr>
          <w:p w14:paraId="0AEA3D5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1.69 ± 0.03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fg</w:t>
            </w:r>
          </w:p>
        </w:tc>
        <w:tc>
          <w:tcPr>
            <w:tcW w:w="1480" w:type="dxa"/>
            <w:vAlign w:val="bottom"/>
          </w:tcPr>
          <w:p w14:paraId="0AEA3D5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68.06 ± 0.87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pq</w:t>
            </w:r>
          </w:p>
        </w:tc>
        <w:tc>
          <w:tcPr>
            <w:tcW w:w="1478" w:type="dxa"/>
            <w:vAlign w:val="bottom"/>
          </w:tcPr>
          <w:p w14:paraId="0AEA3D5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71.83 ± 0.5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p-r</w:t>
            </w:r>
          </w:p>
        </w:tc>
        <w:tc>
          <w:tcPr>
            <w:tcW w:w="1330" w:type="dxa"/>
            <w:vAlign w:val="bottom"/>
          </w:tcPr>
          <w:p w14:paraId="0AEA3D5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3.28 ± 0.27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629" w:type="dxa"/>
            <w:vAlign w:val="bottom"/>
          </w:tcPr>
          <w:p w14:paraId="0AEA3D5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322.33 ± 28.84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f-l</w:t>
            </w:r>
          </w:p>
        </w:tc>
        <w:tc>
          <w:tcPr>
            <w:tcW w:w="1330" w:type="dxa"/>
            <w:vAlign w:val="bottom"/>
          </w:tcPr>
          <w:p w14:paraId="0AEA3D5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 ± 0.21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g-l</w:t>
            </w:r>
          </w:p>
        </w:tc>
        <w:tc>
          <w:tcPr>
            <w:tcW w:w="1331" w:type="dxa"/>
            <w:vAlign w:val="bottom"/>
          </w:tcPr>
          <w:p w14:paraId="0AEA3D5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3.41 ± 0.12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g-j</w:t>
            </w:r>
          </w:p>
        </w:tc>
        <w:tc>
          <w:tcPr>
            <w:tcW w:w="1331" w:type="dxa"/>
            <w:vAlign w:val="bottom"/>
          </w:tcPr>
          <w:p w14:paraId="0AEA3D6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2.75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i-p</w:t>
            </w:r>
          </w:p>
        </w:tc>
        <w:tc>
          <w:tcPr>
            <w:tcW w:w="1392" w:type="dxa"/>
            <w:vAlign w:val="bottom"/>
          </w:tcPr>
          <w:p w14:paraId="0AEA3D6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9.37 ± 0.13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</w:t>
            </w:r>
          </w:p>
        </w:tc>
      </w:tr>
      <w:tr w:rsidR="003A1B86" w:rsidRPr="00A72067" w14:paraId="0AEA3D6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6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61" w:type="dxa"/>
            <w:vAlign w:val="bottom"/>
          </w:tcPr>
          <w:p w14:paraId="0AEA3D6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Waiakea</w:t>
            </w:r>
            <w:proofErr w:type="spellEnd"/>
          </w:p>
        </w:tc>
        <w:tc>
          <w:tcPr>
            <w:tcW w:w="1443" w:type="dxa"/>
            <w:vAlign w:val="bottom"/>
          </w:tcPr>
          <w:p w14:paraId="0AEA3D6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2.25 ± 0.03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80" w:type="dxa"/>
            <w:vAlign w:val="bottom"/>
          </w:tcPr>
          <w:p w14:paraId="0AEA3D6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85.14 ± 0.44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a-e</w:t>
            </w:r>
          </w:p>
        </w:tc>
        <w:tc>
          <w:tcPr>
            <w:tcW w:w="1478" w:type="dxa"/>
            <w:vAlign w:val="bottom"/>
          </w:tcPr>
          <w:p w14:paraId="0AEA3D6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72.35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o-q</w:t>
            </w:r>
          </w:p>
        </w:tc>
        <w:tc>
          <w:tcPr>
            <w:tcW w:w="1330" w:type="dxa"/>
            <w:vAlign w:val="bottom"/>
          </w:tcPr>
          <w:p w14:paraId="0AEA3D6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3.46 ± 0.27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29" w:type="dxa"/>
            <w:vAlign w:val="bottom"/>
          </w:tcPr>
          <w:p w14:paraId="0AEA3D6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321.33 ± 15.93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g-l</w:t>
            </w:r>
          </w:p>
        </w:tc>
        <w:tc>
          <w:tcPr>
            <w:tcW w:w="1330" w:type="dxa"/>
            <w:vAlign w:val="bottom"/>
          </w:tcPr>
          <w:p w14:paraId="0AEA3D6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 ± 0.08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l-s</w:t>
            </w:r>
          </w:p>
        </w:tc>
        <w:tc>
          <w:tcPr>
            <w:tcW w:w="1331" w:type="dxa"/>
            <w:vAlign w:val="bottom"/>
          </w:tcPr>
          <w:p w14:paraId="0AEA3D6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3.71 ± 0.29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D6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3.26 ± 0.26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c-f</w:t>
            </w:r>
          </w:p>
        </w:tc>
        <w:tc>
          <w:tcPr>
            <w:tcW w:w="1392" w:type="dxa"/>
            <w:vAlign w:val="bottom"/>
          </w:tcPr>
          <w:p w14:paraId="0AEA3D6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13.44 ± 0.1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3A1B86" w:rsidRPr="00A72067" w14:paraId="0AEA3D7A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6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61" w:type="dxa"/>
            <w:vAlign w:val="bottom"/>
          </w:tcPr>
          <w:p w14:paraId="0AEA3D7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14</w:t>
            </w:r>
          </w:p>
        </w:tc>
        <w:tc>
          <w:tcPr>
            <w:tcW w:w="1443" w:type="dxa"/>
            <w:vAlign w:val="bottom"/>
          </w:tcPr>
          <w:p w14:paraId="0AEA3D7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1.49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k-p</w:t>
            </w:r>
          </w:p>
        </w:tc>
        <w:tc>
          <w:tcPr>
            <w:tcW w:w="1480" w:type="dxa"/>
            <w:vAlign w:val="bottom"/>
          </w:tcPr>
          <w:p w14:paraId="0AEA3D7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87.07 ± 0.6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478" w:type="dxa"/>
            <w:vAlign w:val="bottom"/>
          </w:tcPr>
          <w:p w14:paraId="0AEA3D7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71.71 ± 0.45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p-r</w:t>
            </w:r>
          </w:p>
        </w:tc>
        <w:tc>
          <w:tcPr>
            <w:tcW w:w="1330" w:type="dxa"/>
            <w:vAlign w:val="bottom"/>
          </w:tcPr>
          <w:p w14:paraId="0AEA3D7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2.92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b-e</w:t>
            </w:r>
          </w:p>
        </w:tc>
        <w:tc>
          <w:tcPr>
            <w:tcW w:w="1629" w:type="dxa"/>
            <w:vAlign w:val="bottom"/>
          </w:tcPr>
          <w:p w14:paraId="0AEA3D7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343.67 ± 2.03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d-i</w:t>
            </w:r>
          </w:p>
        </w:tc>
        <w:tc>
          <w:tcPr>
            <w:tcW w:w="1330" w:type="dxa"/>
            <w:vAlign w:val="bottom"/>
          </w:tcPr>
          <w:p w14:paraId="0AEA3D7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 ± 0.15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f-k</w:t>
            </w:r>
          </w:p>
        </w:tc>
        <w:tc>
          <w:tcPr>
            <w:tcW w:w="1331" w:type="dxa"/>
            <w:vAlign w:val="bottom"/>
          </w:tcPr>
          <w:p w14:paraId="0AEA3D7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4.01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b-i</w:t>
            </w:r>
          </w:p>
        </w:tc>
        <w:tc>
          <w:tcPr>
            <w:tcW w:w="1331" w:type="dxa"/>
            <w:vAlign w:val="bottom"/>
          </w:tcPr>
          <w:p w14:paraId="0AEA3D7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2.32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</w:t>
            </w:r>
          </w:p>
        </w:tc>
        <w:tc>
          <w:tcPr>
            <w:tcW w:w="1392" w:type="dxa"/>
            <w:vAlign w:val="bottom"/>
          </w:tcPr>
          <w:p w14:paraId="0AEA3D7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9.75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h-j</w:t>
            </w:r>
          </w:p>
        </w:tc>
      </w:tr>
      <w:tr w:rsidR="003A1B86" w:rsidRPr="00A72067" w14:paraId="0AEA3D8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7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61" w:type="dxa"/>
            <w:vAlign w:val="bottom"/>
          </w:tcPr>
          <w:p w14:paraId="0AEA3D7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S. Fan Retief</w:t>
            </w:r>
          </w:p>
        </w:tc>
        <w:tc>
          <w:tcPr>
            <w:tcW w:w="1443" w:type="dxa"/>
            <w:vAlign w:val="bottom"/>
          </w:tcPr>
          <w:p w14:paraId="0AEA3D7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1.58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g-l</w:t>
            </w:r>
          </w:p>
        </w:tc>
        <w:tc>
          <w:tcPr>
            <w:tcW w:w="1480" w:type="dxa"/>
            <w:vAlign w:val="bottom"/>
          </w:tcPr>
          <w:p w14:paraId="0AEA3D7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83.34 ± 0.59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d-g</w:t>
            </w:r>
          </w:p>
        </w:tc>
        <w:tc>
          <w:tcPr>
            <w:tcW w:w="1478" w:type="dxa"/>
            <w:vAlign w:val="bottom"/>
          </w:tcPr>
          <w:p w14:paraId="0AEA3D7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79.05 ± 0.25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kl</w:t>
            </w:r>
          </w:p>
        </w:tc>
        <w:tc>
          <w:tcPr>
            <w:tcW w:w="1330" w:type="dxa"/>
            <w:vAlign w:val="bottom"/>
          </w:tcPr>
          <w:p w14:paraId="0AEA3D8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4.1 ± 0.31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29" w:type="dxa"/>
            <w:vAlign w:val="bottom"/>
          </w:tcPr>
          <w:p w14:paraId="0AEA3D8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432 ± 21.17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30" w:type="dxa"/>
            <w:vAlign w:val="bottom"/>
          </w:tcPr>
          <w:p w14:paraId="0AEA3D8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 ± 0.14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g-k</w:t>
            </w:r>
          </w:p>
        </w:tc>
        <w:tc>
          <w:tcPr>
            <w:tcW w:w="1331" w:type="dxa"/>
            <w:vAlign w:val="bottom"/>
          </w:tcPr>
          <w:p w14:paraId="0AEA3D8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3.41 ± 0.17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g-j</w:t>
            </w:r>
          </w:p>
        </w:tc>
        <w:tc>
          <w:tcPr>
            <w:tcW w:w="1331" w:type="dxa"/>
            <w:vAlign w:val="bottom"/>
          </w:tcPr>
          <w:p w14:paraId="0AEA3D8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3.07 ± 0.19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e-j</w:t>
            </w:r>
          </w:p>
        </w:tc>
        <w:tc>
          <w:tcPr>
            <w:tcW w:w="1392" w:type="dxa"/>
            <w:vAlign w:val="bottom"/>
          </w:tcPr>
          <w:p w14:paraId="0AEA3D8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10.44 ± 0.15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</w:p>
        </w:tc>
      </w:tr>
      <w:tr w:rsidR="003A1B86" w:rsidRPr="00A72067" w14:paraId="0AEA3D9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8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61" w:type="dxa"/>
            <w:vAlign w:val="bottom"/>
          </w:tcPr>
          <w:p w14:paraId="0AEA3D8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Ka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Hua Kula</w:t>
            </w:r>
          </w:p>
        </w:tc>
        <w:tc>
          <w:tcPr>
            <w:tcW w:w="1443" w:type="dxa"/>
            <w:vAlign w:val="bottom"/>
          </w:tcPr>
          <w:p w14:paraId="0AEA3D8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0.97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x</w:t>
            </w:r>
          </w:p>
        </w:tc>
        <w:tc>
          <w:tcPr>
            <w:tcW w:w="1480" w:type="dxa"/>
            <w:vAlign w:val="bottom"/>
          </w:tcPr>
          <w:p w14:paraId="0AEA3D8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75.91 ± 0.73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j-n</w:t>
            </w:r>
          </w:p>
        </w:tc>
        <w:tc>
          <w:tcPr>
            <w:tcW w:w="1478" w:type="dxa"/>
            <w:vAlign w:val="bottom"/>
          </w:tcPr>
          <w:p w14:paraId="0AEA3D8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70.86 ± 0.71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330" w:type="dxa"/>
            <w:vAlign w:val="bottom"/>
          </w:tcPr>
          <w:p w14:paraId="0AEA3D8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1.73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n-r</w:t>
            </w:r>
          </w:p>
        </w:tc>
        <w:tc>
          <w:tcPr>
            <w:tcW w:w="1629" w:type="dxa"/>
            <w:vAlign w:val="bottom"/>
          </w:tcPr>
          <w:p w14:paraId="0AEA3D8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266.67 ± 9.33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l-q</w:t>
            </w:r>
          </w:p>
        </w:tc>
        <w:tc>
          <w:tcPr>
            <w:tcW w:w="1330" w:type="dxa"/>
            <w:vAlign w:val="bottom"/>
          </w:tcPr>
          <w:p w14:paraId="0AEA3D8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 ± 0.07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f-k</w:t>
            </w:r>
          </w:p>
        </w:tc>
        <w:tc>
          <w:tcPr>
            <w:tcW w:w="1331" w:type="dxa"/>
            <w:vAlign w:val="bottom"/>
          </w:tcPr>
          <w:p w14:paraId="0AEA3D8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3.43 ± 0.13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f-j</w:t>
            </w:r>
          </w:p>
        </w:tc>
        <w:tc>
          <w:tcPr>
            <w:tcW w:w="1331" w:type="dxa"/>
            <w:vAlign w:val="bottom"/>
          </w:tcPr>
          <w:p w14:paraId="0AEA3D9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2.38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op</w:t>
            </w:r>
          </w:p>
        </w:tc>
        <w:tc>
          <w:tcPr>
            <w:tcW w:w="1392" w:type="dxa"/>
            <w:vAlign w:val="bottom"/>
          </w:tcPr>
          <w:p w14:paraId="0AEA3D9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12.38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3A1B86" w:rsidRPr="00A72067" w14:paraId="0AEA3D9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9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61" w:type="dxa"/>
            <w:vAlign w:val="bottom"/>
          </w:tcPr>
          <w:p w14:paraId="0AEA3D9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S. Beaumont</w:t>
            </w:r>
          </w:p>
        </w:tc>
        <w:tc>
          <w:tcPr>
            <w:tcW w:w="1443" w:type="dxa"/>
            <w:vAlign w:val="bottom"/>
          </w:tcPr>
          <w:p w14:paraId="0AEA3D9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1.43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m-s</w:t>
            </w:r>
          </w:p>
        </w:tc>
        <w:tc>
          <w:tcPr>
            <w:tcW w:w="1480" w:type="dxa"/>
            <w:vAlign w:val="bottom"/>
          </w:tcPr>
          <w:p w14:paraId="0AEA3D9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72.37 ± 2.55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m-o</w:t>
            </w:r>
          </w:p>
        </w:tc>
        <w:tc>
          <w:tcPr>
            <w:tcW w:w="1478" w:type="dxa"/>
            <w:vAlign w:val="bottom"/>
          </w:tcPr>
          <w:p w14:paraId="0AEA3D9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71.44 ± 0.62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p-r</w:t>
            </w:r>
          </w:p>
        </w:tc>
        <w:tc>
          <w:tcPr>
            <w:tcW w:w="1330" w:type="dxa"/>
            <w:vAlign w:val="bottom"/>
          </w:tcPr>
          <w:p w14:paraId="0AEA3D9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1.53 ± 0.1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p-t</w:t>
            </w:r>
          </w:p>
        </w:tc>
        <w:tc>
          <w:tcPr>
            <w:tcW w:w="1629" w:type="dxa"/>
            <w:vAlign w:val="bottom"/>
          </w:tcPr>
          <w:p w14:paraId="0AEA3D9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320 ± 43.43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g-l</w:t>
            </w:r>
          </w:p>
        </w:tc>
        <w:tc>
          <w:tcPr>
            <w:tcW w:w="1330" w:type="dxa"/>
            <w:vAlign w:val="bottom"/>
          </w:tcPr>
          <w:p w14:paraId="0AEA3D9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2.64 ± 0.27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d-h</w:t>
            </w:r>
          </w:p>
        </w:tc>
        <w:tc>
          <w:tcPr>
            <w:tcW w:w="1331" w:type="dxa"/>
            <w:vAlign w:val="bottom"/>
          </w:tcPr>
          <w:p w14:paraId="0AEA3D9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3.67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D9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2.5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n-p</w:t>
            </w:r>
          </w:p>
        </w:tc>
        <w:tc>
          <w:tcPr>
            <w:tcW w:w="1392" w:type="dxa"/>
            <w:vAlign w:val="bottom"/>
          </w:tcPr>
          <w:p w14:paraId="0AEA3D9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12.54 ± 0.17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3A1B86" w:rsidRPr="00A72067" w14:paraId="0AEA3DAA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9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61" w:type="dxa"/>
            <w:vAlign w:val="bottom"/>
          </w:tcPr>
          <w:p w14:paraId="0AEA3DA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Poamoho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Pink</w:t>
            </w:r>
          </w:p>
        </w:tc>
        <w:tc>
          <w:tcPr>
            <w:tcW w:w="1443" w:type="dxa"/>
            <w:vAlign w:val="bottom"/>
          </w:tcPr>
          <w:p w14:paraId="0AEA3DA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1.45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l-r</w:t>
            </w:r>
          </w:p>
        </w:tc>
        <w:tc>
          <w:tcPr>
            <w:tcW w:w="1480" w:type="dxa"/>
            <w:vAlign w:val="bottom"/>
          </w:tcPr>
          <w:p w14:paraId="0AEA3DA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85.19 ± 1.08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a-e</w:t>
            </w:r>
          </w:p>
        </w:tc>
        <w:tc>
          <w:tcPr>
            <w:tcW w:w="1478" w:type="dxa"/>
            <w:vAlign w:val="bottom"/>
          </w:tcPr>
          <w:p w14:paraId="0AEA3DA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66.14 ± 0.43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330" w:type="dxa"/>
            <w:vAlign w:val="bottom"/>
          </w:tcPr>
          <w:p w14:paraId="0AEA3DA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2.49 ± 0.26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d-k</w:t>
            </w:r>
          </w:p>
        </w:tc>
        <w:tc>
          <w:tcPr>
            <w:tcW w:w="1629" w:type="dxa"/>
            <w:vAlign w:val="bottom"/>
          </w:tcPr>
          <w:p w14:paraId="0AEA3DA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463.33 ± 6.49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0" w:type="dxa"/>
            <w:vAlign w:val="bottom"/>
          </w:tcPr>
          <w:p w14:paraId="0AEA3DA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 ± 0.14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331" w:type="dxa"/>
            <w:vAlign w:val="bottom"/>
          </w:tcPr>
          <w:p w14:paraId="0AEA3DA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3.73 ± 0.16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DA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2.74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i-p</w:t>
            </w:r>
          </w:p>
        </w:tc>
        <w:tc>
          <w:tcPr>
            <w:tcW w:w="1392" w:type="dxa"/>
            <w:vAlign w:val="bottom"/>
          </w:tcPr>
          <w:p w14:paraId="0AEA3DA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6.26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</w:t>
            </w:r>
          </w:p>
        </w:tc>
      </w:tr>
      <w:tr w:rsidR="003A1B86" w:rsidRPr="00A72067" w14:paraId="0AEA3DB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A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61" w:type="dxa"/>
            <w:vAlign w:val="bottom"/>
          </w:tcPr>
          <w:p w14:paraId="0AEA3DA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4</w:t>
            </w:r>
          </w:p>
        </w:tc>
        <w:tc>
          <w:tcPr>
            <w:tcW w:w="1443" w:type="dxa"/>
            <w:vAlign w:val="bottom"/>
          </w:tcPr>
          <w:p w14:paraId="0AEA3DA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1.3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s-v</w:t>
            </w:r>
          </w:p>
        </w:tc>
        <w:tc>
          <w:tcPr>
            <w:tcW w:w="1480" w:type="dxa"/>
            <w:vAlign w:val="bottom"/>
          </w:tcPr>
          <w:p w14:paraId="0AEA3DA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85.21 ± 0.3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a-e</w:t>
            </w:r>
          </w:p>
        </w:tc>
        <w:tc>
          <w:tcPr>
            <w:tcW w:w="1478" w:type="dxa"/>
            <w:vAlign w:val="bottom"/>
          </w:tcPr>
          <w:p w14:paraId="0AEA3DA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66.51 ± 0.45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330" w:type="dxa"/>
            <w:vAlign w:val="bottom"/>
          </w:tcPr>
          <w:p w14:paraId="0AEA3DB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2.32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f-m</w:t>
            </w:r>
          </w:p>
        </w:tc>
        <w:tc>
          <w:tcPr>
            <w:tcW w:w="1629" w:type="dxa"/>
            <w:vAlign w:val="bottom"/>
          </w:tcPr>
          <w:p w14:paraId="0AEA3DB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195.67 ± 13.45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r-t</w:t>
            </w:r>
          </w:p>
        </w:tc>
        <w:tc>
          <w:tcPr>
            <w:tcW w:w="1330" w:type="dxa"/>
            <w:vAlign w:val="bottom"/>
          </w:tcPr>
          <w:p w14:paraId="0AEA3DB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 ± 0.06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q-u</w:t>
            </w:r>
          </w:p>
        </w:tc>
        <w:tc>
          <w:tcPr>
            <w:tcW w:w="1331" w:type="dxa"/>
            <w:vAlign w:val="bottom"/>
          </w:tcPr>
          <w:p w14:paraId="0AEA3DB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3.71 ± 0.33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DB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3.21 ± 0.03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c-h</w:t>
            </w:r>
          </w:p>
        </w:tc>
        <w:tc>
          <w:tcPr>
            <w:tcW w:w="1392" w:type="dxa"/>
            <w:vAlign w:val="bottom"/>
          </w:tcPr>
          <w:p w14:paraId="0AEA3DB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13.54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3A1B86" w:rsidRPr="00A72067" w14:paraId="0AEA3DC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B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61" w:type="dxa"/>
            <w:vAlign w:val="bottom"/>
          </w:tcPr>
          <w:p w14:paraId="0AEA3DB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S. N90-53</w:t>
            </w:r>
          </w:p>
        </w:tc>
        <w:tc>
          <w:tcPr>
            <w:tcW w:w="1443" w:type="dxa"/>
            <w:vAlign w:val="bottom"/>
          </w:tcPr>
          <w:p w14:paraId="0AEA3DB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1.95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c-e</w:t>
            </w:r>
          </w:p>
        </w:tc>
        <w:tc>
          <w:tcPr>
            <w:tcW w:w="1480" w:type="dxa"/>
            <w:vAlign w:val="bottom"/>
          </w:tcPr>
          <w:p w14:paraId="0AEA3DB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79.49 ± 0.78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g-j</w:t>
            </w:r>
          </w:p>
        </w:tc>
        <w:tc>
          <w:tcPr>
            <w:tcW w:w="1478" w:type="dxa"/>
            <w:vAlign w:val="bottom"/>
          </w:tcPr>
          <w:p w14:paraId="0AEA3DB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78.67 ± 0.34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kl</w:t>
            </w:r>
          </w:p>
        </w:tc>
        <w:tc>
          <w:tcPr>
            <w:tcW w:w="1330" w:type="dxa"/>
            <w:vAlign w:val="bottom"/>
          </w:tcPr>
          <w:p w14:paraId="0AEA3DB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1.82 ± 0.25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l-r</w:t>
            </w:r>
          </w:p>
        </w:tc>
        <w:tc>
          <w:tcPr>
            <w:tcW w:w="1629" w:type="dxa"/>
            <w:vAlign w:val="bottom"/>
          </w:tcPr>
          <w:p w14:paraId="0AEA3DB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155 ± 13.65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s-u</w:t>
            </w:r>
          </w:p>
        </w:tc>
        <w:tc>
          <w:tcPr>
            <w:tcW w:w="1330" w:type="dxa"/>
            <w:vAlign w:val="bottom"/>
          </w:tcPr>
          <w:p w14:paraId="0AEA3DB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 ± 0.03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u</w:t>
            </w:r>
          </w:p>
        </w:tc>
        <w:tc>
          <w:tcPr>
            <w:tcW w:w="1331" w:type="dxa"/>
            <w:vAlign w:val="bottom"/>
          </w:tcPr>
          <w:p w14:paraId="0AEA3DB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4.39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b-d</w:t>
            </w:r>
          </w:p>
        </w:tc>
        <w:tc>
          <w:tcPr>
            <w:tcW w:w="1331" w:type="dxa"/>
            <w:vAlign w:val="bottom"/>
          </w:tcPr>
          <w:p w14:paraId="0AEA3DC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3.52 ± 0.03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392" w:type="dxa"/>
            <w:vAlign w:val="bottom"/>
          </w:tcPr>
          <w:p w14:paraId="0AEA3DC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13.31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3A1B86" w:rsidRPr="00A72067" w14:paraId="0AEA3DC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C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61" w:type="dxa"/>
            <w:vAlign w:val="bottom"/>
          </w:tcPr>
          <w:p w14:paraId="0AEA3DC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Klom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Toonklao</w:t>
            </w:r>
            <w:proofErr w:type="spellEnd"/>
          </w:p>
        </w:tc>
        <w:tc>
          <w:tcPr>
            <w:tcW w:w="1443" w:type="dxa"/>
            <w:vAlign w:val="bottom"/>
          </w:tcPr>
          <w:p w14:paraId="0AEA3DC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l-q</w:t>
            </w:r>
          </w:p>
        </w:tc>
        <w:tc>
          <w:tcPr>
            <w:tcW w:w="1480" w:type="dxa"/>
            <w:vAlign w:val="bottom"/>
          </w:tcPr>
          <w:p w14:paraId="0AEA3DC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75.36 ± 1.1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k-n</w:t>
            </w:r>
          </w:p>
        </w:tc>
        <w:tc>
          <w:tcPr>
            <w:tcW w:w="1478" w:type="dxa"/>
            <w:vAlign w:val="bottom"/>
          </w:tcPr>
          <w:p w14:paraId="0AEA3DC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72.09 ± 0.43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o-q</w:t>
            </w:r>
          </w:p>
        </w:tc>
        <w:tc>
          <w:tcPr>
            <w:tcW w:w="1330" w:type="dxa"/>
            <w:vAlign w:val="bottom"/>
          </w:tcPr>
          <w:p w14:paraId="0AEA3DC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2.66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d-i</w:t>
            </w:r>
          </w:p>
        </w:tc>
        <w:tc>
          <w:tcPr>
            <w:tcW w:w="1629" w:type="dxa"/>
            <w:vAlign w:val="bottom"/>
          </w:tcPr>
          <w:p w14:paraId="0AEA3DC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317.67 ± 19.34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h-l</w:t>
            </w:r>
          </w:p>
        </w:tc>
        <w:tc>
          <w:tcPr>
            <w:tcW w:w="1330" w:type="dxa"/>
            <w:vAlign w:val="bottom"/>
          </w:tcPr>
          <w:p w14:paraId="0AEA3DC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 ± 0.05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i-o</w:t>
            </w:r>
          </w:p>
        </w:tc>
        <w:tc>
          <w:tcPr>
            <w:tcW w:w="1331" w:type="dxa"/>
            <w:vAlign w:val="bottom"/>
          </w:tcPr>
          <w:p w14:paraId="0AEA3DC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3.43 ± 0.13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f-j</w:t>
            </w:r>
          </w:p>
        </w:tc>
        <w:tc>
          <w:tcPr>
            <w:tcW w:w="1331" w:type="dxa"/>
            <w:vAlign w:val="bottom"/>
          </w:tcPr>
          <w:p w14:paraId="0AEA3DC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3.05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e-k</w:t>
            </w:r>
          </w:p>
        </w:tc>
        <w:tc>
          <w:tcPr>
            <w:tcW w:w="1392" w:type="dxa"/>
            <w:vAlign w:val="bottom"/>
          </w:tcPr>
          <w:p w14:paraId="0AEA3DC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9.79 ± 0.39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h-j</w:t>
            </w:r>
          </w:p>
        </w:tc>
      </w:tr>
      <w:tr w:rsidR="003A1B86" w:rsidRPr="00A72067" w14:paraId="0AEA3DDA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C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61" w:type="dxa"/>
            <w:vAlign w:val="bottom"/>
          </w:tcPr>
          <w:p w14:paraId="0AEA3DD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S. Less Seed Guava</w:t>
            </w:r>
          </w:p>
        </w:tc>
        <w:tc>
          <w:tcPr>
            <w:tcW w:w="1443" w:type="dxa"/>
            <w:vAlign w:val="bottom"/>
          </w:tcPr>
          <w:p w14:paraId="0AEA3DD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1.63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g-j</w:t>
            </w:r>
          </w:p>
        </w:tc>
        <w:tc>
          <w:tcPr>
            <w:tcW w:w="1480" w:type="dxa"/>
            <w:vAlign w:val="bottom"/>
          </w:tcPr>
          <w:p w14:paraId="0AEA3DD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86.53 ± 0.76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478" w:type="dxa"/>
            <w:vAlign w:val="bottom"/>
          </w:tcPr>
          <w:p w14:paraId="0AEA3DD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85.53 ± 0.73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0" w:type="dxa"/>
            <w:vAlign w:val="bottom"/>
          </w:tcPr>
          <w:p w14:paraId="0AEA3DD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1.48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q-u</w:t>
            </w:r>
          </w:p>
        </w:tc>
        <w:tc>
          <w:tcPr>
            <w:tcW w:w="1629" w:type="dxa"/>
            <w:vAlign w:val="bottom"/>
          </w:tcPr>
          <w:p w14:paraId="0AEA3DD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226.33 ± 17.85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n-r</w:t>
            </w:r>
          </w:p>
        </w:tc>
        <w:tc>
          <w:tcPr>
            <w:tcW w:w="1330" w:type="dxa"/>
            <w:vAlign w:val="bottom"/>
          </w:tcPr>
          <w:p w14:paraId="0AEA3DD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 ± 0.16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i-o</w:t>
            </w:r>
          </w:p>
        </w:tc>
        <w:tc>
          <w:tcPr>
            <w:tcW w:w="1331" w:type="dxa"/>
            <w:vAlign w:val="bottom"/>
          </w:tcPr>
          <w:p w14:paraId="0AEA3DD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4.19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b-g</w:t>
            </w:r>
          </w:p>
        </w:tc>
        <w:tc>
          <w:tcPr>
            <w:tcW w:w="1331" w:type="dxa"/>
            <w:vAlign w:val="bottom"/>
          </w:tcPr>
          <w:p w14:paraId="0AEA3DD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3.25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c-g</w:t>
            </w:r>
          </w:p>
        </w:tc>
        <w:tc>
          <w:tcPr>
            <w:tcW w:w="1392" w:type="dxa"/>
            <w:vAlign w:val="bottom"/>
          </w:tcPr>
          <w:p w14:paraId="0AEA3DD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7.44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lm</w:t>
            </w:r>
          </w:p>
        </w:tc>
      </w:tr>
      <w:tr w:rsidR="003A1B86" w:rsidRPr="00A72067" w14:paraId="0AEA3DE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D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61" w:type="dxa"/>
            <w:vAlign w:val="bottom"/>
          </w:tcPr>
          <w:p w14:paraId="0AEA3DD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6</w:t>
            </w:r>
          </w:p>
        </w:tc>
        <w:tc>
          <w:tcPr>
            <w:tcW w:w="1443" w:type="dxa"/>
            <w:vAlign w:val="bottom"/>
          </w:tcPr>
          <w:p w14:paraId="0AEA3DD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1.48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k-r</w:t>
            </w:r>
          </w:p>
        </w:tc>
        <w:tc>
          <w:tcPr>
            <w:tcW w:w="1480" w:type="dxa"/>
            <w:vAlign w:val="bottom"/>
          </w:tcPr>
          <w:p w14:paraId="0AEA3DD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83.27 ± 0.89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d-h</w:t>
            </w:r>
          </w:p>
        </w:tc>
        <w:tc>
          <w:tcPr>
            <w:tcW w:w="1478" w:type="dxa"/>
            <w:vAlign w:val="bottom"/>
          </w:tcPr>
          <w:p w14:paraId="0AEA3DD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71.18 ± 0.25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qr</w:t>
            </w:r>
          </w:p>
        </w:tc>
        <w:tc>
          <w:tcPr>
            <w:tcW w:w="1330" w:type="dxa"/>
            <w:vAlign w:val="bottom"/>
          </w:tcPr>
          <w:p w14:paraId="0AEA3DE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2.49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d-k</w:t>
            </w:r>
          </w:p>
        </w:tc>
        <w:tc>
          <w:tcPr>
            <w:tcW w:w="1629" w:type="dxa"/>
            <w:vAlign w:val="bottom"/>
          </w:tcPr>
          <w:p w14:paraId="0AEA3DE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267.67 ± 12.12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l-q</w:t>
            </w:r>
          </w:p>
        </w:tc>
        <w:tc>
          <w:tcPr>
            <w:tcW w:w="1330" w:type="dxa"/>
            <w:vAlign w:val="bottom"/>
          </w:tcPr>
          <w:p w14:paraId="0AEA3DE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 ± 0.07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k-p</w:t>
            </w:r>
          </w:p>
        </w:tc>
        <w:tc>
          <w:tcPr>
            <w:tcW w:w="1331" w:type="dxa"/>
            <w:vAlign w:val="bottom"/>
          </w:tcPr>
          <w:p w14:paraId="0AEA3DE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4.16 ± 0.12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b-g</w:t>
            </w:r>
          </w:p>
        </w:tc>
        <w:tc>
          <w:tcPr>
            <w:tcW w:w="1331" w:type="dxa"/>
            <w:vAlign w:val="bottom"/>
          </w:tcPr>
          <w:p w14:paraId="0AEA3DE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3.25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c-g</w:t>
            </w:r>
          </w:p>
        </w:tc>
        <w:tc>
          <w:tcPr>
            <w:tcW w:w="1392" w:type="dxa"/>
            <w:vAlign w:val="bottom"/>
          </w:tcPr>
          <w:p w14:paraId="0AEA3DE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7.66 ± 0.33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lm</w:t>
            </w:r>
          </w:p>
        </w:tc>
      </w:tr>
      <w:tr w:rsidR="003A1B86" w:rsidRPr="00A72067" w14:paraId="0AEA3DF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E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61" w:type="dxa"/>
            <w:vAlign w:val="bottom"/>
          </w:tcPr>
          <w:p w14:paraId="0AEA3DE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7</w:t>
            </w:r>
          </w:p>
        </w:tc>
        <w:tc>
          <w:tcPr>
            <w:tcW w:w="1443" w:type="dxa"/>
            <w:vAlign w:val="bottom"/>
          </w:tcPr>
          <w:p w14:paraId="0AEA3DE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1.65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g-i</w:t>
            </w:r>
          </w:p>
        </w:tc>
        <w:tc>
          <w:tcPr>
            <w:tcW w:w="1480" w:type="dxa"/>
            <w:vAlign w:val="bottom"/>
          </w:tcPr>
          <w:p w14:paraId="0AEA3DE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81.37 ± 0.4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e-i</w:t>
            </w:r>
          </w:p>
        </w:tc>
        <w:tc>
          <w:tcPr>
            <w:tcW w:w="1478" w:type="dxa"/>
            <w:vAlign w:val="bottom"/>
          </w:tcPr>
          <w:p w14:paraId="0AEA3DE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72.52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op</w:t>
            </w:r>
          </w:p>
        </w:tc>
        <w:tc>
          <w:tcPr>
            <w:tcW w:w="1330" w:type="dxa"/>
            <w:vAlign w:val="bottom"/>
          </w:tcPr>
          <w:p w14:paraId="0AEA3DE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2.72 ± 0.1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c-h</w:t>
            </w:r>
          </w:p>
        </w:tc>
        <w:tc>
          <w:tcPr>
            <w:tcW w:w="1629" w:type="dxa"/>
            <w:vAlign w:val="bottom"/>
          </w:tcPr>
          <w:p w14:paraId="0AEA3DE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346.33 ± 14.17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c-i</w:t>
            </w:r>
          </w:p>
        </w:tc>
        <w:tc>
          <w:tcPr>
            <w:tcW w:w="1330" w:type="dxa"/>
            <w:vAlign w:val="bottom"/>
          </w:tcPr>
          <w:p w14:paraId="0AEA3DE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3.17 ± 0.12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c-e</w:t>
            </w:r>
          </w:p>
        </w:tc>
        <w:tc>
          <w:tcPr>
            <w:tcW w:w="1331" w:type="dxa"/>
            <w:vAlign w:val="bottom"/>
          </w:tcPr>
          <w:p w14:paraId="0AEA3DE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3.92 ± 0.37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DF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2.79 ± 0.38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i-o</w:t>
            </w:r>
          </w:p>
        </w:tc>
        <w:tc>
          <w:tcPr>
            <w:tcW w:w="1392" w:type="dxa"/>
            <w:vAlign w:val="bottom"/>
          </w:tcPr>
          <w:p w14:paraId="0AEA3DF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7.72 ± 0.35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</w:t>
            </w:r>
          </w:p>
        </w:tc>
      </w:tr>
      <w:tr w:rsidR="003A1B86" w:rsidRPr="00A72067" w14:paraId="0AEA3DF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DF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61" w:type="dxa"/>
            <w:vAlign w:val="bottom"/>
          </w:tcPr>
          <w:p w14:paraId="0AEA3DF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S. Portugal</w:t>
            </w:r>
          </w:p>
        </w:tc>
        <w:tc>
          <w:tcPr>
            <w:tcW w:w="1443" w:type="dxa"/>
            <w:vAlign w:val="bottom"/>
          </w:tcPr>
          <w:p w14:paraId="0AEA3DF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1.49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k-q</w:t>
            </w:r>
          </w:p>
        </w:tc>
        <w:tc>
          <w:tcPr>
            <w:tcW w:w="1480" w:type="dxa"/>
            <w:vAlign w:val="bottom"/>
          </w:tcPr>
          <w:p w14:paraId="0AEA3DF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86.35 ± 0.22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478" w:type="dxa"/>
            <w:vAlign w:val="bottom"/>
          </w:tcPr>
          <w:p w14:paraId="0AEA3DF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82.06 ± 1.1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kl</w:t>
            </w:r>
          </w:p>
        </w:tc>
        <w:tc>
          <w:tcPr>
            <w:tcW w:w="1330" w:type="dxa"/>
            <w:vAlign w:val="bottom"/>
          </w:tcPr>
          <w:p w14:paraId="0AEA3DF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1.95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k-q</w:t>
            </w:r>
          </w:p>
        </w:tc>
        <w:tc>
          <w:tcPr>
            <w:tcW w:w="1629" w:type="dxa"/>
            <w:vAlign w:val="bottom"/>
          </w:tcPr>
          <w:p w14:paraId="0AEA3DF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243 ± 7.81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m-q</w:t>
            </w:r>
          </w:p>
        </w:tc>
        <w:tc>
          <w:tcPr>
            <w:tcW w:w="1330" w:type="dxa"/>
            <w:vAlign w:val="bottom"/>
          </w:tcPr>
          <w:p w14:paraId="0AEA3DF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 ± 0.06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g-k</w:t>
            </w:r>
          </w:p>
        </w:tc>
        <w:tc>
          <w:tcPr>
            <w:tcW w:w="1331" w:type="dxa"/>
            <w:vAlign w:val="bottom"/>
          </w:tcPr>
          <w:p w14:paraId="0AEA3DF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4.4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31" w:type="dxa"/>
            <w:vAlign w:val="bottom"/>
          </w:tcPr>
          <w:p w14:paraId="0AEA3DF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3.28 ± 0.1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c-f</w:t>
            </w:r>
          </w:p>
        </w:tc>
        <w:tc>
          <w:tcPr>
            <w:tcW w:w="1392" w:type="dxa"/>
            <w:vAlign w:val="bottom"/>
          </w:tcPr>
          <w:p w14:paraId="0AEA3DF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7.7 ± 0.19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</w:t>
            </w:r>
          </w:p>
        </w:tc>
      </w:tr>
      <w:tr w:rsidR="003A1B86" w:rsidRPr="00A72067" w14:paraId="0AEA3E0A" w14:textId="77777777" w:rsidTr="009C30B0">
        <w:trPr>
          <w:trHeight w:val="225"/>
        </w:trPr>
        <w:tc>
          <w:tcPr>
            <w:tcW w:w="591" w:type="dxa"/>
            <w:vAlign w:val="center"/>
          </w:tcPr>
          <w:p w14:paraId="0AEA3DF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61" w:type="dxa"/>
            <w:vAlign w:val="bottom"/>
          </w:tcPr>
          <w:p w14:paraId="0AEA3E0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All Time Guava</w:t>
            </w:r>
          </w:p>
        </w:tc>
        <w:tc>
          <w:tcPr>
            <w:tcW w:w="1443" w:type="dxa"/>
            <w:vAlign w:val="bottom"/>
          </w:tcPr>
          <w:p w14:paraId="0AEA3E0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1.56 ± 0.02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g-l</w:t>
            </w:r>
          </w:p>
        </w:tc>
        <w:tc>
          <w:tcPr>
            <w:tcW w:w="1480" w:type="dxa"/>
            <w:vAlign w:val="bottom"/>
          </w:tcPr>
          <w:p w14:paraId="0AEA3E0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85.16 ± 0.6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a-e</w:t>
            </w:r>
          </w:p>
        </w:tc>
        <w:tc>
          <w:tcPr>
            <w:tcW w:w="1478" w:type="dxa"/>
            <w:vAlign w:val="bottom"/>
          </w:tcPr>
          <w:p w14:paraId="0AEA3E0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83.99 ± 0.34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b-d</w:t>
            </w:r>
          </w:p>
        </w:tc>
        <w:tc>
          <w:tcPr>
            <w:tcW w:w="1330" w:type="dxa"/>
            <w:vAlign w:val="bottom"/>
          </w:tcPr>
          <w:p w14:paraId="0AEA3E0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2.72 ± 0.15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c-h</w:t>
            </w:r>
          </w:p>
        </w:tc>
        <w:tc>
          <w:tcPr>
            <w:tcW w:w="1629" w:type="dxa"/>
            <w:vAlign w:val="bottom"/>
          </w:tcPr>
          <w:p w14:paraId="0AEA3E0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386.67 ± 35.14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b-e</w:t>
            </w:r>
          </w:p>
        </w:tc>
        <w:tc>
          <w:tcPr>
            <w:tcW w:w="1330" w:type="dxa"/>
            <w:vAlign w:val="bottom"/>
          </w:tcPr>
          <w:p w14:paraId="0AEA3E0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 ± 0.22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i-o</w:t>
            </w:r>
          </w:p>
        </w:tc>
        <w:tc>
          <w:tcPr>
            <w:tcW w:w="1331" w:type="dxa"/>
            <w:vAlign w:val="bottom"/>
          </w:tcPr>
          <w:p w14:paraId="0AEA3E0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3.64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E0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2.66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j-p</w:t>
            </w:r>
          </w:p>
        </w:tc>
        <w:tc>
          <w:tcPr>
            <w:tcW w:w="1392" w:type="dxa"/>
            <w:vAlign w:val="bottom"/>
          </w:tcPr>
          <w:p w14:paraId="0AEA3E0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7.36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lm</w:t>
            </w:r>
          </w:p>
        </w:tc>
      </w:tr>
      <w:tr w:rsidR="003A1B86" w:rsidRPr="00A72067" w14:paraId="0AEA3E1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0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61" w:type="dxa"/>
            <w:vAlign w:val="bottom"/>
          </w:tcPr>
          <w:p w14:paraId="0AEA3E0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8</w:t>
            </w:r>
          </w:p>
        </w:tc>
        <w:tc>
          <w:tcPr>
            <w:tcW w:w="1443" w:type="dxa"/>
            <w:vAlign w:val="bottom"/>
          </w:tcPr>
          <w:p w14:paraId="0AEA3E0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1.27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uv</w:t>
            </w:r>
          </w:p>
        </w:tc>
        <w:tc>
          <w:tcPr>
            <w:tcW w:w="1480" w:type="dxa"/>
            <w:vAlign w:val="bottom"/>
          </w:tcPr>
          <w:p w14:paraId="0AEA3E0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75.2 ± 0.18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l-n</w:t>
            </w:r>
          </w:p>
        </w:tc>
        <w:tc>
          <w:tcPr>
            <w:tcW w:w="1478" w:type="dxa"/>
            <w:vAlign w:val="bottom"/>
          </w:tcPr>
          <w:p w14:paraId="0AEA3E0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72.66 ± 0.15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op</w:t>
            </w:r>
          </w:p>
        </w:tc>
        <w:tc>
          <w:tcPr>
            <w:tcW w:w="1330" w:type="dxa"/>
            <w:vAlign w:val="bottom"/>
          </w:tcPr>
          <w:p w14:paraId="0AEA3E1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1.49 ± 0.16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q-u</w:t>
            </w:r>
          </w:p>
        </w:tc>
        <w:tc>
          <w:tcPr>
            <w:tcW w:w="1629" w:type="dxa"/>
            <w:vAlign w:val="bottom"/>
          </w:tcPr>
          <w:p w14:paraId="0AEA3E1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274.33 ± 17.32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j-p</w:t>
            </w:r>
          </w:p>
        </w:tc>
        <w:tc>
          <w:tcPr>
            <w:tcW w:w="1330" w:type="dxa"/>
            <w:vAlign w:val="bottom"/>
          </w:tcPr>
          <w:p w14:paraId="0AEA3E1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2.94 ± 0.31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c-f</w:t>
            </w:r>
          </w:p>
        </w:tc>
        <w:tc>
          <w:tcPr>
            <w:tcW w:w="1331" w:type="dxa"/>
            <w:vAlign w:val="bottom"/>
          </w:tcPr>
          <w:p w14:paraId="0AEA3E1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3.92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E1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3.06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e-k</w:t>
            </w:r>
          </w:p>
        </w:tc>
        <w:tc>
          <w:tcPr>
            <w:tcW w:w="1392" w:type="dxa"/>
            <w:vAlign w:val="bottom"/>
          </w:tcPr>
          <w:p w14:paraId="0AEA3E1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7.36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lm</w:t>
            </w:r>
          </w:p>
        </w:tc>
      </w:tr>
      <w:tr w:rsidR="003A1B86" w:rsidRPr="00A72067" w14:paraId="0AEA3E2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1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61" w:type="dxa"/>
            <w:vAlign w:val="bottom"/>
          </w:tcPr>
          <w:p w14:paraId="0AEA3E1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S. Ruby X Supreme </w:t>
            </w:r>
          </w:p>
        </w:tc>
        <w:tc>
          <w:tcPr>
            <w:tcW w:w="1443" w:type="dxa"/>
            <w:vAlign w:val="bottom"/>
          </w:tcPr>
          <w:p w14:paraId="0AEA3E1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1.37 ± 0.02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q-u</w:t>
            </w:r>
          </w:p>
        </w:tc>
        <w:tc>
          <w:tcPr>
            <w:tcW w:w="1480" w:type="dxa"/>
            <w:vAlign w:val="bottom"/>
          </w:tcPr>
          <w:p w14:paraId="0AEA3E1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86.02 ± 0.47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478" w:type="dxa"/>
            <w:vAlign w:val="bottom"/>
          </w:tcPr>
          <w:p w14:paraId="0AEA3E1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78.95 ± 0.33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kl</w:t>
            </w:r>
          </w:p>
        </w:tc>
        <w:tc>
          <w:tcPr>
            <w:tcW w:w="1330" w:type="dxa"/>
            <w:vAlign w:val="bottom"/>
          </w:tcPr>
          <w:p w14:paraId="0AEA3E1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1.8 ± 0.49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m-r</w:t>
            </w:r>
          </w:p>
        </w:tc>
        <w:tc>
          <w:tcPr>
            <w:tcW w:w="1629" w:type="dxa"/>
            <w:vAlign w:val="bottom"/>
          </w:tcPr>
          <w:p w14:paraId="0AEA3E1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290.33 ± 32.77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i-m</w:t>
            </w:r>
          </w:p>
        </w:tc>
        <w:tc>
          <w:tcPr>
            <w:tcW w:w="1330" w:type="dxa"/>
            <w:vAlign w:val="bottom"/>
          </w:tcPr>
          <w:p w14:paraId="0AEA3E1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2.22 ± 0.16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f-k</w:t>
            </w:r>
          </w:p>
        </w:tc>
        <w:tc>
          <w:tcPr>
            <w:tcW w:w="1331" w:type="dxa"/>
            <w:vAlign w:val="bottom"/>
          </w:tcPr>
          <w:p w14:paraId="0AEA3E1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3.5 ± 0.18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e-j</w:t>
            </w:r>
          </w:p>
        </w:tc>
        <w:tc>
          <w:tcPr>
            <w:tcW w:w="1331" w:type="dxa"/>
            <w:vAlign w:val="bottom"/>
          </w:tcPr>
          <w:p w14:paraId="0AEA3E2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2.9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g-n</w:t>
            </w:r>
          </w:p>
        </w:tc>
        <w:tc>
          <w:tcPr>
            <w:tcW w:w="1392" w:type="dxa"/>
            <w:vAlign w:val="bottom"/>
          </w:tcPr>
          <w:p w14:paraId="0AEA3E2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10.5 ± 0.02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</w:p>
        </w:tc>
      </w:tr>
      <w:tr w:rsidR="003A1B86" w:rsidRPr="00A72067" w14:paraId="0AEA3E2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2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61" w:type="dxa"/>
            <w:vAlign w:val="bottom"/>
          </w:tcPr>
          <w:p w14:paraId="0AEA3E2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15</w:t>
            </w:r>
          </w:p>
        </w:tc>
        <w:tc>
          <w:tcPr>
            <w:tcW w:w="1443" w:type="dxa"/>
            <w:vAlign w:val="bottom"/>
          </w:tcPr>
          <w:p w14:paraId="0AEA3E2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2.4 ± 0.02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80" w:type="dxa"/>
            <w:vAlign w:val="bottom"/>
          </w:tcPr>
          <w:p w14:paraId="0AEA3E2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85.22 ± 0.26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a-e</w:t>
            </w:r>
          </w:p>
        </w:tc>
        <w:tc>
          <w:tcPr>
            <w:tcW w:w="1478" w:type="dxa"/>
            <w:vAlign w:val="bottom"/>
          </w:tcPr>
          <w:p w14:paraId="0AEA3E2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83.01 ± 0.55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d-f</w:t>
            </w:r>
          </w:p>
        </w:tc>
        <w:tc>
          <w:tcPr>
            <w:tcW w:w="1330" w:type="dxa"/>
            <w:vAlign w:val="bottom"/>
          </w:tcPr>
          <w:p w14:paraId="0AEA3E2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1.53 ± 0.16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p-t</w:t>
            </w:r>
          </w:p>
        </w:tc>
        <w:tc>
          <w:tcPr>
            <w:tcW w:w="1629" w:type="dxa"/>
            <w:vAlign w:val="bottom"/>
          </w:tcPr>
          <w:p w14:paraId="0AEA3E2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215 ± 35.36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p-s</w:t>
            </w:r>
          </w:p>
        </w:tc>
        <w:tc>
          <w:tcPr>
            <w:tcW w:w="1330" w:type="dxa"/>
            <w:vAlign w:val="bottom"/>
          </w:tcPr>
          <w:p w14:paraId="0AEA3E2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 ± 0.17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n-t</w:t>
            </w:r>
          </w:p>
        </w:tc>
        <w:tc>
          <w:tcPr>
            <w:tcW w:w="1331" w:type="dxa"/>
            <w:vAlign w:val="bottom"/>
          </w:tcPr>
          <w:p w14:paraId="0AEA3E2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4.21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b-g</w:t>
            </w:r>
          </w:p>
        </w:tc>
        <w:tc>
          <w:tcPr>
            <w:tcW w:w="1331" w:type="dxa"/>
            <w:vAlign w:val="bottom"/>
          </w:tcPr>
          <w:p w14:paraId="0AEA3E2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3.32 ± 0.18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b-f</w:t>
            </w:r>
          </w:p>
        </w:tc>
        <w:tc>
          <w:tcPr>
            <w:tcW w:w="1392" w:type="dxa"/>
            <w:vAlign w:val="bottom"/>
          </w:tcPr>
          <w:p w14:paraId="0AEA3E2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8.39 ± 0.17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</w:t>
            </w:r>
          </w:p>
        </w:tc>
      </w:tr>
      <w:tr w:rsidR="003A1B86" w:rsidRPr="00A72067" w14:paraId="0AEA3E3A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2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61" w:type="dxa"/>
            <w:vAlign w:val="bottom"/>
          </w:tcPr>
          <w:p w14:paraId="0AEA3E3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16</w:t>
            </w:r>
          </w:p>
        </w:tc>
        <w:tc>
          <w:tcPr>
            <w:tcW w:w="1443" w:type="dxa"/>
            <w:vAlign w:val="bottom"/>
          </w:tcPr>
          <w:p w14:paraId="0AEA3E3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1.83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1480" w:type="dxa"/>
            <w:vAlign w:val="bottom"/>
          </w:tcPr>
          <w:p w14:paraId="0AEA3E3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84.02 ± 0.52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c-f</w:t>
            </w:r>
          </w:p>
        </w:tc>
        <w:tc>
          <w:tcPr>
            <w:tcW w:w="1478" w:type="dxa"/>
            <w:vAlign w:val="bottom"/>
          </w:tcPr>
          <w:p w14:paraId="0AEA3E3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80.56 ± 0.62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ij</w:t>
            </w:r>
          </w:p>
        </w:tc>
        <w:tc>
          <w:tcPr>
            <w:tcW w:w="1330" w:type="dxa"/>
            <w:vAlign w:val="bottom"/>
          </w:tcPr>
          <w:p w14:paraId="0AEA3E3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1.68 ± 0.1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o-s</w:t>
            </w:r>
          </w:p>
        </w:tc>
        <w:tc>
          <w:tcPr>
            <w:tcW w:w="1629" w:type="dxa"/>
            <w:vAlign w:val="bottom"/>
          </w:tcPr>
          <w:p w14:paraId="0AEA3E3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127.67 ± 12.57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u-w</w:t>
            </w:r>
          </w:p>
        </w:tc>
        <w:tc>
          <w:tcPr>
            <w:tcW w:w="1330" w:type="dxa"/>
            <w:vAlign w:val="bottom"/>
          </w:tcPr>
          <w:p w14:paraId="0AEA3E3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 ± 0.05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u</w:t>
            </w:r>
          </w:p>
        </w:tc>
        <w:tc>
          <w:tcPr>
            <w:tcW w:w="1331" w:type="dxa"/>
            <w:vAlign w:val="bottom"/>
          </w:tcPr>
          <w:p w14:paraId="0AEA3E3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4.3 ± 0.03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b-f</w:t>
            </w:r>
          </w:p>
        </w:tc>
        <w:tc>
          <w:tcPr>
            <w:tcW w:w="1331" w:type="dxa"/>
            <w:vAlign w:val="bottom"/>
          </w:tcPr>
          <w:p w14:paraId="0AEA3E3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3.71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92" w:type="dxa"/>
            <w:vAlign w:val="bottom"/>
          </w:tcPr>
          <w:p w14:paraId="0AEA3E3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13.52 ± 0.12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3A1B86" w:rsidRPr="00A72067" w14:paraId="0AEA3E4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3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61" w:type="dxa"/>
            <w:vAlign w:val="bottom"/>
          </w:tcPr>
          <w:p w14:paraId="0AEA3E3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Super Guava</w:t>
            </w:r>
          </w:p>
        </w:tc>
        <w:tc>
          <w:tcPr>
            <w:tcW w:w="1443" w:type="dxa"/>
            <w:vAlign w:val="bottom"/>
          </w:tcPr>
          <w:p w14:paraId="0AEA3E3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1.34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r-u</w:t>
            </w:r>
          </w:p>
        </w:tc>
        <w:tc>
          <w:tcPr>
            <w:tcW w:w="1480" w:type="dxa"/>
            <w:vAlign w:val="bottom"/>
          </w:tcPr>
          <w:p w14:paraId="0AEA3E3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83.42 ± 0.4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d-g</w:t>
            </w:r>
          </w:p>
        </w:tc>
        <w:tc>
          <w:tcPr>
            <w:tcW w:w="1478" w:type="dxa"/>
            <w:vAlign w:val="bottom"/>
          </w:tcPr>
          <w:p w14:paraId="0AEA3E3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66.86 ± 0.26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330" w:type="dxa"/>
            <w:vAlign w:val="bottom"/>
          </w:tcPr>
          <w:p w14:paraId="0AEA3E4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1.51 ± 0.28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p-u</w:t>
            </w:r>
          </w:p>
        </w:tc>
        <w:tc>
          <w:tcPr>
            <w:tcW w:w="1629" w:type="dxa"/>
            <w:vAlign w:val="bottom"/>
          </w:tcPr>
          <w:p w14:paraId="0AEA3E4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289 ± 18.33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i-n</w:t>
            </w:r>
          </w:p>
        </w:tc>
        <w:tc>
          <w:tcPr>
            <w:tcW w:w="1330" w:type="dxa"/>
            <w:vAlign w:val="bottom"/>
          </w:tcPr>
          <w:p w14:paraId="0AEA3E4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3.19 ± 0.28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c-e</w:t>
            </w:r>
          </w:p>
        </w:tc>
        <w:tc>
          <w:tcPr>
            <w:tcW w:w="1331" w:type="dxa"/>
            <w:vAlign w:val="bottom"/>
          </w:tcPr>
          <w:p w14:paraId="0AEA3E4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3.67 ± 0.13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E4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2.53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n-p</w:t>
            </w:r>
          </w:p>
        </w:tc>
        <w:tc>
          <w:tcPr>
            <w:tcW w:w="1392" w:type="dxa"/>
            <w:vAlign w:val="bottom"/>
          </w:tcPr>
          <w:p w14:paraId="0AEA3E4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7.23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</w:t>
            </w:r>
          </w:p>
        </w:tc>
      </w:tr>
      <w:tr w:rsidR="003A1B86" w:rsidRPr="00A72067" w14:paraId="0AEA3E5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4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61" w:type="dxa"/>
            <w:vAlign w:val="bottom"/>
          </w:tcPr>
          <w:p w14:paraId="0AEA3E4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13</w:t>
            </w:r>
          </w:p>
        </w:tc>
        <w:tc>
          <w:tcPr>
            <w:tcW w:w="1443" w:type="dxa"/>
            <w:vAlign w:val="bottom"/>
          </w:tcPr>
          <w:p w14:paraId="0AEA3E4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1.65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g-i</w:t>
            </w:r>
          </w:p>
        </w:tc>
        <w:tc>
          <w:tcPr>
            <w:tcW w:w="1480" w:type="dxa"/>
            <w:vAlign w:val="bottom"/>
          </w:tcPr>
          <w:p w14:paraId="0AEA3E4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84.48 ± 0.82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b-f</w:t>
            </w:r>
          </w:p>
        </w:tc>
        <w:tc>
          <w:tcPr>
            <w:tcW w:w="1478" w:type="dxa"/>
            <w:vAlign w:val="bottom"/>
          </w:tcPr>
          <w:p w14:paraId="0AEA3E4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79.11 ± 0.41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f-h</w:t>
            </w:r>
          </w:p>
        </w:tc>
        <w:tc>
          <w:tcPr>
            <w:tcW w:w="1330" w:type="dxa"/>
            <w:vAlign w:val="bottom"/>
          </w:tcPr>
          <w:p w14:paraId="0AEA3E4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1.95 ± 0.2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k-q</w:t>
            </w:r>
          </w:p>
        </w:tc>
        <w:tc>
          <w:tcPr>
            <w:tcW w:w="1629" w:type="dxa"/>
            <w:vAlign w:val="bottom"/>
          </w:tcPr>
          <w:p w14:paraId="0AEA3E4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146.33 ± 14.05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t-v</w:t>
            </w:r>
          </w:p>
        </w:tc>
        <w:tc>
          <w:tcPr>
            <w:tcW w:w="1330" w:type="dxa"/>
            <w:vAlign w:val="bottom"/>
          </w:tcPr>
          <w:p w14:paraId="0AEA3E4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 ± 0.08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s-u</w:t>
            </w:r>
          </w:p>
        </w:tc>
        <w:tc>
          <w:tcPr>
            <w:tcW w:w="1331" w:type="dxa"/>
            <w:vAlign w:val="bottom"/>
          </w:tcPr>
          <w:p w14:paraId="0AEA3E4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3.86 ± 0.22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E5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2.9 ± 0.01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g-n</w:t>
            </w:r>
          </w:p>
        </w:tc>
        <w:tc>
          <w:tcPr>
            <w:tcW w:w="1392" w:type="dxa"/>
            <w:vAlign w:val="bottom"/>
          </w:tcPr>
          <w:p w14:paraId="0AEA3E5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15.53 ± 0.16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3A1B86" w:rsidRPr="00A72067" w14:paraId="0AEA3E5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5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61" w:type="dxa"/>
            <w:vAlign w:val="bottom"/>
          </w:tcPr>
          <w:p w14:paraId="0AEA3E5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9</w:t>
            </w:r>
          </w:p>
        </w:tc>
        <w:tc>
          <w:tcPr>
            <w:tcW w:w="1443" w:type="dxa"/>
            <w:vAlign w:val="bottom"/>
          </w:tcPr>
          <w:p w14:paraId="0AEA3E5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2.02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80" w:type="dxa"/>
            <w:vAlign w:val="bottom"/>
          </w:tcPr>
          <w:p w14:paraId="0AEA3E5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79.26 ± 0.41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h-k</w:t>
            </w:r>
          </w:p>
        </w:tc>
        <w:tc>
          <w:tcPr>
            <w:tcW w:w="1478" w:type="dxa"/>
            <w:vAlign w:val="bottom"/>
          </w:tcPr>
          <w:p w14:paraId="0AEA3E5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70.82 ± 0.38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330" w:type="dxa"/>
            <w:vAlign w:val="bottom"/>
          </w:tcPr>
          <w:p w14:paraId="0AEA3E5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 ± 0.23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b-d</w:t>
            </w:r>
          </w:p>
        </w:tc>
        <w:tc>
          <w:tcPr>
            <w:tcW w:w="1629" w:type="dxa"/>
            <w:vAlign w:val="bottom"/>
          </w:tcPr>
          <w:p w14:paraId="0AEA3E5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385.67 ± 30.9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b-f</w:t>
            </w:r>
          </w:p>
        </w:tc>
        <w:tc>
          <w:tcPr>
            <w:tcW w:w="1330" w:type="dxa"/>
            <w:vAlign w:val="bottom"/>
          </w:tcPr>
          <w:p w14:paraId="0AEA3E5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1.92 ± 0.08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h-n</w:t>
            </w:r>
          </w:p>
        </w:tc>
        <w:tc>
          <w:tcPr>
            <w:tcW w:w="1331" w:type="dxa"/>
            <w:vAlign w:val="bottom"/>
          </w:tcPr>
          <w:p w14:paraId="0AEA3E5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3.34 ± 0.16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g-j</w:t>
            </w:r>
          </w:p>
        </w:tc>
        <w:tc>
          <w:tcPr>
            <w:tcW w:w="1331" w:type="dxa"/>
            <w:vAlign w:val="bottom"/>
          </w:tcPr>
          <w:p w14:paraId="0AEA3E5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3.03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e-l</w:t>
            </w:r>
          </w:p>
        </w:tc>
        <w:tc>
          <w:tcPr>
            <w:tcW w:w="1392" w:type="dxa"/>
            <w:vAlign w:val="bottom"/>
          </w:tcPr>
          <w:p w14:paraId="0AEA3E5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11.69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</w:p>
        </w:tc>
      </w:tr>
      <w:tr w:rsidR="003A1B86" w:rsidRPr="00A72067" w14:paraId="0AEA3E6A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5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961" w:type="dxa"/>
            <w:vAlign w:val="bottom"/>
          </w:tcPr>
          <w:p w14:paraId="0AEA3E6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Punjab Apple</w:t>
            </w:r>
          </w:p>
        </w:tc>
        <w:tc>
          <w:tcPr>
            <w:tcW w:w="1443" w:type="dxa"/>
            <w:vAlign w:val="bottom"/>
          </w:tcPr>
          <w:p w14:paraId="0AEA3E6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1.39 ± 0.01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p-u</w:t>
            </w:r>
          </w:p>
        </w:tc>
        <w:tc>
          <w:tcPr>
            <w:tcW w:w="1480" w:type="dxa"/>
            <w:vAlign w:val="bottom"/>
          </w:tcPr>
          <w:p w14:paraId="0AEA3E6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76.64 ± 0.6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j-l</w:t>
            </w:r>
          </w:p>
        </w:tc>
        <w:tc>
          <w:tcPr>
            <w:tcW w:w="1478" w:type="dxa"/>
            <w:vAlign w:val="bottom"/>
          </w:tcPr>
          <w:p w14:paraId="0AEA3E6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79.72 ± 0.12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jk</w:t>
            </w:r>
          </w:p>
        </w:tc>
        <w:tc>
          <w:tcPr>
            <w:tcW w:w="1330" w:type="dxa"/>
            <w:vAlign w:val="bottom"/>
          </w:tcPr>
          <w:p w14:paraId="0AEA3E64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2.07 ± 0.44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j-p</w:t>
            </w:r>
          </w:p>
        </w:tc>
        <w:tc>
          <w:tcPr>
            <w:tcW w:w="1629" w:type="dxa"/>
            <w:vAlign w:val="bottom"/>
          </w:tcPr>
          <w:p w14:paraId="0AEA3E65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268.67 ± 33.07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k-q</w:t>
            </w:r>
          </w:p>
        </w:tc>
        <w:tc>
          <w:tcPr>
            <w:tcW w:w="1330" w:type="dxa"/>
            <w:vAlign w:val="bottom"/>
          </w:tcPr>
          <w:p w14:paraId="0AEA3E66" w14:textId="77777777" w:rsidR="003A1B86" w:rsidRPr="00A72067" w:rsidRDefault="003A1B86" w:rsidP="009C30B0">
            <w:pPr>
              <w:rPr>
                <w:rFonts w:ascii="Times New Roman" w:eastAsia="CIDFont+F2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 ± 0.47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d-h</w:t>
            </w:r>
          </w:p>
        </w:tc>
        <w:tc>
          <w:tcPr>
            <w:tcW w:w="1331" w:type="dxa"/>
            <w:vAlign w:val="bottom"/>
          </w:tcPr>
          <w:p w14:paraId="0AEA3E67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3.8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E68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2.64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j-p</w:t>
            </w:r>
          </w:p>
        </w:tc>
        <w:tc>
          <w:tcPr>
            <w:tcW w:w="1392" w:type="dxa"/>
            <w:vAlign w:val="bottom"/>
          </w:tcPr>
          <w:p w14:paraId="0AEA3E69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9.82 ± 0.33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hi</w:t>
            </w:r>
          </w:p>
        </w:tc>
      </w:tr>
      <w:tr w:rsidR="003A1B86" w:rsidRPr="00A72067" w14:paraId="0AEA3E7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6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961" w:type="dxa"/>
            <w:vAlign w:val="bottom"/>
          </w:tcPr>
          <w:p w14:paraId="0AEA3E6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Arka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Kiran</w:t>
            </w:r>
          </w:p>
        </w:tc>
        <w:tc>
          <w:tcPr>
            <w:tcW w:w="1443" w:type="dxa"/>
            <w:vAlign w:val="bottom"/>
          </w:tcPr>
          <w:p w14:paraId="0AEA3E6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2.47 ± 0.02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80" w:type="dxa"/>
            <w:vAlign w:val="bottom"/>
          </w:tcPr>
          <w:p w14:paraId="0AEA3E6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83.26 ± 0.56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d-h</w:t>
            </w:r>
          </w:p>
        </w:tc>
        <w:tc>
          <w:tcPr>
            <w:tcW w:w="1478" w:type="dxa"/>
            <w:vAlign w:val="bottom"/>
          </w:tcPr>
          <w:p w14:paraId="0AEA3E6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64.64 ± 0.76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u</w:t>
            </w:r>
          </w:p>
        </w:tc>
        <w:tc>
          <w:tcPr>
            <w:tcW w:w="1330" w:type="dxa"/>
            <w:vAlign w:val="bottom"/>
          </w:tcPr>
          <w:p w14:paraId="0AEA3E7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1.83 ± 0.24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l-r</w:t>
            </w:r>
          </w:p>
        </w:tc>
        <w:tc>
          <w:tcPr>
            <w:tcW w:w="1629" w:type="dxa"/>
            <w:vAlign w:val="bottom"/>
          </w:tcPr>
          <w:p w14:paraId="0AEA3E7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244.33 ± 10.09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m-r</w:t>
            </w:r>
          </w:p>
        </w:tc>
        <w:tc>
          <w:tcPr>
            <w:tcW w:w="1330" w:type="dxa"/>
            <w:vAlign w:val="bottom"/>
          </w:tcPr>
          <w:p w14:paraId="0AEA3E7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 ± 0.04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o-u</w:t>
            </w:r>
          </w:p>
        </w:tc>
        <w:tc>
          <w:tcPr>
            <w:tcW w:w="1331" w:type="dxa"/>
            <w:vAlign w:val="bottom"/>
          </w:tcPr>
          <w:p w14:paraId="0AEA3E7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4.34 ± 0.17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b-e</w:t>
            </w:r>
          </w:p>
        </w:tc>
        <w:tc>
          <w:tcPr>
            <w:tcW w:w="1331" w:type="dxa"/>
            <w:vAlign w:val="bottom"/>
          </w:tcPr>
          <w:p w14:paraId="0AEA3E7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3.59 ± 0.21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a-c</w:t>
            </w:r>
          </w:p>
        </w:tc>
        <w:tc>
          <w:tcPr>
            <w:tcW w:w="1392" w:type="dxa"/>
            <w:vAlign w:val="bottom"/>
          </w:tcPr>
          <w:p w14:paraId="0AEA3E7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9.78 ± 0.23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h-j</w:t>
            </w:r>
          </w:p>
        </w:tc>
      </w:tr>
      <w:tr w:rsidR="003A1B86" w:rsidRPr="00A72067" w14:paraId="0AEA3E8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7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61" w:type="dxa"/>
            <w:vAlign w:val="bottom"/>
          </w:tcPr>
          <w:p w14:paraId="0AEA3E7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Thai Pink</w:t>
            </w:r>
          </w:p>
        </w:tc>
        <w:tc>
          <w:tcPr>
            <w:tcW w:w="1443" w:type="dxa"/>
            <w:vAlign w:val="bottom"/>
          </w:tcPr>
          <w:p w14:paraId="0AEA3E7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1.53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i-p</w:t>
            </w:r>
          </w:p>
        </w:tc>
        <w:tc>
          <w:tcPr>
            <w:tcW w:w="1480" w:type="dxa"/>
            <w:vAlign w:val="bottom"/>
          </w:tcPr>
          <w:p w14:paraId="0AEA3E7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79.18 ± 0.31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i-l</w:t>
            </w:r>
          </w:p>
        </w:tc>
        <w:tc>
          <w:tcPr>
            <w:tcW w:w="1478" w:type="dxa"/>
            <w:vAlign w:val="bottom"/>
          </w:tcPr>
          <w:p w14:paraId="0AEA3E7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78.02 ± 0.44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lm</w:t>
            </w:r>
          </w:p>
        </w:tc>
        <w:tc>
          <w:tcPr>
            <w:tcW w:w="1330" w:type="dxa"/>
            <w:vAlign w:val="bottom"/>
          </w:tcPr>
          <w:p w14:paraId="0AEA3E7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1.48 ± 0.19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q-u</w:t>
            </w:r>
          </w:p>
        </w:tc>
        <w:tc>
          <w:tcPr>
            <w:tcW w:w="1629" w:type="dxa"/>
            <w:vAlign w:val="bottom"/>
          </w:tcPr>
          <w:p w14:paraId="0AEA3E7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337.67 ± 11.05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e-j</w:t>
            </w:r>
          </w:p>
        </w:tc>
        <w:tc>
          <w:tcPr>
            <w:tcW w:w="1330" w:type="dxa"/>
            <w:vAlign w:val="bottom"/>
          </w:tcPr>
          <w:p w14:paraId="0AEA3E7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 ± 0.09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k-p</w:t>
            </w:r>
          </w:p>
        </w:tc>
        <w:tc>
          <w:tcPr>
            <w:tcW w:w="1331" w:type="dxa"/>
            <w:vAlign w:val="bottom"/>
          </w:tcPr>
          <w:p w14:paraId="0AEA3E7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3.31 ± 0.16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h-j</w:t>
            </w:r>
          </w:p>
        </w:tc>
        <w:tc>
          <w:tcPr>
            <w:tcW w:w="1331" w:type="dxa"/>
            <w:vAlign w:val="bottom"/>
          </w:tcPr>
          <w:p w14:paraId="0AEA3E8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2.73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i-p</w:t>
            </w:r>
          </w:p>
        </w:tc>
        <w:tc>
          <w:tcPr>
            <w:tcW w:w="1392" w:type="dxa"/>
            <w:vAlign w:val="bottom"/>
          </w:tcPr>
          <w:p w14:paraId="0AEA3E8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7.36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lm</w:t>
            </w:r>
          </w:p>
        </w:tc>
      </w:tr>
      <w:tr w:rsidR="003A1B86" w:rsidRPr="00A72067" w14:paraId="0AEA3E8E" w14:textId="77777777" w:rsidTr="009C30B0">
        <w:trPr>
          <w:trHeight w:val="254"/>
        </w:trPr>
        <w:tc>
          <w:tcPr>
            <w:tcW w:w="591" w:type="dxa"/>
            <w:vAlign w:val="center"/>
          </w:tcPr>
          <w:p w14:paraId="0AEA3E8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961" w:type="dxa"/>
            <w:vAlign w:val="bottom"/>
          </w:tcPr>
          <w:p w14:paraId="0AEA3E8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Shweta</w:t>
            </w:r>
          </w:p>
        </w:tc>
        <w:tc>
          <w:tcPr>
            <w:tcW w:w="1443" w:type="dxa"/>
            <w:vAlign w:val="bottom"/>
          </w:tcPr>
          <w:p w14:paraId="0AEA3E8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1.57 ± 0.03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g-l</w:t>
            </w:r>
          </w:p>
        </w:tc>
        <w:tc>
          <w:tcPr>
            <w:tcW w:w="1480" w:type="dxa"/>
            <w:vAlign w:val="bottom"/>
          </w:tcPr>
          <w:p w14:paraId="0AEA3E8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 ± 1.02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a-f</w:t>
            </w:r>
          </w:p>
        </w:tc>
        <w:tc>
          <w:tcPr>
            <w:tcW w:w="1478" w:type="dxa"/>
            <w:vAlign w:val="bottom"/>
          </w:tcPr>
          <w:p w14:paraId="0AEA3E8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72.63 ± 0.37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op</w:t>
            </w:r>
          </w:p>
        </w:tc>
        <w:tc>
          <w:tcPr>
            <w:tcW w:w="1330" w:type="dxa"/>
            <w:vAlign w:val="bottom"/>
          </w:tcPr>
          <w:p w14:paraId="0AEA3E8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2.3 ± 0.02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f-n</w:t>
            </w:r>
          </w:p>
        </w:tc>
        <w:tc>
          <w:tcPr>
            <w:tcW w:w="1629" w:type="dxa"/>
            <w:vAlign w:val="bottom"/>
          </w:tcPr>
          <w:p w14:paraId="0AEA3E8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404 ± 36.12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330" w:type="dxa"/>
            <w:vAlign w:val="bottom"/>
          </w:tcPr>
          <w:p w14:paraId="0AEA3E8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3.52 ± 0.46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31" w:type="dxa"/>
            <w:vAlign w:val="bottom"/>
          </w:tcPr>
          <w:p w14:paraId="0AEA3E8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3.53 ± 0.18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c-j</w:t>
            </w:r>
          </w:p>
        </w:tc>
        <w:tc>
          <w:tcPr>
            <w:tcW w:w="1331" w:type="dxa"/>
            <w:vAlign w:val="bottom"/>
          </w:tcPr>
          <w:p w14:paraId="0AEA3E8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2.73 ± 0.12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i-p</w:t>
            </w:r>
          </w:p>
        </w:tc>
        <w:tc>
          <w:tcPr>
            <w:tcW w:w="1392" w:type="dxa"/>
            <w:vAlign w:val="bottom"/>
          </w:tcPr>
          <w:p w14:paraId="0AEA3E8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8.38 ± 0.13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</w:t>
            </w:r>
          </w:p>
        </w:tc>
      </w:tr>
      <w:tr w:rsidR="003A1B86" w:rsidRPr="00A72067" w14:paraId="0AEA3E9A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8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1961" w:type="dxa"/>
            <w:vAlign w:val="bottom"/>
          </w:tcPr>
          <w:p w14:paraId="0AEA3E9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Hisar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Safeda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3" w:type="dxa"/>
            <w:vAlign w:val="bottom"/>
          </w:tcPr>
          <w:p w14:paraId="0AEA3E91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1.66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g-i</w:t>
            </w:r>
          </w:p>
        </w:tc>
        <w:tc>
          <w:tcPr>
            <w:tcW w:w="1480" w:type="dxa"/>
            <w:vAlign w:val="bottom"/>
          </w:tcPr>
          <w:p w14:paraId="0AEA3E9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81.05 ± 0.55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f-i</w:t>
            </w:r>
          </w:p>
        </w:tc>
        <w:tc>
          <w:tcPr>
            <w:tcW w:w="1478" w:type="dxa"/>
            <w:vAlign w:val="bottom"/>
          </w:tcPr>
          <w:p w14:paraId="0AEA3E9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63.64 ± 0.2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u</w:t>
            </w:r>
          </w:p>
        </w:tc>
        <w:tc>
          <w:tcPr>
            <w:tcW w:w="1330" w:type="dxa"/>
            <w:vAlign w:val="bottom"/>
          </w:tcPr>
          <w:p w14:paraId="0AEA3E9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2.22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g-o</w:t>
            </w:r>
          </w:p>
        </w:tc>
        <w:tc>
          <w:tcPr>
            <w:tcW w:w="1629" w:type="dxa"/>
            <w:vAlign w:val="bottom"/>
          </w:tcPr>
          <w:p w14:paraId="0AEA3E9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308.33 ± 6.23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h-l</w:t>
            </w:r>
          </w:p>
        </w:tc>
        <w:tc>
          <w:tcPr>
            <w:tcW w:w="1330" w:type="dxa"/>
            <w:vAlign w:val="bottom"/>
          </w:tcPr>
          <w:p w14:paraId="0AEA3E9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 ± 0.1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h-n</w:t>
            </w:r>
          </w:p>
        </w:tc>
        <w:tc>
          <w:tcPr>
            <w:tcW w:w="1331" w:type="dxa"/>
            <w:vAlign w:val="bottom"/>
          </w:tcPr>
          <w:p w14:paraId="0AEA3E9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3.57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E9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2.5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n-p</w:t>
            </w:r>
          </w:p>
        </w:tc>
        <w:tc>
          <w:tcPr>
            <w:tcW w:w="1392" w:type="dxa"/>
            <w:vAlign w:val="bottom"/>
          </w:tcPr>
          <w:p w14:paraId="0AEA3E9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9.37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ij</w:t>
            </w:r>
          </w:p>
        </w:tc>
      </w:tr>
      <w:tr w:rsidR="003A1B86" w:rsidRPr="00A72067" w14:paraId="0AEA3EA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9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961" w:type="dxa"/>
            <w:vAlign w:val="bottom"/>
          </w:tcPr>
          <w:p w14:paraId="0AEA3E9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Punjab Kiran</w:t>
            </w:r>
          </w:p>
        </w:tc>
        <w:tc>
          <w:tcPr>
            <w:tcW w:w="1443" w:type="dxa"/>
            <w:vAlign w:val="bottom"/>
          </w:tcPr>
          <w:p w14:paraId="0AEA3E9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1.87 ± 0.03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</w:p>
        </w:tc>
        <w:tc>
          <w:tcPr>
            <w:tcW w:w="1480" w:type="dxa"/>
            <w:vAlign w:val="bottom"/>
          </w:tcPr>
          <w:p w14:paraId="0AEA3E9E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66.49 ± 0.32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q</w:t>
            </w:r>
          </w:p>
        </w:tc>
        <w:tc>
          <w:tcPr>
            <w:tcW w:w="1478" w:type="dxa"/>
            <w:vAlign w:val="bottom"/>
          </w:tcPr>
          <w:p w14:paraId="0AEA3E9F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67.63 ± 0.51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</w:t>
            </w:r>
          </w:p>
        </w:tc>
        <w:tc>
          <w:tcPr>
            <w:tcW w:w="1330" w:type="dxa"/>
            <w:vAlign w:val="bottom"/>
          </w:tcPr>
          <w:p w14:paraId="0AEA3EA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0.96 ± 0.21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t-w</w:t>
            </w:r>
          </w:p>
        </w:tc>
        <w:tc>
          <w:tcPr>
            <w:tcW w:w="1629" w:type="dxa"/>
            <w:vAlign w:val="bottom"/>
          </w:tcPr>
          <w:p w14:paraId="0AEA3EA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240 ± 14.53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m-r</w:t>
            </w:r>
          </w:p>
        </w:tc>
        <w:tc>
          <w:tcPr>
            <w:tcW w:w="1330" w:type="dxa"/>
            <w:vAlign w:val="bottom"/>
          </w:tcPr>
          <w:p w14:paraId="0AEA3EA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3.13 ± 0.24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c-e</w:t>
            </w:r>
          </w:p>
        </w:tc>
        <w:tc>
          <w:tcPr>
            <w:tcW w:w="1331" w:type="dxa"/>
            <w:vAlign w:val="bottom"/>
          </w:tcPr>
          <w:p w14:paraId="0AEA3EA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3.53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c-j</w:t>
            </w:r>
          </w:p>
        </w:tc>
        <w:tc>
          <w:tcPr>
            <w:tcW w:w="1331" w:type="dxa"/>
            <w:vAlign w:val="bottom"/>
          </w:tcPr>
          <w:p w14:paraId="0AEA3EA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2.74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i-p</w:t>
            </w:r>
          </w:p>
        </w:tc>
        <w:tc>
          <w:tcPr>
            <w:tcW w:w="1392" w:type="dxa"/>
            <w:vAlign w:val="bottom"/>
          </w:tcPr>
          <w:p w14:paraId="0AEA3EA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8.43 ± 0.27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</w:t>
            </w:r>
          </w:p>
        </w:tc>
      </w:tr>
      <w:tr w:rsidR="003A1B86" w:rsidRPr="00A72067" w14:paraId="0AEA3EB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A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961" w:type="dxa"/>
            <w:vAlign w:val="bottom"/>
          </w:tcPr>
          <w:p w14:paraId="0AEA3EA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G- Vilas</w:t>
            </w:r>
          </w:p>
        </w:tc>
        <w:tc>
          <w:tcPr>
            <w:tcW w:w="1443" w:type="dxa"/>
            <w:vAlign w:val="bottom"/>
          </w:tcPr>
          <w:p w14:paraId="0AEA3EA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1.41 ± 0.01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o-t</w:t>
            </w:r>
          </w:p>
        </w:tc>
        <w:tc>
          <w:tcPr>
            <w:tcW w:w="1480" w:type="dxa"/>
            <w:vAlign w:val="bottom"/>
          </w:tcPr>
          <w:p w14:paraId="0AEA3EA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85.5 ± 0.73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478" w:type="dxa"/>
            <w:vAlign w:val="bottom"/>
          </w:tcPr>
          <w:p w14:paraId="0AEA3EA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84.46 ± 0.66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a-c</w:t>
            </w:r>
          </w:p>
        </w:tc>
        <w:tc>
          <w:tcPr>
            <w:tcW w:w="1330" w:type="dxa"/>
            <w:vAlign w:val="bottom"/>
          </w:tcPr>
          <w:p w14:paraId="0AEA3EA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2.13 ± 0.16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i-o</w:t>
            </w:r>
          </w:p>
        </w:tc>
        <w:tc>
          <w:tcPr>
            <w:tcW w:w="1629" w:type="dxa"/>
            <w:vAlign w:val="bottom"/>
          </w:tcPr>
          <w:p w14:paraId="0AEA3EA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409 ± 55.75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a-c</w:t>
            </w:r>
          </w:p>
        </w:tc>
        <w:tc>
          <w:tcPr>
            <w:tcW w:w="1330" w:type="dxa"/>
            <w:vAlign w:val="bottom"/>
          </w:tcPr>
          <w:p w14:paraId="0AEA3EA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 ± 0.42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d-g</w:t>
            </w:r>
          </w:p>
        </w:tc>
        <w:tc>
          <w:tcPr>
            <w:tcW w:w="1331" w:type="dxa"/>
            <w:vAlign w:val="bottom"/>
          </w:tcPr>
          <w:p w14:paraId="0AEA3EA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3.23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i-j</w:t>
            </w:r>
          </w:p>
        </w:tc>
        <w:tc>
          <w:tcPr>
            <w:tcW w:w="1331" w:type="dxa"/>
            <w:vAlign w:val="bottom"/>
          </w:tcPr>
          <w:p w14:paraId="0AEA3EB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2.6 ± 0.2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l-p</w:t>
            </w:r>
          </w:p>
        </w:tc>
        <w:tc>
          <w:tcPr>
            <w:tcW w:w="1392" w:type="dxa"/>
            <w:vAlign w:val="bottom"/>
          </w:tcPr>
          <w:p w14:paraId="0AEA3EB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6.45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</w:t>
            </w:r>
          </w:p>
        </w:tc>
      </w:tr>
      <w:tr w:rsidR="003A1B86" w:rsidRPr="00A72067" w14:paraId="0AEA3EB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B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961" w:type="dxa"/>
            <w:vAlign w:val="bottom"/>
          </w:tcPr>
          <w:p w14:paraId="0AEA3EB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10</w:t>
            </w:r>
          </w:p>
        </w:tc>
        <w:tc>
          <w:tcPr>
            <w:tcW w:w="1443" w:type="dxa"/>
            <w:vAlign w:val="bottom"/>
          </w:tcPr>
          <w:p w14:paraId="0AEA3EB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1.57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g-m</w:t>
            </w:r>
          </w:p>
        </w:tc>
        <w:tc>
          <w:tcPr>
            <w:tcW w:w="1480" w:type="dxa"/>
            <w:vAlign w:val="bottom"/>
          </w:tcPr>
          <w:p w14:paraId="0AEA3EB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88.17 ± 0.21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78" w:type="dxa"/>
            <w:vAlign w:val="bottom"/>
          </w:tcPr>
          <w:p w14:paraId="0AEA3EB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84.6 ± 0.21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a-c</w:t>
            </w:r>
          </w:p>
        </w:tc>
        <w:tc>
          <w:tcPr>
            <w:tcW w:w="1330" w:type="dxa"/>
            <w:vAlign w:val="bottom"/>
          </w:tcPr>
          <w:p w14:paraId="0AEA3EB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2.04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k-q</w:t>
            </w:r>
          </w:p>
        </w:tc>
        <w:tc>
          <w:tcPr>
            <w:tcW w:w="1629" w:type="dxa"/>
            <w:vAlign w:val="bottom"/>
          </w:tcPr>
          <w:p w14:paraId="0AEA3EB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383.33 ± 19.22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b-g</w:t>
            </w:r>
          </w:p>
        </w:tc>
        <w:tc>
          <w:tcPr>
            <w:tcW w:w="1330" w:type="dxa"/>
            <w:vAlign w:val="bottom"/>
          </w:tcPr>
          <w:p w14:paraId="0AEA3EB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 ± 0.18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e-i</w:t>
            </w:r>
          </w:p>
        </w:tc>
        <w:tc>
          <w:tcPr>
            <w:tcW w:w="1331" w:type="dxa"/>
            <w:vAlign w:val="bottom"/>
          </w:tcPr>
          <w:p w14:paraId="0AEA3EB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4.03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b-i</w:t>
            </w:r>
          </w:p>
        </w:tc>
        <w:tc>
          <w:tcPr>
            <w:tcW w:w="1331" w:type="dxa"/>
            <w:vAlign w:val="bottom"/>
          </w:tcPr>
          <w:p w14:paraId="0AEA3EB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3.07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e-j</w:t>
            </w:r>
          </w:p>
        </w:tc>
        <w:tc>
          <w:tcPr>
            <w:tcW w:w="1392" w:type="dxa"/>
            <w:vAlign w:val="bottom"/>
          </w:tcPr>
          <w:p w14:paraId="0AEA3EB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6.32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</w:t>
            </w:r>
          </w:p>
        </w:tc>
      </w:tr>
      <w:tr w:rsidR="003A1B86" w:rsidRPr="00A72067" w14:paraId="0AEA3ECA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B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61" w:type="dxa"/>
            <w:vAlign w:val="bottom"/>
          </w:tcPr>
          <w:p w14:paraId="0AEA3EC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Hisar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Surkha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3" w:type="dxa"/>
            <w:vAlign w:val="bottom"/>
          </w:tcPr>
          <w:p w14:paraId="0AEA3EC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1.86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</w:p>
        </w:tc>
        <w:tc>
          <w:tcPr>
            <w:tcW w:w="1480" w:type="dxa"/>
            <w:vAlign w:val="bottom"/>
          </w:tcPr>
          <w:p w14:paraId="0AEA3EC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88.22 ± 0.57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78" w:type="dxa"/>
            <w:vAlign w:val="bottom"/>
          </w:tcPr>
          <w:p w14:paraId="0AEA3EC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83.01 ± 0.38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d-f</w:t>
            </w:r>
          </w:p>
        </w:tc>
        <w:tc>
          <w:tcPr>
            <w:tcW w:w="1330" w:type="dxa"/>
            <w:vAlign w:val="bottom"/>
          </w:tcPr>
          <w:p w14:paraId="0AEA3EC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2.87 ± 0.56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c-f</w:t>
            </w:r>
          </w:p>
        </w:tc>
        <w:tc>
          <w:tcPr>
            <w:tcW w:w="1629" w:type="dxa"/>
            <w:vAlign w:val="bottom"/>
          </w:tcPr>
          <w:p w14:paraId="0AEA3EC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359.67 ± 42.44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c-h</w:t>
            </w:r>
          </w:p>
        </w:tc>
        <w:tc>
          <w:tcPr>
            <w:tcW w:w="1330" w:type="dxa"/>
            <w:vAlign w:val="bottom"/>
          </w:tcPr>
          <w:p w14:paraId="0AEA3EC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 ± 0.36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e-j</w:t>
            </w:r>
          </w:p>
        </w:tc>
        <w:tc>
          <w:tcPr>
            <w:tcW w:w="1331" w:type="dxa"/>
            <w:vAlign w:val="bottom"/>
          </w:tcPr>
          <w:p w14:paraId="0AEA3EC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3.58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EC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2.62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k-p</w:t>
            </w:r>
          </w:p>
        </w:tc>
        <w:tc>
          <w:tcPr>
            <w:tcW w:w="1392" w:type="dxa"/>
            <w:vAlign w:val="bottom"/>
          </w:tcPr>
          <w:p w14:paraId="0AEA3EC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7.47 ± 0.23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lm</w:t>
            </w:r>
          </w:p>
        </w:tc>
      </w:tr>
      <w:tr w:rsidR="003A1B86" w:rsidRPr="00A72067" w14:paraId="0AEA3ED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C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961" w:type="dxa"/>
            <w:vAlign w:val="bottom"/>
          </w:tcPr>
          <w:p w14:paraId="0AEA3EC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Purple Guava</w:t>
            </w:r>
          </w:p>
        </w:tc>
        <w:tc>
          <w:tcPr>
            <w:tcW w:w="1443" w:type="dxa"/>
            <w:vAlign w:val="bottom"/>
          </w:tcPr>
          <w:p w14:paraId="0AEA3EC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0.8 ± 0.03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y</w:t>
            </w:r>
          </w:p>
        </w:tc>
        <w:tc>
          <w:tcPr>
            <w:tcW w:w="1480" w:type="dxa"/>
            <w:vAlign w:val="bottom"/>
          </w:tcPr>
          <w:p w14:paraId="0AEA3EC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47.4 ± 0.82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478" w:type="dxa"/>
            <w:vAlign w:val="bottom"/>
          </w:tcPr>
          <w:p w14:paraId="0AEA3EC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51.37 ± 0.6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v</w:t>
            </w:r>
          </w:p>
        </w:tc>
        <w:tc>
          <w:tcPr>
            <w:tcW w:w="1330" w:type="dxa"/>
            <w:vAlign w:val="bottom"/>
          </w:tcPr>
          <w:p w14:paraId="0AEA3ED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1.73 ± 0.15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n-r</w:t>
            </w:r>
          </w:p>
        </w:tc>
        <w:tc>
          <w:tcPr>
            <w:tcW w:w="1629" w:type="dxa"/>
            <w:vAlign w:val="bottom"/>
          </w:tcPr>
          <w:p w14:paraId="0AEA3ED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208.33 ± 49.94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q-t</w:t>
            </w:r>
          </w:p>
        </w:tc>
        <w:tc>
          <w:tcPr>
            <w:tcW w:w="1330" w:type="dxa"/>
            <w:vAlign w:val="bottom"/>
          </w:tcPr>
          <w:p w14:paraId="0AEA3ED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 ± 0.78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e-i</w:t>
            </w:r>
          </w:p>
        </w:tc>
        <w:tc>
          <w:tcPr>
            <w:tcW w:w="1331" w:type="dxa"/>
            <w:vAlign w:val="bottom"/>
          </w:tcPr>
          <w:p w14:paraId="0AEA3ED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3.55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ED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3.35 ± 0.13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b-e</w:t>
            </w:r>
          </w:p>
        </w:tc>
        <w:tc>
          <w:tcPr>
            <w:tcW w:w="1392" w:type="dxa"/>
            <w:vAlign w:val="bottom"/>
          </w:tcPr>
          <w:p w14:paraId="0AEA3ED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7.72 ± 0.12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</w:t>
            </w:r>
          </w:p>
        </w:tc>
      </w:tr>
      <w:tr w:rsidR="003A1B86" w:rsidRPr="00A72067" w14:paraId="0AEA3EE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D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961" w:type="dxa"/>
            <w:vAlign w:val="bottom"/>
          </w:tcPr>
          <w:p w14:paraId="0AEA3ED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Lalima</w:t>
            </w:r>
            <w:proofErr w:type="spellEnd"/>
          </w:p>
        </w:tc>
        <w:tc>
          <w:tcPr>
            <w:tcW w:w="1443" w:type="dxa"/>
            <w:vAlign w:val="bottom"/>
          </w:tcPr>
          <w:p w14:paraId="0AEA3ED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1.44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m-r</w:t>
            </w:r>
          </w:p>
        </w:tc>
        <w:tc>
          <w:tcPr>
            <w:tcW w:w="1480" w:type="dxa"/>
            <w:vAlign w:val="bottom"/>
          </w:tcPr>
          <w:p w14:paraId="0AEA3ED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76.09 ± 0.92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j-m</w:t>
            </w:r>
          </w:p>
        </w:tc>
        <w:tc>
          <w:tcPr>
            <w:tcW w:w="1478" w:type="dxa"/>
            <w:vAlign w:val="bottom"/>
          </w:tcPr>
          <w:p w14:paraId="0AEA3ED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85.17 ± 0.44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30" w:type="dxa"/>
            <w:vAlign w:val="bottom"/>
          </w:tcPr>
          <w:p w14:paraId="0AEA3ED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1.12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s-v</w:t>
            </w:r>
          </w:p>
        </w:tc>
        <w:tc>
          <w:tcPr>
            <w:tcW w:w="1629" w:type="dxa"/>
            <w:vAlign w:val="bottom"/>
          </w:tcPr>
          <w:p w14:paraId="0AEA3ED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157 ± 10.12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s-u</w:t>
            </w:r>
          </w:p>
        </w:tc>
        <w:tc>
          <w:tcPr>
            <w:tcW w:w="1330" w:type="dxa"/>
            <w:vAlign w:val="bottom"/>
          </w:tcPr>
          <w:p w14:paraId="0AEA3ED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 ± 0.04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r-u</w:t>
            </w:r>
          </w:p>
        </w:tc>
        <w:tc>
          <w:tcPr>
            <w:tcW w:w="1331" w:type="dxa"/>
            <w:vAlign w:val="bottom"/>
          </w:tcPr>
          <w:p w14:paraId="0AEA3ED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4.4 ± 0.13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331" w:type="dxa"/>
            <w:vAlign w:val="bottom"/>
          </w:tcPr>
          <w:p w14:paraId="0AEA3EE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3.24 ± 0.13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c-g</w:t>
            </w:r>
          </w:p>
        </w:tc>
        <w:tc>
          <w:tcPr>
            <w:tcW w:w="1392" w:type="dxa"/>
            <w:vAlign w:val="bottom"/>
          </w:tcPr>
          <w:p w14:paraId="0AEA3EE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14.49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3A1B86" w:rsidRPr="00A72067" w14:paraId="0AEA3EE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E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961" w:type="dxa"/>
            <w:vAlign w:val="bottom"/>
          </w:tcPr>
          <w:p w14:paraId="0AEA3EE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Thai 7</w:t>
            </w:r>
          </w:p>
        </w:tc>
        <w:tc>
          <w:tcPr>
            <w:tcW w:w="1443" w:type="dxa"/>
            <w:vAlign w:val="bottom"/>
          </w:tcPr>
          <w:p w14:paraId="0AEA3EE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1.97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480" w:type="dxa"/>
            <w:vAlign w:val="bottom"/>
          </w:tcPr>
          <w:p w14:paraId="0AEA3EE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78.93 ± 0.2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i-l</w:t>
            </w:r>
          </w:p>
        </w:tc>
        <w:tc>
          <w:tcPr>
            <w:tcW w:w="1478" w:type="dxa"/>
            <w:vAlign w:val="bottom"/>
          </w:tcPr>
          <w:p w14:paraId="0AEA3EE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85.51 ± 0.39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0" w:type="dxa"/>
            <w:vAlign w:val="bottom"/>
          </w:tcPr>
          <w:p w14:paraId="0AEA3EE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4.3 ± 0.47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29" w:type="dxa"/>
            <w:vAlign w:val="bottom"/>
          </w:tcPr>
          <w:p w14:paraId="0AEA3EE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387 ± 13.32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b-e</w:t>
            </w:r>
          </w:p>
        </w:tc>
        <w:tc>
          <w:tcPr>
            <w:tcW w:w="1330" w:type="dxa"/>
            <w:vAlign w:val="bottom"/>
          </w:tcPr>
          <w:p w14:paraId="0AEA3EE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 ± 0.06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o-u</w:t>
            </w:r>
          </w:p>
        </w:tc>
        <w:tc>
          <w:tcPr>
            <w:tcW w:w="1331" w:type="dxa"/>
            <w:vAlign w:val="bottom"/>
          </w:tcPr>
          <w:p w14:paraId="0AEA3EE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4.13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b-g</w:t>
            </w:r>
          </w:p>
        </w:tc>
        <w:tc>
          <w:tcPr>
            <w:tcW w:w="1331" w:type="dxa"/>
            <w:vAlign w:val="bottom"/>
          </w:tcPr>
          <w:p w14:paraId="0AEA3EE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3.22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c-h</w:t>
            </w:r>
          </w:p>
        </w:tc>
        <w:tc>
          <w:tcPr>
            <w:tcW w:w="1392" w:type="dxa"/>
            <w:vAlign w:val="bottom"/>
          </w:tcPr>
          <w:p w14:paraId="0AEA3EE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15.49 ± 0.15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3A1B86" w:rsidRPr="00A72067" w14:paraId="0AEA3EFA" w14:textId="77777777" w:rsidTr="009C30B0">
        <w:trPr>
          <w:trHeight w:val="225"/>
        </w:trPr>
        <w:tc>
          <w:tcPr>
            <w:tcW w:w="591" w:type="dxa"/>
            <w:vAlign w:val="center"/>
          </w:tcPr>
          <w:p w14:paraId="0AEA3EE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61" w:type="dxa"/>
            <w:vAlign w:val="bottom"/>
          </w:tcPr>
          <w:p w14:paraId="0AEA3EF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Dhawal</w:t>
            </w:r>
            <w:proofErr w:type="spellEnd"/>
          </w:p>
        </w:tc>
        <w:tc>
          <w:tcPr>
            <w:tcW w:w="1443" w:type="dxa"/>
            <w:vAlign w:val="bottom"/>
          </w:tcPr>
          <w:p w14:paraId="0AEA3EF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1.27 ± 0.01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t-v</w:t>
            </w:r>
          </w:p>
        </w:tc>
        <w:tc>
          <w:tcPr>
            <w:tcW w:w="1480" w:type="dxa"/>
            <w:vAlign w:val="bottom"/>
          </w:tcPr>
          <w:p w14:paraId="0AEA3EF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88.18 ± 0.9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78" w:type="dxa"/>
            <w:vAlign w:val="bottom"/>
          </w:tcPr>
          <w:p w14:paraId="0AEA3EF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85.22 ± 0.61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0" w:type="dxa"/>
            <w:vAlign w:val="bottom"/>
          </w:tcPr>
          <w:p w14:paraId="0AEA3EF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2.53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d-k</w:t>
            </w:r>
          </w:p>
        </w:tc>
        <w:tc>
          <w:tcPr>
            <w:tcW w:w="1629" w:type="dxa"/>
            <w:vAlign w:val="bottom"/>
          </w:tcPr>
          <w:p w14:paraId="0AEA3EF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314.33 ± 7.51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h-l</w:t>
            </w:r>
          </w:p>
        </w:tc>
        <w:tc>
          <w:tcPr>
            <w:tcW w:w="1330" w:type="dxa"/>
            <w:vAlign w:val="bottom"/>
          </w:tcPr>
          <w:p w14:paraId="0AEA3EF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 ± 0.02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k-r</w:t>
            </w:r>
          </w:p>
        </w:tc>
        <w:tc>
          <w:tcPr>
            <w:tcW w:w="1331" w:type="dxa"/>
            <w:vAlign w:val="bottom"/>
          </w:tcPr>
          <w:p w14:paraId="0AEA3EF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3.3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h-j</w:t>
            </w:r>
          </w:p>
        </w:tc>
        <w:tc>
          <w:tcPr>
            <w:tcW w:w="1331" w:type="dxa"/>
            <w:vAlign w:val="bottom"/>
          </w:tcPr>
          <w:p w14:paraId="0AEA3EF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2.62 ± 0.15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k-p</w:t>
            </w:r>
          </w:p>
        </w:tc>
        <w:tc>
          <w:tcPr>
            <w:tcW w:w="1392" w:type="dxa"/>
            <w:vAlign w:val="bottom"/>
          </w:tcPr>
          <w:p w14:paraId="0AEA3EF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10.51 ± 0.23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</w:p>
        </w:tc>
      </w:tr>
      <w:tr w:rsidR="003A1B86" w:rsidRPr="00A72067" w14:paraId="0AEA3F0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EF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961" w:type="dxa"/>
            <w:vAlign w:val="bottom"/>
          </w:tcPr>
          <w:p w14:paraId="0AEA3EF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Thai Guava</w:t>
            </w:r>
          </w:p>
        </w:tc>
        <w:tc>
          <w:tcPr>
            <w:tcW w:w="1443" w:type="dxa"/>
            <w:vAlign w:val="bottom"/>
          </w:tcPr>
          <w:p w14:paraId="0AEA3EF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1.55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h-n</w:t>
            </w:r>
          </w:p>
        </w:tc>
        <w:tc>
          <w:tcPr>
            <w:tcW w:w="1480" w:type="dxa"/>
            <w:vAlign w:val="bottom"/>
          </w:tcPr>
          <w:p w14:paraId="0AEA3EF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88.65 ± 0.45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78" w:type="dxa"/>
            <w:vAlign w:val="bottom"/>
          </w:tcPr>
          <w:p w14:paraId="0AEA3EF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85.03 ± 0.17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30" w:type="dxa"/>
            <w:vAlign w:val="bottom"/>
          </w:tcPr>
          <w:p w14:paraId="0AEA3F0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1.34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r-v</w:t>
            </w:r>
          </w:p>
        </w:tc>
        <w:tc>
          <w:tcPr>
            <w:tcW w:w="1629" w:type="dxa"/>
            <w:vAlign w:val="bottom"/>
          </w:tcPr>
          <w:p w14:paraId="0AEA3F0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233.33 ± 12.44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m-r</w:t>
            </w:r>
          </w:p>
        </w:tc>
        <w:tc>
          <w:tcPr>
            <w:tcW w:w="1330" w:type="dxa"/>
            <w:vAlign w:val="bottom"/>
          </w:tcPr>
          <w:p w14:paraId="0AEA3F0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 ± 0.09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j-p</w:t>
            </w:r>
          </w:p>
        </w:tc>
        <w:tc>
          <w:tcPr>
            <w:tcW w:w="1331" w:type="dxa"/>
            <w:vAlign w:val="bottom"/>
          </w:tcPr>
          <w:p w14:paraId="0AEA3F0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3.62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F04" w14:textId="77777777" w:rsidR="003A1B86" w:rsidRPr="00A72067" w:rsidRDefault="00961057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2.57 ±</w:t>
            </w:r>
            <w:r w:rsidR="003A1B86" w:rsidRPr="00A7206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="003A1B86"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m-p</w:t>
            </w:r>
          </w:p>
        </w:tc>
        <w:tc>
          <w:tcPr>
            <w:tcW w:w="1392" w:type="dxa"/>
            <w:vAlign w:val="bottom"/>
          </w:tcPr>
          <w:p w14:paraId="0AEA3F0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8.45 ± 0.1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</w:t>
            </w:r>
          </w:p>
        </w:tc>
      </w:tr>
      <w:tr w:rsidR="003A1B86" w:rsidRPr="00A72067" w14:paraId="0AEA3F1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0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961" w:type="dxa"/>
            <w:vAlign w:val="bottom"/>
          </w:tcPr>
          <w:p w14:paraId="0AEA3F0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11</w:t>
            </w:r>
          </w:p>
        </w:tc>
        <w:tc>
          <w:tcPr>
            <w:tcW w:w="1443" w:type="dxa"/>
            <w:vAlign w:val="bottom"/>
          </w:tcPr>
          <w:p w14:paraId="0AEA3F0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1.08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wx</w:t>
            </w:r>
          </w:p>
        </w:tc>
        <w:tc>
          <w:tcPr>
            <w:tcW w:w="1480" w:type="dxa"/>
            <w:vAlign w:val="bottom"/>
          </w:tcPr>
          <w:p w14:paraId="0AEA3F0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83.52 ± 0.21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c-g</w:t>
            </w:r>
          </w:p>
        </w:tc>
        <w:tc>
          <w:tcPr>
            <w:tcW w:w="1478" w:type="dxa"/>
            <w:vAlign w:val="bottom"/>
          </w:tcPr>
          <w:p w14:paraId="0AEA3F0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84.56 ± 0.38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a-c</w:t>
            </w:r>
          </w:p>
        </w:tc>
        <w:tc>
          <w:tcPr>
            <w:tcW w:w="1330" w:type="dxa"/>
            <w:vAlign w:val="bottom"/>
          </w:tcPr>
          <w:p w14:paraId="0AEA3F0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2.38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e-l</w:t>
            </w:r>
          </w:p>
        </w:tc>
        <w:tc>
          <w:tcPr>
            <w:tcW w:w="1629" w:type="dxa"/>
            <w:vAlign w:val="bottom"/>
          </w:tcPr>
          <w:p w14:paraId="0AEA3F0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317.67 ± 10.75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h-l</w:t>
            </w:r>
          </w:p>
        </w:tc>
        <w:tc>
          <w:tcPr>
            <w:tcW w:w="1330" w:type="dxa"/>
            <w:vAlign w:val="bottom"/>
          </w:tcPr>
          <w:p w14:paraId="0AEA3F0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± 0.1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g-m</w:t>
            </w:r>
          </w:p>
        </w:tc>
        <w:tc>
          <w:tcPr>
            <w:tcW w:w="1331" w:type="dxa"/>
            <w:vAlign w:val="bottom"/>
          </w:tcPr>
          <w:p w14:paraId="0AEA3F0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3.92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F1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2.33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</w:t>
            </w:r>
          </w:p>
        </w:tc>
        <w:tc>
          <w:tcPr>
            <w:tcW w:w="1392" w:type="dxa"/>
            <w:vAlign w:val="bottom"/>
          </w:tcPr>
          <w:p w14:paraId="0AEA3F1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12.43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3A1B86" w:rsidRPr="00A72067" w14:paraId="0AEA3F1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1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961" w:type="dxa"/>
            <w:vAlign w:val="bottom"/>
          </w:tcPr>
          <w:p w14:paraId="0AEA3F1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Allahbad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Safeda</w:t>
            </w:r>
            <w:proofErr w:type="spellEnd"/>
          </w:p>
        </w:tc>
        <w:tc>
          <w:tcPr>
            <w:tcW w:w="1443" w:type="dxa"/>
            <w:vAlign w:val="bottom"/>
          </w:tcPr>
          <w:p w14:paraId="0AEA3F1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1.66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g-i</w:t>
            </w:r>
          </w:p>
        </w:tc>
        <w:tc>
          <w:tcPr>
            <w:tcW w:w="1480" w:type="dxa"/>
            <w:vAlign w:val="bottom"/>
          </w:tcPr>
          <w:p w14:paraId="0AEA3F1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85.83 ± 0.41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478" w:type="dxa"/>
            <w:vAlign w:val="bottom"/>
          </w:tcPr>
          <w:p w14:paraId="0AEA3F1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82.44 ± 0.66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fg</w:t>
            </w:r>
          </w:p>
        </w:tc>
        <w:tc>
          <w:tcPr>
            <w:tcW w:w="1330" w:type="dxa"/>
            <w:vAlign w:val="bottom"/>
          </w:tcPr>
          <w:p w14:paraId="0AEA3F1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2.18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h-o</w:t>
            </w:r>
          </w:p>
        </w:tc>
        <w:tc>
          <w:tcPr>
            <w:tcW w:w="1629" w:type="dxa"/>
            <w:vAlign w:val="bottom"/>
          </w:tcPr>
          <w:p w14:paraId="0AEA3F1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262 ± 24.79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l-q</w:t>
            </w:r>
          </w:p>
        </w:tc>
        <w:tc>
          <w:tcPr>
            <w:tcW w:w="1330" w:type="dxa"/>
            <w:vAlign w:val="bottom"/>
          </w:tcPr>
          <w:p w14:paraId="0AEA3F1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 ± 0.09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p-u</w:t>
            </w:r>
          </w:p>
        </w:tc>
        <w:tc>
          <w:tcPr>
            <w:tcW w:w="1331" w:type="dxa"/>
            <w:vAlign w:val="bottom"/>
          </w:tcPr>
          <w:p w14:paraId="0AEA3F1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3.45 ± 0.26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f-j</w:t>
            </w:r>
          </w:p>
        </w:tc>
        <w:tc>
          <w:tcPr>
            <w:tcW w:w="1331" w:type="dxa"/>
            <w:vAlign w:val="bottom"/>
          </w:tcPr>
          <w:p w14:paraId="0AEA3F1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2.68 ± 0.16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i-p</w:t>
            </w:r>
          </w:p>
        </w:tc>
        <w:tc>
          <w:tcPr>
            <w:tcW w:w="1392" w:type="dxa"/>
            <w:vAlign w:val="bottom"/>
          </w:tcPr>
          <w:p w14:paraId="0AEA3F1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12.48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3A1B86" w:rsidRPr="00A72067" w14:paraId="0AEA3F2A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1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961" w:type="dxa"/>
            <w:vAlign w:val="bottom"/>
          </w:tcPr>
          <w:p w14:paraId="0AEA3F2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Pant </w:t>
            </w: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Prabhat</w:t>
            </w:r>
            <w:proofErr w:type="spellEnd"/>
          </w:p>
        </w:tc>
        <w:tc>
          <w:tcPr>
            <w:tcW w:w="1443" w:type="dxa"/>
            <w:vAlign w:val="bottom"/>
          </w:tcPr>
          <w:p w14:paraId="0AEA3F2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1.67 ± 0.06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gh</w:t>
            </w:r>
          </w:p>
        </w:tc>
        <w:tc>
          <w:tcPr>
            <w:tcW w:w="1480" w:type="dxa"/>
            <w:vAlign w:val="bottom"/>
          </w:tcPr>
          <w:p w14:paraId="0AEA3F2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87.47 ± 0.59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a-c</w:t>
            </w:r>
          </w:p>
        </w:tc>
        <w:tc>
          <w:tcPr>
            <w:tcW w:w="1478" w:type="dxa"/>
            <w:vAlign w:val="bottom"/>
          </w:tcPr>
          <w:p w14:paraId="0AEA3F2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82.59 ± 0.2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e-g</w:t>
            </w:r>
          </w:p>
        </w:tc>
        <w:tc>
          <w:tcPr>
            <w:tcW w:w="1330" w:type="dxa"/>
            <w:vAlign w:val="bottom"/>
          </w:tcPr>
          <w:p w14:paraId="0AEA3F2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1.72 ± 0.19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o-r</w:t>
            </w:r>
          </w:p>
        </w:tc>
        <w:tc>
          <w:tcPr>
            <w:tcW w:w="1629" w:type="dxa"/>
            <w:vAlign w:val="bottom"/>
          </w:tcPr>
          <w:p w14:paraId="0AEA3F2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286.67 ± 15.9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i-o</w:t>
            </w:r>
          </w:p>
        </w:tc>
        <w:tc>
          <w:tcPr>
            <w:tcW w:w="1330" w:type="dxa"/>
            <w:vAlign w:val="bottom"/>
          </w:tcPr>
          <w:p w14:paraId="0AEA3F2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2.53 ± 0.25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e-i</w:t>
            </w:r>
          </w:p>
        </w:tc>
        <w:tc>
          <w:tcPr>
            <w:tcW w:w="1331" w:type="dxa"/>
            <w:vAlign w:val="bottom"/>
          </w:tcPr>
          <w:p w14:paraId="0AEA3F2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3.99 ± 0.1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b-i</w:t>
            </w:r>
          </w:p>
        </w:tc>
        <w:tc>
          <w:tcPr>
            <w:tcW w:w="1331" w:type="dxa"/>
            <w:vAlign w:val="bottom"/>
          </w:tcPr>
          <w:p w14:paraId="0AEA3F2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e-m</w:t>
            </w:r>
          </w:p>
        </w:tc>
        <w:tc>
          <w:tcPr>
            <w:tcW w:w="1392" w:type="dxa"/>
            <w:vAlign w:val="bottom"/>
          </w:tcPr>
          <w:p w14:paraId="0AEA3F2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10.53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</w:p>
        </w:tc>
      </w:tr>
      <w:tr w:rsidR="003A1B86" w:rsidRPr="00A72067" w14:paraId="0AEA3F3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2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961" w:type="dxa"/>
            <w:vAlign w:val="bottom"/>
          </w:tcPr>
          <w:p w14:paraId="0AEA3F2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L-49</w:t>
            </w:r>
          </w:p>
        </w:tc>
        <w:tc>
          <w:tcPr>
            <w:tcW w:w="1443" w:type="dxa"/>
            <w:vAlign w:val="bottom"/>
          </w:tcPr>
          <w:p w14:paraId="0AEA3F2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1.54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h-o</w:t>
            </w:r>
          </w:p>
        </w:tc>
        <w:tc>
          <w:tcPr>
            <w:tcW w:w="1480" w:type="dxa"/>
            <w:vAlign w:val="bottom"/>
          </w:tcPr>
          <w:p w14:paraId="0AEA3F2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76.23 ± 0.31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j-m</w:t>
            </w:r>
          </w:p>
        </w:tc>
        <w:tc>
          <w:tcPr>
            <w:tcW w:w="1478" w:type="dxa"/>
            <w:vAlign w:val="bottom"/>
          </w:tcPr>
          <w:p w14:paraId="0AEA3F2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81.5 ± 0.44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g-i</w:t>
            </w:r>
          </w:p>
        </w:tc>
        <w:tc>
          <w:tcPr>
            <w:tcW w:w="1330" w:type="dxa"/>
            <w:vAlign w:val="bottom"/>
          </w:tcPr>
          <w:p w14:paraId="0AEA3F3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2.48 ± 0.25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d-k</w:t>
            </w:r>
          </w:p>
        </w:tc>
        <w:tc>
          <w:tcPr>
            <w:tcW w:w="1629" w:type="dxa"/>
            <w:vAlign w:val="bottom"/>
          </w:tcPr>
          <w:p w14:paraId="0AEA3F3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332 ± 5.69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e-k</w:t>
            </w:r>
          </w:p>
        </w:tc>
        <w:tc>
          <w:tcPr>
            <w:tcW w:w="1330" w:type="dxa"/>
            <w:vAlign w:val="bottom"/>
          </w:tcPr>
          <w:p w14:paraId="0AEA3F3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 ± 0.02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g-k</w:t>
            </w:r>
          </w:p>
        </w:tc>
        <w:tc>
          <w:tcPr>
            <w:tcW w:w="1331" w:type="dxa"/>
            <w:vAlign w:val="bottom"/>
          </w:tcPr>
          <w:p w14:paraId="0AEA3F3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3.98 ± 0.13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b-i</w:t>
            </w:r>
          </w:p>
        </w:tc>
        <w:tc>
          <w:tcPr>
            <w:tcW w:w="1331" w:type="dxa"/>
            <w:vAlign w:val="bottom"/>
          </w:tcPr>
          <w:p w14:paraId="0AEA3F3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3.11 ± 0.02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d-i</w:t>
            </w:r>
          </w:p>
        </w:tc>
        <w:tc>
          <w:tcPr>
            <w:tcW w:w="1392" w:type="dxa"/>
            <w:vAlign w:val="bottom"/>
          </w:tcPr>
          <w:p w14:paraId="0AEA3F3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9.41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ij</w:t>
            </w:r>
          </w:p>
        </w:tc>
      </w:tr>
      <w:tr w:rsidR="003A1B86" w:rsidRPr="00A72067" w14:paraId="0AEA3F4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3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961" w:type="dxa"/>
            <w:vAlign w:val="bottom"/>
          </w:tcPr>
          <w:p w14:paraId="0AEA3F3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Lalit</w:t>
            </w:r>
            <w:proofErr w:type="spellEnd"/>
          </w:p>
        </w:tc>
        <w:tc>
          <w:tcPr>
            <w:tcW w:w="1443" w:type="dxa"/>
            <w:vAlign w:val="bottom"/>
          </w:tcPr>
          <w:p w14:paraId="0AEA3F3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1.42 ± 0.03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n-s</w:t>
            </w:r>
          </w:p>
        </w:tc>
        <w:tc>
          <w:tcPr>
            <w:tcW w:w="1480" w:type="dxa"/>
            <w:vAlign w:val="bottom"/>
          </w:tcPr>
          <w:p w14:paraId="0AEA3F3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81 ± 0.25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f-i</w:t>
            </w:r>
          </w:p>
        </w:tc>
        <w:tc>
          <w:tcPr>
            <w:tcW w:w="1478" w:type="dxa"/>
            <w:vAlign w:val="bottom"/>
          </w:tcPr>
          <w:p w14:paraId="0AEA3F3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73.25 ± 0.41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330" w:type="dxa"/>
            <w:vAlign w:val="bottom"/>
          </w:tcPr>
          <w:p w14:paraId="0AEA3F3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2.71 ± 0.14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c-h</w:t>
            </w:r>
          </w:p>
        </w:tc>
        <w:tc>
          <w:tcPr>
            <w:tcW w:w="1629" w:type="dxa"/>
            <w:vAlign w:val="bottom"/>
          </w:tcPr>
          <w:p w14:paraId="0AEA3F3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309.67 ± 28.5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h-l</w:t>
            </w:r>
          </w:p>
        </w:tc>
        <w:tc>
          <w:tcPr>
            <w:tcW w:w="1330" w:type="dxa"/>
            <w:vAlign w:val="bottom"/>
          </w:tcPr>
          <w:p w14:paraId="0AEA3F3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1.83 ± 0.25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i-o</w:t>
            </w:r>
          </w:p>
        </w:tc>
        <w:tc>
          <w:tcPr>
            <w:tcW w:w="1331" w:type="dxa"/>
            <w:vAlign w:val="bottom"/>
          </w:tcPr>
          <w:p w14:paraId="0AEA3F3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3.38 ± 0.1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g-j</w:t>
            </w:r>
          </w:p>
        </w:tc>
        <w:tc>
          <w:tcPr>
            <w:tcW w:w="1331" w:type="dxa"/>
            <w:vAlign w:val="bottom"/>
          </w:tcPr>
          <w:p w14:paraId="0AEA3F40" w14:textId="77777777" w:rsidR="003A1B86" w:rsidRPr="00A72067" w:rsidRDefault="00961057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2.58 ±</w:t>
            </w:r>
            <w:r w:rsidR="003A1B86" w:rsidRPr="00A7206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="003A1B86"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m-p</w:t>
            </w:r>
          </w:p>
        </w:tc>
        <w:tc>
          <w:tcPr>
            <w:tcW w:w="1392" w:type="dxa"/>
            <w:vAlign w:val="bottom"/>
          </w:tcPr>
          <w:p w14:paraId="0AEA3F4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12.31 ± 0.02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3A1B86" w:rsidRPr="00A72067" w14:paraId="0AEA3F4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4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961" w:type="dxa"/>
            <w:vAlign w:val="bottom"/>
          </w:tcPr>
          <w:p w14:paraId="0AEA3F4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Punjab Pink</w:t>
            </w:r>
          </w:p>
        </w:tc>
        <w:tc>
          <w:tcPr>
            <w:tcW w:w="1443" w:type="dxa"/>
            <w:vAlign w:val="bottom"/>
          </w:tcPr>
          <w:p w14:paraId="0AEA3F4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1.6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g-k</w:t>
            </w:r>
          </w:p>
        </w:tc>
        <w:tc>
          <w:tcPr>
            <w:tcW w:w="1480" w:type="dxa"/>
            <w:vAlign w:val="bottom"/>
          </w:tcPr>
          <w:p w14:paraId="0AEA3F4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72.01 ± 0.25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n-p</w:t>
            </w:r>
          </w:p>
        </w:tc>
        <w:tc>
          <w:tcPr>
            <w:tcW w:w="1478" w:type="dxa"/>
            <w:vAlign w:val="bottom"/>
          </w:tcPr>
          <w:p w14:paraId="0AEA3F4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63.94 ± 0.21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u</w:t>
            </w:r>
          </w:p>
        </w:tc>
        <w:tc>
          <w:tcPr>
            <w:tcW w:w="1330" w:type="dxa"/>
            <w:vAlign w:val="bottom"/>
          </w:tcPr>
          <w:p w14:paraId="0AEA3F4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2.8 ± 0.16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c-g</w:t>
            </w:r>
          </w:p>
        </w:tc>
        <w:tc>
          <w:tcPr>
            <w:tcW w:w="1629" w:type="dxa"/>
            <w:vAlign w:val="bottom"/>
          </w:tcPr>
          <w:p w14:paraId="0AEA3F4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386.33 ± 9.7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b-e</w:t>
            </w:r>
          </w:p>
        </w:tc>
        <w:tc>
          <w:tcPr>
            <w:tcW w:w="1330" w:type="dxa"/>
            <w:vAlign w:val="bottom"/>
          </w:tcPr>
          <w:p w14:paraId="0AEA3F4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3.32 ± 0.07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331" w:type="dxa"/>
            <w:vAlign w:val="bottom"/>
          </w:tcPr>
          <w:p w14:paraId="0AEA3F4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3.53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d-j</w:t>
            </w:r>
          </w:p>
        </w:tc>
        <w:tc>
          <w:tcPr>
            <w:tcW w:w="1331" w:type="dxa"/>
            <w:vAlign w:val="bottom"/>
          </w:tcPr>
          <w:p w14:paraId="0AEA3F4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2.75 ± 0.03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i-p</w:t>
            </w:r>
          </w:p>
        </w:tc>
        <w:tc>
          <w:tcPr>
            <w:tcW w:w="1392" w:type="dxa"/>
            <w:vAlign w:val="bottom"/>
          </w:tcPr>
          <w:p w14:paraId="0AEA3F4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9.6 ± 0.08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ihj</w:t>
            </w:r>
          </w:p>
        </w:tc>
      </w:tr>
      <w:tr w:rsidR="003A1B86" w:rsidRPr="00A72067" w14:paraId="0AEA3F5A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4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961" w:type="dxa"/>
            <w:vAlign w:val="bottom"/>
          </w:tcPr>
          <w:p w14:paraId="0AEA3F5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molle</w:t>
            </w:r>
            <w:proofErr w:type="spellEnd"/>
          </w:p>
        </w:tc>
        <w:tc>
          <w:tcPr>
            <w:tcW w:w="1443" w:type="dxa"/>
            <w:vAlign w:val="bottom"/>
          </w:tcPr>
          <w:p w14:paraId="0AEA3F5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0.7 ± 0.13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y</w:t>
            </w:r>
          </w:p>
        </w:tc>
        <w:tc>
          <w:tcPr>
            <w:tcW w:w="1480" w:type="dxa"/>
            <w:vAlign w:val="bottom"/>
          </w:tcPr>
          <w:p w14:paraId="0AEA3F5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78.45 ± 0.29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i-l</w:t>
            </w:r>
          </w:p>
        </w:tc>
        <w:tc>
          <w:tcPr>
            <w:tcW w:w="1478" w:type="dxa"/>
            <w:vAlign w:val="bottom"/>
          </w:tcPr>
          <w:p w14:paraId="0AEA3F5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75.1 ± 0.39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1330" w:type="dxa"/>
            <w:vAlign w:val="bottom"/>
          </w:tcPr>
          <w:p w14:paraId="0AEA3F5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0.8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v-x</w:t>
            </w:r>
          </w:p>
        </w:tc>
        <w:tc>
          <w:tcPr>
            <w:tcW w:w="1629" w:type="dxa"/>
            <w:vAlign w:val="bottom"/>
          </w:tcPr>
          <w:p w14:paraId="0AEA3F5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116.67 ± 4.91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u-w</w:t>
            </w:r>
          </w:p>
        </w:tc>
        <w:tc>
          <w:tcPr>
            <w:tcW w:w="1330" w:type="dxa"/>
            <w:vAlign w:val="bottom"/>
          </w:tcPr>
          <w:p w14:paraId="0AEA3F5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10.25 ± 1.09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31" w:type="dxa"/>
            <w:vAlign w:val="bottom"/>
          </w:tcPr>
          <w:p w14:paraId="0AEA3F5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3.07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</w:t>
            </w:r>
          </w:p>
        </w:tc>
        <w:tc>
          <w:tcPr>
            <w:tcW w:w="1331" w:type="dxa"/>
            <w:vAlign w:val="bottom"/>
          </w:tcPr>
          <w:p w14:paraId="0AEA3F5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2.52 ± 0.07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n-p</w:t>
            </w:r>
          </w:p>
        </w:tc>
        <w:tc>
          <w:tcPr>
            <w:tcW w:w="1392" w:type="dxa"/>
            <w:vAlign w:val="bottom"/>
          </w:tcPr>
          <w:p w14:paraId="0AEA3F5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8.43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</w:t>
            </w:r>
          </w:p>
        </w:tc>
      </w:tr>
      <w:tr w:rsidR="003A1B86" w:rsidRPr="00A72067" w14:paraId="0AEA3F6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5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961" w:type="dxa"/>
            <w:vAlign w:val="bottom"/>
          </w:tcPr>
          <w:p w14:paraId="0AEA3F5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pumilum</w:t>
            </w:r>
            <w:proofErr w:type="spellEnd"/>
          </w:p>
        </w:tc>
        <w:tc>
          <w:tcPr>
            <w:tcW w:w="1443" w:type="dxa"/>
            <w:vAlign w:val="bottom"/>
          </w:tcPr>
          <w:p w14:paraId="0AEA3F5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0.81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y</w:t>
            </w:r>
          </w:p>
        </w:tc>
        <w:tc>
          <w:tcPr>
            <w:tcW w:w="1480" w:type="dxa"/>
            <w:vAlign w:val="bottom"/>
          </w:tcPr>
          <w:p w14:paraId="0AEA3F5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84.5 ± 0.25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b-f</w:t>
            </w:r>
          </w:p>
        </w:tc>
        <w:tc>
          <w:tcPr>
            <w:tcW w:w="1478" w:type="dxa"/>
            <w:vAlign w:val="bottom"/>
          </w:tcPr>
          <w:p w14:paraId="0AEA3F5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77.28 ± 0.32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</w:t>
            </w:r>
          </w:p>
        </w:tc>
        <w:tc>
          <w:tcPr>
            <w:tcW w:w="1330" w:type="dxa"/>
            <w:vAlign w:val="bottom"/>
          </w:tcPr>
          <w:p w14:paraId="0AEA3F6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2.65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e-h</w:t>
            </w:r>
          </w:p>
        </w:tc>
        <w:tc>
          <w:tcPr>
            <w:tcW w:w="1629" w:type="dxa"/>
            <w:vAlign w:val="bottom"/>
          </w:tcPr>
          <w:p w14:paraId="0AEA3F6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340 ± 14.42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e-i</w:t>
            </w:r>
          </w:p>
        </w:tc>
        <w:tc>
          <w:tcPr>
            <w:tcW w:w="1330" w:type="dxa"/>
            <w:vAlign w:val="bottom"/>
          </w:tcPr>
          <w:p w14:paraId="0AEA3F6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12.67 ± 0.21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1" w:type="dxa"/>
            <w:vAlign w:val="bottom"/>
          </w:tcPr>
          <w:p w14:paraId="0AEA3F6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3.43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f-j</w:t>
            </w:r>
          </w:p>
        </w:tc>
        <w:tc>
          <w:tcPr>
            <w:tcW w:w="1331" w:type="dxa"/>
            <w:vAlign w:val="bottom"/>
          </w:tcPr>
          <w:p w14:paraId="0AEA3F6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2.5 ± 0.17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n-p</w:t>
            </w:r>
          </w:p>
        </w:tc>
        <w:tc>
          <w:tcPr>
            <w:tcW w:w="1392" w:type="dxa"/>
            <w:vAlign w:val="bottom"/>
          </w:tcPr>
          <w:p w14:paraId="0AEA3F6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7.53 ± 0.21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ml</w:t>
            </w:r>
          </w:p>
        </w:tc>
      </w:tr>
      <w:tr w:rsidR="003A1B86" w:rsidRPr="00A72067" w14:paraId="0AEA3F7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6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61" w:type="dxa"/>
            <w:vAlign w:val="bottom"/>
          </w:tcPr>
          <w:p w14:paraId="0AEA3F6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guineense</w:t>
            </w:r>
            <w:proofErr w:type="spellEnd"/>
          </w:p>
        </w:tc>
        <w:tc>
          <w:tcPr>
            <w:tcW w:w="1443" w:type="dxa"/>
            <w:vAlign w:val="bottom"/>
          </w:tcPr>
          <w:p w14:paraId="0AEA3F6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1.17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vw</w:t>
            </w:r>
          </w:p>
        </w:tc>
        <w:tc>
          <w:tcPr>
            <w:tcW w:w="1480" w:type="dxa"/>
            <w:vAlign w:val="bottom"/>
          </w:tcPr>
          <w:p w14:paraId="0AEA3F6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85.73 ± 0.4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478" w:type="dxa"/>
            <w:vAlign w:val="bottom"/>
          </w:tcPr>
          <w:p w14:paraId="0AEA3F6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83.79 ± 0.4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c-e</w:t>
            </w:r>
          </w:p>
        </w:tc>
        <w:tc>
          <w:tcPr>
            <w:tcW w:w="1330" w:type="dxa"/>
            <w:vAlign w:val="bottom"/>
          </w:tcPr>
          <w:p w14:paraId="0AEA3F6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0.44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wx</w:t>
            </w:r>
          </w:p>
        </w:tc>
        <w:tc>
          <w:tcPr>
            <w:tcW w:w="1629" w:type="dxa"/>
            <w:vAlign w:val="bottom"/>
          </w:tcPr>
          <w:p w14:paraId="0AEA3F6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30.67 ± 6.57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x</w:t>
            </w:r>
          </w:p>
        </w:tc>
        <w:tc>
          <w:tcPr>
            <w:tcW w:w="1330" w:type="dxa"/>
            <w:vAlign w:val="bottom"/>
          </w:tcPr>
          <w:p w14:paraId="0AEA3F6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 ± 0.46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m-s</w:t>
            </w:r>
          </w:p>
        </w:tc>
        <w:tc>
          <w:tcPr>
            <w:tcW w:w="1331" w:type="dxa"/>
            <w:vAlign w:val="bottom"/>
          </w:tcPr>
          <w:p w14:paraId="0AEA3F6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4.28 ± 0.38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b-f</w:t>
            </w:r>
          </w:p>
        </w:tc>
        <w:tc>
          <w:tcPr>
            <w:tcW w:w="1331" w:type="dxa"/>
            <w:vAlign w:val="bottom"/>
          </w:tcPr>
          <w:p w14:paraId="0AEA3F7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3.9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92" w:type="dxa"/>
            <w:vAlign w:val="bottom"/>
          </w:tcPr>
          <w:p w14:paraId="0AEA3F7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17.41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3A1B86" w:rsidRPr="00A72067" w14:paraId="0AEA3F7E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7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961" w:type="dxa"/>
            <w:vAlign w:val="bottom"/>
          </w:tcPr>
          <w:p w14:paraId="0AEA3F7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20"/>
                <w:szCs w:val="20"/>
              </w:rPr>
              <w:t xml:space="preserve"> genotype 18</w:t>
            </w:r>
          </w:p>
        </w:tc>
        <w:tc>
          <w:tcPr>
            <w:tcW w:w="1443" w:type="dxa"/>
            <w:vAlign w:val="bottom"/>
          </w:tcPr>
          <w:p w14:paraId="0AEA3F7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1.86 ± 0.04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</w:p>
        </w:tc>
        <w:tc>
          <w:tcPr>
            <w:tcW w:w="1480" w:type="dxa"/>
            <w:vAlign w:val="bottom"/>
          </w:tcPr>
          <w:p w14:paraId="0AEA3F7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76.27 ± 0.66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j-m</w:t>
            </w:r>
          </w:p>
        </w:tc>
        <w:tc>
          <w:tcPr>
            <w:tcW w:w="1478" w:type="dxa"/>
            <w:vAlign w:val="bottom"/>
          </w:tcPr>
          <w:p w14:paraId="0AEA3F7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70.62 ± 0.26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330" w:type="dxa"/>
            <w:vAlign w:val="bottom"/>
          </w:tcPr>
          <w:p w14:paraId="0AEA3F7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0.94 ± 0.05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u-w</w:t>
            </w:r>
          </w:p>
        </w:tc>
        <w:tc>
          <w:tcPr>
            <w:tcW w:w="1629" w:type="dxa"/>
            <w:vAlign w:val="bottom"/>
          </w:tcPr>
          <w:p w14:paraId="0AEA3F7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86.33 ± 7.8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v-x</w:t>
            </w:r>
          </w:p>
        </w:tc>
        <w:tc>
          <w:tcPr>
            <w:tcW w:w="1330" w:type="dxa"/>
            <w:vAlign w:val="bottom"/>
          </w:tcPr>
          <w:p w14:paraId="0AEA3F7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 ± 0.05</w:t>
            </w: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s-u</w:t>
            </w:r>
          </w:p>
        </w:tc>
        <w:tc>
          <w:tcPr>
            <w:tcW w:w="1331" w:type="dxa"/>
            <w:vAlign w:val="bottom"/>
          </w:tcPr>
          <w:p w14:paraId="0AEA3F7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3.87 ± 0.15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b-j</w:t>
            </w:r>
          </w:p>
        </w:tc>
        <w:tc>
          <w:tcPr>
            <w:tcW w:w="1331" w:type="dxa"/>
            <w:vAlign w:val="bottom"/>
          </w:tcPr>
          <w:p w14:paraId="0AEA3F7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2.52 ± 0.09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n-p</w:t>
            </w:r>
          </w:p>
        </w:tc>
        <w:tc>
          <w:tcPr>
            <w:tcW w:w="1392" w:type="dxa"/>
            <w:vAlign w:val="bottom"/>
          </w:tcPr>
          <w:p w14:paraId="0AEA3F7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13.57 ± 0.11</w:t>
            </w:r>
            <w:r w:rsidRPr="00A720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3A1B86" w:rsidRPr="00A72067" w14:paraId="0AEA3F8A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7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0AEA3F8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</w:p>
        </w:tc>
        <w:tc>
          <w:tcPr>
            <w:tcW w:w="1443" w:type="dxa"/>
            <w:vAlign w:val="bottom"/>
          </w:tcPr>
          <w:p w14:paraId="0AEA3F8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0.70-2.47</w:t>
            </w:r>
          </w:p>
        </w:tc>
        <w:tc>
          <w:tcPr>
            <w:tcW w:w="1480" w:type="dxa"/>
            <w:vAlign w:val="bottom"/>
          </w:tcPr>
          <w:p w14:paraId="0AEA3F8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47.40-88.65</w:t>
            </w:r>
          </w:p>
        </w:tc>
        <w:tc>
          <w:tcPr>
            <w:tcW w:w="1478" w:type="dxa"/>
            <w:vAlign w:val="bottom"/>
          </w:tcPr>
          <w:p w14:paraId="0AEA3F8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51.37-85.53</w:t>
            </w:r>
          </w:p>
        </w:tc>
        <w:tc>
          <w:tcPr>
            <w:tcW w:w="1330" w:type="dxa"/>
            <w:vAlign w:val="bottom"/>
          </w:tcPr>
          <w:p w14:paraId="0AEA3F8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0.33-4.30</w:t>
            </w:r>
          </w:p>
        </w:tc>
        <w:tc>
          <w:tcPr>
            <w:tcW w:w="1629" w:type="dxa"/>
            <w:vAlign w:val="bottom"/>
          </w:tcPr>
          <w:p w14:paraId="0AEA3F8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30.67-463.33</w:t>
            </w:r>
          </w:p>
        </w:tc>
        <w:tc>
          <w:tcPr>
            <w:tcW w:w="1330" w:type="dxa"/>
          </w:tcPr>
          <w:p w14:paraId="0AEA3F8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0.39-12.67</w:t>
            </w:r>
          </w:p>
        </w:tc>
        <w:tc>
          <w:tcPr>
            <w:tcW w:w="1331" w:type="dxa"/>
            <w:vAlign w:val="bottom"/>
          </w:tcPr>
          <w:p w14:paraId="0AEA3F8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3.07-5.91</w:t>
            </w:r>
          </w:p>
        </w:tc>
        <w:tc>
          <w:tcPr>
            <w:tcW w:w="1331" w:type="dxa"/>
            <w:vAlign w:val="bottom"/>
          </w:tcPr>
          <w:p w14:paraId="0AEA3F8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2.32-3.90</w:t>
            </w:r>
          </w:p>
        </w:tc>
        <w:tc>
          <w:tcPr>
            <w:tcW w:w="1392" w:type="dxa"/>
            <w:vAlign w:val="bottom"/>
          </w:tcPr>
          <w:p w14:paraId="0AEA3F8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6.26-17.41</w:t>
            </w:r>
          </w:p>
        </w:tc>
      </w:tr>
      <w:tr w:rsidR="003A1B86" w:rsidRPr="00A72067" w14:paraId="0AEA3F96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8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0AEA3F8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1443" w:type="dxa"/>
            <w:vAlign w:val="bottom"/>
          </w:tcPr>
          <w:p w14:paraId="0AEA3F8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1480" w:type="dxa"/>
            <w:vAlign w:val="bottom"/>
          </w:tcPr>
          <w:p w14:paraId="0AEA3F8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80.79</w:t>
            </w:r>
          </w:p>
        </w:tc>
        <w:tc>
          <w:tcPr>
            <w:tcW w:w="1478" w:type="dxa"/>
            <w:vAlign w:val="bottom"/>
          </w:tcPr>
          <w:p w14:paraId="0AEA3F8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76.41</w:t>
            </w:r>
          </w:p>
        </w:tc>
        <w:tc>
          <w:tcPr>
            <w:tcW w:w="1330" w:type="dxa"/>
            <w:vAlign w:val="bottom"/>
          </w:tcPr>
          <w:p w14:paraId="0AEA3F9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629" w:type="dxa"/>
            <w:vAlign w:val="bottom"/>
          </w:tcPr>
          <w:p w14:paraId="0AEA3F9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283.84</w:t>
            </w:r>
          </w:p>
        </w:tc>
        <w:tc>
          <w:tcPr>
            <w:tcW w:w="1330" w:type="dxa"/>
          </w:tcPr>
          <w:p w14:paraId="0AEA3F92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2.30</w:t>
            </w:r>
          </w:p>
        </w:tc>
        <w:tc>
          <w:tcPr>
            <w:tcW w:w="1331" w:type="dxa"/>
            <w:vAlign w:val="bottom"/>
          </w:tcPr>
          <w:p w14:paraId="0AEA3F9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3.78</w:t>
            </w:r>
          </w:p>
        </w:tc>
        <w:tc>
          <w:tcPr>
            <w:tcW w:w="1331" w:type="dxa"/>
            <w:vAlign w:val="bottom"/>
          </w:tcPr>
          <w:p w14:paraId="0AEA3F9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392" w:type="dxa"/>
            <w:vAlign w:val="bottom"/>
          </w:tcPr>
          <w:p w14:paraId="0AEA3F9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10.18</w:t>
            </w:r>
          </w:p>
        </w:tc>
      </w:tr>
      <w:tr w:rsidR="003A1B86" w:rsidRPr="00A72067" w14:paraId="0AEA3FA2" w14:textId="77777777" w:rsidTr="009C30B0">
        <w:trPr>
          <w:trHeight w:val="239"/>
        </w:trPr>
        <w:tc>
          <w:tcPr>
            <w:tcW w:w="591" w:type="dxa"/>
            <w:vAlign w:val="center"/>
          </w:tcPr>
          <w:p w14:paraId="0AEA3F9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0AEA3F9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LSD (p</w:t>
            </w:r>
            <w:r w:rsidR="009610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≤</w:t>
            </w:r>
            <w:r w:rsidR="009610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0.05)</w:t>
            </w:r>
          </w:p>
        </w:tc>
        <w:tc>
          <w:tcPr>
            <w:tcW w:w="1443" w:type="dxa"/>
            <w:vAlign w:val="bottom"/>
          </w:tcPr>
          <w:p w14:paraId="0AEA3F9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480" w:type="dxa"/>
            <w:vAlign w:val="bottom"/>
          </w:tcPr>
          <w:p w14:paraId="0AEA3F9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1478" w:type="dxa"/>
            <w:vAlign w:val="bottom"/>
          </w:tcPr>
          <w:p w14:paraId="0AEA3F9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330" w:type="dxa"/>
            <w:vAlign w:val="bottom"/>
          </w:tcPr>
          <w:p w14:paraId="0AEA3F9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629" w:type="dxa"/>
            <w:vAlign w:val="bottom"/>
          </w:tcPr>
          <w:p w14:paraId="0AEA3F9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63.66</w:t>
            </w:r>
          </w:p>
        </w:tc>
        <w:tc>
          <w:tcPr>
            <w:tcW w:w="1330" w:type="dxa"/>
          </w:tcPr>
          <w:p w14:paraId="0AEA3F9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331" w:type="dxa"/>
            <w:vAlign w:val="bottom"/>
          </w:tcPr>
          <w:p w14:paraId="0AEA3F9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331" w:type="dxa"/>
            <w:vAlign w:val="bottom"/>
          </w:tcPr>
          <w:p w14:paraId="0AEA3FA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392" w:type="dxa"/>
            <w:vAlign w:val="bottom"/>
          </w:tcPr>
          <w:p w14:paraId="0AEA3FA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</w:tr>
      <w:tr w:rsidR="003A1B86" w:rsidRPr="00A72067" w14:paraId="0AEA3FAE" w14:textId="77777777" w:rsidTr="009C30B0">
        <w:trPr>
          <w:trHeight w:val="225"/>
        </w:trPr>
        <w:tc>
          <w:tcPr>
            <w:tcW w:w="591" w:type="dxa"/>
            <w:vAlign w:val="center"/>
          </w:tcPr>
          <w:p w14:paraId="0AEA3FA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0AEA3FA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CV (%)</w:t>
            </w:r>
          </w:p>
        </w:tc>
        <w:tc>
          <w:tcPr>
            <w:tcW w:w="1443" w:type="dxa"/>
            <w:vAlign w:val="bottom"/>
          </w:tcPr>
          <w:p w14:paraId="0AEA3FA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22.52</w:t>
            </w:r>
          </w:p>
        </w:tc>
        <w:tc>
          <w:tcPr>
            <w:tcW w:w="1480" w:type="dxa"/>
            <w:vAlign w:val="bottom"/>
          </w:tcPr>
          <w:p w14:paraId="0AEA3FA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9.10</w:t>
            </w:r>
          </w:p>
        </w:tc>
        <w:tc>
          <w:tcPr>
            <w:tcW w:w="1478" w:type="dxa"/>
            <w:vAlign w:val="bottom"/>
          </w:tcPr>
          <w:p w14:paraId="0AEA3FA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10.01</w:t>
            </w:r>
          </w:p>
        </w:tc>
        <w:tc>
          <w:tcPr>
            <w:tcW w:w="1330" w:type="dxa"/>
            <w:vAlign w:val="bottom"/>
          </w:tcPr>
          <w:p w14:paraId="0AEA3FA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37.99</w:t>
            </w:r>
          </w:p>
        </w:tc>
        <w:tc>
          <w:tcPr>
            <w:tcW w:w="1629" w:type="dxa"/>
            <w:vAlign w:val="bottom"/>
          </w:tcPr>
          <w:p w14:paraId="0AEA3FA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34.78</w:t>
            </w:r>
          </w:p>
        </w:tc>
        <w:tc>
          <w:tcPr>
            <w:tcW w:w="1330" w:type="dxa"/>
          </w:tcPr>
          <w:p w14:paraId="0AEA3FA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88.96</w:t>
            </w:r>
          </w:p>
        </w:tc>
        <w:tc>
          <w:tcPr>
            <w:tcW w:w="1331" w:type="dxa"/>
            <w:vAlign w:val="bottom"/>
          </w:tcPr>
          <w:p w14:paraId="0AEA3FA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12.18</w:t>
            </w:r>
          </w:p>
        </w:tc>
        <w:tc>
          <w:tcPr>
            <w:tcW w:w="1331" w:type="dxa"/>
            <w:vAlign w:val="bottom"/>
          </w:tcPr>
          <w:p w14:paraId="0AEA3FA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13.59</w:t>
            </w:r>
          </w:p>
        </w:tc>
        <w:tc>
          <w:tcPr>
            <w:tcW w:w="1392" w:type="dxa"/>
            <w:vAlign w:val="bottom"/>
          </w:tcPr>
          <w:p w14:paraId="0AEA3FA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26.16</w:t>
            </w:r>
          </w:p>
        </w:tc>
      </w:tr>
    </w:tbl>
    <w:p w14:paraId="0AEA3FAF" w14:textId="77777777" w:rsidR="003A1B86" w:rsidRPr="00A72067" w:rsidRDefault="00961057" w:rsidP="003A1B86">
      <w:pPr>
        <w:rPr>
          <w:rFonts w:ascii="Times New Roman" w:hAnsi="Times New Roman" w:cs="Times New Roman"/>
        </w:rPr>
      </w:pPr>
      <w:r w:rsidRPr="00961057">
        <w:rPr>
          <w:rFonts w:ascii="Times New Roman" w:hAnsi="Times New Roman" w:cs="Times New Roman"/>
        </w:rPr>
        <w:t>Values are mean ± SE. Means followed by different lowercase letters within a column differ significantly at p ≤ 0.05 according to LSD test.</w:t>
      </w:r>
    </w:p>
    <w:p w14:paraId="0AEA3FB0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FB1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FB2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FB3" w14:textId="77777777" w:rsidR="003A1B86" w:rsidRDefault="003A1B86" w:rsidP="003A1B86">
      <w:pPr>
        <w:rPr>
          <w:rFonts w:ascii="Times New Roman" w:hAnsi="Times New Roman" w:cs="Times New Roman"/>
        </w:rPr>
      </w:pPr>
    </w:p>
    <w:p w14:paraId="0AEA3FB4" w14:textId="77777777" w:rsidR="00982CAB" w:rsidRPr="00A72067" w:rsidRDefault="00982CAB" w:rsidP="003A1B86">
      <w:pPr>
        <w:rPr>
          <w:rFonts w:ascii="Times New Roman" w:hAnsi="Times New Roman" w:cs="Times New Roman"/>
        </w:rPr>
      </w:pPr>
    </w:p>
    <w:p w14:paraId="0AEA3FB5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3FB6" w14:textId="1B65C665" w:rsidR="003A1B86" w:rsidRPr="00A72067" w:rsidRDefault="003E1273" w:rsidP="003A1B86">
      <w:pPr>
        <w:rPr>
          <w:rFonts w:ascii="Times New Roman" w:hAnsi="Times New Roman" w:cs="Times New Roman"/>
          <w:b/>
        </w:rPr>
      </w:pPr>
      <w:r w:rsidRPr="003E1273">
        <w:rPr>
          <w:rFonts w:ascii="Times New Roman" w:hAnsi="Times New Roman" w:cs="Times New Roman"/>
          <w:b/>
        </w:rPr>
        <w:lastRenderedPageBreak/>
        <w:t xml:space="preserve">Supplementary Table </w:t>
      </w:r>
      <w:r>
        <w:rPr>
          <w:rFonts w:ascii="Times New Roman" w:hAnsi="Times New Roman" w:cs="Times New Roman"/>
          <w:b/>
        </w:rPr>
        <w:t>3</w:t>
      </w:r>
      <w:r w:rsidRPr="00A72067">
        <w:rPr>
          <w:rFonts w:ascii="Times New Roman" w:hAnsi="Times New Roman" w:cs="Times New Roman"/>
          <w:b/>
        </w:rPr>
        <w:t xml:space="preserve"> </w:t>
      </w:r>
      <w:r w:rsidR="003A1B86" w:rsidRPr="00FD12CD">
        <w:rPr>
          <w:rFonts w:ascii="Times New Roman" w:hAnsi="Times New Roman" w:cs="Times New Roman"/>
          <w:bCs/>
        </w:rPr>
        <w:t>Variations in biochemical parameters and their descriptive statistics among the studied guava genotypes</w:t>
      </w:r>
    </w:p>
    <w:tbl>
      <w:tblPr>
        <w:tblStyle w:val="TableGrid"/>
        <w:tblW w:w="16585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00"/>
        <w:gridCol w:w="1625"/>
        <w:gridCol w:w="1253"/>
        <w:gridCol w:w="1127"/>
        <w:gridCol w:w="1253"/>
        <w:gridCol w:w="1128"/>
        <w:gridCol w:w="1127"/>
        <w:gridCol w:w="1343"/>
        <w:gridCol w:w="1276"/>
        <w:gridCol w:w="1265"/>
        <w:gridCol w:w="1257"/>
        <w:gridCol w:w="1163"/>
        <w:gridCol w:w="1134"/>
        <w:gridCol w:w="1134"/>
      </w:tblGrid>
      <w:tr w:rsidR="003A1B86" w:rsidRPr="00A72067" w14:paraId="0AEA3FC5" w14:textId="77777777" w:rsidTr="009C30B0">
        <w:trPr>
          <w:trHeight w:val="394"/>
        </w:trPr>
        <w:tc>
          <w:tcPr>
            <w:tcW w:w="500" w:type="dxa"/>
          </w:tcPr>
          <w:p w14:paraId="0AEA3FB7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S.No</w:t>
            </w:r>
            <w:proofErr w:type="spellEnd"/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625" w:type="dxa"/>
          </w:tcPr>
          <w:p w14:paraId="0AEA3FB8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Guava genotype</w:t>
            </w:r>
          </w:p>
        </w:tc>
        <w:tc>
          <w:tcPr>
            <w:tcW w:w="1253" w:type="dxa"/>
          </w:tcPr>
          <w:p w14:paraId="0AEA3FB9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TSS (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16"/>
                  <w:szCs w:val="16"/>
                </w:rPr>
                <m:t>°</m:t>
              </m:r>
            </m:oMath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Brix)</w:t>
            </w:r>
          </w:p>
        </w:tc>
        <w:tc>
          <w:tcPr>
            <w:tcW w:w="1127" w:type="dxa"/>
          </w:tcPr>
          <w:p w14:paraId="0AEA3FBA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Titratable acidity (%)</w:t>
            </w:r>
          </w:p>
        </w:tc>
        <w:tc>
          <w:tcPr>
            <w:tcW w:w="1253" w:type="dxa"/>
          </w:tcPr>
          <w:p w14:paraId="0AEA3FBB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TSS/TA ratio</w:t>
            </w:r>
          </w:p>
        </w:tc>
        <w:tc>
          <w:tcPr>
            <w:tcW w:w="1128" w:type="dxa"/>
          </w:tcPr>
          <w:p w14:paraId="0AEA3FBC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Total sugar (%)</w:t>
            </w:r>
          </w:p>
        </w:tc>
        <w:tc>
          <w:tcPr>
            <w:tcW w:w="1127" w:type="dxa"/>
          </w:tcPr>
          <w:p w14:paraId="0AEA3FBD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Reducing sugar (%)</w:t>
            </w:r>
          </w:p>
        </w:tc>
        <w:tc>
          <w:tcPr>
            <w:tcW w:w="1343" w:type="dxa"/>
          </w:tcPr>
          <w:p w14:paraId="0AEA3FBE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Ascorbic acid (mg/100g</w:t>
            </w:r>
            <w:r w:rsidR="009610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FW</w:t>
            </w: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14:paraId="0AEA3FBF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IN"/>
              </w:rPr>
              <w:t>Total phenolic (mg GAE/100 g</w:t>
            </w:r>
            <w:r w:rsidR="0096105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IN"/>
              </w:rPr>
              <w:t xml:space="preserve"> FW</w:t>
            </w:r>
            <w:r w:rsidRPr="00A7206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IN"/>
              </w:rPr>
              <w:t>)</w:t>
            </w:r>
          </w:p>
        </w:tc>
        <w:tc>
          <w:tcPr>
            <w:tcW w:w="1265" w:type="dxa"/>
          </w:tcPr>
          <w:p w14:paraId="0AEA3FC0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Total flavonoid (mg QE/ 100g</w:t>
            </w:r>
            <w:r w:rsidR="009610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FW</w:t>
            </w: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257" w:type="dxa"/>
          </w:tcPr>
          <w:p w14:paraId="0AEA3FC1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FRAP (µ</w:t>
            </w:r>
            <w:proofErr w:type="spellStart"/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mol</w:t>
            </w:r>
            <w:proofErr w:type="spellEnd"/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Trolox</w:t>
            </w:r>
            <w:proofErr w:type="spellEnd"/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/g</w:t>
            </w:r>
            <w:r w:rsidR="009610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FW</w:t>
            </w: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163" w:type="dxa"/>
          </w:tcPr>
          <w:p w14:paraId="0AEA3FC2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DPPH-radical scavenging activity (%)</w:t>
            </w:r>
          </w:p>
        </w:tc>
        <w:tc>
          <w:tcPr>
            <w:tcW w:w="1134" w:type="dxa"/>
          </w:tcPr>
          <w:p w14:paraId="0AEA3FC3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Carotenoid (mg/100g</w:t>
            </w:r>
            <w:r w:rsidR="009610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FW</w:t>
            </w: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0AEA3FC4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Lycopene (mg/100g</w:t>
            </w:r>
            <w:r w:rsidR="009610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FW</w:t>
            </w: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</w:tr>
      <w:tr w:rsidR="003A1B86" w:rsidRPr="00A72067" w14:paraId="0AEA3FD4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3FC6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25" w:type="dxa"/>
            <w:vAlign w:val="bottom"/>
          </w:tcPr>
          <w:p w14:paraId="0AEA3FC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Patillo</w:t>
            </w:r>
            <w:proofErr w:type="spellEnd"/>
          </w:p>
        </w:tc>
        <w:tc>
          <w:tcPr>
            <w:tcW w:w="1253" w:type="dxa"/>
            <w:vAlign w:val="bottom"/>
          </w:tcPr>
          <w:p w14:paraId="0AEA3FC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10.7 ± 0.38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g-o</w:t>
            </w:r>
          </w:p>
        </w:tc>
        <w:tc>
          <w:tcPr>
            <w:tcW w:w="1127" w:type="dxa"/>
            <w:vAlign w:val="bottom"/>
          </w:tcPr>
          <w:p w14:paraId="0AEA3FC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0.36±0.03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k-s</w:t>
            </w:r>
          </w:p>
        </w:tc>
        <w:tc>
          <w:tcPr>
            <w:tcW w:w="1253" w:type="dxa"/>
            <w:vAlign w:val="bottom"/>
          </w:tcPr>
          <w:p w14:paraId="0AEA3FC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29.69 ± 1.92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h-o</w:t>
            </w:r>
          </w:p>
        </w:tc>
        <w:tc>
          <w:tcPr>
            <w:tcW w:w="1128" w:type="dxa"/>
            <w:vAlign w:val="bottom"/>
          </w:tcPr>
          <w:p w14:paraId="0AEA3FC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8.53 ± 0.2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c-f</w:t>
            </w:r>
          </w:p>
        </w:tc>
        <w:tc>
          <w:tcPr>
            <w:tcW w:w="1127" w:type="dxa"/>
            <w:vAlign w:val="bottom"/>
          </w:tcPr>
          <w:p w14:paraId="0AEA3FC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4.84 ± 0.1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b-g</w:t>
            </w:r>
          </w:p>
        </w:tc>
        <w:tc>
          <w:tcPr>
            <w:tcW w:w="1343" w:type="dxa"/>
            <w:vAlign w:val="bottom"/>
          </w:tcPr>
          <w:p w14:paraId="0AEA3FC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160.23 ± 3.74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no</w:t>
            </w:r>
          </w:p>
        </w:tc>
        <w:tc>
          <w:tcPr>
            <w:tcW w:w="1276" w:type="dxa"/>
            <w:vAlign w:val="bottom"/>
          </w:tcPr>
          <w:p w14:paraId="0AEA3FC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213.33 ± 2.73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y</w:t>
            </w:r>
          </w:p>
        </w:tc>
        <w:tc>
          <w:tcPr>
            <w:tcW w:w="1265" w:type="dxa"/>
            <w:vAlign w:val="bottom"/>
          </w:tcPr>
          <w:p w14:paraId="0AEA3FC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121.53 ± 2.1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r-w</w:t>
            </w:r>
          </w:p>
        </w:tc>
        <w:tc>
          <w:tcPr>
            <w:tcW w:w="1257" w:type="dxa"/>
            <w:vAlign w:val="bottom"/>
          </w:tcPr>
          <w:p w14:paraId="0AEA3FD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9.83 ± 0.2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163" w:type="dxa"/>
            <w:vAlign w:val="bottom"/>
          </w:tcPr>
          <w:p w14:paraId="0AEA3FD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91.08 ± 0.88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n-p</w:t>
            </w:r>
          </w:p>
        </w:tc>
        <w:tc>
          <w:tcPr>
            <w:tcW w:w="1134" w:type="dxa"/>
            <w:vAlign w:val="bottom"/>
          </w:tcPr>
          <w:p w14:paraId="0AEA3FD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5.31 ± 0.09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</w:t>
            </w:r>
          </w:p>
        </w:tc>
        <w:tc>
          <w:tcPr>
            <w:tcW w:w="1134" w:type="dxa"/>
            <w:vAlign w:val="bottom"/>
          </w:tcPr>
          <w:p w14:paraId="0AEA3FD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4.41 ± 0.12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</w:t>
            </w:r>
          </w:p>
        </w:tc>
      </w:tr>
      <w:tr w:rsidR="003A1B86" w:rsidRPr="00A72067" w14:paraId="0AEA3FE3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3FD5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25" w:type="dxa"/>
            <w:vAlign w:val="bottom"/>
          </w:tcPr>
          <w:p w14:paraId="0AEA3FD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Khao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Niyom</w:t>
            </w:r>
            <w:proofErr w:type="spellEnd"/>
          </w:p>
        </w:tc>
        <w:tc>
          <w:tcPr>
            <w:tcW w:w="1253" w:type="dxa"/>
            <w:vAlign w:val="bottom"/>
          </w:tcPr>
          <w:p w14:paraId="0AEA3FD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10.53 ± 0.29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h-p</w:t>
            </w:r>
          </w:p>
        </w:tc>
        <w:tc>
          <w:tcPr>
            <w:tcW w:w="1127" w:type="dxa"/>
            <w:vAlign w:val="bottom"/>
          </w:tcPr>
          <w:p w14:paraId="0AEA3FD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0.42±0.04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i-l</w:t>
            </w:r>
          </w:p>
        </w:tc>
        <w:tc>
          <w:tcPr>
            <w:tcW w:w="1253" w:type="dxa"/>
            <w:vAlign w:val="bottom"/>
          </w:tcPr>
          <w:p w14:paraId="0AEA3FD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25.48 ± 2.95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j-s</w:t>
            </w:r>
          </w:p>
        </w:tc>
        <w:tc>
          <w:tcPr>
            <w:tcW w:w="1128" w:type="dxa"/>
            <w:vAlign w:val="bottom"/>
          </w:tcPr>
          <w:p w14:paraId="0AEA3FD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7.23 ± 0.09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n-r</w:t>
            </w:r>
          </w:p>
        </w:tc>
        <w:tc>
          <w:tcPr>
            <w:tcW w:w="1127" w:type="dxa"/>
            <w:vAlign w:val="bottom"/>
          </w:tcPr>
          <w:p w14:paraId="0AEA3FD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4.06 ± 0.06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l-t</w:t>
            </w:r>
          </w:p>
        </w:tc>
        <w:tc>
          <w:tcPr>
            <w:tcW w:w="1343" w:type="dxa"/>
            <w:vAlign w:val="bottom"/>
          </w:tcPr>
          <w:p w14:paraId="0AEA3FD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175 ± 1.53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</w:t>
            </w:r>
          </w:p>
        </w:tc>
        <w:tc>
          <w:tcPr>
            <w:tcW w:w="1276" w:type="dxa"/>
            <w:vAlign w:val="bottom"/>
          </w:tcPr>
          <w:p w14:paraId="0AEA3FD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287.5 ± 4.19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l-o</w:t>
            </w:r>
          </w:p>
        </w:tc>
        <w:tc>
          <w:tcPr>
            <w:tcW w:w="1265" w:type="dxa"/>
            <w:vAlign w:val="bottom"/>
          </w:tcPr>
          <w:p w14:paraId="0AEA3FD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189.3 ± 1.51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gh</w:t>
            </w:r>
          </w:p>
        </w:tc>
        <w:tc>
          <w:tcPr>
            <w:tcW w:w="1257" w:type="dxa"/>
            <w:vAlign w:val="bottom"/>
          </w:tcPr>
          <w:p w14:paraId="0AEA3FD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13.98 ± 0.26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ij</w:t>
            </w:r>
          </w:p>
        </w:tc>
        <w:tc>
          <w:tcPr>
            <w:tcW w:w="1163" w:type="dxa"/>
            <w:vAlign w:val="bottom"/>
          </w:tcPr>
          <w:p w14:paraId="0AEA3FE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95.18 ± 0.17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c-f</w:t>
            </w:r>
          </w:p>
        </w:tc>
        <w:tc>
          <w:tcPr>
            <w:tcW w:w="1134" w:type="dxa"/>
            <w:vAlign w:val="bottom"/>
          </w:tcPr>
          <w:p w14:paraId="0AEA3FE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0.84 ± 0.07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p-r</w:t>
            </w:r>
          </w:p>
        </w:tc>
        <w:tc>
          <w:tcPr>
            <w:tcW w:w="1134" w:type="dxa"/>
            <w:vAlign w:val="bottom"/>
          </w:tcPr>
          <w:p w14:paraId="0AEA3FE2" w14:textId="77777777" w:rsidR="003A1B86" w:rsidRPr="009C30B0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0B0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3FF2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3FE4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25" w:type="dxa"/>
            <w:vAlign w:val="bottom"/>
          </w:tcPr>
          <w:p w14:paraId="0AEA3FE5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S. 157</w:t>
            </w:r>
          </w:p>
        </w:tc>
        <w:tc>
          <w:tcPr>
            <w:tcW w:w="1253" w:type="dxa"/>
            <w:vAlign w:val="bottom"/>
          </w:tcPr>
          <w:p w14:paraId="0AEA3FE6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11.5 ± 0.4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c-i</w:t>
            </w:r>
          </w:p>
        </w:tc>
        <w:tc>
          <w:tcPr>
            <w:tcW w:w="1127" w:type="dxa"/>
            <w:vAlign w:val="bottom"/>
          </w:tcPr>
          <w:p w14:paraId="0AEA3FE7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0.32±0.03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o-u</w:t>
            </w:r>
          </w:p>
        </w:tc>
        <w:tc>
          <w:tcPr>
            <w:tcW w:w="1253" w:type="dxa"/>
            <w:vAlign w:val="bottom"/>
          </w:tcPr>
          <w:p w14:paraId="0AEA3FE8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35.93 ± 2.58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c-h</w:t>
            </w:r>
          </w:p>
        </w:tc>
        <w:tc>
          <w:tcPr>
            <w:tcW w:w="1128" w:type="dxa"/>
            <w:vAlign w:val="bottom"/>
          </w:tcPr>
          <w:p w14:paraId="0AEA3FE9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8.33 ± 0.15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e-g</w:t>
            </w:r>
          </w:p>
        </w:tc>
        <w:tc>
          <w:tcPr>
            <w:tcW w:w="1127" w:type="dxa"/>
            <w:vAlign w:val="bottom"/>
          </w:tcPr>
          <w:p w14:paraId="0AEA3FEA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4.48 ± 0.1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e-l</w:t>
            </w:r>
          </w:p>
        </w:tc>
        <w:tc>
          <w:tcPr>
            <w:tcW w:w="1343" w:type="dxa"/>
            <w:vAlign w:val="bottom"/>
          </w:tcPr>
          <w:p w14:paraId="0AEA3FEB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150.9 ± 2.14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1276" w:type="dxa"/>
            <w:vAlign w:val="bottom"/>
          </w:tcPr>
          <w:p w14:paraId="0AEA3FEC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331 ± 2.31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</w:t>
            </w:r>
          </w:p>
        </w:tc>
        <w:tc>
          <w:tcPr>
            <w:tcW w:w="1265" w:type="dxa"/>
            <w:vAlign w:val="bottom"/>
          </w:tcPr>
          <w:p w14:paraId="0AEA3FED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211.53 ± 2.29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257" w:type="dxa"/>
            <w:vAlign w:val="bottom"/>
          </w:tcPr>
          <w:p w14:paraId="0AEA3FE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14.01 ± 0.16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ij</w:t>
            </w:r>
          </w:p>
        </w:tc>
        <w:tc>
          <w:tcPr>
            <w:tcW w:w="1163" w:type="dxa"/>
            <w:vAlign w:val="bottom"/>
          </w:tcPr>
          <w:p w14:paraId="0AEA3FE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87.02 ± 0.34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</w:p>
        </w:tc>
        <w:tc>
          <w:tcPr>
            <w:tcW w:w="1134" w:type="dxa"/>
            <w:vAlign w:val="bottom"/>
          </w:tcPr>
          <w:p w14:paraId="0AEA3FF0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0.84 ± 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p-r</w:t>
            </w:r>
          </w:p>
        </w:tc>
        <w:tc>
          <w:tcPr>
            <w:tcW w:w="1134" w:type="dxa"/>
          </w:tcPr>
          <w:p w14:paraId="0AEA3FF1" w14:textId="77777777" w:rsidR="009C30B0" w:rsidRDefault="009C30B0" w:rsidP="009C30B0">
            <w:pPr>
              <w:jc w:val="center"/>
            </w:pPr>
            <w:r w:rsidRPr="00B4377C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001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3FF3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25" w:type="dxa"/>
            <w:vAlign w:val="bottom"/>
          </w:tcPr>
          <w:p w14:paraId="0AEA3FF4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S. HPSI41</w:t>
            </w:r>
          </w:p>
        </w:tc>
        <w:tc>
          <w:tcPr>
            <w:tcW w:w="1253" w:type="dxa"/>
            <w:vAlign w:val="bottom"/>
          </w:tcPr>
          <w:p w14:paraId="0AEA3FF5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12.83 ± 0.17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127" w:type="dxa"/>
            <w:vAlign w:val="bottom"/>
          </w:tcPr>
          <w:p w14:paraId="0AEA3FF6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0.43±0.04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h-k</w:t>
            </w:r>
          </w:p>
        </w:tc>
        <w:tc>
          <w:tcPr>
            <w:tcW w:w="1253" w:type="dxa"/>
            <w:vAlign w:val="bottom"/>
          </w:tcPr>
          <w:p w14:paraId="0AEA3FF7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30.35 ± 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g-m</w:t>
            </w:r>
          </w:p>
        </w:tc>
        <w:tc>
          <w:tcPr>
            <w:tcW w:w="1128" w:type="dxa"/>
            <w:vAlign w:val="bottom"/>
          </w:tcPr>
          <w:p w14:paraId="0AEA3FF8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9.34 ± 0.18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127" w:type="dxa"/>
            <w:vAlign w:val="bottom"/>
          </w:tcPr>
          <w:p w14:paraId="0AEA3FF9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4.95 ± 0.07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343" w:type="dxa"/>
            <w:vAlign w:val="bottom"/>
          </w:tcPr>
          <w:p w14:paraId="0AEA3FFA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138.33 ± 2.03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</w:t>
            </w:r>
          </w:p>
        </w:tc>
        <w:tc>
          <w:tcPr>
            <w:tcW w:w="1276" w:type="dxa"/>
            <w:vAlign w:val="bottom"/>
          </w:tcPr>
          <w:p w14:paraId="0AEA3FFB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280.67 ± 5.05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n-p</w:t>
            </w:r>
          </w:p>
        </w:tc>
        <w:tc>
          <w:tcPr>
            <w:tcW w:w="1265" w:type="dxa"/>
            <w:vAlign w:val="bottom"/>
          </w:tcPr>
          <w:p w14:paraId="0AEA3FFC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141.8 ± 1.8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m-o</w:t>
            </w:r>
          </w:p>
        </w:tc>
        <w:tc>
          <w:tcPr>
            <w:tcW w:w="1257" w:type="dxa"/>
            <w:vAlign w:val="bottom"/>
          </w:tcPr>
          <w:p w14:paraId="0AEA3FFD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14.64 ± 0.35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g-i</w:t>
            </w:r>
          </w:p>
        </w:tc>
        <w:tc>
          <w:tcPr>
            <w:tcW w:w="1163" w:type="dxa"/>
            <w:vAlign w:val="bottom"/>
          </w:tcPr>
          <w:p w14:paraId="0AEA3FF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94.58 ± 0.46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d-i</w:t>
            </w:r>
          </w:p>
        </w:tc>
        <w:tc>
          <w:tcPr>
            <w:tcW w:w="1134" w:type="dxa"/>
            <w:vAlign w:val="bottom"/>
          </w:tcPr>
          <w:p w14:paraId="0AEA3FF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0.77 ± 0.11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134" w:type="dxa"/>
          </w:tcPr>
          <w:p w14:paraId="0AEA4000" w14:textId="77777777" w:rsidR="009C30B0" w:rsidRDefault="009C30B0" w:rsidP="009C30B0">
            <w:pPr>
              <w:jc w:val="center"/>
            </w:pPr>
            <w:r w:rsidRPr="00B4377C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010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02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25" w:type="dxa"/>
            <w:vAlign w:val="bottom"/>
          </w:tcPr>
          <w:p w14:paraId="0AEA4003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S. Golden</w:t>
            </w:r>
          </w:p>
        </w:tc>
        <w:tc>
          <w:tcPr>
            <w:tcW w:w="1253" w:type="dxa"/>
            <w:vAlign w:val="bottom"/>
          </w:tcPr>
          <w:p w14:paraId="0AEA4004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10.03 ± 0.33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l-r</w:t>
            </w:r>
          </w:p>
        </w:tc>
        <w:tc>
          <w:tcPr>
            <w:tcW w:w="1127" w:type="dxa"/>
            <w:vAlign w:val="bottom"/>
          </w:tcPr>
          <w:p w14:paraId="0AEA4005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0.44±0.04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h-k</w:t>
            </w:r>
          </w:p>
        </w:tc>
        <w:tc>
          <w:tcPr>
            <w:tcW w:w="1253" w:type="dxa"/>
            <w:vAlign w:val="bottom"/>
          </w:tcPr>
          <w:p w14:paraId="0AEA4006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23.42 ± 2.55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m-s</w:t>
            </w:r>
          </w:p>
        </w:tc>
        <w:tc>
          <w:tcPr>
            <w:tcW w:w="1128" w:type="dxa"/>
            <w:vAlign w:val="bottom"/>
          </w:tcPr>
          <w:p w14:paraId="0AEA4007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8.43 ± 0.07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d-f</w:t>
            </w:r>
          </w:p>
        </w:tc>
        <w:tc>
          <w:tcPr>
            <w:tcW w:w="1127" w:type="dxa"/>
            <w:vAlign w:val="bottom"/>
          </w:tcPr>
          <w:p w14:paraId="0AEA4008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4.78 ± 0.09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b-h</w:t>
            </w:r>
          </w:p>
        </w:tc>
        <w:tc>
          <w:tcPr>
            <w:tcW w:w="1343" w:type="dxa"/>
            <w:vAlign w:val="bottom"/>
          </w:tcPr>
          <w:p w14:paraId="0AEA4009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194.67 ± 3.18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jk</w:t>
            </w:r>
          </w:p>
        </w:tc>
        <w:tc>
          <w:tcPr>
            <w:tcW w:w="1276" w:type="dxa"/>
            <w:vAlign w:val="bottom"/>
          </w:tcPr>
          <w:p w14:paraId="0AEA400A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334.33 ± 4.06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</w:t>
            </w:r>
          </w:p>
        </w:tc>
        <w:tc>
          <w:tcPr>
            <w:tcW w:w="1265" w:type="dxa"/>
            <w:vAlign w:val="bottom"/>
          </w:tcPr>
          <w:p w14:paraId="0AEA400B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197.4 ± 4.5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e-g</w:t>
            </w:r>
          </w:p>
        </w:tc>
        <w:tc>
          <w:tcPr>
            <w:tcW w:w="1257" w:type="dxa"/>
            <w:vAlign w:val="bottom"/>
          </w:tcPr>
          <w:p w14:paraId="0AEA400C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9.87 ± 0.33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163" w:type="dxa"/>
            <w:vAlign w:val="bottom"/>
          </w:tcPr>
          <w:p w14:paraId="0AEA400D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93.72 ± 0.61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e-l</w:t>
            </w:r>
          </w:p>
        </w:tc>
        <w:tc>
          <w:tcPr>
            <w:tcW w:w="1134" w:type="dxa"/>
            <w:vAlign w:val="bottom"/>
          </w:tcPr>
          <w:p w14:paraId="0AEA400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0.75 ± 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134" w:type="dxa"/>
          </w:tcPr>
          <w:p w14:paraId="0AEA400F" w14:textId="77777777" w:rsidR="009C30B0" w:rsidRDefault="009C30B0" w:rsidP="009C30B0">
            <w:pPr>
              <w:jc w:val="center"/>
            </w:pPr>
            <w:r w:rsidRPr="00B4377C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01F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11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25" w:type="dxa"/>
            <w:vAlign w:val="bottom"/>
          </w:tcPr>
          <w:p w14:paraId="0AEA4012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S. Kona 1</w:t>
            </w:r>
          </w:p>
        </w:tc>
        <w:tc>
          <w:tcPr>
            <w:tcW w:w="1253" w:type="dxa"/>
            <w:vAlign w:val="bottom"/>
          </w:tcPr>
          <w:p w14:paraId="0AEA401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 ± 0.36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l-r</w:t>
            </w:r>
          </w:p>
        </w:tc>
        <w:tc>
          <w:tcPr>
            <w:tcW w:w="1127" w:type="dxa"/>
            <w:vAlign w:val="bottom"/>
          </w:tcPr>
          <w:p w14:paraId="0AEA401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0.36±0.03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k-s</w:t>
            </w:r>
          </w:p>
        </w:tc>
        <w:tc>
          <w:tcPr>
            <w:tcW w:w="1253" w:type="dxa"/>
            <w:vAlign w:val="bottom"/>
          </w:tcPr>
          <w:p w14:paraId="0AEA401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27.77 ± 1.79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k-p</w:t>
            </w:r>
          </w:p>
        </w:tc>
        <w:tc>
          <w:tcPr>
            <w:tcW w:w="1128" w:type="dxa"/>
            <w:vAlign w:val="bottom"/>
          </w:tcPr>
          <w:p w14:paraId="0AEA401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± 0.4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f-l</w:t>
            </w:r>
          </w:p>
        </w:tc>
        <w:tc>
          <w:tcPr>
            <w:tcW w:w="1127" w:type="dxa"/>
            <w:vAlign w:val="bottom"/>
          </w:tcPr>
          <w:p w14:paraId="0AEA401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3.86 ± 0.11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p-v</w:t>
            </w:r>
          </w:p>
        </w:tc>
        <w:tc>
          <w:tcPr>
            <w:tcW w:w="1343" w:type="dxa"/>
            <w:vAlign w:val="bottom"/>
          </w:tcPr>
          <w:p w14:paraId="0AEA401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122.8 ± 1.33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276" w:type="dxa"/>
            <w:vAlign w:val="bottom"/>
          </w:tcPr>
          <w:p w14:paraId="0AEA401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320.33 ± 2.52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ij</w:t>
            </w:r>
          </w:p>
        </w:tc>
        <w:tc>
          <w:tcPr>
            <w:tcW w:w="1265" w:type="dxa"/>
            <w:vAlign w:val="bottom"/>
          </w:tcPr>
          <w:p w14:paraId="0AEA401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191.33 ± 2.13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gh</w:t>
            </w:r>
          </w:p>
        </w:tc>
        <w:tc>
          <w:tcPr>
            <w:tcW w:w="1257" w:type="dxa"/>
            <w:vAlign w:val="bottom"/>
          </w:tcPr>
          <w:p w14:paraId="0AEA401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14.32 ± 0.21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h-j</w:t>
            </w:r>
          </w:p>
        </w:tc>
        <w:tc>
          <w:tcPr>
            <w:tcW w:w="1163" w:type="dxa"/>
            <w:vAlign w:val="bottom"/>
          </w:tcPr>
          <w:p w14:paraId="0AEA401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90.6 ± 0.3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p-r</w:t>
            </w:r>
          </w:p>
        </w:tc>
        <w:tc>
          <w:tcPr>
            <w:tcW w:w="1134" w:type="dxa"/>
            <w:vAlign w:val="bottom"/>
          </w:tcPr>
          <w:p w14:paraId="0AEA401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6.69 ± 0.13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</w:t>
            </w:r>
          </w:p>
        </w:tc>
        <w:tc>
          <w:tcPr>
            <w:tcW w:w="1134" w:type="dxa"/>
            <w:vAlign w:val="bottom"/>
          </w:tcPr>
          <w:p w14:paraId="0AEA401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5.32 ± 0.09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</w:t>
            </w:r>
          </w:p>
        </w:tc>
      </w:tr>
      <w:tr w:rsidR="003A1B86" w:rsidRPr="00A72067" w14:paraId="0AEA402E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2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25" w:type="dxa"/>
            <w:vAlign w:val="bottom"/>
          </w:tcPr>
          <w:p w14:paraId="0AEA402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Waiakea</w:t>
            </w:r>
            <w:proofErr w:type="spellEnd"/>
          </w:p>
        </w:tc>
        <w:tc>
          <w:tcPr>
            <w:tcW w:w="1253" w:type="dxa"/>
            <w:vAlign w:val="bottom"/>
          </w:tcPr>
          <w:p w14:paraId="0AEA402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9.8 ± 0.42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m-s</w:t>
            </w:r>
          </w:p>
        </w:tc>
        <w:tc>
          <w:tcPr>
            <w:tcW w:w="1127" w:type="dxa"/>
            <w:vAlign w:val="bottom"/>
          </w:tcPr>
          <w:p w14:paraId="0AEA402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0.65±0.02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ef</w:t>
            </w:r>
          </w:p>
        </w:tc>
        <w:tc>
          <w:tcPr>
            <w:tcW w:w="1253" w:type="dxa"/>
            <w:vAlign w:val="bottom"/>
          </w:tcPr>
          <w:p w14:paraId="0AEA402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15.16 ± 0.5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u-w</w:t>
            </w:r>
          </w:p>
        </w:tc>
        <w:tc>
          <w:tcPr>
            <w:tcW w:w="1128" w:type="dxa"/>
            <w:vAlign w:val="bottom"/>
          </w:tcPr>
          <w:p w14:paraId="0AEA402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6.75 ± 0.33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q-u</w:t>
            </w:r>
          </w:p>
        </w:tc>
        <w:tc>
          <w:tcPr>
            <w:tcW w:w="1127" w:type="dxa"/>
            <w:vAlign w:val="bottom"/>
          </w:tcPr>
          <w:p w14:paraId="0AEA402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3.77 ± 0.22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r-w</w:t>
            </w:r>
          </w:p>
        </w:tc>
        <w:tc>
          <w:tcPr>
            <w:tcW w:w="1343" w:type="dxa"/>
            <w:vAlign w:val="bottom"/>
          </w:tcPr>
          <w:p w14:paraId="0AEA402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194.83 ± 2.58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jk</w:t>
            </w:r>
          </w:p>
        </w:tc>
        <w:tc>
          <w:tcPr>
            <w:tcW w:w="1276" w:type="dxa"/>
            <w:vAlign w:val="bottom"/>
          </w:tcPr>
          <w:p w14:paraId="0AEA402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288.77 ± 2.66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k-n</w:t>
            </w:r>
          </w:p>
        </w:tc>
        <w:tc>
          <w:tcPr>
            <w:tcW w:w="1265" w:type="dxa"/>
            <w:vAlign w:val="bottom"/>
          </w:tcPr>
          <w:p w14:paraId="0AEA402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112.6 ± 1.86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t-y</w:t>
            </w:r>
          </w:p>
        </w:tc>
        <w:tc>
          <w:tcPr>
            <w:tcW w:w="1257" w:type="dxa"/>
            <w:vAlign w:val="bottom"/>
          </w:tcPr>
          <w:p w14:paraId="0AEA402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9.9 ± 0.21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163" w:type="dxa"/>
            <w:vAlign w:val="bottom"/>
          </w:tcPr>
          <w:p w14:paraId="0AEA402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94.52 ± 1.73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d-i</w:t>
            </w:r>
          </w:p>
        </w:tc>
        <w:tc>
          <w:tcPr>
            <w:tcW w:w="1134" w:type="dxa"/>
            <w:vAlign w:val="bottom"/>
          </w:tcPr>
          <w:p w14:paraId="0AEA402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7.81 ± 0.13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134" w:type="dxa"/>
            <w:vAlign w:val="bottom"/>
          </w:tcPr>
          <w:p w14:paraId="0AEA402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6.34 ± 0.1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</w:t>
            </w:r>
          </w:p>
        </w:tc>
      </w:tr>
      <w:tr w:rsidR="003A1B86" w:rsidRPr="00A72067" w14:paraId="0AEA403D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02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25" w:type="dxa"/>
            <w:vAlign w:val="bottom"/>
          </w:tcPr>
          <w:p w14:paraId="0AEA403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14</w:t>
            </w:r>
          </w:p>
        </w:tc>
        <w:tc>
          <w:tcPr>
            <w:tcW w:w="1253" w:type="dxa"/>
            <w:vAlign w:val="bottom"/>
          </w:tcPr>
          <w:p w14:paraId="0AEA403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8.9 ± 0.46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r-t</w:t>
            </w:r>
          </w:p>
        </w:tc>
        <w:tc>
          <w:tcPr>
            <w:tcW w:w="1127" w:type="dxa"/>
            <w:vAlign w:val="bottom"/>
          </w:tcPr>
          <w:p w14:paraId="0AEA403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0.67±0.04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de</w:t>
            </w:r>
          </w:p>
        </w:tc>
        <w:tc>
          <w:tcPr>
            <w:tcW w:w="1253" w:type="dxa"/>
            <w:vAlign w:val="bottom"/>
          </w:tcPr>
          <w:p w14:paraId="0AEA403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13.5 ± 1.42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u-x</w:t>
            </w:r>
          </w:p>
        </w:tc>
        <w:tc>
          <w:tcPr>
            <w:tcW w:w="1128" w:type="dxa"/>
            <w:vAlign w:val="bottom"/>
          </w:tcPr>
          <w:p w14:paraId="0AEA403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5.53 ± 0.26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</w:t>
            </w:r>
          </w:p>
        </w:tc>
        <w:tc>
          <w:tcPr>
            <w:tcW w:w="1127" w:type="dxa"/>
            <w:vAlign w:val="bottom"/>
          </w:tcPr>
          <w:p w14:paraId="0AEA403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3.24 ± 0.09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</w:t>
            </w:r>
          </w:p>
        </w:tc>
        <w:tc>
          <w:tcPr>
            <w:tcW w:w="1343" w:type="dxa"/>
            <w:vAlign w:val="bottom"/>
          </w:tcPr>
          <w:p w14:paraId="0AEA403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93.23 ± 1.68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tu</w:t>
            </w:r>
          </w:p>
        </w:tc>
        <w:tc>
          <w:tcPr>
            <w:tcW w:w="1276" w:type="dxa"/>
            <w:vAlign w:val="bottom"/>
          </w:tcPr>
          <w:p w14:paraId="0AEA403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358.5 ± 3.28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fg</w:t>
            </w:r>
          </w:p>
        </w:tc>
        <w:tc>
          <w:tcPr>
            <w:tcW w:w="1265" w:type="dxa"/>
            <w:vAlign w:val="bottom"/>
          </w:tcPr>
          <w:p w14:paraId="0AEA403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210 ± 2.38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b-e</w:t>
            </w:r>
          </w:p>
        </w:tc>
        <w:tc>
          <w:tcPr>
            <w:tcW w:w="1257" w:type="dxa"/>
            <w:vAlign w:val="bottom"/>
          </w:tcPr>
          <w:p w14:paraId="0AEA403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11.87 ± 0.27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m-o</w:t>
            </w:r>
          </w:p>
        </w:tc>
        <w:tc>
          <w:tcPr>
            <w:tcW w:w="1163" w:type="dxa"/>
            <w:vAlign w:val="bottom"/>
          </w:tcPr>
          <w:p w14:paraId="0AEA403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90.71 ± 0.5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o-q</w:t>
            </w:r>
          </w:p>
        </w:tc>
        <w:tc>
          <w:tcPr>
            <w:tcW w:w="1134" w:type="dxa"/>
            <w:vAlign w:val="bottom"/>
          </w:tcPr>
          <w:p w14:paraId="0AEA403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3.55 ± 0.21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</w:t>
            </w:r>
          </w:p>
        </w:tc>
        <w:tc>
          <w:tcPr>
            <w:tcW w:w="1134" w:type="dxa"/>
            <w:vAlign w:val="bottom"/>
          </w:tcPr>
          <w:p w14:paraId="0AEA403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2.76 ± 0.09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</w:t>
            </w:r>
          </w:p>
        </w:tc>
      </w:tr>
      <w:tr w:rsidR="003A1B86" w:rsidRPr="00A72067" w14:paraId="0AEA404C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3E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25" w:type="dxa"/>
            <w:vAlign w:val="bottom"/>
          </w:tcPr>
          <w:p w14:paraId="0AEA403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S. Fan Retief</w:t>
            </w:r>
          </w:p>
        </w:tc>
        <w:tc>
          <w:tcPr>
            <w:tcW w:w="1253" w:type="dxa"/>
            <w:vAlign w:val="bottom"/>
          </w:tcPr>
          <w:p w14:paraId="0AEA404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8.13 ± 0.41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</w:t>
            </w:r>
          </w:p>
        </w:tc>
        <w:tc>
          <w:tcPr>
            <w:tcW w:w="1127" w:type="dxa"/>
            <w:vAlign w:val="bottom"/>
          </w:tcPr>
          <w:p w14:paraId="0AEA404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1.41±0.02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53" w:type="dxa"/>
            <w:vAlign w:val="bottom"/>
          </w:tcPr>
          <w:p w14:paraId="0AEA404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5.76 ± 0.3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y</w:t>
            </w:r>
          </w:p>
        </w:tc>
        <w:tc>
          <w:tcPr>
            <w:tcW w:w="1128" w:type="dxa"/>
            <w:vAlign w:val="bottom"/>
          </w:tcPr>
          <w:p w14:paraId="0AEA404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5.41 ± 0.12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</w:t>
            </w:r>
          </w:p>
        </w:tc>
        <w:tc>
          <w:tcPr>
            <w:tcW w:w="1127" w:type="dxa"/>
            <w:vAlign w:val="bottom"/>
          </w:tcPr>
          <w:p w14:paraId="0AEA404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3.26 ± 0.18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w-y</w:t>
            </w:r>
          </w:p>
        </w:tc>
        <w:tc>
          <w:tcPr>
            <w:tcW w:w="1343" w:type="dxa"/>
            <w:vAlign w:val="bottom"/>
          </w:tcPr>
          <w:p w14:paraId="0AEA404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191 ± 3.22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</w:t>
            </w:r>
          </w:p>
        </w:tc>
        <w:tc>
          <w:tcPr>
            <w:tcW w:w="1276" w:type="dxa"/>
            <w:vAlign w:val="bottom"/>
          </w:tcPr>
          <w:p w14:paraId="0AEA404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192.83 ± 3.35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z</w:t>
            </w:r>
          </w:p>
        </w:tc>
        <w:tc>
          <w:tcPr>
            <w:tcW w:w="1265" w:type="dxa"/>
            <w:vAlign w:val="bottom"/>
          </w:tcPr>
          <w:p w14:paraId="0AEA404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102.27 ± 2.39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y</w:t>
            </w:r>
          </w:p>
        </w:tc>
        <w:tc>
          <w:tcPr>
            <w:tcW w:w="1257" w:type="dxa"/>
            <w:vAlign w:val="bottom"/>
          </w:tcPr>
          <w:p w14:paraId="0AEA404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12.86 ± 0.34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k-m</w:t>
            </w:r>
          </w:p>
        </w:tc>
        <w:tc>
          <w:tcPr>
            <w:tcW w:w="1163" w:type="dxa"/>
            <w:vAlign w:val="bottom"/>
          </w:tcPr>
          <w:p w14:paraId="0AEA404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94.63 ± 0.26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d-h</w:t>
            </w:r>
          </w:p>
        </w:tc>
        <w:tc>
          <w:tcPr>
            <w:tcW w:w="1134" w:type="dxa"/>
            <w:vAlign w:val="bottom"/>
          </w:tcPr>
          <w:p w14:paraId="0AEA404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7.2 ± 0.15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1134" w:type="dxa"/>
            <w:vAlign w:val="bottom"/>
          </w:tcPr>
          <w:p w14:paraId="0AEA404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5.67 ± 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</w:t>
            </w:r>
          </w:p>
        </w:tc>
      </w:tr>
      <w:tr w:rsidR="003A1B86" w:rsidRPr="00A72067" w14:paraId="0AEA405B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4D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25" w:type="dxa"/>
            <w:vAlign w:val="bottom"/>
          </w:tcPr>
          <w:p w14:paraId="0AEA404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Ka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Hua Kula</w:t>
            </w:r>
          </w:p>
        </w:tc>
        <w:tc>
          <w:tcPr>
            <w:tcW w:w="1253" w:type="dxa"/>
            <w:vAlign w:val="bottom"/>
          </w:tcPr>
          <w:p w14:paraId="0AEA404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8.8 ± 0.38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</w:p>
        </w:tc>
        <w:tc>
          <w:tcPr>
            <w:tcW w:w="1127" w:type="dxa"/>
            <w:vAlign w:val="bottom"/>
          </w:tcPr>
          <w:p w14:paraId="0AEA405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1.34±0.04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53" w:type="dxa"/>
            <w:vAlign w:val="bottom"/>
          </w:tcPr>
          <w:p w14:paraId="0AEA405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6.56 ± 0.36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xy</w:t>
            </w:r>
          </w:p>
        </w:tc>
        <w:tc>
          <w:tcPr>
            <w:tcW w:w="1128" w:type="dxa"/>
            <w:vAlign w:val="bottom"/>
          </w:tcPr>
          <w:p w14:paraId="0AEA405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5.78 ± 0.13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</w:t>
            </w:r>
          </w:p>
        </w:tc>
        <w:tc>
          <w:tcPr>
            <w:tcW w:w="1127" w:type="dxa"/>
            <w:vAlign w:val="bottom"/>
          </w:tcPr>
          <w:p w14:paraId="0AEA405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3.17 ± 0.07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  <w:tc>
          <w:tcPr>
            <w:tcW w:w="1343" w:type="dxa"/>
            <w:vAlign w:val="bottom"/>
          </w:tcPr>
          <w:p w14:paraId="0AEA405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338.93 ± 1.57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76" w:type="dxa"/>
            <w:vAlign w:val="bottom"/>
          </w:tcPr>
          <w:p w14:paraId="0AEA405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294.3 ± 3.58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k-m</w:t>
            </w:r>
          </w:p>
        </w:tc>
        <w:tc>
          <w:tcPr>
            <w:tcW w:w="1265" w:type="dxa"/>
            <w:vAlign w:val="bottom"/>
          </w:tcPr>
          <w:p w14:paraId="0AEA405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122.03 ± 2.43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q-v</w:t>
            </w:r>
          </w:p>
        </w:tc>
        <w:tc>
          <w:tcPr>
            <w:tcW w:w="1257" w:type="dxa"/>
            <w:vAlign w:val="bottom"/>
          </w:tcPr>
          <w:p w14:paraId="0AEA405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18.45 ± 0.5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163" w:type="dxa"/>
            <w:vAlign w:val="bottom"/>
          </w:tcPr>
          <w:p w14:paraId="0AEA405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95.02 ± 0.78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d-g</w:t>
            </w:r>
          </w:p>
        </w:tc>
        <w:tc>
          <w:tcPr>
            <w:tcW w:w="1134" w:type="dxa"/>
            <w:vAlign w:val="bottom"/>
          </w:tcPr>
          <w:p w14:paraId="0AEA405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10.66 ± 0.48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34" w:type="dxa"/>
            <w:vAlign w:val="bottom"/>
          </w:tcPr>
          <w:p w14:paraId="0AEA405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9.97 ± 0.49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</w:tr>
      <w:tr w:rsidR="003A1B86" w:rsidRPr="00A72067" w14:paraId="0AEA406A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05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25" w:type="dxa"/>
            <w:vAlign w:val="bottom"/>
          </w:tcPr>
          <w:p w14:paraId="0AEA405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S. Beaumont</w:t>
            </w:r>
          </w:p>
        </w:tc>
        <w:tc>
          <w:tcPr>
            <w:tcW w:w="1253" w:type="dxa"/>
            <w:vAlign w:val="bottom"/>
          </w:tcPr>
          <w:p w14:paraId="0AEA405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10.53 ± 0.29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h-p</w:t>
            </w:r>
          </w:p>
        </w:tc>
        <w:tc>
          <w:tcPr>
            <w:tcW w:w="1127" w:type="dxa"/>
            <w:vAlign w:val="bottom"/>
          </w:tcPr>
          <w:p w14:paraId="0AEA405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0.38±0.02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k-q</w:t>
            </w:r>
          </w:p>
        </w:tc>
        <w:tc>
          <w:tcPr>
            <w:tcW w:w="1253" w:type="dxa"/>
            <w:vAlign w:val="bottom"/>
          </w:tcPr>
          <w:p w14:paraId="0AEA406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27.9 ± 1.84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i-p</w:t>
            </w:r>
          </w:p>
        </w:tc>
        <w:tc>
          <w:tcPr>
            <w:tcW w:w="1128" w:type="dxa"/>
            <w:vAlign w:val="bottom"/>
          </w:tcPr>
          <w:p w14:paraId="0AEA406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7.95 ± 0.05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f-m</w:t>
            </w:r>
          </w:p>
        </w:tc>
        <w:tc>
          <w:tcPr>
            <w:tcW w:w="1127" w:type="dxa"/>
            <w:vAlign w:val="bottom"/>
          </w:tcPr>
          <w:p w14:paraId="0AEA406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3.95 ± 0.23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m-t</w:t>
            </w:r>
          </w:p>
        </w:tc>
        <w:tc>
          <w:tcPr>
            <w:tcW w:w="1343" w:type="dxa"/>
            <w:vAlign w:val="bottom"/>
          </w:tcPr>
          <w:p w14:paraId="0AEA406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161.67 ± 3.76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m-o</w:t>
            </w:r>
          </w:p>
        </w:tc>
        <w:tc>
          <w:tcPr>
            <w:tcW w:w="1276" w:type="dxa"/>
            <w:vAlign w:val="bottom"/>
          </w:tcPr>
          <w:p w14:paraId="0AEA406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381.03 ± 3.21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ed</w:t>
            </w:r>
          </w:p>
        </w:tc>
        <w:tc>
          <w:tcPr>
            <w:tcW w:w="1265" w:type="dxa"/>
            <w:vAlign w:val="bottom"/>
          </w:tcPr>
          <w:p w14:paraId="0AEA406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240.27 ± 1.59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57" w:type="dxa"/>
            <w:vAlign w:val="bottom"/>
          </w:tcPr>
          <w:p w14:paraId="0AEA406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7.74 ± 0.32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</w:t>
            </w:r>
          </w:p>
        </w:tc>
        <w:tc>
          <w:tcPr>
            <w:tcW w:w="1163" w:type="dxa"/>
            <w:vAlign w:val="bottom"/>
          </w:tcPr>
          <w:p w14:paraId="0AEA406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93.54 ± 0.86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e-l</w:t>
            </w:r>
          </w:p>
        </w:tc>
        <w:tc>
          <w:tcPr>
            <w:tcW w:w="1134" w:type="dxa"/>
            <w:vAlign w:val="bottom"/>
          </w:tcPr>
          <w:p w14:paraId="0AEA406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4.85 ± 0.38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</w:t>
            </w:r>
          </w:p>
        </w:tc>
        <w:tc>
          <w:tcPr>
            <w:tcW w:w="1134" w:type="dxa"/>
            <w:vAlign w:val="bottom"/>
          </w:tcPr>
          <w:p w14:paraId="0AEA406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3.31 ± 0.24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kl</w:t>
            </w:r>
          </w:p>
        </w:tc>
      </w:tr>
      <w:tr w:rsidR="003A1B86" w:rsidRPr="00A72067" w14:paraId="0AEA4079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6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25" w:type="dxa"/>
            <w:vAlign w:val="bottom"/>
          </w:tcPr>
          <w:p w14:paraId="0AEA406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Poamoho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Pink</w:t>
            </w:r>
          </w:p>
        </w:tc>
        <w:tc>
          <w:tcPr>
            <w:tcW w:w="1253" w:type="dxa"/>
            <w:vAlign w:val="bottom"/>
          </w:tcPr>
          <w:p w14:paraId="0AEA406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10.83 ± 1.09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h-m</w:t>
            </w:r>
          </w:p>
        </w:tc>
        <w:tc>
          <w:tcPr>
            <w:tcW w:w="1127" w:type="dxa"/>
            <w:vAlign w:val="bottom"/>
          </w:tcPr>
          <w:p w14:paraId="0AEA406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0.6±0.05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e-g</w:t>
            </w:r>
          </w:p>
        </w:tc>
        <w:tc>
          <w:tcPr>
            <w:tcW w:w="1253" w:type="dxa"/>
            <w:vAlign w:val="bottom"/>
          </w:tcPr>
          <w:p w14:paraId="0AEA406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18.5 ± 3.5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s-v</w:t>
            </w:r>
          </w:p>
        </w:tc>
        <w:tc>
          <w:tcPr>
            <w:tcW w:w="1128" w:type="dxa"/>
            <w:vAlign w:val="bottom"/>
          </w:tcPr>
          <w:p w14:paraId="0AEA407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8.01 ± 0.25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f-l</w:t>
            </w:r>
          </w:p>
        </w:tc>
        <w:tc>
          <w:tcPr>
            <w:tcW w:w="1127" w:type="dxa"/>
            <w:vAlign w:val="bottom"/>
          </w:tcPr>
          <w:p w14:paraId="0AEA407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4.58 ± 0.15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c-k</w:t>
            </w:r>
          </w:p>
        </w:tc>
        <w:tc>
          <w:tcPr>
            <w:tcW w:w="1343" w:type="dxa"/>
            <w:vAlign w:val="bottom"/>
          </w:tcPr>
          <w:p w14:paraId="0AEA407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244.13 ± 3.81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cd</w:t>
            </w:r>
          </w:p>
        </w:tc>
        <w:tc>
          <w:tcPr>
            <w:tcW w:w="1276" w:type="dxa"/>
            <w:vAlign w:val="bottom"/>
          </w:tcPr>
          <w:p w14:paraId="0AEA407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117.93 ± 3.62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65" w:type="dxa"/>
            <w:vAlign w:val="bottom"/>
          </w:tcPr>
          <w:p w14:paraId="0AEA407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71.13 ± 1.56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z</w:t>
            </w:r>
          </w:p>
        </w:tc>
        <w:tc>
          <w:tcPr>
            <w:tcW w:w="1257" w:type="dxa"/>
            <w:vAlign w:val="bottom"/>
          </w:tcPr>
          <w:p w14:paraId="0AEA407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18.37 ± 0.59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163" w:type="dxa"/>
            <w:vAlign w:val="bottom"/>
          </w:tcPr>
          <w:p w14:paraId="0AEA407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94.02 ± 0.12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e-k</w:t>
            </w:r>
          </w:p>
        </w:tc>
        <w:tc>
          <w:tcPr>
            <w:tcW w:w="1134" w:type="dxa"/>
            <w:vAlign w:val="bottom"/>
          </w:tcPr>
          <w:p w14:paraId="0AEA407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5.59 ± 0.11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ij</w:t>
            </w:r>
          </w:p>
        </w:tc>
        <w:tc>
          <w:tcPr>
            <w:tcW w:w="1134" w:type="dxa"/>
            <w:vAlign w:val="bottom"/>
          </w:tcPr>
          <w:p w14:paraId="0AEA407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3.89 ± 0.11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</w:t>
            </w:r>
          </w:p>
        </w:tc>
      </w:tr>
      <w:tr w:rsidR="003A1B86" w:rsidRPr="00A72067" w14:paraId="0AEA4088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7A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25" w:type="dxa"/>
            <w:vAlign w:val="bottom"/>
          </w:tcPr>
          <w:p w14:paraId="0AEA407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4</w:t>
            </w:r>
          </w:p>
        </w:tc>
        <w:tc>
          <w:tcPr>
            <w:tcW w:w="1253" w:type="dxa"/>
            <w:vAlign w:val="bottom"/>
          </w:tcPr>
          <w:p w14:paraId="0AEA407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10.4 ± 0.87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i-q</w:t>
            </w:r>
          </w:p>
        </w:tc>
        <w:tc>
          <w:tcPr>
            <w:tcW w:w="1127" w:type="dxa"/>
            <w:vAlign w:val="bottom"/>
          </w:tcPr>
          <w:p w14:paraId="0AEA407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0.52±0.01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gh</w:t>
            </w:r>
          </w:p>
        </w:tc>
        <w:tc>
          <w:tcPr>
            <w:tcW w:w="1253" w:type="dxa"/>
            <w:vAlign w:val="bottom"/>
          </w:tcPr>
          <w:p w14:paraId="0AEA407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20.02 ± 1.79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r-v</w:t>
            </w:r>
          </w:p>
        </w:tc>
        <w:tc>
          <w:tcPr>
            <w:tcW w:w="1128" w:type="dxa"/>
            <w:vAlign w:val="bottom"/>
          </w:tcPr>
          <w:p w14:paraId="0AEA407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7.47 ± 0.34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k-o</w:t>
            </w:r>
          </w:p>
        </w:tc>
        <w:tc>
          <w:tcPr>
            <w:tcW w:w="1127" w:type="dxa"/>
            <w:vAlign w:val="bottom"/>
          </w:tcPr>
          <w:p w14:paraId="0AEA408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4.29 ± 0.02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h-q</w:t>
            </w:r>
          </w:p>
        </w:tc>
        <w:tc>
          <w:tcPr>
            <w:tcW w:w="1343" w:type="dxa"/>
            <w:vAlign w:val="bottom"/>
          </w:tcPr>
          <w:p w14:paraId="0AEA408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221.6 ± 2.23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fg</w:t>
            </w:r>
          </w:p>
        </w:tc>
        <w:tc>
          <w:tcPr>
            <w:tcW w:w="1276" w:type="dxa"/>
            <w:vAlign w:val="bottom"/>
          </w:tcPr>
          <w:p w14:paraId="0AEA408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286.03 ± 2.2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m-o</w:t>
            </w:r>
          </w:p>
        </w:tc>
        <w:tc>
          <w:tcPr>
            <w:tcW w:w="1265" w:type="dxa"/>
            <w:vAlign w:val="bottom"/>
          </w:tcPr>
          <w:p w14:paraId="0AEA408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106.93 ± 2.81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xy</w:t>
            </w:r>
          </w:p>
        </w:tc>
        <w:tc>
          <w:tcPr>
            <w:tcW w:w="1257" w:type="dxa"/>
            <w:vAlign w:val="bottom"/>
          </w:tcPr>
          <w:p w14:paraId="0AEA408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16.46 ± 0.27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de</w:t>
            </w:r>
          </w:p>
        </w:tc>
        <w:tc>
          <w:tcPr>
            <w:tcW w:w="1163" w:type="dxa"/>
            <w:vAlign w:val="bottom"/>
          </w:tcPr>
          <w:p w14:paraId="0AEA408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95.06 ± 0.76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c-g</w:t>
            </w:r>
          </w:p>
        </w:tc>
        <w:tc>
          <w:tcPr>
            <w:tcW w:w="1134" w:type="dxa"/>
            <w:vAlign w:val="bottom"/>
          </w:tcPr>
          <w:p w14:paraId="0AEA408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0.48 ± 0.07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1134" w:type="dxa"/>
            <w:vAlign w:val="bottom"/>
          </w:tcPr>
          <w:p w14:paraId="0AEA4087" w14:textId="77777777" w:rsidR="003A1B86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0B0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097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089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25" w:type="dxa"/>
            <w:vAlign w:val="bottom"/>
          </w:tcPr>
          <w:p w14:paraId="0AEA408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S. N90-53</w:t>
            </w:r>
          </w:p>
        </w:tc>
        <w:tc>
          <w:tcPr>
            <w:tcW w:w="1253" w:type="dxa"/>
            <w:vAlign w:val="bottom"/>
          </w:tcPr>
          <w:p w14:paraId="0AEA408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11.83 ± 0.44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b-g</w:t>
            </w:r>
          </w:p>
        </w:tc>
        <w:tc>
          <w:tcPr>
            <w:tcW w:w="1127" w:type="dxa"/>
            <w:vAlign w:val="bottom"/>
          </w:tcPr>
          <w:p w14:paraId="0AEA408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0.39±0.03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k-p</w:t>
            </w:r>
          </w:p>
        </w:tc>
        <w:tc>
          <w:tcPr>
            <w:tcW w:w="1253" w:type="dxa"/>
            <w:vAlign w:val="bottom"/>
          </w:tcPr>
          <w:p w14:paraId="0AEA408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30.76 ± 3.12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f-l</w:t>
            </w:r>
          </w:p>
        </w:tc>
        <w:tc>
          <w:tcPr>
            <w:tcW w:w="1128" w:type="dxa"/>
            <w:vAlign w:val="bottom"/>
          </w:tcPr>
          <w:p w14:paraId="0AEA408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8.18 ± 0.06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f-i</w:t>
            </w:r>
          </w:p>
        </w:tc>
        <w:tc>
          <w:tcPr>
            <w:tcW w:w="1127" w:type="dxa"/>
            <w:vAlign w:val="bottom"/>
          </w:tcPr>
          <w:p w14:paraId="0AEA408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4.67 ± 0.1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c-i</w:t>
            </w:r>
          </w:p>
        </w:tc>
        <w:tc>
          <w:tcPr>
            <w:tcW w:w="1343" w:type="dxa"/>
            <w:vAlign w:val="bottom"/>
          </w:tcPr>
          <w:p w14:paraId="0AEA409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86.77 ± 5.36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uv</w:t>
            </w:r>
          </w:p>
        </w:tc>
        <w:tc>
          <w:tcPr>
            <w:tcW w:w="1276" w:type="dxa"/>
            <w:vAlign w:val="bottom"/>
          </w:tcPr>
          <w:p w14:paraId="0AEA409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173.73 ± 3.32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65" w:type="dxa"/>
            <w:vAlign w:val="bottom"/>
          </w:tcPr>
          <w:p w14:paraId="0AEA409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54.99 ± 1.35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x</w:t>
            </w:r>
          </w:p>
        </w:tc>
        <w:tc>
          <w:tcPr>
            <w:tcW w:w="1257" w:type="dxa"/>
            <w:vAlign w:val="bottom"/>
          </w:tcPr>
          <w:p w14:paraId="0AEA409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8.73 ± 0.25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s-u</w:t>
            </w:r>
          </w:p>
        </w:tc>
        <w:tc>
          <w:tcPr>
            <w:tcW w:w="1163" w:type="dxa"/>
            <w:vAlign w:val="bottom"/>
          </w:tcPr>
          <w:p w14:paraId="0AEA409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87.64 ± 0.43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</w:p>
        </w:tc>
        <w:tc>
          <w:tcPr>
            <w:tcW w:w="1134" w:type="dxa"/>
            <w:vAlign w:val="bottom"/>
          </w:tcPr>
          <w:p w14:paraId="0AEA409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2.58 ± 0.19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</w:t>
            </w:r>
          </w:p>
        </w:tc>
        <w:tc>
          <w:tcPr>
            <w:tcW w:w="1134" w:type="dxa"/>
            <w:vAlign w:val="bottom"/>
          </w:tcPr>
          <w:p w14:paraId="0AEA409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1.64 ± 0.15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</w:t>
            </w:r>
          </w:p>
        </w:tc>
      </w:tr>
      <w:tr w:rsidR="003A1B86" w:rsidRPr="00A72067" w14:paraId="0AEA40A6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9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25" w:type="dxa"/>
            <w:vAlign w:val="bottom"/>
          </w:tcPr>
          <w:p w14:paraId="0AEA409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Klom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Toonklao</w:t>
            </w:r>
            <w:proofErr w:type="spellEnd"/>
          </w:p>
        </w:tc>
        <w:tc>
          <w:tcPr>
            <w:tcW w:w="1253" w:type="dxa"/>
            <w:vAlign w:val="bottom"/>
          </w:tcPr>
          <w:p w14:paraId="0AEA409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9.8 ± 0.42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m-s</w:t>
            </w:r>
          </w:p>
        </w:tc>
        <w:tc>
          <w:tcPr>
            <w:tcW w:w="1127" w:type="dxa"/>
            <w:vAlign w:val="bottom"/>
          </w:tcPr>
          <w:p w14:paraId="0AEA409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0.75±0.07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253" w:type="dxa"/>
            <w:vAlign w:val="bottom"/>
          </w:tcPr>
          <w:p w14:paraId="0AEA409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13.33 ± 1.72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v-x</w:t>
            </w:r>
          </w:p>
        </w:tc>
        <w:tc>
          <w:tcPr>
            <w:tcW w:w="1128" w:type="dxa"/>
            <w:vAlign w:val="bottom"/>
          </w:tcPr>
          <w:p w14:paraId="0AEA409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6.62 ± 0.28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r-u</w:t>
            </w:r>
          </w:p>
        </w:tc>
        <w:tc>
          <w:tcPr>
            <w:tcW w:w="1127" w:type="dxa"/>
            <w:vAlign w:val="bottom"/>
          </w:tcPr>
          <w:p w14:paraId="0AEA409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3.42 ± 0.21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v-y</w:t>
            </w:r>
          </w:p>
        </w:tc>
        <w:tc>
          <w:tcPr>
            <w:tcW w:w="1343" w:type="dxa"/>
            <w:vAlign w:val="bottom"/>
          </w:tcPr>
          <w:p w14:paraId="0AEA409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165 ± 6.35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l-n</w:t>
            </w:r>
          </w:p>
        </w:tc>
        <w:tc>
          <w:tcPr>
            <w:tcW w:w="1276" w:type="dxa"/>
            <w:vAlign w:val="bottom"/>
          </w:tcPr>
          <w:p w14:paraId="0AEA40A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372.5 ± 3.68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1265" w:type="dxa"/>
            <w:vAlign w:val="bottom"/>
          </w:tcPr>
          <w:p w14:paraId="0AEA40A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216.23 ± 1.45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257" w:type="dxa"/>
            <w:vAlign w:val="bottom"/>
          </w:tcPr>
          <w:p w14:paraId="0AEA40A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9.3 ± 0.17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r-t</w:t>
            </w:r>
          </w:p>
        </w:tc>
        <w:tc>
          <w:tcPr>
            <w:tcW w:w="1163" w:type="dxa"/>
            <w:vAlign w:val="bottom"/>
          </w:tcPr>
          <w:p w14:paraId="0AEA40A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93.1 ± 0.28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g-m</w:t>
            </w:r>
          </w:p>
        </w:tc>
        <w:tc>
          <w:tcPr>
            <w:tcW w:w="1134" w:type="dxa"/>
            <w:vAlign w:val="bottom"/>
          </w:tcPr>
          <w:p w14:paraId="0AEA40A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0.98 ± 0.06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34" w:type="dxa"/>
            <w:vAlign w:val="bottom"/>
          </w:tcPr>
          <w:p w14:paraId="0AEA40A5" w14:textId="77777777" w:rsidR="003A1B86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0B0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0B5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A7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25" w:type="dxa"/>
            <w:vAlign w:val="bottom"/>
          </w:tcPr>
          <w:p w14:paraId="0AEA40A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S. Less Seed Guava</w:t>
            </w:r>
          </w:p>
        </w:tc>
        <w:tc>
          <w:tcPr>
            <w:tcW w:w="1253" w:type="dxa"/>
            <w:vAlign w:val="bottom"/>
          </w:tcPr>
          <w:p w14:paraId="0AEA40A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11.4 ± 0.31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d-j</w:t>
            </w:r>
          </w:p>
        </w:tc>
        <w:tc>
          <w:tcPr>
            <w:tcW w:w="1127" w:type="dxa"/>
            <w:vAlign w:val="bottom"/>
          </w:tcPr>
          <w:p w14:paraId="0AEA40A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0.37±0.01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k-r</w:t>
            </w:r>
          </w:p>
        </w:tc>
        <w:tc>
          <w:tcPr>
            <w:tcW w:w="1253" w:type="dxa"/>
            <w:vAlign w:val="bottom"/>
          </w:tcPr>
          <w:p w14:paraId="0AEA40A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30.83 ± 0.68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g-l</w:t>
            </w:r>
          </w:p>
        </w:tc>
        <w:tc>
          <w:tcPr>
            <w:tcW w:w="1128" w:type="dxa"/>
            <w:vAlign w:val="bottom"/>
          </w:tcPr>
          <w:p w14:paraId="0AEA40A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8.4 ± 0.18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d-f</w:t>
            </w:r>
          </w:p>
        </w:tc>
        <w:tc>
          <w:tcPr>
            <w:tcW w:w="1127" w:type="dxa"/>
            <w:vAlign w:val="bottom"/>
          </w:tcPr>
          <w:p w14:paraId="0AEA40A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4.39 ± 0.15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f-o</w:t>
            </w:r>
          </w:p>
        </w:tc>
        <w:tc>
          <w:tcPr>
            <w:tcW w:w="1343" w:type="dxa"/>
            <w:vAlign w:val="bottom"/>
          </w:tcPr>
          <w:p w14:paraId="0AEA40A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153.4 ± 4.43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1276" w:type="dxa"/>
            <w:vAlign w:val="bottom"/>
          </w:tcPr>
          <w:p w14:paraId="0AEA40A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411.03 ± 2.63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65" w:type="dxa"/>
            <w:vAlign w:val="bottom"/>
          </w:tcPr>
          <w:p w14:paraId="0AEA40B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206.13 ± 3.9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c-f</w:t>
            </w:r>
          </w:p>
        </w:tc>
        <w:tc>
          <w:tcPr>
            <w:tcW w:w="1257" w:type="dxa"/>
            <w:vAlign w:val="bottom"/>
          </w:tcPr>
          <w:p w14:paraId="0AEA40B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8.33 ± 0.35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tu</w:t>
            </w:r>
          </w:p>
        </w:tc>
        <w:tc>
          <w:tcPr>
            <w:tcW w:w="1163" w:type="dxa"/>
            <w:vAlign w:val="bottom"/>
          </w:tcPr>
          <w:p w14:paraId="0AEA40B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91.16 ± 0.5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m-p</w:t>
            </w:r>
          </w:p>
        </w:tc>
        <w:tc>
          <w:tcPr>
            <w:tcW w:w="1134" w:type="dxa"/>
            <w:vAlign w:val="bottom"/>
          </w:tcPr>
          <w:p w14:paraId="0AEA40B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0.79 ± 0.08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p-r</w:t>
            </w:r>
          </w:p>
        </w:tc>
        <w:tc>
          <w:tcPr>
            <w:tcW w:w="1134" w:type="dxa"/>
            <w:vAlign w:val="bottom"/>
          </w:tcPr>
          <w:p w14:paraId="0AEA40B4" w14:textId="77777777" w:rsidR="003A1B86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0B0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0C4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0B6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25" w:type="dxa"/>
            <w:vAlign w:val="bottom"/>
          </w:tcPr>
          <w:p w14:paraId="0AEA40B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6</w:t>
            </w:r>
          </w:p>
        </w:tc>
        <w:tc>
          <w:tcPr>
            <w:tcW w:w="1253" w:type="dxa"/>
            <w:vAlign w:val="bottom"/>
          </w:tcPr>
          <w:p w14:paraId="0AEA40B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11.83 ± 0.44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b-g</w:t>
            </w:r>
          </w:p>
        </w:tc>
        <w:tc>
          <w:tcPr>
            <w:tcW w:w="1127" w:type="dxa"/>
            <w:vAlign w:val="bottom"/>
          </w:tcPr>
          <w:p w14:paraId="0AEA40B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1.4±0.12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53" w:type="dxa"/>
            <w:vAlign w:val="bottom"/>
          </w:tcPr>
          <w:p w14:paraId="0AEA40B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8.56 ± 0.72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w-y</w:t>
            </w:r>
          </w:p>
        </w:tc>
        <w:tc>
          <w:tcPr>
            <w:tcW w:w="1128" w:type="dxa"/>
            <w:vAlign w:val="bottom"/>
          </w:tcPr>
          <w:p w14:paraId="0AEA40B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7.69 ± 0.2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h-n</w:t>
            </w:r>
          </w:p>
        </w:tc>
        <w:tc>
          <w:tcPr>
            <w:tcW w:w="1127" w:type="dxa"/>
            <w:vAlign w:val="bottom"/>
          </w:tcPr>
          <w:p w14:paraId="0AEA40B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3.88 ± 0.68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o-v</w:t>
            </w:r>
          </w:p>
        </w:tc>
        <w:tc>
          <w:tcPr>
            <w:tcW w:w="1343" w:type="dxa"/>
            <w:vAlign w:val="bottom"/>
          </w:tcPr>
          <w:p w14:paraId="0AEA40B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235.33 ± 1.45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de</w:t>
            </w:r>
          </w:p>
        </w:tc>
        <w:tc>
          <w:tcPr>
            <w:tcW w:w="1276" w:type="dxa"/>
            <w:vAlign w:val="bottom"/>
          </w:tcPr>
          <w:p w14:paraId="0AEA40B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350.73 ± 2.24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</w:t>
            </w:r>
          </w:p>
        </w:tc>
        <w:tc>
          <w:tcPr>
            <w:tcW w:w="1265" w:type="dxa"/>
            <w:vAlign w:val="bottom"/>
          </w:tcPr>
          <w:p w14:paraId="0AEA40B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148.87 ± 2.67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l-n</w:t>
            </w:r>
          </w:p>
        </w:tc>
        <w:tc>
          <w:tcPr>
            <w:tcW w:w="1257" w:type="dxa"/>
            <w:vAlign w:val="bottom"/>
          </w:tcPr>
          <w:p w14:paraId="0AEA40C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10.88 ± 0.27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o-q</w:t>
            </w:r>
          </w:p>
        </w:tc>
        <w:tc>
          <w:tcPr>
            <w:tcW w:w="1163" w:type="dxa"/>
            <w:vAlign w:val="bottom"/>
          </w:tcPr>
          <w:p w14:paraId="0AEA40C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94.47 ± 0.47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e-i</w:t>
            </w:r>
          </w:p>
        </w:tc>
        <w:tc>
          <w:tcPr>
            <w:tcW w:w="1134" w:type="dxa"/>
            <w:vAlign w:val="bottom"/>
          </w:tcPr>
          <w:p w14:paraId="0AEA40C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7.35 ± 0.29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ef</w:t>
            </w:r>
          </w:p>
        </w:tc>
        <w:tc>
          <w:tcPr>
            <w:tcW w:w="1134" w:type="dxa"/>
            <w:vAlign w:val="bottom"/>
          </w:tcPr>
          <w:p w14:paraId="0AEA40C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6.54 ± 0.16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</w:t>
            </w:r>
          </w:p>
        </w:tc>
      </w:tr>
      <w:tr w:rsidR="003A1B86" w:rsidRPr="00A72067" w14:paraId="0AEA40D3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C5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25" w:type="dxa"/>
            <w:vAlign w:val="bottom"/>
          </w:tcPr>
          <w:p w14:paraId="0AEA40C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7</w:t>
            </w:r>
          </w:p>
        </w:tc>
        <w:tc>
          <w:tcPr>
            <w:tcW w:w="1253" w:type="dxa"/>
            <w:vAlign w:val="bottom"/>
          </w:tcPr>
          <w:p w14:paraId="0AEA40C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10.03 ± 0.26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l-r</w:t>
            </w:r>
          </w:p>
        </w:tc>
        <w:tc>
          <w:tcPr>
            <w:tcW w:w="1127" w:type="dxa"/>
            <w:vAlign w:val="bottom"/>
          </w:tcPr>
          <w:p w14:paraId="0AEA40C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0.41±0.03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j-o</w:t>
            </w:r>
          </w:p>
        </w:tc>
        <w:tc>
          <w:tcPr>
            <w:tcW w:w="1253" w:type="dxa"/>
            <w:vAlign w:val="bottom"/>
          </w:tcPr>
          <w:p w14:paraId="0AEA40C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24.7 ± 1.87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l-s</w:t>
            </w:r>
          </w:p>
        </w:tc>
        <w:tc>
          <w:tcPr>
            <w:tcW w:w="1128" w:type="dxa"/>
            <w:vAlign w:val="bottom"/>
          </w:tcPr>
          <w:p w14:paraId="0AEA40C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7.7 ± 0.29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h-n</w:t>
            </w:r>
          </w:p>
        </w:tc>
        <w:tc>
          <w:tcPr>
            <w:tcW w:w="1127" w:type="dxa"/>
            <w:vAlign w:val="bottom"/>
          </w:tcPr>
          <w:p w14:paraId="0AEA40C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 ± 0.06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c-i</w:t>
            </w:r>
          </w:p>
        </w:tc>
        <w:tc>
          <w:tcPr>
            <w:tcW w:w="1343" w:type="dxa"/>
            <w:vAlign w:val="bottom"/>
          </w:tcPr>
          <w:p w14:paraId="0AEA40C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211.5 ± 3.62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gh</w:t>
            </w:r>
          </w:p>
        </w:tc>
        <w:tc>
          <w:tcPr>
            <w:tcW w:w="1276" w:type="dxa"/>
            <w:vAlign w:val="bottom"/>
          </w:tcPr>
          <w:p w14:paraId="0AEA40C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260 ± 4.51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rs</w:t>
            </w:r>
          </w:p>
        </w:tc>
        <w:tc>
          <w:tcPr>
            <w:tcW w:w="1265" w:type="dxa"/>
            <w:vAlign w:val="bottom"/>
          </w:tcPr>
          <w:p w14:paraId="0AEA40C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108.07 ± 2.46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w-y</w:t>
            </w:r>
          </w:p>
        </w:tc>
        <w:tc>
          <w:tcPr>
            <w:tcW w:w="1257" w:type="dxa"/>
            <w:vAlign w:val="bottom"/>
          </w:tcPr>
          <w:p w14:paraId="0AEA40C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11.99 ± 0.27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mn</w:t>
            </w:r>
          </w:p>
        </w:tc>
        <w:tc>
          <w:tcPr>
            <w:tcW w:w="1163" w:type="dxa"/>
            <w:vAlign w:val="bottom"/>
          </w:tcPr>
          <w:p w14:paraId="0AEA40D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97.93 ± 0.8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134" w:type="dxa"/>
            <w:vAlign w:val="bottom"/>
          </w:tcPr>
          <w:p w14:paraId="0AEA40D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9.13 ± 0.12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134" w:type="dxa"/>
            <w:vAlign w:val="bottom"/>
          </w:tcPr>
          <w:p w14:paraId="0AEA40D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8.07 ± 0.24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</w:tr>
      <w:tr w:rsidR="003A1B86" w:rsidRPr="00A72067" w14:paraId="0AEA40E2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D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25" w:type="dxa"/>
            <w:vAlign w:val="bottom"/>
          </w:tcPr>
          <w:p w14:paraId="0AEA40D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S. Portugal</w:t>
            </w:r>
          </w:p>
        </w:tc>
        <w:tc>
          <w:tcPr>
            <w:tcW w:w="1253" w:type="dxa"/>
            <w:vAlign w:val="bottom"/>
          </w:tcPr>
          <w:p w14:paraId="0AEA40D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9.57 ± 0.15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p-s</w:t>
            </w:r>
          </w:p>
        </w:tc>
        <w:tc>
          <w:tcPr>
            <w:tcW w:w="1127" w:type="dxa"/>
            <w:vAlign w:val="bottom"/>
          </w:tcPr>
          <w:p w14:paraId="0AEA40D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0.42±0.04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i-l</w:t>
            </w:r>
          </w:p>
        </w:tc>
        <w:tc>
          <w:tcPr>
            <w:tcW w:w="1253" w:type="dxa"/>
            <w:vAlign w:val="bottom"/>
          </w:tcPr>
          <w:p w14:paraId="0AEA40D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23.1 ± 2.44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n-s</w:t>
            </w:r>
          </w:p>
        </w:tc>
        <w:tc>
          <w:tcPr>
            <w:tcW w:w="1128" w:type="dxa"/>
            <w:vAlign w:val="bottom"/>
          </w:tcPr>
          <w:p w14:paraId="0AEA40D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6.8 ± 0.35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p-u</w:t>
            </w:r>
          </w:p>
        </w:tc>
        <w:tc>
          <w:tcPr>
            <w:tcW w:w="1127" w:type="dxa"/>
            <w:vAlign w:val="bottom"/>
          </w:tcPr>
          <w:p w14:paraId="0AEA40D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3.71 ± 0.24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s-x</w:t>
            </w:r>
          </w:p>
        </w:tc>
        <w:tc>
          <w:tcPr>
            <w:tcW w:w="1343" w:type="dxa"/>
            <w:vAlign w:val="bottom"/>
          </w:tcPr>
          <w:p w14:paraId="0AEA40D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204.17 ± 2.32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h-j</w:t>
            </w:r>
          </w:p>
        </w:tc>
        <w:tc>
          <w:tcPr>
            <w:tcW w:w="1276" w:type="dxa"/>
            <w:vAlign w:val="bottom"/>
          </w:tcPr>
          <w:p w14:paraId="0AEA40D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382.6 ± 2.57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265" w:type="dxa"/>
            <w:vAlign w:val="bottom"/>
          </w:tcPr>
          <w:p w14:paraId="0AEA40D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188.7 ± 1.72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gh</w:t>
            </w:r>
          </w:p>
        </w:tc>
        <w:tc>
          <w:tcPr>
            <w:tcW w:w="1257" w:type="dxa"/>
            <w:vAlign w:val="bottom"/>
          </w:tcPr>
          <w:p w14:paraId="0AEA40D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16.45 ± 0.32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de</w:t>
            </w:r>
          </w:p>
        </w:tc>
        <w:tc>
          <w:tcPr>
            <w:tcW w:w="1163" w:type="dxa"/>
            <w:vAlign w:val="bottom"/>
          </w:tcPr>
          <w:p w14:paraId="0AEA40D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95.16 ± 0.27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c-f</w:t>
            </w:r>
          </w:p>
        </w:tc>
        <w:tc>
          <w:tcPr>
            <w:tcW w:w="1134" w:type="dxa"/>
            <w:vAlign w:val="bottom"/>
          </w:tcPr>
          <w:p w14:paraId="0AEA40E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0.87 ± 0.06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34" w:type="dxa"/>
            <w:vAlign w:val="bottom"/>
          </w:tcPr>
          <w:p w14:paraId="0AEA40E1" w14:textId="77777777" w:rsidR="003A1B86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0B0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0F1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0E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25" w:type="dxa"/>
            <w:vAlign w:val="bottom"/>
          </w:tcPr>
          <w:p w14:paraId="0AEA40E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All Time Guava</w:t>
            </w:r>
          </w:p>
        </w:tc>
        <w:tc>
          <w:tcPr>
            <w:tcW w:w="1253" w:type="dxa"/>
            <w:vAlign w:val="bottom"/>
          </w:tcPr>
          <w:p w14:paraId="0AEA40E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9.67 ± 0.33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n-s</w:t>
            </w:r>
          </w:p>
        </w:tc>
        <w:tc>
          <w:tcPr>
            <w:tcW w:w="1127" w:type="dxa"/>
            <w:vAlign w:val="bottom"/>
          </w:tcPr>
          <w:p w14:paraId="0AEA40E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0.39±0.01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j-p</w:t>
            </w:r>
          </w:p>
        </w:tc>
        <w:tc>
          <w:tcPr>
            <w:tcW w:w="1253" w:type="dxa"/>
            <w:vAlign w:val="bottom"/>
          </w:tcPr>
          <w:p w14:paraId="0AEA40E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25.04 ± 1.27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k-s</w:t>
            </w:r>
          </w:p>
        </w:tc>
        <w:tc>
          <w:tcPr>
            <w:tcW w:w="1128" w:type="dxa"/>
            <w:vAlign w:val="bottom"/>
          </w:tcPr>
          <w:p w14:paraId="0AEA40E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7.48 ± 0.09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j-o</w:t>
            </w:r>
          </w:p>
        </w:tc>
        <w:tc>
          <w:tcPr>
            <w:tcW w:w="1127" w:type="dxa"/>
            <w:vAlign w:val="bottom"/>
          </w:tcPr>
          <w:p w14:paraId="0AEA40E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4.23 ± 0.32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i-s</w:t>
            </w:r>
          </w:p>
        </w:tc>
        <w:tc>
          <w:tcPr>
            <w:tcW w:w="1343" w:type="dxa"/>
            <w:vAlign w:val="bottom"/>
          </w:tcPr>
          <w:p w14:paraId="0AEA40E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104.6 ± 1.75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</w:t>
            </w:r>
          </w:p>
        </w:tc>
        <w:tc>
          <w:tcPr>
            <w:tcW w:w="1276" w:type="dxa"/>
            <w:vAlign w:val="bottom"/>
          </w:tcPr>
          <w:p w14:paraId="0AEA40E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361.5 ± 3.93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1265" w:type="dxa"/>
            <w:vAlign w:val="bottom"/>
          </w:tcPr>
          <w:p w14:paraId="0AEA40E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222.87 ± 1.79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57" w:type="dxa"/>
            <w:vAlign w:val="bottom"/>
          </w:tcPr>
          <w:p w14:paraId="0AEA40E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14.1 ± 0.5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ij</w:t>
            </w:r>
          </w:p>
        </w:tc>
        <w:tc>
          <w:tcPr>
            <w:tcW w:w="1163" w:type="dxa"/>
            <w:vAlign w:val="bottom"/>
          </w:tcPr>
          <w:p w14:paraId="0AEA40E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93.12 ± 0.68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g-l</w:t>
            </w:r>
          </w:p>
        </w:tc>
        <w:tc>
          <w:tcPr>
            <w:tcW w:w="1134" w:type="dxa"/>
            <w:vAlign w:val="bottom"/>
          </w:tcPr>
          <w:p w14:paraId="0AEA40E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0.88 ± 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34" w:type="dxa"/>
            <w:vAlign w:val="bottom"/>
          </w:tcPr>
          <w:p w14:paraId="0AEA40F0" w14:textId="77777777" w:rsidR="003A1B86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0B0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100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0F2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25" w:type="dxa"/>
            <w:vAlign w:val="bottom"/>
          </w:tcPr>
          <w:p w14:paraId="0AEA40F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8</w:t>
            </w:r>
          </w:p>
        </w:tc>
        <w:tc>
          <w:tcPr>
            <w:tcW w:w="1253" w:type="dxa"/>
            <w:vAlign w:val="bottom"/>
          </w:tcPr>
          <w:p w14:paraId="0AEA40F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10.33 ± 0.33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k-q</w:t>
            </w:r>
          </w:p>
        </w:tc>
        <w:tc>
          <w:tcPr>
            <w:tcW w:w="1127" w:type="dxa"/>
            <w:vAlign w:val="bottom"/>
          </w:tcPr>
          <w:p w14:paraId="0AEA40F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0.38±0.02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j-p</w:t>
            </w:r>
          </w:p>
        </w:tc>
        <w:tc>
          <w:tcPr>
            <w:tcW w:w="1253" w:type="dxa"/>
            <w:vAlign w:val="bottom"/>
          </w:tcPr>
          <w:p w14:paraId="0AEA40F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27.11 ± 1.65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j-r</w:t>
            </w:r>
          </w:p>
        </w:tc>
        <w:tc>
          <w:tcPr>
            <w:tcW w:w="1128" w:type="dxa"/>
            <w:vAlign w:val="bottom"/>
          </w:tcPr>
          <w:p w14:paraId="0AEA40F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8.09 ± 0.11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f-k</w:t>
            </w:r>
          </w:p>
        </w:tc>
        <w:tc>
          <w:tcPr>
            <w:tcW w:w="1127" w:type="dxa"/>
            <w:vAlign w:val="bottom"/>
          </w:tcPr>
          <w:p w14:paraId="0AEA40F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4.43 ± 0.09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e-m</w:t>
            </w:r>
          </w:p>
        </w:tc>
        <w:tc>
          <w:tcPr>
            <w:tcW w:w="1343" w:type="dxa"/>
            <w:vAlign w:val="bottom"/>
          </w:tcPr>
          <w:p w14:paraId="0AEA40F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86.07 ± 3.54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uv</w:t>
            </w:r>
          </w:p>
        </w:tc>
        <w:tc>
          <w:tcPr>
            <w:tcW w:w="1276" w:type="dxa"/>
            <w:vAlign w:val="bottom"/>
          </w:tcPr>
          <w:p w14:paraId="0AEA40F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326.77 ± 2.51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hi</w:t>
            </w:r>
          </w:p>
        </w:tc>
        <w:tc>
          <w:tcPr>
            <w:tcW w:w="1265" w:type="dxa"/>
            <w:vAlign w:val="bottom"/>
          </w:tcPr>
          <w:p w14:paraId="0AEA40F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207.17 ± 1.5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c-f</w:t>
            </w:r>
          </w:p>
        </w:tc>
        <w:tc>
          <w:tcPr>
            <w:tcW w:w="1257" w:type="dxa"/>
            <w:vAlign w:val="bottom"/>
          </w:tcPr>
          <w:p w14:paraId="0AEA40F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17.98 ± 0.4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163" w:type="dxa"/>
            <w:vAlign w:val="bottom"/>
          </w:tcPr>
          <w:p w14:paraId="0AEA40F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94.04 ± 0.39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e-j</w:t>
            </w:r>
          </w:p>
        </w:tc>
        <w:tc>
          <w:tcPr>
            <w:tcW w:w="1134" w:type="dxa"/>
            <w:vAlign w:val="bottom"/>
          </w:tcPr>
          <w:p w14:paraId="0AEA40F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2.26 ± 0.06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</w:t>
            </w:r>
          </w:p>
        </w:tc>
        <w:tc>
          <w:tcPr>
            <w:tcW w:w="1134" w:type="dxa"/>
            <w:vAlign w:val="bottom"/>
          </w:tcPr>
          <w:p w14:paraId="0AEA40F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1.66 ± 0.17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</w:t>
            </w:r>
          </w:p>
        </w:tc>
      </w:tr>
      <w:tr w:rsidR="003A1B86" w:rsidRPr="00A72067" w14:paraId="0AEA410F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01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25" w:type="dxa"/>
            <w:vAlign w:val="bottom"/>
          </w:tcPr>
          <w:p w14:paraId="0AEA4102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S. Ruby X Supreme </w:t>
            </w:r>
          </w:p>
        </w:tc>
        <w:tc>
          <w:tcPr>
            <w:tcW w:w="1253" w:type="dxa"/>
            <w:vAlign w:val="bottom"/>
          </w:tcPr>
          <w:p w14:paraId="0AEA410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11.73 ± 0.52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b-g</w:t>
            </w:r>
          </w:p>
        </w:tc>
        <w:tc>
          <w:tcPr>
            <w:tcW w:w="1127" w:type="dxa"/>
            <w:vAlign w:val="bottom"/>
          </w:tcPr>
          <w:p w14:paraId="0AEA410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0.27±0.02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s-u</w:t>
            </w:r>
          </w:p>
        </w:tc>
        <w:tc>
          <w:tcPr>
            <w:tcW w:w="1253" w:type="dxa"/>
            <w:vAlign w:val="bottom"/>
          </w:tcPr>
          <w:p w14:paraId="0AEA410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42.97 ± 0.51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128" w:type="dxa"/>
            <w:vAlign w:val="bottom"/>
          </w:tcPr>
          <w:p w14:paraId="0AEA410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8.11 ± 0.28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f-j</w:t>
            </w:r>
          </w:p>
        </w:tc>
        <w:tc>
          <w:tcPr>
            <w:tcW w:w="1127" w:type="dxa"/>
            <w:vAlign w:val="bottom"/>
          </w:tcPr>
          <w:p w14:paraId="0AEA410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 ± 0.02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f-n</w:t>
            </w:r>
          </w:p>
        </w:tc>
        <w:tc>
          <w:tcPr>
            <w:tcW w:w="1343" w:type="dxa"/>
            <w:vAlign w:val="bottom"/>
          </w:tcPr>
          <w:p w14:paraId="0AEA410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137.43 ± 3.96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</w:t>
            </w:r>
          </w:p>
        </w:tc>
        <w:tc>
          <w:tcPr>
            <w:tcW w:w="1276" w:type="dxa"/>
            <w:vAlign w:val="bottom"/>
          </w:tcPr>
          <w:p w14:paraId="0AEA410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264.67 ± 2.19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265" w:type="dxa"/>
            <w:vAlign w:val="bottom"/>
          </w:tcPr>
          <w:p w14:paraId="0AEA410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137.67 ± 2.6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n-p</w:t>
            </w:r>
          </w:p>
        </w:tc>
        <w:tc>
          <w:tcPr>
            <w:tcW w:w="1257" w:type="dxa"/>
            <w:vAlign w:val="bottom"/>
          </w:tcPr>
          <w:p w14:paraId="0AEA410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12.47 ± 0.08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lm</w:t>
            </w:r>
          </w:p>
        </w:tc>
        <w:tc>
          <w:tcPr>
            <w:tcW w:w="1163" w:type="dxa"/>
            <w:vAlign w:val="bottom"/>
          </w:tcPr>
          <w:p w14:paraId="0AEA410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96.49 ± 1.44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134" w:type="dxa"/>
            <w:vAlign w:val="bottom"/>
          </w:tcPr>
          <w:p w14:paraId="0AEA410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0.63 ± 0.05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134" w:type="dxa"/>
            <w:vAlign w:val="bottom"/>
          </w:tcPr>
          <w:p w14:paraId="0AEA410E" w14:textId="77777777" w:rsidR="003A1B86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0B0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11E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1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25" w:type="dxa"/>
            <w:vAlign w:val="bottom"/>
          </w:tcPr>
          <w:p w14:paraId="0AEA411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15</w:t>
            </w:r>
          </w:p>
        </w:tc>
        <w:tc>
          <w:tcPr>
            <w:tcW w:w="1253" w:type="dxa"/>
            <w:vAlign w:val="bottom"/>
          </w:tcPr>
          <w:p w14:paraId="0AEA411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12.6 ± 0.31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127" w:type="dxa"/>
            <w:vAlign w:val="bottom"/>
          </w:tcPr>
          <w:p w14:paraId="0AEA411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0.25±0.02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</w:t>
            </w:r>
          </w:p>
        </w:tc>
        <w:tc>
          <w:tcPr>
            <w:tcW w:w="1253" w:type="dxa"/>
            <w:vAlign w:val="bottom"/>
          </w:tcPr>
          <w:p w14:paraId="0AEA411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50.19 ± 3.98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28" w:type="dxa"/>
            <w:vAlign w:val="bottom"/>
          </w:tcPr>
          <w:p w14:paraId="0AEA411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9.01 ± 0.25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127" w:type="dxa"/>
            <w:vAlign w:val="bottom"/>
          </w:tcPr>
          <w:p w14:paraId="0AEA411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4.86 ± 0.03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b-f</w:t>
            </w:r>
          </w:p>
        </w:tc>
        <w:tc>
          <w:tcPr>
            <w:tcW w:w="1343" w:type="dxa"/>
            <w:vAlign w:val="bottom"/>
          </w:tcPr>
          <w:p w14:paraId="0AEA411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199.67 ± 2.6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i-k</w:t>
            </w:r>
          </w:p>
        </w:tc>
        <w:tc>
          <w:tcPr>
            <w:tcW w:w="1276" w:type="dxa"/>
            <w:vAlign w:val="bottom"/>
          </w:tcPr>
          <w:p w14:paraId="0AEA411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246.77 ± 2.11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tu</w:t>
            </w:r>
          </w:p>
        </w:tc>
        <w:tc>
          <w:tcPr>
            <w:tcW w:w="1265" w:type="dxa"/>
            <w:vAlign w:val="bottom"/>
          </w:tcPr>
          <w:p w14:paraId="0AEA411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171.6 ± 2.18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ij</w:t>
            </w:r>
          </w:p>
        </w:tc>
        <w:tc>
          <w:tcPr>
            <w:tcW w:w="1257" w:type="dxa"/>
            <w:vAlign w:val="bottom"/>
          </w:tcPr>
          <w:p w14:paraId="0AEA411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9.62 ± 0.26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rs</w:t>
            </w:r>
          </w:p>
        </w:tc>
        <w:tc>
          <w:tcPr>
            <w:tcW w:w="1163" w:type="dxa"/>
            <w:vAlign w:val="bottom"/>
          </w:tcPr>
          <w:p w14:paraId="0AEA411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97 ± 0.39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a-c</w:t>
            </w:r>
          </w:p>
        </w:tc>
        <w:tc>
          <w:tcPr>
            <w:tcW w:w="1134" w:type="dxa"/>
            <w:vAlign w:val="bottom"/>
          </w:tcPr>
          <w:p w14:paraId="0AEA411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1.61 ± 0.1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1134" w:type="dxa"/>
            <w:vAlign w:val="center"/>
          </w:tcPr>
          <w:p w14:paraId="0AEA411D" w14:textId="77777777" w:rsidR="003A1B86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0B0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12D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11F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25" w:type="dxa"/>
            <w:vAlign w:val="bottom"/>
          </w:tcPr>
          <w:p w14:paraId="0AEA412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16</w:t>
            </w:r>
          </w:p>
        </w:tc>
        <w:tc>
          <w:tcPr>
            <w:tcW w:w="1253" w:type="dxa"/>
            <w:vAlign w:val="bottom"/>
          </w:tcPr>
          <w:p w14:paraId="0AEA412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9.33 ± 0.44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q-s</w:t>
            </w:r>
          </w:p>
        </w:tc>
        <w:tc>
          <w:tcPr>
            <w:tcW w:w="1127" w:type="dxa"/>
            <w:vAlign w:val="bottom"/>
          </w:tcPr>
          <w:p w14:paraId="0AEA412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0.31±0.04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p-u</w:t>
            </w:r>
          </w:p>
        </w:tc>
        <w:tc>
          <w:tcPr>
            <w:tcW w:w="1253" w:type="dxa"/>
            <w:vAlign w:val="bottom"/>
          </w:tcPr>
          <w:p w14:paraId="0AEA412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31.11 ± 4.55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e-l</w:t>
            </w:r>
          </w:p>
        </w:tc>
        <w:tc>
          <w:tcPr>
            <w:tcW w:w="1128" w:type="dxa"/>
            <w:vAlign w:val="bottom"/>
          </w:tcPr>
          <w:p w14:paraId="0AEA412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7.48 ± 0.09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j-o</w:t>
            </w:r>
          </w:p>
        </w:tc>
        <w:tc>
          <w:tcPr>
            <w:tcW w:w="1127" w:type="dxa"/>
            <w:vAlign w:val="bottom"/>
          </w:tcPr>
          <w:p w14:paraId="0AEA412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4.33 ± 0.21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g-p</w:t>
            </w:r>
          </w:p>
        </w:tc>
        <w:tc>
          <w:tcPr>
            <w:tcW w:w="1343" w:type="dxa"/>
            <w:vAlign w:val="bottom"/>
          </w:tcPr>
          <w:p w14:paraId="0AEA412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172.33 ± 2.33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lm</w:t>
            </w:r>
          </w:p>
        </w:tc>
        <w:tc>
          <w:tcPr>
            <w:tcW w:w="1276" w:type="dxa"/>
            <w:vAlign w:val="bottom"/>
          </w:tcPr>
          <w:p w14:paraId="0AEA412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377.43 ± 3.29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ed</w:t>
            </w:r>
          </w:p>
        </w:tc>
        <w:tc>
          <w:tcPr>
            <w:tcW w:w="1265" w:type="dxa"/>
            <w:vAlign w:val="bottom"/>
          </w:tcPr>
          <w:p w14:paraId="0AEA412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125.53 ± 2.48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p-t</w:t>
            </w:r>
          </w:p>
        </w:tc>
        <w:tc>
          <w:tcPr>
            <w:tcW w:w="1257" w:type="dxa"/>
            <w:vAlign w:val="bottom"/>
          </w:tcPr>
          <w:p w14:paraId="0AEA412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12.17 ± 0.18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mn</w:t>
            </w:r>
          </w:p>
        </w:tc>
        <w:tc>
          <w:tcPr>
            <w:tcW w:w="1163" w:type="dxa"/>
            <w:vAlign w:val="bottom"/>
          </w:tcPr>
          <w:p w14:paraId="0AEA412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92.92 ± 0.9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h-n</w:t>
            </w:r>
          </w:p>
        </w:tc>
        <w:tc>
          <w:tcPr>
            <w:tcW w:w="1134" w:type="dxa"/>
            <w:vAlign w:val="bottom"/>
          </w:tcPr>
          <w:p w14:paraId="0AEA412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0.91 ± 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34" w:type="dxa"/>
            <w:vAlign w:val="center"/>
          </w:tcPr>
          <w:p w14:paraId="0AEA412C" w14:textId="77777777" w:rsidR="003A1B86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0B0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13C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2E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625" w:type="dxa"/>
            <w:vAlign w:val="bottom"/>
          </w:tcPr>
          <w:p w14:paraId="0AEA412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Super Guava</w:t>
            </w:r>
          </w:p>
        </w:tc>
        <w:tc>
          <w:tcPr>
            <w:tcW w:w="1253" w:type="dxa"/>
            <w:vAlign w:val="bottom"/>
          </w:tcPr>
          <w:p w14:paraId="0AEA413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11.33 ± 0.33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d-j</w:t>
            </w:r>
          </w:p>
        </w:tc>
        <w:tc>
          <w:tcPr>
            <w:tcW w:w="1127" w:type="dxa"/>
            <w:vAlign w:val="bottom"/>
          </w:tcPr>
          <w:p w14:paraId="0AEA413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0.26±0.01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tu</w:t>
            </w:r>
          </w:p>
        </w:tc>
        <w:tc>
          <w:tcPr>
            <w:tcW w:w="1253" w:type="dxa"/>
            <w:vAlign w:val="bottom"/>
          </w:tcPr>
          <w:p w14:paraId="0AEA413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43.62 ± 0.38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128" w:type="dxa"/>
            <w:vAlign w:val="bottom"/>
          </w:tcPr>
          <w:p w14:paraId="0AEA413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9.09 ± 0.11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127" w:type="dxa"/>
            <w:vAlign w:val="bottom"/>
          </w:tcPr>
          <w:p w14:paraId="0AEA413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4.94 ± 0.3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b-e</w:t>
            </w:r>
          </w:p>
        </w:tc>
        <w:tc>
          <w:tcPr>
            <w:tcW w:w="1343" w:type="dxa"/>
            <w:vAlign w:val="bottom"/>
          </w:tcPr>
          <w:p w14:paraId="0AEA413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85 ± 2.58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uv</w:t>
            </w:r>
          </w:p>
        </w:tc>
        <w:tc>
          <w:tcPr>
            <w:tcW w:w="1276" w:type="dxa"/>
            <w:vAlign w:val="bottom"/>
          </w:tcPr>
          <w:p w14:paraId="0AEA413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272.03 ± 2.29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265" w:type="dxa"/>
            <w:vAlign w:val="bottom"/>
          </w:tcPr>
          <w:p w14:paraId="0AEA413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205.8 ± 2.06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c-f</w:t>
            </w:r>
          </w:p>
        </w:tc>
        <w:tc>
          <w:tcPr>
            <w:tcW w:w="1257" w:type="dxa"/>
            <w:vAlign w:val="bottom"/>
          </w:tcPr>
          <w:p w14:paraId="0AEA413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10.82 ± 0.41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o-q</w:t>
            </w:r>
          </w:p>
        </w:tc>
        <w:tc>
          <w:tcPr>
            <w:tcW w:w="1163" w:type="dxa"/>
            <w:vAlign w:val="bottom"/>
          </w:tcPr>
          <w:p w14:paraId="0AEA413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85.72 ± 0.89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</w:t>
            </w:r>
          </w:p>
        </w:tc>
        <w:tc>
          <w:tcPr>
            <w:tcW w:w="1134" w:type="dxa"/>
            <w:vAlign w:val="bottom"/>
          </w:tcPr>
          <w:p w14:paraId="0AEA413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7.6 ± 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de</w:t>
            </w:r>
          </w:p>
        </w:tc>
        <w:tc>
          <w:tcPr>
            <w:tcW w:w="1134" w:type="dxa"/>
            <w:vAlign w:val="center"/>
          </w:tcPr>
          <w:p w14:paraId="0AEA413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5.99 ± 0.1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</w:t>
            </w:r>
          </w:p>
        </w:tc>
      </w:tr>
      <w:tr w:rsidR="003A1B86" w:rsidRPr="00A72067" w14:paraId="0AEA414B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3D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625" w:type="dxa"/>
            <w:vAlign w:val="bottom"/>
          </w:tcPr>
          <w:p w14:paraId="0AEA413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13</w:t>
            </w:r>
          </w:p>
        </w:tc>
        <w:tc>
          <w:tcPr>
            <w:tcW w:w="1253" w:type="dxa"/>
            <w:vAlign w:val="bottom"/>
          </w:tcPr>
          <w:p w14:paraId="0AEA413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11.27 ± 0.15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d-l</w:t>
            </w:r>
          </w:p>
        </w:tc>
        <w:tc>
          <w:tcPr>
            <w:tcW w:w="1127" w:type="dxa"/>
            <w:vAlign w:val="bottom"/>
          </w:tcPr>
          <w:p w14:paraId="0AEA414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0.45±0.04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h-j</w:t>
            </w:r>
          </w:p>
        </w:tc>
        <w:tc>
          <w:tcPr>
            <w:tcW w:w="1253" w:type="dxa"/>
            <w:vAlign w:val="bottom"/>
          </w:tcPr>
          <w:p w14:paraId="0AEA414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25.55 ± 1.96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j-s</w:t>
            </w:r>
          </w:p>
        </w:tc>
        <w:tc>
          <w:tcPr>
            <w:tcW w:w="1128" w:type="dxa"/>
            <w:vAlign w:val="bottom"/>
          </w:tcPr>
          <w:p w14:paraId="0AEA414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8.89 ± 0.05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b-e</w:t>
            </w:r>
          </w:p>
        </w:tc>
        <w:tc>
          <w:tcPr>
            <w:tcW w:w="1127" w:type="dxa"/>
            <w:vAlign w:val="bottom"/>
          </w:tcPr>
          <w:p w14:paraId="0AEA414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4.63 ± 0.12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c-J</w:t>
            </w:r>
          </w:p>
        </w:tc>
        <w:tc>
          <w:tcPr>
            <w:tcW w:w="1343" w:type="dxa"/>
            <w:vAlign w:val="bottom"/>
          </w:tcPr>
          <w:p w14:paraId="0AEA414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208.2 ± 6.62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hi</w:t>
            </w:r>
          </w:p>
        </w:tc>
        <w:tc>
          <w:tcPr>
            <w:tcW w:w="1276" w:type="dxa"/>
            <w:vAlign w:val="bottom"/>
          </w:tcPr>
          <w:p w14:paraId="0AEA414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381.13 ± 5.03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ed</w:t>
            </w:r>
          </w:p>
        </w:tc>
        <w:tc>
          <w:tcPr>
            <w:tcW w:w="1265" w:type="dxa"/>
            <w:vAlign w:val="bottom"/>
          </w:tcPr>
          <w:p w14:paraId="0AEA414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211.7 ± 3.27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257" w:type="dxa"/>
            <w:vAlign w:val="bottom"/>
          </w:tcPr>
          <w:p w14:paraId="0AEA414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17.39 ± 0.45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cd</w:t>
            </w:r>
          </w:p>
        </w:tc>
        <w:tc>
          <w:tcPr>
            <w:tcW w:w="1163" w:type="dxa"/>
            <w:vAlign w:val="bottom"/>
          </w:tcPr>
          <w:p w14:paraId="0AEA414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93.9 ± 0.87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e-l</w:t>
            </w:r>
          </w:p>
        </w:tc>
        <w:tc>
          <w:tcPr>
            <w:tcW w:w="1134" w:type="dxa"/>
            <w:vAlign w:val="bottom"/>
          </w:tcPr>
          <w:p w14:paraId="0AEA414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0.94 ± 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34" w:type="dxa"/>
            <w:vAlign w:val="center"/>
          </w:tcPr>
          <w:p w14:paraId="0AEA414A" w14:textId="77777777" w:rsidR="003A1B86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0B0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15A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14C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625" w:type="dxa"/>
            <w:vAlign w:val="bottom"/>
          </w:tcPr>
          <w:p w14:paraId="0AEA414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9</w:t>
            </w:r>
          </w:p>
        </w:tc>
        <w:tc>
          <w:tcPr>
            <w:tcW w:w="1253" w:type="dxa"/>
            <w:vAlign w:val="bottom"/>
          </w:tcPr>
          <w:p w14:paraId="0AEA414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 ± 0.29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l-r</w:t>
            </w:r>
          </w:p>
        </w:tc>
        <w:tc>
          <w:tcPr>
            <w:tcW w:w="1127" w:type="dxa"/>
            <w:vAlign w:val="bottom"/>
          </w:tcPr>
          <w:p w14:paraId="0AEA414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0.25±0.02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</w:t>
            </w:r>
          </w:p>
        </w:tc>
        <w:tc>
          <w:tcPr>
            <w:tcW w:w="1253" w:type="dxa"/>
            <w:vAlign w:val="bottom"/>
          </w:tcPr>
          <w:p w14:paraId="0AEA415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40.32 ± 2.57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c-d</w:t>
            </w:r>
          </w:p>
        </w:tc>
        <w:tc>
          <w:tcPr>
            <w:tcW w:w="1128" w:type="dxa"/>
            <w:vAlign w:val="bottom"/>
          </w:tcPr>
          <w:p w14:paraId="0AEA415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8.06 ± 0.12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f-k</w:t>
            </w:r>
          </w:p>
        </w:tc>
        <w:tc>
          <w:tcPr>
            <w:tcW w:w="1127" w:type="dxa"/>
            <w:vAlign w:val="bottom"/>
          </w:tcPr>
          <w:p w14:paraId="0AEA415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4.25 ± 0.16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i-r</w:t>
            </w:r>
          </w:p>
        </w:tc>
        <w:tc>
          <w:tcPr>
            <w:tcW w:w="1343" w:type="dxa"/>
            <w:vAlign w:val="bottom"/>
          </w:tcPr>
          <w:p w14:paraId="0AEA415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110.73 ± 4.98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</w:t>
            </w:r>
          </w:p>
        </w:tc>
        <w:tc>
          <w:tcPr>
            <w:tcW w:w="1276" w:type="dxa"/>
            <w:vAlign w:val="bottom"/>
          </w:tcPr>
          <w:p w14:paraId="0AEA415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121.57 ±2.47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65" w:type="dxa"/>
            <w:vAlign w:val="bottom"/>
          </w:tcPr>
          <w:p w14:paraId="0AEA415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66.1 ± 1.97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z</w:t>
            </w:r>
          </w:p>
        </w:tc>
        <w:tc>
          <w:tcPr>
            <w:tcW w:w="1257" w:type="dxa"/>
            <w:vAlign w:val="bottom"/>
          </w:tcPr>
          <w:p w14:paraId="0AEA415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13.46 ± 0.29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j-l</w:t>
            </w:r>
          </w:p>
        </w:tc>
        <w:tc>
          <w:tcPr>
            <w:tcW w:w="1163" w:type="dxa"/>
            <w:vAlign w:val="bottom"/>
          </w:tcPr>
          <w:p w14:paraId="0AEA415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94.17 ± 0.12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e-j</w:t>
            </w:r>
          </w:p>
        </w:tc>
        <w:tc>
          <w:tcPr>
            <w:tcW w:w="1134" w:type="dxa"/>
            <w:vAlign w:val="bottom"/>
          </w:tcPr>
          <w:p w14:paraId="0AEA415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4.57 ± 0.27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kl</w:t>
            </w:r>
          </w:p>
        </w:tc>
        <w:tc>
          <w:tcPr>
            <w:tcW w:w="1134" w:type="dxa"/>
            <w:vAlign w:val="center"/>
          </w:tcPr>
          <w:p w14:paraId="0AEA415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3.54 ± 0.05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</w:t>
            </w:r>
          </w:p>
        </w:tc>
      </w:tr>
      <w:tr w:rsidR="003A1B86" w:rsidRPr="00A72067" w14:paraId="0AEA4169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5B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625" w:type="dxa"/>
            <w:vAlign w:val="bottom"/>
          </w:tcPr>
          <w:p w14:paraId="0AEA415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Punjab Apple</w:t>
            </w:r>
          </w:p>
        </w:tc>
        <w:tc>
          <w:tcPr>
            <w:tcW w:w="1253" w:type="dxa"/>
            <w:vAlign w:val="bottom"/>
          </w:tcPr>
          <w:p w14:paraId="0AEA415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10.47 ± 0.58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h-q</w:t>
            </w:r>
          </w:p>
        </w:tc>
        <w:tc>
          <w:tcPr>
            <w:tcW w:w="1127" w:type="dxa"/>
            <w:vAlign w:val="bottom"/>
          </w:tcPr>
          <w:p w14:paraId="0AEA415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0.26±0.02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tu</w:t>
            </w:r>
          </w:p>
        </w:tc>
        <w:tc>
          <w:tcPr>
            <w:tcW w:w="1253" w:type="dxa"/>
            <w:vAlign w:val="bottom"/>
          </w:tcPr>
          <w:p w14:paraId="0AEA415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40.41 ± 1.04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c-d</w:t>
            </w:r>
          </w:p>
        </w:tc>
        <w:tc>
          <w:tcPr>
            <w:tcW w:w="1128" w:type="dxa"/>
            <w:vAlign w:val="bottom"/>
          </w:tcPr>
          <w:p w14:paraId="0AEA416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7.14 ± 0.09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n-s</w:t>
            </w:r>
          </w:p>
        </w:tc>
        <w:tc>
          <w:tcPr>
            <w:tcW w:w="1127" w:type="dxa"/>
            <w:vAlign w:val="bottom"/>
          </w:tcPr>
          <w:p w14:paraId="0AEA416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4.18 ± 0.3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i-s</w:t>
            </w:r>
          </w:p>
        </w:tc>
        <w:tc>
          <w:tcPr>
            <w:tcW w:w="1343" w:type="dxa"/>
            <w:vAlign w:val="bottom"/>
          </w:tcPr>
          <w:p w14:paraId="0AEA416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111.8 ± 1.56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</w:t>
            </w:r>
          </w:p>
        </w:tc>
        <w:tc>
          <w:tcPr>
            <w:tcW w:w="1276" w:type="dxa"/>
            <w:vAlign w:val="bottom"/>
          </w:tcPr>
          <w:p w14:paraId="0AEA416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246.33 ± 3.5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tu</w:t>
            </w:r>
          </w:p>
        </w:tc>
        <w:tc>
          <w:tcPr>
            <w:tcW w:w="1265" w:type="dxa"/>
            <w:vAlign w:val="bottom"/>
          </w:tcPr>
          <w:p w14:paraId="0AEA416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167.13 ± 2.66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ij</w:t>
            </w:r>
          </w:p>
        </w:tc>
        <w:tc>
          <w:tcPr>
            <w:tcW w:w="1257" w:type="dxa"/>
            <w:vAlign w:val="bottom"/>
          </w:tcPr>
          <w:p w14:paraId="0AEA416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14.49 ± 0.71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i-j</w:t>
            </w:r>
          </w:p>
        </w:tc>
        <w:tc>
          <w:tcPr>
            <w:tcW w:w="1163" w:type="dxa"/>
            <w:vAlign w:val="bottom"/>
          </w:tcPr>
          <w:p w14:paraId="0AEA416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94.65 ± 0.51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d-h</w:t>
            </w:r>
          </w:p>
        </w:tc>
        <w:tc>
          <w:tcPr>
            <w:tcW w:w="1134" w:type="dxa"/>
            <w:vAlign w:val="bottom"/>
          </w:tcPr>
          <w:p w14:paraId="0AEA416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0.72 ± 0.05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134" w:type="dxa"/>
            <w:vAlign w:val="center"/>
          </w:tcPr>
          <w:p w14:paraId="0AEA4168" w14:textId="77777777" w:rsidR="003A1B86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0B0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178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6A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625" w:type="dxa"/>
            <w:vAlign w:val="bottom"/>
          </w:tcPr>
          <w:p w14:paraId="0AEA416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Arka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Kiran</w:t>
            </w:r>
          </w:p>
        </w:tc>
        <w:tc>
          <w:tcPr>
            <w:tcW w:w="1253" w:type="dxa"/>
            <w:vAlign w:val="bottom"/>
          </w:tcPr>
          <w:p w14:paraId="0AEA416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 ± 0.23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b-e</w:t>
            </w:r>
          </w:p>
        </w:tc>
        <w:tc>
          <w:tcPr>
            <w:tcW w:w="1127" w:type="dxa"/>
            <w:vAlign w:val="bottom"/>
          </w:tcPr>
          <w:p w14:paraId="0AEA416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0.32±0.02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o-u</w:t>
            </w:r>
          </w:p>
        </w:tc>
        <w:tc>
          <w:tcPr>
            <w:tcW w:w="1253" w:type="dxa"/>
            <w:vAlign w:val="bottom"/>
          </w:tcPr>
          <w:p w14:paraId="0AEA416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38.03 ± 1.67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b-e</w:t>
            </w:r>
          </w:p>
        </w:tc>
        <w:tc>
          <w:tcPr>
            <w:tcW w:w="1128" w:type="dxa"/>
            <w:vAlign w:val="bottom"/>
          </w:tcPr>
          <w:p w14:paraId="0AEA416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9.08 ± 0.15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127" w:type="dxa"/>
            <w:vAlign w:val="bottom"/>
          </w:tcPr>
          <w:p w14:paraId="0AEA417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4.84 ± 0.05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b-g</w:t>
            </w:r>
          </w:p>
        </w:tc>
        <w:tc>
          <w:tcPr>
            <w:tcW w:w="1343" w:type="dxa"/>
            <w:vAlign w:val="bottom"/>
          </w:tcPr>
          <w:p w14:paraId="0AEA417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279.67 ± 1.45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76" w:type="dxa"/>
            <w:vAlign w:val="bottom"/>
          </w:tcPr>
          <w:p w14:paraId="0AEA4172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297 ± 3.22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</w:t>
            </w:r>
          </w:p>
        </w:tc>
        <w:tc>
          <w:tcPr>
            <w:tcW w:w="1265" w:type="dxa"/>
            <w:vAlign w:val="bottom"/>
          </w:tcPr>
          <w:p w14:paraId="0AEA4173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195.83 ± 2.35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fg</w:t>
            </w:r>
          </w:p>
        </w:tc>
        <w:tc>
          <w:tcPr>
            <w:tcW w:w="1257" w:type="dxa"/>
            <w:vAlign w:val="bottom"/>
          </w:tcPr>
          <w:p w14:paraId="0AEA4174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20.69 ± 0.53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63" w:type="dxa"/>
            <w:vAlign w:val="bottom"/>
          </w:tcPr>
          <w:p w14:paraId="0AEA4175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93.41 ± 0.6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e-l</w:t>
            </w:r>
          </w:p>
        </w:tc>
        <w:tc>
          <w:tcPr>
            <w:tcW w:w="1134" w:type="dxa"/>
            <w:vAlign w:val="bottom"/>
          </w:tcPr>
          <w:p w14:paraId="0AEA4176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9.56 ± 0.15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134" w:type="dxa"/>
            <w:vAlign w:val="bottom"/>
          </w:tcPr>
          <w:p w14:paraId="0AEA4177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8.7 ± 0.06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</w:tr>
      <w:tr w:rsidR="003A1B86" w:rsidRPr="00A72067" w14:paraId="0AEA4187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179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625" w:type="dxa"/>
            <w:vAlign w:val="bottom"/>
          </w:tcPr>
          <w:p w14:paraId="0AEA417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Thai Pink</w:t>
            </w:r>
          </w:p>
        </w:tc>
        <w:tc>
          <w:tcPr>
            <w:tcW w:w="1253" w:type="dxa"/>
            <w:vAlign w:val="bottom"/>
          </w:tcPr>
          <w:p w14:paraId="0AEA417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9.5 ± 0.29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p-s</w:t>
            </w:r>
          </w:p>
        </w:tc>
        <w:tc>
          <w:tcPr>
            <w:tcW w:w="1127" w:type="dxa"/>
            <w:vAlign w:val="bottom"/>
          </w:tcPr>
          <w:p w14:paraId="0AEA417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0.38±0.02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j-q</w:t>
            </w:r>
          </w:p>
        </w:tc>
        <w:tc>
          <w:tcPr>
            <w:tcW w:w="1253" w:type="dxa"/>
            <w:vAlign w:val="bottom"/>
          </w:tcPr>
          <w:p w14:paraId="0AEA417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25.07 ± 0.96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k-s</w:t>
            </w:r>
          </w:p>
        </w:tc>
        <w:tc>
          <w:tcPr>
            <w:tcW w:w="1128" w:type="dxa"/>
            <w:vAlign w:val="bottom"/>
          </w:tcPr>
          <w:p w14:paraId="0AEA417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6.79 ± 0.6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q-u</w:t>
            </w:r>
          </w:p>
        </w:tc>
        <w:tc>
          <w:tcPr>
            <w:tcW w:w="1127" w:type="dxa"/>
            <w:vAlign w:val="bottom"/>
          </w:tcPr>
          <w:p w14:paraId="0AEA417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3.88 ± 0.12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o-v</w:t>
            </w:r>
          </w:p>
        </w:tc>
        <w:tc>
          <w:tcPr>
            <w:tcW w:w="1343" w:type="dxa"/>
            <w:vAlign w:val="bottom"/>
          </w:tcPr>
          <w:p w14:paraId="0AEA418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72.67 ± 4.6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w</w:t>
            </w:r>
          </w:p>
        </w:tc>
        <w:tc>
          <w:tcPr>
            <w:tcW w:w="1276" w:type="dxa"/>
            <w:vAlign w:val="bottom"/>
          </w:tcPr>
          <w:p w14:paraId="0AEA418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231.83 ± 2.1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vw</w:t>
            </w:r>
          </w:p>
        </w:tc>
        <w:tc>
          <w:tcPr>
            <w:tcW w:w="1265" w:type="dxa"/>
            <w:vAlign w:val="bottom"/>
          </w:tcPr>
          <w:p w14:paraId="0AEA418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111.17 ± 1.18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u-y</w:t>
            </w:r>
          </w:p>
        </w:tc>
        <w:tc>
          <w:tcPr>
            <w:tcW w:w="1257" w:type="dxa"/>
            <w:vAlign w:val="bottom"/>
          </w:tcPr>
          <w:p w14:paraId="0AEA418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7.79 ± 0.32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</w:t>
            </w:r>
          </w:p>
        </w:tc>
        <w:tc>
          <w:tcPr>
            <w:tcW w:w="1163" w:type="dxa"/>
            <w:vAlign w:val="bottom"/>
          </w:tcPr>
          <w:p w14:paraId="0AEA418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88.67 ± 0.85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rs</w:t>
            </w:r>
          </w:p>
        </w:tc>
        <w:tc>
          <w:tcPr>
            <w:tcW w:w="1134" w:type="dxa"/>
            <w:vAlign w:val="bottom"/>
          </w:tcPr>
          <w:p w14:paraId="0AEA418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3.82 ± 0.22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</w:t>
            </w:r>
          </w:p>
        </w:tc>
        <w:tc>
          <w:tcPr>
            <w:tcW w:w="1134" w:type="dxa"/>
            <w:vAlign w:val="bottom"/>
          </w:tcPr>
          <w:p w14:paraId="0AEA418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2.44 ± 0.12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</w:t>
            </w:r>
          </w:p>
        </w:tc>
      </w:tr>
      <w:tr w:rsidR="009C30B0" w:rsidRPr="00A72067" w14:paraId="0AEA4196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88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625" w:type="dxa"/>
            <w:vAlign w:val="bottom"/>
          </w:tcPr>
          <w:p w14:paraId="0AEA4189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Shweta</w:t>
            </w:r>
          </w:p>
        </w:tc>
        <w:tc>
          <w:tcPr>
            <w:tcW w:w="1253" w:type="dxa"/>
            <w:vAlign w:val="bottom"/>
          </w:tcPr>
          <w:p w14:paraId="0AEA418A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11.6 ± 0.21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c-g</w:t>
            </w:r>
          </w:p>
        </w:tc>
        <w:tc>
          <w:tcPr>
            <w:tcW w:w="1127" w:type="dxa"/>
            <w:vAlign w:val="bottom"/>
          </w:tcPr>
          <w:p w14:paraId="0AEA418B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0.32±0.04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n-u</w:t>
            </w:r>
          </w:p>
        </w:tc>
        <w:tc>
          <w:tcPr>
            <w:tcW w:w="1253" w:type="dxa"/>
            <w:vAlign w:val="bottom"/>
          </w:tcPr>
          <w:p w14:paraId="0AEA418C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37.37 ± 4.72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b-f</w:t>
            </w:r>
          </w:p>
        </w:tc>
        <w:tc>
          <w:tcPr>
            <w:tcW w:w="1128" w:type="dxa"/>
            <w:vAlign w:val="bottom"/>
          </w:tcPr>
          <w:p w14:paraId="0AEA418D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7.58 ± 0.03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i-n</w:t>
            </w:r>
          </w:p>
        </w:tc>
        <w:tc>
          <w:tcPr>
            <w:tcW w:w="1127" w:type="dxa"/>
            <w:vAlign w:val="bottom"/>
          </w:tcPr>
          <w:p w14:paraId="0AEA418E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 ± 0.27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l-t</w:t>
            </w:r>
          </w:p>
        </w:tc>
        <w:tc>
          <w:tcPr>
            <w:tcW w:w="1343" w:type="dxa"/>
            <w:vAlign w:val="bottom"/>
          </w:tcPr>
          <w:p w14:paraId="0AEA418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192.33 ± 4.33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</w:t>
            </w:r>
          </w:p>
        </w:tc>
        <w:tc>
          <w:tcPr>
            <w:tcW w:w="1276" w:type="dxa"/>
            <w:vAlign w:val="bottom"/>
          </w:tcPr>
          <w:p w14:paraId="0AEA4190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253.1 ± 1.51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</w:p>
        </w:tc>
        <w:tc>
          <w:tcPr>
            <w:tcW w:w="1265" w:type="dxa"/>
            <w:vAlign w:val="bottom"/>
          </w:tcPr>
          <w:p w14:paraId="0AEA4191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164.97 ± 2.39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jk</w:t>
            </w:r>
          </w:p>
        </w:tc>
        <w:tc>
          <w:tcPr>
            <w:tcW w:w="1257" w:type="dxa"/>
            <w:vAlign w:val="bottom"/>
          </w:tcPr>
          <w:p w14:paraId="0AEA4192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11.21 ± 0.53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n-p</w:t>
            </w:r>
          </w:p>
        </w:tc>
        <w:tc>
          <w:tcPr>
            <w:tcW w:w="1163" w:type="dxa"/>
            <w:vAlign w:val="bottom"/>
          </w:tcPr>
          <w:p w14:paraId="0AEA4193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92.07 ± 0.85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k-p</w:t>
            </w:r>
          </w:p>
        </w:tc>
        <w:tc>
          <w:tcPr>
            <w:tcW w:w="1134" w:type="dxa"/>
            <w:vAlign w:val="bottom"/>
          </w:tcPr>
          <w:p w14:paraId="0AEA4194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0.69 ± 0.06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134" w:type="dxa"/>
          </w:tcPr>
          <w:p w14:paraId="0AEA4195" w14:textId="77777777" w:rsidR="009C30B0" w:rsidRDefault="009C30B0" w:rsidP="009C30B0">
            <w:pPr>
              <w:jc w:val="center"/>
            </w:pPr>
            <w:r w:rsidRPr="00347199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1A5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97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625" w:type="dxa"/>
            <w:vAlign w:val="bottom"/>
          </w:tcPr>
          <w:p w14:paraId="0AEA4198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Hisar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Safeda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53" w:type="dxa"/>
            <w:vAlign w:val="bottom"/>
          </w:tcPr>
          <w:p w14:paraId="0AEA4199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11.9 ± 0.38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b-f</w:t>
            </w:r>
          </w:p>
        </w:tc>
        <w:tc>
          <w:tcPr>
            <w:tcW w:w="1127" w:type="dxa"/>
            <w:vAlign w:val="bottom"/>
          </w:tcPr>
          <w:p w14:paraId="0AEA419A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0.37±0.02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j-q</w:t>
            </w:r>
          </w:p>
        </w:tc>
        <w:tc>
          <w:tcPr>
            <w:tcW w:w="1253" w:type="dxa"/>
            <w:vAlign w:val="bottom"/>
          </w:tcPr>
          <w:p w14:paraId="0AEA419B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31.92 ± 0.52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e-k</w:t>
            </w:r>
          </w:p>
        </w:tc>
        <w:tc>
          <w:tcPr>
            <w:tcW w:w="1128" w:type="dxa"/>
            <w:vAlign w:val="bottom"/>
          </w:tcPr>
          <w:p w14:paraId="0AEA419C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7.33 ± 0.14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m-q</w:t>
            </w:r>
          </w:p>
        </w:tc>
        <w:tc>
          <w:tcPr>
            <w:tcW w:w="1127" w:type="dxa"/>
            <w:vAlign w:val="bottom"/>
          </w:tcPr>
          <w:p w14:paraId="0AEA419D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4.41 ± 0.06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f-n</w:t>
            </w:r>
          </w:p>
        </w:tc>
        <w:tc>
          <w:tcPr>
            <w:tcW w:w="1343" w:type="dxa"/>
            <w:vAlign w:val="bottom"/>
          </w:tcPr>
          <w:p w14:paraId="0AEA419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132.87 ± 12.98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276" w:type="dxa"/>
            <w:vAlign w:val="bottom"/>
          </w:tcPr>
          <w:p w14:paraId="0AEA419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225.77 ± 3.54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wx</w:t>
            </w:r>
          </w:p>
        </w:tc>
        <w:tc>
          <w:tcPr>
            <w:tcW w:w="1265" w:type="dxa"/>
            <w:vAlign w:val="bottom"/>
          </w:tcPr>
          <w:p w14:paraId="0AEA41A0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127.27 ± 1.81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p-s</w:t>
            </w:r>
          </w:p>
        </w:tc>
        <w:tc>
          <w:tcPr>
            <w:tcW w:w="1257" w:type="dxa"/>
            <w:vAlign w:val="bottom"/>
          </w:tcPr>
          <w:p w14:paraId="0AEA41A1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14.25 ± 0.22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i-j</w:t>
            </w:r>
          </w:p>
        </w:tc>
        <w:tc>
          <w:tcPr>
            <w:tcW w:w="1163" w:type="dxa"/>
            <w:vAlign w:val="bottom"/>
          </w:tcPr>
          <w:p w14:paraId="0AEA41A2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93.11 ± 0.5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g-m</w:t>
            </w:r>
          </w:p>
        </w:tc>
        <w:tc>
          <w:tcPr>
            <w:tcW w:w="1134" w:type="dxa"/>
            <w:vAlign w:val="bottom"/>
          </w:tcPr>
          <w:p w14:paraId="0AEA41A3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0.95 ± 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34" w:type="dxa"/>
          </w:tcPr>
          <w:p w14:paraId="0AEA41A4" w14:textId="77777777" w:rsidR="009C30B0" w:rsidRDefault="009C30B0" w:rsidP="009C30B0">
            <w:pPr>
              <w:jc w:val="center"/>
            </w:pPr>
            <w:r w:rsidRPr="00347199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1B4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1A6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625" w:type="dxa"/>
            <w:vAlign w:val="bottom"/>
          </w:tcPr>
          <w:p w14:paraId="0AEA41A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Punjab Kiran</w:t>
            </w:r>
          </w:p>
        </w:tc>
        <w:tc>
          <w:tcPr>
            <w:tcW w:w="1253" w:type="dxa"/>
            <w:vAlign w:val="bottom"/>
          </w:tcPr>
          <w:p w14:paraId="0AEA41A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11.23 ± 0.15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d-k</w:t>
            </w:r>
          </w:p>
        </w:tc>
        <w:tc>
          <w:tcPr>
            <w:tcW w:w="1127" w:type="dxa"/>
            <w:vAlign w:val="bottom"/>
          </w:tcPr>
          <w:p w14:paraId="0AEA41A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0.33±0.02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m-u</w:t>
            </w:r>
          </w:p>
        </w:tc>
        <w:tc>
          <w:tcPr>
            <w:tcW w:w="1253" w:type="dxa"/>
            <w:vAlign w:val="bottom"/>
          </w:tcPr>
          <w:p w14:paraId="0AEA41A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34.67 ± 2.5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d-i</w:t>
            </w:r>
          </w:p>
        </w:tc>
        <w:tc>
          <w:tcPr>
            <w:tcW w:w="1128" w:type="dxa"/>
            <w:vAlign w:val="bottom"/>
          </w:tcPr>
          <w:p w14:paraId="0AEA41A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7.62 ± 0.33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i-n</w:t>
            </w:r>
          </w:p>
        </w:tc>
        <w:tc>
          <w:tcPr>
            <w:tcW w:w="1127" w:type="dxa"/>
            <w:vAlign w:val="bottom"/>
          </w:tcPr>
          <w:p w14:paraId="0AEA41A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4.29 ± 0.11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h-q</w:t>
            </w:r>
          </w:p>
        </w:tc>
        <w:tc>
          <w:tcPr>
            <w:tcW w:w="1343" w:type="dxa"/>
            <w:vAlign w:val="bottom"/>
          </w:tcPr>
          <w:p w14:paraId="0AEA41A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130.23 ± 1.11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276" w:type="dxa"/>
            <w:vAlign w:val="bottom"/>
          </w:tcPr>
          <w:p w14:paraId="0AEA41A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327.67 ± 1.17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hi</w:t>
            </w:r>
          </w:p>
        </w:tc>
        <w:tc>
          <w:tcPr>
            <w:tcW w:w="1265" w:type="dxa"/>
            <w:vAlign w:val="bottom"/>
          </w:tcPr>
          <w:p w14:paraId="0AEA41A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242.77 ± 2.39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57" w:type="dxa"/>
            <w:vAlign w:val="bottom"/>
          </w:tcPr>
          <w:p w14:paraId="0AEA41B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13.74 ± 0.07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i-k</w:t>
            </w:r>
          </w:p>
        </w:tc>
        <w:tc>
          <w:tcPr>
            <w:tcW w:w="1163" w:type="dxa"/>
            <w:vAlign w:val="bottom"/>
          </w:tcPr>
          <w:p w14:paraId="0AEA41B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98.47 ± 0.35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34" w:type="dxa"/>
            <w:vAlign w:val="bottom"/>
          </w:tcPr>
          <w:p w14:paraId="0AEA41B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5.75 ± 0.06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</w:t>
            </w:r>
          </w:p>
        </w:tc>
        <w:tc>
          <w:tcPr>
            <w:tcW w:w="1134" w:type="dxa"/>
            <w:vAlign w:val="center"/>
          </w:tcPr>
          <w:p w14:paraId="0AEA41B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4.16 ± 0.21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ij</w:t>
            </w:r>
          </w:p>
        </w:tc>
      </w:tr>
      <w:tr w:rsidR="009C30B0" w:rsidRPr="00A72067" w14:paraId="0AEA41C3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B5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625" w:type="dxa"/>
            <w:vAlign w:val="bottom"/>
          </w:tcPr>
          <w:p w14:paraId="0AEA41B6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G- Vilas</w:t>
            </w:r>
          </w:p>
        </w:tc>
        <w:tc>
          <w:tcPr>
            <w:tcW w:w="1253" w:type="dxa"/>
            <w:vAlign w:val="bottom"/>
          </w:tcPr>
          <w:p w14:paraId="0AEA41B7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11.7 ± 0.15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b-g</w:t>
            </w:r>
          </w:p>
        </w:tc>
        <w:tc>
          <w:tcPr>
            <w:tcW w:w="1127" w:type="dxa"/>
            <w:vAlign w:val="bottom"/>
          </w:tcPr>
          <w:p w14:paraId="0AEA41B8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0.29±0.02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q-u</w:t>
            </w:r>
          </w:p>
        </w:tc>
        <w:tc>
          <w:tcPr>
            <w:tcW w:w="1253" w:type="dxa"/>
            <w:vAlign w:val="bottom"/>
          </w:tcPr>
          <w:p w14:paraId="0AEA41B9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41.41 ± 3.71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128" w:type="dxa"/>
            <w:vAlign w:val="bottom"/>
          </w:tcPr>
          <w:p w14:paraId="0AEA41BA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7.63 ± 0.09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i-n</w:t>
            </w:r>
          </w:p>
        </w:tc>
        <w:tc>
          <w:tcPr>
            <w:tcW w:w="1127" w:type="dxa"/>
            <w:vAlign w:val="bottom"/>
          </w:tcPr>
          <w:p w14:paraId="0AEA41BB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4.03 ± 0.36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l-t</w:t>
            </w:r>
          </w:p>
        </w:tc>
        <w:tc>
          <w:tcPr>
            <w:tcW w:w="1343" w:type="dxa"/>
            <w:vAlign w:val="bottom"/>
          </w:tcPr>
          <w:p w14:paraId="0AEA41BC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89.2 ± 4.77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</w:t>
            </w:r>
          </w:p>
        </w:tc>
        <w:tc>
          <w:tcPr>
            <w:tcW w:w="1276" w:type="dxa"/>
            <w:vAlign w:val="bottom"/>
          </w:tcPr>
          <w:p w14:paraId="0AEA41BD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210.83 ± 2.74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y</w:t>
            </w:r>
          </w:p>
        </w:tc>
        <w:tc>
          <w:tcPr>
            <w:tcW w:w="1265" w:type="dxa"/>
            <w:vAlign w:val="bottom"/>
          </w:tcPr>
          <w:p w14:paraId="0AEA41B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124.77 ± 1.72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p-u</w:t>
            </w:r>
          </w:p>
        </w:tc>
        <w:tc>
          <w:tcPr>
            <w:tcW w:w="1257" w:type="dxa"/>
            <w:vAlign w:val="bottom"/>
          </w:tcPr>
          <w:p w14:paraId="0AEA41B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10.77 ± 0.24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63" w:type="dxa"/>
            <w:vAlign w:val="bottom"/>
          </w:tcPr>
          <w:p w14:paraId="0AEA41C0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90.71 ± 0.3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o-q</w:t>
            </w:r>
          </w:p>
        </w:tc>
        <w:tc>
          <w:tcPr>
            <w:tcW w:w="1134" w:type="dxa"/>
            <w:vAlign w:val="bottom"/>
          </w:tcPr>
          <w:p w14:paraId="0AEA41C1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0.85 ± 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p-r</w:t>
            </w:r>
          </w:p>
        </w:tc>
        <w:tc>
          <w:tcPr>
            <w:tcW w:w="1134" w:type="dxa"/>
          </w:tcPr>
          <w:p w14:paraId="0AEA41C2" w14:textId="77777777" w:rsidR="009C30B0" w:rsidRDefault="009C30B0" w:rsidP="009C30B0">
            <w:pPr>
              <w:jc w:val="center"/>
            </w:pPr>
            <w:r w:rsidRPr="00DC6F9C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1D2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C4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625" w:type="dxa"/>
            <w:vAlign w:val="bottom"/>
          </w:tcPr>
          <w:p w14:paraId="0AEA41C5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10</w:t>
            </w:r>
          </w:p>
        </w:tc>
        <w:tc>
          <w:tcPr>
            <w:tcW w:w="1253" w:type="dxa"/>
            <w:vAlign w:val="bottom"/>
          </w:tcPr>
          <w:p w14:paraId="0AEA41C6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12.17 ± 0.44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127" w:type="dxa"/>
            <w:vAlign w:val="bottom"/>
          </w:tcPr>
          <w:p w14:paraId="0AEA41C7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0.32±0.04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o-u</w:t>
            </w:r>
          </w:p>
        </w:tc>
        <w:tc>
          <w:tcPr>
            <w:tcW w:w="1253" w:type="dxa"/>
            <w:vAlign w:val="bottom"/>
          </w:tcPr>
          <w:p w14:paraId="0AEA41C8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39.63 ± 5.14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128" w:type="dxa"/>
            <w:vAlign w:val="bottom"/>
          </w:tcPr>
          <w:p w14:paraId="0AEA41C9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9.2 ± 0.36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127" w:type="dxa"/>
            <w:vAlign w:val="bottom"/>
          </w:tcPr>
          <w:p w14:paraId="0AEA41CA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 ± 0.19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343" w:type="dxa"/>
            <w:vAlign w:val="bottom"/>
          </w:tcPr>
          <w:p w14:paraId="0AEA41CB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234.33 ± 3.43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de</w:t>
            </w:r>
          </w:p>
        </w:tc>
        <w:tc>
          <w:tcPr>
            <w:tcW w:w="1276" w:type="dxa"/>
            <w:vAlign w:val="bottom"/>
          </w:tcPr>
          <w:p w14:paraId="0AEA41CC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212.93 ± 1.33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y</w:t>
            </w:r>
          </w:p>
        </w:tc>
        <w:tc>
          <w:tcPr>
            <w:tcW w:w="1265" w:type="dxa"/>
            <w:vAlign w:val="bottom"/>
          </w:tcPr>
          <w:p w14:paraId="0AEA41CD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106.3 ± 1.27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xy</w:t>
            </w:r>
          </w:p>
        </w:tc>
        <w:tc>
          <w:tcPr>
            <w:tcW w:w="1257" w:type="dxa"/>
            <w:vAlign w:val="bottom"/>
          </w:tcPr>
          <w:p w14:paraId="0AEA41C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15.17 ± 0.51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f-h</w:t>
            </w:r>
          </w:p>
        </w:tc>
        <w:tc>
          <w:tcPr>
            <w:tcW w:w="1163" w:type="dxa"/>
            <w:vAlign w:val="bottom"/>
          </w:tcPr>
          <w:p w14:paraId="0AEA41C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93.29 ± 0.75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f-l</w:t>
            </w:r>
          </w:p>
        </w:tc>
        <w:tc>
          <w:tcPr>
            <w:tcW w:w="1134" w:type="dxa"/>
            <w:vAlign w:val="bottom"/>
          </w:tcPr>
          <w:p w14:paraId="0AEA41D0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0.98 ± 0.05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34" w:type="dxa"/>
          </w:tcPr>
          <w:p w14:paraId="0AEA41D1" w14:textId="77777777" w:rsidR="009C30B0" w:rsidRDefault="009C30B0" w:rsidP="009C30B0">
            <w:pPr>
              <w:jc w:val="center"/>
            </w:pPr>
            <w:r w:rsidRPr="00DC6F9C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1E1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1D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625" w:type="dxa"/>
            <w:vAlign w:val="bottom"/>
          </w:tcPr>
          <w:p w14:paraId="0AEA41D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Hisar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Surkha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53" w:type="dxa"/>
            <w:vAlign w:val="bottom"/>
          </w:tcPr>
          <w:p w14:paraId="0AEA41D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11.4 ± 0.31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d-j</w:t>
            </w:r>
          </w:p>
        </w:tc>
        <w:tc>
          <w:tcPr>
            <w:tcW w:w="1127" w:type="dxa"/>
            <w:vAlign w:val="bottom"/>
          </w:tcPr>
          <w:p w14:paraId="0AEA41D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0.51±0.02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g-i</w:t>
            </w:r>
          </w:p>
        </w:tc>
        <w:tc>
          <w:tcPr>
            <w:tcW w:w="1253" w:type="dxa"/>
            <w:vAlign w:val="bottom"/>
          </w:tcPr>
          <w:p w14:paraId="0AEA41D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22.27 ± 0.97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p-t</w:t>
            </w:r>
          </w:p>
        </w:tc>
        <w:tc>
          <w:tcPr>
            <w:tcW w:w="1128" w:type="dxa"/>
            <w:vAlign w:val="bottom"/>
          </w:tcPr>
          <w:p w14:paraId="0AEA41D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8.04 ± 0.23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f-l</w:t>
            </w:r>
          </w:p>
        </w:tc>
        <w:tc>
          <w:tcPr>
            <w:tcW w:w="1127" w:type="dxa"/>
            <w:vAlign w:val="bottom"/>
          </w:tcPr>
          <w:p w14:paraId="0AEA41D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4.68 ± 0.07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c-i</w:t>
            </w:r>
          </w:p>
        </w:tc>
        <w:tc>
          <w:tcPr>
            <w:tcW w:w="1343" w:type="dxa"/>
            <w:vAlign w:val="bottom"/>
          </w:tcPr>
          <w:p w14:paraId="0AEA41D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91.8 ± 4.13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</w:t>
            </w:r>
          </w:p>
        </w:tc>
        <w:tc>
          <w:tcPr>
            <w:tcW w:w="1276" w:type="dxa"/>
            <w:vAlign w:val="bottom"/>
          </w:tcPr>
          <w:p w14:paraId="0AEA41D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260.37 ± 3.68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rs</w:t>
            </w:r>
          </w:p>
        </w:tc>
        <w:tc>
          <w:tcPr>
            <w:tcW w:w="1265" w:type="dxa"/>
            <w:vAlign w:val="bottom"/>
          </w:tcPr>
          <w:p w14:paraId="0AEA41D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135.5 ± 30.15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n-q</w:t>
            </w:r>
          </w:p>
        </w:tc>
        <w:tc>
          <w:tcPr>
            <w:tcW w:w="1257" w:type="dxa"/>
            <w:vAlign w:val="bottom"/>
          </w:tcPr>
          <w:p w14:paraId="0AEA41D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13.45 ± 0.26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j-l</w:t>
            </w:r>
          </w:p>
        </w:tc>
        <w:tc>
          <w:tcPr>
            <w:tcW w:w="1163" w:type="dxa"/>
            <w:vAlign w:val="bottom"/>
          </w:tcPr>
          <w:p w14:paraId="0AEA41D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93.33 ± 0.63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f-l</w:t>
            </w:r>
          </w:p>
        </w:tc>
        <w:tc>
          <w:tcPr>
            <w:tcW w:w="1134" w:type="dxa"/>
            <w:vAlign w:val="bottom"/>
          </w:tcPr>
          <w:p w14:paraId="0AEA41D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4.73 ± 0.1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kl</w:t>
            </w:r>
          </w:p>
        </w:tc>
        <w:tc>
          <w:tcPr>
            <w:tcW w:w="1134" w:type="dxa"/>
            <w:vAlign w:val="bottom"/>
          </w:tcPr>
          <w:p w14:paraId="0AEA41E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3.07 ± 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</w:t>
            </w:r>
          </w:p>
        </w:tc>
      </w:tr>
      <w:tr w:rsidR="003A1B86" w:rsidRPr="00A72067" w14:paraId="0AEA41F0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E2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625" w:type="dxa"/>
            <w:vAlign w:val="bottom"/>
          </w:tcPr>
          <w:p w14:paraId="0AEA41E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Purple Guava</w:t>
            </w:r>
          </w:p>
        </w:tc>
        <w:tc>
          <w:tcPr>
            <w:tcW w:w="1253" w:type="dxa"/>
            <w:vAlign w:val="bottom"/>
          </w:tcPr>
          <w:p w14:paraId="0AEA41E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10.17 ± 0.44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k-q</w:t>
            </w:r>
          </w:p>
        </w:tc>
        <w:tc>
          <w:tcPr>
            <w:tcW w:w="1127" w:type="dxa"/>
            <w:vAlign w:val="bottom"/>
          </w:tcPr>
          <w:p w14:paraId="0AEA41E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0.33±0.05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l-u</w:t>
            </w:r>
          </w:p>
        </w:tc>
        <w:tc>
          <w:tcPr>
            <w:tcW w:w="1253" w:type="dxa"/>
            <w:vAlign w:val="bottom"/>
          </w:tcPr>
          <w:p w14:paraId="0AEA41E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32.39 ± 5.94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e-j</w:t>
            </w:r>
          </w:p>
        </w:tc>
        <w:tc>
          <w:tcPr>
            <w:tcW w:w="1128" w:type="dxa"/>
            <w:vAlign w:val="bottom"/>
          </w:tcPr>
          <w:p w14:paraId="0AEA41E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7.42 ± 0.31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l-p</w:t>
            </w:r>
          </w:p>
        </w:tc>
        <w:tc>
          <w:tcPr>
            <w:tcW w:w="1127" w:type="dxa"/>
            <w:vAlign w:val="bottom"/>
          </w:tcPr>
          <w:p w14:paraId="0AEA41E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4.25 ± 0.04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i-r</w:t>
            </w:r>
          </w:p>
        </w:tc>
        <w:tc>
          <w:tcPr>
            <w:tcW w:w="1343" w:type="dxa"/>
            <w:vAlign w:val="bottom"/>
          </w:tcPr>
          <w:p w14:paraId="0AEA41E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247 ± 3.22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76" w:type="dxa"/>
            <w:vAlign w:val="bottom"/>
          </w:tcPr>
          <w:p w14:paraId="0AEA41E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237.97 ± 1.86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uv</w:t>
            </w:r>
          </w:p>
        </w:tc>
        <w:tc>
          <w:tcPr>
            <w:tcW w:w="1265" w:type="dxa"/>
            <w:vAlign w:val="bottom"/>
          </w:tcPr>
          <w:p w14:paraId="0AEA41E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108.4 ± 2.52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v-y</w:t>
            </w:r>
          </w:p>
        </w:tc>
        <w:tc>
          <w:tcPr>
            <w:tcW w:w="1257" w:type="dxa"/>
            <w:vAlign w:val="bottom"/>
          </w:tcPr>
          <w:p w14:paraId="0AEA41E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12.23 ± 0.35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mn</w:t>
            </w:r>
          </w:p>
        </w:tc>
        <w:tc>
          <w:tcPr>
            <w:tcW w:w="1163" w:type="dxa"/>
            <w:vAlign w:val="bottom"/>
          </w:tcPr>
          <w:p w14:paraId="0AEA41E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92.2 ± 1.41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j-p</w:t>
            </w:r>
          </w:p>
        </w:tc>
        <w:tc>
          <w:tcPr>
            <w:tcW w:w="1134" w:type="dxa"/>
            <w:vAlign w:val="bottom"/>
          </w:tcPr>
          <w:p w14:paraId="0AEA41E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1.17 ± 0.11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</w:t>
            </w:r>
          </w:p>
        </w:tc>
        <w:tc>
          <w:tcPr>
            <w:tcW w:w="1134" w:type="dxa"/>
            <w:vAlign w:val="bottom"/>
          </w:tcPr>
          <w:p w14:paraId="0AEA41E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0.59 ± 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</w:t>
            </w:r>
          </w:p>
        </w:tc>
      </w:tr>
      <w:tr w:rsidR="009C30B0" w:rsidRPr="00A72067" w14:paraId="0AEA41FF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1F1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625" w:type="dxa"/>
            <w:vAlign w:val="bottom"/>
          </w:tcPr>
          <w:p w14:paraId="0AEA41F2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Lalima</w:t>
            </w:r>
            <w:proofErr w:type="spellEnd"/>
          </w:p>
        </w:tc>
        <w:tc>
          <w:tcPr>
            <w:tcW w:w="1253" w:type="dxa"/>
            <w:vAlign w:val="bottom"/>
          </w:tcPr>
          <w:p w14:paraId="0AEA41F3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11.53 ± 0.29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c-i</w:t>
            </w:r>
          </w:p>
        </w:tc>
        <w:tc>
          <w:tcPr>
            <w:tcW w:w="1127" w:type="dxa"/>
            <w:vAlign w:val="bottom"/>
          </w:tcPr>
          <w:p w14:paraId="0AEA41F4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0.28±0.02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r-u</w:t>
            </w:r>
          </w:p>
        </w:tc>
        <w:tc>
          <w:tcPr>
            <w:tcW w:w="1253" w:type="dxa"/>
            <w:vAlign w:val="bottom"/>
          </w:tcPr>
          <w:p w14:paraId="0AEA41F5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41.95 ± 2.3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128" w:type="dxa"/>
            <w:vAlign w:val="bottom"/>
          </w:tcPr>
          <w:p w14:paraId="0AEA41F6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9.02 ± 0.19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127" w:type="dxa"/>
            <w:vAlign w:val="bottom"/>
          </w:tcPr>
          <w:p w14:paraId="0AEA41F7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5.04 ± 0.03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343" w:type="dxa"/>
            <w:vAlign w:val="bottom"/>
          </w:tcPr>
          <w:p w14:paraId="0AEA41F8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175 ± 5.01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</w:t>
            </w:r>
          </w:p>
        </w:tc>
        <w:tc>
          <w:tcPr>
            <w:tcW w:w="1276" w:type="dxa"/>
            <w:vAlign w:val="bottom"/>
          </w:tcPr>
          <w:p w14:paraId="0AEA41F9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154.23 ± 3.27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65" w:type="dxa"/>
            <w:vAlign w:val="bottom"/>
          </w:tcPr>
          <w:p w14:paraId="0AEA41FA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115.63 ± 1.67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t-y</w:t>
            </w:r>
          </w:p>
        </w:tc>
        <w:tc>
          <w:tcPr>
            <w:tcW w:w="1257" w:type="dxa"/>
            <w:vAlign w:val="bottom"/>
          </w:tcPr>
          <w:p w14:paraId="0AEA41FB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12.78 ± 0.19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k-m</w:t>
            </w:r>
          </w:p>
        </w:tc>
        <w:tc>
          <w:tcPr>
            <w:tcW w:w="1163" w:type="dxa"/>
            <w:vAlign w:val="bottom"/>
          </w:tcPr>
          <w:p w14:paraId="0AEA41FC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91.93 ± 0.51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l-p</w:t>
            </w:r>
          </w:p>
        </w:tc>
        <w:tc>
          <w:tcPr>
            <w:tcW w:w="1134" w:type="dxa"/>
            <w:vAlign w:val="bottom"/>
          </w:tcPr>
          <w:p w14:paraId="0AEA41FD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0.81 ± 0.09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p-r</w:t>
            </w:r>
          </w:p>
        </w:tc>
        <w:tc>
          <w:tcPr>
            <w:tcW w:w="1134" w:type="dxa"/>
          </w:tcPr>
          <w:p w14:paraId="0AEA41FE" w14:textId="77777777" w:rsidR="009C30B0" w:rsidRDefault="009C30B0" w:rsidP="009C30B0">
            <w:pPr>
              <w:jc w:val="center"/>
            </w:pPr>
            <w:r w:rsidRPr="00A46103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20E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00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39</w:t>
            </w:r>
          </w:p>
        </w:tc>
        <w:tc>
          <w:tcPr>
            <w:tcW w:w="1625" w:type="dxa"/>
            <w:vAlign w:val="bottom"/>
          </w:tcPr>
          <w:p w14:paraId="0AEA4201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Thai 7</w:t>
            </w:r>
          </w:p>
        </w:tc>
        <w:tc>
          <w:tcPr>
            <w:tcW w:w="1253" w:type="dxa"/>
            <w:vAlign w:val="bottom"/>
          </w:tcPr>
          <w:p w14:paraId="0AEA4202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11.23 ± 0.43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d-k</w:t>
            </w:r>
          </w:p>
        </w:tc>
        <w:tc>
          <w:tcPr>
            <w:tcW w:w="1127" w:type="dxa"/>
            <w:vAlign w:val="bottom"/>
          </w:tcPr>
          <w:p w14:paraId="0AEA4203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0.44±0.04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h-k</w:t>
            </w:r>
          </w:p>
        </w:tc>
        <w:tc>
          <w:tcPr>
            <w:tcW w:w="1253" w:type="dxa"/>
            <w:vAlign w:val="bottom"/>
          </w:tcPr>
          <w:p w14:paraId="0AEA4204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25.94 ± 1.24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j-r</w:t>
            </w:r>
          </w:p>
        </w:tc>
        <w:tc>
          <w:tcPr>
            <w:tcW w:w="1128" w:type="dxa"/>
            <w:vAlign w:val="bottom"/>
          </w:tcPr>
          <w:p w14:paraId="0AEA4205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8.2 ± 0.28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f-i</w:t>
            </w:r>
          </w:p>
        </w:tc>
        <w:tc>
          <w:tcPr>
            <w:tcW w:w="1127" w:type="dxa"/>
            <w:vAlign w:val="bottom"/>
          </w:tcPr>
          <w:p w14:paraId="0AEA4206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5.27 ± 0.06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343" w:type="dxa"/>
            <w:vAlign w:val="bottom"/>
          </w:tcPr>
          <w:p w14:paraId="0AEA4207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108 ± 5.75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</w:t>
            </w:r>
          </w:p>
        </w:tc>
        <w:tc>
          <w:tcPr>
            <w:tcW w:w="1276" w:type="dxa"/>
            <w:vAlign w:val="bottom"/>
          </w:tcPr>
          <w:p w14:paraId="0AEA4208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278.5 ± 5.41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op</w:t>
            </w:r>
          </w:p>
        </w:tc>
        <w:tc>
          <w:tcPr>
            <w:tcW w:w="1265" w:type="dxa"/>
            <w:vAlign w:val="bottom"/>
          </w:tcPr>
          <w:p w14:paraId="0AEA4209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132.87 ± 2.32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o-r</w:t>
            </w:r>
          </w:p>
        </w:tc>
        <w:tc>
          <w:tcPr>
            <w:tcW w:w="1257" w:type="dxa"/>
            <w:vAlign w:val="bottom"/>
          </w:tcPr>
          <w:p w14:paraId="0AEA420A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14.71 ± 0.27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g-i</w:t>
            </w:r>
          </w:p>
        </w:tc>
        <w:tc>
          <w:tcPr>
            <w:tcW w:w="1163" w:type="dxa"/>
            <w:vAlign w:val="bottom"/>
          </w:tcPr>
          <w:p w14:paraId="0AEA420B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93.66 ± 0.39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e-l</w:t>
            </w:r>
          </w:p>
        </w:tc>
        <w:tc>
          <w:tcPr>
            <w:tcW w:w="1134" w:type="dxa"/>
            <w:vAlign w:val="bottom"/>
          </w:tcPr>
          <w:p w14:paraId="0AEA420C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0.9 ± 0.05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34" w:type="dxa"/>
          </w:tcPr>
          <w:p w14:paraId="0AEA420D" w14:textId="77777777" w:rsidR="009C30B0" w:rsidRDefault="009C30B0" w:rsidP="009C30B0">
            <w:pPr>
              <w:jc w:val="center"/>
            </w:pPr>
            <w:r w:rsidRPr="00A46103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21D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0F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625" w:type="dxa"/>
            <w:vAlign w:val="bottom"/>
          </w:tcPr>
          <w:p w14:paraId="0AEA4210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Dhawal</w:t>
            </w:r>
            <w:proofErr w:type="spellEnd"/>
          </w:p>
        </w:tc>
        <w:tc>
          <w:tcPr>
            <w:tcW w:w="1253" w:type="dxa"/>
            <w:vAlign w:val="bottom"/>
          </w:tcPr>
          <w:p w14:paraId="0AEA4211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10.5 ± 0.87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h-p</w:t>
            </w:r>
          </w:p>
        </w:tc>
        <w:tc>
          <w:tcPr>
            <w:tcW w:w="1127" w:type="dxa"/>
            <w:vAlign w:val="bottom"/>
          </w:tcPr>
          <w:p w14:paraId="0AEA4212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0.35±0.02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k-t</w:t>
            </w:r>
          </w:p>
        </w:tc>
        <w:tc>
          <w:tcPr>
            <w:tcW w:w="1253" w:type="dxa"/>
            <w:vAlign w:val="bottom"/>
          </w:tcPr>
          <w:p w14:paraId="0AEA4213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29.91 ± 1.34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g-n</w:t>
            </w:r>
          </w:p>
        </w:tc>
        <w:tc>
          <w:tcPr>
            <w:tcW w:w="1128" w:type="dxa"/>
            <w:vAlign w:val="bottom"/>
          </w:tcPr>
          <w:p w14:paraId="0AEA4214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7.23 ± 0.19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n-r</w:t>
            </w:r>
          </w:p>
        </w:tc>
        <w:tc>
          <w:tcPr>
            <w:tcW w:w="1127" w:type="dxa"/>
            <w:vAlign w:val="bottom"/>
          </w:tcPr>
          <w:p w14:paraId="0AEA4215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4.79 ± 0.1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b-h</w:t>
            </w:r>
          </w:p>
        </w:tc>
        <w:tc>
          <w:tcPr>
            <w:tcW w:w="1343" w:type="dxa"/>
            <w:vAlign w:val="bottom"/>
          </w:tcPr>
          <w:p w14:paraId="0AEA4216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204.13 ± 3.47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h-j</w:t>
            </w:r>
          </w:p>
        </w:tc>
        <w:tc>
          <w:tcPr>
            <w:tcW w:w="1276" w:type="dxa"/>
            <w:vAlign w:val="bottom"/>
          </w:tcPr>
          <w:p w14:paraId="0AEA4217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326.63 ± 1.77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hi</w:t>
            </w:r>
          </w:p>
        </w:tc>
        <w:tc>
          <w:tcPr>
            <w:tcW w:w="1265" w:type="dxa"/>
            <w:vAlign w:val="bottom"/>
          </w:tcPr>
          <w:p w14:paraId="0AEA4218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242.73 ± 3.73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57" w:type="dxa"/>
            <w:vAlign w:val="bottom"/>
          </w:tcPr>
          <w:p w14:paraId="0AEA4219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19.24 ± 0.24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163" w:type="dxa"/>
            <w:vAlign w:val="bottom"/>
          </w:tcPr>
          <w:p w14:paraId="0AEA421A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95.16 ± 0.92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c-f</w:t>
            </w:r>
          </w:p>
        </w:tc>
        <w:tc>
          <w:tcPr>
            <w:tcW w:w="1134" w:type="dxa"/>
            <w:vAlign w:val="bottom"/>
          </w:tcPr>
          <w:p w14:paraId="0AEA421B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0.84 ± 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p-r</w:t>
            </w:r>
          </w:p>
        </w:tc>
        <w:tc>
          <w:tcPr>
            <w:tcW w:w="1134" w:type="dxa"/>
          </w:tcPr>
          <w:p w14:paraId="0AEA421C" w14:textId="77777777" w:rsidR="009C30B0" w:rsidRDefault="009C30B0" w:rsidP="009C30B0">
            <w:pPr>
              <w:jc w:val="center"/>
            </w:pPr>
            <w:r w:rsidRPr="00A46103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22C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21E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625" w:type="dxa"/>
            <w:vAlign w:val="bottom"/>
          </w:tcPr>
          <w:p w14:paraId="0AEA421F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Thai Guava</w:t>
            </w:r>
          </w:p>
        </w:tc>
        <w:tc>
          <w:tcPr>
            <w:tcW w:w="1253" w:type="dxa"/>
            <w:vAlign w:val="bottom"/>
          </w:tcPr>
          <w:p w14:paraId="0AEA4220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11.03 ± 0.26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d-l</w:t>
            </w:r>
          </w:p>
        </w:tc>
        <w:tc>
          <w:tcPr>
            <w:tcW w:w="1127" w:type="dxa"/>
            <w:vAlign w:val="bottom"/>
          </w:tcPr>
          <w:p w14:paraId="0AEA4221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0.42±0.05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i-m</w:t>
            </w:r>
          </w:p>
        </w:tc>
        <w:tc>
          <w:tcPr>
            <w:tcW w:w="1253" w:type="dxa"/>
            <w:vAlign w:val="bottom"/>
          </w:tcPr>
          <w:p w14:paraId="0AEA4222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26.83 ± 2.67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j-r</w:t>
            </w:r>
          </w:p>
        </w:tc>
        <w:tc>
          <w:tcPr>
            <w:tcW w:w="1128" w:type="dxa"/>
            <w:vAlign w:val="bottom"/>
          </w:tcPr>
          <w:p w14:paraId="0AEA4223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8.29 ± 0.27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e-h</w:t>
            </w:r>
          </w:p>
        </w:tc>
        <w:tc>
          <w:tcPr>
            <w:tcW w:w="1127" w:type="dxa"/>
            <w:vAlign w:val="bottom"/>
          </w:tcPr>
          <w:p w14:paraId="0AEA4224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5.04 ± 0.03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343" w:type="dxa"/>
            <w:vAlign w:val="bottom"/>
          </w:tcPr>
          <w:p w14:paraId="0AEA4225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238.33 ± 2.85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c-e</w:t>
            </w:r>
          </w:p>
        </w:tc>
        <w:tc>
          <w:tcPr>
            <w:tcW w:w="1276" w:type="dxa"/>
            <w:vAlign w:val="bottom"/>
          </w:tcPr>
          <w:p w14:paraId="0AEA4226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248.47 ± 1.65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</w:t>
            </w:r>
          </w:p>
        </w:tc>
        <w:tc>
          <w:tcPr>
            <w:tcW w:w="1265" w:type="dxa"/>
            <w:vAlign w:val="bottom"/>
          </w:tcPr>
          <w:p w14:paraId="0AEA4227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120.07 ± 4.54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r-w</w:t>
            </w:r>
          </w:p>
        </w:tc>
        <w:tc>
          <w:tcPr>
            <w:tcW w:w="1257" w:type="dxa"/>
            <w:vAlign w:val="bottom"/>
          </w:tcPr>
          <w:p w14:paraId="0AEA4228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17.44 ± 0.43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cd</w:t>
            </w:r>
          </w:p>
        </w:tc>
        <w:tc>
          <w:tcPr>
            <w:tcW w:w="1163" w:type="dxa"/>
            <w:vAlign w:val="bottom"/>
          </w:tcPr>
          <w:p w14:paraId="0AEA4229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95.32 ± 0.69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c-e</w:t>
            </w:r>
          </w:p>
        </w:tc>
        <w:tc>
          <w:tcPr>
            <w:tcW w:w="1134" w:type="dxa"/>
            <w:vAlign w:val="bottom"/>
          </w:tcPr>
          <w:p w14:paraId="0AEA422A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0.83 ± 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p-r</w:t>
            </w:r>
          </w:p>
        </w:tc>
        <w:tc>
          <w:tcPr>
            <w:tcW w:w="1134" w:type="dxa"/>
          </w:tcPr>
          <w:p w14:paraId="0AEA422B" w14:textId="77777777" w:rsidR="009C30B0" w:rsidRDefault="009C30B0" w:rsidP="009C30B0">
            <w:pPr>
              <w:jc w:val="center"/>
            </w:pPr>
            <w:r w:rsidRPr="00A46103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23B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2D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625" w:type="dxa"/>
            <w:vAlign w:val="bottom"/>
          </w:tcPr>
          <w:p w14:paraId="0AEA422E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11</w:t>
            </w:r>
          </w:p>
        </w:tc>
        <w:tc>
          <w:tcPr>
            <w:tcW w:w="1253" w:type="dxa"/>
            <w:vAlign w:val="bottom"/>
          </w:tcPr>
          <w:p w14:paraId="0AEA422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11.6 ± 0.35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c-h</w:t>
            </w:r>
          </w:p>
        </w:tc>
        <w:tc>
          <w:tcPr>
            <w:tcW w:w="1127" w:type="dxa"/>
            <w:vAlign w:val="bottom"/>
          </w:tcPr>
          <w:p w14:paraId="0AEA4230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0.57±0.04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fg</w:t>
            </w:r>
          </w:p>
        </w:tc>
        <w:tc>
          <w:tcPr>
            <w:tcW w:w="1253" w:type="dxa"/>
            <w:vAlign w:val="bottom"/>
          </w:tcPr>
          <w:p w14:paraId="0AEA4231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20.56 ± 1.74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q-u</w:t>
            </w:r>
          </w:p>
        </w:tc>
        <w:tc>
          <w:tcPr>
            <w:tcW w:w="1128" w:type="dxa"/>
            <w:vAlign w:val="bottom"/>
          </w:tcPr>
          <w:p w14:paraId="0AEA4232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8.08 ± 0.08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f-k</w:t>
            </w:r>
          </w:p>
        </w:tc>
        <w:tc>
          <w:tcPr>
            <w:tcW w:w="1127" w:type="dxa"/>
            <w:vAlign w:val="bottom"/>
          </w:tcPr>
          <w:p w14:paraId="0AEA4233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4.31 ± 0.07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h-p</w:t>
            </w:r>
          </w:p>
        </w:tc>
        <w:tc>
          <w:tcPr>
            <w:tcW w:w="1343" w:type="dxa"/>
            <w:vAlign w:val="bottom"/>
          </w:tcPr>
          <w:p w14:paraId="0AEA4234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212.27 ± 3.69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gh</w:t>
            </w:r>
          </w:p>
        </w:tc>
        <w:tc>
          <w:tcPr>
            <w:tcW w:w="1276" w:type="dxa"/>
            <w:vAlign w:val="bottom"/>
          </w:tcPr>
          <w:p w14:paraId="0AEA4235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283.77 ± 2.67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no</w:t>
            </w:r>
          </w:p>
        </w:tc>
        <w:tc>
          <w:tcPr>
            <w:tcW w:w="1265" w:type="dxa"/>
            <w:vAlign w:val="bottom"/>
          </w:tcPr>
          <w:p w14:paraId="0AEA4236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167.97 ± 3.12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ij</w:t>
            </w:r>
          </w:p>
        </w:tc>
        <w:tc>
          <w:tcPr>
            <w:tcW w:w="1257" w:type="dxa"/>
            <w:vAlign w:val="bottom"/>
          </w:tcPr>
          <w:p w14:paraId="0AEA4237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15.62 ± 0.3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e-g</w:t>
            </w:r>
          </w:p>
        </w:tc>
        <w:tc>
          <w:tcPr>
            <w:tcW w:w="1163" w:type="dxa"/>
            <w:vAlign w:val="bottom"/>
          </w:tcPr>
          <w:p w14:paraId="0AEA4238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93.25 ± 0.88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f-l</w:t>
            </w:r>
          </w:p>
        </w:tc>
        <w:tc>
          <w:tcPr>
            <w:tcW w:w="1134" w:type="dxa"/>
            <w:vAlign w:val="bottom"/>
          </w:tcPr>
          <w:p w14:paraId="0AEA4239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0.78 ± 0.01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134" w:type="dxa"/>
          </w:tcPr>
          <w:p w14:paraId="0AEA423A" w14:textId="77777777" w:rsidR="009C30B0" w:rsidRDefault="009C30B0" w:rsidP="009C30B0">
            <w:pPr>
              <w:jc w:val="center"/>
            </w:pPr>
            <w:r w:rsidRPr="00A46103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24A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3C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625" w:type="dxa"/>
            <w:vAlign w:val="bottom"/>
          </w:tcPr>
          <w:p w14:paraId="0AEA423D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Allahbad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Safeda</w:t>
            </w:r>
            <w:proofErr w:type="spellEnd"/>
          </w:p>
        </w:tc>
        <w:tc>
          <w:tcPr>
            <w:tcW w:w="1253" w:type="dxa"/>
            <w:vAlign w:val="bottom"/>
          </w:tcPr>
          <w:p w14:paraId="0AEA423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11.83 ± 0.17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b-f</w:t>
            </w:r>
          </w:p>
        </w:tc>
        <w:tc>
          <w:tcPr>
            <w:tcW w:w="1127" w:type="dxa"/>
            <w:vAlign w:val="bottom"/>
          </w:tcPr>
          <w:p w14:paraId="0AEA423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0.52±0.01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gh</w:t>
            </w:r>
          </w:p>
        </w:tc>
        <w:tc>
          <w:tcPr>
            <w:tcW w:w="1253" w:type="dxa"/>
            <w:vAlign w:val="bottom"/>
          </w:tcPr>
          <w:p w14:paraId="0AEA4240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22.63 ±  0.5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o-t</w:t>
            </w:r>
          </w:p>
        </w:tc>
        <w:tc>
          <w:tcPr>
            <w:tcW w:w="1128" w:type="dxa"/>
            <w:vAlign w:val="bottom"/>
          </w:tcPr>
          <w:p w14:paraId="0AEA4241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6.89 ± 0.15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o-t</w:t>
            </w:r>
          </w:p>
        </w:tc>
        <w:tc>
          <w:tcPr>
            <w:tcW w:w="1127" w:type="dxa"/>
            <w:vAlign w:val="bottom"/>
          </w:tcPr>
          <w:p w14:paraId="0AEA4242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3.61 ± 0.32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t-y</w:t>
            </w:r>
          </w:p>
        </w:tc>
        <w:tc>
          <w:tcPr>
            <w:tcW w:w="1343" w:type="dxa"/>
            <w:vAlign w:val="bottom"/>
          </w:tcPr>
          <w:p w14:paraId="0AEA4243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155.8 ± 3.95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no</w:t>
            </w:r>
          </w:p>
        </w:tc>
        <w:tc>
          <w:tcPr>
            <w:tcW w:w="1276" w:type="dxa"/>
            <w:vAlign w:val="bottom"/>
          </w:tcPr>
          <w:p w14:paraId="0AEA4244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222.73 ± 2.83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x</w:t>
            </w:r>
          </w:p>
        </w:tc>
        <w:tc>
          <w:tcPr>
            <w:tcW w:w="1265" w:type="dxa"/>
            <w:vAlign w:val="bottom"/>
          </w:tcPr>
          <w:p w14:paraId="0AEA4245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133.77 ± 2.81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o-r</w:t>
            </w:r>
          </w:p>
        </w:tc>
        <w:tc>
          <w:tcPr>
            <w:tcW w:w="1257" w:type="dxa"/>
            <w:vAlign w:val="bottom"/>
          </w:tcPr>
          <w:p w14:paraId="0AEA4246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11.97 ± 0.43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mn</w:t>
            </w:r>
          </w:p>
        </w:tc>
        <w:tc>
          <w:tcPr>
            <w:tcW w:w="1163" w:type="dxa"/>
            <w:vAlign w:val="bottom"/>
          </w:tcPr>
          <w:p w14:paraId="0AEA4247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92.19 ± 0.64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k-p</w:t>
            </w:r>
          </w:p>
        </w:tc>
        <w:tc>
          <w:tcPr>
            <w:tcW w:w="1134" w:type="dxa"/>
            <w:vAlign w:val="bottom"/>
          </w:tcPr>
          <w:p w14:paraId="0AEA4248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0.86 ± 0.02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p-r</w:t>
            </w:r>
          </w:p>
        </w:tc>
        <w:tc>
          <w:tcPr>
            <w:tcW w:w="1134" w:type="dxa"/>
          </w:tcPr>
          <w:p w14:paraId="0AEA4249" w14:textId="77777777" w:rsidR="009C30B0" w:rsidRDefault="009C30B0" w:rsidP="009C30B0">
            <w:pPr>
              <w:jc w:val="center"/>
            </w:pPr>
            <w:r w:rsidRPr="00A46103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259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24B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625" w:type="dxa"/>
            <w:vAlign w:val="bottom"/>
          </w:tcPr>
          <w:p w14:paraId="0AEA424C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Pant </w:t>
            </w: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Prabhat</w:t>
            </w:r>
            <w:proofErr w:type="spellEnd"/>
          </w:p>
        </w:tc>
        <w:tc>
          <w:tcPr>
            <w:tcW w:w="1253" w:type="dxa"/>
            <w:vAlign w:val="bottom"/>
          </w:tcPr>
          <w:p w14:paraId="0AEA424D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11.73 ± 0.37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b-g</w:t>
            </w:r>
          </w:p>
        </w:tc>
        <w:tc>
          <w:tcPr>
            <w:tcW w:w="1127" w:type="dxa"/>
            <w:vAlign w:val="bottom"/>
          </w:tcPr>
          <w:p w14:paraId="0AEA424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0.31±0.04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p-u</w:t>
            </w:r>
          </w:p>
        </w:tc>
        <w:tc>
          <w:tcPr>
            <w:tcW w:w="1253" w:type="dxa"/>
            <w:vAlign w:val="bottom"/>
          </w:tcPr>
          <w:p w14:paraId="0AEA424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39.71 ± 5.79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128" w:type="dxa"/>
            <w:vAlign w:val="bottom"/>
          </w:tcPr>
          <w:p w14:paraId="0AEA4250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7.59 ± 0.18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i-n</w:t>
            </w:r>
          </w:p>
        </w:tc>
        <w:tc>
          <w:tcPr>
            <w:tcW w:w="1127" w:type="dxa"/>
            <w:vAlign w:val="bottom"/>
          </w:tcPr>
          <w:p w14:paraId="0AEA4251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4.12 ± 0.24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j-t</w:t>
            </w:r>
          </w:p>
        </w:tc>
        <w:tc>
          <w:tcPr>
            <w:tcW w:w="1343" w:type="dxa"/>
            <w:vAlign w:val="bottom"/>
          </w:tcPr>
          <w:p w14:paraId="0AEA4252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76.8 ± 3.95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vw</w:t>
            </w:r>
          </w:p>
        </w:tc>
        <w:tc>
          <w:tcPr>
            <w:tcW w:w="1276" w:type="dxa"/>
            <w:vAlign w:val="bottom"/>
          </w:tcPr>
          <w:p w14:paraId="0AEA4253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295.77 ± 2.78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kl</w:t>
            </w:r>
          </w:p>
        </w:tc>
        <w:tc>
          <w:tcPr>
            <w:tcW w:w="1265" w:type="dxa"/>
            <w:vAlign w:val="bottom"/>
          </w:tcPr>
          <w:p w14:paraId="0AEA4254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200.37 ± 3.3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d-g</w:t>
            </w:r>
          </w:p>
        </w:tc>
        <w:tc>
          <w:tcPr>
            <w:tcW w:w="1257" w:type="dxa"/>
            <w:vAlign w:val="bottom"/>
          </w:tcPr>
          <w:p w14:paraId="0AEA4255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12.58 ± 0.25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lm</w:t>
            </w:r>
          </w:p>
        </w:tc>
        <w:tc>
          <w:tcPr>
            <w:tcW w:w="1163" w:type="dxa"/>
            <w:vAlign w:val="bottom"/>
          </w:tcPr>
          <w:p w14:paraId="0AEA4256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92.61 ± 0.4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i-o</w:t>
            </w:r>
          </w:p>
        </w:tc>
        <w:tc>
          <w:tcPr>
            <w:tcW w:w="1134" w:type="dxa"/>
            <w:vAlign w:val="bottom"/>
          </w:tcPr>
          <w:p w14:paraId="0AEA4257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0.63 ± 0.08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134" w:type="dxa"/>
          </w:tcPr>
          <w:p w14:paraId="0AEA4258" w14:textId="77777777" w:rsidR="009C30B0" w:rsidRDefault="009C30B0" w:rsidP="009C30B0">
            <w:pPr>
              <w:jc w:val="center"/>
            </w:pPr>
            <w:r w:rsidRPr="00A46103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268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5A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625" w:type="dxa"/>
            <w:vAlign w:val="bottom"/>
          </w:tcPr>
          <w:p w14:paraId="0AEA425B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L-49</w:t>
            </w:r>
          </w:p>
        </w:tc>
        <w:tc>
          <w:tcPr>
            <w:tcW w:w="1253" w:type="dxa"/>
            <w:vAlign w:val="bottom"/>
          </w:tcPr>
          <w:p w14:paraId="0AEA425C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10.5 ± 0.76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h-p</w:t>
            </w:r>
          </w:p>
        </w:tc>
        <w:tc>
          <w:tcPr>
            <w:tcW w:w="1127" w:type="dxa"/>
            <w:vAlign w:val="bottom"/>
          </w:tcPr>
          <w:p w14:paraId="0AEA425D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0.52±0.01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gh</w:t>
            </w:r>
          </w:p>
        </w:tc>
        <w:tc>
          <w:tcPr>
            <w:tcW w:w="1253" w:type="dxa"/>
            <w:vAlign w:val="bottom"/>
          </w:tcPr>
          <w:p w14:paraId="0AEA425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20.17 ± 1.25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r-v</w:t>
            </w:r>
          </w:p>
        </w:tc>
        <w:tc>
          <w:tcPr>
            <w:tcW w:w="1128" w:type="dxa"/>
            <w:vAlign w:val="bottom"/>
          </w:tcPr>
          <w:p w14:paraId="0AEA425F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7.73 ± 0.12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g-n</w:t>
            </w:r>
          </w:p>
        </w:tc>
        <w:tc>
          <w:tcPr>
            <w:tcW w:w="1127" w:type="dxa"/>
            <w:vAlign w:val="bottom"/>
          </w:tcPr>
          <w:p w14:paraId="0AEA4260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3.79 ± 0.05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q-v</w:t>
            </w:r>
          </w:p>
        </w:tc>
        <w:tc>
          <w:tcPr>
            <w:tcW w:w="1343" w:type="dxa"/>
            <w:vAlign w:val="bottom"/>
          </w:tcPr>
          <w:p w14:paraId="0AEA4261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229 ± 2.65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ef</w:t>
            </w:r>
          </w:p>
        </w:tc>
        <w:tc>
          <w:tcPr>
            <w:tcW w:w="1276" w:type="dxa"/>
            <w:vAlign w:val="bottom"/>
          </w:tcPr>
          <w:p w14:paraId="0AEA4262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273.53 ± 3.77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265" w:type="dxa"/>
            <w:vAlign w:val="bottom"/>
          </w:tcPr>
          <w:p w14:paraId="0AEA4263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214.27 ± 2.53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257" w:type="dxa"/>
            <w:vAlign w:val="bottom"/>
          </w:tcPr>
          <w:p w14:paraId="0AEA4264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15.25 ± 0.42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f-h</w:t>
            </w:r>
          </w:p>
        </w:tc>
        <w:tc>
          <w:tcPr>
            <w:tcW w:w="1163" w:type="dxa"/>
            <w:vAlign w:val="bottom"/>
          </w:tcPr>
          <w:p w14:paraId="0AEA4265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93.57 ± 0.51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e-l</w:t>
            </w:r>
          </w:p>
        </w:tc>
        <w:tc>
          <w:tcPr>
            <w:tcW w:w="1134" w:type="dxa"/>
            <w:vAlign w:val="bottom"/>
          </w:tcPr>
          <w:p w14:paraId="0AEA4266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0.78 ± 0.08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134" w:type="dxa"/>
          </w:tcPr>
          <w:p w14:paraId="0AEA4267" w14:textId="77777777" w:rsidR="009C30B0" w:rsidRDefault="009C30B0" w:rsidP="009C30B0">
            <w:pPr>
              <w:jc w:val="center"/>
            </w:pPr>
            <w:r w:rsidRPr="00A46103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277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69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625" w:type="dxa"/>
            <w:vAlign w:val="bottom"/>
          </w:tcPr>
          <w:p w14:paraId="0AEA426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Lalit</w:t>
            </w:r>
            <w:proofErr w:type="spellEnd"/>
          </w:p>
        </w:tc>
        <w:tc>
          <w:tcPr>
            <w:tcW w:w="1253" w:type="dxa"/>
            <w:vAlign w:val="bottom"/>
          </w:tcPr>
          <w:p w14:paraId="0AEA426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11.93 ± 0.07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b-f</w:t>
            </w:r>
          </w:p>
        </w:tc>
        <w:tc>
          <w:tcPr>
            <w:tcW w:w="1127" w:type="dxa"/>
            <w:vAlign w:val="bottom"/>
          </w:tcPr>
          <w:p w14:paraId="0AEA426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0.38±0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j-q</w:t>
            </w:r>
          </w:p>
        </w:tc>
        <w:tc>
          <w:tcPr>
            <w:tcW w:w="1253" w:type="dxa"/>
            <w:vAlign w:val="bottom"/>
          </w:tcPr>
          <w:p w14:paraId="0AEA426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31.69 ± 0.4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e-l</w:t>
            </w:r>
          </w:p>
        </w:tc>
        <w:tc>
          <w:tcPr>
            <w:tcW w:w="1128" w:type="dxa"/>
            <w:vAlign w:val="bottom"/>
          </w:tcPr>
          <w:p w14:paraId="0AEA426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7.55 ± 0.17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j-n</w:t>
            </w:r>
          </w:p>
        </w:tc>
        <w:tc>
          <w:tcPr>
            <w:tcW w:w="1127" w:type="dxa"/>
            <w:vAlign w:val="bottom"/>
          </w:tcPr>
          <w:p w14:paraId="0AEA426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4.04 ± 0.07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l-t</w:t>
            </w:r>
          </w:p>
        </w:tc>
        <w:tc>
          <w:tcPr>
            <w:tcW w:w="1343" w:type="dxa"/>
            <w:vAlign w:val="bottom"/>
          </w:tcPr>
          <w:p w14:paraId="0AEA427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247.53 ± 2.17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76" w:type="dxa"/>
            <w:vAlign w:val="bottom"/>
          </w:tcPr>
          <w:p w14:paraId="0AEA427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234.97 ± 6.79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v</w:t>
            </w:r>
          </w:p>
        </w:tc>
        <w:tc>
          <w:tcPr>
            <w:tcW w:w="1265" w:type="dxa"/>
            <w:vAlign w:val="bottom"/>
          </w:tcPr>
          <w:p w14:paraId="0AEA427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129.03 ± 3.39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o-s</w:t>
            </w:r>
          </w:p>
        </w:tc>
        <w:tc>
          <w:tcPr>
            <w:tcW w:w="1257" w:type="dxa"/>
            <w:vAlign w:val="bottom"/>
          </w:tcPr>
          <w:p w14:paraId="0AEA427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13.49 ± 0.81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j-l</w:t>
            </w:r>
          </w:p>
        </w:tc>
        <w:tc>
          <w:tcPr>
            <w:tcW w:w="1163" w:type="dxa"/>
            <w:vAlign w:val="bottom"/>
          </w:tcPr>
          <w:p w14:paraId="0AEA427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94.9 ± 0.86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e-g</w:t>
            </w:r>
          </w:p>
        </w:tc>
        <w:tc>
          <w:tcPr>
            <w:tcW w:w="1134" w:type="dxa"/>
            <w:vAlign w:val="bottom"/>
          </w:tcPr>
          <w:p w14:paraId="0AEA427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6.24 ± 0.17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</w:t>
            </w:r>
          </w:p>
        </w:tc>
        <w:tc>
          <w:tcPr>
            <w:tcW w:w="1134" w:type="dxa"/>
            <w:vAlign w:val="center"/>
          </w:tcPr>
          <w:p w14:paraId="0AEA427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5.81 ± 0.19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fg</w:t>
            </w:r>
          </w:p>
        </w:tc>
      </w:tr>
      <w:tr w:rsidR="003A1B86" w:rsidRPr="00A72067" w14:paraId="0AEA4286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78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625" w:type="dxa"/>
            <w:vAlign w:val="bottom"/>
          </w:tcPr>
          <w:p w14:paraId="0AEA427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Punjab Pink</w:t>
            </w:r>
          </w:p>
        </w:tc>
        <w:tc>
          <w:tcPr>
            <w:tcW w:w="1253" w:type="dxa"/>
            <w:vAlign w:val="bottom"/>
          </w:tcPr>
          <w:p w14:paraId="0AEA427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10.87 ± 0.47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e-m</w:t>
            </w:r>
          </w:p>
        </w:tc>
        <w:tc>
          <w:tcPr>
            <w:tcW w:w="1127" w:type="dxa"/>
            <w:vAlign w:val="bottom"/>
          </w:tcPr>
          <w:p w14:paraId="0AEA427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0.4±0.01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j-p</w:t>
            </w:r>
          </w:p>
        </w:tc>
        <w:tc>
          <w:tcPr>
            <w:tcW w:w="1253" w:type="dxa"/>
            <w:vAlign w:val="bottom"/>
          </w:tcPr>
          <w:p w14:paraId="0AEA427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27.45 ± 1.53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j-q</w:t>
            </w:r>
          </w:p>
        </w:tc>
        <w:tc>
          <w:tcPr>
            <w:tcW w:w="1128" w:type="dxa"/>
            <w:vAlign w:val="bottom"/>
          </w:tcPr>
          <w:p w14:paraId="0AEA427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6.6 ± 0.09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s-u</w:t>
            </w:r>
          </w:p>
        </w:tc>
        <w:tc>
          <w:tcPr>
            <w:tcW w:w="1127" w:type="dxa"/>
            <w:vAlign w:val="bottom"/>
          </w:tcPr>
          <w:p w14:paraId="0AEA427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3.79 ± 0.05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q-v</w:t>
            </w:r>
          </w:p>
        </w:tc>
        <w:tc>
          <w:tcPr>
            <w:tcW w:w="1343" w:type="dxa"/>
            <w:vAlign w:val="bottom"/>
          </w:tcPr>
          <w:p w14:paraId="0AEA427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129.67 ± 3.23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276" w:type="dxa"/>
            <w:vAlign w:val="bottom"/>
          </w:tcPr>
          <w:p w14:paraId="0AEA428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286.1 ± 2.75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m-o</w:t>
            </w:r>
          </w:p>
        </w:tc>
        <w:tc>
          <w:tcPr>
            <w:tcW w:w="1265" w:type="dxa"/>
            <w:vAlign w:val="bottom"/>
          </w:tcPr>
          <w:p w14:paraId="0AEA428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212.87 ± 1.53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b-d</w:t>
            </w:r>
          </w:p>
        </w:tc>
        <w:tc>
          <w:tcPr>
            <w:tcW w:w="1257" w:type="dxa"/>
            <w:vAlign w:val="bottom"/>
          </w:tcPr>
          <w:p w14:paraId="0AEA428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16.21 ± 0.44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ef</w:t>
            </w:r>
          </w:p>
        </w:tc>
        <w:tc>
          <w:tcPr>
            <w:tcW w:w="1163" w:type="dxa"/>
            <w:vAlign w:val="bottom"/>
          </w:tcPr>
          <w:p w14:paraId="0AEA428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94.29 ± 0.44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e-i</w:t>
            </w:r>
          </w:p>
        </w:tc>
        <w:tc>
          <w:tcPr>
            <w:tcW w:w="1134" w:type="dxa"/>
            <w:vAlign w:val="bottom"/>
          </w:tcPr>
          <w:p w14:paraId="0AEA428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8.85 ± 0.13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134" w:type="dxa"/>
            <w:vAlign w:val="center"/>
          </w:tcPr>
          <w:p w14:paraId="0AEA428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7.36 ± 0.09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</w:tr>
      <w:tr w:rsidR="009C30B0" w:rsidRPr="00A72067" w14:paraId="0AEA4295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287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625" w:type="dxa"/>
            <w:vAlign w:val="bottom"/>
          </w:tcPr>
          <w:p w14:paraId="0AEA4288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molle</w:t>
            </w:r>
            <w:proofErr w:type="spellEnd"/>
          </w:p>
        </w:tc>
        <w:tc>
          <w:tcPr>
            <w:tcW w:w="1253" w:type="dxa"/>
            <w:vAlign w:val="bottom"/>
          </w:tcPr>
          <w:p w14:paraId="0AEA4289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9.57 ± 0.27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o-s</w:t>
            </w:r>
          </w:p>
        </w:tc>
        <w:tc>
          <w:tcPr>
            <w:tcW w:w="1127" w:type="dxa"/>
            <w:vAlign w:val="bottom"/>
          </w:tcPr>
          <w:p w14:paraId="0AEA428A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1.14±0.03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53" w:type="dxa"/>
            <w:vAlign w:val="bottom"/>
          </w:tcPr>
          <w:p w14:paraId="0AEA428B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8.42 ± 0.09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w-y</w:t>
            </w:r>
          </w:p>
        </w:tc>
        <w:tc>
          <w:tcPr>
            <w:tcW w:w="1128" w:type="dxa"/>
            <w:vAlign w:val="bottom"/>
          </w:tcPr>
          <w:p w14:paraId="0AEA428C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6.24 ± 0.16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</w:t>
            </w:r>
          </w:p>
        </w:tc>
        <w:tc>
          <w:tcPr>
            <w:tcW w:w="1127" w:type="dxa"/>
            <w:vAlign w:val="bottom"/>
          </w:tcPr>
          <w:p w14:paraId="0AEA428D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3.49 ± 0.12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u-y</w:t>
            </w:r>
          </w:p>
        </w:tc>
        <w:tc>
          <w:tcPr>
            <w:tcW w:w="1343" w:type="dxa"/>
            <w:vAlign w:val="bottom"/>
          </w:tcPr>
          <w:p w14:paraId="0AEA428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89.13 ± 3.2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u</w:t>
            </w:r>
          </w:p>
        </w:tc>
        <w:tc>
          <w:tcPr>
            <w:tcW w:w="1276" w:type="dxa"/>
            <w:vAlign w:val="bottom"/>
          </w:tcPr>
          <w:p w14:paraId="0AEA428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449.63 ± 1.57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65" w:type="dxa"/>
            <w:vAlign w:val="bottom"/>
          </w:tcPr>
          <w:p w14:paraId="0AEA4290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179.07 ± 2.84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hi</w:t>
            </w:r>
          </w:p>
        </w:tc>
        <w:tc>
          <w:tcPr>
            <w:tcW w:w="1257" w:type="dxa"/>
            <w:vAlign w:val="bottom"/>
          </w:tcPr>
          <w:p w14:paraId="0AEA4291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10.85 ± 0.45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o-q</w:t>
            </w:r>
          </w:p>
        </w:tc>
        <w:tc>
          <w:tcPr>
            <w:tcW w:w="1163" w:type="dxa"/>
            <w:vAlign w:val="bottom"/>
          </w:tcPr>
          <w:p w14:paraId="0AEA4292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94.97 ± 0.59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d-g</w:t>
            </w:r>
          </w:p>
        </w:tc>
        <w:tc>
          <w:tcPr>
            <w:tcW w:w="1134" w:type="dxa"/>
            <w:vAlign w:val="bottom"/>
          </w:tcPr>
          <w:p w14:paraId="0AEA4293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0.88 ± 0.05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34" w:type="dxa"/>
          </w:tcPr>
          <w:p w14:paraId="0AEA4294" w14:textId="77777777" w:rsidR="009C30B0" w:rsidRDefault="009C30B0" w:rsidP="009C30B0">
            <w:pPr>
              <w:jc w:val="center"/>
            </w:pPr>
            <w:r w:rsidRPr="006C0DAF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2A4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96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625" w:type="dxa"/>
            <w:vAlign w:val="bottom"/>
          </w:tcPr>
          <w:p w14:paraId="0AEA4297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pumilum</w:t>
            </w:r>
            <w:proofErr w:type="spellEnd"/>
          </w:p>
        </w:tc>
        <w:tc>
          <w:tcPr>
            <w:tcW w:w="1253" w:type="dxa"/>
            <w:vAlign w:val="bottom"/>
          </w:tcPr>
          <w:p w14:paraId="0AEA4298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10.8 ± 0.31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f-n</w:t>
            </w:r>
          </w:p>
        </w:tc>
        <w:tc>
          <w:tcPr>
            <w:tcW w:w="1127" w:type="dxa"/>
            <w:vAlign w:val="bottom"/>
          </w:tcPr>
          <w:p w14:paraId="0AEA4299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0.69±0.04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de</w:t>
            </w:r>
          </w:p>
        </w:tc>
        <w:tc>
          <w:tcPr>
            <w:tcW w:w="1253" w:type="dxa"/>
            <w:vAlign w:val="bottom"/>
          </w:tcPr>
          <w:p w14:paraId="0AEA429A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15.73 ± 0.91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t-v</w:t>
            </w:r>
          </w:p>
        </w:tc>
        <w:tc>
          <w:tcPr>
            <w:tcW w:w="1128" w:type="dxa"/>
            <w:vAlign w:val="bottom"/>
          </w:tcPr>
          <w:p w14:paraId="0AEA429B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7.52 ± 0.17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j-n</w:t>
            </w:r>
          </w:p>
        </w:tc>
        <w:tc>
          <w:tcPr>
            <w:tcW w:w="1127" w:type="dxa"/>
            <w:vAlign w:val="bottom"/>
          </w:tcPr>
          <w:p w14:paraId="0AEA429C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4.09 ± 0.24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k-t</w:t>
            </w:r>
          </w:p>
        </w:tc>
        <w:tc>
          <w:tcPr>
            <w:tcW w:w="1343" w:type="dxa"/>
            <w:vAlign w:val="bottom"/>
          </w:tcPr>
          <w:p w14:paraId="0AEA429D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114.47 ± 4.5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rs</w:t>
            </w:r>
          </w:p>
        </w:tc>
        <w:tc>
          <w:tcPr>
            <w:tcW w:w="1276" w:type="dxa"/>
            <w:vAlign w:val="bottom"/>
          </w:tcPr>
          <w:p w14:paraId="0AEA429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316.73 ± 3.55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</w:t>
            </w:r>
          </w:p>
        </w:tc>
        <w:tc>
          <w:tcPr>
            <w:tcW w:w="1265" w:type="dxa"/>
            <w:vAlign w:val="bottom"/>
          </w:tcPr>
          <w:p w14:paraId="0AEA429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153.1 ± 5.04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k-m</w:t>
            </w:r>
          </w:p>
        </w:tc>
        <w:tc>
          <w:tcPr>
            <w:tcW w:w="1257" w:type="dxa"/>
            <w:vAlign w:val="bottom"/>
          </w:tcPr>
          <w:p w14:paraId="0AEA42A0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11.19 ± 0.51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n-p</w:t>
            </w:r>
          </w:p>
        </w:tc>
        <w:tc>
          <w:tcPr>
            <w:tcW w:w="1163" w:type="dxa"/>
            <w:vAlign w:val="bottom"/>
          </w:tcPr>
          <w:p w14:paraId="0AEA42A1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88.88 ± 0.91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q-s</w:t>
            </w:r>
          </w:p>
        </w:tc>
        <w:tc>
          <w:tcPr>
            <w:tcW w:w="1134" w:type="dxa"/>
            <w:vAlign w:val="bottom"/>
          </w:tcPr>
          <w:p w14:paraId="0AEA42A2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0.89 ± 0.06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34" w:type="dxa"/>
          </w:tcPr>
          <w:p w14:paraId="0AEA42A3" w14:textId="77777777" w:rsidR="009C30B0" w:rsidRDefault="009C30B0" w:rsidP="009C30B0">
            <w:pPr>
              <w:jc w:val="center"/>
            </w:pPr>
            <w:r w:rsidRPr="006C0DAF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9C30B0" w:rsidRPr="00A72067" w14:paraId="0AEA42B3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A5" w14:textId="77777777" w:rsidR="009C30B0" w:rsidRPr="00A72067" w:rsidRDefault="009C30B0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625" w:type="dxa"/>
            <w:vAlign w:val="bottom"/>
          </w:tcPr>
          <w:p w14:paraId="0AEA42A6" w14:textId="77777777" w:rsidR="009C30B0" w:rsidRPr="00A72067" w:rsidRDefault="009C30B0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guineense</w:t>
            </w:r>
            <w:proofErr w:type="spellEnd"/>
          </w:p>
        </w:tc>
        <w:tc>
          <w:tcPr>
            <w:tcW w:w="1253" w:type="dxa"/>
            <w:vAlign w:val="bottom"/>
          </w:tcPr>
          <w:p w14:paraId="0AEA42A7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9.6 ± 0.27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o-s</w:t>
            </w:r>
          </w:p>
        </w:tc>
        <w:tc>
          <w:tcPr>
            <w:tcW w:w="1127" w:type="dxa"/>
            <w:vAlign w:val="bottom"/>
          </w:tcPr>
          <w:p w14:paraId="0AEA42A8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1.6±0.04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53" w:type="dxa"/>
            <w:vAlign w:val="bottom"/>
          </w:tcPr>
          <w:p w14:paraId="0AEA42A9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5.99 ± 0.2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y</w:t>
            </w:r>
          </w:p>
        </w:tc>
        <w:tc>
          <w:tcPr>
            <w:tcW w:w="1128" w:type="dxa"/>
            <w:vAlign w:val="bottom"/>
          </w:tcPr>
          <w:p w14:paraId="0AEA42AA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6.44 ± 0.28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</w:t>
            </w:r>
          </w:p>
        </w:tc>
        <w:tc>
          <w:tcPr>
            <w:tcW w:w="1127" w:type="dxa"/>
            <w:vAlign w:val="bottom"/>
          </w:tcPr>
          <w:p w14:paraId="0AEA42AB" w14:textId="77777777" w:rsidR="009C30B0" w:rsidRPr="00A72067" w:rsidRDefault="009C30B0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3.91 ± 0.06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n-v</w:t>
            </w:r>
          </w:p>
        </w:tc>
        <w:tc>
          <w:tcPr>
            <w:tcW w:w="1343" w:type="dxa"/>
            <w:vAlign w:val="bottom"/>
          </w:tcPr>
          <w:p w14:paraId="0AEA42AC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103.8 ± 4.2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</w:p>
        </w:tc>
        <w:tc>
          <w:tcPr>
            <w:tcW w:w="1276" w:type="dxa"/>
            <w:vAlign w:val="bottom"/>
          </w:tcPr>
          <w:p w14:paraId="0AEA42AD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436.97 ± 2.34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65" w:type="dxa"/>
            <w:vAlign w:val="bottom"/>
          </w:tcPr>
          <w:p w14:paraId="0AEA42AE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209.5 ± 2.76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b-f</w:t>
            </w:r>
          </w:p>
        </w:tc>
        <w:tc>
          <w:tcPr>
            <w:tcW w:w="1257" w:type="dxa"/>
            <w:vAlign w:val="bottom"/>
          </w:tcPr>
          <w:p w14:paraId="0AEA42AF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11.36 ± 0.32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n-p</w:t>
            </w:r>
          </w:p>
        </w:tc>
        <w:tc>
          <w:tcPr>
            <w:tcW w:w="1163" w:type="dxa"/>
            <w:vAlign w:val="bottom"/>
          </w:tcPr>
          <w:p w14:paraId="0AEA42B0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93.21 ± 0.52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f-l</w:t>
            </w:r>
          </w:p>
        </w:tc>
        <w:tc>
          <w:tcPr>
            <w:tcW w:w="1134" w:type="dxa"/>
            <w:vAlign w:val="bottom"/>
          </w:tcPr>
          <w:p w14:paraId="0AEA42B1" w14:textId="77777777" w:rsidR="009C30B0" w:rsidRPr="00A72067" w:rsidRDefault="009C30B0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0.89 ± 0.03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134" w:type="dxa"/>
          </w:tcPr>
          <w:p w14:paraId="0AEA42B2" w14:textId="77777777" w:rsidR="009C30B0" w:rsidRDefault="009C30B0" w:rsidP="009C30B0">
            <w:pPr>
              <w:jc w:val="center"/>
            </w:pPr>
            <w:r w:rsidRPr="006C0DAF">
              <w:rPr>
                <w:rFonts w:ascii="Times New Roman" w:hAnsi="Times New Roman" w:cs="Times New Roman"/>
                <w:sz w:val="16"/>
              </w:rPr>
              <w:t>“–”</w:t>
            </w:r>
          </w:p>
        </w:tc>
      </w:tr>
      <w:tr w:rsidR="003A1B86" w:rsidRPr="00A72067" w14:paraId="0AEA42C2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2B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625" w:type="dxa"/>
            <w:vAlign w:val="bottom"/>
          </w:tcPr>
          <w:p w14:paraId="0AEA42B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sz w:val="16"/>
                <w:szCs w:val="16"/>
              </w:rPr>
              <w:t xml:space="preserve"> genotype 18</w:t>
            </w:r>
          </w:p>
        </w:tc>
        <w:tc>
          <w:tcPr>
            <w:tcW w:w="1253" w:type="dxa"/>
            <w:vAlign w:val="bottom"/>
          </w:tcPr>
          <w:p w14:paraId="0AEA42B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14.77 ± 0.29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27" w:type="dxa"/>
            <w:vAlign w:val="bottom"/>
          </w:tcPr>
          <w:p w14:paraId="0AEA42B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0.41±0.05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j-n</w:t>
            </w:r>
          </w:p>
        </w:tc>
        <w:tc>
          <w:tcPr>
            <w:tcW w:w="1253" w:type="dxa"/>
            <w:vAlign w:val="bottom"/>
          </w:tcPr>
          <w:p w14:paraId="0AEA42B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36.81 ± 4.57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b-g</w:t>
            </w:r>
          </w:p>
        </w:tc>
        <w:tc>
          <w:tcPr>
            <w:tcW w:w="1128" w:type="dxa"/>
            <w:vAlign w:val="bottom"/>
          </w:tcPr>
          <w:p w14:paraId="0AEA42B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10.21 ± 0.18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27" w:type="dxa"/>
            <w:vAlign w:val="bottom"/>
          </w:tcPr>
          <w:p w14:paraId="0AEA42B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5.65 ± 0.09</w:t>
            </w: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343" w:type="dxa"/>
            <w:vAlign w:val="bottom"/>
          </w:tcPr>
          <w:p w14:paraId="0AEA42B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228.4 ± 2.02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ef</w:t>
            </w:r>
          </w:p>
        </w:tc>
        <w:tc>
          <w:tcPr>
            <w:tcW w:w="1276" w:type="dxa"/>
            <w:vAlign w:val="bottom"/>
          </w:tcPr>
          <w:p w14:paraId="0AEA42B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419.5 ± 3.1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265" w:type="dxa"/>
            <w:vAlign w:val="bottom"/>
          </w:tcPr>
          <w:p w14:paraId="0AEA42B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159.17 ± 2.91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j-l</w:t>
            </w:r>
          </w:p>
        </w:tc>
        <w:tc>
          <w:tcPr>
            <w:tcW w:w="1257" w:type="dxa"/>
            <w:vAlign w:val="bottom"/>
          </w:tcPr>
          <w:p w14:paraId="0AEA42B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14.59 ± 0.62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g-i</w:t>
            </w:r>
          </w:p>
        </w:tc>
        <w:tc>
          <w:tcPr>
            <w:tcW w:w="1163" w:type="dxa"/>
            <w:vAlign w:val="bottom"/>
          </w:tcPr>
          <w:p w14:paraId="0AEA42B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94.73 ± 0.23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d-h</w:t>
            </w:r>
          </w:p>
        </w:tc>
        <w:tc>
          <w:tcPr>
            <w:tcW w:w="1134" w:type="dxa"/>
            <w:vAlign w:val="bottom"/>
          </w:tcPr>
          <w:p w14:paraId="0AEA42C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4.46 ± 0.12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</w:t>
            </w:r>
          </w:p>
        </w:tc>
        <w:tc>
          <w:tcPr>
            <w:tcW w:w="1134" w:type="dxa"/>
            <w:vAlign w:val="center"/>
          </w:tcPr>
          <w:p w14:paraId="0AEA42C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2.53 ± 0.09</w:t>
            </w:r>
            <w:r w:rsidRPr="00A720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mn</w:t>
            </w:r>
          </w:p>
        </w:tc>
      </w:tr>
      <w:tr w:rsidR="003A1B86" w:rsidRPr="00A72067" w14:paraId="0AEA42D1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C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5" w:type="dxa"/>
            <w:vAlign w:val="center"/>
          </w:tcPr>
          <w:p w14:paraId="0AEA42C4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Range</w:t>
            </w:r>
          </w:p>
        </w:tc>
        <w:tc>
          <w:tcPr>
            <w:tcW w:w="1253" w:type="dxa"/>
            <w:vAlign w:val="bottom"/>
          </w:tcPr>
          <w:p w14:paraId="0AEA42C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8.13-14.77</w:t>
            </w:r>
          </w:p>
        </w:tc>
        <w:tc>
          <w:tcPr>
            <w:tcW w:w="1127" w:type="dxa"/>
            <w:vAlign w:val="bottom"/>
          </w:tcPr>
          <w:p w14:paraId="0AEA42C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0.25-1.60</w:t>
            </w:r>
          </w:p>
        </w:tc>
        <w:tc>
          <w:tcPr>
            <w:tcW w:w="1253" w:type="dxa"/>
            <w:vAlign w:val="bottom"/>
          </w:tcPr>
          <w:p w14:paraId="0AEA42C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5.75-50.19</w:t>
            </w:r>
          </w:p>
        </w:tc>
        <w:tc>
          <w:tcPr>
            <w:tcW w:w="1128" w:type="dxa"/>
            <w:vAlign w:val="bottom"/>
          </w:tcPr>
          <w:p w14:paraId="0AEA42C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5.41-10.21</w:t>
            </w:r>
          </w:p>
        </w:tc>
        <w:tc>
          <w:tcPr>
            <w:tcW w:w="1127" w:type="dxa"/>
          </w:tcPr>
          <w:p w14:paraId="0AEA42C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3.17-5.65</w:t>
            </w:r>
          </w:p>
        </w:tc>
        <w:tc>
          <w:tcPr>
            <w:tcW w:w="1343" w:type="dxa"/>
            <w:vAlign w:val="bottom"/>
          </w:tcPr>
          <w:p w14:paraId="0AEA42C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72.67-338.93</w:t>
            </w:r>
          </w:p>
        </w:tc>
        <w:tc>
          <w:tcPr>
            <w:tcW w:w="1276" w:type="dxa"/>
            <w:vAlign w:val="bottom"/>
          </w:tcPr>
          <w:p w14:paraId="0AEA42C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117.93-449.63</w:t>
            </w:r>
          </w:p>
        </w:tc>
        <w:tc>
          <w:tcPr>
            <w:tcW w:w="1265" w:type="dxa"/>
            <w:vAlign w:val="bottom"/>
          </w:tcPr>
          <w:p w14:paraId="0AEA42C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54.99-242.77</w:t>
            </w:r>
          </w:p>
        </w:tc>
        <w:tc>
          <w:tcPr>
            <w:tcW w:w="1257" w:type="dxa"/>
            <w:vAlign w:val="bottom"/>
          </w:tcPr>
          <w:p w14:paraId="0AEA42C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7.74-20.69</w:t>
            </w:r>
          </w:p>
        </w:tc>
        <w:tc>
          <w:tcPr>
            <w:tcW w:w="1163" w:type="dxa"/>
            <w:vAlign w:val="bottom"/>
          </w:tcPr>
          <w:p w14:paraId="0AEA42C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85.72-98.47</w:t>
            </w:r>
          </w:p>
        </w:tc>
        <w:tc>
          <w:tcPr>
            <w:tcW w:w="1134" w:type="dxa"/>
            <w:vAlign w:val="bottom"/>
          </w:tcPr>
          <w:p w14:paraId="0AEA42C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0.48-10.66</w:t>
            </w:r>
          </w:p>
        </w:tc>
        <w:tc>
          <w:tcPr>
            <w:tcW w:w="1134" w:type="dxa"/>
            <w:vAlign w:val="bottom"/>
          </w:tcPr>
          <w:p w14:paraId="0AEA42D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0.59-9.97</w:t>
            </w:r>
          </w:p>
        </w:tc>
      </w:tr>
      <w:tr w:rsidR="003A1B86" w:rsidRPr="00A72067" w14:paraId="0AEA42E0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D2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5" w:type="dxa"/>
            <w:vAlign w:val="center"/>
          </w:tcPr>
          <w:p w14:paraId="0AEA42D3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Mean</w:t>
            </w:r>
          </w:p>
        </w:tc>
        <w:tc>
          <w:tcPr>
            <w:tcW w:w="1253" w:type="dxa"/>
            <w:vAlign w:val="bottom"/>
          </w:tcPr>
          <w:p w14:paraId="0AEA42D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10.85</w:t>
            </w:r>
          </w:p>
        </w:tc>
        <w:tc>
          <w:tcPr>
            <w:tcW w:w="1127" w:type="dxa"/>
            <w:vAlign w:val="bottom"/>
          </w:tcPr>
          <w:p w14:paraId="0AEA42D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1253" w:type="dxa"/>
            <w:vAlign w:val="bottom"/>
          </w:tcPr>
          <w:p w14:paraId="0AEA42D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27.02</w:t>
            </w:r>
          </w:p>
        </w:tc>
        <w:tc>
          <w:tcPr>
            <w:tcW w:w="1128" w:type="dxa"/>
            <w:vAlign w:val="bottom"/>
          </w:tcPr>
          <w:p w14:paraId="0AEA42D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7.72</w:t>
            </w:r>
          </w:p>
        </w:tc>
        <w:tc>
          <w:tcPr>
            <w:tcW w:w="1127" w:type="dxa"/>
          </w:tcPr>
          <w:p w14:paraId="0AEA42D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4.29</w:t>
            </w:r>
          </w:p>
        </w:tc>
        <w:tc>
          <w:tcPr>
            <w:tcW w:w="1343" w:type="dxa"/>
            <w:vAlign w:val="bottom"/>
          </w:tcPr>
          <w:p w14:paraId="0AEA42D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165.52</w:t>
            </w:r>
          </w:p>
        </w:tc>
        <w:tc>
          <w:tcPr>
            <w:tcW w:w="1276" w:type="dxa"/>
            <w:vAlign w:val="bottom"/>
          </w:tcPr>
          <w:p w14:paraId="0AEA42D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288.63</w:t>
            </w:r>
          </w:p>
        </w:tc>
        <w:tc>
          <w:tcPr>
            <w:tcW w:w="1265" w:type="dxa"/>
            <w:vAlign w:val="bottom"/>
          </w:tcPr>
          <w:p w14:paraId="0AEA42D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159.69</w:t>
            </w:r>
          </w:p>
        </w:tc>
        <w:tc>
          <w:tcPr>
            <w:tcW w:w="1257" w:type="dxa"/>
            <w:vAlign w:val="bottom"/>
          </w:tcPr>
          <w:p w14:paraId="0AEA42D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13.28</w:t>
            </w:r>
          </w:p>
        </w:tc>
        <w:tc>
          <w:tcPr>
            <w:tcW w:w="1163" w:type="dxa"/>
            <w:vAlign w:val="bottom"/>
          </w:tcPr>
          <w:p w14:paraId="0AEA42D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93.24</w:t>
            </w:r>
          </w:p>
        </w:tc>
        <w:tc>
          <w:tcPr>
            <w:tcW w:w="1134" w:type="dxa"/>
            <w:vAlign w:val="bottom"/>
          </w:tcPr>
          <w:p w14:paraId="0AEA42D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3.03</w:t>
            </w:r>
          </w:p>
        </w:tc>
        <w:tc>
          <w:tcPr>
            <w:tcW w:w="1134" w:type="dxa"/>
            <w:vAlign w:val="bottom"/>
          </w:tcPr>
          <w:p w14:paraId="0AEA42D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4.72</w:t>
            </w:r>
          </w:p>
        </w:tc>
      </w:tr>
      <w:tr w:rsidR="003A1B86" w:rsidRPr="00A72067" w14:paraId="0AEA42EF" w14:textId="77777777" w:rsidTr="009C30B0">
        <w:trPr>
          <w:trHeight w:val="182"/>
        </w:trPr>
        <w:tc>
          <w:tcPr>
            <w:tcW w:w="500" w:type="dxa"/>
            <w:vAlign w:val="center"/>
          </w:tcPr>
          <w:p w14:paraId="0AEA42E1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5" w:type="dxa"/>
            <w:vAlign w:val="center"/>
          </w:tcPr>
          <w:p w14:paraId="0AEA42E2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LSD (p</w:t>
            </w:r>
            <w:r w:rsidR="009610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≤</w:t>
            </w:r>
            <w:r w:rsidR="009610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0.05)</w:t>
            </w:r>
          </w:p>
        </w:tc>
        <w:tc>
          <w:tcPr>
            <w:tcW w:w="1253" w:type="dxa"/>
            <w:vAlign w:val="bottom"/>
          </w:tcPr>
          <w:p w14:paraId="0AEA42E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1127" w:type="dxa"/>
            <w:vAlign w:val="bottom"/>
          </w:tcPr>
          <w:p w14:paraId="0AEA42E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1253" w:type="dxa"/>
            <w:vAlign w:val="bottom"/>
          </w:tcPr>
          <w:p w14:paraId="0AEA42E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7.09</w:t>
            </w:r>
          </w:p>
        </w:tc>
        <w:tc>
          <w:tcPr>
            <w:tcW w:w="1128" w:type="dxa"/>
            <w:vAlign w:val="bottom"/>
          </w:tcPr>
          <w:p w14:paraId="0AEA42E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1127" w:type="dxa"/>
          </w:tcPr>
          <w:p w14:paraId="0AEA42E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1343" w:type="dxa"/>
            <w:vAlign w:val="bottom"/>
          </w:tcPr>
          <w:p w14:paraId="0AEA42E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10.92</w:t>
            </w:r>
          </w:p>
        </w:tc>
        <w:tc>
          <w:tcPr>
            <w:tcW w:w="1276" w:type="dxa"/>
            <w:vAlign w:val="bottom"/>
          </w:tcPr>
          <w:p w14:paraId="0AEA42E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9.09</w:t>
            </w:r>
          </w:p>
        </w:tc>
        <w:tc>
          <w:tcPr>
            <w:tcW w:w="1265" w:type="dxa"/>
            <w:vAlign w:val="bottom"/>
          </w:tcPr>
          <w:p w14:paraId="0AEA42E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13.92</w:t>
            </w:r>
          </w:p>
        </w:tc>
        <w:tc>
          <w:tcPr>
            <w:tcW w:w="1257" w:type="dxa"/>
            <w:vAlign w:val="bottom"/>
          </w:tcPr>
          <w:p w14:paraId="0AEA42E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1163" w:type="dxa"/>
            <w:vAlign w:val="bottom"/>
          </w:tcPr>
          <w:p w14:paraId="0AEA42E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1.97</w:t>
            </w:r>
          </w:p>
        </w:tc>
        <w:tc>
          <w:tcPr>
            <w:tcW w:w="1134" w:type="dxa"/>
            <w:vAlign w:val="bottom"/>
          </w:tcPr>
          <w:p w14:paraId="0AEA42E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1134" w:type="dxa"/>
            <w:vAlign w:val="bottom"/>
          </w:tcPr>
          <w:p w14:paraId="0AEA42E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</w:tr>
      <w:tr w:rsidR="003A1B86" w:rsidRPr="00A72067" w14:paraId="0AEA42FE" w14:textId="77777777" w:rsidTr="009C30B0">
        <w:trPr>
          <w:trHeight w:val="197"/>
        </w:trPr>
        <w:tc>
          <w:tcPr>
            <w:tcW w:w="500" w:type="dxa"/>
            <w:vAlign w:val="center"/>
          </w:tcPr>
          <w:p w14:paraId="0AEA42F0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5" w:type="dxa"/>
            <w:vAlign w:val="center"/>
          </w:tcPr>
          <w:p w14:paraId="0AEA42F1" w14:textId="77777777" w:rsidR="003A1B86" w:rsidRPr="00A72067" w:rsidRDefault="003A1B86" w:rsidP="009C30B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CV (%)</w:t>
            </w:r>
          </w:p>
        </w:tc>
        <w:tc>
          <w:tcPr>
            <w:tcW w:w="1253" w:type="dxa"/>
            <w:vAlign w:val="bottom"/>
          </w:tcPr>
          <w:p w14:paraId="0AEA42F2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10.79</w:t>
            </w:r>
          </w:p>
        </w:tc>
        <w:tc>
          <w:tcPr>
            <w:tcW w:w="1127" w:type="dxa"/>
            <w:vAlign w:val="bottom"/>
          </w:tcPr>
          <w:p w14:paraId="0AEA42F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63.01</w:t>
            </w:r>
          </w:p>
        </w:tc>
        <w:tc>
          <w:tcPr>
            <w:tcW w:w="1253" w:type="dxa"/>
            <w:vAlign w:val="bottom"/>
          </w:tcPr>
          <w:p w14:paraId="0AEA42F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39.02</w:t>
            </w:r>
          </w:p>
        </w:tc>
        <w:tc>
          <w:tcPr>
            <w:tcW w:w="1128" w:type="dxa"/>
            <w:vAlign w:val="bottom"/>
          </w:tcPr>
          <w:p w14:paraId="0AEA42F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12.68</w:t>
            </w:r>
          </w:p>
        </w:tc>
        <w:tc>
          <w:tcPr>
            <w:tcW w:w="1127" w:type="dxa"/>
          </w:tcPr>
          <w:p w14:paraId="0AEA42F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12.82</w:t>
            </w:r>
          </w:p>
        </w:tc>
        <w:tc>
          <w:tcPr>
            <w:tcW w:w="1343" w:type="dxa"/>
            <w:vAlign w:val="bottom"/>
          </w:tcPr>
          <w:p w14:paraId="0AEA42F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36.93</w:t>
            </w:r>
          </w:p>
        </w:tc>
        <w:tc>
          <w:tcPr>
            <w:tcW w:w="1276" w:type="dxa"/>
            <w:vAlign w:val="bottom"/>
          </w:tcPr>
          <w:p w14:paraId="0AEA42F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72067">
              <w:rPr>
                <w:rFonts w:ascii="Times New Roman" w:hAnsi="Times New Roman" w:cs="Times New Roman"/>
                <w:sz w:val="16"/>
              </w:rPr>
              <w:t>26.22</w:t>
            </w:r>
          </w:p>
        </w:tc>
        <w:tc>
          <w:tcPr>
            <w:tcW w:w="1265" w:type="dxa"/>
            <w:vAlign w:val="bottom"/>
          </w:tcPr>
          <w:p w14:paraId="0AEA42F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72067">
              <w:rPr>
                <w:rFonts w:ascii="Times New Roman" w:hAnsi="Times New Roman" w:cs="Times New Roman"/>
                <w:sz w:val="16"/>
              </w:rPr>
              <w:t>30.43</w:t>
            </w:r>
          </w:p>
        </w:tc>
        <w:tc>
          <w:tcPr>
            <w:tcW w:w="1257" w:type="dxa"/>
            <w:vAlign w:val="bottom"/>
          </w:tcPr>
          <w:p w14:paraId="0AEA42F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72067">
              <w:rPr>
                <w:rFonts w:ascii="Times New Roman" w:hAnsi="Times New Roman" w:cs="Times New Roman"/>
                <w:sz w:val="16"/>
              </w:rPr>
              <w:t>23.04</w:t>
            </w:r>
          </w:p>
        </w:tc>
        <w:tc>
          <w:tcPr>
            <w:tcW w:w="1163" w:type="dxa"/>
            <w:vAlign w:val="bottom"/>
          </w:tcPr>
          <w:p w14:paraId="0AEA42F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72067">
              <w:rPr>
                <w:rFonts w:ascii="Times New Roman" w:hAnsi="Times New Roman" w:cs="Times New Roman"/>
                <w:sz w:val="16"/>
              </w:rPr>
              <w:t>2.71</w:t>
            </w:r>
          </w:p>
        </w:tc>
        <w:tc>
          <w:tcPr>
            <w:tcW w:w="1134" w:type="dxa"/>
            <w:vAlign w:val="bottom"/>
          </w:tcPr>
          <w:p w14:paraId="0AEA42F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72067">
              <w:rPr>
                <w:rFonts w:ascii="Times New Roman" w:hAnsi="Times New Roman" w:cs="Times New Roman"/>
                <w:sz w:val="16"/>
              </w:rPr>
              <w:t>99.08</w:t>
            </w:r>
          </w:p>
        </w:tc>
        <w:tc>
          <w:tcPr>
            <w:tcW w:w="1134" w:type="dxa"/>
            <w:vAlign w:val="bottom"/>
          </w:tcPr>
          <w:p w14:paraId="0AEA42F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72067">
              <w:rPr>
                <w:rFonts w:ascii="Times New Roman" w:hAnsi="Times New Roman" w:cs="Times New Roman"/>
                <w:sz w:val="16"/>
              </w:rPr>
              <w:t>52.43</w:t>
            </w:r>
          </w:p>
        </w:tc>
      </w:tr>
    </w:tbl>
    <w:p w14:paraId="0AEA42FF" w14:textId="77777777" w:rsidR="003A1B86" w:rsidRPr="00A72067" w:rsidRDefault="00961057" w:rsidP="003A1B86">
      <w:pPr>
        <w:rPr>
          <w:rFonts w:ascii="Times New Roman" w:hAnsi="Times New Roman" w:cs="Times New Roman"/>
        </w:rPr>
      </w:pPr>
      <w:r w:rsidRPr="00961057">
        <w:rPr>
          <w:rFonts w:ascii="Times New Roman" w:hAnsi="Times New Roman" w:cs="Times New Roman"/>
        </w:rPr>
        <w:t>Values are mean ± SE. Means followed by different lowercase letters within a column differ significantly at p ≤ 0.05 according to LSD test.</w:t>
      </w:r>
    </w:p>
    <w:p w14:paraId="0AEA4300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4301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4302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4303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4304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4305" w14:textId="77777777" w:rsidR="003A1B86" w:rsidRPr="00A72067" w:rsidRDefault="003A1B86" w:rsidP="003A1B86">
      <w:pPr>
        <w:rPr>
          <w:rFonts w:ascii="Times New Roman" w:hAnsi="Times New Roman" w:cs="Times New Roman"/>
          <w:b/>
          <w:sz w:val="24"/>
          <w:szCs w:val="24"/>
        </w:rPr>
        <w:sectPr w:rsidR="003A1B86" w:rsidRPr="00A72067" w:rsidSect="00982CA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AEA4306" w14:textId="6FB97E88" w:rsidR="003A1B86" w:rsidRPr="00A72067" w:rsidRDefault="003E1273" w:rsidP="003A1B86">
      <w:pPr>
        <w:rPr>
          <w:rFonts w:ascii="Times New Roman" w:hAnsi="Times New Roman" w:cs="Times New Roman"/>
        </w:rPr>
      </w:pPr>
      <w:r w:rsidRPr="003E1273">
        <w:rPr>
          <w:rFonts w:ascii="Times New Roman" w:hAnsi="Times New Roman" w:cs="Times New Roman"/>
          <w:b/>
        </w:rPr>
        <w:lastRenderedPageBreak/>
        <w:t xml:space="preserve">Supplementary Table </w:t>
      </w:r>
      <w:r>
        <w:rPr>
          <w:rFonts w:ascii="Times New Roman" w:hAnsi="Times New Roman" w:cs="Times New Roman"/>
          <w:b/>
        </w:rPr>
        <w:t xml:space="preserve">4 </w:t>
      </w:r>
      <w:r w:rsidR="003A1B86" w:rsidRPr="00FD12CD">
        <w:rPr>
          <w:rFonts w:ascii="Times New Roman" w:hAnsi="Times New Roman" w:cs="Times New Roman"/>
          <w:bCs/>
          <w:sz w:val="24"/>
          <w:szCs w:val="24"/>
        </w:rPr>
        <w:t>Variation in the tree and leaf qualitative morphological parameters of the studied guava genotypes</w:t>
      </w:r>
    </w:p>
    <w:tbl>
      <w:tblPr>
        <w:tblStyle w:val="TableGrid"/>
        <w:tblpPr w:leftFromText="181" w:rightFromText="181" w:vertAnchor="page" w:horzAnchor="margin" w:tblpXSpec="center" w:tblpY="2116"/>
        <w:tblW w:w="15025" w:type="dxa"/>
        <w:tblLayout w:type="fixed"/>
        <w:tblLook w:val="04A0" w:firstRow="1" w:lastRow="0" w:firstColumn="1" w:lastColumn="0" w:noHBand="0" w:noVBand="1"/>
      </w:tblPr>
      <w:tblGrid>
        <w:gridCol w:w="421"/>
        <w:gridCol w:w="1139"/>
        <w:gridCol w:w="963"/>
        <w:gridCol w:w="851"/>
        <w:gridCol w:w="850"/>
        <w:gridCol w:w="1134"/>
        <w:gridCol w:w="851"/>
        <w:gridCol w:w="850"/>
        <w:gridCol w:w="738"/>
        <w:gridCol w:w="821"/>
        <w:gridCol w:w="993"/>
        <w:gridCol w:w="708"/>
        <w:gridCol w:w="709"/>
        <w:gridCol w:w="851"/>
        <w:gridCol w:w="708"/>
        <w:gridCol w:w="851"/>
        <w:gridCol w:w="709"/>
        <w:gridCol w:w="878"/>
      </w:tblGrid>
      <w:tr w:rsidR="003A1B86" w:rsidRPr="00A72067" w14:paraId="0AEA4319" w14:textId="77777777" w:rsidTr="009C30B0">
        <w:tc>
          <w:tcPr>
            <w:tcW w:w="421" w:type="dxa"/>
          </w:tcPr>
          <w:p w14:paraId="0AEA4307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S.No</w:t>
            </w:r>
            <w:proofErr w:type="spellEnd"/>
            <w:r w:rsidRPr="00A720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139" w:type="dxa"/>
          </w:tcPr>
          <w:p w14:paraId="0AEA430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Guava genotype</w:t>
            </w:r>
          </w:p>
        </w:tc>
        <w:tc>
          <w:tcPr>
            <w:tcW w:w="963" w:type="dxa"/>
          </w:tcPr>
          <w:p w14:paraId="0AEA430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Tree: </w:t>
            </w: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attitude of branches</w:t>
            </w:r>
          </w:p>
        </w:tc>
        <w:tc>
          <w:tcPr>
            <w:tcW w:w="851" w:type="dxa"/>
          </w:tcPr>
          <w:p w14:paraId="0AEA430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Bark colour</w:t>
            </w:r>
          </w:p>
        </w:tc>
        <w:tc>
          <w:tcPr>
            <w:tcW w:w="850" w:type="dxa"/>
          </w:tcPr>
          <w:p w14:paraId="0AEA430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Young shoot: colour of stem</w:t>
            </w:r>
          </w:p>
        </w:tc>
        <w:tc>
          <w:tcPr>
            <w:tcW w:w="1134" w:type="dxa"/>
          </w:tcPr>
          <w:p w14:paraId="0AEA430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Leaf: shape</w:t>
            </w:r>
          </w:p>
        </w:tc>
        <w:tc>
          <w:tcPr>
            <w:tcW w:w="851" w:type="dxa"/>
          </w:tcPr>
          <w:p w14:paraId="0AEA430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Leaf: shape of tip</w:t>
            </w:r>
          </w:p>
        </w:tc>
        <w:tc>
          <w:tcPr>
            <w:tcW w:w="850" w:type="dxa"/>
          </w:tcPr>
          <w:p w14:paraId="0AEA430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Leaf: shape of base</w:t>
            </w:r>
          </w:p>
        </w:tc>
        <w:tc>
          <w:tcPr>
            <w:tcW w:w="738" w:type="dxa"/>
          </w:tcPr>
          <w:p w14:paraId="0AEA430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Petiole orientation</w:t>
            </w:r>
          </w:p>
        </w:tc>
        <w:tc>
          <w:tcPr>
            <w:tcW w:w="821" w:type="dxa"/>
          </w:tcPr>
          <w:p w14:paraId="0AEA431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Leaf: twisting</w:t>
            </w:r>
          </w:p>
        </w:tc>
        <w:tc>
          <w:tcPr>
            <w:tcW w:w="993" w:type="dxa"/>
          </w:tcPr>
          <w:p w14:paraId="0AEA431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Young leaf: anthocyanin coloration</w:t>
            </w:r>
          </w:p>
        </w:tc>
        <w:tc>
          <w:tcPr>
            <w:tcW w:w="708" w:type="dxa"/>
          </w:tcPr>
          <w:p w14:paraId="0AEA431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Leaf: variegation</w:t>
            </w:r>
          </w:p>
        </w:tc>
        <w:tc>
          <w:tcPr>
            <w:tcW w:w="709" w:type="dxa"/>
          </w:tcPr>
          <w:p w14:paraId="0AEA431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Leaf: colour</w:t>
            </w:r>
          </w:p>
        </w:tc>
        <w:tc>
          <w:tcPr>
            <w:tcW w:w="851" w:type="dxa"/>
          </w:tcPr>
          <w:p w14:paraId="0AEA431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sz w:val="16"/>
                <w:szCs w:val="16"/>
              </w:rPr>
              <w:t>Leaf: pubescence on lower side</w:t>
            </w:r>
          </w:p>
        </w:tc>
        <w:tc>
          <w:tcPr>
            <w:tcW w:w="708" w:type="dxa"/>
          </w:tcPr>
          <w:p w14:paraId="0AEA431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Colour of lamina</w:t>
            </w:r>
          </w:p>
        </w:tc>
        <w:tc>
          <w:tcPr>
            <w:tcW w:w="851" w:type="dxa"/>
          </w:tcPr>
          <w:p w14:paraId="0AEA431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Lamina thickness</w:t>
            </w:r>
          </w:p>
        </w:tc>
        <w:tc>
          <w:tcPr>
            <w:tcW w:w="709" w:type="dxa"/>
          </w:tcPr>
          <w:p w14:paraId="0AEA431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Lamina pubescence</w:t>
            </w:r>
          </w:p>
        </w:tc>
        <w:tc>
          <w:tcPr>
            <w:tcW w:w="878" w:type="dxa"/>
          </w:tcPr>
          <w:p w14:paraId="0AEA4318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Colour of leaf during winter</w:t>
            </w:r>
          </w:p>
        </w:tc>
      </w:tr>
      <w:tr w:rsidR="003A1B86" w:rsidRPr="00A72067" w14:paraId="0AEA432C" w14:textId="77777777" w:rsidTr="009C30B0">
        <w:tc>
          <w:tcPr>
            <w:tcW w:w="421" w:type="dxa"/>
          </w:tcPr>
          <w:p w14:paraId="0AEA431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9" w:type="dxa"/>
          </w:tcPr>
          <w:p w14:paraId="0AEA431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Patillo</w:t>
            </w:r>
            <w:proofErr w:type="spellEnd"/>
          </w:p>
        </w:tc>
        <w:tc>
          <w:tcPr>
            <w:tcW w:w="963" w:type="dxa"/>
            <w:vAlign w:val="bottom"/>
          </w:tcPr>
          <w:p w14:paraId="0AEA431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Erect</w:t>
            </w:r>
          </w:p>
        </w:tc>
        <w:tc>
          <w:tcPr>
            <w:tcW w:w="851" w:type="dxa"/>
            <w:vAlign w:val="bottom"/>
          </w:tcPr>
          <w:p w14:paraId="0AEA431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31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31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Lanceolate</w:t>
            </w:r>
          </w:p>
        </w:tc>
        <w:tc>
          <w:tcPr>
            <w:tcW w:w="851" w:type="dxa"/>
            <w:vAlign w:val="bottom"/>
          </w:tcPr>
          <w:p w14:paraId="0AEA432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32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32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32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32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32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2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2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32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32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32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32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33F" w14:textId="77777777" w:rsidTr="009C30B0">
        <w:tc>
          <w:tcPr>
            <w:tcW w:w="421" w:type="dxa"/>
          </w:tcPr>
          <w:p w14:paraId="0AEA432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9" w:type="dxa"/>
          </w:tcPr>
          <w:p w14:paraId="0AEA432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Khao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Niyom</w:t>
            </w:r>
            <w:proofErr w:type="spellEnd"/>
          </w:p>
        </w:tc>
        <w:tc>
          <w:tcPr>
            <w:tcW w:w="963" w:type="dxa"/>
            <w:vAlign w:val="bottom"/>
          </w:tcPr>
          <w:p w14:paraId="0AEA432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Spreading </w:t>
            </w:r>
          </w:p>
        </w:tc>
        <w:tc>
          <w:tcPr>
            <w:tcW w:w="851" w:type="dxa"/>
            <w:vAlign w:val="bottom"/>
          </w:tcPr>
          <w:p w14:paraId="0AEA433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33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33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33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850" w:type="dxa"/>
            <w:vAlign w:val="bottom"/>
          </w:tcPr>
          <w:p w14:paraId="0AEA433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33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33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33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33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3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3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33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33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33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33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352" w14:textId="77777777" w:rsidTr="009C30B0">
        <w:tc>
          <w:tcPr>
            <w:tcW w:w="421" w:type="dxa"/>
          </w:tcPr>
          <w:p w14:paraId="0AEA434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9" w:type="dxa"/>
          </w:tcPr>
          <w:p w14:paraId="0AEA434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S. 157</w:t>
            </w:r>
          </w:p>
        </w:tc>
        <w:tc>
          <w:tcPr>
            <w:tcW w:w="963" w:type="dxa"/>
            <w:vAlign w:val="bottom"/>
          </w:tcPr>
          <w:p w14:paraId="0AEA434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Erect</w:t>
            </w:r>
          </w:p>
        </w:tc>
        <w:tc>
          <w:tcPr>
            <w:tcW w:w="851" w:type="dxa"/>
            <w:vAlign w:val="bottom"/>
          </w:tcPr>
          <w:p w14:paraId="0AEA434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34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34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Oblong</w:t>
            </w:r>
          </w:p>
        </w:tc>
        <w:tc>
          <w:tcPr>
            <w:tcW w:w="851" w:type="dxa"/>
            <w:vAlign w:val="bottom"/>
          </w:tcPr>
          <w:p w14:paraId="0AEA434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34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34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34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34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34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4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4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34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34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35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35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365" w14:textId="77777777" w:rsidTr="009C30B0">
        <w:tc>
          <w:tcPr>
            <w:tcW w:w="421" w:type="dxa"/>
          </w:tcPr>
          <w:p w14:paraId="0AEA435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9" w:type="dxa"/>
          </w:tcPr>
          <w:p w14:paraId="0AEA435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S. HPSI41</w:t>
            </w:r>
          </w:p>
        </w:tc>
        <w:tc>
          <w:tcPr>
            <w:tcW w:w="963" w:type="dxa"/>
            <w:vAlign w:val="bottom"/>
          </w:tcPr>
          <w:p w14:paraId="0AEA435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Spreading </w:t>
            </w:r>
          </w:p>
        </w:tc>
        <w:tc>
          <w:tcPr>
            <w:tcW w:w="851" w:type="dxa"/>
            <w:vAlign w:val="bottom"/>
          </w:tcPr>
          <w:p w14:paraId="0AEA435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35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35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Oblanceolate</w:t>
            </w:r>
          </w:p>
        </w:tc>
        <w:tc>
          <w:tcPr>
            <w:tcW w:w="851" w:type="dxa"/>
            <w:vAlign w:val="bottom"/>
          </w:tcPr>
          <w:p w14:paraId="0AEA435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35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738" w:type="dxa"/>
            <w:vAlign w:val="bottom"/>
          </w:tcPr>
          <w:p w14:paraId="0AEA435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35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35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35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5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6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36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36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36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Medium</w:t>
            </w:r>
          </w:p>
        </w:tc>
        <w:tc>
          <w:tcPr>
            <w:tcW w:w="878" w:type="dxa"/>
            <w:vAlign w:val="bottom"/>
          </w:tcPr>
          <w:p w14:paraId="0AEA436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Brick red</w:t>
            </w:r>
          </w:p>
        </w:tc>
      </w:tr>
      <w:tr w:rsidR="003A1B86" w:rsidRPr="00A72067" w14:paraId="0AEA4378" w14:textId="77777777" w:rsidTr="009C30B0">
        <w:tc>
          <w:tcPr>
            <w:tcW w:w="421" w:type="dxa"/>
          </w:tcPr>
          <w:p w14:paraId="0AEA436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9" w:type="dxa"/>
          </w:tcPr>
          <w:p w14:paraId="0AEA436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S. Golden</w:t>
            </w:r>
          </w:p>
        </w:tc>
        <w:tc>
          <w:tcPr>
            <w:tcW w:w="963" w:type="dxa"/>
            <w:vAlign w:val="bottom"/>
          </w:tcPr>
          <w:p w14:paraId="0AEA436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Spreading </w:t>
            </w:r>
          </w:p>
        </w:tc>
        <w:tc>
          <w:tcPr>
            <w:tcW w:w="851" w:type="dxa"/>
            <w:vAlign w:val="bottom"/>
          </w:tcPr>
          <w:p w14:paraId="0AEA436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36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36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Oblanceolate</w:t>
            </w:r>
          </w:p>
        </w:tc>
        <w:tc>
          <w:tcPr>
            <w:tcW w:w="851" w:type="dxa"/>
            <w:vAlign w:val="bottom"/>
          </w:tcPr>
          <w:p w14:paraId="0AEA436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36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36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36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37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37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7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7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708" w:type="dxa"/>
            <w:vAlign w:val="bottom"/>
          </w:tcPr>
          <w:p w14:paraId="0AEA437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37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37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Medium</w:t>
            </w:r>
          </w:p>
        </w:tc>
        <w:tc>
          <w:tcPr>
            <w:tcW w:w="878" w:type="dxa"/>
            <w:vAlign w:val="bottom"/>
          </w:tcPr>
          <w:p w14:paraId="0AEA437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38B" w14:textId="77777777" w:rsidTr="009C30B0">
        <w:tc>
          <w:tcPr>
            <w:tcW w:w="421" w:type="dxa"/>
          </w:tcPr>
          <w:p w14:paraId="0AEA437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9" w:type="dxa"/>
          </w:tcPr>
          <w:p w14:paraId="0AEA437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S. Kona 1</w:t>
            </w:r>
          </w:p>
        </w:tc>
        <w:tc>
          <w:tcPr>
            <w:tcW w:w="963" w:type="dxa"/>
            <w:vAlign w:val="bottom"/>
          </w:tcPr>
          <w:p w14:paraId="0AEA437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Erect</w:t>
            </w:r>
          </w:p>
        </w:tc>
        <w:tc>
          <w:tcPr>
            <w:tcW w:w="851" w:type="dxa"/>
            <w:vAlign w:val="bottom"/>
          </w:tcPr>
          <w:p w14:paraId="0AEA437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37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37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37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38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38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38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38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38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8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8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38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38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38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38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39E" w14:textId="77777777" w:rsidTr="009C30B0">
        <w:tc>
          <w:tcPr>
            <w:tcW w:w="421" w:type="dxa"/>
          </w:tcPr>
          <w:p w14:paraId="0AEA438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9" w:type="dxa"/>
          </w:tcPr>
          <w:p w14:paraId="0AEA438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Waiakea</w:t>
            </w:r>
            <w:proofErr w:type="spellEnd"/>
          </w:p>
        </w:tc>
        <w:tc>
          <w:tcPr>
            <w:tcW w:w="963" w:type="dxa"/>
            <w:vAlign w:val="bottom"/>
          </w:tcPr>
          <w:p w14:paraId="0AEA438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Spreading </w:t>
            </w:r>
          </w:p>
        </w:tc>
        <w:tc>
          <w:tcPr>
            <w:tcW w:w="851" w:type="dxa"/>
            <w:vAlign w:val="bottom"/>
          </w:tcPr>
          <w:p w14:paraId="0AEA438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39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39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Oblong</w:t>
            </w:r>
          </w:p>
        </w:tc>
        <w:tc>
          <w:tcPr>
            <w:tcW w:w="851" w:type="dxa"/>
            <w:vAlign w:val="bottom"/>
          </w:tcPr>
          <w:p w14:paraId="0AEA439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39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39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39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39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39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9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9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39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39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39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39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3B1" w14:textId="77777777" w:rsidTr="009C30B0">
        <w:tc>
          <w:tcPr>
            <w:tcW w:w="421" w:type="dxa"/>
          </w:tcPr>
          <w:p w14:paraId="0AEA439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9" w:type="dxa"/>
          </w:tcPr>
          <w:p w14:paraId="0AEA43A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14</w:t>
            </w:r>
          </w:p>
        </w:tc>
        <w:tc>
          <w:tcPr>
            <w:tcW w:w="963" w:type="dxa"/>
            <w:vAlign w:val="bottom"/>
          </w:tcPr>
          <w:p w14:paraId="0AEA43A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Spreading </w:t>
            </w:r>
          </w:p>
        </w:tc>
        <w:tc>
          <w:tcPr>
            <w:tcW w:w="851" w:type="dxa"/>
            <w:vAlign w:val="bottom"/>
          </w:tcPr>
          <w:p w14:paraId="0AEA43A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3A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3A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Oblong</w:t>
            </w:r>
          </w:p>
        </w:tc>
        <w:tc>
          <w:tcPr>
            <w:tcW w:w="851" w:type="dxa"/>
            <w:vAlign w:val="bottom"/>
          </w:tcPr>
          <w:p w14:paraId="0AEA43A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3A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3A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3A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3A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3A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A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A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3A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3A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3A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878" w:type="dxa"/>
            <w:vAlign w:val="bottom"/>
          </w:tcPr>
          <w:p w14:paraId="0AEA43B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3C4" w14:textId="77777777" w:rsidTr="009C30B0">
        <w:tc>
          <w:tcPr>
            <w:tcW w:w="421" w:type="dxa"/>
          </w:tcPr>
          <w:p w14:paraId="0AEA43B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9" w:type="dxa"/>
          </w:tcPr>
          <w:p w14:paraId="0AEA43B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S. Fan Retief</w:t>
            </w:r>
          </w:p>
        </w:tc>
        <w:tc>
          <w:tcPr>
            <w:tcW w:w="963" w:type="dxa"/>
            <w:vAlign w:val="bottom"/>
          </w:tcPr>
          <w:p w14:paraId="0AEA43B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3B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3B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3B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Oblanceolate</w:t>
            </w:r>
          </w:p>
        </w:tc>
        <w:tc>
          <w:tcPr>
            <w:tcW w:w="851" w:type="dxa"/>
            <w:vAlign w:val="bottom"/>
          </w:tcPr>
          <w:p w14:paraId="0AEA43B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3B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3B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3B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3B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3B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B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B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3C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3C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3C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3C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Brick red</w:t>
            </w:r>
          </w:p>
        </w:tc>
      </w:tr>
      <w:tr w:rsidR="003A1B86" w:rsidRPr="00A72067" w14:paraId="0AEA43D7" w14:textId="77777777" w:rsidTr="009C30B0">
        <w:tc>
          <w:tcPr>
            <w:tcW w:w="421" w:type="dxa"/>
          </w:tcPr>
          <w:p w14:paraId="0AEA43C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9" w:type="dxa"/>
          </w:tcPr>
          <w:p w14:paraId="0AEA43C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Ka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Hua Kula</w:t>
            </w:r>
          </w:p>
        </w:tc>
        <w:tc>
          <w:tcPr>
            <w:tcW w:w="963" w:type="dxa"/>
            <w:vAlign w:val="bottom"/>
          </w:tcPr>
          <w:p w14:paraId="0AEA43C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3C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3C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3C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3C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3C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3C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3C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3C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3D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D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D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3D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3D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3D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878" w:type="dxa"/>
            <w:vAlign w:val="bottom"/>
          </w:tcPr>
          <w:p w14:paraId="0AEA43D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Brick red</w:t>
            </w:r>
          </w:p>
        </w:tc>
      </w:tr>
      <w:tr w:rsidR="003A1B86" w:rsidRPr="00A72067" w14:paraId="0AEA43EA" w14:textId="77777777" w:rsidTr="009C30B0">
        <w:tc>
          <w:tcPr>
            <w:tcW w:w="421" w:type="dxa"/>
          </w:tcPr>
          <w:p w14:paraId="0AEA43D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9" w:type="dxa"/>
          </w:tcPr>
          <w:p w14:paraId="0AEA43D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S. Beaumont</w:t>
            </w:r>
          </w:p>
        </w:tc>
        <w:tc>
          <w:tcPr>
            <w:tcW w:w="963" w:type="dxa"/>
            <w:vAlign w:val="bottom"/>
          </w:tcPr>
          <w:p w14:paraId="0AEA43D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Spreading </w:t>
            </w:r>
          </w:p>
        </w:tc>
        <w:tc>
          <w:tcPr>
            <w:tcW w:w="851" w:type="dxa"/>
            <w:vAlign w:val="bottom"/>
          </w:tcPr>
          <w:p w14:paraId="0AEA43D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3D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3D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Oblanceolate</w:t>
            </w:r>
          </w:p>
        </w:tc>
        <w:tc>
          <w:tcPr>
            <w:tcW w:w="851" w:type="dxa"/>
            <w:vAlign w:val="bottom"/>
          </w:tcPr>
          <w:p w14:paraId="0AEA43D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3D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3E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3E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3E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3E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E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E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3E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3E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3E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Very dense</w:t>
            </w:r>
          </w:p>
        </w:tc>
        <w:tc>
          <w:tcPr>
            <w:tcW w:w="878" w:type="dxa"/>
            <w:vAlign w:val="bottom"/>
          </w:tcPr>
          <w:p w14:paraId="0AEA43E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Brick red</w:t>
            </w:r>
          </w:p>
        </w:tc>
      </w:tr>
      <w:tr w:rsidR="003A1B86" w:rsidRPr="00A72067" w14:paraId="0AEA43FD" w14:textId="77777777" w:rsidTr="009C30B0">
        <w:tc>
          <w:tcPr>
            <w:tcW w:w="421" w:type="dxa"/>
          </w:tcPr>
          <w:p w14:paraId="0AEA43E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9" w:type="dxa"/>
          </w:tcPr>
          <w:p w14:paraId="0AEA43E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Poamoho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Pink</w:t>
            </w:r>
          </w:p>
        </w:tc>
        <w:tc>
          <w:tcPr>
            <w:tcW w:w="963" w:type="dxa"/>
            <w:vAlign w:val="bottom"/>
          </w:tcPr>
          <w:p w14:paraId="0AEA43E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Spreading </w:t>
            </w:r>
          </w:p>
        </w:tc>
        <w:tc>
          <w:tcPr>
            <w:tcW w:w="851" w:type="dxa"/>
            <w:vAlign w:val="bottom"/>
          </w:tcPr>
          <w:p w14:paraId="0AEA43E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3E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3F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3F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3F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3F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3F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3F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3F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3F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3F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3F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3F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3F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3F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Brick red</w:t>
            </w:r>
          </w:p>
        </w:tc>
      </w:tr>
      <w:tr w:rsidR="003A1B86" w:rsidRPr="00A72067" w14:paraId="0AEA4410" w14:textId="77777777" w:rsidTr="009C30B0">
        <w:tc>
          <w:tcPr>
            <w:tcW w:w="421" w:type="dxa"/>
          </w:tcPr>
          <w:p w14:paraId="0AEA43F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9" w:type="dxa"/>
          </w:tcPr>
          <w:p w14:paraId="0AEA43F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4</w:t>
            </w:r>
          </w:p>
        </w:tc>
        <w:tc>
          <w:tcPr>
            <w:tcW w:w="963" w:type="dxa"/>
            <w:vAlign w:val="bottom"/>
          </w:tcPr>
          <w:p w14:paraId="0AEA440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40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40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40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40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40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40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40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40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40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0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0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40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40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40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40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423" w14:textId="77777777" w:rsidTr="009C30B0">
        <w:tc>
          <w:tcPr>
            <w:tcW w:w="421" w:type="dxa"/>
          </w:tcPr>
          <w:p w14:paraId="0AEA441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9" w:type="dxa"/>
          </w:tcPr>
          <w:p w14:paraId="0AEA4412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S. N90-53</w:t>
            </w:r>
          </w:p>
        </w:tc>
        <w:tc>
          <w:tcPr>
            <w:tcW w:w="963" w:type="dxa"/>
            <w:vAlign w:val="bottom"/>
          </w:tcPr>
          <w:p w14:paraId="0AEA441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Erect</w:t>
            </w:r>
          </w:p>
        </w:tc>
        <w:tc>
          <w:tcPr>
            <w:tcW w:w="851" w:type="dxa"/>
            <w:vAlign w:val="bottom"/>
          </w:tcPr>
          <w:p w14:paraId="0AEA441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41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41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Oblong</w:t>
            </w:r>
          </w:p>
        </w:tc>
        <w:tc>
          <w:tcPr>
            <w:tcW w:w="851" w:type="dxa"/>
            <w:vAlign w:val="bottom"/>
          </w:tcPr>
          <w:p w14:paraId="0AEA441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41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41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41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41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41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1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1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41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42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42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42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436" w14:textId="77777777" w:rsidTr="009C30B0">
        <w:tc>
          <w:tcPr>
            <w:tcW w:w="421" w:type="dxa"/>
          </w:tcPr>
          <w:p w14:paraId="0AEA442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9" w:type="dxa"/>
          </w:tcPr>
          <w:p w14:paraId="0AEA442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Klom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Toonklao</w:t>
            </w:r>
            <w:proofErr w:type="spellEnd"/>
          </w:p>
        </w:tc>
        <w:tc>
          <w:tcPr>
            <w:tcW w:w="963" w:type="dxa"/>
            <w:vAlign w:val="bottom"/>
          </w:tcPr>
          <w:p w14:paraId="0AEA442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Spreading </w:t>
            </w:r>
          </w:p>
        </w:tc>
        <w:tc>
          <w:tcPr>
            <w:tcW w:w="851" w:type="dxa"/>
            <w:vAlign w:val="bottom"/>
          </w:tcPr>
          <w:p w14:paraId="0AEA442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42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42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42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850" w:type="dxa"/>
            <w:vAlign w:val="bottom"/>
          </w:tcPr>
          <w:p w14:paraId="0AEA442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42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42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42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42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3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3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43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43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43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43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449" w14:textId="77777777" w:rsidTr="009C30B0">
        <w:tc>
          <w:tcPr>
            <w:tcW w:w="421" w:type="dxa"/>
          </w:tcPr>
          <w:p w14:paraId="0AEA443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9" w:type="dxa"/>
          </w:tcPr>
          <w:p w14:paraId="0AEA443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S. Less Seed Guava</w:t>
            </w:r>
          </w:p>
        </w:tc>
        <w:tc>
          <w:tcPr>
            <w:tcW w:w="963" w:type="dxa"/>
            <w:vAlign w:val="bottom"/>
          </w:tcPr>
          <w:p w14:paraId="0AEA443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Spreading </w:t>
            </w:r>
          </w:p>
        </w:tc>
        <w:tc>
          <w:tcPr>
            <w:tcW w:w="851" w:type="dxa"/>
            <w:vAlign w:val="bottom"/>
          </w:tcPr>
          <w:p w14:paraId="0AEA443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43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43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Obovate</w:t>
            </w:r>
          </w:p>
        </w:tc>
        <w:tc>
          <w:tcPr>
            <w:tcW w:w="851" w:type="dxa"/>
            <w:vAlign w:val="bottom"/>
          </w:tcPr>
          <w:p w14:paraId="0AEA443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43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43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44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44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44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4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4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44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44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44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44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45C" w14:textId="77777777" w:rsidTr="009C30B0">
        <w:trPr>
          <w:trHeight w:val="558"/>
        </w:trPr>
        <w:tc>
          <w:tcPr>
            <w:tcW w:w="421" w:type="dxa"/>
          </w:tcPr>
          <w:p w14:paraId="0AEA444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139" w:type="dxa"/>
          </w:tcPr>
          <w:p w14:paraId="0AEA444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6</w:t>
            </w:r>
          </w:p>
        </w:tc>
        <w:tc>
          <w:tcPr>
            <w:tcW w:w="963" w:type="dxa"/>
            <w:vAlign w:val="bottom"/>
          </w:tcPr>
          <w:p w14:paraId="0AEA444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44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44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44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Lanceolate</w:t>
            </w:r>
          </w:p>
        </w:tc>
        <w:tc>
          <w:tcPr>
            <w:tcW w:w="851" w:type="dxa"/>
            <w:vAlign w:val="bottom"/>
          </w:tcPr>
          <w:p w14:paraId="0AEA445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45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452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Twisted</w:t>
            </w:r>
          </w:p>
        </w:tc>
        <w:tc>
          <w:tcPr>
            <w:tcW w:w="821" w:type="dxa"/>
            <w:vAlign w:val="bottom"/>
          </w:tcPr>
          <w:p w14:paraId="0AEA445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45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45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5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5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45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45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45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878" w:type="dxa"/>
            <w:vAlign w:val="bottom"/>
          </w:tcPr>
          <w:p w14:paraId="0AEA445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46F" w14:textId="77777777" w:rsidTr="009C30B0">
        <w:trPr>
          <w:trHeight w:val="382"/>
        </w:trPr>
        <w:tc>
          <w:tcPr>
            <w:tcW w:w="421" w:type="dxa"/>
          </w:tcPr>
          <w:p w14:paraId="0AEA445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9" w:type="dxa"/>
          </w:tcPr>
          <w:p w14:paraId="0AEA445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7</w:t>
            </w:r>
          </w:p>
        </w:tc>
        <w:tc>
          <w:tcPr>
            <w:tcW w:w="963" w:type="dxa"/>
            <w:vAlign w:val="bottom"/>
          </w:tcPr>
          <w:p w14:paraId="0AEA445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Erect</w:t>
            </w:r>
          </w:p>
        </w:tc>
        <w:tc>
          <w:tcPr>
            <w:tcW w:w="851" w:type="dxa"/>
            <w:vAlign w:val="bottom"/>
          </w:tcPr>
          <w:p w14:paraId="0AEA446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46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46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Obovate</w:t>
            </w:r>
          </w:p>
        </w:tc>
        <w:tc>
          <w:tcPr>
            <w:tcW w:w="851" w:type="dxa"/>
            <w:vAlign w:val="bottom"/>
          </w:tcPr>
          <w:p w14:paraId="0AEA446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850" w:type="dxa"/>
            <w:vAlign w:val="bottom"/>
          </w:tcPr>
          <w:p w14:paraId="0AEA446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738" w:type="dxa"/>
            <w:vAlign w:val="bottom"/>
          </w:tcPr>
          <w:p w14:paraId="0AEA446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46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46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46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6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6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46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46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46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46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482" w14:textId="77777777" w:rsidTr="009C30B0">
        <w:trPr>
          <w:trHeight w:val="416"/>
        </w:trPr>
        <w:tc>
          <w:tcPr>
            <w:tcW w:w="421" w:type="dxa"/>
          </w:tcPr>
          <w:p w14:paraId="0AEA447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1139" w:type="dxa"/>
          </w:tcPr>
          <w:p w14:paraId="0AEA447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S. Portugal</w:t>
            </w:r>
          </w:p>
        </w:tc>
        <w:tc>
          <w:tcPr>
            <w:tcW w:w="963" w:type="dxa"/>
            <w:vAlign w:val="bottom"/>
          </w:tcPr>
          <w:p w14:paraId="0AEA447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Drooping</w:t>
            </w:r>
          </w:p>
        </w:tc>
        <w:tc>
          <w:tcPr>
            <w:tcW w:w="851" w:type="dxa"/>
            <w:vAlign w:val="bottom"/>
          </w:tcPr>
          <w:p w14:paraId="0AEA447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47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47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47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47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47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47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47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47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7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7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708" w:type="dxa"/>
            <w:vAlign w:val="bottom"/>
          </w:tcPr>
          <w:p w14:paraId="0AEA447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47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48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878" w:type="dxa"/>
            <w:vAlign w:val="bottom"/>
          </w:tcPr>
          <w:p w14:paraId="0AEA448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Brick red</w:t>
            </w:r>
          </w:p>
        </w:tc>
      </w:tr>
      <w:tr w:rsidR="003A1B86" w:rsidRPr="00A72067" w14:paraId="0AEA4495" w14:textId="77777777" w:rsidTr="009C30B0">
        <w:trPr>
          <w:trHeight w:val="549"/>
        </w:trPr>
        <w:tc>
          <w:tcPr>
            <w:tcW w:w="421" w:type="dxa"/>
          </w:tcPr>
          <w:p w14:paraId="0AEA448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9" w:type="dxa"/>
          </w:tcPr>
          <w:p w14:paraId="0AEA448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All Time Guava</w:t>
            </w:r>
          </w:p>
        </w:tc>
        <w:tc>
          <w:tcPr>
            <w:tcW w:w="963" w:type="dxa"/>
            <w:vAlign w:val="bottom"/>
          </w:tcPr>
          <w:p w14:paraId="0AEA448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48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48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48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48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48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48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48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48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48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8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9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49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49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49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49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4A8" w14:textId="77777777" w:rsidTr="009C30B0">
        <w:trPr>
          <w:trHeight w:val="373"/>
        </w:trPr>
        <w:tc>
          <w:tcPr>
            <w:tcW w:w="421" w:type="dxa"/>
          </w:tcPr>
          <w:p w14:paraId="0AEA449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139" w:type="dxa"/>
          </w:tcPr>
          <w:p w14:paraId="0AEA449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8</w:t>
            </w:r>
          </w:p>
        </w:tc>
        <w:tc>
          <w:tcPr>
            <w:tcW w:w="963" w:type="dxa"/>
            <w:vAlign w:val="bottom"/>
          </w:tcPr>
          <w:p w14:paraId="0AEA449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49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49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49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Oblong</w:t>
            </w:r>
          </w:p>
        </w:tc>
        <w:tc>
          <w:tcPr>
            <w:tcW w:w="851" w:type="dxa"/>
            <w:vAlign w:val="bottom"/>
          </w:tcPr>
          <w:p w14:paraId="0AEA449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49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49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49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4A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4A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A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A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4A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4A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4A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878" w:type="dxa"/>
            <w:vAlign w:val="bottom"/>
          </w:tcPr>
          <w:p w14:paraId="0AEA44A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4BB" w14:textId="77777777" w:rsidTr="009C30B0">
        <w:trPr>
          <w:trHeight w:val="406"/>
        </w:trPr>
        <w:tc>
          <w:tcPr>
            <w:tcW w:w="421" w:type="dxa"/>
          </w:tcPr>
          <w:p w14:paraId="0AEA44A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9" w:type="dxa"/>
          </w:tcPr>
          <w:p w14:paraId="0AEA44A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S. Ruby X Supreme</w:t>
            </w:r>
          </w:p>
        </w:tc>
        <w:tc>
          <w:tcPr>
            <w:tcW w:w="963" w:type="dxa"/>
            <w:vAlign w:val="bottom"/>
          </w:tcPr>
          <w:p w14:paraId="0AEA44A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Drooping</w:t>
            </w:r>
          </w:p>
        </w:tc>
        <w:tc>
          <w:tcPr>
            <w:tcW w:w="851" w:type="dxa"/>
            <w:vAlign w:val="bottom"/>
          </w:tcPr>
          <w:p w14:paraId="0AEA44A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4A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4A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4A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850" w:type="dxa"/>
            <w:vAlign w:val="bottom"/>
          </w:tcPr>
          <w:p w14:paraId="0AEA44B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4B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4B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4B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4B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B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B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4B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4B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4B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878" w:type="dxa"/>
            <w:vAlign w:val="bottom"/>
          </w:tcPr>
          <w:p w14:paraId="0AEA44B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Brick red</w:t>
            </w:r>
          </w:p>
        </w:tc>
      </w:tr>
      <w:tr w:rsidR="003A1B86" w:rsidRPr="00A72067" w14:paraId="0AEA44CE" w14:textId="77777777" w:rsidTr="009C30B0">
        <w:trPr>
          <w:trHeight w:val="413"/>
        </w:trPr>
        <w:tc>
          <w:tcPr>
            <w:tcW w:w="421" w:type="dxa"/>
          </w:tcPr>
          <w:p w14:paraId="0AEA44B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139" w:type="dxa"/>
          </w:tcPr>
          <w:p w14:paraId="0AEA44B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15</w:t>
            </w:r>
          </w:p>
        </w:tc>
        <w:tc>
          <w:tcPr>
            <w:tcW w:w="963" w:type="dxa"/>
            <w:vAlign w:val="bottom"/>
          </w:tcPr>
          <w:p w14:paraId="0AEA44B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4B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4C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4C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4C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4C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4C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4C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4C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4C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C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C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4C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4C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4C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4C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4E1" w14:textId="77777777" w:rsidTr="009C30B0">
        <w:trPr>
          <w:trHeight w:val="379"/>
        </w:trPr>
        <w:tc>
          <w:tcPr>
            <w:tcW w:w="421" w:type="dxa"/>
          </w:tcPr>
          <w:p w14:paraId="0AEA44C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139" w:type="dxa"/>
          </w:tcPr>
          <w:p w14:paraId="0AEA44D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16</w:t>
            </w:r>
          </w:p>
        </w:tc>
        <w:tc>
          <w:tcPr>
            <w:tcW w:w="963" w:type="dxa"/>
            <w:vAlign w:val="bottom"/>
          </w:tcPr>
          <w:p w14:paraId="0AEA44D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4D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4D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4D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4D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4D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4D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4D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4D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4D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D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D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708" w:type="dxa"/>
            <w:vAlign w:val="bottom"/>
          </w:tcPr>
          <w:p w14:paraId="0AEA44D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4D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4D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4E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4F4" w14:textId="77777777" w:rsidTr="009C30B0">
        <w:trPr>
          <w:trHeight w:val="413"/>
        </w:trPr>
        <w:tc>
          <w:tcPr>
            <w:tcW w:w="421" w:type="dxa"/>
          </w:tcPr>
          <w:p w14:paraId="0AEA44E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139" w:type="dxa"/>
          </w:tcPr>
          <w:p w14:paraId="0AEA44E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Super Guava</w:t>
            </w:r>
          </w:p>
        </w:tc>
        <w:tc>
          <w:tcPr>
            <w:tcW w:w="963" w:type="dxa"/>
            <w:vAlign w:val="bottom"/>
          </w:tcPr>
          <w:p w14:paraId="0AEA44E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4E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4E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4E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4E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4E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4E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4E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4E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4E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4E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4E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4F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4F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4F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4F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507" w14:textId="77777777" w:rsidTr="009C30B0">
        <w:trPr>
          <w:trHeight w:val="404"/>
        </w:trPr>
        <w:tc>
          <w:tcPr>
            <w:tcW w:w="421" w:type="dxa"/>
          </w:tcPr>
          <w:p w14:paraId="0AEA44F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139" w:type="dxa"/>
          </w:tcPr>
          <w:p w14:paraId="0AEA44F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13</w:t>
            </w:r>
          </w:p>
        </w:tc>
        <w:tc>
          <w:tcPr>
            <w:tcW w:w="963" w:type="dxa"/>
            <w:vAlign w:val="bottom"/>
          </w:tcPr>
          <w:p w14:paraId="0AEA44F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Spreading </w:t>
            </w:r>
          </w:p>
        </w:tc>
        <w:tc>
          <w:tcPr>
            <w:tcW w:w="851" w:type="dxa"/>
            <w:vAlign w:val="bottom"/>
          </w:tcPr>
          <w:p w14:paraId="0AEA44F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4F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4F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4F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4F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4F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4F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4F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50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0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0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50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50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50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50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51A" w14:textId="77777777" w:rsidTr="009C30B0">
        <w:trPr>
          <w:trHeight w:val="283"/>
        </w:trPr>
        <w:tc>
          <w:tcPr>
            <w:tcW w:w="421" w:type="dxa"/>
          </w:tcPr>
          <w:p w14:paraId="0AEA450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139" w:type="dxa"/>
          </w:tcPr>
          <w:p w14:paraId="0AEA450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9</w:t>
            </w:r>
          </w:p>
        </w:tc>
        <w:tc>
          <w:tcPr>
            <w:tcW w:w="963" w:type="dxa"/>
            <w:vAlign w:val="bottom"/>
          </w:tcPr>
          <w:p w14:paraId="0AEA450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50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50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50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Obovate</w:t>
            </w:r>
          </w:p>
        </w:tc>
        <w:tc>
          <w:tcPr>
            <w:tcW w:w="851" w:type="dxa"/>
            <w:vAlign w:val="bottom"/>
          </w:tcPr>
          <w:p w14:paraId="0AEA450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50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51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51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51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51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1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1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51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51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51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Very dense</w:t>
            </w:r>
          </w:p>
        </w:tc>
        <w:tc>
          <w:tcPr>
            <w:tcW w:w="878" w:type="dxa"/>
            <w:vAlign w:val="bottom"/>
          </w:tcPr>
          <w:p w14:paraId="0AEA451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Brick red</w:t>
            </w:r>
          </w:p>
        </w:tc>
      </w:tr>
      <w:tr w:rsidR="003A1B86" w:rsidRPr="00A72067" w14:paraId="0AEA452D" w14:textId="77777777" w:rsidTr="009C30B0">
        <w:trPr>
          <w:trHeight w:val="445"/>
        </w:trPr>
        <w:tc>
          <w:tcPr>
            <w:tcW w:w="421" w:type="dxa"/>
          </w:tcPr>
          <w:p w14:paraId="0AEA451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139" w:type="dxa"/>
          </w:tcPr>
          <w:p w14:paraId="0AEA451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Punjab Apple</w:t>
            </w:r>
          </w:p>
        </w:tc>
        <w:tc>
          <w:tcPr>
            <w:tcW w:w="963" w:type="dxa"/>
            <w:vAlign w:val="bottom"/>
          </w:tcPr>
          <w:p w14:paraId="0AEA451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Erect</w:t>
            </w:r>
          </w:p>
        </w:tc>
        <w:tc>
          <w:tcPr>
            <w:tcW w:w="851" w:type="dxa"/>
            <w:vAlign w:val="bottom"/>
          </w:tcPr>
          <w:p w14:paraId="0AEA451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51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52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Oblong</w:t>
            </w:r>
          </w:p>
        </w:tc>
        <w:tc>
          <w:tcPr>
            <w:tcW w:w="851" w:type="dxa"/>
            <w:vAlign w:val="bottom"/>
          </w:tcPr>
          <w:p w14:paraId="0AEA452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52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52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52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52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52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2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2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52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52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52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Very dense</w:t>
            </w:r>
          </w:p>
        </w:tc>
        <w:tc>
          <w:tcPr>
            <w:tcW w:w="878" w:type="dxa"/>
            <w:vAlign w:val="bottom"/>
          </w:tcPr>
          <w:p w14:paraId="0AEA452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540" w14:textId="77777777" w:rsidTr="009C30B0">
        <w:trPr>
          <w:trHeight w:val="411"/>
        </w:trPr>
        <w:tc>
          <w:tcPr>
            <w:tcW w:w="421" w:type="dxa"/>
          </w:tcPr>
          <w:p w14:paraId="0AEA452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39" w:type="dxa"/>
          </w:tcPr>
          <w:p w14:paraId="0AEA452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Arka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Kiran</w:t>
            </w:r>
          </w:p>
        </w:tc>
        <w:tc>
          <w:tcPr>
            <w:tcW w:w="963" w:type="dxa"/>
            <w:vAlign w:val="bottom"/>
          </w:tcPr>
          <w:p w14:paraId="0AEA453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53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53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53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Oblanceolate</w:t>
            </w:r>
          </w:p>
        </w:tc>
        <w:tc>
          <w:tcPr>
            <w:tcW w:w="851" w:type="dxa"/>
            <w:vAlign w:val="bottom"/>
          </w:tcPr>
          <w:p w14:paraId="0AEA453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53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53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53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53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53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3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3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53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53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53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878" w:type="dxa"/>
            <w:vAlign w:val="bottom"/>
          </w:tcPr>
          <w:p w14:paraId="0AEA453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553" w14:textId="77777777" w:rsidTr="009C30B0">
        <w:trPr>
          <w:trHeight w:val="417"/>
        </w:trPr>
        <w:tc>
          <w:tcPr>
            <w:tcW w:w="421" w:type="dxa"/>
          </w:tcPr>
          <w:p w14:paraId="0AEA454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9" w:type="dxa"/>
          </w:tcPr>
          <w:p w14:paraId="0AEA4542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Thai Pink</w:t>
            </w:r>
          </w:p>
        </w:tc>
        <w:tc>
          <w:tcPr>
            <w:tcW w:w="963" w:type="dxa"/>
            <w:vAlign w:val="bottom"/>
          </w:tcPr>
          <w:p w14:paraId="0AEA454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54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54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54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Oblanceolate</w:t>
            </w:r>
          </w:p>
        </w:tc>
        <w:tc>
          <w:tcPr>
            <w:tcW w:w="851" w:type="dxa"/>
            <w:vAlign w:val="bottom"/>
          </w:tcPr>
          <w:p w14:paraId="0AEA454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54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54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54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54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54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4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4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708" w:type="dxa"/>
            <w:vAlign w:val="bottom"/>
          </w:tcPr>
          <w:p w14:paraId="0AEA454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55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55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Very dense</w:t>
            </w:r>
          </w:p>
        </w:tc>
        <w:tc>
          <w:tcPr>
            <w:tcW w:w="878" w:type="dxa"/>
            <w:vAlign w:val="bottom"/>
          </w:tcPr>
          <w:p w14:paraId="0AEA455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Pink</w:t>
            </w:r>
          </w:p>
        </w:tc>
      </w:tr>
      <w:tr w:rsidR="003A1B86" w:rsidRPr="00A72067" w14:paraId="0AEA4566" w14:textId="77777777" w:rsidTr="009C30B0">
        <w:trPr>
          <w:trHeight w:val="397"/>
        </w:trPr>
        <w:tc>
          <w:tcPr>
            <w:tcW w:w="421" w:type="dxa"/>
          </w:tcPr>
          <w:p w14:paraId="0AEA455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139" w:type="dxa"/>
          </w:tcPr>
          <w:p w14:paraId="0AEA455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Shweta</w:t>
            </w:r>
          </w:p>
        </w:tc>
        <w:tc>
          <w:tcPr>
            <w:tcW w:w="963" w:type="dxa"/>
            <w:vAlign w:val="bottom"/>
          </w:tcPr>
          <w:p w14:paraId="0AEA455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Errect</w:t>
            </w:r>
            <w:proofErr w:type="spellEnd"/>
          </w:p>
        </w:tc>
        <w:tc>
          <w:tcPr>
            <w:tcW w:w="851" w:type="dxa"/>
            <w:vAlign w:val="bottom"/>
          </w:tcPr>
          <w:p w14:paraId="0AEA455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55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55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Lanceolate</w:t>
            </w:r>
          </w:p>
        </w:tc>
        <w:tc>
          <w:tcPr>
            <w:tcW w:w="851" w:type="dxa"/>
            <w:vAlign w:val="bottom"/>
          </w:tcPr>
          <w:p w14:paraId="0AEA455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55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55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55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55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55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6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6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56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56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56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56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Brown</w:t>
            </w:r>
          </w:p>
        </w:tc>
      </w:tr>
      <w:tr w:rsidR="003A1B86" w:rsidRPr="00A72067" w14:paraId="0AEA4579" w14:textId="77777777" w:rsidTr="009C30B0">
        <w:trPr>
          <w:trHeight w:val="363"/>
        </w:trPr>
        <w:tc>
          <w:tcPr>
            <w:tcW w:w="421" w:type="dxa"/>
          </w:tcPr>
          <w:p w14:paraId="0AEA456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139" w:type="dxa"/>
          </w:tcPr>
          <w:p w14:paraId="0AEA456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Hisar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Safeda</w:t>
            </w:r>
            <w:proofErr w:type="spellEnd"/>
          </w:p>
        </w:tc>
        <w:tc>
          <w:tcPr>
            <w:tcW w:w="963" w:type="dxa"/>
            <w:vAlign w:val="bottom"/>
          </w:tcPr>
          <w:p w14:paraId="0AEA456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56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56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56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Oblong</w:t>
            </w:r>
          </w:p>
        </w:tc>
        <w:tc>
          <w:tcPr>
            <w:tcW w:w="851" w:type="dxa"/>
            <w:vAlign w:val="bottom"/>
          </w:tcPr>
          <w:p w14:paraId="0AEA456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850" w:type="dxa"/>
            <w:vAlign w:val="bottom"/>
          </w:tcPr>
          <w:p w14:paraId="0AEA456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56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57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57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57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7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7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57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57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57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57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Brown</w:t>
            </w:r>
          </w:p>
        </w:tc>
      </w:tr>
      <w:tr w:rsidR="003A1B86" w:rsidRPr="00A72067" w14:paraId="0AEA458C" w14:textId="77777777" w:rsidTr="009C30B0">
        <w:trPr>
          <w:trHeight w:val="383"/>
        </w:trPr>
        <w:tc>
          <w:tcPr>
            <w:tcW w:w="421" w:type="dxa"/>
          </w:tcPr>
          <w:p w14:paraId="0AEA457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139" w:type="dxa"/>
          </w:tcPr>
          <w:p w14:paraId="0AEA457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Punjab Kiran</w:t>
            </w:r>
          </w:p>
        </w:tc>
        <w:tc>
          <w:tcPr>
            <w:tcW w:w="963" w:type="dxa"/>
            <w:vAlign w:val="bottom"/>
          </w:tcPr>
          <w:p w14:paraId="0AEA457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Errect</w:t>
            </w:r>
            <w:proofErr w:type="spellEnd"/>
          </w:p>
        </w:tc>
        <w:tc>
          <w:tcPr>
            <w:tcW w:w="851" w:type="dxa"/>
            <w:vAlign w:val="bottom"/>
          </w:tcPr>
          <w:p w14:paraId="0AEA457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57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57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Lanceolate</w:t>
            </w:r>
          </w:p>
        </w:tc>
        <w:tc>
          <w:tcPr>
            <w:tcW w:w="851" w:type="dxa"/>
            <w:vAlign w:val="bottom"/>
          </w:tcPr>
          <w:p w14:paraId="0AEA458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58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738" w:type="dxa"/>
            <w:vAlign w:val="bottom"/>
          </w:tcPr>
          <w:p w14:paraId="0AEA458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58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58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58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8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8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708" w:type="dxa"/>
            <w:vAlign w:val="bottom"/>
          </w:tcPr>
          <w:p w14:paraId="0AEA458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58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58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58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59F" w14:textId="77777777" w:rsidTr="009C30B0">
        <w:trPr>
          <w:trHeight w:val="513"/>
        </w:trPr>
        <w:tc>
          <w:tcPr>
            <w:tcW w:w="421" w:type="dxa"/>
          </w:tcPr>
          <w:p w14:paraId="0AEA458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139" w:type="dxa"/>
          </w:tcPr>
          <w:p w14:paraId="0AEA458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G- Vilas</w:t>
            </w:r>
          </w:p>
        </w:tc>
        <w:tc>
          <w:tcPr>
            <w:tcW w:w="963" w:type="dxa"/>
            <w:vAlign w:val="bottom"/>
          </w:tcPr>
          <w:p w14:paraId="0AEA458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59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59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59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Oblanceolate</w:t>
            </w:r>
          </w:p>
        </w:tc>
        <w:tc>
          <w:tcPr>
            <w:tcW w:w="851" w:type="dxa"/>
            <w:vAlign w:val="bottom"/>
          </w:tcPr>
          <w:p w14:paraId="0AEA459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59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59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59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59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59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9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9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59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59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59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59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Brown</w:t>
            </w:r>
          </w:p>
        </w:tc>
      </w:tr>
      <w:tr w:rsidR="003A1B86" w:rsidRPr="00A72067" w14:paraId="0AEA45B2" w14:textId="77777777" w:rsidTr="009C30B0">
        <w:trPr>
          <w:trHeight w:val="416"/>
        </w:trPr>
        <w:tc>
          <w:tcPr>
            <w:tcW w:w="421" w:type="dxa"/>
          </w:tcPr>
          <w:p w14:paraId="0AEA45A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139" w:type="dxa"/>
          </w:tcPr>
          <w:p w14:paraId="0AEA45A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10</w:t>
            </w:r>
          </w:p>
        </w:tc>
        <w:tc>
          <w:tcPr>
            <w:tcW w:w="963" w:type="dxa"/>
            <w:vAlign w:val="bottom"/>
          </w:tcPr>
          <w:p w14:paraId="0AEA45A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Errect</w:t>
            </w:r>
            <w:proofErr w:type="spellEnd"/>
          </w:p>
        </w:tc>
        <w:tc>
          <w:tcPr>
            <w:tcW w:w="851" w:type="dxa"/>
            <w:vAlign w:val="bottom"/>
          </w:tcPr>
          <w:p w14:paraId="0AEA45A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5A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5A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5A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5A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5A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5A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5A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5A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A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A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5A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5A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5B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5B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Brick red</w:t>
            </w:r>
          </w:p>
        </w:tc>
      </w:tr>
      <w:tr w:rsidR="003A1B86" w:rsidRPr="00A72067" w14:paraId="0AEA45C5" w14:textId="77777777" w:rsidTr="009C30B0">
        <w:trPr>
          <w:trHeight w:val="422"/>
        </w:trPr>
        <w:tc>
          <w:tcPr>
            <w:tcW w:w="421" w:type="dxa"/>
          </w:tcPr>
          <w:p w14:paraId="0AEA45B3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139" w:type="dxa"/>
          </w:tcPr>
          <w:p w14:paraId="0AEA45B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Hisar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Surkha</w:t>
            </w:r>
            <w:proofErr w:type="spellEnd"/>
          </w:p>
        </w:tc>
        <w:tc>
          <w:tcPr>
            <w:tcW w:w="963" w:type="dxa"/>
            <w:vAlign w:val="bottom"/>
          </w:tcPr>
          <w:p w14:paraId="0AEA45B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5B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5B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5B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Lanceolate</w:t>
            </w:r>
          </w:p>
        </w:tc>
        <w:tc>
          <w:tcPr>
            <w:tcW w:w="851" w:type="dxa"/>
            <w:vAlign w:val="bottom"/>
          </w:tcPr>
          <w:p w14:paraId="0AEA45B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5B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5B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5B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5B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5B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B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C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5C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5C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5C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5C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Brick red</w:t>
            </w:r>
          </w:p>
        </w:tc>
      </w:tr>
      <w:tr w:rsidR="003A1B86" w:rsidRPr="00A72067" w14:paraId="0AEA45D8" w14:textId="77777777" w:rsidTr="009C30B0">
        <w:trPr>
          <w:trHeight w:val="413"/>
        </w:trPr>
        <w:tc>
          <w:tcPr>
            <w:tcW w:w="421" w:type="dxa"/>
          </w:tcPr>
          <w:p w14:paraId="0AEA45C6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139" w:type="dxa"/>
          </w:tcPr>
          <w:p w14:paraId="0AEA45C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Purple Guava</w:t>
            </w:r>
          </w:p>
        </w:tc>
        <w:tc>
          <w:tcPr>
            <w:tcW w:w="963" w:type="dxa"/>
            <w:vAlign w:val="bottom"/>
          </w:tcPr>
          <w:p w14:paraId="0AEA45C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Errect</w:t>
            </w:r>
            <w:proofErr w:type="spellEnd"/>
          </w:p>
        </w:tc>
        <w:tc>
          <w:tcPr>
            <w:tcW w:w="851" w:type="dxa"/>
            <w:vAlign w:val="bottom"/>
          </w:tcPr>
          <w:p w14:paraId="0AEA45C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5C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red</w:t>
            </w:r>
          </w:p>
        </w:tc>
        <w:tc>
          <w:tcPr>
            <w:tcW w:w="1134" w:type="dxa"/>
            <w:vAlign w:val="bottom"/>
          </w:tcPr>
          <w:p w14:paraId="0AEA45C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Obovate</w:t>
            </w:r>
          </w:p>
        </w:tc>
        <w:tc>
          <w:tcPr>
            <w:tcW w:w="851" w:type="dxa"/>
            <w:vAlign w:val="bottom"/>
          </w:tcPr>
          <w:p w14:paraId="0AEA45C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5C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5C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5C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5D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5D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D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Greyed red purple</w:t>
            </w:r>
          </w:p>
        </w:tc>
        <w:tc>
          <w:tcPr>
            <w:tcW w:w="851" w:type="dxa"/>
            <w:vAlign w:val="bottom"/>
          </w:tcPr>
          <w:p w14:paraId="0AEA45D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708" w:type="dxa"/>
            <w:vAlign w:val="bottom"/>
          </w:tcPr>
          <w:p w14:paraId="0AEA45D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5D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5D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878" w:type="dxa"/>
            <w:vAlign w:val="bottom"/>
          </w:tcPr>
          <w:p w14:paraId="0AEA45D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5EB" w14:textId="77777777" w:rsidTr="009C30B0">
        <w:trPr>
          <w:trHeight w:val="521"/>
        </w:trPr>
        <w:tc>
          <w:tcPr>
            <w:tcW w:w="421" w:type="dxa"/>
          </w:tcPr>
          <w:p w14:paraId="0AEA45D9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</w:t>
            </w:r>
          </w:p>
        </w:tc>
        <w:tc>
          <w:tcPr>
            <w:tcW w:w="1139" w:type="dxa"/>
          </w:tcPr>
          <w:p w14:paraId="0AEA45DA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Lalima</w:t>
            </w:r>
            <w:proofErr w:type="spellEnd"/>
          </w:p>
        </w:tc>
        <w:tc>
          <w:tcPr>
            <w:tcW w:w="963" w:type="dxa"/>
            <w:vAlign w:val="bottom"/>
          </w:tcPr>
          <w:p w14:paraId="0AEA45D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Errect</w:t>
            </w:r>
            <w:proofErr w:type="spellEnd"/>
          </w:p>
        </w:tc>
        <w:tc>
          <w:tcPr>
            <w:tcW w:w="851" w:type="dxa"/>
            <w:vAlign w:val="bottom"/>
          </w:tcPr>
          <w:p w14:paraId="0AEA45D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5D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5D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5D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850" w:type="dxa"/>
            <w:vAlign w:val="bottom"/>
          </w:tcPr>
          <w:p w14:paraId="0AEA45E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5E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5E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5E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5E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E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E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5E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5E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5E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Very dense</w:t>
            </w:r>
          </w:p>
        </w:tc>
        <w:tc>
          <w:tcPr>
            <w:tcW w:w="878" w:type="dxa"/>
            <w:vAlign w:val="bottom"/>
          </w:tcPr>
          <w:p w14:paraId="0AEA45E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Brown</w:t>
            </w:r>
          </w:p>
        </w:tc>
      </w:tr>
      <w:tr w:rsidR="003A1B86" w:rsidRPr="00A72067" w14:paraId="0AEA45FE" w14:textId="77777777" w:rsidTr="009C30B0">
        <w:trPr>
          <w:trHeight w:val="345"/>
        </w:trPr>
        <w:tc>
          <w:tcPr>
            <w:tcW w:w="421" w:type="dxa"/>
          </w:tcPr>
          <w:p w14:paraId="0AEA45EC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139" w:type="dxa"/>
          </w:tcPr>
          <w:p w14:paraId="0AEA45ED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Thai 7</w:t>
            </w:r>
          </w:p>
        </w:tc>
        <w:tc>
          <w:tcPr>
            <w:tcW w:w="963" w:type="dxa"/>
            <w:vAlign w:val="bottom"/>
          </w:tcPr>
          <w:p w14:paraId="0AEA45E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5E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5F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5F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Oblanceolate</w:t>
            </w:r>
          </w:p>
        </w:tc>
        <w:tc>
          <w:tcPr>
            <w:tcW w:w="851" w:type="dxa"/>
            <w:vAlign w:val="bottom"/>
          </w:tcPr>
          <w:p w14:paraId="0AEA45F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5F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Rounded</w:t>
            </w:r>
          </w:p>
        </w:tc>
        <w:tc>
          <w:tcPr>
            <w:tcW w:w="738" w:type="dxa"/>
            <w:vAlign w:val="bottom"/>
          </w:tcPr>
          <w:p w14:paraId="0AEA45F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5F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5F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5F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5F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5F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5F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5F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5F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5F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611" w14:textId="77777777" w:rsidTr="009C30B0">
        <w:trPr>
          <w:trHeight w:val="520"/>
        </w:trPr>
        <w:tc>
          <w:tcPr>
            <w:tcW w:w="421" w:type="dxa"/>
          </w:tcPr>
          <w:p w14:paraId="0AEA45FF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9" w:type="dxa"/>
          </w:tcPr>
          <w:p w14:paraId="0AEA460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Dhawal</w:t>
            </w:r>
            <w:proofErr w:type="spellEnd"/>
          </w:p>
        </w:tc>
        <w:tc>
          <w:tcPr>
            <w:tcW w:w="963" w:type="dxa"/>
            <w:vAlign w:val="bottom"/>
          </w:tcPr>
          <w:p w14:paraId="0AEA460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60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60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60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Oblanceolate</w:t>
            </w:r>
          </w:p>
        </w:tc>
        <w:tc>
          <w:tcPr>
            <w:tcW w:w="851" w:type="dxa"/>
            <w:vAlign w:val="bottom"/>
          </w:tcPr>
          <w:p w14:paraId="0AEA460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60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60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60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60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60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0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0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60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60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60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61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624" w14:textId="77777777" w:rsidTr="009C30B0">
        <w:trPr>
          <w:trHeight w:val="344"/>
        </w:trPr>
        <w:tc>
          <w:tcPr>
            <w:tcW w:w="421" w:type="dxa"/>
          </w:tcPr>
          <w:p w14:paraId="0AEA4612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139" w:type="dxa"/>
          </w:tcPr>
          <w:p w14:paraId="0AEA461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Thai Guava</w:t>
            </w:r>
          </w:p>
        </w:tc>
        <w:tc>
          <w:tcPr>
            <w:tcW w:w="963" w:type="dxa"/>
            <w:vAlign w:val="bottom"/>
          </w:tcPr>
          <w:p w14:paraId="0AEA461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61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61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61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61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61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738" w:type="dxa"/>
            <w:vAlign w:val="bottom"/>
          </w:tcPr>
          <w:p w14:paraId="0AEA461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61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61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61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1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1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62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62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62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62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637" w14:textId="77777777" w:rsidTr="009C30B0">
        <w:trPr>
          <w:trHeight w:val="365"/>
        </w:trPr>
        <w:tc>
          <w:tcPr>
            <w:tcW w:w="421" w:type="dxa"/>
          </w:tcPr>
          <w:p w14:paraId="0AEA4625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139" w:type="dxa"/>
          </w:tcPr>
          <w:p w14:paraId="0AEA4626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11</w:t>
            </w:r>
          </w:p>
        </w:tc>
        <w:tc>
          <w:tcPr>
            <w:tcW w:w="963" w:type="dxa"/>
            <w:vAlign w:val="bottom"/>
          </w:tcPr>
          <w:p w14:paraId="0AEA462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62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62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62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Obovate</w:t>
            </w:r>
          </w:p>
        </w:tc>
        <w:tc>
          <w:tcPr>
            <w:tcW w:w="851" w:type="dxa"/>
            <w:vAlign w:val="bottom"/>
          </w:tcPr>
          <w:p w14:paraId="0AEA462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62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62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62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62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63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3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3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63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63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63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63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64A" w14:textId="77777777" w:rsidTr="009C30B0">
        <w:trPr>
          <w:trHeight w:val="385"/>
        </w:trPr>
        <w:tc>
          <w:tcPr>
            <w:tcW w:w="421" w:type="dxa"/>
          </w:tcPr>
          <w:p w14:paraId="0AEA4638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139" w:type="dxa"/>
          </w:tcPr>
          <w:p w14:paraId="0AEA4639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Allahbad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Safeda</w:t>
            </w:r>
            <w:proofErr w:type="spellEnd"/>
          </w:p>
        </w:tc>
        <w:tc>
          <w:tcPr>
            <w:tcW w:w="963" w:type="dxa"/>
            <w:vAlign w:val="bottom"/>
          </w:tcPr>
          <w:p w14:paraId="0AEA463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63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63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63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Lanceolate</w:t>
            </w:r>
          </w:p>
        </w:tc>
        <w:tc>
          <w:tcPr>
            <w:tcW w:w="851" w:type="dxa"/>
            <w:vAlign w:val="bottom"/>
          </w:tcPr>
          <w:p w14:paraId="0AEA463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63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738" w:type="dxa"/>
            <w:vAlign w:val="bottom"/>
          </w:tcPr>
          <w:p w14:paraId="0AEA464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Straight</w:t>
            </w:r>
          </w:p>
        </w:tc>
        <w:tc>
          <w:tcPr>
            <w:tcW w:w="821" w:type="dxa"/>
            <w:vAlign w:val="bottom"/>
          </w:tcPr>
          <w:p w14:paraId="0AEA464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64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64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4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4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64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64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64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Very dense</w:t>
            </w:r>
          </w:p>
        </w:tc>
        <w:tc>
          <w:tcPr>
            <w:tcW w:w="878" w:type="dxa"/>
            <w:vAlign w:val="bottom"/>
          </w:tcPr>
          <w:p w14:paraId="0AEA464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65D" w14:textId="77777777" w:rsidTr="009C30B0">
        <w:trPr>
          <w:trHeight w:val="418"/>
        </w:trPr>
        <w:tc>
          <w:tcPr>
            <w:tcW w:w="421" w:type="dxa"/>
          </w:tcPr>
          <w:p w14:paraId="0AEA464B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139" w:type="dxa"/>
          </w:tcPr>
          <w:p w14:paraId="0AEA464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Pant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Prabhat</w:t>
            </w:r>
            <w:proofErr w:type="spellEnd"/>
          </w:p>
        </w:tc>
        <w:tc>
          <w:tcPr>
            <w:tcW w:w="963" w:type="dxa"/>
            <w:vAlign w:val="bottom"/>
          </w:tcPr>
          <w:p w14:paraId="0AEA464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64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64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with red streaks</w:t>
            </w:r>
          </w:p>
        </w:tc>
        <w:tc>
          <w:tcPr>
            <w:tcW w:w="1134" w:type="dxa"/>
            <w:vAlign w:val="bottom"/>
          </w:tcPr>
          <w:p w14:paraId="0AEA465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Ovate</w:t>
            </w:r>
          </w:p>
        </w:tc>
        <w:tc>
          <w:tcPr>
            <w:tcW w:w="851" w:type="dxa"/>
            <w:vAlign w:val="bottom"/>
          </w:tcPr>
          <w:p w14:paraId="0AEA465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65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738" w:type="dxa"/>
            <w:vAlign w:val="bottom"/>
          </w:tcPr>
          <w:p w14:paraId="0AEA465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65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65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65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5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5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65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65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65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65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670" w14:textId="77777777" w:rsidTr="009C30B0">
        <w:trPr>
          <w:trHeight w:val="385"/>
        </w:trPr>
        <w:tc>
          <w:tcPr>
            <w:tcW w:w="421" w:type="dxa"/>
          </w:tcPr>
          <w:p w14:paraId="0AEA465E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139" w:type="dxa"/>
          </w:tcPr>
          <w:p w14:paraId="0AEA465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L-49</w:t>
            </w:r>
          </w:p>
        </w:tc>
        <w:tc>
          <w:tcPr>
            <w:tcW w:w="963" w:type="dxa"/>
            <w:vAlign w:val="bottom"/>
          </w:tcPr>
          <w:p w14:paraId="0AEA466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66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66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66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Oblanceolate</w:t>
            </w:r>
          </w:p>
        </w:tc>
        <w:tc>
          <w:tcPr>
            <w:tcW w:w="851" w:type="dxa"/>
            <w:vAlign w:val="bottom"/>
          </w:tcPr>
          <w:p w14:paraId="0AEA466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66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66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66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66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66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6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6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66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66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66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66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683" w14:textId="77777777" w:rsidTr="009C30B0">
        <w:trPr>
          <w:trHeight w:val="263"/>
        </w:trPr>
        <w:tc>
          <w:tcPr>
            <w:tcW w:w="421" w:type="dxa"/>
          </w:tcPr>
          <w:p w14:paraId="0AEA4671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139" w:type="dxa"/>
          </w:tcPr>
          <w:p w14:paraId="0AEA4672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Lalit</w:t>
            </w:r>
            <w:proofErr w:type="spellEnd"/>
          </w:p>
        </w:tc>
        <w:tc>
          <w:tcPr>
            <w:tcW w:w="963" w:type="dxa"/>
            <w:vAlign w:val="bottom"/>
          </w:tcPr>
          <w:p w14:paraId="0AEA467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67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67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red</w:t>
            </w:r>
          </w:p>
        </w:tc>
        <w:tc>
          <w:tcPr>
            <w:tcW w:w="1134" w:type="dxa"/>
            <w:vAlign w:val="bottom"/>
          </w:tcPr>
          <w:p w14:paraId="0AEA467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Oblanceolate</w:t>
            </w:r>
          </w:p>
        </w:tc>
        <w:tc>
          <w:tcPr>
            <w:tcW w:w="851" w:type="dxa"/>
            <w:vAlign w:val="bottom"/>
          </w:tcPr>
          <w:p w14:paraId="0AEA467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850" w:type="dxa"/>
            <w:vAlign w:val="bottom"/>
          </w:tcPr>
          <w:p w14:paraId="0AEA467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738" w:type="dxa"/>
            <w:vAlign w:val="bottom"/>
          </w:tcPr>
          <w:p w14:paraId="0AEA467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67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67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67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7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7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67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1" w:type="dxa"/>
            <w:vAlign w:val="bottom"/>
          </w:tcPr>
          <w:p w14:paraId="0AEA468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68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68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696" w14:textId="77777777" w:rsidTr="009C30B0">
        <w:trPr>
          <w:trHeight w:val="439"/>
        </w:trPr>
        <w:tc>
          <w:tcPr>
            <w:tcW w:w="421" w:type="dxa"/>
          </w:tcPr>
          <w:p w14:paraId="0AEA4684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139" w:type="dxa"/>
          </w:tcPr>
          <w:p w14:paraId="0AEA4685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>Punjab Pink</w:t>
            </w:r>
          </w:p>
        </w:tc>
        <w:tc>
          <w:tcPr>
            <w:tcW w:w="963" w:type="dxa"/>
            <w:vAlign w:val="bottom"/>
          </w:tcPr>
          <w:p w14:paraId="0AEA468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68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Creamy</w:t>
            </w:r>
          </w:p>
        </w:tc>
        <w:tc>
          <w:tcPr>
            <w:tcW w:w="850" w:type="dxa"/>
            <w:vAlign w:val="bottom"/>
          </w:tcPr>
          <w:p w14:paraId="0AEA468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68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Lanceolate</w:t>
            </w:r>
          </w:p>
        </w:tc>
        <w:tc>
          <w:tcPr>
            <w:tcW w:w="851" w:type="dxa"/>
            <w:vAlign w:val="bottom"/>
          </w:tcPr>
          <w:p w14:paraId="0AEA468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68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Cordate</w:t>
            </w:r>
          </w:p>
        </w:tc>
        <w:tc>
          <w:tcPr>
            <w:tcW w:w="738" w:type="dxa"/>
            <w:vAlign w:val="bottom"/>
          </w:tcPr>
          <w:p w14:paraId="0AEA468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68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68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68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9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9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69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69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09" w:type="dxa"/>
            <w:vAlign w:val="bottom"/>
          </w:tcPr>
          <w:p w14:paraId="0AEA469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Very dense</w:t>
            </w:r>
          </w:p>
        </w:tc>
        <w:tc>
          <w:tcPr>
            <w:tcW w:w="878" w:type="dxa"/>
            <w:vAlign w:val="bottom"/>
          </w:tcPr>
          <w:p w14:paraId="0AEA469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6A9" w14:textId="77777777" w:rsidTr="009C30B0">
        <w:trPr>
          <w:trHeight w:val="417"/>
        </w:trPr>
        <w:tc>
          <w:tcPr>
            <w:tcW w:w="421" w:type="dxa"/>
          </w:tcPr>
          <w:p w14:paraId="0AEA4697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9" w:type="dxa"/>
          </w:tcPr>
          <w:p w14:paraId="0AEA469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  <w:t>molle</w:t>
            </w:r>
            <w:proofErr w:type="spellEnd"/>
          </w:p>
        </w:tc>
        <w:tc>
          <w:tcPr>
            <w:tcW w:w="963" w:type="dxa"/>
            <w:vAlign w:val="bottom"/>
          </w:tcPr>
          <w:p w14:paraId="0AEA469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Drooping</w:t>
            </w:r>
          </w:p>
        </w:tc>
        <w:tc>
          <w:tcPr>
            <w:tcW w:w="851" w:type="dxa"/>
            <w:vAlign w:val="bottom"/>
          </w:tcPr>
          <w:p w14:paraId="0AEA469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69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69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Lanceolate</w:t>
            </w:r>
          </w:p>
        </w:tc>
        <w:tc>
          <w:tcPr>
            <w:tcW w:w="851" w:type="dxa"/>
            <w:vAlign w:val="bottom"/>
          </w:tcPr>
          <w:p w14:paraId="0AEA469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69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738" w:type="dxa"/>
            <w:vAlign w:val="bottom"/>
          </w:tcPr>
          <w:p w14:paraId="0AEA469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6A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6A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6A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A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A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708" w:type="dxa"/>
            <w:vAlign w:val="bottom"/>
          </w:tcPr>
          <w:p w14:paraId="0AEA46A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6A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6A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878" w:type="dxa"/>
            <w:vAlign w:val="bottom"/>
          </w:tcPr>
          <w:p w14:paraId="0AEA46A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Red</w:t>
            </w:r>
          </w:p>
        </w:tc>
      </w:tr>
      <w:tr w:rsidR="003A1B86" w:rsidRPr="00A72067" w14:paraId="0AEA46BC" w14:textId="77777777" w:rsidTr="009C30B0">
        <w:trPr>
          <w:trHeight w:val="266"/>
        </w:trPr>
        <w:tc>
          <w:tcPr>
            <w:tcW w:w="421" w:type="dxa"/>
          </w:tcPr>
          <w:p w14:paraId="0AEA46AA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139" w:type="dxa"/>
          </w:tcPr>
          <w:p w14:paraId="0AEA46A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  <w:t>pumilum</w:t>
            </w:r>
            <w:proofErr w:type="spellEnd"/>
          </w:p>
        </w:tc>
        <w:tc>
          <w:tcPr>
            <w:tcW w:w="963" w:type="dxa"/>
            <w:vAlign w:val="bottom"/>
          </w:tcPr>
          <w:p w14:paraId="0AEA46A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Errect</w:t>
            </w:r>
            <w:proofErr w:type="spellEnd"/>
          </w:p>
        </w:tc>
        <w:tc>
          <w:tcPr>
            <w:tcW w:w="851" w:type="dxa"/>
            <w:vAlign w:val="bottom"/>
          </w:tcPr>
          <w:p w14:paraId="0AEA46A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green</w:t>
            </w:r>
          </w:p>
        </w:tc>
        <w:tc>
          <w:tcPr>
            <w:tcW w:w="850" w:type="dxa"/>
            <w:vAlign w:val="bottom"/>
          </w:tcPr>
          <w:p w14:paraId="0AEA46A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red</w:t>
            </w:r>
          </w:p>
        </w:tc>
        <w:tc>
          <w:tcPr>
            <w:tcW w:w="1134" w:type="dxa"/>
            <w:vAlign w:val="bottom"/>
          </w:tcPr>
          <w:p w14:paraId="0AEA46A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Lanceolate</w:t>
            </w:r>
          </w:p>
        </w:tc>
        <w:tc>
          <w:tcPr>
            <w:tcW w:w="851" w:type="dxa"/>
            <w:vAlign w:val="bottom"/>
          </w:tcPr>
          <w:p w14:paraId="0AEA46B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6B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738" w:type="dxa"/>
            <w:vAlign w:val="bottom"/>
          </w:tcPr>
          <w:p w14:paraId="0AEA46B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6B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6B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6B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B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B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6B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6B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Thin</w:t>
            </w:r>
          </w:p>
        </w:tc>
        <w:tc>
          <w:tcPr>
            <w:tcW w:w="709" w:type="dxa"/>
            <w:vAlign w:val="bottom"/>
          </w:tcPr>
          <w:p w14:paraId="0AEA46B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Very dense</w:t>
            </w:r>
          </w:p>
        </w:tc>
        <w:tc>
          <w:tcPr>
            <w:tcW w:w="878" w:type="dxa"/>
            <w:vAlign w:val="bottom"/>
          </w:tcPr>
          <w:p w14:paraId="0AEA46B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6CF" w14:textId="77777777" w:rsidTr="009C30B0">
        <w:trPr>
          <w:trHeight w:val="442"/>
        </w:trPr>
        <w:tc>
          <w:tcPr>
            <w:tcW w:w="421" w:type="dxa"/>
          </w:tcPr>
          <w:p w14:paraId="0AEA46BD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139" w:type="dxa"/>
          </w:tcPr>
          <w:p w14:paraId="0AEA46BE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23"/>
              </w:rPr>
              <w:t>guineense</w:t>
            </w:r>
            <w:proofErr w:type="spellEnd"/>
          </w:p>
        </w:tc>
        <w:tc>
          <w:tcPr>
            <w:tcW w:w="963" w:type="dxa"/>
            <w:vAlign w:val="bottom"/>
          </w:tcPr>
          <w:p w14:paraId="0AEA46B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6C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6C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6C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Ovovate</w:t>
            </w:r>
            <w:proofErr w:type="spellEnd"/>
          </w:p>
        </w:tc>
        <w:tc>
          <w:tcPr>
            <w:tcW w:w="851" w:type="dxa"/>
            <w:vAlign w:val="bottom"/>
          </w:tcPr>
          <w:p w14:paraId="0AEA46C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Apiculate</w:t>
            </w:r>
          </w:p>
        </w:tc>
        <w:tc>
          <w:tcPr>
            <w:tcW w:w="850" w:type="dxa"/>
            <w:vAlign w:val="bottom"/>
          </w:tcPr>
          <w:p w14:paraId="0AEA46C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738" w:type="dxa"/>
            <w:vAlign w:val="bottom"/>
          </w:tcPr>
          <w:p w14:paraId="0AEA46C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6C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993" w:type="dxa"/>
            <w:vAlign w:val="bottom"/>
          </w:tcPr>
          <w:p w14:paraId="0AEA46C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8" w:type="dxa"/>
            <w:vAlign w:val="bottom"/>
          </w:tcPr>
          <w:p w14:paraId="0AEA46C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C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C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708" w:type="dxa"/>
            <w:vAlign w:val="bottom"/>
          </w:tcPr>
          <w:p w14:paraId="0AEA46C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Dark green</w:t>
            </w:r>
          </w:p>
        </w:tc>
        <w:tc>
          <w:tcPr>
            <w:tcW w:w="851" w:type="dxa"/>
            <w:vAlign w:val="bottom"/>
          </w:tcPr>
          <w:p w14:paraId="0AEA46C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6C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Dense</w:t>
            </w:r>
          </w:p>
        </w:tc>
        <w:tc>
          <w:tcPr>
            <w:tcW w:w="878" w:type="dxa"/>
            <w:vAlign w:val="bottom"/>
          </w:tcPr>
          <w:p w14:paraId="0AEA46C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  <w:tr w:rsidR="003A1B86" w:rsidRPr="00A72067" w14:paraId="0AEA46E2" w14:textId="77777777" w:rsidTr="009C30B0">
        <w:trPr>
          <w:trHeight w:val="407"/>
        </w:trPr>
        <w:tc>
          <w:tcPr>
            <w:tcW w:w="421" w:type="dxa"/>
          </w:tcPr>
          <w:p w14:paraId="0AEA46D0" w14:textId="77777777" w:rsidR="003A1B86" w:rsidRPr="00A72067" w:rsidRDefault="003A1B86" w:rsidP="009C30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139" w:type="dxa"/>
          </w:tcPr>
          <w:p w14:paraId="0AEA46D1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3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23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16"/>
                <w:szCs w:val="23"/>
              </w:rPr>
              <w:t xml:space="preserve"> genotype 18</w:t>
            </w:r>
          </w:p>
        </w:tc>
        <w:tc>
          <w:tcPr>
            <w:tcW w:w="963" w:type="dxa"/>
            <w:vAlign w:val="bottom"/>
          </w:tcPr>
          <w:p w14:paraId="0AEA46D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Spreading</w:t>
            </w:r>
          </w:p>
        </w:tc>
        <w:tc>
          <w:tcPr>
            <w:tcW w:w="851" w:type="dxa"/>
            <w:vAlign w:val="bottom"/>
          </w:tcPr>
          <w:p w14:paraId="0AEA46D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Whitish</w:t>
            </w:r>
          </w:p>
        </w:tc>
        <w:tc>
          <w:tcPr>
            <w:tcW w:w="850" w:type="dxa"/>
            <w:vAlign w:val="bottom"/>
          </w:tcPr>
          <w:p w14:paraId="0AEA46D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1134" w:type="dxa"/>
            <w:vAlign w:val="bottom"/>
          </w:tcPr>
          <w:p w14:paraId="0AEA46D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Lanceolate</w:t>
            </w:r>
          </w:p>
        </w:tc>
        <w:tc>
          <w:tcPr>
            <w:tcW w:w="851" w:type="dxa"/>
            <w:vAlign w:val="bottom"/>
          </w:tcPr>
          <w:p w14:paraId="0AEA46D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Acute</w:t>
            </w:r>
          </w:p>
        </w:tc>
        <w:tc>
          <w:tcPr>
            <w:tcW w:w="850" w:type="dxa"/>
            <w:vAlign w:val="bottom"/>
          </w:tcPr>
          <w:p w14:paraId="0AEA46D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Obtuse</w:t>
            </w:r>
          </w:p>
        </w:tc>
        <w:tc>
          <w:tcPr>
            <w:tcW w:w="738" w:type="dxa"/>
            <w:vAlign w:val="bottom"/>
          </w:tcPr>
          <w:p w14:paraId="0AEA46D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Twisted </w:t>
            </w:r>
          </w:p>
        </w:tc>
        <w:tc>
          <w:tcPr>
            <w:tcW w:w="821" w:type="dxa"/>
            <w:vAlign w:val="bottom"/>
          </w:tcPr>
          <w:p w14:paraId="0AEA46D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993" w:type="dxa"/>
            <w:vAlign w:val="bottom"/>
          </w:tcPr>
          <w:p w14:paraId="0AEA46D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708" w:type="dxa"/>
            <w:vAlign w:val="bottom"/>
          </w:tcPr>
          <w:p w14:paraId="0AEA46D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709" w:type="dxa"/>
            <w:vAlign w:val="bottom"/>
          </w:tcPr>
          <w:p w14:paraId="0AEA46D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 group</w:t>
            </w:r>
          </w:p>
        </w:tc>
        <w:tc>
          <w:tcPr>
            <w:tcW w:w="851" w:type="dxa"/>
            <w:vAlign w:val="bottom"/>
          </w:tcPr>
          <w:p w14:paraId="0AEA46D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Sparse</w:t>
            </w:r>
          </w:p>
        </w:tc>
        <w:tc>
          <w:tcPr>
            <w:tcW w:w="708" w:type="dxa"/>
            <w:vAlign w:val="bottom"/>
          </w:tcPr>
          <w:p w14:paraId="0AEA46D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Green</w:t>
            </w:r>
          </w:p>
        </w:tc>
        <w:tc>
          <w:tcPr>
            <w:tcW w:w="851" w:type="dxa"/>
            <w:vAlign w:val="bottom"/>
          </w:tcPr>
          <w:p w14:paraId="0AEA46D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Thick</w:t>
            </w:r>
          </w:p>
        </w:tc>
        <w:tc>
          <w:tcPr>
            <w:tcW w:w="709" w:type="dxa"/>
            <w:vAlign w:val="bottom"/>
          </w:tcPr>
          <w:p w14:paraId="0AEA46E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878" w:type="dxa"/>
            <w:vAlign w:val="bottom"/>
          </w:tcPr>
          <w:p w14:paraId="0AEA46E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Coppery</w:t>
            </w:r>
          </w:p>
        </w:tc>
      </w:tr>
    </w:tbl>
    <w:p w14:paraId="0AEA46E3" w14:textId="77777777" w:rsidR="003A1B86" w:rsidRPr="00A72067" w:rsidRDefault="003A1B86" w:rsidP="003A1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EA46E4" w14:textId="77777777" w:rsidR="003A1B86" w:rsidRDefault="003A1B86" w:rsidP="003A1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EA46E5" w14:textId="77777777" w:rsidR="003A1B86" w:rsidRDefault="003A1B86" w:rsidP="003A1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EA46E6" w14:textId="77777777" w:rsidR="003A1B86" w:rsidRDefault="003A1B86" w:rsidP="003A1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EA46E7" w14:textId="77777777" w:rsidR="003A1B86" w:rsidRDefault="003A1B86" w:rsidP="003A1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EA46E8" w14:textId="77777777" w:rsidR="003A1B86" w:rsidRPr="00A72067" w:rsidRDefault="003A1B86" w:rsidP="003A1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EA46E9" w14:textId="77777777" w:rsidR="003A1B86" w:rsidRPr="00A72067" w:rsidRDefault="003A1B86" w:rsidP="003A1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EA46EA" w14:textId="0CEAFAE2" w:rsidR="003A1B86" w:rsidRPr="00A72067" w:rsidRDefault="00B928CA" w:rsidP="003A1B8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273">
        <w:rPr>
          <w:rFonts w:ascii="Times New Roman" w:hAnsi="Times New Roman" w:cs="Times New Roman"/>
          <w:b/>
        </w:rPr>
        <w:lastRenderedPageBreak/>
        <w:t xml:space="preserve">Supplementary Table </w:t>
      </w:r>
      <w:r>
        <w:rPr>
          <w:rFonts w:ascii="Times New Roman" w:hAnsi="Times New Roman" w:cs="Times New Roman"/>
          <w:b/>
        </w:rPr>
        <w:t>5</w:t>
      </w:r>
      <w:r w:rsidR="003A1B86" w:rsidRPr="00A720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1B86" w:rsidRPr="00FD12CD">
        <w:rPr>
          <w:rFonts w:ascii="Times New Roman" w:hAnsi="Times New Roman" w:cs="Times New Roman"/>
          <w:bCs/>
          <w:sz w:val="24"/>
          <w:szCs w:val="24"/>
        </w:rPr>
        <w:t>Variation in the fruit qualitative morphological parameters of the studied guava genotypes</w:t>
      </w:r>
    </w:p>
    <w:tbl>
      <w:tblPr>
        <w:tblStyle w:val="TableGrid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992"/>
        <w:gridCol w:w="992"/>
        <w:gridCol w:w="851"/>
        <w:gridCol w:w="1134"/>
        <w:gridCol w:w="992"/>
        <w:gridCol w:w="1418"/>
        <w:gridCol w:w="992"/>
        <w:gridCol w:w="2551"/>
        <w:gridCol w:w="2552"/>
      </w:tblGrid>
      <w:tr w:rsidR="003A1B86" w:rsidRPr="00A72067" w14:paraId="0AEA46F6" w14:textId="77777777" w:rsidTr="009C30B0">
        <w:tc>
          <w:tcPr>
            <w:tcW w:w="567" w:type="dxa"/>
          </w:tcPr>
          <w:p w14:paraId="0AEA46E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S. No.</w:t>
            </w:r>
          </w:p>
        </w:tc>
        <w:tc>
          <w:tcPr>
            <w:tcW w:w="1985" w:type="dxa"/>
          </w:tcPr>
          <w:p w14:paraId="0AEA46E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Guava genotype</w:t>
            </w:r>
          </w:p>
        </w:tc>
        <w:tc>
          <w:tcPr>
            <w:tcW w:w="992" w:type="dxa"/>
          </w:tcPr>
          <w:p w14:paraId="0AEA46ED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Fruit: shape at stalk end</w:t>
            </w:r>
          </w:p>
        </w:tc>
        <w:tc>
          <w:tcPr>
            <w:tcW w:w="992" w:type="dxa"/>
          </w:tcPr>
          <w:p w14:paraId="0AEA46EE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Fruit: prominence of neck</w:t>
            </w:r>
          </w:p>
        </w:tc>
        <w:tc>
          <w:tcPr>
            <w:tcW w:w="851" w:type="dxa"/>
          </w:tcPr>
          <w:p w14:paraId="0AEA46EF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Fruit: relief of surface</w:t>
            </w:r>
          </w:p>
        </w:tc>
        <w:tc>
          <w:tcPr>
            <w:tcW w:w="1134" w:type="dxa"/>
          </w:tcPr>
          <w:p w14:paraId="0AEA46F0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Fruit: Longitudinal ridges</w:t>
            </w:r>
          </w:p>
        </w:tc>
        <w:tc>
          <w:tcPr>
            <w:tcW w:w="992" w:type="dxa"/>
          </w:tcPr>
          <w:p w14:paraId="0AEA46F1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Friit</w:t>
            </w:r>
            <w:proofErr w:type="spellEnd"/>
            <w:r w:rsidRPr="00A72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: Longitudinal grooves</w:t>
            </w:r>
          </w:p>
        </w:tc>
        <w:tc>
          <w:tcPr>
            <w:tcW w:w="1418" w:type="dxa"/>
          </w:tcPr>
          <w:p w14:paraId="0AEA46F2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Fruit: ridge colour around calyx cavity</w:t>
            </w:r>
          </w:p>
        </w:tc>
        <w:tc>
          <w:tcPr>
            <w:tcW w:w="992" w:type="dxa"/>
          </w:tcPr>
          <w:p w14:paraId="0AEA46F3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Fruit: puffiness</w:t>
            </w:r>
          </w:p>
        </w:tc>
        <w:tc>
          <w:tcPr>
            <w:tcW w:w="2551" w:type="dxa"/>
          </w:tcPr>
          <w:p w14:paraId="0AEA46F4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Fruit: peel colour</w:t>
            </w:r>
          </w:p>
        </w:tc>
        <w:tc>
          <w:tcPr>
            <w:tcW w:w="2552" w:type="dxa"/>
          </w:tcPr>
          <w:p w14:paraId="0AEA46F5" w14:textId="77777777" w:rsidR="003A1B86" w:rsidRPr="00A72067" w:rsidRDefault="003A1B86" w:rsidP="009C30B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Pulp: colour</w:t>
            </w:r>
          </w:p>
        </w:tc>
      </w:tr>
      <w:tr w:rsidR="003A1B86" w:rsidRPr="00A72067" w14:paraId="0AEA4702" w14:textId="77777777" w:rsidTr="009C30B0">
        <w:tc>
          <w:tcPr>
            <w:tcW w:w="567" w:type="dxa"/>
          </w:tcPr>
          <w:p w14:paraId="0AEA46F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0AEA46F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Patillo</w:t>
            </w:r>
            <w:proofErr w:type="spellEnd"/>
          </w:p>
        </w:tc>
        <w:tc>
          <w:tcPr>
            <w:tcW w:w="992" w:type="dxa"/>
          </w:tcPr>
          <w:p w14:paraId="0AEA46F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Necked</w:t>
            </w:r>
          </w:p>
        </w:tc>
        <w:tc>
          <w:tcPr>
            <w:tcW w:w="992" w:type="dxa"/>
          </w:tcPr>
          <w:p w14:paraId="0AEA46F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851" w:type="dxa"/>
          </w:tcPr>
          <w:p w14:paraId="0AEA46F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6F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6F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1418" w:type="dxa"/>
          </w:tcPr>
          <w:p w14:paraId="0AEA46F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6F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0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(150C)</w:t>
            </w:r>
          </w:p>
        </w:tc>
        <w:tc>
          <w:tcPr>
            <w:tcW w:w="2552" w:type="dxa"/>
          </w:tcPr>
          <w:p w14:paraId="0AEA470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(52D)</w:t>
            </w:r>
          </w:p>
        </w:tc>
      </w:tr>
      <w:tr w:rsidR="003A1B86" w:rsidRPr="00A72067" w14:paraId="0AEA470E" w14:textId="77777777" w:rsidTr="009C30B0">
        <w:tc>
          <w:tcPr>
            <w:tcW w:w="567" w:type="dxa"/>
          </w:tcPr>
          <w:p w14:paraId="0AEA470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0AEA470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Khao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Niyom</w:t>
            </w:r>
            <w:proofErr w:type="spellEnd"/>
          </w:p>
        </w:tc>
        <w:tc>
          <w:tcPr>
            <w:tcW w:w="992" w:type="dxa"/>
          </w:tcPr>
          <w:p w14:paraId="0AEA470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70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0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70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992" w:type="dxa"/>
          </w:tcPr>
          <w:p w14:paraId="0AEA470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0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0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0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(149C)</w:t>
            </w:r>
          </w:p>
        </w:tc>
        <w:tc>
          <w:tcPr>
            <w:tcW w:w="2552" w:type="dxa"/>
          </w:tcPr>
          <w:p w14:paraId="0AEA470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(NN155C)</w:t>
            </w:r>
          </w:p>
        </w:tc>
      </w:tr>
      <w:tr w:rsidR="003A1B86" w:rsidRPr="00A72067" w14:paraId="0AEA471A" w14:textId="77777777" w:rsidTr="009C30B0">
        <w:tc>
          <w:tcPr>
            <w:tcW w:w="567" w:type="dxa"/>
          </w:tcPr>
          <w:p w14:paraId="0AEA470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0AEA471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S. 157</w:t>
            </w:r>
          </w:p>
        </w:tc>
        <w:tc>
          <w:tcPr>
            <w:tcW w:w="992" w:type="dxa"/>
          </w:tcPr>
          <w:p w14:paraId="0AEA471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Truncate</w:t>
            </w:r>
          </w:p>
        </w:tc>
        <w:tc>
          <w:tcPr>
            <w:tcW w:w="992" w:type="dxa"/>
          </w:tcPr>
          <w:p w14:paraId="0AEA471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1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71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992" w:type="dxa"/>
          </w:tcPr>
          <w:p w14:paraId="0AEA471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1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1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1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(149D)</w:t>
            </w:r>
          </w:p>
        </w:tc>
        <w:tc>
          <w:tcPr>
            <w:tcW w:w="2552" w:type="dxa"/>
          </w:tcPr>
          <w:p w14:paraId="0AEA471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(NN155C)</w:t>
            </w:r>
          </w:p>
        </w:tc>
      </w:tr>
      <w:tr w:rsidR="003A1B86" w:rsidRPr="00A72067" w14:paraId="0AEA4726" w14:textId="77777777" w:rsidTr="009C30B0">
        <w:tc>
          <w:tcPr>
            <w:tcW w:w="567" w:type="dxa"/>
          </w:tcPr>
          <w:p w14:paraId="0AEA471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0AEA471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S. HPSI41</w:t>
            </w:r>
          </w:p>
        </w:tc>
        <w:tc>
          <w:tcPr>
            <w:tcW w:w="992" w:type="dxa"/>
          </w:tcPr>
          <w:p w14:paraId="0AEA471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Necked</w:t>
            </w:r>
          </w:p>
        </w:tc>
        <w:tc>
          <w:tcPr>
            <w:tcW w:w="992" w:type="dxa"/>
          </w:tcPr>
          <w:p w14:paraId="0AEA471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851" w:type="dxa"/>
          </w:tcPr>
          <w:p w14:paraId="0AEA471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2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2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2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2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2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(150A)</w:t>
            </w:r>
          </w:p>
        </w:tc>
        <w:tc>
          <w:tcPr>
            <w:tcW w:w="2552" w:type="dxa"/>
          </w:tcPr>
          <w:p w14:paraId="0AEA472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(155C)</w:t>
            </w:r>
          </w:p>
        </w:tc>
      </w:tr>
      <w:tr w:rsidR="003A1B86" w:rsidRPr="00A72067" w14:paraId="0AEA4732" w14:textId="77777777" w:rsidTr="009C30B0">
        <w:tc>
          <w:tcPr>
            <w:tcW w:w="567" w:type="dxa"/>
          </w:tcPr>
          <w:p w14:paraId="0AEA472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0AEA472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S. Golden</w:t>
            </w:r>
          </w:p>
        </w:tc>
        <w:tc>
          <w:tcPr>
            <w:tcW w:w="992" w:type="dxa"/>
          </w:tcPr>
          <w:p w14:paraId="0AEA472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72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2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2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2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2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2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3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(150A)</w:t>
            </w:r>
          </w:p>
        </w:tc>
        <w:tc>
          <w:tcPr>
            <w:tcW w:w="2552" w:type="dxa"/>
          </w:tcPr>
          <w:p w14:paraId="0AEA473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(N155B)</w:t>
            </w:r>
          </w:p>
        </w:tc>
      </w:tr>
      <w:tr w:rsidR="003A1B86" w:rsidRPr="00A72067" w14:paraId="0AEA473E" w14:textId="77777777" w:rsidTr="009C30B0">
        <w:tc>
          <w:tcPr>
            <w:tcW w:w="567" w:type="dxa"/>
          </w:tcPr>
          <w:p w14:paraId="0AEA473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14:paraId="0AEA473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S. Kona 1</w:t>
            </w:r>
          </w:p>
        </w:tc>
        <w:tc>
          <w:tcPr>
            <w:tcW w:w="992" w:type="dxa"/>
          </w:tcPr>
          <w:p w14:paraId="0AEA473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73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3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3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3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3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3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3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(150A)</w:t>
            </w:r>
          </w:p>
        </w:tc>
        <w:tc>
          <w:tcPr>
            <w:tcW w:w="2552" w:type="dxa"/>
          </w:tcPr>
          <w:p w14:paraId="0AEA473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(49A)</w:t>
            </w:r>
          </w:p>
        </w:tc>
      </w:tr>
      <w:tr w:rsidR="003A1B86" w:rsidRPr="00A72067" w14:paraId="0AEA474A" w14:textId="77777777" w:rsidTr="009C30B0">
        <w:tc>
          <w:tcPr>
            <w:tcW w:w="567" w:type="dxa"/>
          </w:tcPr>
          <w:p w14:paraId="0AEA473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</w:tcPr>
          <w:p w14:paraId="0AEA474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Waiakea</w:t>
            </w:r>
            <w:proofErr w:type="spellEnd"/>
          </w:p>
        </w:tc>
        <w:tc>
          <w:tcPr>
            <w:tcW w:w="992" w:type="dxa"/>
          </w:tcPr>
          <w:p w14:paraId="0AEA474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74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4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4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4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4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4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4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(150A)</w:t>
            </w:r>
          </w:p>
        </w:tc>
        <w:tc>
          <w:tcPr>
            <w:tcW w:w="2552" w:type="dxa"/>
          </w:tcPr>
          <w:p w14:paraId="0AEA474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Group(51D)</w:t>
            </w:r>
          </w:p>
        </w:tc>
      </w:tr>
      <w:tr w:rsidR="003A1B86" w:rsidRPr="00A72067" w14:paraId="0AEA4756" w14:textId="77777777" w:rsidTr="009C30B0">
        <w:tc>
          <w:tcPr>
            <w:tcW w:w="567" w:type="dxa"/>
          </w:tcPr>
          <w:p w14:paraId="0AEA474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</w:tcPr>
          <w:p w14:paraId="0AEA474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14</w:t>
            </w:r>
          </w:p>
        </w:tc>
        <w:tc>
          <w:tcPr>
            <w:tcW w:w="992" w:type="dxa"/>
          </w:tcPr>
          <w:p w14:paraId="0AEA474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Pointed</w:t>
            </w:r>
          </w:p>
        </w:tc>
        <w:tc>
          <w:tcPr>
            <w:tcW w:w="992" w:type="dxa"/>
          </w:tcPr>
          <w:p w14:paraId="0AEA474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851" w:type="dxa"/>
          </w:tcPr>
          <w:p w14:paraId="0AEA474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5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5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5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5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5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(150D)</w:t>
            </w:r>
          </w:p>
        </w:tc>
        <w:tc>
          <w:tcPr>
            <w:tcW w:w="2552" w:type="dxa"/>
          </w:tcPr>
          <w:p w14:paraId="0AEA475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Orange-Red Group (35C)</w:t>
            </w:r>
          </w:p>
        </w:tc>
      </w:tr>
      <w:tr w:rsidR="003A1B86" w:rsidRPr="00A72067" w14:paraId="0AEA4762" w14:textId="77777777" w:rsidTr="009C30B0">
        <w:tc>
          <w:tcPr>
            <w:tcW w:w="567" w:type="dxa"/>
          </w:tcPr>
          <w:p w14:paraId="0AEA475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</w:tcPr>
          <w:p w14:paraId="0AEA475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S. Fan Retief</w:t>
            </w:r>
          </w:p>
        </w:tc>
        <w:tc>
          <w:tcPr>
            <w:tcW w:w="992" w:type="dxa"/>
          </w:tcPr>
          <w:p w14:paraId="0AEA475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Pointed</w:t>
            </w:r>
          </w:p>
        </w:tc>
        <w:tc>
          <w:tcPr>
            <w:tcW w:w="992" w:type="dxa"/>
          </w:tcPr>
          <w:p w14:paraId="0AEA475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851" w:type="dxa"/>
          </w:tcPr>
          <w:p w14:paraId="0AEA475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5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992" w:type="dxa"/>
          </w:tcPr>
          <w:p w14:paraId="0AEA475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5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5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6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(150C)</w:t>
            </w:r>
          </w:p>
        </w:tc>
        <w:tc>
          <w:tcPr>
            <w:tcW w:w="2552" w:type="dxa"/>
          </w:tcPr>
          <w:p w14:paraId="0AEA476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(39C)</w:t>
            </w:r>
          </w:p>
        </w:tc>
      </w:tr>
      <w:tr w:rsidR="003A1B86" w:rsidRPr="00A72067" w14:paraId="0AEA476E" w14:textId="77777777" w:rsidTr="009C30B0">
        <w:tc>
          <w:tcPr>
            <w:tcW w:w="567" w:type="dxa"/>
          </w:tcPr>
          <w:p w14:paraId="0AEA476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0AEA476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Hua Kula</w:t>
            </w:r>
          </w:p>
        </w:tc>
        <w:tc>
          <w:tcPr>
            <w:tcW w:w="992" w:type="dxa"/>
          </w:tcPr>
          <w:p w14:paraId="0AEA476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76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6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6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6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6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6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2551" w:type="dxa"/>
          </w:tcPr>
          <w:p w14:paraId="0AEA476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(1B)</w:t>
            </w:r>
          </w:p>
        </w:tc>
        <w:tc>
          <w:tcPr>
            <w:tcW w:w="2552" w:type="dxa"/>
          </w:tcPr>
          <w:p w14:paraId="0AEA476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(39A)</w:t>
            </w:r>
          </w:p>
        </w:tc>
      </w:tr>
      <w:tr w:rsidR="003A1B86" w:rsidRPr="00A72067" w14:paraId="0AEA477A" w14:textId="77777777" w:rsidTr="009C30B0">
        <w:tc>
          <w:tcPr>
            <w:tcW w:w="567" w:type="dxa"/>
          </w:tcPr>
          <w:p w14:paraId="0AEA476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</w:tcPr>
          <w:p w14:paraId="0AEA477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S. Beaumont</w:t>
            </w:r>
          </w:p>
        </w:tc>
        <w:tc>
          <w:tcPr>
            <w:tcW w:w="992" w:type="dxa"/>
          </w:tcPr>
          <w:p w14:paraId="0AEA477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Pointed</w:t>
            </w:r>
          </w:p>
        </w:tc>
        <w:tc>
          <w:tcPr>
            <w:tcW w:w="992" w:type="dxa"/>
          </w:tcPr>
          <w:p w14:paraId="0AEA477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7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7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7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7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7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2551" w:type="dxa"/>
          </w:tcPr>
          <w:p w14:paraId="0AEA477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(150C)</w:t>
            </w:r>
          </w:p>
        </w:tc>
        <w:tc>
          <w:tcPr>
            <w:tcW w:w="2552" w:type="dxa"/>
          </w:tcPr>
          <w:p w14:paraId="0AEA477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(51D)</w:t>
            </w:r>
          </w:p>
        </w:tc>
      </w:tr>
      <w:tr w:rsidR="003A1B86" w:rsidRPr="00A72067" w14:paraId="0AEA4786" w14:textId="77777777" w:rsidTr="009C30B0">
        <w:tc>
          <w:tcPr>
            <w:tcW w:w="567" w:type="dxa"/>
          </w:tcPr>
          <w:p w14:paraId="0AEA477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0AEA477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Poamoho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Pink</w:t>
            </w:r>
          </w:p>
        </w:tc>
        <w:tc>
          <w:tcPr>
            <w:tcW w:w="992" w:type="dxa"/>
          </w:tcPr>
          <w:p w14:paraId="0AEA477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77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7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8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8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8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8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8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(1B)</w:t>
            </w:r>
          </w:p>
        </w:tc>
        <w:tc>
          <w:tcPr>
            <w:tcW w:w="2552" w:type="dxa"/>
          </w:tcPr>
          <w:p w14:paraId="0AEA478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(36D)</w:t>
            </w:r>
          </w:p>
        </w:tc>
      </w:tr>
      <w:tr w:rsidR="003A1B86" w:rsidRPr="00A72067" w14:paraId="0AEA4792" w14:textId="77777777" w:rsidTr="009C30B0">
        <w:tc>
          <w:tcPr>
            <w:tcW w:w="567" w:type="dxa"/>
          </w:tcPr>
          <w:p w14:paraId="0AEA478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</w:tcPr>
          <w:p w14:paraId="0AEA478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4</w:t>
            </w:r>
          </w:p>
        </w:tc>
        <w:tc>
          <w:tcPr>
            <w:tcW w:w="992" w:type="dxa"/>
          </w:tcPr>
          <w:p w14:paraId="0AEA478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78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8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8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8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8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Conspicuous</w:t>
            </w:r>
          </w:p>
        </w:tc>
        <w:tc>
          <w:tcPr>
            <w:tcW w:w="992" w:type="dxa"/>
          </w:tcPr>
          <w:p w14:paraId="0AEA478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9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(1B)</w:t>
            </w:r>
          </w:p>
        </w:tc>
        <w:tc>
          <w:tcPr>
            <w:tcW w:w="2552" w:type="dxa"/>
          </w:tcPr>
          <w:p w14:paraId="0AEA479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(39B)</w:t>
            </w:r>
          </w:p>
        </w:tc>
      </w:tr>
      <w:tr w:rsidR="003A1B86" w:rsidRPr="00A72067" w14:paraId="0AEA479E" w14:textId="77777777" w:rsidTr="009C30B0">
        <w:tc>
          <w:tcPr>
            <w:tcW w:w="567" w:type="dxa"/>
          </w:tcPr>
          <w:p w14:paraId="0AEA479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</w:tcPr>
          <w:p w14:paraId="0AEA479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S. N90-53</w:t>
            </w:r>
          </w:p>
        </w:tc>
        <w:tc>
          <w:tcPr>
            <w:tcW w:w="992" w:type="dxa"/>
          </w:tcPr>
          <w:p w14:paraId="0AEA479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Necked</w:t>
            </w:r>
          </w:p>
        </w:tc>
        <w:tc>
          <w:tcPr>
            <w:tcW w:w="992" w:type="dxa"/>
          </w:tcPr>
          <w:p w14:paraId="0AEA479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851" w:type="dxa"/>
          </w:tcPr>
          <w:p w14:paraId="0AEA479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79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9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9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9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9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(150B)</w:t>
            </w:r>
          </w:p>
        </w:tc>
        <w:tc>
          <w:tcPr>
            <w:tcW w:w="2552" w:type="dxa"/>
          </w:tcPr>
          <w:p w14:paraId="0AEA479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(NN155A)</w:t>
            </w:r>
          </w:p>
        </w:tc>
      </w:tr>
      <w:tr w:rsidR="003A1B86" w:rsidRPr="00A72067" w14:paraId="0AEA47AA" w14:textId="77777777" w:rsidTr="009C30B0">
        <w:tc>
          <w:tcPr>
            <w:tcW w:w="567" w:type="dxa"/>
          </w:tcPr>
          <w:p w14:paraId="0AEA479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</w:tcPr>
          <w:p w14:paraId="0AEA47A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S.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Klom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Toonklao</w:t>
            </w:r>
            <w:proofErr w:type="spellEnd"/>
          </w:p>
        </w:tc>
        <w:tc>
          <w:tcPr>
            <w:tcW w:w="992" w:type="dxa"/>
          </w:tcPr>
          <w:p w14:paraId="0AEA47A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7A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A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A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A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A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A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A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(4C)</w:t>
            </w:r>
          </w:p>
        </w:tc>
        <w:tc>
          <w:tcPr>
            <w:tcW w:w="2552" w:type="dxa"/>
          </w:tcPr>
          <w:p w14:paraId="0AEA47A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(N155A)</w:t>
            </w:r>
          </w:p>
        </w:tc>
      </w:tr>
      <w:tr w:rsidR="003A1B86" w:rsidRPr="00A72067" w14:paraId="0AEA47B6" w14:textId="77777777" w:rsidTr="009C30B0">
        <w:tc>
          <w:tcPr>
            <w:tcW w:w="567" w:type="dxa"/>
          </w:tcPr>
          <w:p w14:paraId="0AEA47A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5" w:type="dxa"/>
          </w:tcPr>
          <w:p w14:paraId="0AEA47A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S. Less Seed Guava</w:t>
            </w:r>
          </w:p>
        </w:tc>
        <w:tc>
          <w:tcPr>
            <w:tcW w:w="992" w:type="dxa"/>
          </w:tcPr>
          <w:p w14:paraId="0AEA47A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Pointed</w:t>
            </w:r>
          </w:p>
        </w:tc>
        <w:tc>
          <w:tcPr>
            <w:tcW w:w="992" w:type="dxa"/>
          </w:tcPr>
          <w:p w14:paraId="0AEA47A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851" w:type="dxa"/>
          </w:tcPr>
          <w:p w14:paraId="0AEA47A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B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B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B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Conspicuous</w:t>
            </w:r>
          </w:p>
        </w:tc>
        <w:tc>
          <w:tcPr>
            <w:tcW w:w="992" w:type="dxa"/>
          </w:tcPr>
          <w:p w14:paraId="0AEA47B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B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(4C)</w:t>
            </w:r>
          </w:p>
        </w:tc>
        <w:tc>
          <w:tcPr>
            <w:tcW w:w="2552" w:type="dxa"/>
          </w:tcPr>
          <w:p w14:paraId="0AEA47B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Orange-White Group (159C)</w:t>
            </w:r>
          </w:p>
        </w:tc>
      </w:tr>
      <w:tr w:rsidR="003A1B86" w:rsidRPr="00A72067" w14:paraId="0AEA47C2" w14:textId="77777777" w:rsidTr="009C30B0">
        <w:tc>
          <w:tcPr>
            <w:tcW w:w="567" w:type="dxa"/>
          </w:tcPr>
          <w:p w14:paraId="0AEA47B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5" w:type="dxa"/>
          </w:tcPr>
          <w:p w14:paraId="0AEA47B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6</w:t>
            </w:r>
          </w:p>
        </w:tc>
        <w:tc>
          <w:tcPr>
            <w:tcW w:w="992" w:type="dxa"/>
          </w:tcPr>
          <w:p w14:paraId="0AEA47B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Pointed</w:t>
            </w:r>
          </w:p>
        </w:tc>
        <w:tc>
          <w:tcPr>
            <w:tcW w:w="992" w:type="dxa"/>
          </w:tcPr>
          <w:p w14:paraId="0AEA47B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B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B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B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B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B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C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(8B)</w:t>
            </w:r>
          </w:p>
        </w:tc>
        <w:tc>
          <w:tcPr>
            <w:tcW w:w="2552" w:type="dxa"/>
          </w:tcPr>
          <w:p w14:paraId="0AEA47C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(39A)</w:t>
            </w:r>
          </w:p>
        </w:tc>
      </w:tr>
      <w:tr w:rsidR="003A1B86" w:rsidRPr="00A72067" w14:paraId="0AEA47CE" w14:textId="77777777" w:rsidTr="009C30B0">
        <w:tc>
          <w:tcPr>
            <w:tcW w:w="567" w:type="dxa"/>
          </w:tcPr>
          <w:p w14:paraId="0AEA47C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85" w:type="dxa"/>
          </w:tcPr>
          <w:p w14:paraId="0AEA47C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7</w:t>
            </w:r>
          </w:p>
        </w:tc>
        <w:tc>
          <w:tcPr>
            <w:tcW w:w="992" w:type="dxa"/>
          </w:tcPr>
          <w:p w14:paraId="0AEA47C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7C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C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C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C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C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C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C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(8B)</w:t>
            </w:r>
          </w:p>
        </w:tc>
        <w:tc>
          <w:tcPr>
            <w:tcW w:w="2552" w:type="dxa"/>
          </w:tcPr>
          <w:p w14:paraId="0AEA47C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Grayed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-Red Group (180C)</w:t>
            </w:r>
          </w:p>
        </w:tc>
      </w:tr>
      <w:tr w:rsidR="003A1B86" w:rsidRPr="00A72067" w14:paraId="0AEA47DA" w14:textId="77777777" w:rsidTr="009C30B0">
        <w:tc>
          <w:tcPr>
            <w:tcW w:w="567" w:type="dxa"/>
          </w:tcPr>
          <w:p w14:paraId="0AEA47C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5" w:type="dxa"/>
          </w:tcPr>
          <w:p w14:paraId="0AEA47D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S. Portugal</w:t>
            </w:r>
          </w:p>
        </w:tc>
        <w:tc>
          <w:tcPr>
            <w:tcW w:w="992" w:type="dxa"/>
          </w:tcPr>
          <w:p w14:paraId="0AEA47D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Necked</w:t>
            </w:r>
          </w:p>
        </w:tc>
        <w:tc>
          <w:tcPr>
            <w:tcW w:w="992" w:type="dxa"/>
          </w:tcPr>
          <w:p w14:paraId="0AEA47D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851" w:type="dxa"/>
          </w:tcPr>
          <w:p w14:paraId="0AEA47D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7D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992" w:type="dxa"/>
          </w:tcPr>
          <w:p w14:paraId="0AEA47D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D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D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D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Green Yellow Group (1C)</w:t>
            </w:r>
          </w:p>
        </w:tc>
        <w:tc>
          <w:tcPr>
            <w:tcW w:w="2552" w:type="dxa"/>
          </w:tcPr>
          <w:p w14:paraId="0AEA47D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Orange-White Group (159B)</w:t>
            </w:r>
          </w:p>
        </w:tc>
      </w:tr>
      <w:tr w:rsidR="003A1B86" w:rsidRPr="00A72067" w14:paraId="0AEA47E6" w14:textId="77777777" w:rsidTr="009C30B0">
        <w:tc>
          <w:tcPr>
            <w:tcW w:w="567" w:type="dxa"/>
          </w:tcPr>
          <w:p w14:paraId="0AEA47D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14:paraId="0AEA47D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 Time Guava</w:t>
            </w:r>
          </w:p>
        </w:tc>
        <w:tc>
          <w:tcPr>
            <w:tcW w:w="992" w:type="dxa"/>
          </w:tcPr>
          <w:p w14:paraId="0AEA47D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7D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D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E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E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E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E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E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(2B)</w:t>
            </w:r>
          </w:p>
        </w:tc>
        <w:tc>
          <w:tcPr>
            <w:tcW w:w="2552" w:type="dxa"/>
          </w:tcPr>
          <w:p w14:paraId="0AEA47E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(N155A)</w:t>
            </w:r>
          </w:p>
        </w:tc>
      </w:tr>
      <w:tr w:rsidR="003A1B86" w:rsidRPr="00A72067" w14:paraId="0AEA47F2" w14:textId="77777777" w:rsidTr="009C30B0">
        <w:tc>
          <w:tcPr>
            <w:tcW w:w="567" w:type="dxa"/>
          </w:tcPr>
          <w:p w14:paraId="0AEA47E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5" w:type="dxa"/>
          </w:tcPr>
          <w:p w14:paraId="0AEA47E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8</w:t>
            </w:r>
          </w:p>
        </w:tc>
        <w:tc>
          <w:tcPr>
            <w:tcW w:w="992" w:type="dxa"/>
          </w:tcPr>
          <w:p w14:paraId="0AEA47E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7E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E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E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E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E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E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F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(1C)</w:t>
            </w:r>
          </w:p>
        </w:tc>
        <w:tc>
          <w:tcPr>
            <w:tcW w:w="2552" w:type="dxa"/>
          </w:tcPr>
          <w:p w14:paraId="0AEA47F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(N155A)</w:t>
            </w:r>
          </w:p>
        </w:tc>
      </w:tr>
      <w:tr w:rsidR="003A1B86" w:rsidRPr="00A72067" w14:paraId="0AEA47FE" w14:textId="77777777" w:rsidTr="009C30B0">
        <w:tc>
          <w:tcPr>
            <w:tcW w:w="567" w:type="dxa"/>
          </w:tcPr>
          <w:p w14:paraId="0AEA47F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</w:tcPr>
          <w:p w14:paraId="0AEA47F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S. Ruby X Supreme</w:t>
            </w:r>
          </w:p>
        </w:tc>
        <w:tc>
          <w:tcPr>
            <w:tcW w:w="992" w:type="dxa"/>
          </w:tcPr>
          <w:p w14:paraId="0AEA47F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7F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7F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7F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7F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7F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7F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7F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(1B)</w:t>
            </w:r>
          </w:p>
        </w:tc>
        <w:tc>
          <w:tcPr>
            <w:tcW w:w="2552" w:type="dxa"/>
          </w:tcPr>
          <w:p w14:paraId="0AEA47F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(48C)</w:t>
            </w:r>
          </w:p>
        </w:tc>
      </w:tr>
      <w:tr w:rsidR="003A1B86" w:rsidRPr="00A72067" w14:paraId="0AEA480A" w14:textId="77777777" w:rsidTr="009C30B0">
        <w:tc>
          <w:tcPr>
            <w:tcW w:w="567" w:type="dxa"/>
          </w:tcPr>
          <w:p w14:paraId="0AEA47F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5" w:type="dxa"/>
          </w:tcPr>
          <w:p w14:paraId="0AEA480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15</w:t>
            </w:r>
          </w:p>
        </w:tc>
        <w:tc>
          <w:tcPr>
            <w:tcW w:w="992" w:type="dxa"/>
          </w:tcPr>
          <w:p w14:paraId="0AEA480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Necked</w:t>
            </w:r>
          </w:p>
        </w:tc>
        <w:tc>
          <w:tcPr>
            <w:tcW w:w="992" w:type="dxa"/>
          </w:tcPr>
          <w:p w14:paraId="0AEA480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851" w:type="dxa"/>
          </w:tcPr>
          <w:p w14:paraId="0AEA480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80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Prominent</w:t>
            </w:r>
          </w:p>
        </w:tc>
        <w:tc>
          <w:tcPr>
            <w:tcW w:w="992" w:type="dxa"/>
          </w:tcPr>
          <w:p w14:paraId="0AEA480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0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0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0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Green Yellow Group (150C)</w:t>
            </w:r>
          </w:p>
        </w:tc>
        <w:tc>
          <w:tcPr>
            <w:tcW w:w="2552" w:type="dxa"/>
          </w:tcPr>
          <w:p w14:paraId="0AEA480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(NN155B)</w:t>
            </w:r>
          </w:p>
        </w:tc>
      </w:tr>
      <w:tr w:rsidR="003A1B86" w:rsidRPr="00A72067" w14:paraId="0AEA4816" w14:textId="77777777" w:rsidTr="009C30B0">
        <w:tc>
          <w:tcPr>
            <w:tcW w:w="567" w:type="dxa"/>
          </w:tcPr>
          <w:p w14:paraId="0AEA480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5" w:type="dxa"/>
          </w:tcPr>
          <w:p w14:paraId="0AEA480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16</w:t>
            </w:r>
          </w:p>
        </w:tc>
        <w:tc>
          <w:tcPr>
            <w:tcW w:w="992" w:type="dxa"/>
          </w:tcPr>
          <w:p w14:paraId="0AEA480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Truncate</w:t>
            </w:r>
          </w:p>
        </w:tc>
        <w:tc>
          <w:tcPr>
            <w:tcW w:w="992" w:type="dxa"/>
          </w:tcPr>
          <w:p w14:paraId="0AEA480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0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81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1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1418" w:type="dxa"/>
          </w:tcPr>
          <w:p w14:paraId="0AEA481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1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1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(151B)</w:t>
            </w:r>
          </w:p>
        </w:tc>
        <w:tc>
          <w:tcPr>
            <w:tcW w:w="2552" w:type="dxa"/>
          </w:tcPr>
          <w:p w14:paraId="0AEA481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(N155B)</w:t>
            </w:r>
          </w:p>
        </w:tc>
      </w:tr>
      <w:tr w:rsidR="003A1B86" w:rsidRPr="00A72067" w14:paraId="0AEA4822" w14:textId="77777777" w:rsidTr="009C30B0">
        <w:tc>
          <w:tcPr>
            <w:tcW w:w="567" w:type="dxa"/>
          </w:tcPr>
          <w:p w14:paraId="0AEA481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</w:tcPr>
          <w:p w14:paraId="0AEA481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Super Guava</w:t>
            </w:r>
          </w:p>
        </w:tc>
        <w:tc>
          <w:tcPr>
            <w:tcW w:w="992" w:type="dxa"/>
          </w:tcPr>
          <w:p w14:paraId="0AEA481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81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1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81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992" w:type="dxa"/>
          </w:tcPr>
          <w:p w14:paraId="0AEA481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1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Conspicuous</w:t>
            </w:r>
          </w:p>
        </w:tc>
        <w:tc>
          <w:tcPr>
            <w:tcW w:w="992" w:type="dxa"/>
          </w:tcPr>
          <w:p w14:paraId="0AEA481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2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(1B)</w:t>
            </w:r>
          </w:p>
        </w:tc>
        <w:tc>
          <w:tcPr>
            <w:tcW w:w="2552" w:type="dxa"/>
          </w:tcPr>
          <w:p w14:paraId="0AEA482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Grayed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-Red Group (180D)</w:t>
            </w:r>
          </w:p>
        </w:tc>
      </w:tr>
      <w:tr w:rsidR="003A1B86" w:rsidRPr="00A72067" w14:paraId="0AEA482E" w14:textId="77777777" w:rsidTr="009C30B0">
        <w:tc>
          <w:tcPr>
            <w:tcW w:w="567" w:type="dxa"/>
          </w:tcPr>
          <w:p w14:paraId="0AEA482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85" w:type="dxa"/>
          </w:tcPr>
          <w:p w14:paraId="0AEA482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13</w:t>
            </w:r>
          </w:p>
        </w:tc>
        <w:tc>
          <w:tcPr>
            <w:tcW w:w="992" w:type="dxa"/>
          </w:tcPr>
          <w:p w14:paraId="0AEA482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Pointed</w:t>
            </w:r>
          </w:p>
        </w:tc>
        <w:tc>
          <w:tcPr>
            <w:tcW w:w="992" w:type="dxa"/>
          </w:tcPr>
          <w:p w14:paraId="0AEA482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2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82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2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2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2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2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(150C)</w:t>
            </w:r>
          </w:p>
        </w:tc>
        <w:tc>
          <w:tcPr>
            <w:tcW w:w="2552" w:type="dxa"/>
          </w:tcPr>
          <w:p w14:paraId="0AEA482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(36D)</w:t>
            </w:r>
          </w:p>
        </w:tc>
      </w:tr>
      <w:tr w:rsidR="003A1B86" w:rsidRPr="00A72067" w14:paraId="0AEA483A" w14:textId="77777777" w:rsidTr="009C30B0">
        <w:tc>
          <w:tcPr>
            <w:tcW w:w="567" w:type="dxa"/>
          </w:tcPr>
          <w:p w14:paraId="0AEA482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85" w:type="dxa"/>
          </w:tcPr>
          <w:p w14:paraId="0AEA483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9</w:t>
            </w:r>
          </w:p>
        </w:tc>
        <w:tc>
          <w:tcPr>
            <w:tcW w:w="992" w:type="dxa"/>
          </w:tcPr>
          <w:p w14:paraId="0AEA483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83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3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83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992" w:type="dxa"/>
          </w:tcPr>
          <w:p w14:paraId="0AEA483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3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Conspicuous</w:t>
            </w:r>
          </w:p>
        </w:tc>
        <w:tc>
          <w:tcPr>
            <w:tcW w:w="992" w:type="dxa"/>
          </w:tcPr>
          <w:p w14:paraId="0AEA483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3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(150B)</w:t>
            </w:r>
          </w:p>
        </w:tc>
        <w:tc>
          <w:tcPr>
            <w:tcW w:w="2552" w:type="dxa"/>
          </w:tcPr>
          <w:p w14:paraId="0AEA483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(37B)</w:t>
            </w:r>
          </w:p>
        </w:tc>
      </w:tr>
      <w:tr w:rsidR="003A1B86" w:rsidRPr="00A72067" w14:paraId="0AEA4846" w14:textId="77777777" w:rsidTr="009C30B0">
        <w:tc>
          <w:tcPr>
            <w:tcW w:w="567" w:type="dxa"/>
          </w:tcPr>
          <w:p w14:paraId="0AEA483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1985" w:type="dxa"/>
          </w:tcPr>
          <w:p w14:paraId="0AEA483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 Apple</w:t>
            </w:r>
          </w:p>
        </w:tc>
        <w:tc>
          <w:tcPr>
            <w:tcW w:w="992" w:type="dxa"/>
          </w:tcPr>
          <w:p w14:paraId="0AEA483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83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3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84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4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4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4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4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(4C)</w:t>
            </w:r>
          </w:p>
        </w:tc>
        <w:tc>
          <w:tcPr>
            <w:tcW w:w="2552" w:type="dxa"/>
          </w:tcPr>
          <w:p w14:paraId="0AEA484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(NN155B)</w:t>
            </w:r>
          </w:p>
        </w:tc>
      </w:tr>
      <w:tr w:rsidR="003A1B86" w:rsidRPr="00A72067" w14:paraId="0AEA4852" w14:textId="77777777" w:rsidTr="009C30B0">
        <w:tc>
          <w:tcPr>
            <w:tcW w:w="567" w:type="dxa"/>
          </w:tcPr>
          <w:p w14:paraId="0AEA484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985" w:type="dxa"/>
          </w:tcPr>
          <w:p w14:paraId="0AEA484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Arka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Kiran</w:t>
            </w:r>
          </w:p>
        </w:tc>
        <w:tc>
          <w:tcPr>
            <w:tcW w:w="992" w:type="dxa"/>
          </w:tcPr>
          <w:p w14:paraId="0AEA484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84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4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84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992" w:type="dxa"/>
          </w:tcPr>
          <w:p w14:paraId="0AEA484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4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4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5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Green Yellow Group (1C)</w:t>
            </w:r>
          </w:p>
        </w:tc>
        <w:tc>
          <w:tcPr>
            <w:tcW w:w="2552" w:type="dxa"/>
          </w:tcPr>
          <w:p w14:paraId="0AEA485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(39B)</w:t>
            </w:r>
          </w:p>
        </w:tc>
      </w:tr>
      <w:tr w:rsidR="003A1B86" w:rsidRPr="00A72067" w14:paraId="0AEA485E" w14:textId="77777777" w:rsidTr="009C30B0">
        <w:tc>
          <w:tcPr>
            <w:tcW w:w="567" w:type="dxa"/>
          </w:tcPr>
          <w:p w14:paraId="0AEA485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85" w:type="dxa"/>
          </w:tcPr>
          <w:p w14:paraId="0AEA485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Thai Pink</w:t>
            </w:r>
          </w:p>
        </w:tc>
        <w:tc>
          <w:tcPr>
            <w:tcW w:w="992" w:type="dxa"/>
          </w:tcPr>
          <w:p w14:paraId="0AEA485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85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5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85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992" w:type="dxa"/>
          </w:tcPr>
          <w:p w14:paraId="0AEA485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5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5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5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(150A)</w:t>
            </w:r>
          </w:p>
        </w:tc>
        <w:tc>
          <w:tcPr>
            <w:tcW w:w="2552" w:type="dxa"/>
          </w:tcPr>
          <w:p w14:paraId="0AEA485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(N155C)</w:t>
            </w:r>
          </w:p>
        </w:tc>
      </w:tr>
      <w:tr w:rsidR="003A1B86" w:rsidRPr="00A72067" w14:paraId="0AEA486A" w14:textId="77777777" w:rsidTr="009C30B0">
        <w:tc>
          <w:tcPr>
            <w:tcW w:w="567" w:type="dxa"/>
          </w:tcPr>
          <w:p w14:paraId="0AEA485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985" w:type="dxa"/>
          </w:tcPr>
          <w:p w14:paraId="0AEA486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Shweta</w:t>
            </w:r>
          </w:p>
        </w:tc>
        <w:tc>
          <w:tcPr>
            <w:tcW w:w="992" w:type="dxa"/>
          </w:tcPr>
          <w:p w14:paraId="0AEA486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86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6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86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992" w:type="dxa"/>
          </w:tcPr>
          <w:p w14:paraId="0AEA486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6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6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6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(4B)</w:t>
            </w:r>
          </w:p>
        </w:tc>
        <w:tc>
          <w:tcPr>
            <w:tcW w:w="2552" w:type="dxa"/>
          </w:tcPr>
          <w:p w14:paraId="0AEA486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(38C)</w:t>
            </w:r>
          </w:p>
        </w:tc>
      </w:tr>
      <w:tr w:rsidR="003A1B86" w:rsidRPr="00A72067" w14:paraId="0AEA4876" w14:textId="77777777" w:rsidTr="009C30B0">
        <w:tc>
          <w:tcPr>
            <w:tcW w:w="567" w:type="dxa"/>
          </w:tcPr>
          <w:p w14:paraId="0AEA486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985" w:type="dxa"/>
          </w:tcPr>
          <w:p w14:paraId="0AEA486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Hisar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Safeda</w:t>
            </w:r>
            <w:proofErr w:type="spellEnd"/>
          </w:p>
        </w:tc>
        <w:tc>
          <w:tcPr>
            <w:tcW w:w="992" w:type="dxa"/>
          </w:tcPr>
          <w:p w14:paraId="0AEA486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86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6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87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7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7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7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7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(10B)</w:t>
            </w:r>
          </w:p>
        </w:tc>
        <w:tc>
          <w:tcPr>
            <w:tcW w:w="2552" w:type="dxa"/>
          </w:tcPr>
          <w:p w14:paraId="0AEA487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(155A)</w:t>
            </w:r>
          </w:p>
        </w:tc>
      </w:tr>
      <w:tr w:rsidR="003A1B86" w:rsidRPr="00A72067" w14:paraId="0AEA4882" w14:textId="77777777" w:rsidTr="009C30B0">
        <w:tc>
          <w:tcPr>
            <w:tcW w:w="567" w:type="dxa"/>
          </w:tcPr>
          <w:p w14:paraId="0AEA487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985" w:type="dxa"/>
          </w:tcPr>
          <w:p w14:paraId="0AEA487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 Kiran</w:t>
            </w:r>
          </w:p>
        </w:tc>
        <w:tc>
          <w:tcPr>
            <w:tcW w:w="992" w:type="dxa"/>
          </w:tcPr>
          <w:p w14:paraId="0AEA487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Pointed</w:t>
            </w:r>
          </w:p>
        </w:tc>
        <w:tc>
          <w:tcPr>
            <w:tcW w:w="992" w:type="dxa"/>
          </w:tcPr>
          <w:p w14:paraId="0AEA487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851" w:type="dxa"/>
          </w:tcPr>
          <w:p w14:paraId="0AEA487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87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7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7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7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8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(151A)</w:t>
            </w:r>
          </w:p>
        </w:tc>
        <w:tc>
          <w:tcPr>
            <w:tcW w:w="2552" w:type="dxa"/>
          </w:tcPr>
          <w:p w14:paraId="0AEA488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(38C)</w:t>
            </w:r>
          </w:p>
        </w:tc>
      </w:tr>
      <w:tr w:rsidR="003A1B86" w:rsidRPr="00A72067" w14:paraId="0AEA488E" w14:textId="77777777" w:rsidTr="009C30B0">
        <w:tc>
          <w:tcPr>
            <w:tcW w:w="567" w:type="dxa"/>
          </w:tcPr>
          <w:p w14:paraId="0AEA488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985" w:type="dxa"/>
          </w:tcPr>
          <w:p w14:paraId="0AEA488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G- Vilas</w:t>
            </w:r>
          </w:p>
        </w:tc>
        <w:tc>
          <w:tcPr>
            <w:tcW w:w="992" w:type="dxa"/>
          </w:tcPr>
          <w:p w14:paraId="0AEA488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88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8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88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992" w:type="dxa"/>
          </w:tcPr>
          <w:p w14:paraId="0AEA488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8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8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8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Green Yellow Group (1C)</w:t>
            </w:r>
          </w:p>
        </w:tc>
        <w:tc>
          <w:tcPr>
            <w:tcW w:w="2552" w:type="dxa"/>
          </w:tcPr>
          <w:p w14:paraId="0AEA488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(N155B)</w:t>
            </w:r>
          </w:p>
        </w:tc>
      </w:tr>
      <w:tr w:rsidR="003A1B86" w:rsidRPr="00A72067" w14:paraId="0AEA489A" w14:textId="77777777" w:rsidTr="009C30B0">
        <w:tc>
          <w:tcPr>
            <w:tcW w:w="567" w:type="dxa"/>
          </w:tcPr>
          <w:p w14:paraId="0AEA488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985" w:type="dxa"/>
          </w:tcPr>
          <w:p w14:paraId="0AEA489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10</w:t>
            </w:r>
          </w:p>
        </w:tc>
        <w:tc>
          <w:tcPr>
            <w:tcW w:w="992" w:type="dxa"/>
          </w:tcPr>
          <w:p w14:paraId="0AEA489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89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9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89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9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9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9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9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(2C)</w:t>
            </w:r>
          </w:p>
        </w:tc>
        <w:tc>
          <w:tcPr>
            <w:tcW w:w="2552" w:type="dxa"/>
          </w:tcPr>
          <w:p w14:paraId="0AEA489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(N155B)</w:t>
            </w:r>
          </w:p>
        </w:tc>
      </w:tr>
      <w:tr w:rsidR="003A1B86" w:rsidRPr="00A72067" w14:paraId="0AEA48A6" w14:textId="77777777" w:rsidTr="009C30B0">
        <w:tc>
          <w:tcPr>
            <w:tcW w:w="567" w:type="dxa"/>
          </w:tcPr>
          <w:p w14:paraId="0AEA489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85" w:type="dxa"/>
          </w:tcPr>
          <w:p w14:paraId="0AEA489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Hisar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Surkha</w:t>
            </w:r>
            <w:proofErr w:type="spellEnd"/>
          </w:p>
        </w:tc>
        <w:tc>
          <w:tcPr>
            <w:tcW w:w="992" w:type="dxa"/>
          </w:tcPr>
          <w:p w14:paraId="0AEA489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89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9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8A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A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A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A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A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(7B)</w:t>
            </w:r>
          </w:p>
        </w:tc>
        <w:tc>
          <w:tcPr>
            <w:tcW w:w="2552" w:type="dxa"/>
          </w:tcPr>
          <w:p w14:paraId="0AEA48A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(39c)</w:t>
            </w:r>
          </w:p>
        </w:tc>
      </w:tr>
      <w:tr w:rsidR="003A1B86" w:rsidRPr="00A72067" w14:paraId="0AEA48B2" w14:textId="77777777" w:rsidTr="009C30B0">
        <w:tc>
          <w:tcPr>
            <w:tcW w:w="567" w:type="dxa"/>
          </w:tcPr>
          <w:p w14:paraId="0AEA48A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985" w:type="dxa"/>
          </w:tcPr>
          <w:p w14:paraId="0AEA48A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Purple Guava</w:t>
            </w:r>
          </w:p>
        </w:tc>
        <w:tc>
          <w:tcPr>
            <w:tcW w:w="992" w:type="dxa"/>
          </w:tcPr>
          <w:p w14:paraId="0AEA48A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8A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A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8A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A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A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A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B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Red-Purple Group (64D)</w:t>
            </w:r>
          </w:p>
        </w:tc>
        <w:tc>
          <w:tcPr>
            <w:tcW w:w="2552" w:type="dxa"/>
          </w:tcPr>
          <w:p w14:paraId="0AEA48B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Red-Purple Group (70C)</w:t>
            </w:r>
          </w:p>
        </w:tc>
      </w:tr>
      <w:tr w:rsidR="003A1B86" w:rsidRPr="00A72067" w14:paraId="0AEA48BE" w14:textId="77777777" w:rsidTr="009C30B0">
        <w:tc>
          <w:tcPr>
            <w:tcW w:w="567" w:type="dxa"/>
          </w:tcPr>
          <w:p w14:paraId="0AEA48B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985" w:type="dxa"/>
          </w:tcPr>
          <w:p w14:paraId="0AEA48B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Lalima</w:t>
            </w:r>
            <w:proofErr w:type="spellEnd"/>
          </w:p>
        </w:tc>
        <w:tc>
          <w:tcPr>
            <w:tcW w:w="992" w:type="dxa"/>
          </w:tcPr>
          <w:p w14:paraId="0AEA48B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8B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B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8B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B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B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B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B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(5D)</w:t>
            </w:r>
          </w:p>
        </w:tc>
        <w:tc>
          <w:tcPr>
            <w:tcW w:w="2552" w:type="dxa"/>
          </w:tcPr>
          <w:p w14:paraId="0AEA48B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(155B)</w:t>
            </w:r>
          </w:p>
        </w:tc>
      </w:tr>
      <w:tr w:rsidR="003A1B86" w:rsidRPr="00A72067" w14:paraId="0AEA48CA" w14:textId="77777777" w:rsidTr="009C30B0">
        <w:tc>
          <w:tcPr>
            <w:tcW w:w="567" w:type="dxa"/>
          </w:tcPr>
          <w:p w14:paraId="0AEA48B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985" w:type="dxa"/>
          </w:tcPr>
          <w:p w14:paraId="0AEA48C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Thai 7</w:t>
            </w:r>
          </w:p>
        </w:tc>
        <w:tc>
          <w:tcPr>
            <w:tcW w:w="992" w:type="dxa"/>
          </w:tcPr>
          <w:p w14:paraId="0AEA48C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8C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C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8C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Prominent</w:t>
            </w:r>
          </w:p>
        </w:tc>
        <w:tc>
          <w:tcPr>
            <w:tcW w:w="992" w:type="dxa"/>
          </w:tcPr>
          <w:p w14:paraId="0AEA48C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1418" w:type="dxa"/>
          </w:tcPr>
          <w:p w14:paraId="0AEA48C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C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C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(1B)</w:t>
            </w:r>
          </w:p>
        </w:tc>
        <w:tc>
          <w:tcPr>
            <w:tcW w:w="2552" w:type="dxa"/>
          </w:tcPr>
          <w:p w14:paraId="0AEA48C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(N155B)</w:t>
            </w:r>
          </w:p>
        </w:tc>
      </w:tr>
      <w:tr w:rsidR="003A1B86" w:rsidRPr="00A72067" w14:paraId="0AEA48D6" w14:textId="77777777" w:rsidTr="009C30B0">
        <w:tc>
          <w:tcPr>
            <w:tcW w:w="567" w:type="dxa"/>
          </w:tcPr>
          <w:p w14:paraId="0AEA48C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5" w:type="dxa"/>
          </w:tcPr>
          <w:p w14:paraId="0AEA48C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Dhawal</w:t>
            </w:r>
            <w:proofErr w:type="spellEnd"/>
          </w:p>
        </w:tc>
        <w:tc>
          <w:tcPr>
            <w:tcW w:w="992" w:type="dxa"/>
          </w:tcPr>
          <w:p w14:paraId="0AEA48C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8C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C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8D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D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D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D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D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(150B)</w:t>
            </w:r>
          </w:p>
        </w:tc>
        <w:tc>
          <w:tcPr>
            <w:tcW w:w="2552" w:type="dxa"/>
          </w:tcPr>
          <w:p w14:paraId="0AEA48D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(155D)</w:t>
            </w:r>
          </w:p>
        </w:tc>
      </w:tr>
      <w:tr w:rsidR="003A1B86" w:rsidRPr="00A72067" w14:paraId="0AEA48E2" w14:textId="77777777" w:rsidTr="009C30B0">
        <w:tc>
          <w:tcPr>
            <w:tcW w:w="567" w:type="dxa"/>
          </w:tcPr>
          <w:p w14:paraId="0AEA48D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985" w:type="dxa"/>
          </w:tcPr>
          <w:p w14:paraId="0AEA48D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Thai Guava</w:t>
            </w:r>
          </w:p>
        </w:tc>
        <w:tc>
          <w:tcPr>
            <w:tcW w:w="992" w:type="dxa"/>
          </w:tcPr>
          <w:p w14:paraId="0AEA48D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8D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D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8D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D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D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D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E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Yellow-Green Group (150B)</w:t>
            </w:r>
          </w:p>
        </w:tc>
        <w:tc>
          <w:tcPr>
            <w:tcW w:w="2552" w:type="dxa"/>
          </w:tcPr>
          <w:p w14:paraId="0AEA48E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(N155A)</w:t>
            </w:r>
          </w:p>
        </w:tc>
      </w:tr>
      <w:tr w:rsidR="003A1B86" w:rsidRPr="00A72067" w14:paraId="0AEA48EE" w14:textId="77777777" w:rsidTr="009C30B0">
        <w:tc>
          <w:tcPr>
            <w:tcW w:w="567" w:type="dxa"/>
          </w:tcPr>
          <w:p w14:paraId="0AEA48E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985" w:type="dxa"/>
          </w:tcPr>
          <w:p w14:paraId="0AEA48E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11</w:t>
            </w:r>
          </w:p>
        </w:tc>
        <w:tc>
          <w:tcPr>
            <w:tcW w:w="992" w:type="dxa"/>
          </w:tcPr>
          <w:p w14:paraId="0AEA48E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Pointed</w:t>
            </w:r>
          </w:p>
        </w:tc>
        <w:tc>
          <w:tcPr>
            <w:tcW w:w="992" w:type="dxa"/>
          </w:tcPr>
          <w:p w14:paraId="0AEA48E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851" w:type="dxa"/>
          </w:tcPr>
          <w:p w14:paraId="0AEA48E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8E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8E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E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E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E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(3C)</w:t>
            </w:r>
          </w:p>
        </w:tc>
        <w:tc>
          <w:tcPr>
            <w:tcW w:w="2552" w:type="dxa"/>
          </w:tcPr>
          <w:p w14:paraId="0AEA48E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(155D)</w:t>
            </w:r>
          </w:p>
        </w:tc>
      </w:tr>
      <w:tr w:rsidR="003A1B86" w:rsidRPr="00A72067" w14:paraId="0AEA48FA" w14:textId="77777777" w:rsidTr="009C30B0">
        <w:tc>
          <w:tcPr>
            <w:tcW w:w="567" w:type="dxa"/>
          </w:tcPr>
          <w:p w14:paraId="0AEA48E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985" w:type="dxa"/>
          </w:tcPr>
          <w:p w14:paraId="0AEA48F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Allahbad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Safeda</w:t>
            </w:r>
            <w:proofErr w:type="spellEnd"/>
          </w:p>
        </w:tc>
        <w:tc>
          <w:tcPr>
            <w:tcW w:w="992" w:type="dxa"/>
          </w:tcPr>
          <w:p w14:paraId="0AEA48F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8F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F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8F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Prominent</w:t>
            </w:r>
          </w:p>
        </w:tc>
        <w:tc>
          <w:tcPr>
            <w:tcW w:w="992" w:type="dxa"/>
          </w:tcPr>
          <w:p w14:paraId="0AEA48F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8F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8F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8F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(1B)</w:t>
            </w:r>
          </w:p>
        </w:tc>
        <w:tc>
          <w:tcPr>
            <w:tcW w:w="2552" w:type="dxa"/>
          </w:tcPr>
          <w:p w14:paraId="0AEA48F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(155D)</w:t>
            </w:r>
          </w:p>
        </w:tc>
      </w:tr>
      <w:tr w:rsidR="003A1B86" w:rsidRPr="00A72067" w14:paraId="0AEA4906" w14:textId="77777777" w:rsidTr="009C30B0">
        <w:tc>
          <w:tcPr>
            <w:tcW w:w="567" w:type="dxa"/>
          </w:tcPr>
          <w:p w14:paraId="0AEA48F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985" w:type="dxa"/>
          </w:tcPr>
          <w:p w14:paraId="0AEA48F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Pant </w:t>
            </w: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Prabhat</w:t>
            </w:r>
            <w:proofErr w:type="spellEnd"/>
          </w:p>
        </w:tc>
        <w:tc>
          <w:tcPr>
            <w:tcW w:w="992" w:type="dxa"/>
          </w:tcPr>
          <w:p w14:paraId="0AEA48F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8F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8F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90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90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90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90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90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(5D)</w:t>
            </w:r>
          </w:p>
        </w:tc>
        <w:tc>
          <w:tcPr>
            <w:tcW w:w="2552" w:type="dxa"/>
          </w:tcPr>
          <w:p w14:paraId="0AEA490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(N155A)</w:t>
            </w:r>
          </w:p>
        </w:tc>
      </w:tr>
      <w:tr w:rsidR="003A1B86" w:rsidRPr="00A72067" w14:paraId="0AEA4912" w14:textId="77777777" w:rsidTr="009C30B0">
        <w:tc>
          <w:tcPr>
            <w:tcW w:w="567" w:type="dxa"/>
          </w:tcPr>
          <w:p w14:paraId="0AEA490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985" w:type="dxa"/>
          </w:tcPr>
          <w:p w14:paraId="0AEA490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L-49</w:t>
            </w:r>
          </w:p>
        </w:tc>
        <w:tc>
          <w:tcPr>
            <w:tcW w:w="992" w:type="dxa"/>
          </w:tcPr>
          <w:p w14:paraId="0AEA490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90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90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Rough</w:t>
            </w:r>
          </w:p>
        </w:tc>
        <w:tc>
          <w:tcPr>
            <w:tcW w:w="1134" w:type="dxa"/>
          </w:tcPr>
          <w:p w14:paraId="0AEA490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992" w:type="dxa"/>
          </w:tcPr>
          <w:p w14:paraId="0AEA490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90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90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91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(3C)</w:t>
            </w:r>
          </w:p>
        </w:tc>
        <w:tc>
          <w:tcPr>
            <w:tcW w:w="2552" w:type="dxa"/>
          </w:tcPr>
          <w:p w14:paraId="0AEA491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(N155B)</w:t>
            </w:r>
          </w:p>
        </w:tc>
      </w:tr>
      <w:tr w:rsidR="003A1B86" w:rsidRPr="00A72067" w14:paraId="0AEA491E" w14:textId="77777777" w:rsidTr="009C30B0">
        <w:tc>
          <w:tcPr>
            <w:tcW w:w="567" w:type="dxa"/>
          </w:tcPr>
          <w:p w14:paraId="0AEA491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985" w:type="dxa"/>
          </w:tcPr>
          <w:p w14:paraId="0AEA491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Lalit</w:t>
            </w:r>
            <w:proofErr w:type="spellEnd"/>
          </w:p>
        </w:tc>
        <w:tc>
          <w:tcPr>
            <w:tcW w:w="992" w:type="dxa"/>
          </w:tcPr>
          <w:p w14:paraId="0AEA491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91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91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91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91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91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91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91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(3C)</w:t>
            </w:r>
          </w:p>
        </w:tc>
        <w:tc>
          <w:tcPr>
            <w:tcW w:w="2552" w:type="dxa"/>
          </w:tcPr>
          <w:p w14:paraId="0AEA491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(38A)</w:t>
            </w:r>
          </w:p>
        </w:tc>
      </w:tr>
      <w:tr w:rsidR="003A1B86" w:rsidRPr="00A72067" w14:paraId="0AEA492A" w14:textId="77777777" w:rsidTr="009C30B0">
        <w:tc>
          <w:tcPr>
            <w:tcW w:w="567" w:type="dxa"/>
          </w:tcPr>
          <w:p w14:paraId="0AEA491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985" w:type="dxa"/>
          </w:tcPr>
          <w:p w14:paraId="0AEA492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 Pink</w:t>
            </w:r>
          </w:p>
        </w:tc>
        <w:tc>
          <w:tcPr>
            <w:tcW w:w="992" w:type="dxa"/>
          </w:tcPr>
          <w:p w14:paraId="0AEA492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92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92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92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92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1418" w:type="dxa"/>
          </w:tcPr>
          <w:p w14:paraId="0AEA492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92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92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(1B)</w:t>
            </w:r>
          </w:p>
        </w:tc>
        <w:tc>
          <w:tcPr>
            <w:tcW w:w="2552" w:type="dxa"/>
          </w:tcPr>
          <w:p w14:paraId="0AEA492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(37A)</w:t>
            </w:r>
          </w:p>
        </w:tc>
      </w:tr>
      <w:tr w:rsidR="003A1B86" w:rsidRPr="00A72067" w14:paraId="0AEA4936" w14:textId="77777777" w:rsidTr="009C30B0">
        <w:tc>
          <w:tcPr>
            <w:tcW w:w="567" w:type="dxa"/>
          </w:tcPr>
          <w:p w14:paraId="0AEA492B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985" w:type="dxa"/>
          </w:tcPr>
          <w:p w14:paraId="0AEA492C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molle</w:t>
            </w:r>
            <w:proofErr w:type="spellEnd"/>
          </w:p>
        </w:tc>
        <w:tc>
          <w:tcPr>
            <w:tcW w:w="992" w:type="dxa"/>
          </w:tcPr>
          <w:p w14:paraId="0AEA492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92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92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93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93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93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93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93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(1A)</w:t>
            </w:r>
          </w:p>
        </w:tc>
        <w:tc>
          <w:tcPr>
            <w:tcW w:w="2552" w:type="dxa"/>
          </w:tcPr>
          <w:p w14:paraId="0AEA493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Yellow-Orange Group (18B)</w:t>
            </w:r>
          </w:p>
        </w:tc>
      </w:tr>
      <w:tr w:rsidR="003A1B86" w:rsidRPr="00A72067" w14:paraId="0AEA4942" w14:textId="77777777" w:rsidTr="009C30B0">
        <w:tc>
          <w:tcPr>
            <w:tcW w:w="567" w:type="dxa"/>
          </w:tcPr>
          <w:p w14:paraId="0AEA4937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985" w:type="dxa"/>
          </w:tcPr>
          <w:p w14:paraId="0AEA4938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pumilum</w:t>
            </w:r>
            <w:proofErr w:type="spellEnd"/>
          </w:p>
        </w:tc>
        <w:tc>
          <w:tcPr>
            <w:tcW w:w="992" w:type="dxa"/>
          </w:tcPr>
          <w:p w14:paraId="0AEA493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Rounded</w:t>
            </w:r>
          </w:p>
        </w:tc>
        <w:tc>
          <w:tcPr>
            <w:tcW w:w="992" w:type="dxa"/>
          </w:tcPr>
          <w:p w14:paraId="0AEA493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93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93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93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93E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93F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940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(1B)</w:t>
            </w:r>
          </w:p>
        </w:tc>
        <w:tc>
          <w:tcPr>
            <w:tcW w:w="2552" w:type="dxa"/>
          </w:tcPr>
          <w:p w14:paraId="0AEA494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(N155A)</w:t>
            </w:r>
          </w:p>
        </w:tc>
      </w:tr>
      <w:tr w:rsidR="003A1B86" w:rsidRPr="00A72067" w14:paraId="0AEA494E" w14:textId="77777777" w:rsidTr="009C30B0">
        <w:tc>
          <w:tcPr>
            <w:tcW w:w="567" w:type="dxa"/>
          </w:tcPr>
          <w:p w14:paraId="0AEA4943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85" w:type="dxa"/>
          </w:tcPr>
          <w:p w14:paraId="0AEA4944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067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guineense</w:t>
            </w:r>
            <w:proofErr w:type="spellEnd"/>
          </w:p>
        </w:tc>
        <w:tc>
          <w:tcPr>
            <w:tcW w:w="992" w:type="dxa"/>
          </w:tcPr>
          <w:p w14:paraId="0AEA494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Broadly rounded</w:t>
            </w:r>
          </w:p>
        </w:tc>
        <w:tc>
          <w:tcPr>
            <w:tcW w:w="992" w:type="dxa"/>
          </w:tcPr>
          <w:p w14:paraId="0AEA494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851" w:type="dxa"/>
          </w:tcPr>
          <w:p w14:paraId="0AEA494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94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94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94A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94B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94C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(3C)</w:t>
            </w:r>
          </w:p>
        </w:tc>
        <w:tc>
          <w:tcPr>
            <w:tcW w:w="2552" w:type="dxa"/>
          </w:tcPr>
          <w:p w14:paraId="0AEA494D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 Group (155C)</w:t>
            </w:r>
          </w:p>
        </w:tc>
      </w:tr>
      <w:tr w:rsidR="003A1B86" w:rsidRPr="00A72067" w14:paraId="0AEA495A" w14:textId="77777777" w:rsidTr="009C30B0">
        <w:tc>
          <w:tcPr>
            <w:tcW w:w="567" w:type="dxa"/>
          </w:tcPr>
          <w:p w14:paraId="0AEA494F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985" w:type="dxa"/>
          </w:tcPr>
          <w:p w14:paraId="0AEA4950" w14:textId="77777777" w:rsidR="003A1B86" w:rsidRPr="00A72067" w:rsidRDefault="003A1B86" w:rsidP="009C30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206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Psidium</w:t>
            </w:r>
            <w:proofErr w:type="spellEnd"/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genotype 18</w:t>
            </w:r>
          </w:p>
        </w:tc>
        <w:tc>
          <w:tcPr>
            <w:tcW w:w="992" w:type="dxa"/>
          </w:tcPr>
          <w:p w14:paraId="0AEA4951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Necked</w:t>
            </w:r>
          </w:p>
        </w:tc>
        <w:tc>
          <w:tcPr>
            <w:tcW w:w="992" w:type="dxa"/>
          </w:tcPr>
          <w:p w14:paraId="0AEA4952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851" w:type="dxa"/>
          </w:tcPr>
          <w:p w14:paraId="0AEA4953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Smooth</w:t>
            </w:r>
          </w:p>
        </w:tc>
        <w:tc>
          <w:tcPr>
            <w:tcW w:w="1134" w:type="dxa"/>
          </w:tcPr>
          <w:p w14:paraId="0AEA4954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992" w:type="dxa"/>
          </w:tcPr>
          <w:p w14:paraId="0AEA4955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418" w:type="dxa"/>
          </w:tcPr>
          <w:p w14:paraId="0AEA4956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Inconspicuous</w:t>
            </w:r>
          </w:p>
        </w:tc>
        <w:tc>
          <w:tcPr>
            <w:tcW w:w="992" w:type="dxa"/>
          </w:tcPr>
          <w:p w14:paraId="0AEA4957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551" w:type="dxa"/>
          </w:tcPr>
          <w:p w14:paraId="0AEA4958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Yellow Group (1B)</w:t>
            </w:r>
          </w:p>
        </w:tc>
        <w:tc>
          <w:tcPr>
            <w:tcW w:w="2552" w:type="dxa"/>
          </w:tcPr>
          <w:p w14:paraId="0AEA4959" w14:textId="77777777" w:rsidR="003A1B86" w:rsidRPr="00A72067" w:rsidRDefault="003A1B86" w:rsidP="009C30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Group (38B)</w:t>
            </w:r>
          </w:p>
        </w:tc>
      </w:tr>
    </w:tbl>
    <w:p w14:paraId="0AEA495B" w14:textId="77777777" w:rsidR="003A1B86" w:rsidRPr="00A72067" w:rsidRDefault="003A1B86" w:rsidP="003A1B86">
      <w:pPr>
        <w:rPr>
          <w:rFonts w:ascii="Times New Roman" w:hAnsi="Times New Roman" w:cs="Times New Roman"/>
        </w:rPr>
      </w:pPr>
    </w:p>
    <w:p w14:paraId="0AEA495C" w14:textId="77777777" w:rsidR="000F3828" w:rsidRDefault="000F3828"/>
    <w:p w14:paraId="0AEA495D" w14:textId="77777777" w:rsidR="00F268C0" w:rsidRDefault="00F268C0">
      <w:pPr>
        <w:sectPr w:rsidR="00F268C0" w:rsidSect="00982CA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AEA495E" w14:textId="2DA76DC5" w:rsidR="00F268C0" w:rsidRDefault="00B928CA">
      <w:r w:rsidRPr="003E1273">
        <w:rPr>
          <w:rFonts w:ascii="Times New Roman" w:hAnsi="Times New Roman" w:cs="Times New Roman"/>
          <w:b/>
        </w:rPr>
        <w:lastRenderedPageBreak/>
        <w:t xml:space="preserve">Supplementary Table </w:t>
      </w:r>
      <w:r>
        <w:rPr>
          <w:rFonts w:ascii="Times New Roman" w:hAnsi="Times New Roman" w:cs="Times New Roman"/>
          <w:b/>
        </w:rPr>
        <w:t>6</w:t>
      </w:r>
      <w:r w:rsidR="00F268C0" w:rsidRPr="00F268C0">
        <w:rPr>
          <w:rFonts w:ascii="Courier New" w:eastAsia="Times New Roman" w:hAnsi="Courier New" w:cs="Courier New"/>
          <w:kern w:val="0"/>
          <w:sz w:val="20"/>
          <w:szCs w:val="20"/>
          <w:lang w:eastAsia="en-IN" w:bidi="hi-IN"/>
          <w14:ligatures w14:val="none"/>
        </w:rPr>
        <w:t xml:space="preserve"> </w:t>
      </w:r>
      <w:r w:rsidR="00F268C0"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>Correlation analysis</w:t>
      </w:r>
      <w:r w:rsidR="00C57D63"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 xml:space="preserve"> among the </w:t>
      </w:r>
      <w:proofErr w:type="spellStart"/>
      <w:r w:rsidR="00C57D63"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>morpho</w:t>
      </w:r>
      <w:proofErr w:type="spellEnd"/>
      <w:r w:rsidR="00C57D63"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 xml:space="preserve">-biochemical </w:t>
      </w:r>
      <w:r w:rsidR="00867AFF"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>parameters</w:t>
      </w:r>
      <w:r w:rsidR="00C57D63"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 xml:space="preserve"> </w:t>
      </w:r>
      <w:r w:rsidR="00F268C0"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 xml:space="preserve">with </w:t>
      </w:r>
      <w:r w:rsidR="00EF374A"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 xml:space="preserve">their </w:t>
      </w:r>
      <w:r w:rsidR="00F268C0"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>significance levels</w:t>
      </w:r>
    </w:p>
    <w:tbl>
      <w:tblPr>
        <w:tblW w:w="8931" w:type="dxa"/>
        <w:tblInd w:w="-5" w:type="dxa"/>
        <w:tblLook w:val="04A0" w:firstRow="1" w:lastRow="0" w:firstColumn="1" w:lastColumn="0" w:noHBand="0" w:noVBand="1"/>
      </w:tblPr>
      <w:tblGrid>
        <w:gridCol w:w="8931"/>
      </w:tblGrid>
      <w:tr w:rsidR="00F268C0" w:rsidRPr="00F268C0" w14:paraId="0AEA4960" w14:textId="77777777" w:rsidTr="00F268C0">
        <w:trPr>
          <w:trHeight w:val="30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5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pl-PL" w:eastAsia="en-IN"/>
                <w14:ligatures w14:val="none"/>
              </w:rPr>
              <w:t>TSS                  TA                    -0.414       0.0025  **</w:t>
            </w:r>
          </w:p>
        </w:tc>
      </w:tr>
      <w:tr w:rsidR="00F268C0" w:rsidRPr="00F268C0" w14:paraId="0AEA496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6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pl-PL" w:eastAsia="en-IN"/>
                <w14:ligatures w14:val="none"/>
              </w:rPr>
              <w:t>TSS                  TSS_TA                 0.586       0.0000  ***</w:t>
            </w:r>
          </w:p>
        </w:tc>
      </w:tr>
      <w:tr w:rsidR="00F268C0" w:rsidRPr="00F268C0" w14:paraId="0AEA496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6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TSS                  TSC                    0.767       0.0000  ***</w:t>
            </w:r>
          </w:p>
        </w:tc>
      </w:tr>
      <w:tr w:rsidR="00F268C0" w:rsidRPr="00F268C0" w14:paraId="0AEA496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6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TSS                  RSC                    0.657       0.0000  ***</w:t>
            </w:r>
          </w:p>
        </w:tc>
      </w:tr>
      <w:tr w:rsidR="00F268C0" w:rsidRPr="00F268C0" w14:paraId="0AEA496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6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TSS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-0.325       0.0198  *</w:t>
            </w:r>
          </w:p>
        </w:tc>
      </w:tr>
      <w:tr w:rsidR="00F268C0" w:rsidRPr="00F268C0" w14:paraId="0AEA496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6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TSS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0.322       0.0211  *</w:t>
            </w:r>
          </w:p>
        </w:tc>
      </w:tr>
      <w:tr w:rsidR="00F268C0" w:rsidRPr="00F268C0" w14:paraId="0AEA496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6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TSS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0.318       0.0230  *</w:t>
            </w:r>
          </w:p>
        </w:tc>
      </w:tr>
      <w:tr w:rsidR="00F268C0" w:rsidRPr="00F268C0" w14:paraId="0AEA496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6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TSS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Seed_weightfruit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-0.327       0.0192  *</w:t>
            </w:r>
          </w:p>
        </w:tc>
      </w:tr>
      <w:tr w:rsidR="00F268C0" w:rsidRPr="00F268C0" w14:paraId="0AEA497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6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                   TSS_TA                -0.838       0.0000  ***</w:t>
            </w:r>
          </w:p>
        </w:tc>
      </w:tr>
      <w:tr w:rsidR="00F268C0" w:rsidRPr="00F268C0" w14:paraId="0AEA497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7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pl-PL" w:eastAsia="en-IN"/>
                <w14:ligatures w14:val="none"/>
              </w:rPr>
              <w:t>TA                   TSC                   -0.560       0.0000  ***</w:t>
            </w:r>
          </w:p>
        </w:tc>
      </w:tr>
      <w:tr w:rsidR="00F268C0" w:rsidRPr="00F268C0" w14:paraId="0AEA497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7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pl-PL" w:eastAsia="en-IN"/>
                <w14:ligatures w14:val="none"/>
              </w:rPr>
              <w:t>TA                   RSC                   -0.528       0.0001  ***</w:t>
            </w:r>
          </w:p>
        </w:tc>
      </w:tr>
      <w:tr w:rsidR="00F268C0" w:rsidRPr="00F268C0" w14:paraId="0AEA497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7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pl-PL" w:eastAsia="en-IN"/>
                <w14:ligatures w14:val="none"/>
              </w:rPr>
              <w:t>TA                   TPC                    0.288       0.0402  *</w:t>
            </w:r>
          </w:p>
        </w:tc>
      </w:tr>
      <w:tr w:rsidR="00F268C0" w:rsidRPr="00F268C0" w14:paraId="0AEA497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7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TA 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-0.371       0.0073  **</w:t>
            </w:r>
          </w:p>
        </w:tc>
      </w:tr>
      <w:tr w:rsidR="00F268C0" w:rsidRPr="00F268C0" w14:paraId="0AEA497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7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TA 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-0.455       0.0008  ***</w:t>
            </w:r>
          </w:p>
        </w:tc>
      </w:tr>
      <w:tr w:rsidR="00F268C0" w:rsidRPr="00F268C0" w14:paraId="0AEA497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7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pl-PL" w:eastAsia="en-IN"/>
                <w14:ligatures w14:val="none"/>
              </w:rPr>
              <w:t>TA                   Calyx_diameter        -0.359       0.0097  **</w:t>
            </w:r>
          </w:p>
        </w:tc>
      </w:tr>
      <w:tr w:rsidR="00F268C0" w:rsidRPr="00F268C0" w14:paraId="0AEA497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7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pl-PL" w:eastAsia="en-IN"/>
                <w14:ligatures w14:val="none"/>
              </w:rPr>
              <w:t>TSS_TA               TSC                    0.650       0.0000  ***</w:t>
            </w:r>
          </w:p>
        </w:tc>
      </w:tr>
      <w:tr w:rsidR="00F268C0" w:rsidRPr="00F268C0" w14:paraId="0AEA498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7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pl-PL" w:eastAsia="en-IN"/>
                <w14:ligatures w14:val="none"/>
              </w:rPr>
              <w:t>TSS_TA               RSC                    0.592       0.0000  ***</w:t>
            </w:r>
          </w:p>
        </w:tc>
      </w:tr>
      <w:tr w:rsidR="00F268C0" w:rsidRPr="00F268C0" w14:paraId="0AEA498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8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pl-PL" w:eastAsia="en-IN"/>
                <w14:ligatures w14:val="none"/>
              </w:rPr>
              <w:t>TSS_TA               TPC                   -0.335       0.0162  *</w:t>
            </w:r>
          </w:p>
        </w:tc>
      </w:tr>
      <w:tr w:rsidR="00F268C0" w:rsidRPr="00F268C0" w14:paraId="0AEA498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8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TSS_TA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0.301       0.0318  *</w:t>
            </w:r>
          </w:p>
        </w:tc>
      </w:tr>
      <w:tr w:rsidR="00F268C0" w:rsidRPr="00F268C0" w14:paraId="0AEA498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8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TSS_TA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-0.433       0.0015  **</w:t>
            </w:r>
          </w:p>
        </w:tc>
      </w:tr>
      <w:tr w:rsidR="00F268C0" w:rsidRPr="00F268C0" w14:paraId="0AEA498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8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TSS_TA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0.350       0.0119  *</w:t>
            </w:r>
          </w:p>
        </w:tc>
      </w:tr>
      <w:tr w:rsidR="00F268C0" w:rsidRPr="00F268C0" w14:paraId="0AEA498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8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TSS_TA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0.388       0.0049  **</w:t>
            </w:r>
          </w:p>
        </w:tc>
      </w:tr>
      <w:tr w:rsidR="00F268C0" w:rsidRPr="00F268C0" w14:paraId="0AEA498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8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TSC                  RSC                    0.878       0.0000  ***</w:t>
            </w:r>
          </w:p>
        </w:tc>
      </w:tr>
      <w:tr w:rsidR="00F268C0" w:rsidRPr="00F268C0" w14:paraId="0AEA498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8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0.303       0.0308  *</w:t>
            </w:r>
          </w:p>
        </w:tc>
      </w:tr>
      <w:tr w:rsidR="00F268C0" w:rsidRPr="00F268C0" w14:paraId="0AEA499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8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-0.298       0.0336  *</w:t>
            </w:r>
          </w:p>
        </w:tc>
      </w:tr>
      <w:tr w:rsidR="00F268C0" w:rsidRPr="00F268C0" w14:paraId="0AEA499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9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0.298       0.0337  *</w:t>
            </w:r>
          </w:p>
        </w:tc>
      </w:tr>
      <w:tr w:rsidR="00F268C0" w:rsidRPr="00F268C0" w14:paraId="0AEA499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9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0.356       0.0103  *</w:t>
            </w:r>
          </w:p>
        </w:tc>
      </w:tr>
      <w:tr w:rsidR="00F268C0" w:rsidRPr="00F268C0" w14:paraId="0AEA499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9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Seed_weightfruit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-0.316       0.0241  *</w:t>
            </w:r>
          </w:p>
        </w:tc>
      </w:tr>
      <w:tr w:rsidR="00F268C0" w:rsidRPr="00F268C0" w14:paraId="0AEA499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9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TSC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Seed_lengh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0.301       0.0321  *</w:t>
            </w:r>
          </w:p>
        </w:tc>
      </w:tr>
      <w:tr w:rsidR="00F268C0" w:rsidRPr="00F268C0" w14:paraId="0AEA499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9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RSC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0.343       0.0138  *</w:t>
            </w:r>
          </w:p>
        </w:tc>
      </w:tr>
      <w:tr w:rsidR="00F268C0" w:rsidRPr="00F268C0" w14:paraId="0AEA499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9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RSC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-0.367       0.0081  **</w:t>
            </w:r>
          </w:p>
        </w:tc>
      </w:tr>
      <w:tr w:rsidR="00F268C0" w:rsidRPr="00F268C0" w14:paraId="0AEA499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9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RSC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0.308       0.0279  *</w:t>
            </w:r>
          </w:p>
        </w:tc>
      </w:tr>
      <w:tr w:rsidR="00F268C0" w:rsidRPr="00F268C0" w14:paraId="0AEA49A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9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RSC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0.330       0.0179  *</w:t>
            </w:r>
          </w:p>
        </w:tc>
      </w:tr>
      <w:tr w:rsidR="00F268C0" w:rsidRPr="00F268C0" w14:paraId="0AEA49A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A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ASC                  FRAP                   0.432       0.0016  **</w:t>
            </w:r>
          </w:p>
        </w:tc>
      </w:tr>
      <w:tr w:rsidR="00F268C0" w:rsidRPr="00F268C0" w14:paraId="0AEA49A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A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ASC                  DPPH                   0.410       0.0028  **</w:t>
            </w:r>
          </w:p>
        </w:tc>
      </w:tr>
      <w:tr w:rsidR="00F268C0" w:rsidRPr="00F268C0" w14:paraId="0AEA49A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A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ASC                  Lycopene               0.299       0.0332  *</w:t>
            </w:r>
          </w:p>
        </w:tc>
      </w:tr>
      <w:tr w:rsidR="00F268C0" w:rsidRPr="00F268C0" w14:paraId="0AEA49A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A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TPC                  TFC                    0.708       0.0000  ***</w:t>
            </w:r>
          </w:p>
        </w:tc>
      </w:tr>
      <w:tr w:rsidR="00F268C0" w:rsidRPr="00F268C0" w14:paraId="0AEA49A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A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TPC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-0.380       0.0060  **</w:t>
            </w:r>
          </w:p>
        </w:tc>
      </w:tr>
      <w:tr w:rsidR="00F268C0" w:rsidRPr="00F268C0" w14:paraId="0AEA49A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A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TPC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-0.289       0.0396  *</w:t>
            </w:r>
          </w:p>
        </w:tc>
      </w:tr>
      <w:tr w:rsidR="00F268C0" w:rsidRPr="00F268C0" w14:paraId="0AEA49A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A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TPC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-0.293       0.0371  *</w:t>
            </w:r>
          </w:p>
        </w:tc>
      </w:tr>
      <w:tr w:rsidR="00F268C0" w:rsidRPr="00F268C0" w14:paraId="0AEA49B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A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TPC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Petiole_length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-0.326       0.0195  *</w:t>
            </w:r>
          </w:p>
        </w:tc>
      </w:tr>
      <w:tr w:rsidR="00F268C0" w:rsidRPr="00F268C0" w14:paraId="0AEA49B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B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TPC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Seed_Numberfruit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-0.396       0.0040  **</w:t>
            </w:r>
          </w:p>
        </w:tc>
      </w:tr>
      <w:tr w:rsidR="00F268C0" w:rsidRPr="00F268C0" w14:paraId="0AEA49B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B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 xml:space="preserve">TFC     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-0.322       0.0212  *</w:t>
            </w:r>
          </w:p>
        </w:tc>
      </w:tr>
      <w:tr w:rsidR="00F268C0" w:rsidRPr="00F268C0" w14:paraId="0AEA49B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B5" w14:textId="77777777" w:rsidR="00F268C0" w:rsidRPr="00F268C0" w:rsidRDefault="00E82888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TFC  </w:t>
            </w:r>
            <w:r w:rsidR="00F268C0"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</w:t>
            </w:r>
            <w:proofErr w:type="spellStart"/>
            <w:r w:rsidR="00F268C0"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="00F268C0"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-0.356       0.0104  *</w:t>
            </w:r>
          </w:p>
        </w:tc>
      </w:tr>
      <w:tr w:rsidR="00F268C0" w:rsidRPr="00F268C0" w14:paraId="0AEA49B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B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FRAP                 DPPH                   0.349       0.0121  *</w:t>
            </w:r>
          </w:p>
        </w:tc>
      </w:tr>
      <w:tr w:rsidR="00F268C0" w:rsidRPr="00F268C0" w14:paraId="0AEA49B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B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Carotenoid           Lycopene               0.994       0.0000  ***</w:t>
            </w:r>
          </w:p>
        </w:tc>
      </w:tr>
      <w:tr w:rsidR="00F268C0" w:rsidRPr="00F268C0" w14:paraId="0AEA49B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B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Carotenoid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0.283       0.0442  *</w:t>
            </w:r>
          </w:p>
        </w:tc>
      </w:tr>
      <w:tr w:rsidR="00F268C0" w:rsidRPr="00F268C0" w14:paraId="0AEA49B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B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Carotenoid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TCD_Pulp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-0.529       0.0001  ***</w:t>
            </w:r>
          </w:p>
        </w:tc>
      </w:tr>
      <w:tr w:rsidR="00F268C0" w:rsidRPr="00F268C0" w14:paraId="0AEA49C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B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Lycopene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0.310       0.0267  *</w:t>
            </w:r>
          </w:p>
        </w:tc>
      </w:tr>
      <w:tr w:rsidR="00F268C0" w:rsidRPr="00F268C0" w14:paraId="0AEA49C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C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Lycopene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TCD_Pulp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-0.534       0.0001  ***</w:t>
            </w:r>
          </w:p>
        </w:tc>
      </w:tr>
      <w:tr w:rsidR="00F268C0" w:rsidRPr="00F268C0" w14:paraId="0AEA49C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C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0.796       0.0000  ***</w:t>
            </w:r>
          </w:p>
        </w:tc>
      </w:tr>
      <w:tr w:rsidR="00F268C0" w:rsidRPr="00F268C0" w14:paraId="0AEA49C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C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0.523       0.0001  ***</w:t>
            </w:r>
          </w:p>
        </w:tc>
      </w:tr>
      <w:tr w:rsidR="00F268C0" w:rsidRPr="00F268C0" w14:paraId="0AEA49C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C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0.720       0.0000  ***</w:t>
            </w:r>
          </w:p>
        </w:tc>
      </w:tr>
      <w:tr w:rsidR="00F268C0" w:rsidRPr="00F268C0" w14:paraId="0AEA49C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C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0.453       0.0008  ***</w:t>
            </w:r>
          </w:p>
        </w:tc>
      </w:tr>
      <w:tr w:rsidR="00F268C0" w:rsidRPr="00F268C0" w14:paraId="0AEA49C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C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0.840       0.0000  ***</w:t>
            </w:r>
          </w:p>
        </w:tc>
      </w:tr>
      <w:tr w:rsidR="00F268C0" w:rsidRPr="00F268C0" w14:paraId="0AEA49C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C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0.551       0.0000  ***</w:t>
            </w:r>
          </w:p>
        </w:tc>
      </w:tr>
      <w:tr w:rsidR="00F268C0" w:rsidRPr="00F268C0" w14:paraId="0AEA49D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C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0.474       0.0004  ***</w:t>
            </w:r>
          </w:p>
        </w:tc>
      </w:tr>
      <w:tr w:rsidR="00F268C0" w:rsidRPr="00F268C0" w14:paraId="0AEA49D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D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Petiole_length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0.348       0.0122  *</w:t>
            </w:r>
          </w:p>
        </w:tc>
      </w:tr>
      <w:tr w:rsidR="00F268C0" w:rsidRPr="00F268C0" w14:paraId="0AEA49D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D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Seed_weightfruit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0.414       0.0025  **</w:t>
            </w:r>
          </w:p>
        </w:tc>
      </w:tr>
      <w:tr w:rsidR="00F268C0" w:rsidRPr="00F268C0" w14:paraId="0AEA49D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D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Seed_hardiness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0.380       0.0060  **</w:t>
            </w:r>
          </w:p>
        </w:tc>
      </w:tr>
      <w:tr w:rsidR="00F268C0" w:rsidRPr="00F268C0" w14:paraId="0AEA49D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D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-0.642       0.0000  ***</w:t>
            </w:r>
          </w:p>
        </w:tc>
      </w:tr>
      <w:tr w:rsidR="00F268C0" w:rsidRPr="00F268C0" w14:paraId="0AEA49D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D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0.831       0.0000  ***</w:t>
            </w:r>
          </w:p>
        </w:tc>
      </w:tr>
      <w:tr w:rsidR="00F268C0" w:rsidRPr="00F268C0" w14:paraId="0AEA49D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D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0.651       0.0000  ***</w:t>
            </w:r>
          </w:p>
        </w:tc>
      </w:tr>
      <w:tr w:rsidR="00F268C0" w:rsidRPr="00F268C0" w14:paraId="0AEA49D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D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0.904       0.0000  ***</w:t>
            </w:r>
          </w:p>
        </w:tc>
      </w:tr>
      <w:tr w:rsidR="00F268C0" w:rsidRPr="00F268C0" w14:paraId="0AEA49E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D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0.510       0.0001  ***</w:t>
            </w:r>
          </w:p>
        </w:tc>
      </w:tr>
      <w:tr w:rsidR="00F268C0" w:rsidRPr="00F268C0" w14:paraId="0AEA49E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E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0.431       0.0016  **</w:t>
            </w:r>
          </w:p>
        </w:tc>
      </w:tr>
      <w:tr w:rsidR="00F268C0" w:rsidRPr="00F268C0" w14:paraId="0AEA49E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E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Petiole_length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0.329       0.0185  *</w:t>
            </w:r>
          </w:p>
        </w:tc>
      </w:tr>
      <w:tr w:rsidR="00F268C0" w:rsidRPr="00F268C0" w14:paraId="0AEA49E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E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Seed_weightfruit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0.365       0.0085  **</w:t>
            </w:r>
          </w:p>
        </w:tc>
      </w:tr>
      <w:tr w:rsidR="00F268C0" w:rsidRPr="00F268C0" w14:paraId="0AEA49E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E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Seed_hardiness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0.300       0.0324  *</w:t>
            </w:r>
          </w:p>
        </w:tc>
      </w:tr>
      <w:tr w:rsidR="00F268C0" w:rsidRPr="00F268C0" w14:paraId="0AEA49E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E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-0.694       0.0000  ***</w:t>
            </w:r>
          </w:p>
        </w:tc>
      </w:tr>
      <w:tr w:rsidR="00F268C0" w:rsidRPr="00F268C0" w14:paraId="0AEA49E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E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0.568       0.0000  ***</w:t>
            </w:r>
          </w:p>
        </w:tc>
      </w:tr>
      <w:tr w:rsidR="00F268C0" w:rsidRPr="00F268C0" w14:paraId="0AEA49E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E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0.781       0.0000  ***</w:t>
            </w:r>
          </w:p>
        </w:tc>
      </w:tr>
      <w:tr w:rsidR="00F268C0" w:rsidRPr="00F268C0" w14:paraId="0AEA49F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E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0.431       0.0016  **</w:t>
            </w:r>
          </w:p>
        </w:tc>
      </w:tr>
      <w:tr w:rsidR="00F268C0" w:rsidRPr="00F268C0" w14:paraId="0AEA49F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F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0.459       0.0007  ***</w:t>
            </w:r>
          </w:p>
        </w:tc>
      </w:tr>
      <w:tr w:rsidR="00F268C0" w:rsidRPr="00F268C0" w14:paraId="0AEA49F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F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Petiole_length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0.311       0.0261  *</w:t>
            </w:r>
          </w:p>
        </w:tc>
      </w:tr>
      <w:tr w:rsidR="00F268C0" w:rsidRPr="00F268C0" w14:paraId="0AEA49F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F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0.391       0.0046  **</w:t>
            </w:r>
          </w:p>
        </w:tc>
      </w:tr>
      <w:tr w:rsidR="00F268C0" w:rsidRPr="00F268C0" w14:paraId="0AEA49F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F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Pulp_thickness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-0.724       0.0000  ***</w:t>
            </w:r>
          </w:p>
        </w:tc>
      </w:tr>
      <w:tr w:rsidR="00F268C0" w:rsidRPr="00F268C0" w14:paraId="0AEA49F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F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0.552       0.0000  ***</w:t>
            </w:r>
          </w:p>
        </w:tc>
      </w:tr>
      <w:tr w:rsidR="00F268C0" w:rsidRPr="00F268C0" w14:paraId="0AEA49F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F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0.477       0.0004  ***</w:t>
            </w:r>
          </w:p>
        </w:tc>
      </w:tr>
      <w:tr w:rsidR="00F268C0" w:rsidRPr="00F268C0" w14:paraId="0AEA49F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F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0.296       0.0352  *</w:t>
            </w:r>
          </w:p>
        </w:tc>
      </w:tr>
      <w:tr w:rsidR="00F268C0" w:rsidRPr="00F268C0" w14:paraId="0AEA4A0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9F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Seed_lengh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0.287       0.0412  *</w:t>
            </w:r>
          </w:p>
        </w:tc>
      </w:tr>
      <w:tr w:rsidR="00F268C0" w:rsidRPr="00F268C0" w14:paraId="0AEA4A0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0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0.341       0.0142  *</w:t>
            </w:r>
          </w:p>
        </w:tc>
      </w:tr>
      <w:tr w:rsidR="00F268C0" w:rsidRPr="00F268C0" w14:paraId="0AEA4A0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0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Calyx_diameter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-0.535       0.0001  ***</w:t>
            </w:r>
          </w:p>
        </w:tc>
      </w:tr>
      <w:tr w:rsidR="00F268C0" w:rsidRPr="00F268C0" w14:paraId="0AEA4A0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0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0.479       0.0004  ***</w:t>
            </w:r>
          </w:p>
        </w:tc>
      </w:tr>
      <w:tr w:rsidR="00F268C0" w:rsidRPr="00F268C0" w14:paraId="0AEA4A0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0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0.453       0.0009  ***</w:t>
            </w:r>
          </w:p>
        </w:tc>
      </w:tr>
      <w:tr w:rsidR="00F268C0" w:rsidRPr="00F268C0" w14:paraId="0AEA4A0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0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Petiole_length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0.350       0.0118  *</w:t>
            </w:r>
          </w:p>
        </w:tc>
      </w:tr>
      <w:tr w:rsidR="00F268C0" w:rsidRPr="00F268C0" w14:paraId="0AEA4A0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0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Seed_weightfruit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0.369       0.0077  **</w:t>
            </w:r>
          </w:p>
        </w:tc>
      </w:tr>
      <w:tr w:rsidR="00F268C0" w:rsidRPr="00F268C0" w14:paraId="0AEA4A0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0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0.327       0.0193  *</w:t>
            </w:r>
          </w:p>
        </w:tc>
      </w:tr>
      <w:tr w:rsidR="00F268C0" w:rsidRPr="00F268C0" w14:paraId="0AEA4A1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0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Seed_hardiness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0.438       0.0013  **</w:t>
            </w:r>
          </w:p>
        </w:tc>
      </w:tr>
      <w:tr w:rsidR="00F268C0" w:rsidRPr="00F268C0" w14:paraId="0AEA4A1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1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Fruit_weight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-0.602       0.0000  ***</w:t>
            </w:r>
          </w:p>
        </w:tc>
      </w:tr>
      <w:tr w:rsidR="00F268C0" w:rsidRPr="00F268C0" w14:paraId="0AEA4A1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1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TCD_Peel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TCD_Pulp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0.510       0.0001  ***</w:t>
            </w:r>
          </w:p>
        </w:tc>
      </w:tr>
      <w:tr w:rsidR="00F268C0" w:rsidRPr="00F268C0" w14:paraId="0AEA4A1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1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0.827       0.0000  ***</w:t>
            </w:r>
          </w:p>
        </w:tc>
      </w:tr>
      <w:tr w:rsidR="00F268C0" w:rsidRPr="00F268C0" w14:paraId="0AEA4A1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1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Petiole_length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0.522       0.0001  ***</w:t>
            </w:r>
          </w:p>
        </w:tc>
      </w:tr>
      <w:tr w:rsidR="00F268C0" w:rsidRPr="00F268C0" w14:paraId="0AEA4A1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1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Seed_weightfruit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0.305       0.0298  *</w:t>
            </w:r>
          </w:p>
        </w:tc>
      </w:tr>
      <w:tr w:rsidR="00F268C0" w:rsidRPr="00F268C0" w14:paraId="0AEA4A1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1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-0.493       0.0002  ***</w:t>
            </w:r>
          </w:p>
        </w:tc>
      </w:tr>
      <w:tr w:rsidR="00F268C0" w:rsidRPr="00F268C0" w14:paraId="0AEA4A1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1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-0.479       0.0004  ***</w:t>
            </w:r>
          </w:p>
        </w:tc>
      </w:tr>
      <w:tr w:rsidR="00F268C0" w:rsidRPr="00F268C0" w14:paraId="0AEA4A2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1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Petiole_length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0.568       0.0000  ***</w:t>
            </w:r>
          </w:p>
        </w:tc>
      </w:tr>
      <w:tr w:rsidR="00F268C0" w:rsidRPr="00F268C0" w14:paraId="0AEA4A2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2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-0.550       0.0000  ***</w:t>
            </w:r>
          </w:p>
        </w:tc>
      </w:tr>
      <w:tr w:rsidR="00F268C0" w:rsidRPr="00F268C0" w14:paraId="0AEA4A2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2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Leaves_LW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0.285       0.0425  *</w:t>
            </w:r>
          </w:p>
        </w:tc>
      </w:tr>
      <w:tr w:rsidR="00F268C0" w:rsidRPr="00F268C0" w14:paraId="0AEA4A2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2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Petiole_length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-0.353       0.0109  *</w:t>
            </w:r>
          </w:p>
        </w:tc>
      </w:tr>
      <w:tr w:rsidR="00F268C0" w:rsidRPr="00F268C0" w14:paraId="0AEA4A2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2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Seed_weightfruit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Seed_Numberfruit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0.738       0.0000  ***</w:t>
            </w:r>
          </w:p>
        </w:tc>
      </w:tr>
      <w:tr w:rsidR="00F268C0" w:rsidRPr="00F268C0" w14:paraId="0AEA4A2A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29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Seed_Numberfruit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Seed_lengh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-0.305       0.0296  *</w:t>
            </w:r>
          </w:p>
        </w:tc>
      </w:tr>
      <w:tr w:rsidR="00F268C0" w:rsidRPr="00F268C0" w14:paraId="0AEA4A2C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2B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Seed_Numberfruit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-0.457       0.0008  ***</w:t>
            </w:r>
          </w:p>
        </w:tc>
      </w:tr>
      <w:tr w:rsidR="00F268C0" w:rsidRPr="00F268C0" w14:paraId="0AEA4A2E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2D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Seed_Numberfruit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Seed_hardiness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-0.452       0.0009  ***</w:t>
            </w:r>
          </w:p>
        </w:tc>
      </w:tr>
      <w:tr w:rsidR="00F268C0" w:rsidRPr="00F268C0" w14:paraId="0AEA4A30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2F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Seed_lengh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0.472       0.0005  ***</w:t>
            </w:r>
          </w:p>
        </w:tc>
      </w:tr>
      <w:tr w:rsidR="00F268C0" w:rsidRPr="00F268C0" w14:paraId="0AEA4A32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31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Seed_lengh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-0.311       0.0263  *</w:t>
            </w:r>
          </w:p>
        </w:tc>
      </w:tr>
      <w:tr w:rsidR="00F268C0" w:rsidRPr="00F268C0" w14:paraId="0AEA4A34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33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Seed_hardiness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0.289       0.0396  *</w:t>
            </w:r>
          </w:p>
        </w:tc>
      </w:tr>
      <w:tr w:rsidR="00F268C0" w:rsidRPr="00F268C0" w14:paraId="0AEA4A36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35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Seed_width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-0.380       0.0060  **</w:t>
            </w:r>
          </w:p>
        </w:tc>
      </w:tr>
      <w:tr w:rsidR="00F268C0" w:rsidRPr="00F268C0" w14:paraId="0AEA4A38" w14:textId="77777777" w:rsidTr="00F268C0">
        <w:trPr>
          <w:trHeight w:val="30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4A37" w14:textId="77777777" w:rsidR="00F268C0" w:rsidRPr="00F268C0" w:rsidRDefault="00F268C0" w:rsidP="00F268C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Seed_hardiness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</w:t>
            </w:r>
            <w:proofErr w:type="spellStart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S_NoF_W</w:t>
            </w:r>
            <w:proofErr w:type="spellEnd"/>
            <w:r w:rsidRPr="00F268C0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-0.408       0.0029  **</w:t>
            </w:r>
          </w:p>
        </w:tc>
      </w:tr>
    </w:tbl>
    <w:p w14:paraId="0AEA4A39" w14:textId="77777777" w:rsidR="00F268C0" w:rsidRPr="00F268C0" w:rsidRDefault="00F268C0" w:rsidP="00F26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en-IN" w:bidi="hi-IN"/>
          <w14:ligatures w14:val="none"/>
        </w:rPr>
      </w:pPr>
      <w:r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 xml:space="preserve">*** </w:t>
      </w:r>
      <w:proofErr w:type="gramStart"/>
      <w:r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>p</w:t>
      </w:r>
      <w:proofErr w:type="gramEnd"/>
      <w:r w:rsidRPr="00FD12CD">
        <w:rPr>
          <w:rFonts w:ascii="Times New Roman" w:eastAsia="Times New Roman" w:hAnsi="Times New Roman" w:cs="Times New Roman"/>
          <w:kern w:val="0"/>
          <w:szCs w:val="20"/>
          <w:lang w:eastAsia="en-IN" w:bidi="hi-IN"/>
          <w14:ligatures w14:val="none"/>
        </w:rPr>
        <w:t xml:space="preserve"> &lt; 0.001, ** p &lt; 0.01, * p &lt; 0.05</w:t>
      </w:r>
    </w:p>
    <w:p w14:paraId="0AEA4A3A" w14:textId="77777777" w:rsidR="00F268C0" w:rsidRDefault="00F268C0"/>
    <w:p w14:paraId="0AEA4A3B" w14:textId="77777777" w:rsidR="00503343" w:rsidRDefault="00503343"/>
    <w:p w14:paraId="0AEA4A3C" w14:textId="77777777" w:rsidR="00503343" w:rsidRDefault="00503343"/>
    <w:p w14:paraId="0AEA4A3D" w14:textId="77777777" w:rsidR="00503343" w:rsidRDefault="00503343"/>
    <w:p w14:paraId="0AEA4A3E" w14:textId="77777777" w:rsidR="00503343" w:rsidRDefault="00503343"/>
    <w:p w14:paraId="0AEA4A3F" w14:textId="77777777" w:rsidR="00503343" w:rsidRDefault="00503343"/>
    <w:p w14:paraId="0AEA4A40" w14:textId="77777777" w:rsidR="00E91BC4" w:rsidRDefault="00E91BC4"/>
    <w:p w14:paraId="0AEA4A41" w14:textId="77777777" w:rsidR="00E91BC4" w:rsidRDefault="00E91BC4">
      <w:r w:rsidRPr="00E91BC4">
        <w:rPr>
          <w:noProof/>
          <w:lang w:eastAsia="en-IN"/>
        </w:rPr>
        <w:lastRenderedPageBreak/>
        <w:drawing>
          <wp:inline distT="0" distB="0" distL="0" distR="0" wp14:anchorId="0AEA4A47" wp14:editId="0AEA4A48">
            <wp:extent cx="6057900" cy="4540125"/>
            <wp:effectExtent l="0" t="0" r="0" b="0"/>
            <wp:docPr id="1" name="Picture 1" descr="C:\Users\Pankaj\Desktop\BMC Pm\Fig.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kaj\Desktop\BMC Pm\Fig. 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284" cy="454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A4A42" w14:textId="079A4136" w:rsidR="00E91BC4" w:rsidRPr="000739B4" w:rsidRDefault="00FD12CD" w:rsidP="00E91BC4">
      <w:pPr>
        <w:spacing w:before="240"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24"/>
        </w:rPr>
        <w:t>Supplementary</w:t>
      </w:r>
      <w:r w:rsidR="00E91BC4">
        <w:rPr>
          <w:rFonts w:ascii="Times New Roman" w:hAnsi="Times New Roman" w:cs="Times New Roman"/>
          <w:b/>
          <w:szCs w:val="24"/>
        </w:rPr>
        <w:t xml:space="preserve"> Fig. 1</w:t>
      </w:r>
      <w:r w:rsidR="00E91BC4" w:rsidRPr="00452FBE">
        <w:rPr>
          <w:rFonts w:ascii="Times New Roman" w:hAnsi="Times New Roman" w:cs="Times New Roman"/>
          <w:szCs w:val="24"/>
        </w:rPr>
        <w:t xml:space="preserve"> </w:t>
      </w:r>
      <w:r w:rsidR="00E91BC4" w:rsidRPr="00452FBE">
        <w:rPr>
          <w:rFonts w:ascii="Times New Roman" w:hAnsi="Times New Roman" w:cs="Times New Roman"/>
          <w:b/>
          <w:bCs/>
          <w:szCs w:val="24"/>
        </w:rPr>
        <w:t xml:space="preserve">PCA bi-plots based on </w:t>
      </w:r>
      <w:proofErr w:type="spellStart"/>
      <w:r w:rsidR="00E91BC4" w:rsidRPr="00452FBE">
        <w:rPr>
          <w:rFonts w:ascii="Times New Roman" w:hAnsi="Times New Roman" w:cs="Times New Roman"/>
          <w:b/>
          <w:bCs/>
          <w:szCs w:val="24"/>
        </w:rPr>
        <w:t>morpho</w:t>
      </w:r>
      <w:proofErr w:type="spellEnd"/>
      <w:r w:rsidR="00E91BC4" w:rsidRPr="00452FBE">
        <w:rPr>
          <w:rFonts w:ascii="Times New Roman" w:hAnsi="Times New Roman" w:cs="Times New Roman"/>
          <w:b/>
          <w:bCs/>
          <w:szCs w:val="24"/>
        </w:rPr>
        <w:t>-biochemical parameters of studied guava genotypes</w:t>
      </w:r>
      <w:r w:rsidR="00E91BC4" w:rsidRPr="00452FBE">
        <w:rPr>
          <w:rFonts w:ascii="Times New Roman" w:hAnsi="Times New Roman" w:cs="Times New Roman"/>
          <w:szCs w:val="24"/>
        </w:rPr>
        <w:t xml:space="preserve"> (Each arrow </w:t>
      </w:r>
      <w:bookmarkStart w:id="0" w:name="_GoBack"/>
      <w:bookmarkEnd w:id="0"/>
      <w:r w:rsidR="00E91BC4" w:rsidRPr="00452FBE">
        <w:rPr>
          <w:rFonts w:ascii="Times New Roman" w:hAnsi="Times New Roman" w:cs="Times New Roman"/>
          <w:szCs w:val="24"/>
        </w:rPr>
        <w:t>representing the trait and their contribution to variability, however each point indicating the genotypes)</w:t>
      </w:r>
    </w:p>
    <w:p w14:paraId="0AEA4A43" w14:textId="77777777" w:rsidR="00E91BC4" w:rsidRDefault="00E91BC4"/>
    <w:p w14:paraId="0AEA4A44" w14:textId="77777777" w:rsidR="00010A33" w:rsidRDefault="00010A33"/>
    <w:p w14:paraId="0AEA4A45" w14:textId="77777777" w:rsidR="00010A33" w:rsidRDefault="00010A33"/>
    <w:p w14:paraId="0AEA4A46" w14:textId="77777777" w:rsidR="00010A33" w:rsidRDefault="00010A33"/>
    <w:sectPr w:rsidR="00010A33" w:rsidSect="00982CA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251262"/>
    <w:multiLevelType w:val="hybridMultilevel"/>
    <w:tmpl w:val="DBC4832E"/>
    <w:lvl w:ilvl="0" w:tplc="E3805ACE">
      <w:start w:val="1"/>
      <w:numFmt w:val="lowerRoman"/>
      <w:lvlText w:val="%1."/>
      <w:lvlJc w:val="right"/>
      <w:pPr>
        <w:ind w:left="720" w:hanging="360"/>
      </w:pPr>
    </w:lvl>
    <w:lvl w:ilvl="1" w:tplc="1E38B6D2" w:tentative="1">
      <w:start w:val="1"/>
      <w:numFmt w:val="lowerLetter"/>
      <w:lvlText w:val="%2."/>
      <w:lvlJc w:val="left"/>
      <w:pPr>
        <w:ind w:left="1440" w:hanging="360"/>
      </w:pPr>
    </w:lvl>
    <w:lvl w:ilvl="2" w:tplc="0B4CA3DC" w:tentative="1">
      <w:start w:val="1"/>
      <w:numFmt w:val="lowerRoman"/>
      <w:lvlText w:val="%3."/>
      <w:lvlJc w:val="right"/>
      <w:pPr>
        <w:ind w:left="2160" w:hanging="180"/>
      </w:pPr>
    </w:lvl>
    <w:lvl w:ilvl="3" w:tplc="96B65080" w:tentative="1">
      <w:start w:val="1"/>
      <w:numFmt w:val="decimal"/>
      <w:lvlText w:val="%4."/>
      <w:lvlJc w:val="left"/>
      <w:pPr>
        <w:ind w:left="2880" w:hanging="360"/>
      </w:pPr>
    </w:lvl>
    <w:lvl w:ilvl="4" w:tplc="C8586B06" w:tentative="1">
      <w:start w:val="1"/>
      <w:numFmt w:val="lowerLetter"/>
      <w:lvlText w:val="%5."/>
      <w:lvlJc w:val="left"/>
      <w:pPr>
        <w:ind w:left="3600" w:hanging="360"/>
      </w:pPr>
    </w:lvl>
    <w:lvl w:ilvl="5" w:tplc="4DFAF180" w:tentative="1">
      <w:start w:val="1"/>
      <w:numFmt w:val="lowerRoman"/>
      <w:lvlText w:val="%6."/>
      <w:lvlJc w:val="right"/>
      <w:pPr>
        <w:ind w:left="4320" w:hanging="180"/>
      </w:pPr>
    </w:lvl>
    <w:lvl w:ilvl="6" w:tplc="64D817E2" w:tentative="1">
      <w:start w:val="1"/>
      <w:numFmt w:val="decimal"/>
      <w:lvlText w:val="%7."/>
      <w:lvlJc w:val="left"/>
      <w:pPr>
        <w:ind w:left="5040" w:hanging="360"/>
      </w:pPr>
    </w:lvl>
    <w:lvl w:ilvl="7" w:tplc="8D44DDDA" w:tentative="1">
      <w:start w:val="1"/>
      <w:numFmt w:val="lowerLetter"/>
      <w:lvlText w:val="%8."/>
      <w:lvlJc w:val="left"/>
      <w:pPr>
        <w:ind w:left="5760" w:hanging="360"/>
      </w:pPr>
    </w:lvl>
    <w:lvl w:ilvl="8" w:tplc="ADA2A6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0944CB"/>
    <w:multiLevelType w:val="multilevel"/>
    <w:tmpl w:val="C284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94176C"/>
    <w:multiLevelType w:val="hybridMultilevel"/>
    <w:tmpl w:val="71E2639E"/>
    <w:lvl w:ilvl="0" w:tplc="2056049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BAAFB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B4AA9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74B32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9A2E5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9E3DF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F6537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D8A43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BEEBA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6465A0"/>
    <w:multiLevelType w:val="hybridMultilevel"/>
    <w:tmpl w:val="CA64E57A"/>
    <w:lvl w:ilvl="0" w:tplc="29389E3A">
      <w:start w:val="1"/>
      <w:numFmt w:val="decimal"/>
      <w:lvlText w:val="%1."/>
      <w:lvlJc w:val="left"/>
      <w:pPr>
        <w:ind w:left="720" w:hanging="360"/>
      </w:pPr>
    </w:lvl>
    <w:lvl w:ilvl="1" w:tplc="BCFC8CAE" w:tentative="1">
      <w:start w:val="1"/>
      <w:numFmt w:val="lowerLetter"/>
      <w:lvlText w:val="%2."/>
      <w:lvlJc w:val="left"/>
      <w:pPr>
        <w:ind w:left="1440" w:hanging="360"/>
      </w:pPr>
    </w:lvl>
    <w:lvl w:ilvl="2" w:tplc="942861BA" w:tentative="1">
      <w:start w:val="1"/>
      <w:numFmt w:val="lowerRoman"/>
      <w:lvlText w:val="%3."/>
      <w:lvlJc w:val="right"/>
      <w:pPr>
        <w:ind w:left="2160" w:hanging="180"/>
      </w:pPr>
    </w:lvl>
    <w:lvl w:ilvl="3" w:tplc="755CA662" w:tentative="1">
      <w:start w:val="1"/>
      <w:numFmt w:val="decimal"/>
      <w:lvlText w:val="%4."/>
      <w:lvlJc w:val="left"/>
      <w:pPr>
        <w:ind w:left="2880" w:hanging="360"/>
      </w:pPr>
    </w:lvl>
    <w:lvl w:ilvl="4" w:tplc="6AB4E75C" w:tentative="1">
      <w:start w:val="1"/>
      <w:numFmt w:val="lowerLetter"/>
      <w:lvlText w:val="%5."/>
      <w:lvlJc w:val="left"/>
      <w:pPr>
        <w:ind w:left="3600" w:hanging="360"/>
      </w:pPr>
    </w:lvl>
    <w:lvl w:ilvl="5" w:tplc="5F0EF8D2" w:tentative="1">
      <w:start w:val="1"/>
      <w:numFmt w:val="lowerRoman"/>
      <w:lvlText w:val="%6."/>
      <w:lvlJc w:val="right"/>
      <w:pPr>
        <w:ind w:left="4320" w:hanging="180"/>
      </w:pPr>
    </w:lvl>
    <w:lvl w:ilvl="6" w:tplc="46B4D19E" w:tentative="1">
      <w:start w:val="1"/>
      <w:numFmt w:val="decimal"/>
      <w:lvlText w:val="%7."/>
      <w:lvlJc w:val="left"/>
      <w:pPr>
        <w:ind w:left="5040" w:hanging="360"/>
      </w:pPr>
    </w:lvl>
    <w:lvl w:ilvl="7" w:tplc="35AA3D4A" w:tentative="1">
      <w:start w:val="1"/>
      <w:numFmt w:val="lowerLetter"/>
      <w:lvlText w:val="%8."/>
      <w:lvlJc w:val="left"/>
      <w:pPr>
        <w:ind w:left="5760" w:hanging="360"/>
      </w:pPr>
    </w:lvl>
    <w:lvl w:ilvl="8" w:tplc="CAC220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CE34A2"/>
    <w:multiLevelType w:val="hybridMultilevel"/>
    <w:tmpl w:val="0420A8CA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8E037D"/>
    <w:multiLevelType w:val="hybridMultilevel"/>
    <w:tmpl w:val="C506EDCC"/>
    <w:lvl w:ilvl="0" w:tplc="A86E1F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2352CA"/>
    <w:multiLevelType w:val="multilevel"/>
    <w:tmpl w:val="89945338"/>
    <w:lvl w:ilvl="0">
      <w:start w:val="4"/>
      <w:numFmt w:val="decimal"/>
      <w:lvlText w:val="%1"/>
      <w:lvlJc w:val="left"/>
      <w:pPr>
        <w:ind w:left="765" w:hanging="765"/>
      </w:pPr>
      <w:rPr>
        <w:rFonts w:eastAsiaTheme="minorHAnsi" w:cs="Times New Roman" w:hint="default"/>
      </w:rPr>
    </w:lvl>
    <w:lvl w:ilvl="1">
      <w:start w:val="1"/>
      <w:numFmt w:val="decimal"/>
      <w:lvlText w:val="%1.%2"/>
      <w:lvlJc w:val="left"/>
      <w:pPr>
        <w:ind w:left="765" w:hanging="765"/>
      </w:pPr>
      <w:rPr>
        <w:rFonts w:eastAsiaTheme="minorHAnsi" w:cs="Times New Roman" w:hint="default"/>
      </w:rPr>
    </w:lvl>
    <w:lvl w:ilvl="2">
      <w:start w:val="3"/>
      <w:numFmt w:val="decimal"/>
      <w:lvlText w:val="%1.%2.%3"/>
      <w:lvlJc w:val="left"/>
      <w:pPr>
        <w:ind w:left="765" w:hanging="765"/>
      </w:pPr>
      <w:rPr>
        <w:rFonts w:eastAsiaTheme="minorHAnsi" w:cs="Times New Roman" w:hint="default"/>
      </w:rPr>
    </w:lvl>
    <w:lvl w:ilvl="3">
      <w:start w:val="12"/>
      <w:numFmt w:val="decimal"/>
      <w:lvlText w:val="%1.%2.%3.%4"/>
      <w:lvlJc w:val="left"/>
      <w:pPr>
        <w:ind w:left="765" w:hanging="765"/>
      </w:pPr>
      <w:rPr>
        <w:rFonts w:eastAsiaTheme="minorHAnsi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="Times New Roman" w:hint="default"/>
      </w:rPr>
    </w:lvl>
  </w:abstractNum>
  <w:abstractNum w:abstractNumId="16" w15:restartNumberingAfterBreak="0">
    <w:nsid w:val="17FB2F90"/>
    <w:multiLevelType w:val="multilevel"/>
    <w:tmpl w:val="C97A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4929E3"/>
    <w:multiLevelType w:val="hybridMultilevel"/>
    <w:tmpl w:val="23840974"/>
    <w:lvl w:ilvl="0" w:tplc="7DA4A3B2">
      <w:start w:val="1"/>
      <w:numFmt w:val="lowerRoman"/>
      <w:lvlText w:val="%1."/>
      <w:lvlJc w:val="right"/>
      <w:pPr>
        <w:ind w:left="720" w:hanging="360"/>
      </w:pPr>
    </w:lvl>
    <w:lvl w:ilvl="1" w:tplc="6D361F4A" w:tentative="1">
      <w:start w:val="1"/>
      <w:numFmt w:val="lowerLetter"/>
      <w:lvlText w:val="%2."/>
      <w:lvlJc w:val="left"/>
      <w:pPr>
        <w:ind w:left="1440" w:hanging="360"/>
      </w:pPr>
    </w:lvl>
    <w:lvl w:ilvl="2" w:tplc="D1E6F68C" w:tentative="1">
      <w:start w:val="1"/>
      <w:numFmt w:val="lowerRoman"/>
      <w:lvlText w:val="%3."/>
      <w:lvlJc w:val="right"/>
      <w:pPr>
        <w:ind w:left="2160" w:hanging="180"/>
      </w:pPr>
    </w:lvl>
    <w:lvl w:ilvl="3" w:tplc="246A6D58" w:tentative="1">
      <w:start w:val="1"/>
      <w:numFmt w:val="decimal"/>
      <w:lvlText w:val="%4."/>
      <w:lvlJc w:val="left"/>
      <w:pPr>
        <w:ind w:left="2880" w:hanging="360"/>
      </w:pPr>
    </w:lvl>
    <w:lvl w:ilvl="4" w:tplc="5E4A8FA6" w:tentative="1">
      <w:start w:val="1"/>
      <w:numFmt w:val="lowerLetter"/>
      <w:lvlText w:val="%5."/>
      <w:lvlJc w:val="left"/>
      <w:pPr>
        <w:ind w:left="3600" w:hanging="360"/>
      </w:pPr>
    </w:lvl>
    <w:lvl w:ilvl="5" w:tplc="3C32D050" w:tentative="1">
      <w:start w:val="1"/>
      <w:numFmt w:val="lowerRoman"/>
      <w:lvlText w:val="%6."/>
      <w:lvlJc w:val="right"/>
      <w:pPr>
        <w:ind w:left="4320" w:hanging="180"/>
      </w:pPr>
    </w:lvl>
    <w:lvl w:ilvl="6" w:tplc="0F3CC204" w:tentative="1">
      <w:start w:val="1"/>
      <w:numFmt w:val="decimal"/>
      <w:lvlText w:val="%7."/>
      <w:lvlJc w:val="left"/>
      <w:pPr>
        <w:ind w:left="5040" w:hanging="360"/>
      </w:pPr>
    </w:lvl>
    <w:lvl w:ilvl="7" w:tplc="C52A911E" w:tentative="1">
      <w:start w:val="1"/>
      <w:numFmt w:val="lowerLetter"/>
      <w:lvlText w:val="%8."/>
      <w:lvlJc w:val="left"/>
      <w:pPr>
        <w:ind w:left="5760" w:hanging="360"/>
      </w:pPr>
    </w:lvl>
    <w:lvl w:ilvl="8" w:tplc="D0585E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EE53A0"/>
    <w:multiLevelType w:val="hybridMultilevel"/>
    <w:tmpl w:val="CAD87E42"/>
    <w:lvl w:ilvl="0" w:tplc="4FEC8CD2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F12478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626C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C064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882A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183C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7897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3A0B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88BF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CD142B"/>
    <w:multiLevelType w:val="hybridMultilevel"/>
    <w:tmpl w:val="3AC052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B12CA3"/>
    <w:multiLevelType w:val="hybridMultilevel"/>
    <w:tmpl w:val="1BF62DDC"/>
    <w:lvl w:ilvl="0" w:tplc="9D3EC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5EF3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E048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F6A6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3089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3A1A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7632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C69B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229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875489"/>
    <w:multiLevelType w:val="multilevel"/>
    <w:tmpl w:val="BECC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133432"/>
    <w:multiLevelType w:val="hybridMultilevel"/>
    <w:tmpl w:val="9E4C6044"/>
    <w:lvl w:ilvl="0" w:tplc="C8DC3F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3400FE"/>
    <w:multiLevelType w:val="hybridMultilevel"/>
    <w:tmpl w:val="E22E95E6"/>
    <w:lvl w:ilvl="0" w:tplc="D52EBC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A471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E0B3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186C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F6B6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1801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3C7E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DE1E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1462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4B42D4"/>
    <w:multiLevelType w:val="hybridMultilevel"/>
    <w:tmpl w:val="152C80F0"/>
    <w:lvl w:ilvl="0" w:tplc="89842D4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9200A738" w:tentative="1">
      <w:start w:val="1"/>
      <w:numFmt w:val="lowerLetter"/>
      <w:lvlText w:val="%2."/>
      <w:lvlJc w:val="left"/>
      <w:pPr>
        <w:ind w:left="1137" w:hanging="360"/>
      </w:pPr>
    </w:lvl>
    <w:lvl w:ilvl="2" w:tplc="A364B340" w:tentative="1">
      <w:start w:val="1"/>
      <w:numFmt w:val="lowerRoman"/>
      <w:lvlText w:val="%3."/>
      <w:lvlJc w:val="right"/>
      <w:pPr>
        <w:ind w:left="1857" w:hanging="180"/>
      </w:pPr>
    </w:lvl>
    <w:lvl w:ilvl="3" w:tplc="16368B20" w:tentative="1">
      <w:start w:val="1"/>
      <w:numFmt w:val="decimal"/>
      <w:lvlText w:val="%4."/>
      <w:lvlJc w:val="left"/>
      <w:pPr>
        <w:ind w:left="2577" w:hanging="360"/>
      </w:pPr>
    </w:lvl>
    <w:lvl w:ilvl="4" w:tplc="BDC845F2" w:tentative="1">
      <w:start w:val="1"/>
      <w:numFmt w:val="lowerLetter"/>
      <w:lvlText w:val="%5."/>
      <w:lvlJc w:val="left"/>
      <w:pPr>
        <w:ind w:left="3297" w:hanging="360"/>
      </w:pPr>
    </w:lvl>
    <w:lvl w:ilvl="5" w:tplc="D63EB9F2" w:tentative="1">
      <w:start w:val="1"/>
      <w:numFmt w:val="lowerRoman"/>
      <w:lvlText w:val="%6."/>
      <w:lvlJc w:val="right"/>
      <w:pPr>
        <w:ind w:left="4017" w:hanging="180"/>
      </w:pPr>
    </w:lvl>
    <w:lvl w:ilvl="6" w:tplc="20888BC0" w:tentative="1">
      <w:start w:val="1"/>
      <w:numFmt w:val="decimal"/>
      <w:lvlText w:val="%7."/>
      <w:lvlJc w:val="left"/>
      <w:pPr>
        <w:ind w:left="4737" w:hanging="360"/>
      </w:pPr>
    </w:lvl>
    <w:lvl w:ilvl="7" w:tplc="C8027ECE" w:tentative="1">
      <w:start w:val="1"/>
      <w:numFmt w:val="lowerLetter"/>
      <w:lvlText w:val="%8."/>
      <w:lvlJc w:val="left"/>
      <w:pPr>
        <w:ind w:left="5457" w:hanging="360"/>
      </w:pPr>
    </w:lvl>
    <w:lvl w:ilvl="8" w:tplc="04AC898A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5" w15:restartNumberingAfterBreak="0">
    <w:nsid w:val="3F3646EA"/>
    <w:multiLevelType w:val="hybridMultilevel"/>
    <w:tmpl w:val="4E8CB1C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521C4B"/>
    <w:multiLevelType w:val="hybridMultilevel"/>
    <w:tmpl w:val="BE7045A0"/>
    <w:lvl w:ilvl="0" w:tplc="3B84B26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plc="9A24E5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7CD1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A49F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C283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56BF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24D1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94B3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662F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F13A3B"/>
    <w:multiLevelType w:val="multilevel"/>
    <w:tmpl w:val="4754E056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7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7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13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13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9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9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57" w:hanging="1800"/>
      </w:pPr>
      <w:rPr>
        <w:rFonts w:hint="default"/>
        <w:b/>
      </w:rPr>
    </w:lvl>
  </w:abstractNum>
  <w:abstractNum w:abstractNumId="28" w15:restartNumberingAfterBreak="0">
    <w:nsid w:val="6A4F1AAF"/>
    <w:multiLevelType w:val="multilevel"/>
    <w:tmpl w:val="BA66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972477"/>
    <w:multiLevelType w:val="hybridMultilevel"/>
    <w:tmpl w:val="70A02356"/>
    <w:lvl w:ilvl="0" w:tplc="A1083006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C1A6ACD0">
      <w:start w:val="1"/>
      <w:numFmt w:val="decimal"/>
      <w:suff w:val="space"/>
      <w:lvlText w:val="%2."/>
      <w:lvlJc w:val="left"/>
      <w:pPr>
        <w:ind w:left="360" w:hanging="360"/>
      </w:pPr>
      <w:rPr>
        <w:rFonts w:asciiTheme="minorHAnsi" w:eastAsiaTheme="minorHAnsi" w:hAnsiTheme="minorHAnsi" w:cstheme="minorBidi" w:hint="default"/>
        <w:b/>
      </w:rPr>
    </w:lvl>
    <w:lvl w:ilvl="2" w:tplc="4F68D242" w:tentative="1">
      <w:start w:val="1"/>
      <w:numFmt w:val="lowerRoman"/>
      <w:lvlText w:val="%3."/>
      <w:lvlJc w:val="right"/>
      <w:pPr>
        <w:ind w:left="1800" w:hanging="180"/>
      </w:pPr>
    </w:lvl>
    <w:lvl w:ilvl="3" w:tplc="DE8A133E" w:tentative="1">
      <w:start w:val="1"/>
      <w:numFmt w:val="decimal"/>
      <w:lvlText w:val="%4."/>
      <w:lvlJc w:val="left"/>
      <w:pPr>
        <w:ind w:left="2520" w:hanging="360"/>
      </w:pPr>
    </w:lvl>
    <w:lvl w:ilvl="4" w:tplc="AEE8685C" w:tentative="1">
      <w:start w:val="1"/>
      <w:numFmt w:val="lowerLetter"/>
      <w:lvlText w:val="%5."/>
      <w:lvlJc w:val="left"/>
      <w:pPr>
        <w:ind w:left="3240" w:hanging="360"/>
      </w:pPr>
    </w:lvl>
    <w:lvl w:ilvl="5" w:tplc="30CC8D9C" w:tentative="1">
      <w:start w:val="1"/>
      <w:numFmt w:val="lowerRoman"/>
      <w:lvlText w:val="%6."/>
      <w:lvlJc w:val="right"/>
      <w:pPr>
        <w:ind w:left="3960" w:hanging="180"/>
      </w:pPr>
    </w:lvl>
    <w:lvl w:ilvl="6" w:tplc="020289C4" w:tentative="1">
      <w:start w:val="1"/>
      <w:numFmt w:val="decimal"/>
      <w:lvlText w:val="%7."/>
      <w:lvlJc w:val="left"/>
      <w:pPr>
        <w:ind w:left="4680" w:hanging="360"/>
      </w:pPr>
    </w:lvl>
    <w:lvl w:ilvl="7" w:tplc="B8D42092" w:tentative="1">
      <w:start w:val="1"/>
      <w:numFmt w:val="lowerLetter"/>
      <w:lvlText w:val="%8."/>
      <w:lvlJc w:val="left"/>
      <w:pPr>
        <w:ind w:left="5400" w:hanging="360"/>
      </w:pPr>
    </w:lvl>
    <w:lvl w:ilvl="8" w:tplc="D1D4479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4B16E4"/>
    <w:multiLevelType w:val="hybridMultilevel"/>
    <w:tmpl w:val="9620CF5C"/>
    <w:lvl w:ilvl="0" w:tplc="F334CD2A">
      <w:start w:val="1"/>
      <w:numFmt w:val="decimal"/>
      <w:lvlText w:val="%1)"/>
      <w:lvlJc w:val="left"/>
      <w:pPr>
        <w:ind w:left="720" w:hanging="360"/>
      </w:pPr>
    </w:lvl>
    <w:lvl w:ilvl="1" w:tplc="4EEE7192" w:tentative="1">
      <w:start w:val="1"/>
      <w:numFmt w:val="lowerLetter"/>
      <w:lvlText w:val="%2."/>
      <w:lvlJc w:val="left"/>
      <w:pPr>
        <w:ind w:left="1440" w:hanging="360"/>
      </w:pPr>
    </w:lvl>
    <w:lvl w:ilvl="2" w:tplc="681EB7C2" w:tentative="1">
      <w:start w:val="1"/>
      <w:numFmt w:val="lowerRoman"/>
      <w:lvlText w:val="%3."/>
      <w:lvlJc w:val="right"/>
      <w:pPr>
        <w:ind w:left="2160" w:hanging="180"/>
      </w:pPr>
    </w:lvl>
    <w:lvl w:ilvl="3" w:tplc="429A643C" w:tentative="1">
      <w:start w:val="1"/>
      <w:numFmt w:val="decimal"/>
      <w:lvlText w:val="%4."/>
      <w:lvlJc w:val="left"/>
      <w:pPr>
        <w:ind w:left="2880" w:hanging="360"/>
      </w:pPr>
    </w:lvl>
    <w:lvl w:ilvl="4" w:tplc="CF4E8EDE" w:tentative="1">
      <w:start w:val="1"/>
      <w:numFmt w:val="lowerLetter"/>
      <w:lvlText w:val="%5."/>
      <w:lvlJc w:val="left"/>
      <w:pPr>
        <w:ind w:left="3600" w:hanging="360"/>
      </w:pPr>
    </w:lvl>
    <w:lvl w:ilvl="5" w:tplc="66FAE9E8" w:tentative="1">
      <w:start w:val="1"/>
      <w:numFmt w:val="lowerRoman"/>
      <w:lvlText w:val="%6."/>
      <w:lvlJc w:val="right"/>
      <w:pPr>
        <w:ind w:left="4320" w:hanging="180"/>
      </w:pPr>
    </w:lvl>
    <w:lvl w:ilvl="6" w:tplc="FEEE95FE" w:tentative="1">
      <w:start w:val="1"/>
      <w:numFmt w:val="decimal"/>
      <w:lvlText w:val="%7."/>
      <w:lvlJc w:val="left"/>
      <w:pPr>
        <w:ind w:left="5040" w:hanging="360"/>
      </w:pPr>
    </w:lvl>
    <w:lvl w:ilvl="7" w:tplc="D55CAE98" w:tentative="1">
      <w:start w:val="1"/>
      <w:numFmt w:val="lowerLetter"/>
      <w:lvlText w:val="%8."/>
      <w:lvlJc w:val="left"/>
      <w:pPr>
        <w:ind w:left="5760" w:hanging="360"/>
      </w:pPr>
    </w:lvl>
    <w:lvl w:ilvl="8" w:tplc="A9CEC2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8D7D48"/>
    <w:multiLevelType w:val="multilevel"/>
    <w:tmpl w:val="1F22A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24"/>
  </w:num>
  <w:num w:numId="3">
    <w:abstractNumId w:val="18"/>
  </w:num>
  <w:num w:numId="4">
    <w:abstractNumId w:val="27"/>
  </w:num>
  <w:num w:numId="5">
    <w:abstractNumId w:val="17"/>
  </w:num>
  <w:num w:numId="6">
    <w:abstractNumId w:val="29"/>
  </w:num>
  <w:num w:numId="7">
    <w:abstractNumId w:val="26"/>
  </w:num>
  <w:num w:numId="8">
    <w:abstractNumId w:val="9"/>
  </w:num>
  <w:num w:numId="9">
    <w:abstractNumId w:val="20"/>
  </w:num>
  <w:num w:numId="10">
    <w:abstractNumId w:val="23"/>
  </w:num>
  <w:num w:numId="11">
    <w:abstractNumId w:val="10"/>
  </w:num>
  <w:num w:numId="12">
    <w:abstractNumId w:val="31"/>
  </w:num>
  <w:num w:numId="13">
    <w:abstractNumId w:val="16"/>
  </w:num>
  <w:num w:numId="14">
    <w:abstractNumId w:val="21"/>
  </w:num>
  <w:num w:numId="15">
    <w:abstractNumId w:val="12"/>
  </w:num>
  <w:num w:numId="16">
    <w:abstractNumId w:val="22"/>
  </w:num>
  <w:num w:numId="17">
    <w:abstractNumId w:val="14"/>
  </w:num>
  <w:num w:numId="18">
    <w:abstractNumId w:val="15"/>
  </w:num>
  <w:num w:numId="19">
    <w:abstractNumId w:val="8"/>
  </w:num>
  <w:num w:numId="20">
    <w:abstractNumId w:val="6"/>
  </w:num>
  <w:num w:numId="21">
    <w:abstractNumId w:val="5"/>
  </w:num>
  <w:num w:numId="22">
    <w:abstractNumId w:val="4"/>
  </w:num>
  <w:num w:numId="23">
    <w:abstractNumId w:val="7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8"/>
  </w:num>
  <w:num w:numId="29">
    <w:abstractNumId w:val="11"/>
  </w:num>
  <w:num w:numId="30">
    <w:abstractNumId w:val="25"/>
  </w:num>
  <w:num w:numId="31">
    <w:abstractNumId w:val="19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B86"/>
    <w:rsid w:val="00010A33"/>
    <w:rsid w:val="00054256"/>
    <w:rsid w:val="000F3828"/>
    <w:rsid w:val="001E2835"/>
    <w:rsid w:val="001F0651"/>
    <w:rsid w:val="003A1B86"/>
    <w:rsid w:val="003E1273"/>
    <w:rsid w:val="004252B6"/>
    <w:rsid w:val="004A423B"/>
    <w:rsid w:val="004E6638"/>
    <w:rsid w:val="00503343"/>
    <w:rsid w:val="00540827"/>
    <w:rsid w:val="00607D70"/>
    <w:rsid w:val="00831F28"/>
    <w:rsid w:val="00867AFF"/>
    <w:rsid w:val="009041D8"/>
    <w:rsid w:val="00961057"/>
    <w:rsid w:val="00982CAB"/>
    <w:rsid w:val="009C059B"/>
    <w:rsid w:val="009C30B0"/>
    <w:rsid w:val="00A47FC9"/>
    <w:rsid w:val="00A77247"/>
    <w:rsid w:val="00B928CA"/>
    <w:rsid w:val="00C47537"/>
    <w:rsid w:val="00C57D63"/>
    <w:rsid w:val="00E82888"/>
    <w:rsid w:val="00E91BC4"/>
    <w:rsid w:val="00EF374A"/>
    <w:rsid w:val="00F268C0"/>
    <w:rsid w:val="00FA5EF4"/>
    <w:rsid w:val="00FD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A39C7"/>
  <w15:chartTrackingRefBased/>
  <w15:docId w15:val="{EC53A683-4857-43B7-8118-46A49971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B86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B8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B8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1B86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kern w:val="0"/>
      <w:lang w:val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B86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kern w:val="0"/>
      <w:lang w:val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A1B86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2E74B5" w:themeColor="accent1" w:themeShade="BF"/>
      <w:kern w:val="0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B86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kern w:val="0"/>
      <w:lang w:val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B86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lang w:val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B86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5B9BD5" w:themeColor="accent1"/>
      <w:kern w:val="0"/>
      <w:sz w:val="20"/>
      <w:szCs w:val="20"/>
      <w:lang w:val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B86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B8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A1B8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A1B86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B86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3A1B86"/>
    <w:rPr>
      <w:rFonts w:ascii="Times New Roman" w:eastAsiaTheme="majorEastAsia" w:hAnsi="Times New Roman" w:cstheme="majorBidi"/>
      <w:color w:val="2E74B5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B86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B86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B86"/>
    <w:rPr>
      <w:rFonts w:asciiTheme="majorHAnsi" w:eastAsiaTheme="majorEastAsia" w:hAnsiTheme="majorHAnsi" w:cstheme="majorBidi"/>
      <w:color w:val="5B9BD5" w:themeColor="accent1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B8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3A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1B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A1B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B86"/>
    <w:rPr>
      <w:kern w:val="2"/>
      <w14:ligatures w14:val="standardContextual"/>
    </w:rPr>
  </w:style>
  <w:style w:type="paragraph" w:styleId="BodyText">
    <w:name w:val="Body Text"/>
    <w:basedOn w:val="Normal"/>
    <w:link w:val="BodyTextChar"/>
    <w:uiPriority w:val="99"/>
    <w:qFormat/>
    <w:rsid w:val="003A1B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3A1B8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3A1B86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3A1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A1B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B86"/>
    <w:rPr>
      <w:kern w:val="2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3A1B86"/>
    <w:rPr>
      <w:i/>
      <w:iCs/>
    </w:rPr>
  </w:style>
  <w:style w:type="character" w:styleId="Strong">
    <w:name w:val="Strong"/>
    <w:basedOn w:val="DefaultParagraphFont"/>
    <w:uiPriority w:val="22"/>
    <w:qFormat/>
    <w:rsid w:val="003A1B86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B86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B86"/>
    <w:rPr>
      <w:sz w:val="20"/>
      <w:szCs w:val="20"/>
    </w:rPr>
  </w:style>
  <w:style w:type="paragraph" w:styleId="NoSpacing">
    <w:name w:val="No Spacing"/>
    <w:uiPriority w:val="1"/>
    <w:qFormat/>
    <w:rsid w:val="003A1B8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1B86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en-IN"/>
      <w14:ligatures w14:val="none"/>
    </w:rPr>
  </w:style>
  <w:style w:type="table" w:customStyle="1" w:styleId="TableGrid5">
    <w:name w:val="Table Grid5"/>
    <w:basedOn w:val="TableNormal"/>
    <w:next w:val="TableGrid"/>
    <w:uiPriority w:val="39"/>
    <w:rsid w:val="003A1B86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r-only">
    <w:name w:val="sr-only"/>
    <w:basedOn w:val="DefaultParagraphFont"/>
    <w:rsid w:val="003A1B86"/>
  </w:style>
  <w:style w:type="character" w:customStyle="1" w:styleId="katex-mathml">
    <w:name w:val="katex-mathml"/>
    <w:basedOn w:val="DefaultParagraphFont"/>
    <w:rsid w:val="003A1B86"/>
  </w:style>
  <w:style w:type="character" w:customStyle="1" w:styleId="mord">
    <w:name w:val="mord"/>
    <w:basedOn w:val="DefaultParagraphFont"/>
    <w:rsid w:val="003A1B86"/>
  </w:style>
  <w:style w:type="character" w:customStyle="1" w:styleId="mrel">
    <w:name w:val="mrel"/>
    <w:basedOn w:val="DefaultParagraphFont"/>
    <w:rsid w:val="003A1B86"/>
  </w:style>
  <w:style w:type="character" w:customStyle="1" w:styleId="mbin">
    <w:name w:val="mbin"/>
    <w:basedOn w:val="DefaultParagraphFont"/>
    <w:rsid w:val="003A1B86"/>
  </w:style>
  <w:style w:type="character" w:customStyle="1" w:styleId="vlist-s">
    <w:name w:val="vlist-s"/>
    <w:basedOn w:val="DefaultParagraphFont"/>
    <w:rsid w:val="003A1B86"/>
  </w:style>
  <w:style w:type="table" w:customStyle="1" w:styleId="TableGrid2">
    <w:name w:val="Table Grid2"/>
    <w:basedOn w:val="TableNormal"/>
    <w:next w:val="TableGrid"/>
    <w:uiPriority w:val="39"/>
    <w:rsid w:val="003A1B8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A1B8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A1B8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3A1B8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B8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kern w:val="0"/>
      <w:sz w:val="24"/>
      <w:szCs w:val="24"/>
      <w:lang w:val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3A1B8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3A1B86"/>
    <w:pPr>
      <w:spacing w:after="120" w:line="480" w:lineRule="auto"/>
    </w:pPr>
    <w:rPr>
      <w:rFonts w:eastAsiaTheme="minorEastAsia"/>
      <w:kern w:val="0"/>
      <w:lang w:val="en-US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3A1B86"/>
    <w:rPr>
      <w:rFonts w:eastAsiaTheme="minorEastAsia"/>
      <w:lang w:val="en-US"/>
    </w:rPr>
  </w:style>
  <w:style w:type="paragraph" w:styleId="BodyText3">
    <w:name w:val="Body Text 3"/>
    <w:basedOn w:val="Normal"/>
    <w:link w:val="BodyText3Char"/>
    <w:uiPriority w:val="99"/>
    <w:unhideWhenUsed/>
    <w:rsid w:val="003A1B86"/>
    <w:pPr>
      <w:spacing w:after="120" w:line="276" w:lineRule="auto"/>
    </w:pPr>
    <w:rPr>
      <w:rFonts w:eastAsiaTheme="minorEastAsia"/>
      <w:kern w:val="0"/>
      <w:sz w:val="16"/>
      <w:szCs w:val="16"/>
      <w:lang w:val="en-US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3A1B86"/>
    <w:rPr>
      <w:rFonts w:eastAsiaTheme="minorEastAsia"/>
      <w:sz w:val="16"/>
      <w:szCs w:val="16"/>
      <w:lang w:val="en-US"/>
    </w:rPr>
  </w:style>
  <w:style w:type="paragraph" w:styleId="List">
    <w:name w:val="List"/>
    <w:basedOn w:val="Normal"/>
    <w:uiPriority w:val="99"/>
    <w:unhideWhenUsed/>
    <w:rsid w:val="003A1B86"/>
    <w:pPr>
      <w:spacing w:after="200" w:line="276" w:lineRule="auto"/>
      <w:ind w:left="360" w:hanging="360"/>
      <w:contextualSpacing/>
    </w:pPr>
    <w:rPr>
      <w:rFonts w:eastAsiaTheme="minorEastAsia"/>
      <w:kern w:val="0"/>
      <w:lang w:val="en-US"/>
      <w14:ligatures w14:val="none"/>
    </w:rPr>
  </w:style>
  <w:style w:type="paragraph" w:styleId="List2">
    <w:name w:val="List 2"/>
    <w:basedOn w:val="Normal"/>
    <w:uiPriority w:val="99"/>
    <w:unhideWhenUsed/>
    <w:rsid w:val="003A1B86"/>
    <w:pPr>
      <w:spacing w:after="200" w:line="276" w:lineRule="auto"/>
      <w:ind w:left="720" w:hanging="360"/>
      <w:contextualSpacing/>
    </w:pPr>
    <w:rPr>
      <w:rFonts w:eastAsiaTheme="minorEastAsia"/>
      <w:kern w:val="0"/>
      <w:lang w:val="en-US"/>
      <w14:ligatures w14:val="none"/>
    </w:rPr>
  </w:style>
  <w:style w:type="paragraph" w:styleId="List3">
    <w:name w:val="List 3"/>
    <w:basedOn w:val="Normal"/>
    <w:uiPriority w:val="99"/>
    <w:unhideWhenUsed/>
    <w:rsid w:val="003A1B86"/>
    <w:pPr>
      <w:spacing w:after="200" w:line="276" w:lineRule="auto"/>
      <w:ind w:left="1080" w:hanging="360"/>
      <w:contextualSpacing/>
    </w:pPr>
    <w:rPr>
      <w:rFonts w:eastAsiaTheme="minorEastAsia"/>
      <w:kern w:val="0"/>
      <w:lang w:val="en-US"/>
      <w14:ligatures w14:val="none"/>
    </w:rPr>
  </w:style>
  <w:style w:type="paragraph" w:styleId="ListBullet">
    <w:name w:val="List Bullet"/>
    <w:basedOn w:val="Normal"/>
    <w:uiPriority w:val="99"/>
    <w:unhideWhenUsed/>
    <w:rsid w:val="003A1B86"/>
    <w:pPr>
      <w:numPr>
        <w:numId w:val="19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paragraph" w:styleId="ListBullet2">
    <w:name w:val="List Bullet 2"/>
    <w:basedOn w:val="Normal"/>
    <w:uiPriority w:val="99"/>
    <w:unhideWhenUsed/>
    <w:rsid w:val="003A1B86"/>
    <w:pPr>
      <w:numPr>
        <w:numId w:val="20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paragraph" w:styleId="ListBullet3">
    <w:name w:val="List Bullet 3"/>
    <w:basedOn w:val="Normal"/>
    <w:uiPriority w:val="99"/>
    <w:unhideWhenUsed/>
    <w:rsid w:val="003A1B86"/>
    <w:pPr>
      <w:numPr>
        <w:numId w:val="21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paragraph" w:styleId="ListNumber">
    <w:name w:val="List Number"/>
    <w:basedOn w:val="Normal"/>
    <w:uiPriority w:val="99"/>
    <w:unhideWhenUsed/>
    <w:rsid w:val="003A1B86"/>
    <w:pPr>
      <w:numPr>
        <w:numId w:val="23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paragraph" w:styleId="ListNumber2">
    <w:name w:val="List Number 2"/>
    <w:basedOn w:val="Normal"/>
    <w:uiPriority w:val="99"/>
    <w:unhideWhenUsed/>
    <w:rsid w:val="003A1B86"/>
    <w:pPr>
      <w:numPr>
        <w:numId w:val="24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paragraph" w:styleId="ListNumber3">
    <w:name w:val="List Number 3"/>
    <w:basedOn w:val="Normal"/>
    <w:uiPriority w:val="99"/>
    <w:unhideWhenUsed/>
    <w:rsid w:val="003A1B86"/>
    <w:pPr>
      <w:numPr>
        <w:numId w:val="25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paragraph" w:styleId="ListContinue">
    <w:name w:val="List Continue"/>
    <w:basedOn w:val="Normal"/>
    <w:uiPriority w:val="99"/>
    <w:unhideWhenUsed/>
    <w:rsid w:val="003A1B86"/>
    <w:pPr>
      <w:spacing w:after="120" w:line="276" w:lineRule="auto"/>
      <w:ind w:left="360"/>
      <w:contextualSpacing/>
    </w:pPr>
    <w:rPr>
      <w:rFonts w:eastAsiaTheme="minorEastAsia"/>
      <w:kern w:val="0"/>
      <w:lang w:val="en-US"/>
      <w14:ligatures w14:val="none"/>
    </w:rPr>
  </w:style>
  <w:style w:type="paragraph" w:styleId="ListContinue2">
    <w:name w:val="List Continue 2"/>
    <w:basedOn w:val="Normal"/>
    <w:uiPriority w:val="99"/>
    <w:unhideWhenUsed/>
    <w:rsid w:val="003A1B86"/>
    <w:pPr>
      <w:spacing w:after="120" w:line="276" w:lineRule="auto"/>
      <w:ind w:left="720"/>
      <w:contextualSpacing/>
    </w:pPr>
    <w:rPr>
      <w:rFonts w:eastAsiaTheme="minorEastAsia"/>
      <w:kern w:val="0"/>
      <w:lang w:val="en-US"/>
      <w14:ligatures w14:val="none"/>
    </w:rPr>
  </w:style>
  <w:style w:type="paragraph" w:styleId="ListContinue3">
    <w:name w:val="List Continue 3"/>
    <w:basedOn w:val="Normal"/>
    <w:uiPriority w:val="99"/>
    <w:unhideWhenUsed/>
    <w:rsid w:val="003A1B86"/>
    <w:pPr>
      <w:spacing w:after="120" w:line="276" w:lineRule="auto"/>
      <w:ind w:left="1080"/>
      <w:contextualSpacing/>
    </w:pPr>
    <w:rPr>
      <w:rFonts w:eastAsiaTheme="minorEastAsia"/>
      <w:kern w:val="0"/>
      <w:lang w:val="en-US"/>
      <w14:ligatures w14:val="none"/>
    </w:rPr>
  </w:style>
  <w:style w:type="paragraph" w:styleId="MacroText">
    <w:name w:val="macro"/>
    <w:link w:val="MacroTextChar"/>
    <w:uiPriority w:val="99"/>
    <w:unhideWhenUsed/>
    <w:rsid w:val="003A1B86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3A1B86"/>
    <w:rPr>
      <w:rFonts w:ascii="Courier" w:eastAsiaTheme="minorEastAsia" w:hAnsi="Courier"/>
      <w:sz w:val="20"/>
      <w:szCs w:val="2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A1B86"/>
    <w:pPr>
      <w:spacing w:after="200" w:line="276" w:lineRule="auto"/>
    </w:pPr>
    <w:rPr>
      <w:rFonts w:eastAsiaTheme="minorEastAsia"/>
      <w:i/>
      <w:iCs/>
      <w:color w:val="000000" w:themeColor="text1"/>
      <w:kern w:val="0"/>
      <w:lang w:val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3A1B86"/>
    <w:rPr>
      <w:rFonts w:eastAsiaTheme="minorEastAsia"/>
      <w:i/>
      <w:iCs/>
      <w:color w:val="000000" w:themeColor="text1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1B86"/>
    <w:pPr>
      <w:spacing w:after="200" w:line="240" w:lineRule="auto"/>
    </w:pPr>
    <w:rPr>
      <w:rFonts w:eastAsiaTheme="minorEastAsia"/>
      <w:b/>
      <w:bCs/>
      <w:color w:val="5B9BD5" w:themeColor="accent1"/>
      <w:kern w:val="0"/>
      <w:sz w:val="18"/>
      <w:szCs w:val="18"/>
      <w:lang w:val="en-US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B86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kern w:val="0"/>
      <w:lang w:val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B86"/>
    <w:rPr>
      <w:rFonts w:eastAsiaTheme="minorEastAsia"/>
      <w:b/>
      <w:bCs/>
      <w:i/>
      <w:iCs/>
      <w:color w:val="5B9BD5" w:themeColor="accent1"/>
      <w:lang w:val="en-US"/>
    </w:rPr>
  </w:style>
  <w:style w:type="character" w:styleId="SubtleEmphasis">
    <w:name w:val="Subtle Emphasis"/>
    <w:basedOn w:val="DefaultParagraphFont"/>
    <w:uiPriority w:val="19"/>
    <w:qFormat/>
    <w:rsid w:val="003A1B8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A1B8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3A1B8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A1B8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A1B8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1B86"/>
    <w:pPr>
      <w:outlineLvl w:val="9"/>
    </w:pPr>
  </w:style>
  <w:style w:type="table" w:styleId="LightShading">
    <w:name w:val="Light Shading"/>
    <w:basedOn w:val="TableNormal"/>
    <w:uiPriority w:val="60"/>
    <w:rsid w:val="003A1B86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A1B86"/>
    <w:pPr>
      <w:spacing w:after="0" w:line="240" w:lineRule="auto"/>
    </w:pPr>
    <w:rPr>
      <w:rFonts w:eastAsiaTheme="minorEastAsia"/>
      <w:color w:val="2E74B5" w:themeColor="accent1" w:themeShade="BF"/>
      <w:lang w:val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A1B86"/>
    <w:pPr>
      <w:spacing w:after="0" w:line="240" w:lineRule="auto"/>
    </w:pPr>
    <w:rPr>
      <w:rFonts w:eastAsiaTheme="minorEastAsia"/>
      <w:color w:val="C45911" w:themeColor="accent2" w:themeShade="BF"/>
      <w:lang w:val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A1B86"/>
    <w:pPr>
      <w:spacing w:after="0" w:line="240" w:lineRule="auto"/>
    </w:pPr>
    <w:rPr>
      <w:rFonts w:eastAsiaTheme="minorEastAsia"/>
      <w:color w:val="7B7B7B" w:themeColor="accent3" w:themeShade="BF"/>
      <w:lang w:val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A1B86"/>
    <w:pPr>
      <w:spacing w:after="0" w:line="240" w:lineRule="auto"/>
    </w:pPr>
    <w:rPr>
      <w:rFonts w:eastAsiaTheme="minorEastAsia"/>
      <w:color w:val="BF8F00" w:themeColor="accent4" w:themeShade="BF"/>
      <w:lang w:val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A1B86"/>
    <w:pPr>
      <w:spacing w:after="0" w:line="240" w:lineRule="auto"/>
    </w:pPr>
    <w:rPr>
      <w:rFonts w:eastAsiaTheme="minorEastAsia"/>
      <w:color w:val="2F5496" w:themeColor="accent5" w:themeShade="BF"/>
      <w:lang w:val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A1B86"/>
    <w:pPr>
      <w:spacing w:after="0" w:line="240" w:lineRule="auto"/>
    </w:pPr>
    <w:rPr>
      <w:rFonts w:eastAsiaTheme="minorEastAsia"/>
      <w:color w:val="538135" w:themeColor="accent6" w:themeShade="BF"/>
      <w:lang w:val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A1B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A1B8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3A1B86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A1B86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A1B86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A1B86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A1B86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A1B86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A1B86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A1B86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customStyle="1" w:styleId="A1">
    <w:name w:val="A1"/>
    <w:uiPriority w:val="99"/>
    <w:rsid w:val="003A1B86"/>
    <w:rPr>
      <w:color w:val="000000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3A1B8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1B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2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09B0A-124D-4807-98AD-9EBE98AAA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16</Pages>
  <Words>7634</Words>
  <Characters>43515</Characters>
  <Application>Microsoft Office Word</Application>
  <DocSecurity>0</DocSecurity>
  <Lines>362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26</cp:revision>
  <dcterms:created xsi:type="dcterms:W3CDTF">2025-10-29T16:33:00Z</dcterms:created>
  <dcterms:modified xsi:type="dcterms:W3CDTF">2026-01-10T09:57:00Z</dcterms:modified>
</cp:coreProperties>
</file>