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CE050" w14:textId="77777777" w:rsidR="00050876" w:rsidRPr="00050876" w:rsidRDefault="00050876" w:rsidP="00050876">
      <w:r w:rsidRPr="00050876">
        <w:t xml:space="preserve">Supplementary files </w:t>
      </w:r>
    </w:p>
    <w:p w14:paraId="0BA62752" w14:textId="77777777" w:rsidR="00050876" w:rsidRPr="00050876" w:rsidRDefault="00050876" w:rsidP="00050876">
      <w:pPr>
        <w:rPr>
          <w:b/>
          <w:bCs/>
        </w:rPr>
      </w:pPr>
      <w:r w:rsidRPr="00050876">
        <w:rPr>
          <w:b/>
          <w:bCs/>
        </w:rPr>
        <w:t xml:space="preserve">Supplementary table 1: </w:t>
      </w:r>
      <w:proofErr w:type="spellStart"/>
      <w:r w:rsidRPr="00050876">
        <w:rPr>
          <w:b/>
          <w:bCs/>
        </w:rPr>
        <w:t>Correlation_statistics</w:t>
      </w:r>
      <w:proofErr w:type="spellEnd"/>
      <w:r w:rsidRPr="00050876">
        <w:rPr>
          <w:b/>
          <w:bCs/>
        </w:rPr>
        <w:t>: Pearson correlation coefficients (r), sample size (n), 95% confidence intervals, and p-values among measured traits</w:t>
      </w:r>
    </w:p>
    <w:tbl>
      <w:tblPr>
        <w:tblStyle w:val="TableGrid"/>
        <w:tblW w:w="8528" w:type="dxa"/>
        <w:tblLook w:val="04A0" w:firstRow="1" w:lastRow="0" w:firstColumn="1" w:lastColumn="0" w:noHBand="0" w:noVBand="1"/>
      </w:tblPr>
      <w:tblGrid>
        <w:gridCol w:w="1014"/>
        <w:gridCol w:w="1559"/>
        <w:gridCol w:w="1559"/>
        <w:gridCol w:w="861"/>
        <w:gridCol w:w="1054"/>
        <w:gridCol w:w="861"/>
        <w:gridCol w:w="1054"/>
        <w:gridCol w:w="1054"/>
      </w:tblGrid>
      <w:tr w:rsidR="00050876" w:rsidRPr="00050876" w14:paraId="20B7FBBE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003F287E" w14:textId="77777777" w:rsidR="00050876" w:rsidRPr="00050876" w:rsidRDefault="00050876" w:rsidP="00050876">
            <w:pPr>
              <w:rPr>
                <w:rFonts w:eastAsia="Times New Roman"/>
                <w:b/>
                <w:bCs/>
                <w:lang w:eastAsia="en-IN"/>
              </w:rPr>
            </w:pPr>
            <w:r w:rsidRPr="00050876">
              <w:rPr>
                <w:rFonts w:eastAsia="Times New Roman"/>
                <w:b/>
                <w:bCs/>
                <w:lang w:eastAsia="en-IN"/>
              </w:rPr>
              <w:t>Crop</w:t>
            </w:r>
          </w:p>
        </w:tc>
        <w:tc>
          <w:tcPr>
            <w:tcW w:w="1384" w:type="dxa"/>
            <w:noWrap/>
            <w:hideMark/>
          </w:tcPr>
          <w:p w14:paraId="120129FD" w14:textId="77777777" w:rsidR="00050876" w:rsidRPr="00050876" w:rsidRDefault="00050876" w:rsidP="00050876">
            <w:pPr>
              <w:rPr>
                <w:rFonts w:eastAsia="Times New Roman"/>
                <w:b/>
                <w:bCs/>
                <w:lang w:eastAsia="en-IN"/>
              </w:rPr>
            </w:pPr>
            <w:r w:rsidRPr="00050876">
              <w:rPr>
                <w:rFonts w:eastAsia="Times New Roman"/>
                <w:b/>
                <w:bCs/>
                <w:lang w:eastAsia="en-IN"/>
              </w:rPr>
              <w:t>Trait1</w:t>
            </w:r>
          </w:p>
        </w:tc>
        <w:tc>
          <w:tcPr>
            <w:tcW w:w="1384" w:type="dxa"/>
            <w:noWrap/>
            <w:hideMark/>
          </w:tcPr>
          <w:p w14:paraId="51B49BF0" w14:textId="77777777" w:rsidR="00050876" w:rsidRPr="00050876" w:rsidRDefault="00050876" w:rsidP="00050876">
            <w:pPr>
              <w:rPr>
                <w:rFonts w:eastAsia="Times New Roman"/>
                <w:b/>
                <w:bCs/>
                <w:lang w:eastAsia="en-IN"/>
              </w:rPr>
            </w:pPr>
            <w:r w:rsidRPr="00050876">
              <w:rPr>
                <w:rFonts w:eastAsia="Times New Roman"/>
                <w:b/>
                <w:bCs/>
                <w:lang w:eastAsia="en-IN"/>
              </w:rPr>
              <w:t>Trait2</w:t>
            </w:r>
          </w:p>
        </w:tc>
        <w:tc>
          <w:tcPr>
            <w:tcW w:w="960" w:type="dxa"/>
            <w:noWrap/>
            <w:hideMark/>
          </w:tcPr>
          <w:p w14:paraId="18CF23E8" w14:textId="77777777" w:rsidR="00050876" w:rsidRPr="00050876" w:rsidRDefault="00050876" w:rsidP="00050876">
            <w:pPr>
              <w:rPr>
                <w:rFonts w:eastAsia="Times New Roman"/>
                <w:b/>
                <w:bCs/>
                <w:lang w:eastAsia="en-IN"/>
              </w:rPr>
            </w:pPr>
            <w:r w:rsidRPr="00050876">
              <w:rPr>
                <w:rFonts w:eastAsia="Times New Roman"/>
                <w:b/>
                <w:bCs/>
                <w:lang w:eastAsia="en-IN"/>
              </w:rPr>
              <w:t>n</w:t>
            </w:r>
          </w:p>
        </w:tc>
        <w:tc>
          <w:tcPr>
            <w:tcW w:w="960" w:type="dxa"/>
            <w:noWrap/>
            <w:hideMark/>
          </w:tcPr>
          <w:p w14:paraId="5DA13F8A" w14:textId="77777777" w:rsidR="00050876" w:rsidRPr="00050876" w:rsidRDefault="00050876" w:rsidP="00050876">
            <w:pPr>
              <w:rPr>
                <w:rFonts w:eastAsia="Times New Roman"/>
                <w:b/>
                <w:bCs/>
                <w:lang w:eastAsia="en-IN"/>
              </w:rPr>
            </w:pPr>
            <w:r w:rsidRPr="00050876">
              <w:rPr>
                <w:rFonts w:eastAsia="Times New Roman"/>
                <w:b/>
                <w:bCs/>
                <w:lang w:eastAsia="en-IN"/>
              </w:rPr>
              <w:t>r</w:t>
            </w:r>
          </w:p>
        </w:tc>
        <w:tc>
          <w:tcPr>
            <w:tcW w:w="960" w:type="dxa"/>
            <w:noWrap/>
            <w:hideMark/>
          </w:tcPr>
          <w:p w14:paraId="0E0F7D2F" w14:textId="77777777" w:rsidR="00050876" w:rsidRPr="00050876" w:rsidRDefault="00050876" w:rsidP="00050876">
            <w:pPr>
              <w:rPr>
                <w:rFonts w:eastAsia="Times New Roman"/>
                <w:b/>
                <w:bCs/>
                <w:lang w:eastAsia="en-IN"/>
              </w:rPr>
            </w:pPr>
            <w:r w:rsidRPr="00050876">
              <w:rPr>
                <w:rFonts w:eastAsia="Times New Roman"/>
                <w:b/>
                <w:bCs/>
                <w:lang w:eastAsia="en-IN"/>
              </w:rPr>
              <w:t>p</w:t>
            </w:r>
          </w:p>
        </w:tc>
        <w:tc>
          <w:tcPr>
            <w:tcW w:w="960" w:type="dxa"/>
            <w:noWrap/>
            <w:hideMark/>
          </w:tcPr>
          <w:p w14:paraId="034224B5" w14:textId="77777777" w:rsidR="00050876" w:rsidRPr="00050876" w:rsidRDefault="00050876" w:rsidP="00050876">
            <w:pPr>
              <w:rPr>
                <w:rFonts w:eastAsia="Times New Roman"/>
                <w:b/>
                <w:bCs/>
                <w:lang w:eastAsia="en-IN"/>
              </w:rPr>
            </w:pPr>
            <w:r w:rsidRPr="00050876">
              <w:rPr>
                <w:rFonts w:eastAsia="Times New Roman"/>
                <w:b/>
                <w:bCs/>
                <w:lang w:eastAsia="en-IN"/>
              </w:rPr>
              <w:t>95%CI Lower</w:t>
            </w:r>
          </w:p>
        </w:tc>
        <w:tc>
          <w:tcPr>
            <w:tcW w:w="960" w:type="dxa"/>
            <w:noWrap/>
            <w:hideMark/>
          </w:tcPr>
          <w:p w14:paraId="1B86E2D0" w14:textId="77777777" w:rsidR="00050876" w:rsidRPr="00050876" w:rsidRDefault="00050876" w:rsidP="00050876">
            <w:pPr>
              <w:rPr>
                <w:rFonts w:eastAsia="Times New Roman"/>
                <w:b/>
                <w:bCs/>
                <w:lang w:eastAsia="en-IN"/>
              </w:rPr>
            </w:pPr>
            <w:r w:rsidRPr="00050876">
              <w:rPr>
                <w:rFonts w:eastAsia="Times New Roman"/>
                <w:b/>
                <w:bCs/>
                <w:lang w:eastAsia="en-IN"/>
              </w:rPr>
              <w:t>95%CI Upper</w:t>
            </w:r>
          </w:p>
        </w:tc>
      </w:tr>
      <w:tr w:rsidR="00050876" w:rsidRPr="00050876" w14:paraId="5B0F339B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4D4158A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1384" w:type="dxa"/>
            <w:noWrap/>
            <w:hideMark/>
          </w:tcPr>
          <w:p w14:paraId="5EF2D41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shoot_cm</w:t>
            </w:r>
            <w:proofErr w:type="spellEnd"/>
          </w:p>
        </w:tc>
        <w:tc>
          <w:tcPr>
            <w:tcW w:w="1384" w:type="dxa"/>
            <w:noWrap/>
            <w:hideMark/>
          </w:tcPr>
          <w:p w14:paraId="24BF2C8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root_cm</w:t>
            </w:r>
            <w:proofErr w:type="spellEnd"/>
          </w:p>
        </w:tc>
        <w:tc>
          <w:tcPr>
            <w:tcW w:w="960" w:type="dxa"/>
            <w:noWrap/>
            <w:hideMark/>
          </w:tcPr>
          <w:p w14:paraId="551C1D6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32A08A2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0.997947</w:t>
            </w:r>
          </w:p>
        </w:tc>
        <w:tc>
          <w:tcPr>
            <w:tcW w:w="960" w:type="dxa"/>
            <w:noWrap/>
            <w:hideMark/>
          </w:tcPr>
          <w:p w14:paraId="53E1BC0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3.58E-42</w:t>
            </w:r>
          </w:p>
        </w:tc>
        <w:tc>
          <w:tcPr>
            <w:tcW w:w="960" w:type="dxa"/>
            <w:noWrap/>
            <w:hideMark/>
          </w:tcPr>
          <w:p w14:paraId="15F871E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0.995942</w:t>
            </w:r>
          </w:p>
        </w:tc>
        <w:tc>
          <w:tcPr>
            <w:tcW w:w="960" w:type="dxa"/>
            <w:noWrap/>
            <w:hideMark/>
          </w:tcPr>
          <w:p w14:paraId="773583D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0.998962</w:t>
            </w:r>
          </w:p>
        </w:tc>
      </w:tr>
      <w:tr w:rsidR="00050876" w:rsidRPr="00050876" w14:paraId="08C99826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713BA82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1384" w:type="dxa"/>
            <w:noWrap/>
            <w:hideMark/>
          </w:tcPr>
          <w:p w14:paraId="18AFFBF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shoot_cm</w:t>
            </w:r>
            <w:proofErr w:type="spellEnd"/>
          </w:p>
        </w:tc>
        <w:tc>
          <w:tcPr>
            <w:tcW w:w="1384" w:type="dxa"/>
            <w:noWrap/>
            <w:hideMark/>
          </w:tcPr>
          <w:p w14:paraId="326264B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bed_thick_cm</w:t>
            </w:r>
            <w:proofErr w:type="spellEnd"/>
          </w:p>
        </w:tc>
        <w:tc>
          <w:tcPr>
            <w:tcW w:w="960" w:type="dxa"/>
            <w:noWrap/>
            <w:hideMark/>
          </w:tcPr>
          <w:p w14:paraId="03BD76A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167CA4E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0.9924</w:t>
            </w:r>
          </w:p>
        </w:tc>
        <w:tc>
          <w:tcPr>
            <w:tcW w:w="960" w:type="dxa"/>
            <w:noWrap/>
            <w:hideMark/>
          </w:tcPr>
          <w:p w14:paraId="46CFF8E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1.58E-32</w:t>
            </w:r>
          </w:p>
        </w:tc>
        <w:tc>
          <w:tcPr>
            <w:tcW w:w="960" w:type="dxa"/>
            <w:noWrap/>
            <w:hideMark/>
          </w:tcPr>
          <w:p w14:paraId="338CA9D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0.985019</w:t>
            </w:r>
          </w:p>
        </w:tc>
        <w:tc>
          <w:tcPr>
            <w:tcW w:w="960" w:type="dxa"/>
            <w:noWrap/>
            <w:hideMark/>
          </w:tcPr>
          <w:p w14:paraId="365C2A2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0.996152</w:t>
            </w:r>
          </w:p>
        </w:tc>
      </w:tr>
      <w:tr w:rsidR="00050876" w:rsidRPr="00050876" w14:paraId="5B3287DA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38DEA0F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1384" w:type="dxa"/>
            <w:noWrap/>
            <w:hideMark/>
          </w:tcPr>
          <w:p w14:paraId="4FD17E7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shoot_cm</w:t>
            </w:r>
            <w:proofErr w:type="spellEnd"/>
          </w:p>
        </w:tc>
        <w:tc>
          <w:tcPr>
            <w:tcW w:w="1384" w:type="dxa"/>
            <w:noWrap/>
            <w:hideMark/>
          </w:tcPr>
          <w:p w14:paraId="32EE770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density_g_cm3</w:t>
            </w:r>
          </w:p>
        </w:tc>
        <w:tc>
          <w:tcPr>
            <w:tcW w:w="960" w:type="dxa"/>
            <w:noWrap/>
            <w:hideMark/>
          </w:tcPr>
          <w:p w14:paraId="0159E7F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7123E78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0.99378</w:t>
            </w:r>
          </w:p>
        </w:tc>
        <w:tc>
          <w:tcPr>
            <w:tcW w:w="960" w:type="dxa"/>
            <w:noWrap/>
            <w:hideMark/>
          </w:tcPr>
          <w:p w14:paraId="09773F1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5.3E-34</w:t>
            </w:r>
          </w:p>
        </w:tc>
        <w:tc>
          <w:tcPr>
            <w:tcW w:w="960" w:type="dxa"/>
            <w:noWrap/>
            <w:hideMark/>
          </w:tcPr>
          <w:p w14:paraId="3EBBB77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0.987731</w:t>
            </w:r>
          </w:p>
        </w:tc>
        <w:tc>
          <w:tcPr>
            <w:tcW w:w="960" w:type="dxa"/>
            <w:noWrap/>
            <w:hideMark/>
          </w:tcPr>
          <w:p w14:paraId="4279F18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0.996852</w:t>
            </w:r>
          </w:p>
        </w:tc>
      </w:tr>
      <w:tr w:rsidR="00050876" w:rsidRPr="00050876" w14:paraId="598EF9F3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3C92938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1384" w:type="dxa"/>
            <w:noWrap/>
            <w:hideMark/>
          </w:tcPr>
          <w:p w14:paraId="5E3394D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shoot_cm</w:t>
            </w:r>
            <w:proofErr w:type="spellEnd"/>
          </w:p>
        </w:tc>
        <w:tc>
          <w:tcPr>
            <w:tcW w:w="1384" w:type="dxa"/>
            <w:noWrap/>
            <w:hideMark/>
          </w:tcPr>
          <w:p w14:paraId="7BE2B9C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yield_kg</w:t>
            </w:r>
            <w:proofErr w:type="spellEnd"/>
          </w:p>
        </w:tc>
        <w:tc>
          <w:tcPr>
            <w:tcW w:w="960" w:type="dxa"/>
            <w:noWrap/>
            <w:hideMark/>
          </w:tcPr>
          <w:p w14:paraId="43FECD4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21170F7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0.993765</w:t>
            </w:r>
          </w:p>
        </w:tc>
        <w:tc>
          <w:tcPr>
            <w:tcW w:w="960" w:type="dxa"/>
            <w:noWrap/>
            <w:hideMark/>
          </w:tcPr>
          <w:p w14:paraId="0CB911D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5.53E-34</w:t>
            </w:r>
          </w:p>
        </w:tc>
        <w:tc>
          <w:tcPr>
            <w:tcW w:w="960" w:type="dxa"/>
            <w:noWrap/>
            <w:hideMark/>
          </w:tcPr>
          <w:p w14:paraId="32ED1A4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0.9877</w:t>
            </w:r>
          </w:p>
        </w:tc>
        <w:tc>
          <w:tcPr>
            <w:tcW w:w="960" w:type="dxa"/>
            <w:noWrap/>
            <w:hideMark/>
          </w:tcPr>
          <w:p w14:paraId="4D15D4B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0.996844</w:t>
            </w:r>
          </w:p>
        </w:tc>
      </w:tr>
      <w:tr w:rsidR="00050876" w:rsidRPr="00050876" w14:paraId="6DBCE13E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5D17CE5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1384" w:type="dxa"/>
            <w:noWrap/>
            <w:hideMark/>
          </w:tcPr>
          <w:p w14:paraId="755300F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shoot_cm</w:t>
            </w:r>
            <w:proofErr w:type="spellEnd"/>
          </w:p>
        </w:tc>
        <w:tc>
          <w:tcPr>
            <w:tcW w:w="1384" w:type="dxa"/>
            <w:noWrap/>
            <w:hideMark/>
          </w:tcPr>
          <w:p w14:paraId="0C591A7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WUE</w:t>
            </w:r>
          </w:p>
        </w:tc>
        <w:tc>
          <w:tcPr>
            <w:tcW w:w="960" w:type="dxa"/>
            <w:noWrap/>
            <w:hideMark/>
          </w:tcPr>
          <w:p w14:paraId="5159F29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02BB979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0.994538</w:t>
            </w:r>
          </w:p>
        </w:tc>
        <w:tc>
          <w:tcPr>
            <w:tcW w:w="960" w:type="dxa"/>
            <w:noWrap/>
            <w:hideMark/>
          </w:tcPr>
          <w:p w14:paraId="71B4544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5.86E-35</w:t>
            </w:r>
          </w:p>
        </w:tc>
        <w:tc>
          <w:tcPr>
            <w:tcW w:w="960" w:type="dxa"/>
            <w:noWrap/>
            <w:hideMark/>
          </w:tcPr>
          <w:p w14:paraId="2E12E7E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0.989221</w:t>
            </w:r>
          </w:p>
        </w:tc>
        <w:tc>
          <w:tcPr>
            <w:tcW w:w="960" w:type="dxa"/>
            <w:noWrap/>
            <w:hideMark/>
          </w:tcPr>
          <w:p w14:paraId="2656DF2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0.997236</w:t>
            </w:r>
          </w:p>
        </w:tc>
      </w:tr>
      <w:tr w:rsidR="00050876" w:rsidRPr="00050876" w14:paraId="13E454D3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0219F93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1384" w:type="dxa"/>
            <w:noWrap/>
            <w:hideMark/>
          </w:tcPr>
          <w:p w14:paraId="3979956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shoot_cm</w:t>
            </w:r>
            <w:proofErr w:type="spellEnd"/>
          </w:p>
        </w:tc>
        <w:tc>
          <w:tcPr>
            <w:tcW w:w="1384" w:type="dxa"/>
            <w:noWrap/>
            <w:hideMark/>
          </w:tcPr>
          <w:p w14:paraId="0865910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NDVI</w:t>
            </w:r>
          </w:p>
        </w:tc>
        <w:tc>
          <w:tcPr>
            <w:tcW w:w="960" w:type="dxa"/>
            <w:noWrap/>
            <w:hideMark/>
          </w:tcPr>
          <w:p w14:paraId="3B786BC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15CC067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0.992868</w:t>
            </w:r>
          </w:p>
        </w:tc>
        <w:tc>
          <w:tcPr>
            <w:tcW w:w="960" w:type="dxa"/>
            <w:noWrap/>
            <w:hideMark/>
          </w:tcPr>
          <w:p w14:paraId="4F20D42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5.39E-33</w:t>
            </w:r>
          </w:p>
        </w:tc>
        <w:tc>
          <w:tcPr>
            <w:tcW w:w="960" w:type="dxa"/>
            <w:noWrap/>
            <w:hideMark/>
          </w:tcPr>
          <w:p w14:paraId="3977BC9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0.985939</w:t>
            </w:r>
          </w:p>
        </w:tc>
        <w:tc>
          <w:tcPr>
            <w:tcW w:w="960" w:type="dxa"/>
            <w:noWrap/>
            <w:hideMark/>
          </w:tcPr>
          <w:p w14:paraId="418B310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0.996389</w:t>
            </w:r>
          </w:p>
        </w:tc>
      </w:tr>
      <w:tr w:rsidR="00050876" w:rsidRPr="00050876" w14:paraId="49B59DF5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3996EB7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1384" w:type="dxa"/>
            <w:noWrap/>
            <w:hideMark/>
          </w:tcPr>
          <w:p w14:paraId="6DD4BCC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root_cm</w:t>
            </w:r>
            <w:proofErr w:type="spellEnd"/>
          </w:p>
        </w:tc>
        <w:tc>
          <w:tcPr>
            <w:tcW w:w="1384" w:type="dxa"/>
            <w:noWrap/>
            <w:hideMark/>
          </w:tcPr>
          <w:p w14:paraId="155BECA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bed_thick_cm</w:t>
            </w:r>
            <w:proofErr w:type="spellEnd"/>
          </w:p>
        </w:tc>
        <w:tc>
          <w:tcPr>
            <w:tcW w:w="960" w:type="dxa"/>
            <w:noWrap/>
            <w:hideMark/>
          </w:tcPr>
          <w:p w14:paraId="02917C3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2255EA8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0.994387</w:t>
            </w:r>
          </w:p>
        </w:tc>
        <w:tc>
          <w:tcPr>
            <w:tcW w:w="960" w:type="dxa"/>
            <w:noWrap/>
            <w:hideMark/>
          </w:tcPr>
          <w:p w14:paraId="5513BDA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9.31E-35</w:t>
            </w:r>
          </w:p>
        </w:tc>
        <w:tc>
          <w:tcPr>
            <w:tcW w:w="960" w:type="dxa"/>
            <w:noWrap/>
            <w:hideMark/>
          </w:tcPr>
          <w:p w14:paraId="716064E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0.988924</w:t>
            </w:r>
          </w:p>
        </w:tc>
        <w:tc>
          <w:tcPr>
            <w:tcW w:w="960" w:type="dxa"/>
            <w:noWrap/>
            <w:hideMark/>
          </w:tcPr>
          <w:p w14:paraId="1A0B973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0.997159</w:t>
            </w:r>
          </w:p>
        </w:tc>
      </w:tr>
      <w:tr w:rsidR="00050876" w:rsidRPr="00050876" w14:paraId="572FF0EA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57798C9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1384" w:type="dxa"/>
            <w:noWrap/>
            <w:hideMark/>
          </w:tcPr>
          <w:p w14:paraId="6D12FC0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root_cm</w:t>
            </w:r>
            <w:proofErr w:type="spellEnd"/>
          </w:p>
        </w:tc>
        <w:tc>
          <w:tcPr>
            <w:tcW w:w="1384" w:type="dxa"/>
            <w:noWrap/>
            <w:hideMark/>
          </w:tcPr>
          <w:p w14:paraId="0C5B98D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density_g_cm3</w:t>
            </w:r>
          </w:p>
        </w:tc>
        <w:tc>
          <w:tcPr>
            <w:tcW w:w="960" w:type="dxa"/>
            <w:noWrap/>
            <w:hideMark/>
          </w:tcPr>
          <w:p w14:paraId="310288E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494BE7B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0.987644</w:t>
            </w:r>
          </w:p>
        </w:tc>
        <w:tc>
          <w:tcPr>
            <w:tcW w:w="960" w:type="dxa"/>
            <w:noWrap/>
            <w:hideMark/>
          </w:tcPr>
          <w:p w14:paraId="0005BF8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5.91E-29</w:t>
            </w:r>
          </w:p>
        </w:tc>
        <w:tc>
          <w:tcPr>
            <w:tcW w:w="960" w:type="dxa"/>
            <w:noWrap/>
            <w:hideMark/>
          </w:tcPr>
          <w:p w14:paraId="7791B2F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0.975699</w:t>
            </w:r>
          </w:p>
        </w:tc>
        <w:tc>
          <w:tcPr>
            <w:tcW w:w="960" w:type="dxa"/>
            <w:noWrap/>
            <w:hideMark/>
          </w:tcPr>
          <w:p w14:paraId="2B8CE4B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0.993736</w:t>
            </w:r>
          </w:p>
        </w:tc>
      </w:tr>
      <w:tr w:rsidR="00050876" w:rsidRPr="00050876" w14:paraId="79E807B0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653A1B1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1384" w:type="dxa"/>
            <w:noWrap/>
            <w:hideMark/>
          </w:tcPr>
          <w:p w14:paraId="012D681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root_cm</w:t>
            </w:r>
            <w:proofErr w:type="spellEnd"/>
          </w:p>
        </w:tc>
        <w:tc>
          <w:tcPr>
            <w:tcW w:w="1384" w:type="dxa"/>
            <w:noWrap/>
            <w:hideMark/>
          </w:tcPr>
          <w:p w14:paraId="460013E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yield_kg</w:t>
            </w:r>
            <w:proofErr w:type="spellEnd"/>
          </w:p>
        </w:tc>
        <w:tc>
          <w:tcPr>
            <w:tcW w:w="960" w:type="dxa"/>
            <w:noWrap/>
            <w:hideMark/>
          </w:tcPr>
          <w:p w14:paraId="0C093A7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59141A6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0.987647</w:t>
            </w:r>
          </w:p>
        </w:tc>
        <w:tc>
          <w:tcPr>
            <w:tcW w:w="960" w:type="dxa"/>
            <w:noWrap/>
            <w:hideMark/>
          </w:tcPr>
          <w:p w14:paraId="7346C0D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5.88E-29</w:t>
            </w:r>
          </w:p>
        </w:tc>
        <w:tc>
          <w:tcPr>
            <w:tcW w:w="960" w:type="dxa"/>
            <w:noWrap/>
            <w:hideMark/>
          </w:tcPr>
          <w:p w14:paraId="7C60812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0.975706</w:t>
            </w:r>
          </w:p>
        </w:tc>
        <w:tc>
          <w:tcPr>
            <w:tcW w:w="960" w:type="dxa"/>
            <w:noWrap/>
            <w:hideMark/>
          </w:tcPr>
          <w:p w14:paraId="1D484E1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0.993738</w:t>
            </w:r>
          </w:p>
        </w:tc>
      </w:tr>
      <w:tr w:rsidR="00050876" w:rsidRPr="00050876" w14:paraId="4A2D625D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557BF48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1384" w:type="dxa"/>
            <w:noWrap/>
            <w:hideMark/>
          </w:tcPr>
          <w:p w14:paraId="0F5FE59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root_cm</w:t>
            </w:r>
            <w:proofErr w:type="spellEnd"/>
          </w:p>
        </w:tc>
        <w:tc>
          <w:tcPr>
            <w:tcW w:w="1384" w:type="dxa"/>
            <w:noWrap/>
            <w:hideMark/>
          </w:tcPr>
          <w:p w14:paraId="6CF7747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WUE</w:t>
            </w:r>
          </w:p>
        </w:tc>
        <w:tc>
          <w:tcPr>
            <w:tcW w:w="960" w:type="dxa"/>
            <w:noWrap/>
            <w:hideMark/>
          </w:tcPr>
          <w:p w14:paraId="6C3C1CA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5923EC4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0.992638</w:t>
            </w:r>
          </w:p>
        </w:tc>
        <w:tc>
          <w:tcPr>
            <w:tcW w:w="960" w:type="dxa"/>
            <w:noWrap/>
            <w:hideMark/>
          </w:tcPr>
          <w:p w14:paraId="522CA09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9.22E-33</w:t>
            </w:r>
          </w:p>
        </w:tc>
        <w:tc>
          <w:tcPr>
            <w:tcW w:w="960" w:type="dxa"/>
            <w:noWrap/>
            <w:hideMark/>
          </w:tcPr>
          <w:p w14:paraId="15195BD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0.985487</w:t>
            </w:r>
          </w:p>
        </w:tc>
        <w:tc>
          <w:tcPr>
            <w:tcW w:w="960" w:type="dxa"/>
            <w:noWrap/>
            <w:hideMark/>
          </w:tcPr>
          <w:p w14:paraId="08E4BCD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0.996273</w:t>
            </w:r>
          </w:p>
        </w:tc>
      </w:tr>
      <w:tr w:rsidR="00050876" w:rsidRPr="00050876" w14:paraId="7A9B0409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4A2376F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1384" w:type="dxa"/>
            <w:noWrap/>
            <w:hideMark/>
          </w:tcPr>
          <w:p w14:paraId="4D97616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root_cm</w:t>
            </w:r>
            <w:proofErr w:type="spellEnd"/>
          </w:p>
        </w:tc>
        <w:tc>
          <w:tcPr>
            <w:tcW w:w="1384" w:type="dxa"/>
            <w:noWrap/>
            <w:hideMark/>
          </w:tcPr>
          <w:p w14:paraId="43819D4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NDVI</w:t>
            </w:r>
          </w:p>
        </w:tc>
        <w:tc>
          <w:tcPr>
            <w:tcW w:w="960" w:type="dxa"/>
            <w:noWrap/>
            <w:hideMark/>
          </w:tcPr>
          <w:p w14:paraId="5E7C020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5667118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0.992681</w:t>
            </w:r>
          </w:p>
        </w:tc>
        <w:tc>
          <w:tcPr>
            <w:tcW w:w="960" w:type="dxa"/>
            <w:noWrap/>
            <w:hideMark/>
          </w:tcPr>
          <w:p w14:paraId="4B181DF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8.37E-33</w:t>
            </w:r>
          </w:p>
        </w:tc>
        <w:tc>
          <w:tcPr>
            <w:tcW w:w="960" w:type="dxa"/>
            <w:noWrap/>
            <w:hideMark/>
          </w:tcPr>
          <w:p w14:paraId="77436AB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0.98557</w:t>
            </w:r>
          </w:p>
        </w:tc>
        <w:tc>
          <w:tcPr>
            <w:tcW w:w="960" w:type="dxa"/>
            <w:noWrap/>
            <w:hideMark/>
          </w:tcPr>
          <w:p w14:paraId="7061FFB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0.996294</w:t>
            </w:r>
          </w:p>
        </w:tc>
      </w:tr>
      <w:tr w:rsidR="00050876" w:rsidRPr="00050876" w14:paraId="28F8256C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27F6CC4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1384" w:type="dxa"/>
            <w:noWrap/>
            <w:hideMark/>
          </w:tcPr>
          <w:p w14:paraId="42076EC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bed_thick_cm</w:t>
            </w:r>
            <w:proofErr w:type="spellEnd"/>
          </w:p>
        </w:tc>
        <w:tc>
          <w:tcPr>
            <w:tcW w:w="1384" w:type="dxa"/>
            <w:noWrap/>
            <w:hideMark/>
          </w:tcPr>
          <w:p w14:paraId="3231778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density_g_cm3</w:t>
            </w:r>
          </w:p>
        </w:tc>
        <w:tc>
          <w:tcPr>
            <w:tcW w:w="960" w:type="dxa"/>
            <w:noWrap/>
            <w:hideMark/>
          </w:tcPr>
          <w:p w14:paraId="2EC22D9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6A5C97C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0.9786</w:t>
            </w:r>
          </w:p>
        </w:tc>
        <w:tc>
          <w:tcPr>
            <w:tcW w:w="960" w:type="dxa"/>
            <w:noWrap/>
            <w:hideMark/>
          </w:tcPr>
          <w:p w14:paraId="7D37B2E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6.27E-25</w:t>
            </w:r>
          </w:p>
        </w:tc>
        <w:tc>
          <w:tcPr>
            <w:tcW w:w="960" w:type="dxa"/>
            <w:noWrap/>
            <w:hideMark/>
          </w:tcPr>
          <w:p w14:paraId="5CD6A97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0.958097</w:t>
            </w:r>
          </w:p>
        </w:tc>
        <w:tc>
          <w:tcPr>
            <w:tcW w:w="960" w:type="dxa"/>
            <w:noWrap/>
            <w:hideMark/>
          </w:tcPr>
          <w:p w14:paraId="323150D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0.989127</w:t>
            </w:r>
          </w:p>
        </w:tc>
      </w:tr>
      <w:tr w:rsidR="00050876" w:rsidRPr="00050876" w14:paraId="4A229A30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52C072B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1384" w:type="dxa"/>
            <w:noWrap/>
            <w:hideMark/>
          </w:tcPr>
          <w:p w14:paraId="3BFE494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bed_thick_cm</w:t>
            </w:r>
            <w:proofErr w:type="spellEnd"/>
          </w:p>
        </w:tc>
        <w:tc>
          <w:tcPr>
            <w:tcW w:w="1384" w:type="dxa"/>
            <w:noWrap/>
            <w:hideMark/>
          </w:tcPr>
          <w:p w14:paraId="254CE38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yield_kg</w:t>
            </w:r>
            <w:proofErr w:type="spellEnd"/>
          </w:p>
        </w:tc>
        <w:tc>
          <w:tcPr>
            <w:tcW w:w="960" w:type="dxa"/>
            <w:noWrap/>
            <w:hideMark/>
          </w:tcPr>
          <w:p w14:paraId="11C0C21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2AE32B0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0.978581</w:t>
            </w:r>
          </w:p>
        </w:tc>
        <w:tc>
          <w:tcPr>
            <w:tcW w:w="960" w:type="dxa"/>
            <w:noWrap/>
            <w:hideMark/>
          </w:tcPr>
          <w:p w14:paraId="67F74FC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6.36E-25</w:t>
            </w:r>
          </w:p>
        </w:tc>
        <w:tc>
          <w:tcPr>
            <w:tcW w:w="960" w:type="dxa"/>
            <w:noWrap/>
            <w:hideMark/>
          </w:tcPr>
          <w:p w14:paraId="15BBD4F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0.958059</w:t>
            </w:r>
          </w:p>
        </w:tc>
        <w:tc>
          <w:tcPr>
            <w:tcW w:w="960" w:type="dxa"/>
            <w:noWrap/>
            <w:hideMark/>
          </w:tcPr>
          <w:p w14:paraId="61E5DB8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0.989117</w:t>
            </w:r>
          </w:p>
        </w:tc>
      </w:tr>
      <w:tr w:rsidR="00050876" w:rsidRPr="00050876" w14:paraId="1E7B3C39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2C81F15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1384" w:type="dxa"/>
            <w:noWrap/>
            <w:hideMark/>
          </w:tcPr>
          <w:p w14:paraId="1015530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bed_thick_cm</w:t>
            </w:r>
            <w:proofErr w:type="spellEnd"/>
          </w:p>
        </w:tc>
        <w:tc>
          <w:tcPr>
            <w:tcW w:w="1384" w:type="dxa"/>
            <w:noWrap/>
            <w:hideMark/>
          </w:tcPr>
          <w:p w14:paraId="1D1F100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WUE</w:t>
            </w:r>
          </w:p>
        </w:tc>
        <w:tc>
          <w:tcPr>
            <w:tcW w:w="960" w:type="dxa"/>
            <w:noWrap/>
            <w:hideMark/>
          </w:tcPr>
          <w:p w14:paraId="4BB5D5B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19D5E2F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0.98278</w:t>
            </w:r>
          </w:p>
        </w:tc>
        <w:tc>
          <w:tcPr>
            <w:tcW w:w="960" w:type="dxa"/>
            <w:noWrap/>
            <w:hideMark/>
          </w:tcPr>
          <w:p w14:paraId="3D72059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1.61E-26</w:t>
            </w:r>
          </w:p>
        </w:tc>
        <w:tc>
          <w:tcPr>
            <w:tcW w:w="960" w:type="dxa"/>
            <w:noWrap/>
            <w:hideMark/>
          </w:tcPr>
          <w:p w14:paraId="5A4E1B9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0.966213</w:t>
            </w:r>
          </w:p>
        </w:tc>
        <w:tc>
          <w:tcPr>
            <w:tcW w:w="960" w:type="dxa"/>
            <w:noWrap/>
            <w:hideMark/>
          </w:tcPr>
          <w:p w14:paraId="0186767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0.991259</w:t>
            </w:r>
          </w:p>
        </w:tc>
      </w:tr>
      <w:tr w:rsidR="00050876" w:rsidRPr="00050876" w14:paraId="2780A146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78C228C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1384" w:type="dxa"/>
            <w:noWrap/>
            <w:hideMark/>
          </w:tcPr>
          <w:p w14:paraId="4BA2557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bed_thick_cm</w:t>
            </w:r>
            <w:proofErr w:type="spellEnd"/>
          </w:p>
        </w:tc>
        <w:tc>
          <w:tcPr>
            <w:tcW w:w="1384" w:type="dxa"/>
            <w:noWrap/>
            <w:hideMark/>
          </w:tcPr>
          <w:p w14:paraId="2DB63E5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NDVI</w:t>
            </w:r>
          </w:p>
        </w:tc>
        <w:tc>
          <w:tcPr>
            <w:tcW w:w="960" w:type="dxa"/>
            <w:noWrap/>
            <w:hideMark/>
          </w:tcPr>
          <w:p w14:paraId="4382E76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0FF412B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0.987096</w:t>
            </w:r>
          </w:p>
        </w:tc>
        <w:tc>
          <w:tcPr>
            <w:tcW w:w="960" w:type="dxa"/>
            <w:noWrap/>
            <w:hideMark/>
          </w:tcPr>
          <w:p w14:paraId="217DD39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1.23E-28</w:t>
            </w:r>
          </w:p>
        </w:tc>
        <w:tc>
          <w:tcPr>
            <w:tcW w:w="960" w:type="dxa"/>
            <w:noWrap/>
            <w:hideMark/>
          </w:tcPr>
          <w:p w14:paraId="732AFFA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0.974628</w:t>
            </w:r>
          </w:p>
        </w:tc>
        <w:tc>
          <w:tcPr>
            <w:tcW w:w="960" w:type="dxa"/>
            <w:noWrap/>
            <w:hideMark/>
          </w:tcPr>
          <w:p w14:paraId="539F760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0.993457</w:t>
            </w:r>
          </w:p>
        </w:tc>
      </w:tr>
      <w:tr w:rsidR="00050876" w:rsidRPr="00050876" w14:paraId="4EF01209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0CB7B80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1384" w:type="dxa"/>
            <w:noWrap/>
            <w:hideMark/>
          </w:tcPr>
          <w:p w14:paraId="7F1B7D7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density_g_cm3</w:t>
            </w:r>
          </w:p>
        </w:tc>
        <w:tc>
          <w:tcPr>
            <w:tcW w:w="1384" w:type="dxa"/>
            <w:noWrap/>
            <w:hideMark/>
          </w:tcPr>
          <w:p w14:paraId="5CAA374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yield_kg</w:t>
            </w:r>
            <w:proofErr w:type="spellEnd"/>
          </w:p>
        </w:tc>
        <w:tc>
          <w:tcPr>
            <w:tcW w:w="960" w:type="dxa"/>
            <w:noWrap/>
            <w:hideMark/>
          </w:tcPr>
          <w:p w14:paraId="09172C8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591333E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0.999995</w:t>
            </w:r>
          </w:p>
        </w:tc>
        <w:tc>
          <w:tcPr>
            <w:tcW w:w="960" w:type="dxa"/>
            <w:noWrap/>
            <w:hideMark/>
          </w:tcPr>
          <w:p w14:paraId="50BB9D2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4.01E-87</w:t>
            </w:r>
          </w:p>
        </w:tc>
        <w:tc>
          <w:tcPr>
            <w:tcW w:w="960" w:type="dxa"/>
            <w:noWrap/>
            <w:hideMark/>
          </w:tcPr>
          <w:p w14:paraId="4888D8C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0.999991</w:t>
            </w:r>
          </w:p>
        </w:tc>
        <w:tc>
          <w:tcPr>
            <w:tcW w:w="960" w:type="dxa"/>
            <w:noWrap/>
            <w:hideMark/>
          </w:tcPr>
          <w:p w14:paraId="44F03A0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0.999998</w:t>
            </w:r>
          </w:p>
        </w:tc>
      </w:tr>
      <w:tr w:rsidR="00050876" w:rsidRPr="00050876" w14:paraId="6FB98BCC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6AF0D32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1384" w:type="dxa"/>
            <w:noWrap/>
            <w:hideMark/>
          </w:tcPr>
          <w:p w14:paraId="33E0C6D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density_g_cm3</w:t>
            </w:r>
          </w:p>
        </w:tc>
        <w:tc>
          <w:tcPr>
            <w:tcW w:w="1384" w:type="dxa"/>
            <w:noWrap/>
            <w:hideMark/>
          </w:tcPr>
          <w:p w14:paraId="51384FB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WUE</w:t>
            </w:r>
          </w:p>
        </w:tc>
        <w:tc>
          <w:tcPr>
            <w:tcW w:w="960" w:type="dxa"/>
            <w:noWrap/>
            <w:hideMark/>
          </w:tcPr>
          <w:p w14:paraId="7856E8C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392C4D0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0.986465</w:t>
            </w:r>
          </w:p>
        </w:tc>
        <w:tc>
          <w:tcPr>
            <w:tcW w:w="960" w:type="dxa"/>
            <w:noWrap/>
            <w:hideMark/>
          </w:tcPr>
          <w:p w14:paraId="73946E7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2.76E-28</w:t>
            </w:r>
          </w:p>
        </w:tc>
        <w:tc>
          <w:tcPr>
            <w:tcW w:w="960" w:type="dxa"/>
            <w:noWrap/>
            <w:hideMark/>
          </w:tcPr>
          <w:p w14:paraId="205FCD4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0.973396</w:t>
            </w:r>
          </w:p>
        </w:tc>
        <w:tc>
          <w:tcPr>
            <w:tcW w:w="960" w:type="dxa"/>
            <w:noWrap/>
            <w:hideMark/>
          </w:tcPr>
          <w:p w14:paraId="165255F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0.993136</w:t>
            </w:r>
          </w:p>
        </w:tc>
      </w:tr>
      <w:tr w:rsidR="00050876" w:rsidRPr="00050876" w14:paraId="7FFC7909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3C34F67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1384" w:type="dxa"/>
            <w:noWrap/>
            <w:hideMark/>
          </w:tcPr>
          <w:p w14:paraId="56E0EA1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density_g_cm3</w:t>
            </w:r>
          </w:p>
        </w:tc>
        <w:tc>
          <w:tcPr>
            <w:tcW w:w="1384" w:type="dxa"/>
            <w:noWrap/>
            <w:hideMark/>
          </w:tcPr>
          <w:p w14:paraId="0D81FFB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NDVI</w:t>
            </w:r>
          </w:p>
        </w:tc>
        <w:tc>
          <w:tcPr>
            <w:tcW w:w="960" w:type="dxa"/>
            <w:noWrap/>
            <w:hideMark/>
          </w:tcPr>
          <w:p w14:paraId="4F3B537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31FDC31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0.991989</w:t>
            </w:r>
          </w:p>
        </w:tc>
        <w:tc>
          <w:tcPr>
            <w:tcW w:w="960" w:type="dxa"/>
            <w:noWrap/>
            <w:hideMark/>
          </w:tcPr>
          <w:p w14:paraId="6F3302E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3.87E-32</w:t>
            </w:r>
          </w:p>
        </w:tc>
        <w:tc>
          <w:tcPr>
            <w:tcW w:w="960" w:type="dxa"/>
            <w:noWrap/>
            <w:hideMark/>
          </w:tcPr>
          <w:p w14:paraId="130444A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0.984211</w:t>
            </w:r>
          </w:p>
        </w:tc>
        <w:tc>
          <w:tcPr>
            <w:tcW w:w="960" w:type="dxa"/>
            <w:noWrap/>
            <w:hideMark/>
          </w:tcPr>
          <w:p w14:paraId="25CB36A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0.995943</w:t>
            </w:r>
          </w:p>
        </w:tc>
      </w:tr>
      <w:tr w:rsidR="00050876" w:rsidRPr="00050876" w14:paraId="520CF078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13BC3C5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1384" w:type="dxa"/>
            <w:noWrap/>
            <w:hideMark/>
          </w:tcPr>
          <w:p w14:paraId="3763A90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yield_kg</w:t>
            </w:r>
            <w:proofErr w:type="spellEnd"/>
          </w:p>
        </w:tc>
        <w:tc>
          <w:tcPr>
            <w:tcW w:w="1384" w:type="dxa"/>
            <w:noWrap/>
            <w:hideMark/>
          </w:tcPr>
          <w:p w14:paraId="0557453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WUE</w:t>
            </w:r>
          </w:p>
        </w:tc>
        <w:tc>
          <w:tcPr>
            <w:tcW w:w="960" w:type="dxa"/>
            <w:noWrap/>
            <w:hideMark/>
          </w:tcPr>
          <w:p w14:paraId="0006E4C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2383C76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0.986537</w:t>
            </w:r>
          </w:p>
        </w:tc>
        <w:tc>
          <w:tcPr>
            <w:tcW w:w="960" w:type="dxa"/>
            <w:noWrap/>
            <w:hideMark/>
          </w:tcPr>
          <w:p w14:paraId="11850F0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2.52E-28</w:t>
            </w:r>
          </w:p>
        </w:tc>
        <w:tc>
          <w:tcPr>
            <w:tcW w:w="960" w:type="dxa"/>
            <w:noWrap/>
            <w:hideMark/>
          </w:tcPr>
          <w:p w14:paraId="389EAD3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0.973536</w:t>
            </w:r>
          </w:p>
        </w:tc>
        <w:tc>
          <w:tcPr>
            <w:tcW w:w="960" w:type="dxa"/>
            <w:noWrap/>
            <w:hideMark/>
          </w:tcPr>
          <w:p w14:paraId="3A68658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0.993173</w:t>
            </w:r>
          </w:p>
        </w:tc>
      </w:tr>
      <w:tr w:rsidR="00050876" w:rsidRPr="00050876" w14:paraId="280C168A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55721D6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1384" w:type="dxa"/>
            <w:noWrap/>
            <w:hideMark/>
          </w:tcPr>
          <w:p w14:paraId="15DF1B9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yield_kg</w:t>
            </w:r>
            <w:proofErr w:type="spellEnd"/>
          </w:p>
        </w:tc>
        <w:tc>
          <w:tcPr>
            <w:tcW w:w="1384" w:type="dxa"/>
            <w:noWrap/>
            <w:hideMark/>
          </w:tcPr>
          <w:p w14:paraId="2B33210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NDVI</w:t>
            </w:r>
          </w:p>
        </w:tc>
        <w:tc>
          <w:tcPr>
            <w:tcW w:w="960" w:type="dxa"/>
            <w:noWrap/>
            <w:hideMark/>
          </w:tcPr>
          <w:p w14:paraId="63874FA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59079D6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0.991994</w:t>
            </w:r>
          </w:p>
        </w:tc>
        <w:tc>
          <w:tcPr>
            <w:tcW w:w="960" w:type="dxa"/>
            <w:noWrap/>
            <w:hideMark/>
          </w:tcPr>
          <w:p w14:paraId="142E22D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3.82E-32</w:t>
            </w:r>
          </w:p>
        </w:tc>
        <w:tc>
          <w:tcPr>
            <w:tcW w:w="960" w:type="dxa"/>
            <w:noWrap/>
            <w:hideMark/>
          </w:tcPr>
          <w:p w14:paraId="48FAF18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0.984222</w:t>
            </w:r>
          </w:p>
        </w:tc>
        <w:tc>
          <w:tcPr>
            <w:tcW w:w="960" w:type="dxa"/>
            <w:noWrap/>
            <w:hideMark/>
          </w:tcPr>
          <w:p w14:paraId="5E1007E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0.995946</w:t>
            </w:r>
          </w:p>
        </w:tc>
      </w:tr>
      <w:tr w:rsidR="00050876" w:rsidRPr="00050876" w14:paraId="11C14EDA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72C97C0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lastRenderedPageBreak/>
              <w:t>Wheat</w:t>
            </w:r>
          </w:p>
        </w:tc>
        <w:tc>
          <w:tcPr>
            <w:tcW w:w="1384" w:type="dxa"/>
            <w:noWrap/>
            <w:hideMark/>
          </w:tcPr>
          <w:p w14:paraId="36A7245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WUE</w:t>
            </w:r>
          </w:p>
        </w:tc>
        <w:tc>
          <w:tcPr>
            <w:tcW w:w="1384" w:type="dxa"/>
            <w:noWrap/>
            <w:hideMark/>
          </w:tcPr>
          <w:p w14:paraId="45298EF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NDVI</w:t>
            </w:r>
          </w:p>
        </w:tc>
        <w:tc>
          <w:tcPr>
            <w:tcW w:w="960" w:type="dxa"/>
            <w:noWrap/>
            <w:hideMark/>
          </w:tcPr>
          <w:p w14:paraId="665F965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7C1863C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0.981671</w:t>
            </w:r>
          </w:p>
        </w:tc>
        <w:tc>
          <w:tcPr>
            <w:tcW w:w="960" w:type="dxa"/>
            <w:noWrap/>
            <w:hideMark/>
          </w:tcPr>
          <w:p w14:paraId="4EB9662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4.61E-26</w:t>
            </w:r>
          </w:p>
        </w:tc>
        <w:tc>
          <w:tcPr>
            <w:tcW w:w="960" w:type="dxa"/>
            <w:noWrap/>
            <w:hideMark/>
          </w:tcPr>
          <w:p w14:paraId="3991708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0.964057</w:t>
            </w:r>
          </w:p>
        </w:tc>
        <w:tc>
          <w:tcPr>
            <w:tcW w:w="960" w:type="dxa"/>
            <w:noWrap/>
            <w:hideMark/>
          </w:tcPr>
          <w:p w14:paraId="1B972DB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0.990694</w:t>
            </w:r>
          </w:p>
        </w:tc>
      </w:tr>
      <w:tr w:rsidR="00050876" w:rsidRPr="00050876" w14:paraId="782DB8F0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3FFAA95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1384" w:type="dxa"/>
            <w:noWrap/>
            <w:hideMark/>
          </w:tcPr>
          <w:p w14:paraId="0E3FEFB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shoot_cm</w:t>
            </w:r>
            <w:proofErr w:type="spellEnd"/>
          </w:p>
        </w:tc>
        <w:tc>
          <w:tcPr>
            <w:tcW w:w="1384" w:type="dxa"/>
            <w:noWrap/>
            <w:hideMark/>
          </w:tcPr>
          <w:p w14:paraId="45DAEE6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root_cm</w:t>
            </w:r>
            <w:proofErr w:type="spellEnd"/>
          </w:p>
        </w:tc>
        <w:tc>
          <w:tcPr>
            <w:tcW w:w="960" w:type="dxa"/>
            <w:noWrap/>
            <w:hideMark/>
          </w:tcPr>
          <w:p w14:paraId="7AF9D45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5D53FA6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0.994995</w:t>
            </w:r>
          </w:p>
        </w:tc>
        <w:tc>
          <w:tcPr>
            <w:tcW w:w="960" w:type="dxa"/>
            <w:noWrap/>
            <w:hideMark/>
          </w:tcPr>
          <w:p w14:paraId="79BA115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1.33E-35</w:t>
            </w:r>
          </w:p>
        </w:tc>
        <w:tc>
          <w:tcPr>
            <w:tcW w:w="960" w:type="dxa"/>
            <w:noWrap/>
            <w:hideMark/>
          </w:tcPr>
          <w:p w14:paraId="723915B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0.990121</w:t>
            </w:r>
          </w:p>
        </w:tc>
        <w:tc>
          <w:tcPr>
            <w:tcW w:w="960" w:type="dxa"/>
            <w:noWrap/>
            <w:hideMark/>
          </w:tcPr>
          <w:p w14:paraId="1303144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0.997467</w:t>
            </w:r>
          </w:p>
        </w:tc>
      </w:tr>
      <w:tr w:rsidR="00050876" w:rsidRPr="00050876" w14:paraId="7B6AC379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0D1CC48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1384" w:type="dxa"/>
            <w:noWrap/>
            <w:hideMark/>
          </w:tcPr>
          <w:p w14:paraId="23AC33E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shoot_cm</w:t>
            </w:r>
            <w:proofErr w:type="spellEnd"/>
          </w:p>
        </w:tc>
        <w:tc>
          <w:tcPr>
            <w:tcW w:w="1384" w:type="dxa"/>
            <w:noWrap/>
            <w:hideMark/>
          </w:tcPr>
          <w:p w14:paraId="204FFBF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bed_thick_cm</w:t>
            </w:r>
            <w:proofErr w:type="spellEnd"/>
          </w:p>
        </w:tc>
        <w:tc>
          <w:tcPr>
            <w:tcW w:w="960" w:type="dxa"/>
            <w:noWrap/>
            <w:hideMark/>
          </w:tcPr>
          <w:p w14:paraId="3782CEE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30497F3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0.985033</w:t>
            </w:r>
          </w:p>
        </w:tc>
        <w:tc>
          <w:tcPr>
            <w:tcW w:w="960" w:type="dxa"/>
            <w:noWrap/>
            <w:hideMark/>
          </w:tcPr>
          <w:p w14:paraId="0EA32DE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1.51E-27</w:t>
            </w:r>
          </w:p>
        </w:tc>
        <w:tc>
          <w:tcPr>
            <w:tcW w:w="960" w:type="dxa"/>
            <w:noWrap/>
            <w:hideMark/>
          </w:tcPr>
          <w:p w14:paraId="2524386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0.970602</w:t>
            </w:r>
          </w:p>
        </w:tc>
        <w:tc>
          <w:tcPr>
            <w:tcW w:w="960" w:type="dxa"/>
            <w:noWrap/>
            <w:hideMark/>
          </w:tcPr>
          <w:p w14:paraId="79959B1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0.992408</w:t>
            </w:r>
          </w:p>
        </w:tc>
      </w:tr>
      <w:tr w:rsidR="00050876" w:rsidRPr="00050876" w14:paraId="1547A38D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49D9F32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1384" w:type="dxa"/>
            <w:noWrap/>
            <w:hideMark/>
          </w:tcPr>
          <w:p w14:paraId="495275F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shoot_cm</w:t>
            </w:r>
            <w:proofErr w:type="spellEnd"/>
          </w:p>
        </w:tc>
        <w:tc>
          <w:tcPr>
            <w:tcW w:w="1384" w:type="dxa"/>
            <w:noWrap/>
            <w:hideMark/>
          </w:tcPr>
          <w:p w14:paraId="7B853BA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density_g_cm3</w:t>
            </w:r>
          </w:p>
        </w:tc>
        <w:tc>
          <w:tcPr>
            <w:tcW w:w="960" w:type="dxa"/>
            <w:noWrap/>
            <w:hideMark/>
          </w:tcPr>
          <w:p w14:paraId="414F7B1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21313AE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0.98708</w:t>
            </w:r>
          </w:p>
        </w:tc>
        <w:tc>
          <w:tcPr>
            <w:tcW w:w="960" w:type="dxa"/>
            <w:noWrap/>
            <w:hideMark/>
          </w:tcPr>
          <w:p w14:paraId="78AE8AA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1.26E-28</w:t>
            </w:r>
          </w:p>
        </w:tc>
        <w:tc>
          <w:tcPr>
            <w:tcW w:w="960" w:type="dxa"/>
            <w:noWrap/>
            <w:hideMark/>
          </w:tcPr>
          <w:p w14:paraId="5B0B4DB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0.974597</w:t>
            </w:r>
          </w:p>
        </w:tc>
        <w:tc>
          <w:tcPr>
            <w:tcW w:w="960" w:type="dxa"/>
            <w:noWrap/>
            <w:hideMark/>
          </w:tcPr>
          <w:p w14:paraId="5BB04B5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0.993449</w:t>
            </w:r>
          </w:p>
        </w:tc>
      </w:tr>
      <w:tr w:rsidR="00050876" w:rsidRPr="00050876" w14:paraId="4A9FC791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785A024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1384" w:type="dxa"/>
            <w:noWrap/>
            <w:hideMark/>
          </w:tcPr>
          <w:p w14:paraId="301573F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shoot_cm</w:t>
            </w:r>
            <w:proofErr w:type="spellEnd"/>
          </w:p>
        </w:tc>
        <w:tc>
          <w:tcPr>
            <w:tcW w:w="1384" w:type="dxa"/>
            <w:noWrap/>
            <w:hideMark/>
          </w:tcPr>
          <w:p w14:paraId="420FC53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yield_kg</w:t>
            </w:r>
            <w:proofErr w:type="spellEnd"/>
          </w:p>
        </w:tc>
        <w:tc>
          <w:tcPr>
            <w:tcW w:w="960" w:type="dxa"/>
            <w:noWrap/>
            <w:hideMark/>
          </w:tcPr>
          <w:p w14:paraId="720CD48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7142E05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0.987083</w:t>
            </w:r>
          </w:p>
        </w:tc>
        <w:tc>
          <w:tcPr>
            <w:tcW w:w="960" w:type="dxa"/>
            <w:noWrap/>
            <w:hideMark/>
          </w:tcPr>
          <w:p w14:paraId="2DA54F9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1.25E-28</w:t>
            </w:r>
          </w:p>
        </w:tc>
        <w:tc>
          <w:tcPr>
            <w:tcW w:w="960" w:type="dxa"/>
            <w:noWrap/>
            <w:hideMark/>
          </w:tcPr>
          <w:p w14:paraId="39EAE93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0.974604</w:t>
            </w:r>
          </w:p>
        </w:tc>
        <w:tc>
          <w:tcPr>
            <w:tcW w:w="960" w:type="dxa"/>
            <w:noWrap/>
            <w:hideMark/>
          </w:tcPr>
          <w:p w14:paraId="04018D8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0.993451</w:t>
            </w:r>
          </w:p>
        </w:tc>
      </w:tr>
      <w:tr w:rsidR="00050876" w:rsidRPr="00050876" w14:paraId="1A56442F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6EB7D6B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1384" w:type="dxa"/>
            <w:noWrap/>
            <w:hideMark/>
          </w:tcPr>
          <w:p w14:paraId="1DB64BC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shoot_cm</w:t>
            </w:r>
            <w:proofErr w:type="spellEnd"/>
          </w:p>
        </w:tc>
        <w:tc>
          <w:tcPr>
            <w:tcW w:w="1384" w:type="dxa"/>
            <w:noWrap/>
            <w:hideMark/>
          </w:tcPr>
          <w:p w14:paraId="75851A6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WUE</w:t>
            </w:r>
          </w:p>
        </w:tc>
        <w:tc>
          <w:tcPr>
            <w:tcW w:w="960" w:type="dxa"/>
            <w:noWrap/>
            <w:hideMark/>
          </w:tcPr>
          <w:p w14:paraId="0E51F15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78A3E12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0.97595</w:t>
            </w:r>
          </w:p>
        </w:tc>
        <w:tc>
          <w:tcPr>
            <w:tcW w:w="960" w:type="dxa"/>
            <w:noWrap/>
            <w:hideMark/>
          </w:tcPr>
          <w:p w14:paraId="42028E5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4.47E-24</w:t>
            </w:r>
          </w:p>
        </w:tc>
        <w:tc>
          <w:tcPr>
            <w:tcW w:w="960" w:type="dxa"/>
            <w:noWrap/>
            <w:hideMark/>
          </w:tcPr>
          <w:p w14:paraId="771C219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0.952969</w:t>
            </w:r>
          </w:p>
        </w:tc>
        <w:tc>
          <w:tcPr>
            <w:tcW w:w="960" w:type="dxa"/>
            <w:noWrap/>
            <w:hideMark/>
          </w:tcPr>
          <w:p w14:paraId="0D4139E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0.987772</w:t>
            </w:r>
          </w:p>
        </w:tc>
      </w:tr>
      <w:tr w:rsidR="00050876" w:rsidRPr="00050876" w14:paraId="017151D4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7A82719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1384" w:type="dxa"/>
            <w:noWrap/>
            <w:hideMark/>
          </w:tcPr>
          <w:p w14:paraId="794BFE9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shoot_cm</w:t>
            </w:r>
            <w:proofErr w:type="spellEnd"/>
          </w:p>
        </w:tc>
        <w:tc>
          <w:tcPr>
            <w:tcW w:w="1384" w:type="dxa"/>
            <w:noWrap/>
            <w:hideMark/>
          </w:tcPr>
          <w:p w14:paraId="7372361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NDVI</w:t>
            </w:r>
          </w:p>
        </w:tc>
        <w:tc>
          <w:tcPr>
            <w:tcW w:w="960" w:type="dxa"/>
            <w:noWrap/>
            <w:hideMark/>
          </w:tcPr>
          <w:p w14:paraId="7F916DA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0928E8D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0.995378</w:t>
            </w:r>
          </w:p>
        </w:tc>
        <w:tc>
          <w:tcPr>
            <w:tcW w:w="960" w:type="dxa"/>
            <w:noWrap/>
            <w:hideMark/>
          </w:tcPr>
          <w:p w14:paraId="0179C1C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3.45E-36</w:t>
            </w:r>
          </w:p>
        </w:tc>
        <w:tc>
          <w:tcPr>
            <w:tcW w:w="960" w:type="dxa"/>
            <w:noWrap/>
            <w:hideMark/>
          </w:tcPr>
          <w:p w14:paraId="370C775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0.990875</w:t>
            </w:r>
          </w:p>
        </w:tc>
        <w:tc>
          <w:tcPr>
            <w:tcW w:w="960" w:type="dxa"/>
            <w:noWrap/>
            <w:hideMark/>
          </w:tcPr>
          <w:p w14:paraId="744B225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0.997661</w:t>
            </w:r>
          </w:p>
        </w:tc>
      </w:tr>
      <w:tr w:rsidR="00050876" w:rsidRPr="00050876" w14:paraId="76ACC43C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735CECF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1384" w:type="dxa"/>
            <w:noWrap/>
            <w:hideMark/>
          </w:tcPr>
          <w:p w14:paraId="4EFC578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root_cm</w:t>
            </w:r>
            <w:proofErr w:type="spellEnd"/>
          </w:p>
        </w:tc>
        <w:tc>
          <w:tcPr>
            <w:tcW w:w="1384" w:type="dxa"/>
            <w:noWrap/>
            <w:hideMark/>
          </w:tcPr>
          <w:p w14:paraId="41B62B6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bed_thick_cm</w:t>
            </w:r>
            <w:proofErr w:type="spellEnd"/>
          </w:p>
        </w:tc>
        <w:tc>
          <w:tcPr>
            <w:tcW w:w="960" w:type="dxa"/>
            <w:noWrap/>
            <w:hideMark/>
          </w:tcPr>
          <w:p w14:paraId="04AC276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5B7130A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0.99178</w:t>
            </w:r>
          </w:p>
        </w:tc>
        <w:tc>
          <w:tcPr>
            <w:tcW w:w="960" w:type="dxa"/>
            <w:noWrap/>
            <w:hideMark/>
          </w:tcPr>
          <w:p w14:paraId="2063548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5.97E-32</w:t>
            </w:r>
          </w:p>
        </w:tc>
        <w:tc>
          <w:tcPr>
            <w:tcW w:w="960" w:type="dxa"/>
            <w:noWrap/>
            <w:hideMark/>
          </w:tcPr>
          <w:p w14:paraId="1DAE6FD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0.983801</w:t>
            </w:r>
          </w:p>
        </w:tc>
        <w:tc>
          <w:tcPr>
            <w:tcW w:w="960" w:type="dxa"/>
            <w:noWrap/>
            <w:hideMark/>
          </w:tcPr>
          <w:p w14:paraId="4804AEA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0.995837</w:t>
            </w:r>
          </w:p>
        </w:tc>
      </w:tr>
      <w:tr w:rsidR="00050876" w:rsidRPr="00050876" w14:paraId="645A8026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5CF118E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1384" w:type="dxa"/>
            <w:noWrap/>
            <w:hideMark/>
          </w:tcPr>
          <w:p w14:paraId="285506F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root_cm</w:t>
            </w:r>
            <w:proofErr w:type="spellEnd"/>
          </w:p>
        </w:tc>
        <w:tc>
          <w:tcPr>
            <w:tcW w:w="1384" w:type="dxa"/>
            <w:noWrap/>
            <w:hideMark/>
          </w:tcPr>
          <w:p w14:paraId="60FA3D8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density_g_cm3</w:t>
            </w:r>
          </w:p>
        </w:tc>
        <w:tc>
          <w:tcPr>
            <w:tcW w:w="960" w:type="dxa"/>
            <w:noWrap/>
            <w:hideMark/>
          </w:tcPr>
          <w:p w14:paraId="7B1641A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1FE24C1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0.984337</w:t>
            </w:r>
          </w:p>
        </w:tc>
        <w:tc>
          <w:tcPr>
            <w:tcW w:w="960" w:type="dxa"/>
            <w:noWrap/>
            <w:hideMark/>
          </w:tcPr>
          <w:p w14:paraId="478DB15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3.25E-27</w:t>
            </w:r>
          </w:p>
        </w:tc>
        <w:tc>
          <w:tcPr>
            <w:tcW w:w="960" w:type="dxa"/>
            <w:noWrap/>
            <w:hideMark/>
          </w:tcPr>
          <w:p w14:paraId="21D9768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0.969245</w:t>
            </w:r>
          </w:p>
        </w:tc>
        <w:tc>
          <w:tcPr>
            <w:tcW w:w="960" w:type="dxa"/>
            <w:noWrap/>
            <w:hideMark/>
          </w:tcPr>
          <w:p w14:paraId="2EA3FE2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0.992053</w:t>
            </w:r>
          </w:p>
        </w:tc>
      </w:tr>
      <w:tr w:rsidR="00050876" w:rsidRPr="00050876" w14:paraId="3EA968B9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7EF32B6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1384" w:type="dxa"/>
            <w:noWrap/>
            <w:hideMark/>
          </w:tcPr>
          <w:p w14:paraId="51D553C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root_cm</w:t>
            </w:r>
            <w:proofErr w:type="spellEnd"/>
          </w:p>
        </w:tc>
        <w:tc>
          <w:tcPr>
            <w:tcW w:w="1384" w:type="dxa"/>
            <w:noWrap/>
            <w:hideMark/>
          </w:tcPr>
          <w:p w14:paraId="7FFBE43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yield_kg</w:t>
            </w:r>
            <w:proofErr w:type="spellEnd"/>
          </w:p>
        </w:tc>
        <w:tc>
          <w:tcPr>
            <w:tcW w:w="960" w:type="dxa"/>
            <w:noWrap/>
            <w:hideMark/>
          </w:tcPr>
          <w:p w14:paraId="7D6EF38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2481BBC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0.984307</w:t>
            </w:r>
          </w:p>
        </w:tc>
        <w:tc>
          <w:tcPr>
            <w:tcW w:w="960" w:type="dxa"/>
            <w:noWrap/>
            <w:hideMark/>
          </w:tcPr>
          <w:p w14:paraId="200E195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3.35E-27</w:t>
            </w:r>
          </w:p>
        </w:tc>
        <w:tc>
          <w:tcPr>
            <w:tcW w:w="960" w:type="dxa"/>
            <w:noWrap/>
            <w:hideMark/>
          </w:tcPr>
          <w:p w14:paraId="57EDDF3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0.969187</w:t>
            </w:r>
          </w:p>
        </w:tc>
        <w:tc>
          <w:tcPr>
            <w:tcW w:w="960" w:type="dxa"/>
            <w:noWrap/>
            <w:hideMark/>
          </w:tcPr>
          <w:p w14:paraId="5B9A047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0.992038</w:t>
            </w:r>
          </w:p>
        </w:tc>
      </w:tr>
      <w:tr w:rsidR="00050876" w:rsidRPr="00050876" w14:paraId="44470252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04235CD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1384" w:type="dxa"/>
            <w:noWrap/>
            <w:hideMark/>
          </w:tcPr>
          <w:p w14:paraId="5BADA9E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root_cm</w:t>
            </w:r>
            <w:proofErr w:type="spellEnd"/>
          </w:p>
        </w:tc>
        <w:tc>
          <w:tcPr>
            <w:tcW w:w="1384" w:type="dxa"/>
            <w:noWrap/>
            <w:hideMark/>
          </w:tcPr>
          <w:p w14:paraId="305CD2A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WUE</w:t>
            </w:r>
          </w:p>
        </w:tc>
        <w:tc>
          <w:tcPr>
            <w:tcW w:w="960" w:type="dxa"/>
            <w:noWrap/>
            <w:hideMark/>
          </w:tcPr>
          <w:p w14:paraId="740AE7B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6167A85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0.979607</w:t>
            </w:r>
          </w:p>
        </w:tc>
        <w:tc>
          <w:tcPr>
            <w:tcW w:w="960" w:type="dxa"/>
            <w:noWrap/>
            <w:hideMark/>
          </w:tcPr>
          <w:p w14:paraId="60B254F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2.78E-25</w:t>
            </w:r>
          </w:p>
        </w:tc>
        <w:tc>
          <w:tcPr>
            <w:tcW w:w="960" w:type="dxa"/>
            <w:noWrap/>
            <w:hideMark/>
          </w:tcPr>
          <w:p w14:paraId="34718FF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0.96005</w:t>
            </w:r>
          </w:p>
        </w:tc>
        <w:tc>
          <w:tcPr>
            <w:tcW w:w="960" w:type="dxa"/>
            <w:noWrap/>
            <w:hideMark/>
          </w:tcPr>
          <w:p w14:paraId="03ADF97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0.989641</w:t>
            </w:r>
          </w:p>
        </w:tc>
      </w:tr>
      <w:tr w:rsidR="00050876" w:rsidRPr="00050876" w14:paraId="2C1DB8A2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7330EC5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1384" w:type="dxa"/>
            <w:noWrap/>
            <w:hideMark/>
          </w:tcPr>
          <w:p w14:paraId="36E6A1D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root_cm</w:t>
            </w:r>
            <w:proofErr w:type="spellEnd"/>
          </w:p>
        </w:tc>
        <w:tc>
          <w:tcPr>
            <w:tcW w:w="1384" w:type="dxa"/>
            <w:noWrap/>
            <w:hideMark/>
          </w:tcPr>
          <w:p w14:paraId="48DA800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NDVI</w:t>
            </w:r>
          </w:p>
        </w:tc>
        <w:tc>
          <w:tcPr>
            <w:tcW w:w="960" w:type="dxa"/>
            <w:noWrap/>
            <w:hideMark/>
          </w:tcPr>
          <w:p w14:paraId="016D7F3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60B6BE3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0.993994</w:t>
            </w:r>
          </w:p>
        </w:tc>
        <w:tc>
          <w:tcPr>
            <w:tcW w:w="960" w:type="dxa"/>
            <w:noWrap/>
            <w:hideMark/>
          </w:tcPr>
          <w:p w14:paraId="5DAD391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2.93E-34</w:t>
            </w:r>
          </w:p>
        </w:tc>
        <w:tc>
          <w:tcPr>
            <w:tcW w:w="960" w:type="dxa"/>
            <w:noWrap/>
            <w:hideMark/>
          </w:tcPr>
          <w:p w14:paraId="5975557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0.988152</w:t>
            </w:r>
          </w:p>
        </w:tc>
        <w:tc>
          <w:tcPr>
            <w:tcW w:w="960" w:type="dxa"/>
            <w:noWrap/>
            <w:hideMark/>
          </w:tcPr>
          <w:p w14:paraId="055BC19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0.99696</w:t>
            </w:r>
          </w:p>
        </w:tc>
      </w:tr>
      <w:tr w:rsidR="00050876" w:rsidRPr="00050876" w14:paraId="5041434B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0B40FA5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1384" w:type="dxa"/>
            <w:noWrap/>
            <w:hideMark/>
          </w:tcPr>
          <w:p w14:paraId="56D0AD2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bed_thick_cm</w:t>
            </w:r>
            <w:proofErr w:type="spellEnd"/>
          </w:p>
        </w:tc>
        <w:tc>
          <w:tcPr>
            <w:tcW w:w="1384" w:type="dxa"/>
            <w:noWrap/>
            <w:hideMark/>
          </w:tcPr>
          <w:p w14:paraId="1E8E967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density_g_cm3</w:t>
            </w:r>
          </w:p>
        </w:tc>
        <w:tc>
          <w:tcPr>
            <w:tcW w:w="960" w:type="dxa"/>
            <w:noWrap/>
            <w:hideMark/>
          </w:tcPr>
          <w:p w14:paraId="5F2E438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0CE1105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0.979996</w:t>
            </w:r>
          </w:p>
        </w:tc>
        <w:tc>
          <w:tcPr>
            <w:tcW w:w="960" w:type="dxa"/>
            <w:noWrap/>
            <w:hideMark/>
          </w:tcPr>
          <w:p w14:paraId="313BECD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2.01E-25</w:t>
            </w:r>
          </w:p>
        </w:tc>
        <w:tc>
          <w:tcPr>
            <w:tcW w:w="960" w:type="dxa"/>
            <w:noWrap/>
            <w:hideMark/>
          </w:tcPr>
          <w:p w14:paraId="62F8A4E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0.960804</w:t>
            </w:r>
          </w:p>
        </w:tc>
        <w:tc>
          <w:tcPr>
            <w:tcW w:w="960" w:type="dxa"/>
            <w:noWrap/>
            <w:hideMark/>
          </w:tcPr>
          <w:p w14:paraId="77DC0F3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0.989839</w:t>
            </w:r>
          </w:p>
        </w:tc>
      </w:tr>
      <w:tr w:rsidR="00050876" w:rsidRPr="00050876" w14:paraId="7ACA2D78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72BF6DA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1384" w:type="dxa"/>
            <w:noWrap/>
            <w:hideMark/>
          </w:tcPr>
          <w:p w14:paraId="34DDD47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bed_thick_cm</w:t>
            </w:r>
            <w:proofErr w:type="spellEnd"/>
          </w:p>
        </w:tc>
        <w:tc>
          <w:tcPr>
            <w:tcW w:w="1384" w:type="dxa"/>
            <w:noWrap/>
            <w:hideMark/>
          </w:tcPr>
          <w:p w14:paraId="3D2BBEC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yield_kg</w:t>
            </w:r>
            <w:proofErr w:type="spellEnd"/>
          </w:p>
        </w:tc>
        <w:tc>
          <w:tcPr>
            <w:tcW w:w="960" w:type="dxa"/>
            <w:noWrap/>
            <w:hideMark/>
          </w:tcPr>
          <w:p w14:paraId="5243B0D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09E2FC7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0.980109</w:t>
            </w:r>
          </w:p>
        </w:tc>
        <w:tc>
          <w:tcPr>
            <w:tcW w:w="960" w:type="dxa"/>
            <w:noWrap/>
            <w:hideMark/>
          </w:tcPr>
          <w:p w14:paraId="63FB75E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1.83E-25</w:t>
            </w:r>
          </w:p>
        </w:tc>
        <w:tc>
          <w:tcPr>
            <w:tcW w:w="960" w:type="dxa"/>
            <w:noWrap/>
            <w:hideMark/>
          </w:tcPr>
          <w:p w14:paraId="40E8277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0.961024</w:t>
            </w:r>
          </w:p>
        </w:tc>
        <w:tc>
          <w:tcPr>
            <w:tcW w:w="960" w:type="dxa"/>
            <w:noWrap/>
            <w:hideMark/>
          </w:tcPr>
          <w:p w14:paraId="253EF1A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0.989897</w:t>
            </w:r>
          </w:p>
        </w:tc>
      </w:tr>
      <w:tr w:rsidR="00050876" w:rsidRPr="00050876" w14:paraId="67E92E85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393F5A9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1384" w:type="dxa"/>
            <w:noWrap/>
            <w:hideMark/>
          </w:tcPr>
          <w:p w14:paraId="4E823DD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bed_thick_cm</w:t>
            </w:r>
            <w:proofErr w:type="spellEnd"/>
          </w:p>
        </w:tc>
        <w:tc>
          <w:tcPr>
            <w:tcW w:w="1384" w:type="dxa"/>
            <w:noWrap/>
            <w:hideMark/>
          </w:tcPr>
          <w:p w14:paraId="758A96A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WUE</w:t>
            </w:r>
          </w:p>
        </w:tc>
        <w:tc>
          <w:tcPr>
            <w:tcW w:w="960" w:type="dxa"/>
            <w:noWrap/>
            <w:hideMark/>
          </w:tcPr>
          <w:p w14:paraId="60C1633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760764B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0.957286</w:t>
            </w:r>
          </w:p>
        </w:tc>
        <w:tc>
          <w:tcPr>
            <w:tcW w:w="960" w:type="dxa"/>
            <w:noWrap/>
            <w:hideMark/>
          </w:tcPr>
          <w:p w14:paraId="14B0458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6.74E-20</w:t>
            </w:r>
          </w:p>
        </w:tc>
        <w:tc>
          <w:tcPr>
            <w:tcW w:w="960" w:type="dxa"/>
            <w:noWrap/>
            <w:hideMark/>
          </w:tcPr>
          <w:p w14:paraId="496845F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0.917217</w:t>
            </w:r>
          </w:p>
        </w:tc>
        <w:tc>
          <w:tcPr>
            <w:tcW w:w="960" w:type="dxa"/>
            <w:noWrap/>
            <w:hideMark/>
          </w:tcPr>
          <w:p w14:paraId="4050696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0.978182</w:t>
            </w:r>
          </w:p>
        </w:tc>
      </w:tr>
      <w:tr w:rsidR="00050876" w:rsidRPr="00050876" w14:paraId="40545222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77AA9FC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1384" w:type="dxa"/>
            <w:noWrap/>
            <w:hideMark/>
          </w:tcPr>
          <w:p w14:paraId="67C13C2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bed_thick_cm</w:t>
            </w:r>
            <w:proofErr w:type="spellEnd"/>
          </w:p>
        </w:tc>
        <w:tc>
          <w:tcPr>
            <w:tcW w:w="1384" w:type="dxa"/>
            <w:noWrap/>
            <w:hideMark/>
          </w:tcPr>
          <w:p w14:paraId="7B2CDB4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NDVI</w:t>
            </w:r>
          </w:p>
        </w:tc>
        <w:tc>
          <w:tcPr>
            <w:tcW w:w="960" w:type="dxa"/>
            <w:noWrap/>
            <w:hideMark/>
          </w:tcPr>
          <w:p w14:paraId="02E47D4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12A78C1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0.979468</w:t>
            </w:r>
          </w:p>
        </w:tc>
        <w:tc>
          <w:tcPr>
            <w:tcW w:w="960" w:type="dxa"/>
            <w:noWrap/>
            <w:hideMark/>
          </w:tcPr>
          <w:p w14:paraId="40B588F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3.12E-25</w:t>
            </w:r>
          </w:p>
        </w:tc>
        <w:tc>
          <w:tcPr>
            <w:tcW w:w="960" w:type="dxa"/>
            <w:noWrap/>
            <w:hideMark/>
          </w:tcPr>
          <w:p w14:paraId="0F54A1A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0.95978</w:t>
            </w:r>
          </w:p>
        </w:tc>
        <w:tc>
          <w:tcPr>
            <w:tcW w:w="960" w:type="dxa"/>
            <w:noWrap/>
            <w:hideMark/>
          </w:tcPr>
          <w:p w14:paraId="3CCA84C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0.98957</w:t>
            </w:r>
          </w:p>
        </w:tc>
      </w:tr>
      <w:tr w:rsidR="00050876" w:rsidRPr="00050876" w14:paraId="5121424E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7DDFB0A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1384" w:type="dxa"/>
            <w:noWrap/>
            <w:hideMark/>
          </w:tcPr>
          <w:p w14:paraId="0988C96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density_g_cm3</w:t>
            </w:r>
          </w:p>
        </w:tc>
        <w:tc>
          <w:tcPr>
            <w:tcW w:w="1384" w:type="dxa"/>
            <w:noWrap/>
            <w:hideMark/>
          </w:tcPr>
          <w:p w14:paraId="5FA2C92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yield_kg</w:t>
            </w:r>
            <w:proofErr w:type="spellEnd"/>
          </w:p>
        </w:tc>
        <w:tc>
          <w:tcPr>
            <w:tcW w:w="960" w:type="dxa"/>
            <w:noWrap/>
            <w:hideMark/>
          </w:tcPr>
          <w:p w14:paraId="030CF15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22931AE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0.999994</w:t>
            </w:r>
          </w:p>
        </w:tc>
        <w:tc>
          <w:tcPr>
            <w:tcW w:w="960" w:type="dxa"/>
            <w:noWrap/>
            <w:hideMark/>
          </w:tcPr>
          <w:p w14:paraId="007AEAC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1.32E-85</w:t>
            </w:r>
          </w:p>
        </w:tc>
        <w:tc>
          <w:tcPr>
            <w:tcW w:w="960" w:type="dxa"/>
            <w:noWrap/>
            <w:hideMark/>
          </w:tcPr>
          <w:p w14:paraId="068DB84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0.999989</w:t>
            </w:r>
          </w:p>
        </w:tc>
        <w:tc>
          <w:tcPr>
            <w:tcW w:w="960" w:type="dxa"/>
            <w:noWrap/>
            <w:hideMark/>
          </w:tcPr>
          <w:p w14:paraId="05E22E9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0.999997</w:t>
            </w:r>
          </w:p>
        </w:tc>
      </w:tr>
      <w:tr w:rsidR="00050876" w:rsidRPr="00050876" w14:paraId="3CDD1657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03F98BC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1384" w:type="dxa"/>
            <w:noWrap/>
            <w:hideMark/>
          </w:tcPr>
          <w:p w14:paraId="1774D0E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density_g_cm3</w:t>
            </w:r>
          </w:p>
        </w:tc>
        <w:tc>
          <w:tcPr>
            <w:tcW w:w="1384" w:type="dxa"/>
            <w:noWrap/>
            <w:hideMark/>
          </w:tcPr>
          <w:p w14:paraId="777DEAF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WUE</w:t>
            </w:r>
          </w:p>
        </w:tc>
        <w:tc>
          <w:tcPr>
            <w:tcW w:w="960" w:type="dxa"/>
            <w:noWrap/>
            <w:hideMark/>
          </w:tcPr>
          <w:p w14:paraId="34AB7AB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318FA3D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0.950964</w:t>
            </w:r>
          </w:p>
        </w:tc>
        <w:tc>
          <w:tcPr>
            <w:tcW w:w="960" w:type="dxa"/>
            <w:noWrap/>
            <w:hideMark/>
          </w:tcPr>
          <w:p w14:paraId="6E8DFF8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6.71E-19</w:t>
            </w:r>
          </w:p>
        </w:tc>
        <w:tc>
          <w:tcPr>
            <w:tcW w:w="960" w:type="dxa"/>
            <w:noWrap/>
            <w:hideMark/>
          </w:tcPr>
          <w:p w14:paraId="5891626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0.905251</w:t>
            </w:r>
          </w:p>
        </w:tc>
        <w:tc>
          <w:tcPr>
            <w:tcW w:w="960" w:type="dxa"/>
            <w:noWrap/>
            <w:hideMark/>
          </w:tcPr>
          <w:p w14:paraId="5C79848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0.974912</w:t>
            </w:r>
          </w:p>
        </w:tc>
      </w:tr>
      <w:tr w:rsidR="00050876" w:rsidRPr="00050876" w14:paraId="2EC73BFF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08AEDA6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1384" w:type="dxa"/>
            <w:noWrap/>
            <w:hideMark/>
          </w:tcPr>
          <w:p w14:paraId="36FD703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density_g_cm3</w:t>
            </w:r>
          </w:p>
        </w:tc>
        <w:tc>
          <w:tcPr>
            <w:tcW w:w="1384" w:type="dxa"/>
            <w:noWrap/>
            <w:hideMark/>
          </w:tcPr>
          <w:p w14:paraId="33C7D7A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NDVI</w:t>
            </w:r>
          </w:p>
        </w:tc>
        <w:tc>
          <w:tcPr>
            <w:tcW w:w="960" w:type="dxa"/>
            <w:noWrap/>
            <w:hideMark/>
          </w:tcPr>
          <w:p w14:paraId="14A93FC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3C00261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0.98419</w:t>
            </w:r>
          </w:p>
        </w:tc>
        <w:tc>
          <w:tcPr>
            <w:tcW w:w="960" w:type="dxa"/>
            <w:noWrap/>
            <w:hideMark/>
          </w:tcPr>
          <w:p w14:paraId="6CC1D25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3.8E-27</w:t>
            </w:r>
          </w:p>
        </w:tc>
        <w:tc>
          <w:tcPr>
            <w:tcW w:w="960" w:type="dxa"/>
            <w:noWrap/>
            <w:hideMark/>
          </w:tcPr>
          <w:p w14:paraId="62AF1DD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0.968959</w:t>
            </w:r>
          </w:p>
        </w:tc>
        <w:tc>
          <w:tcPr>
            <w:tcW w:w="960" w:type="dxa"/>
            <w:noWrap/>
            <w:hideMark/>
          </w:tcPr>
          <w:p w14:paraId="73195B0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0.991978</w:t>
            </w:r>
          </w:p>
        </w:tc>
      </w:tr>
      <w:tr w:rsidR="00050876" w:rsidRPr="00050876" w14:paraId="3982AD4F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2C556EB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1384" w:type="dxa"/>
            <w:noWrap/>
            <w:hideMark/>
          </w:tcPr>
          <w:p w14:paraId="648459F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yield_kg</w:t>
            </w:r>
            <w:proofErr w:type="spellEnd"/>
          </w:p>
        </w:tc>
        <w:tc>
          <w:tcPr>
            <w:tcW w:w="1384" w:type="dxa"/>
            <w:noWrap/>
            <w:hideMark/>
          </w:tcPr>
          <w:p w14:paraId="447C0E2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WUE</w:t>
            </w:r>
          </w:p>
        </w:tc>
        <w:tc>
          <w:tcPr>
            <w:tcW w:w="960" w:type="dxa"/>
            <w:noWrap/>
            <w:hideMark/>
          </w:tcPr>
          <w:p w14:paraId="6637DB9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07EF04A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0.950863</w:t>
            </w:r>
          </w:p>
        </w:tc>
        <w:tc>
          <w:tcPr>
            <w:tcW w:w="960" w:type="dxa"/>
            <w:noWrap/>
            <w:hideMark/>
          </w:tcPr>
          <w:p w14:paraId="779205E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6.94E-19</w:t>
            </w:r>
          </w:p>
        </w:tc>
        <w:tc>
          <w:tcPr>
            <w:tcW w:w="960" w:type="dxa"/>
            <w:noWrap/>
            <w:hideMark/>
          </w:tcPr>
          <w:p w14:paraId="37F9789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0.90506</w:t>
            </w:r>
          </w:p>
        </w:tc>
        <w:tc>
          <w:tcPr>
            <w:tcW w:w="960" w:type="dxa"/>
            <w:noWrap/>
            <w:hideMark/>
          </w:tcPr>
          <w:p w14:paraId="7892F9B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0.97486</w:t>
            </w:r>
          </w:p>
        </w:tc>
      </w:tr>
      <w:tr w:rsidR="00050876" w:rsidRPr="00050876" w14:paraId="7CA41ECF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653F82A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1384" w:type="dxa"/>
            <w:noWrap/>
            <w:hideMark/>
          </w:tcPr>
          <w:p w14:paraId="5083D0B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yield_kg</w:t>
            </w:r>
            <w:proofErr w:type="spellEnd"/>
          </w:p>
        </w:tc>
        <w:tc>
          <w:tcPr>
            <w:tcW w:w="1384" w:type="dxa"/>
            <w:noWrap/>
            <w:hideMark/>
          </w:tcPr>
          <w:p w14:paraId="6BEA5E4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NDVI</w:t>
            </w:r>
          </w:p>
        </w:tc>
        <w:tc>
          <w:tcPr>
            <w:tcW w:w="960" w:type="dxa"/>
            <w:noWrap/>
            <w:hideMark/>
          </w:tcPr>
          <w:p w14:paraId="192FE8A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5DFCB86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0.984151</w:t>
            </w:r>
          </w:p>
        </w:tc>
        <w:tc>
          <w:tcPr>
            <w:tcW w:w="960" w:type="dxa"/>
            <w:noWrap/>
            <w:hideMark/>
          </w:tcPr>
          <w:p w14:paraId="433B965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3.97E-27</w:t>
            </w:r>
          </w:p>
        </w:tc>
        <w:tc>
          <w:tcPr>
            <w:tcW w:w="960" w:type="dxa"/>
            <w:noWrap/>
            <w:hideMark/>
          </w:tcPr>
          <w:p w14:paraId="6004888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0.968882</w:t>
            </w:r>
          </w:p>
        </w:tc>
        <w:tc>
          <w:tcPr>
            <w:tcW w:w="960" w:type="dxa"/>
            <w:noWrap/>
            <w:hideMark/>
          </w:tcPr>
          <w:p w14:paraId="28F5E6C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0.991958</w:t>
            </w:r>
          </w:p>
        </w:tc>
      </w:tr>
      <w:tr w:rsidR="00050876" w:rsidRPr="00050876" w14:paraId="3B808C56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3F3EF15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1384" w:type="dxa"/>
            <w:noWrap/>
            <w:hideMark/>
          </w:tcPr>
          <w:p w14:paraId="6CBCB60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WUE</w:t>
            </w:r>
          </w:p>
        </w:tc>
        <w:tc>
          <w:tcPr>
            <w:tcW w:w="1384" w:type="dxa"/>
            <w:noWrap/>
            <w:hideMark/>
          </w:tcPr>
          <w:p w14:paraId="1E9FD8D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NDVI</w:t>
            </w:r>
          </w:p>
        </w:tc>
        <w:tc>
          <w:tcPr>
            <w:tcW w:w="960" w:type="dxa"/>
            <w:noWrap/>
            <w:hideMark/>
          </w:tcPr>
          <w:p w14:paraId="754EE08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6E09C51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0.989271</w:t>
            </w:r>
          </w:p>
        </w:tc>
        <w:tc>
          <w:tcPr>
            <w:tcW w:w="960" w:type="dxa"/>
            <w:noWrap/>
            <w:hideMark/>
          </w:tcPr>
          <w:p w14:paraId="07DAAFA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5.43E-30</w:t>
            </w:r>
          </w:p>
        </w:tc>
        <w:tc>
          <w:tcPr>
            <w:tcW w:w="960" w:type="dxa"/>
            <w:noWrap/>
            <w:hideMark/>
          </w:tcPr>
          <w:p w14:paraId="6B90E78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0.978883</w:t>
            </w:r>
          </w:p>
        </w:tc>
        <w:tc>
          <w:tcPr>
            <w:tcW w:w="960" w:type="dxa"/>
            <w:noWrap/>
            <w:hideMark/>
          </w:tcPr>
          <w:p w14:paraId="310F857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0.994563</w:t>
            </w:r>
          </w:p>
        </w:tc>
      </w:tr>
      <w:tr w:rsidR="00050876" w:rsidRPr="00050876" w14:paraId="717CB152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4D94921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1384" w:type="dxa"/>
            <w:noWrap/>
            <w:hideMark/>
          </w:tcPr>
          <w:p w14:paraId="57B6385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shoot_cm</w:t>
            </w:r>
            <w:proofErr w:type="spellEnd"/>
          </w:p>
        </w:tc>
        <w:tc>
          <w:tcPr>
            <w:tcW w:w="1384" w:type="dxa"/>
            <w:noWrap/>
            <w:hideMark/>
          </w:tcPr>
          <w:p w14:paraId="049BC78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root_cm</w:t>
            </w:r>
            <w:proofErr w:type="spellEnd"/>
          </w:p>
        </w:tc>
        <w:tc>
          <w:tcPr>
            <w:tcW w:w="960" w:type="dxa"/>
            <w:noWrap/>
            <w:hideMark/>
          </w:tcPr>
          <w:p w14:paraId="67427E2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7CEE7E8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0.998553</w:t>
            </w:r>
          </w:p>
        </w:tc>
        <w:tc>
          <w:tcPr>
            <w:tcW w:w="960" w:type="dxa"/>
            <w:noWrap/>
            <w:hideMark/>
          </w:tcPr>
          <w:p w14:paraId="6478CB2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9.38E-45</w:t>
            </w:r>
          </w:p>
        </w:tc>
        <w:tc>
          <w:tcPr>
            <w:tcW w:w="960" w:type="dxa"/>
            <w:noWrap/>
            <w:hideMark/>
          </w:tcPr>
          <w:p w14:paraId="09163D0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0.99714</w:t>
            </w:r>
          </w:p>
        </w:tc>
        <w:tc>
          <w:tcPr>
            <w:tcW w:w="960" w:type="dxa"/>
            <w:noWrap/>
            <w:hideMark/>
          </w:tcPr>
          <w:p w14:paraId="352F452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0.999269</w:t>
            </w:r>
          </w:p>
        </w:tc>
      </w:tr>
      <w:tr w:rsidR="00050876" w:rsidRPr="00050876" w14:paraId="58B41C1D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57AB93E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lastRenderedPageBreak/>
              <w:t>Berseem</w:t>
            </w:r>
          </w:p>
        </w:tc>
        <w:tc>
          <w:tcPr>
            <w:tcW w:w="1384" w:type="dxa"/>
            <w:noWrap/>
            <w:hideMark/>
          </w:tcPr>
          <w:p w14:paraId="6C56856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shoot_cm</w:t>
            </w:r>
            <w:proofErr w:type="spellEnd"/>
          </w:p>
        </w:tc>
        <w:tc>
          <w:tcPr>
            <w:tcW w:w="1384" w:type="dxa"/>
            <w:noWrap/>
            <w:hideMark/>
          </w:tcPr>
          <w:p w14:paraId="4E486A8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bed_thick_cm</w:t>
            </w:r>
            <w:proofErr w:type="spellEnd"/>
          </w:p>
        </w:tc>
        <w:tc>
          <w:tcPr>
            <w:tcW w:w="960" w:type="dxa"/>
            <w:noWrap/>
            <w:hideMark/>
          </w:tcPr>
          <w:p w14:paraId="4B2B9A2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62C6A81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0.995399</w:t>
            </w:r>
          </w:p>
        </w:tc>
        <w:tc>
          <w:tcPr>
            <w:tcW w:w="960" w:type="dxa"/>
            <w:noWrap/>
            <w:hideMark/>
          </w:tcPr>
          <w:p w14:paraId="7A2B118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3.2E-36</w:t>
            </w:r>
          </w:p>
        </w:tc>
        <w:tc>
          <w:tcPr>
            <w:tcW w:w="960" w:type="dxa"/>
            <w:noWrap/>
            <w:hideMark/>
          </w:tcPr>
          <w:p w14:paraId="614B86E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0.990916</w:t>
            </w:r>
          </w:p>
        </w:tc>
        <w:tc>
          <w:tcPr>
            <w:tcW w:w="960" w:type="dxa"/>
            <w:noWrap/>
            <w:hideMark/>
          </w:tcPr>
          <w:p w14:paraId="29846F7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0.997672</w:t>
            </w:r>
          </w:p>
        </w:tc>
      </w:tr>
      <w:tr w:rsidR="00050876" w:rsidRPr="00050876" w14:paraId="3581D615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10A76B1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1384" w:type="dxa"/>
            <w:noWrap/>
            <w:hideMark/>
          </w:tcPr>
          <w:p w14:paraId="01C5049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shoot_cm</w:t>
            </w:r>
            <w:proofErr w:type="spellEnd"/>
          </w:p>
        </w:tc>
        <w:tc>
          <w:tcPr>
            <w:tcW w:w="1384" w:type="dxa"/>
            <w:noWrap/>
            <w:hideMark/>
          </w:tcPr>
          <w:p w14:paraId="7E4CD7A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density_g_cm3</w:t>
            </w:r>
          </w:p>
        </w:tc>
        <w:tc>
          <w:tcPr>
            <w:tcW w:w="960" w:type="dxa"/>
            <w:noWrap/>
            <w:hideMark/>
          </w:tcPr>
          <w:p w14:paraId="64FA55F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72C016E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0.998213</w:t>
            </w:r>
          </w:p>
        </w:tc>
        <w:tc>
          <w:tcPr>
            <w:tcW w:w="960" w:type="dxa"/>
            <w:noWrap/>
            <w:hideMark/>
          </w:tcPr>
          <w:p w14:paraId="4E3A9A2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3.41E-43</w:t>
            </w:r>
          </w:p>
        </w:tc>
        <w:tc>
          <w:tcPr>
            <w:tcW w:w="960" w:type="dxa"/>
            <w:noWrap/>
            <w:hideMark/>
          </w:tcPr>
          <w:p w14:paraId="3938403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0.996467</w:t>
            </w:r>
          </w:p>
        </w:tc>
        <w:tc>
          <w:tcPr>
            <w:tcW w:w="960" w:type="dxa"/>
            <w:noWrap/>
            <w:hideMark/>
          </w:tcPr>
          <w:p w14:paraId="3E03DEA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0.999096</w:t>
            </w:r>
          </w:p>
        </w:tc>
      </w:tr>
      <w:tr w:rsidR="00050876" w:rsidRPr="00050876" w14:paraId="1322730B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50FEB18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1384" w:type="dxa"/>
            <w:noWrap/>
            <w:hideMark/>
          </w:tcPr>
          <w:p w14:paraId="55EE6AD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shoot_cm</w:t>
            </w:r>
            <w:proofErr w:type="spellEnd"/>
          </w:p>
        </w:tc>
        <w:tc>
          <w:tcPr>
            <w:tcW w:w="1384" w:type="dxa"/>
            <w:noWrap/>
            <w:hideMark/>
          </w:tcPr>
          <w:p w14:paraId="3685237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yield_kg</w:t>
            </w:r>
            <w:proofErr w:type="spellEnd"/>
          </w:p>
        </w:tc>
        <w:tc>
          <w:tcPr>
            <w:tcW w:w="960" w:type="dxa"/>
            <w:noWrap/>
            <w:hideMark/>
          </w:tcPr>
          <w:p w14:paraId="2CAEDEB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4BA281F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0.998194</w:t>
            </w:r>
          </w:p>
        </w:tc>
        <w:tc>
          <w:tcPr>
            <w:tcW w:w="960" w:type="dxa"/>
            <w:noWrap/>
            <w:hideMark/>
          </w:tcPr>
          <w:p w14:paraId="3461EEF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4.05E-43</w:t>
            </w:r>
          </w:p>
        </w:tc>
        <w:tc>
          <w:tcPr>
            <w:tcW w:w="960" w:type="dxa"/>
            <w:noWrap/>
            <w:hideMark/>
          </w:tcPr>
          <w:p w14:paraId="2C19B06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0.996431</w:t>
            </w:r>
          </w:p>
        </w:tc>
        <w:tc>
          <w:tcPr>
            <w:tcW w:w="960" w:type="dxa"/>
            <w:noWrap/>
            <w:hideMark/>
          </w:tcPr>
          <w:p w14:paraId="7091597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0.999087</w:t>
            </w:r>
          </w:p>
        </w:tc>
      </w:tr>
      <w:tr w:rsidR="00050876" w:rsidRPr="00050876" w14:paraId="256DE9FC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2BA418A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1384" w:type="dxa"/>
            <w:noWrap/>
            <w:hideMark/>
          </w:tcPr>
          <w:p w14:paraId="5153A11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shoot_cm</w:t>
            </w:r>
            <w:proofErr w:type="spellEnd"/>
          </w:p>
        </w:tc>
        <w:tc>
          <w:tcPr>
            <w:tcW w:w="1384" w:type="dxa"/>
            <w:noWrap/>
            <w:hideMark/>
          </w:tcPr>
          <w:p w14:paraId="10575C4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WUE</w:t>
            </w:r>
          </w:p>
        </w:tc>
        <w:tc>
          <w:tcPr>
            <w:tcW w:w="960" w:type="dxa"/>
            <w:noWrap/>
            <w:hideMark/>
          </w:tcPr>
          <w:p w14:paraId="027AD0E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3CAC021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0.992037</w:t>
            </w:r>
          </w:p>
        </w:tc>
        <w:tc>
          <w:tcPr>
            <w:tcW w:w="960" w:type="dxa"/>
            <w:noWrap/>
            <w:hideMark/>
          </w:tcPr>
          <w:p w14:paraId="2DD9B2C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3.49E-32</w:t>
            </w:r>
          </w:p>
        </w:tc>
        <w:tc>
          <w:tcPr>
            <w:tcW w:w="960" w:type="dxa"/>
            <w:noWrap/>
            <w:hideMark/>
          </w:tcPr>
          <w:p w14:paraId="13AB8B0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0.984305</w:t>
            </w:r>
          </w:p>
        </w:tc>
        <w:tc>
          <w:tcPr>
            <w:tcW w:w="960" w:type="dxa"/>
            <w:noWrap/>
            <w:hideMark/>
          </w:tcPr>
          <w:p w14:paraId="370066A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0.995967</w:t>
            </w:r>
          </w:p>
        </w:tc>
      </w:tr>
      <w:tr w:rsidR="00050876" w:rsidRPr="00050876" w14:paraId="5DABC926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04B6249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1384" w:type="dxa"/>
            <w:noWrap/>
            <w:hideMark/>
          </w:tcPr>
          <w:p w14:paraId="5AA5951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shoot_cm</w:t>
            </w:r>
            <w:proofErr w:type="spellEnd"/>
          </w:p>
        </w:tc>
        <w:tc>
          <w:tcPr>
            <w:tcW w:w="1384" w:type="dxa"/>
            <w:noWrap/>
            <w:hideMark/>
          </w:tcPr>
          <w:p w14:paraId="1D56231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NDVI</w:t>
            </w:r>
          </w:p>
        </w:tc>
        <w:tc>
          <w:tcPr>
            <w:tcW w:w="960" w:type="dxa"/>
            <w:noWrap/>
            <w:hideMark/>
          </w:tcPr>
          <w:p w14:paraId="0C8E2ED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45A781A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0.999191</w:t>
            </w:r>
          </w:p>
        </w:tc>
        <w:tc>
          <w:tcPr>
            <w:tcW w:w="960" w:type="dxa"/>
            <w:noWrap/>
            <w:hideMark/>
          </w:tcPr>
          <w:p w14:paraId="462619E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4.8E-49</w:t>
            </w:r>
          </w:p>
        </w:tc>
        <w:tc>
          <w:tcPr>
            <w:tcW w:w="960" w:type="dxa"/>
            <w:noWrap/>
            <w:hideMark/>
          </w:tcPr>
          <w:p w14:paraId="3EBC367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0.9984</w:t>
            </w:r>
          </w:p>
        </w:tc>
        <w:tc>
          <w:tcPr>
            <w:tcW w:w="960" w:type="dxa"/>
            <w:noWrap/>
            <w:hideMark/>
          </w:tcPr>
          <w:p w14:paraId="5581552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0.999591</w:t>
            </w:r>
          </w:p>
        </w:tc>
      </w:tr>
      <w:tr w:rsidR="00050876" w:rsidRPr="00050876" w14:paraId="0C3783E6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2250A1C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1384" w:type="dxa"/>
            <w:noWrap/>
            <w:hideMark/>
          </w:tcPr>
          <w:p w14:paraId="0A5C1E0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root_cm</w:t>
            </w:r>
            <w:proofErr w:type="spellEnd"/>
          </w:p>
        </w:tc>
        <w:tc>
          <w:tcPr>
            <w:tcW w:w="1384" w:type="dxa"/>
            <w:noWrap/>
            <w:hideMark/>
          </w:tcPr>
          <w:p w14:paraId="0AF7A86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bed_thick_cm</w:t>
            </w:r>
            <w:proofErr w:type="spellEnd"/>
          </w:p>
        </w:tc>
        <w:tc>
          <w:tcPr>
            <w:tcW w:w="960" w:type="dxa"/>
            <w:noWrap/>
            <w:hideMark/>
          </w:tcPr>
          <w:p w14:paraId="5A03B54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5B4D6FE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0.996139</w:t>
            </w:r>
          </w:p>
        </w:tc>
        <w:tc>
          <w:tcPr>
            <w:tcW w:w="960" w:type="dxa"/>
            <w:noWrap/>
            <w:hideMark/>
          </w:tcPr>
          <w:p w14:paraId="44CAE35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1.63E-37</w:t>
            </w:r>
          </w:p>
        </w:tc>
        <w:tc>
          <w:tcPr>
            <w:tcW w:w="960" w:type="dxa"/>
            <w:noWrap/>
            <w:hideMark/>
          </w:tcPr>
          <w:p w14:paraId="36801BB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0.992374</w:t>
            </w:r>
          </w:p>
        </w:tc>
        <w:tc>
          <w:tcPr>
            <w:tcW w:w="960" w:type="dxa"/>
            <w:noWrap/>
            <w:hideMark/>
          </w:tcPr>
          <w:p w14:paraId="6BB4A55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0.998047</w:t>
            </w:r>
          </w:p>
        </w:tc>
      </w:tr>
      <w:tr w:rsidR="00050876" w:rsidRPr="00050876" w14:paraId="6C7BF10D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48CBD61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1384" w:type="dxa"/>
            <w:noWrap/>
            <w:hideMark/>
          </w:tcPr>
          <w:p w14:paraId="4EE1DBE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root_cm</w:t>
            </w:r>
            <w:proofErr w:type="spellEnd"/>
          </w:p>
        </w:tc>
        <w:tc>
          <w:tcPr>
            <w:tcW w:w="1384" w:type="dxa"/>
            <w:noWrap/>
            <w:hideMark/>
          </w:tcPr>
          <w:p w14:paraId="49BEA7D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density_g_cm3</w:t>
            </w:r>
          </w:p>
        </w:tc>
        <w:tc>
          <w:tcPr>
            <w:tcW w:w="960" w:type="dxa"/>
            <w:noWrap/>
            <w:hideMark/>
          </w:tcPr>
          <w:p w14:paraId="323A3C1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7F20661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0.999555</w:t>
            </w:r>
          </w:p>
        </w:tc>
        <w:tc>
          <w:tcPr>
            <w:tcW w:w="960" w:type="dxa"/>
            <w:noWrap/>
            <w:hideMark/>
          </w:tcPr>
          <w:p w14:paraId="18FA815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1.87E-53</w:t>
            </w:r>
          </w:p>
        </w:tc>
        <w:tc>
          <w:tcPr>
            <w:tcW w:w="960" w:type="dxa"/>
            <w:noWrap/>
            <w:hideMark/>
          </w:tcPr>
          <w:p w14:paraId="5D40A49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0.99912</w:t>
            </w:r>
          </w:p>
        </w:tc>
        <w:tc>
          <w:tcPr>
            <w:tcW w:w="960" w:type="dxa"/>
            <w:noWrap/>
            <w:hideMark/>
          </w:tcPr>
          <w:p w14:paraId="13F6573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0.999775</w:t>
            </w:r>
          </w:p>
        </w:tc>
      </w:tr>
      <w:tr w:rsidR="00050876" w:rsidRPr="00050876" w14:paraId="0564CFCF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69DB826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1384" w:type="dxa"/>
            <w:noWrap/>
            <w:hideMark/>
          </w:tcPr>
          <w:p w14:paraId="2526548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root_cm</w:t>
            </w:r>
            <w:proofErr w:type="spellEnd"/>
          </w:p>
        </w:tc>
        <w:tc>
          <w:tcPr>
            <w:tcW w:w="1384" w:type="dxa"/>
            <w:noWrap/>
            <w:hideMark/>
          </w:tcPr>
          <w:p w14:paraId="4A849D5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yield_kg</w:t>
            </w:r>
            <w:proofErr w:type="spellEnd"/>
          </w:p>
        </w:tc>
        <w:tc>
          <w:tcPr>
            <w:tcW w:w="960" w:type="dxa"/>
            <w:noWrap/>
            <w:hideMark/>
          </w:tcPr>
          <w:p w14:paraId="5C9539E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63DBDD5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0.999539</w:t>
            </w:r>
          </w:p>
        </w:tc>
        <w:tc>
          <w:tcPr>
            <w:tcW w:w="960" w:type="dxa"/>
            <w:noWrap/>
            <w:hideMark/>
          </w:tcPr>
          <w:p w14:paraId="04C80F5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3.34E-53</w:t>
            </w:r>
          </w:p>
        </w:tc>
        <w:tc>
          <w:tcPr>
            <w:tcW w:w="960" w:type="dxa"/>
            <w:noWrap/>
            <w:hideMark/>
          </w:tcPr>
          <w:p w14:paraId="0A00DB7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0.999089</w:t>
            </w:r>
          </w:p>
        </w:tc>
        <w:tc>
          <w:tcPr>
            <w:tcW w:w="960" w:type="dxa"/>
            <w:noWrap/>
            <w:hideMark/>
          </w:tcPr>
          <w:p w14:paraId="5DF1194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0.999767</w:t>
            </w:r>
          </w:p>
        </w:tc>
      </w:tr>
      <w:tr w:rsidR="00050876" w:rsidRPr="00050876" w14:paraId="34AB2631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0784DF1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1384" w:type="dxa"/>
            <w:noWrap/>
            <w:hideMark/>
          </w:tcPr>
          <w:p w14:paraId="0F6F334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root_cm</w:t>
            </w:r>
            <w:proofErr w:type="spellEnd"/>
          </w:p>
        </w:tc>
        <w:tc>
          <w:tcPr>
            <w:tcW w:w="1384" w:type="dxa"/>
            <w:noWrap/>
            <w:hideMark/>
          </w:tcPr>
          <w:p w14:paraId="380DD31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WUE</w:t>
            </w:r>
          </w:p>
        </w:tc>
        <w:tc>
          <w:tcPr>
            <w:tcW w:w="960" w:type="dxa"/>
            <w:noWrap/>
            <w:hideMark/>
          </w:tcPr>
          <w:p w14:paraId="05675BE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693DFBF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0.993414</w:t>
            </w:r>
          </w:p>
        </w:tc>
        <w:tc>
          <w:tcPr>
            <w:tcW w:w="960" w:type="dxa"/>
            <w:noWrap/>
            <w:hideMark/>
          </w:tcPr>
          <w:p w14:paraId="09F747E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1.4E-33</w:t>
            </w:r>
          </w:p>
        </w:tc>
        <w:tc>
          <w:tcPr>
            <w:tcW w:w="960" w:type="dxa"/>
            <w:noWrap/>
            <w:hideMark/>
          </w:tcPr>
          <w:p w14:paraId="6E8D823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0.987012</w:t>
            </w:r>
          </w:p>
        </w:tc>
        <w:tc>
          <w:tcPr>
            <w:tcW w:w="960" w:type="dxa"/>
            <w:noWrap/>
            <w:hideMark/>
          </w:tcPr>
          <w:p w14:paraId="45C86A8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0.996666</w:t>
            </w:r>
          </w:p>
        </w:tc>
      </w:tr>
      <w:tr w:rsidR="00050876" w:rsidRPr="00050876" w14:paraId="1A02BD62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24E4F04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1384" w:type="dxa"/>
            <w:noWrap/>
            <w:hideMark/>
          </w:tcPr>
          <w:p w14:paraId="7DE2C2C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root_cm</w:t>
            </w:r>
            <w:proofErr w:type="spellEnd"/>
          </w:p>
        </w:tc>
        <w:tc>
          <w:tcPr>
            <w:tcW w:w="1384" w:type="dxa"/>
            <w:noWrap/>
            <w:hideMark/>
          </w:tcPr>
          <w:p w14:paraId="7F568D0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NDVI</w:t>
            </w:r>
          </w:p>
        </w:tc>
        <w:tc>
          <w:tcPr>
            <w:tcW w:w="960" w:type="dxa"/>
            <w:noWrap/>
            <w:hideMark/>
          </w:tcPr>
          <w:p w14:paraId="366E203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39D7890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0.998251</w:t>
            </w:r>
          </w:p>
        </w:tc>
        <w:tc>
          <w:tcPr>
            <w:tcW w:w="960" w:type="dxa"/>
            <w:noWrap/>
            <w:hideMark/>
          </w:tcPr>
          <w:p w14:paraId="1CB05BE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2.36E-43</w:t>
            </w:r>
          </w:p>
        </w:tc>
        <w:tc>
          <w:tcPr>
            <w:tcW w:w="960" w:type="dxa"/>
            <w:noWrap/>
            <w:hideMark/>
          </w:tcPr>
          <w:p w14:paraId="34C1C97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0.996542</w:t>
            </w:r>
          </w:p>
        </w:tc>
        <w:tc>
          <w:tcPr>
            <w:tcW w:w="960" w:type="dxa"/>
            <w:noWrap/>
            <w:hideMark/>
          </w:tcPr>
          <w:p w14:paraId="095B98D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0.999115</w:t>
            </w:r>
          </w:p>
        </w:tc>
      </w:tr>
      <w:tr w:rsidR="00050876" w:rsidRPr="00050876" w14:paraId="459220EC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76280D3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1384" w:type="dxa"/>
            <w:noWrap/>
            <w:hideMark/>
          </w:tcPr>
          <w:p w14:paraId="798F4AF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bed_thick_cm</w:t>
            </w:r>
            <w:proofErr w:type="spellEnd"/>
          </w:p>
        </w:tc>
        <w:tc>
          <w:tcPr>
            <w:tcW w:w="1384" w:type="dxa"/>
            <w:noWrap/>
            <w:hideMark/>
          </w:tcPr>
          <w:p w14:paraId="093D010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density_g_cm3</w:t>
            </w:r>
          </w:p>
        </w:tc>
        <w:tc>
          <w:tcPr>
            <w:tcW w:w="960" w:type="dxa"/>
            <w:noWrap/>
            <w:hideMark/>
          </w:tcPr>
          <w:p w14:paraId="045CAAF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72181F5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0.996505</w:t>
            </w:r>
          </w:p>
        </w:tc>
        <w:tc>
          <w:tcPr>
            <w:tcW w:w="960" w:type="dxa"/>
            <w:noWrap/>
            <w:hideMark/>
          </w:tcPr>
          <w:p w14:paraId="2276793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3.01E-38</w:t>
            </w:r>
          </w:p>
        </w:tc>
        <w:tc>
          <w:tcPr>
            <w:tcW w:w="960" w:type="dxa"/>
            <w:noWrap/>
            <w:hideMark/>
          </w:tcPr>
          <w:p w14:paraId="3614E02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0.993096</w:t>
            </w:r>
          </w:p>
        </w:tc>
        <w:tc>
          <w:tcPr>
            <w:tcW w:w="960" w:type="dxa"/>
            <w:noWrap/>
            <w:hideMark/>
          </w:tcPr>
          <w:p w14:paraId="59E8730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0.998232</w:t>
            </w:r>
          </w:p>
        </w:tc>
      </w:tr>
      <w:tr w:rsidR="00050876" w:rsidRPr="00050876" w14:paraId="304ACF0C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1205D2D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1384" w:type="dxa"/>
            <w:noWrap/>
            <w:hideMark/>
          </w:tcPr>
          <w:p w14:paraId="0476DC3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bed_thick_cm</w:t>
            </w:r>
            <w:proofErr w:type="spellEnd"/>
          </w:p>
        </w:tc>
        <w:tc>
          <w:tcPr>
            <w:tcW w:w="1384" w:type="dxa"/>
            <w:noWrap/>
            <w:hideMark/>
          </w:tcPr>
          <w:p w14:paraId="5EEB472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yield_kg</w:t>
            </w:r>
            <w:proofErr w:type="spellEnd"/>
          </w:p>
        </w:tc>
        <w:tc>
          <w:tcPr>
            <w:tcW w:w="960" w:type="dxa"/>
            <w:noWrap/>
            <w:hideMark/>
          </w:tcPr>
          <w:p w14:paraId="03168CB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1320727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0.996499</w:t>
            </w:r>
          </w:p>
        </w:tc>
        <w:tc>
          <w:tcPr>
            <w:tcW w:w="960" w:type="dxa"/>
            <w:noWrap/>
            <w:hideMark/>
          </w:tcPr>
          <w:p w14:paraId="5ED404F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3.1E-38</w:t>
            </w:r>
          </w:p>
        </w:tc>
        <w:tc>
          <w:tcPr>
            <w:tcW w:w="960" w:type="dxa"/>
            <w:noWrap/>
            <w:hideMark/>
          </w:tcPr>
          <w:p w14:paraId="06D052E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0.993084</w:t>
            </w:r>
          </w:p>
        </w:tc>
        <w:tc>
          <w:tcPr>
            <w:tcW w:w="960" w:type="dxa"/>
            <w:noWrap/>
            <w:hideMark/>
          </w:tcPr>
          <w:p w14:paraId="0108239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0.998229</w:t>
            </w:r>
          </w:p>
        </w:tc>
      </w:tr>
      <w:tr w:rsidR="00050876" w:rsidRPr="00050876" w14:paraId="007A2EBB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40F5BBC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1384" w:type="dxa"/>
            <w:noWrap/>
            <w:hideMark/>
          </w:tcPr>
          <w:p w14:paraId="2E30A98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bed_thick_cm</w:t>
            </w:r>
            <w:proofErr w:type="spellEnd"/>
          </w:p>
        </w:tc>
        <w:tc>
          <w:tcPr>
            <w:tcW w:w="1384" w:type="dxa"/>
            <w:noWrap/>
            <w:hideMark/>
          </w:tcPr>
          <w:p w14:paraId="1BE46A1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WUE</w:t>
            </w:r>
          </w:p>
        </w:tc>
        <w:tc>
          <w:tcPr>
            <w:tcW w:w="960" w:type="dxa"/>
            <w:noWrap/>
            <w:hideMark/>
          </w:tcPr>
          <w:p w14:paraId="24C6201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5FC8D26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0.995101</w:t>
            </w:r>
          </w:p>
        </w:tc>
        <w:tc>
          <w:tcPr>
            <w:tcW w:w="960" w:type="dxa"/>
            <w:noWrap/>
            <w:hideMark/>
          </w:tcPr>
          <w:p w14:paraId="363C123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9.27E-36</w:t>
            </w:r>
          </w:p>
        </w:tc>
        <w:tc>
          <w:tcPr>
            <w:tcW w:w="960" w:type="dxa"/>
            <w:noWrap/>
            <w:hideMark/>
          </w:tcPr>
          <w:p w14:paraId="39943B5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0.990329</w:t>
            </w:r>
          </w:p>
        </w:tc>
        <w:tc>
          <w:tcPr>
            <w:tcW w:w="960" w:type="dxa"/>
            <w:noWrap/>
            <w:hideMark/>
          </w:tcPr>
          <w:p w14:paraId="06B59DF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0.997521</w:t>
            </w:r>
          </w:p>
        </w:tc>
      </w:tr>
      <w:tr w:rsidR="00050876" w:rsidRPr="00050876" w14:paraId="15899F7F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6A5F642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1384" w:type="dxa"/>
            <w:noWrap/>
            <w:hideMark/>
          </w:tcPr>
          <w:p w14:paraId="6892B43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bed_thick_cm</w:t>
            </w:r>
            <w:proofErr w:type="spellEnd"/>
          </w:p>
        </w:tc>
        <w:tc>
          <w:tcPr>
            <w:tcW w:w="1384" w:type="dxa"/>
            <w:noWrap/>
            <w:hideMark/>
          </w:tcPr>
          <w:p w14:paraId="5F188B2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NDVI</w:t>
            </w:r>
          </w:p>
        </w:tc>
        <w:tc>
          <w:tcPr>
            <w:tcW w:w="960" w:type="dxa"/>
            <w:noWrap/>
            <w:hideMark/>
          </w:tcPr>
          <w:p w14:paraId="4BA03E7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5D889A5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0.99302</w:t>
            </w:r>
          </w:p>
        </w:tc>
        <w:tc>
          <w:tcPr>
            <w:tcW w:w="960" w:type="dxa"/>
            <w:noWrap/>
            <w:hideMark/>
          </w:tcPr>
          <w:p w14:paraId="5C95F04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3.74E-33</w:t>
            </w:r>
          </w:p>
        </w:tc>
        <w:tc>
          <w:tcPr>
            <w:tcW w:w="960" w:type="dxa"/>
            <w:noWrap/>
            <w:hideMark/>
          </w:tcPr>
          <w:p w14:paraId="7F2F59C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0.986237</w:t>
            </w:r>
          </w:p>
        </w:tc>
        <w:tc>
          <w:tcPr>
            <w:tcW w:w="960" w:type="dxa"/>
            <w:noWrap/>
            <w:hideMark/>
          </w:tcPr>
          <w:p w14:paraId="5694623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0.996466</w:t>
            </w:r>
          </w:p>
        </w:tc>
      </w:tr>
      <w:tr w:rsidR="00050876" w:rsidRPr="00050876" w14:paraId="5CAFD61B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5BB87CB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1384" w:type="dxa"/>
            <w:noWrap/>
            <w:hideMark/>
          </w:tcPr>
          <w:p w14:paraId="4F9641F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density_g_cm3</w:t>
            </w:r>
          </w:p>
        </w:tc>
        <w:tc>
          <w:tcPr>
            <w:tcW w:w="1384" w:type="dxa"/>
            <w:noWrap/>
            <w:hideMark/>
          </w:tcPr>
          <w:p w14:paraId="526C87E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yield_kg</w:t>
            </w:r>
            <w:proofErr w:type="spellEnd"/>
          </w:p>
        </w:tc>
        <w:tc>
          <w:tcPr>
            <w:tcW w:w="960" w:type="dxa"/>
            <w:noWrap/>
            <w:hideMark/>
          </w:tcPr>
          <w:p w14:paraId="28A5879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714FCFA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0.999994</w:t>
            </w:r>
          </w:p>
        </w:tc>
        <w:tc>
          <w:tcPr>
            <w:tcW w:w="960" w:type="dxa"/>
            <w:noWrap/>
            <w:hideMark/>
          </w:tcPr>
          <w:p w14:paraId="1DDDEFB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8.82E-85</w:t>
            </w:r>
          </w:p>
        </w:tc>
        <w:tc>
          <w:tcPr>
            <w:tcW w:w="960" w:type="dxa"/>
            <w:noWrap/>
            <w:hideMark/>
          </w:tcPr>
          <w:p w14:paraId="664131C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0.999987</w:t>
            </w:r>
          </w:p>
        </w:tc>
        <w:tc>
          <w:tcPr>
            <w:tcW w:w="960" w:type="dxa"/>
            <w:noWrap/>
            <w:hideMark/>
          </w:tcPr>
          <w:p w14:paraId="6E20001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0.999997</w:t>
            </w:r>
          </w:p>
        </w:tc>
      </w:tr>
      <w:tr w:rsidR="00050876" w:rsidRPr="00050876" w14:paraId="5EE1054B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60B5B7B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1384" w:type="dxa"/>
            <w:noWrap/>
            <w:hideMark/>
          </w:tcPr>
          <w:p w14:paraId="3656465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density_g_cm3</w:t>
            </w:r>
          </w:p>
        </w:tc>
        <w:tc>
          <w:tcPr>
            <w:tcW w:w="1384" w:type="dxa"/>
            <w:noWrap/>
            <w:hideMark/>
          </w:tcPr>
          <w:p w14:paraId="26D472E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WUE</w:t>
            </w:r>
          </w:p>
        </w:tc>
        <w:tc>
          <w:tcPr>
            <w:tcW w:w="960" w:type="dxa"/>
            <w:noWrap/>
            <w:hideMark/>
          </w:tcPr>
          <w:p w14:paraId="3F49142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71982A1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0.99443</w:t>
            </w:r>
          </w:p>
        </w:tc>
        <w:tc>
          <w:tcPr>
            <w:tcW w:w="960" w:type="dxa"/>
            <w:noWrap/>
            <w:hideMark/>
          </w:tcPr>
          <w:p w14:paraId="7594689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8.15E-35</w:t>
            </w:r>
          </w:p>
        </w:tc>
        <w:tc>
          <w:tcPr>
            <w:tcW w:w="960" w:type="dxa"/>
            <w:noWrap/>
            <w:hideMark/>
          </w:tcPr>
          <w:p w14:paraId="597E0D0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0.98901</w:t>
            </w:r>
          </w:p>
        </w:tc>
        <w:tc>
          <w:tcPr>
            <w:tcW w:w="960" w:type="dxa"/>
            <w:noWrap/>
            <w:hideMark/>
          </w:tcPr>
          <w:p w14:paraId="53C59B3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0.997181</w:t>
            </w:r>
          </w:p>
        </w:tc>
      </w:tr>
      <w:tr w:rsidR="00050876" w:rsidRPr="00050876" w14:paraId="4A2D8AB5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7994E66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1384" w:type="dxa"/>
            <w:noWrap/>
            <w:hideMark/>
          </w:tcPr>
          <w:p w14:paraId="6059288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density_g_cm3</w:t>
            </w:r>
          </w:p>
        </w:tc>
        <w:tc>
          <w:tcPr>
            <w:tcW w:w="1384" w:type="dxa"/>
            <w:noWrap/>
            <w:hideMark/>
          </w:tcPr>
          <w:p w14:paraId="5773EA8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NDVI</w:t>
            </w:r>
          </w:p>
        </w:tc>
        <w:tc>
          <w:tcPr>
            <w:tcW w:w="960" w:type="dxa"/>
            <w:noWrap/>
            <w:hideMark/>
          </w:tcPr>
          <w:p w14:paraId="14FA0F9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5834208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0.997811</w:t>
            </w:r>
          </w:p>
        </w:tc>
        <w:tc>
          <w:tcPr>
            <w:tcW w:w="960" w:type="dxa"/>
            <w:noWrap/>
            <w:hideMark/>
          </w:tcPr>
          <w:p w14:paraId="62D1396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1.07E-41</w:t>
            </w:r>
          </w:p>
        </w:tc>
        <w:tc>
          <w:tcPr>
            <w:tcW w:w="960" w:type="dxa"/>
            <w:noWrap/>
            <w:hideMark/>
          </w:tcPr>
          <w:p w14:paraId="0F950F0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0.995673</w:t>
            </w:r>
          </w:p>
        </w:tc>
        <w:tc>
          <w:tcPr>
            <w:tcW w:w="960" w:type="dxa"/>
            <w:noWrap/>
            <w:hideMark/>
          </w:tcPr>
          <w:p w14:paraId="646D24E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0.998893</w:t>
            </w:r>
          </w:p>
        </w:tc>
      </w:tr>
      <w:tr w:rsidR="00050876" w:rsidRPr="00050876" w14:paraId="06C86B1F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502F24F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1384" w:type="dxa"/>
            <w:noWrap/>
            <w:hideMark/>
          </w:tcPr>
          <w:p w14:paraId="3BA9B7B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yield_kg</w:t>
            </w:r>
            <w:proofErr w:type="spellEnd"/>
          </w:p>
        </w:tc>
        <w:tc>
          <w:tcPr>
            <w:tcW w:w="1384" w:type="dxa"/>
            <w:noWrap/>
            <w:hideMark/>
          </w:tcPr>
          <w:p w14:paraId="78FA238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WUE</w:t>
            </w:r>
          </w:p>
        </w:tc>
        <w:tc>
          <w:tcPr>
            <w:tcW w:w="960" w:type="dxa"/>
            <w:noWrap/>
            <w:hideMark/>
          </w:tcPr>
          <w:p w14:paraId="2F32AEE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466D26F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0.994393</w:t>
            </w:r>
          </w:p>
        </w:tc>
        <w:tc>
          <w:tcPr>
            <w:tcW w:w="960" w:type="dxa"/>
            <w:noWrap/>
            <w:hideMark/>
          </w:tcPr>
          <w:p w14:paraId="647DABE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9.12E-35</w:t>
            </w:r>
          </w:p>
        </w:tc>
        <w:tc>
          <w:tcPr>
            <w:tcW w:w="960" w:type="dxa"/>
            <w:noWrap/>
            <w:hideMark/>
          </w:tcPr>
          <w:p w14:paraId="4438774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0.988937</w:t>
            </w:r>
          </w:p>
        </w:tc>
        <w:tc>
          <w:tcPr>
            <w:tcW w:w="960" w:type="dxa"/>
            <w:noWrap/>
            <w:hideMark/>
          </w:tcPr>
          <w:p w14:paraId="4545187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0.997162</w:t>
            </w:r>
          </w:p>
        </w:tc>
      </w:tr>
      <w:tr w:rsidR="00050876" w:rsidRPr="00050876" w14:paraId="48CE7A23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51C2283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1384" w:type="dxa"/>
            <w:noWrap/>
            <w:hideMark/>
          </w:tcPr>
          <w:p w14:paraId="208E1A1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proofErr w:type="spellStart"/>
            <w:r w:rsidRPr="00050876">
              <w:rPr>
                <w:rFonts w:eastAsia="Times New Roman"/>
                <w:color w:val="000000"/>
                <w:lang w:eastAsia="en-IN"/>
              </w:rPr>
              <w:t>yield_kg</w:t>
            </w:r>
            <w:proofErr w:type="spellEnd"/>
          </w:p>
        </w:tc>
        <w:tc>
          <w:tcPr>
            <w:tcW w:w="1384" w:type="dxa"/>
            <w:noWrap/>
            <w:hideMark/>
          </w:tcPr>
          <w:p w14:paraId="068C39E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NDVI</w:t>
            </w:r>
          </w:p>
        </w:tc>
        <w:tc>
          <w:tcPr>
            <w:tcW w:w="960" w:type="dxa"/>
            <w:noWrap/>
            <w:hideMark/>
          </w:tcPr>
          <w:p w14:paraId="4C96205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3662B59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0.997782</w:t>
            </w:r>
          </w:p>
        </w:tc>
        <w:tc>
          <w:tcPr>
            <w:tcW w:w="960" w:type="dxa"/>
            <w:noWrap/>
            <w:hideMark/>
          </w:tcPr>
          <w:p w14:paraId="03DE415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1.33E-41</w:t>
            </w:r>
          </w:p>
        </w:tc>
        <w:tc>
          <w:tcPr>
            <w:tcW w:w="960" w:type="dxa"/>
            <w:noWrap/>
            <w:hideMark/>
          </w:tcPr>
          <w:p w14:paraId="007DA9B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0.995617</w:t>
            </w:r>
          </w:p>
        </w:tc>
        <w:tc>
          <w:tcPr>
            <w:tcW w:w="960" w:type="dxa"/>
            <w:noWrap/>
            <w:hideMark/>
          </w:tcPr>
          <w:p w14:paraId="6FE53FD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0.998879</w:t>
            </w:r>
          </w:p>
        </w:tc>
      </w:tr>
      <w:tr w:rsidR="00050876" w:rsidRPr="00050876" w14:paraId="4E29BC82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3430791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1384" w:type="dxa"/>
            <w:noWrap/>
            <w:hideMark/>
          </w:tcPr>
          <w:p w14:paraId="42A2422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WUE</w:t>
            </w:r>
          </w:p>
        </w:tc>
        <w:tc>
          <w:tcPr>
            <w:tcW w:w="1384" w:type="dxa"/>
            <w:noWrap/>
            <w:hideMark/>
          </w:tcPr>
          <w:p w14:paraId="65D14B2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NDVI</w:t>
            </w:r>
          </w:p>
        </w:tc>
        <w:tc>
          <w:tcPr>
            <w:tcW w:w="960" w:type="dxa"/>
            <w:noWrap/>
            <w:hideMark/>
          </w:tcPr>
          <w:p w14:paraId="293D07B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255DA43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0.991712</w:t>
            </w:r>
          </w:p>
        </w:tc>
        <w:tc>
          <w:tcPr>
            <w:tcW w:w="960" w:type="dxa"/>
            <w:noWrap/>
            <w:hideMark/>
          </w:tcPr>
          <w:p w14:paraId="1471965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6.87E-32</w:t>
            </w:r>
          </w:p>
        </w:tc>
        <w:tc>
          <w:tcPr>
            <w:tcW w:w="960" w:type="dxa"/>
            <w:noWrap/>
            <w:hideMark/>
          </w:tcPr>
          <w:p w14:paraId="64A06E1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0.983668</w:t>
            </w:r>
          </w:p>
        </w:tc>
        <w:tc>
          <w:tcPr>
            <w:tcW w:w="960" w:type="dxa"/>
            <w:noWrap/>
            <w:hideMark/>
          </w:tcPr>
          <w:p w14:paraId="79ABC82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0.995803</w:t>
            </w:r>
          </w:p>
        </w:tc>
      </w:tr>
    </w:tbl>
    <w:p w14:paraId="3231A051" w14:textId="77777777" w:rsidR="00050876" w:rsidRPr="00050876" w:rsidRDefault="00050876" w:rsidP="00050876"/>
    <w:p w14:paraId="34E01C24" w14:textId="77777777" w:rsidR="00050876" w:rsidRPr="00050876" w:rsidRDefault="00050876" w:rsidP="00050876"/>
    <w:p w14:paraId="6032A2DC" w14:textId="77777777" w:rsidR="00050876" w:rsidRDefault="00050876" w:rsidP="00050876">
      <w:pPr>
        <w:rPr>
          <w:b/>
          <w:bCs/>
        </w:rPr>
      </w:pPr>
      <w:r w:rsidRPr="00050876">
        <w:rPr>
          <w:b/>
          <w:bCs/>
        </w:rPr>
        <w:t xml:space="preserve"> </w:t>
      </w:r>
    </w:p>
    <w:p w14:paraId="14A46D51" w14:textId="0AE3CCC0" w:rsidR="00050876" w:rsidRPr="00050876" w:rsidRDefault="00050876" w:rsidP="00050876">
      <w:pPr>
        <w:rPr>
          <w:b/>
          <w:bCs/>
        </w:rPr>
      </w:pPr>
      <w:r w:rsidRPr="00050876">
        <w:rPr>
          <w:b/>
          <w:bCs/>
        </w:rPr>
        <w:lastRenderedPageBreak/>
        <w:t xml:space="preserve">Supplementary table </w:t>
      </w:r>
      <w:proofErr w:type="gramStart"/>
      <w:r w:rsidRPr="00050876">
        <w:rPr>
          <w:b/>
          <w:bCs/>
        </w:rPr>
        <w:t>2 .</w:t>
      </w:r>
      <w:proofErr w:type="spellStart"/>
      <w:r w:rsidRPr="00050876">
        <w:rPr>
          <w:b/>
          <w:bCs/>
        </w:rPr>
        <w:t>PCA</w:t>
      </w:r>
      <w:proofErr w:type="gramEnd"/>
      <w:r w:rsidRPr="00050876">
        <w:rPr>
          <w:b/>
          <w:bCs/>
        </w:rPr>
        <w:t>_Scores</w:t>
      </w:r>
      <w:proofErr w:type="spellEnd"/>
      <w:r w:rsidRPr="00050876">
        <w:rPr>
          <w:b/>
          <w:bCs/>
        </w:rPr>
        <w:t>: Principal component scores (PC1–PC7) for all hydroponic observations</w:t>
      </w:r>
    </w:p>
    <w:tbl>
      <w:tblPr>
        <w:tblStyle w:val="TableGrid"/>
        <w:tblW w:w="8677" w:type="dxa"/>
        <w:tblLook w:val="04A0" w:firstRow="1" w:lastRow="0" w:firstColumn="1" w:lastColumn="0" w:noHBand="0" w:noVBand="1"/>
      </w:tblPr>
      <w:tblGrid>
        <w:gridCol w:w="993"/>
        <w:gridCol w:w="993"/>
        <w:gridCol w:w="992"/>
        <w:gridCol w:w="992"/>
        <w:gridCol w:w="992"/>
        <w:gridCol w:w="992"/>
        <w:gridCol w:w="992"/>
        <w:gridCol w:w="956"/>
        <w:gridCol w:w="1114"/>
      </w:tblGrid>
      <w:tr w:rsidR="00050876" w:rsidRPr="00050876" w14:paraId="5E65C5D6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030286E9" w14:textId="77777777" w:rsidR="00050876" w:rsidRPr="00050876" w:rsidRDefault="00050876" w:rsidP="00050876">
            <w:pPr>
              <w:rPr>
                <w:rFonts w:eastAsia="Times New Roman"/>
                <w:b/>
                <w:bCs/>
                <w:lang w:eastAsia="en-IN"/>
              </w:rPr>
            </w:pPr>
            <w:r w:rsidRPr="00050876">
              <w:rPr>
                <w:rFonts w:eastAsia="Times New Roman"/>
                <w:b/>
                <w:bCs/>
                <w:lang w:eastAsia="en-IN"/>
              </w:rPr>
              <w:t>PC1</w:t>
            </w:r>
          </w:p>
        </w:tc>
        <w:tc>
          <w:tcPr>
            <w:tcW w:w="960" w:type="dxa"/>
            <w:noWrap/>
            <w:hideMark/>
          </w:tcPr>
          <w:p w14:paraId="12FE3AE4" w14:textId="77777777" w:rsidR="00050876" w:rsidRPr="00050876" w:rsidRDefault="00050876" w:rsidP="00050876">
            <w:pPr>
              <w:rPr>
                <w:rFonts w:eastAsia="Times New Roman"/>
                <w:b/>
                <w:bCs/>
                <w:lang w:eastAsia="en-IN"/>
              </w:rPr>
            </w:pPr>
            <w:r w:rsidRPr="00050876">
              <w:rPr>
                <w:rFonts w:eastAsia="Times New Roman"/>
                <w:b/>
                <w:bCs/>
                <w:lang w:eastAsia="en-IN"/>
              </w:rPr>
              <w:t>PC2</w:t>
            </w:r>
          </w:p>
        </w:tc>
        <w:tc>
          <w:tcPr>
            <w:tcW w:w="960" w:type="dxa"/>
            <w:noWrap/>
            <w:hideMark/>
          </w:tcPr>
          <w:p w14:paraId="3E25F0AE" w14:textId="77777777" w:rsidR="00050876" w:rsidRPr="00050876" w:rsidRDefault="00050876" w:rsidP="00050876">
            <w:pPr>
              <w:rPr>
                <w:rFonts w:eastAsia="Times New Roman"/>
                <w:b/>
                <w:bCs/>
                <w:lang w:eastAsia="en-IN"/>
              </w:rPr>
            </w:pPr>
            <w:r w:rsidRPr="00050876">
              <w:rPr>
                <w:rFonts w:eastAsia="Times New Roman"/>
                <w:b/>
                <w:bCs/>
                <w:lang w:eastAsia="en-IN"/>
              </w:rPr>
              <w:t>PC3</w:t>
            </w:r>
          </w:p>
        </w:tc>
        <w:tc>
          <w:tcPr>
            <w:tcW w:w="960" w:type="dxa"/>
            <w:noWrap/>
            <w:hideMark/>
          </w:tcPr>
          <w:p w14:paraId="508F285D" w14:textId="77777777" w:rsidR="00050876" w:rsidRPr="00050876" w:rsidRDefault="00050876" w:rsidP="00050876">
            <w:pPr>
              <w:rPr>
                <w:rFonts w:eastAsia="Times New Roman"/>
                <w:b/>
                <w:bCs/>
                <w:lang w:eastAsia="en-IN"/>
              </w:rPr>
            </w:pPr>
            <w:r w:rsidRPr="00050876">
              <w:rPr>
                <w:rFonts w:eastAsia="Times New Roman"/>
                <w:b/>
                <w:bCs/>
                <w:lang w:eastAsia="en-IN"/>
              </w:rPr>
              <w:t>PC4</w:t>
            </w:r>
          </w:p>
        </w:tc>
        <w:tc>
          <w:tcPr>
            <w:tcW w:w="960" w:type="dxa"/>
            <w:noWrap/>
            <w:hideMark/>
          </w:tcPr>
          <w:p w14:paraId="1F0C59DE" w14:textId="77777777" w:rsidR="00050876" w:rsidRPr="00050876" w:rsidRDefault="00050876" w:rsidP="00050876">
            <w:pPr>
              <w:rPr>
                <w:rFonts w:eastAsia="Times New Roman"/>
                <w:b/>
                <w:bCs/>
                <w:lang w:eastAsia="en-IN"/>
              </w:rPr>
            </w:pPr>
            <w:r w:rsidRPr="00050876">
              <w:rPr>
                <w:rFonts w:eastAsia="Times New Roman"/>
                <w:b/>
                <w:bCs/>
                <w:lang w:eastAsia="en-IN"/>
              </w:rPr>
              <w:t>PC5</w:t>
            </w:r>
          </w:p>
        </w:tc>
        <w:tc>
          <w:tcPr>
            <w:tcW w:w="960" w:type="dxa"/>
            <w:noWrap/>
            <w:hideMark/>
          </w:tcPr>
          <w:p w14:paraId="37E06A92" w14:textId="77777777" w:rsidR="00050876" w:rsidRPr="00050876" w:rsidRDefault="00050876" w:rsidP="00050876">
            <w:pPr>
              <w:rPr>
                <w:rFonts w:eastAsia="Times New Roman"/>
                <w:b/>
                <w:bCs/>
                <w:lang w:eastAsia="en-IN"/>
              </w:rPr>
            </w:pPr>
            <w:r w:rsidRPr="00050876">
              <w:rPr>
                <w:rFonts w:eastAsia="Times New Roman"/>
                <w:b/>
                <w:bCs/>
                <w:lang w:eastAsia="en-IN"/>
              </w:rPr>
              <w:t>PC6</w:t>
            </w:r>
          </w:p>
        </w:tc>
        <w:tc>
          <w:tcPr>
            <w:tcW w:w="960" w:type="dxa"/>
            <w:noWrap/>
            <w:hideMark/>
          </w:tcPr>
          <w:p w14:paraId="37654379" w14:textId="77777777" w:rsidR="00050876" w:rsidRPr="00050876" w:rsidRDefault="00050876" w:rsidP="00050876">
            <w:pPr>
              <w:rPr>
                <w:rFonts w:eastAsia="Times New Roman"/>
                <w:b/>
                <w:bCs/>
                <w:lang w:eastAsia="en-IN"/>
              </w:rPr>
            </w:pPr>
            <w:r w:rsidRPr="00050876">
              <w:rPr>
                <w:rFonts w:eastAsia="Times New Roman"/>
                <w:b/>
                <w:bCs/>
                <w:lang w:eastAsia="en-IN"/>
              </w:rPr>
              <w:t>PC7</w:t>
            </w:r>
          </w:p>
        </w:tc>
        <w:tc>
          <w:tcPr>
            <w:tcW w:w="960" w:type="dxa"/>
            <w:noWrap/>
            <w:hideMark/>
          </w:tcPr>
          <w:p w14:paraId="42DA4A08" w14:textId="77777777" w:rsidR="00050876" w:rsidRPr="00050876" w:rsidRDefault="00050876" w:rsidP="00050876">
            <w:pPr>
              <w:rPr>
                <w:rFonts w:eastAsia="Times New Roman"/>
                <w:b/>
                <w:bCs/>
                <w:lang w:eastAsia="en-IN"/>
              </w:rPr>
            </w:pPr>
            <w:r w:rsidRPr="00050876">
              <w:rPr>
                <w:rFonts w:eastAsia="Times New Roman"/>
                <w:b/>
                <w:bCs/>
                <w:lang w:eastAsia="en-IN"/>
              </w:rPr>
              <w:t>Crop</w:t>
            </w:r>
          </w:p>
        </w:tc>
        <w:tc>
          <w:tcPr>
            <w:tcW w:w="997" w:type="dxa"/>
            <w:noWrap/>
            <w:hideMark/>
          </w:tcPr>
          <w:p w14:paraId="4B56DCE9" w14:textId="77777777" w:rsidR="00050876" w:rsidRPr="00050876" w:rsidRDefault="00050876" w:rsidP="00050876">
            <w:pPr>
              <w:rPr>
                <w:rFonts w:eastAsia="Times New Roman"/>
                <w:b/>
                <w:bCs/>
                <w:lang w:eastAsia="en-IN"/>
              </w:rPr>
            </w:pPr>
            <w:r w:rsidRPr="00050876">
              <w:rPr>
                <w:rFonts w:eastAsia="Times New Roman"/>
                <w:b/>
                <w:bCs/>
                <w:lang w:eastAsia="en-IN"/>
              </w:rPr>
              <w:t>Treatment</w:t>
            </w:r>
          </w:p>
        </w:tc>
      </w:tr>
      <w:tr w:rsidR="00050876" w:rsidRPr="00050876" w14:paraId="2DA20A2C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016391D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4.252441</w:t>
            </w:r>
          </w:p>
        </w:tc>
        <w:tc>
          <w:tcPr>
            <w:tcW w:w="960" w:type="dxa"/>
            <w:noWrap/>
            <w:hideMark/>
          </w:tcPr>
          <w:p w14:paraId="63DF8D1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1.559235</w:t>
            </w:r>
          </w:p>
        </w:tc>
        <w:tc>
          <w:tcPr>
            <w:tcW w:w="960" w:type="dxa"/>
            <w:noWrap/>
            <w:hideMark/>
          </w:tcPr>
          <w:p w14:paraId="1233D7D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-0.18001</w:t>
            </w:r>
          </w:p>
        </w:tc>
        <w:tc>
          <w:tcPr>
            <w:tcW w:w="960" w:type="dxa"/>
            <w:noWrap/>
            <w:hideMark/>
          </w:tcPr>
          <w:p w14:paraId="69EB178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0.193398</w:t>
            </w:r>
          </w:p>
        </w:tc>
        <w:tc>
          <w:tcPr>
            <w:tcW w:w="960" w:type="dxa"/>
            <w:noWrap/>
            <w:hideMark/>
          </w:tcPr>
          <w:p w14:paraId="7AF3B05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-0.08696</w:t>
            </w:r>
          </w:p>
        </w:tc>
        <w:tc>
          <w:tcPr>
            <w:tcW w:w="960" w:type="dxa"/>
            <w:noWrap/>
            <w:hideMark/>
          </w:tcPr>
          <w:p w14:paraId="71C139A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-0.07509</w:t>
            </w:r>
          </w:p>
        </w:tc>
        <w:tc>
          <w:tcPr>
            <w:tcW w:w="960" w:type="dxa"/>
            <w:noWrap/>
            <w:hideMark/>
          </w:tcPr>
          <w:p w14:paraId="1CCD5DC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0.000958</w:t>
            </w:r>
          </w:p>
        </w:tc>
        <w:tc>
          <w:tcPr>
            <w:tcW w:w="960" w:type="dxa"/>
            <w:noWrap/>
            <w:hideMark/>
          </w:tcPr>
          <w:p w14:paraId="0D92CE3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997" w:type="dxa"/>
            <w:noWrap/>
            <w:hideMark/>
          </w:tcPr>
          <w:p w14:paraId="53FD0B2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I1_L1_N1</w:t>
            </w:r>
          </w:p>
        </w:tc>
      </w:tr>
      <w:tr w:rsidR="00050876" w:rsidRPr="00050876" w14:paraId="4ED987F7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3C6D118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3.958084</w:t>
            </w:r>
          </w:p>
        </w:tc>
        <w:tc>
          <w:tcPr>
            <w:tcW w:w="960" w:type="dxa"/>
            <w:noWrap/>
            <w:hideMark/>
          </w:tcPr>
          <w:p w14:paraId="3F453B5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1.453173</w:t>
            </w:r>
          </w:p>
        </w:tc>
        <w:tc>
          <w:tcPr>
            <w:tcW w:w="960" w:type="dxa"/>
            <w:noWrap/>
            <w:hideMark/>
          </w:tcPr>
          <w:p w14:paraId="5E0211E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-0.13496</w:t>
            </w:r>
          </w:p>
        </w:tc>
        <w:tc>
          <w:tcPr>
            <w:tcW w:w="960" w:type="dxa"/>
            <w:noWrap/>
            <w:hideMark/>
          </w:tcPr>
          <w:p w14:paraId="1076C07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0.259221</w:t>
            </w:r>
          </w:p>
        </w:tc>
        <w:tc>
          <w:tcPr>
            <w:tcW w:w="960" w:type="dxa"/>
            <w:noWrap/>
            <w:hideMark/>
          </w:tcPr>
          <w:p w14:paraId="36C14E8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-0.11358</w:t>
            </w:r>
          </w:p>
        </w:tc>
        <w:tc>
          <w:tcPr>
            <w:tcW w:w="960" w:type="dxa"/>
            <w:noWrap/>
            <w:hideMark/>
          </w:tcPr>
          <w:p w14:paraId="30EE293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-0.09319</w:t>
            </w:r>
          </w:p>
        </w:tc>
        <w:tc>
          <w:tcPr>
            <w:tcW w:w="960" w:type="dxa"/>
            <w:noWrap/>
            <w:hideMark/>
          </w:tcPr>
          <w:p w14:paraId="3BB1231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-0.0008</w:t>
            </w:r>
          </w:p>
        </w:tc>
        <w:tc>
          <w:tcPr>
            <w:tcW w:w="960" w:type="dxa"/>
            <w:noWrap/>
            <w:hideMark/>
          </w:tcPr>
          <w:p w14:paraId="159AFA1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997" w:type="dxa"/>
            <w:noWrap/>
            <w:hideMark/>
          </w:tcPr>
          <w:p w14:paraId="7579706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I1_L1_N1</w:t>
            </w:r>
          </w:p>
        </w:tc>
      </w:tr>
      <w:tr w:rsidR="00050876" w:rsidRPr="00050876" w14:paraId="656A482B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0A41EE4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3.663726</w:t>
            </w:r>
          </w:p>
        </w:tc>
        <w:tc>
          <w:tcPr>
            <w:tcW w:w="960" w:type="dxa"/>
            <w:noWrap/>
            <w:hideMark/>
          </w:tcPr>
          <w:p w14:paraId="1E5E70E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1.34711</w:t>
            </w:r>
          </w:p>
        </w:tc>
        <w:tc>
          <w:tcPr>
            <w:tcW w:w="960" w:type="dxa"/>
            <w:noWrap/>
            <w:hideMark/>
          </w:tcPr>
          <w:p w14:paraId="281D613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-0.08991</w:t>
            </w:r>
          </w:p>
        </w:tc>
        <w:tc>
          <w:tcPr>
            <w:tcW w:w="960" w:type="dxa"/>
            <w:noWrap/>
            <w:hideMark/>
          </w:tcPr>
          <w:p w14:paraId="0A26A5D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0.325045</w:t>
            </w:r>
          </w:p>
        </w:tc>
        <w:tc>
          <w:tcPr>
            <w:tcW w:w="960" w:type="dxa"/>
            <w:noWrap/>
            <w:hideMark/>
          </w:tcPr>
          <w:p w14:paraId="07B5DBF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-0.1402</w:t>
            </w:r>
          </w:p>
        </w:tc>
        <w:tc>
          <w:tcPr>
            <w:tcW w:w="960" w:type="dxa"/>
            <w:noWrap/>
            <w:hideMark/>
          </w:tcPr>
          <w:p w14:paraId="66C3590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-0.11128</w:t>
            </w:r>
          </w:p>
        </w:tc>
        <w:tc>
          <w:tcPr>
            <w:tcW w:w="960" w:type="dxa"/>
            <w:noWrap/>
            <w:hideMark/>
          </w:tcPr>
          <w:p w14:paraId="6F3C6A3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-0.00255</w:t>
            </w:r>
          </w:p>
        </w:tc>
        <w:tc>
          <w:tcPr>
            <w:tcW w:w="960" w:type="dxa"/>
            <w:noWrap/>
            <w:hideMark/>
          </w:tcPr>
          <w:p w14:paraId="7BC4A58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997" w:type="dxa"/>
            <w:noWrap/>
            <w:hideMark/>
          </w:tcPr>
          <w:p w14:paraId="420F70E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I1_L1_N1</w:t>
            </w:r>
          </w:p>
        </w:tc>
      </w:tr>
      <w:tr w:rsidR="00050876" w:rsidRPr="00050876" w14:paraId="4F648810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395F910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3.430799</w:t>
            </w:r>
          </w:p>
        </w:tc>
        <w:tc>
          <w:tcPr>
            <w:tcW w:w="960" w:type="dxa"/>
            <w:noWrap/>
            <w:hideMark/>
          </w:tcPr>
          <w:p w14:paraId="224CB47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1.26793</w:t>
            </w:r>
          </w:p>
        </w:tc>
        <w:tc>
          <w:tcPr>
            <w:tcW w:w="960" w:type="dxa"/>
            <w:noWrap/>
            <w:hideMark/>
          </w:tcPr>
          <w:p w14:paraId="73B3B55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0.088084</w:t>
            </w:r>
          </w:p>
        </w:tc>
        <w:tc>
          <w:tcPr>
            <w:tcW w:w="960" w:type="dxa"/>
            <w:noWrap/>
            <w:hideMark/>
          </w:tcPr>
          <w:p w14:paraId="50406CF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0.196205</w:t>
            </w:r>
          </w:p>
        </w:tc>
        <w:tc>
          <w:tcPr>
            <w:tcW w:w="960" w:type="dxa"/>
            <w:noWrap/>
            <w:hideMark/>
          </w:tcPr>
          <w:p w14:paraId="52A25AD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-0.27116</w:t>
            </w:r>
          </w:p>
        </w:tc>
        <w:tc>
          <w:tcPr>
            <w:tcW w:w="960" w:type="dxa"/>
            <w:noWrap/>
            <w:hideMark/>
          </w:tcPr>
          <w:p w14:paraId="39849D2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0.072471</w:t>
            </w:r>
          </w:p>
        </w:tc>
        <w:tc>
          <w:tcPr>
            <w:tcW w:w="960" w:type="dxa"/>
            <w:noWrap/>
            <w:hideMark/>
          </w:tcPr>
          <w:p w14:paraId="2F8E15A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0.002583</w:t>
            </w:r>
          </w:p>
        </w:tc>
        <w:tc>
          <w:tcPr>
            <w:tcW w:w="960" w:type="dxa"/>
            <w:noWrap/>
            <w:hideMark/>
          </w:tcPr>
          <w:p w14:paraId="78E230E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997" w:type="dxa"/>
            <w:noWrap/>
            <w:hideMark/>
          </w:tcPr>
          <w:p w14:paraId="187B5B2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I1_L1_N2</w:t>
            </w:r>
          </w:p>
        </w:tc>
      </w:tr>
      <w:tr w:rsidR="00050876" w:rsidRPr="00050876" w14:paraId="7F5160E4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5EC49DA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3.175663</w:t>
            </w:r>
          </w:p>
        </w:tc>
        <w:tc>
          <w:tcPr>
            <w:tcW w:w="960" w:type="dxa"/>
            <w:noWrap/>
            <w:hideMark/>
          </w:tcPr>
          <w:p w14:paraId="37E2348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1.221622</w:t>
            </w:r>
          </w:p>
        </w:tc>
        <w:tc>
          <w:tcPr>
            <w:tcW w:w="960" w:type="dxa"/>
            <w:noWrap/>
            <w:hideMark/>
          </w:tcPr>
          <w:p w14:paraId="7C06768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0.104465</w:t>
            </w:r>
          </w:p>
        </w:tc>
        <w:tc>
          <w:tcPr>
            <w:tcW w:w="960" w:type="dxa"/>
            <w:noWrap/>
            <w:hideMark/>
          </w:tcPr>
          <w:p w14:paraId="1EFE4EE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0.208331</w:t>
            </w:r>
          </w:p>
        </w:tc>
        <w:tc>
          <w:tcPr>
            <w:tcW w:w="960" w:type="dxa"/>
            <w:noWrap/>
            <w:hideMark/>
          </w:tcPr>
          <w:p w14:paraId="1D257B0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-0.25341</w:t>
            </w:r>
          </w:p>
        </w:tc>
        <w:tc>
          <w:tcPr>
            <w:tcW w:w="960" w:type="dxa"/>
            <w:noWrap/>
            <w:hideMark/>
          </w:tcPr>
          <w:p w14:paraId="41EDEBE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0.024515</w:t>
            </w:r>
          </w:p>
        </w:tc>
        <w:tc>
          <w:tcPr>
            <w:tcW w:w="960" w:type="dxa"/>
            <w:noWrap/>
            <w:hideMark/>
          </w:tcPr>
          <w:p w14:paraId="5F80ACE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0.000781</w:t>
            </w:r>
          </w:p>
        </w:tc>
        <w:tc>
          <w:tcPr>
            <w:tcW w:w="960" w:type="dxa"/>
            <w:noWrap/>
            <w:hideMark/>
          </w:tcPr>
          <w:p w14:paraId="6675F08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997" w:type="dxa"/>
            <w:noWrap/>
            <w:hideMark/>
          </w:tcPr>
          <w:p w14:paraId="559990B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I1_L1_N2</w:t>
            </w:r>
          </w:p>
        </w:tc>
      </w:tr>
      <w:tr w:rsidR="00050876" w:rsidRPr="00050876" w14:paraId="16CBB51D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6FFF15A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2.920526</w:t>
            </w:r>
          </w:p>
        </w:tc>
        <w:tc>
          <w:tcPr>
            <w:tcW w:w="960" w:type="dxa"/>
            <w:noWrap/>
            <w:hideMark/>
          </w:tcPr>
          <w:p w14:paraId="27EF314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1.175314</w:t>
            </w:r>
          </w:p>
        </w:tc>
        <w:tc>
          <w:tcPr>
            <w:tcW w:w="960" w:type="dxa"/>
            <w:noWrap/>
            <w:hideMark/>
          </w:tcPr>
          <w:p w14:paraId="1E42BA9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0.120846</w:t>
            </w:r>
          </w:p>
        </w:tc>
        <w:tc>
          <w:tcPr>
            <w:tcW w:w="960" w:type="dxa"/>
            <w:noWrap/>
            <w:hideMark/>
          </w:tcPr>
          <w:p w14:paraId="00FC795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0.220456</w:t>
            </w:r>
          </w:p>
        </w:tc>
        <w:tc>
          <w:tcPr>
            <w:tcW w:w="960" w:type="dxa"/>
            <w:noWrap/>
            <w:hideMark/>
          </w:tcPr>
          <w:p w14:paraId="70C6B8B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-0.23566</w:t>
            </w:r>
          </w:p>
        </w:tc>
        <w:tc>
          <w:tcPr>
            <w:tcW w:w="960" w:type="dxa"/>
            <w:noWrap/>
            <w:hideMark/>
          </w:tcPr>
          <w:p w14:paraId="12A94FB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-0.02344</w:t>
            </w:r>
          </w:p>
        </w:tc>
        <w:tc>
          <w:tcPr>
            <w:tcW w:w="960" w:type="dxa"/>
            <w:noWrap/>
            <w:hideMark/>
          </w:tcPr>
          <w:p w14:paraId="046357C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-0.00102</w:t>
            </w:r>
          </w:p>
        </w:tc>
        <w:tc>
          <w:tcPr>
            <w:tcW w:w="960" w:type="dxa"/>
            <w:noWrap/>
            <w:hideMark/>
          </w:tcPr>
          <w:p w14:paraId="722B274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997" w:type="dxa"/>
            <w:noWrap/>
            <w:hideMark/>
          </w:tcPr>
          <w:p w14:paraId="7C8F0BF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I1_L1_N2</w:t>
            </w:r>
          </w:p>
        </w:tc>
      </w:tr>
      <w:tr w:rsidR="00050876" w:rsidRPr="00050876" w14:paraId="476CF0F2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1FEFE90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2.235538</w:t>
            </w:r>
          </w:p>
        </w:tc>
        <w:tc>
          <w:tcPr>
            <w:tcW w:w="960" w:type="dxa"/>
            <w:noWrap/>
            <w:hideMark/>
          </w:tcPr>
          <w:p w14:paraId="51CBCD6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1.128361</w:t>
            </w:r>
          </w:p>
        </w:tc>
        <w:tc>
          <w:tcPr>
            <w:tcW w:w="960" w:type="dxa"/>
            <w:noWrap/>
            <w:hideMark/>
          </w:tcPr>
          <w:p w14:paraId="12936E5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-0.28518</w:t>
            </w:r>
          </w:p>
        </w:tc>
        <w:tc>
          <w:tcPr>
            <w:tcW w:w="960" w:type="dxa"/>
            <w:noWrap/>
            <w:hideMark/>
          </w:tcPr>
          <w:p w14:paraId="3CFCC07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-0.1666</w:t>
            </w:r>
          </w:p>
        </w:tc>
        <w:tc>
          <w:tcPr>
            <w:tcW w:w="960" w:type="dxa"/>
            <w:noWrap/>
            <w:hideMark/>
          </w:tcPr>
          <w:p w14:paraId="4771872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-0.16422</w:t>
            </w:r>
          </w:p>
        </w:tc>
        <w:tc>
          <w:tcPr>
            <w:tcW w:w="960" w:type="dxa"/>
            <w:noWrap/>
            <w:hideMark/>
          </w:tcPr>
          <w:p w14:paraId="695AB3C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0.17488</w:t>
            </w:r>
          </w:p>
        </w:tc>
        <w:tc>
          <w:tcPr>
            <w:tcW w:w="960" w:type="dxa"/>
            <w:noWrap/>
            <w:hideMark/>
          </w:tcPr>
          <w:p w14:paraId="57B0374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-0.00087</w:t>
            </w:r>
          </w:p>
        </w:tc>
        <w:tc>
          <w:tcPr>
            <w:tcW w:w="960" w:type="dxa"/>
            <w:noWrap/>
            <w:hideMark/>
          </w:tcPr>
          <w:p w14:paraId="1E468CE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997" w:type="dxa"/>
            <w:noWrap/>
            <w:hideMark/>
          </w:tcPr>
          <w:p w14:paraId="1397F3B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I1_L2_N1</w:t>
            </w:r>
          </w:p>
        </w:tc>
      </w:tr>
      <w:tr w:rsidR="00050876" w:rsidRPr="00050876" w14:paraId="1F6D5306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3964425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1.980402</w:t>
            </w:r>
          </w:p>
        </w:tc>
        <w:tc>
          <w:tcPr>
            <w:tcW w:w="960" w:type="dxa"/>
            <w:noWrap/>
            <w:hideMark/>
          </w:tcPr>
          <w:p w14:paraId="5652CA7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1.082053</w:t>
            </w:r>
          </w:p>
        </w:tc>
        <w:tc>
          <w:tcPr>
            <w:tcW w:w="960" w:type="dxa"/>
            <w:noWrap/>
            <w:hideMark/>
          </w:tcPr>
          <w:p w14:paraId="412D370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-0.2688</w:t>
            </w:r>
          </w:p>
        </w:tc>
        <w:tc>
          <w:tcPr>
            <w:tcW w:w="960" w:type="dxa"/>
            <w:noWrap/>
            <w:hideMark/>
          </w:tcPr>
          <w:p w14:paraId="7EA4E98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-0.15447</w:t>
            </w:r>
          </w:p>
        </w:tc>
        <w:tc>
          <w:tcPr>
            <w:tcW w:w="960" w:type="dxa"/>
            <w:noWrap/>
            <w:hideMark/>
          </w:tcPr>
          <w:p w14:paraId="17A0902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-0.14647</w:t>
            </w:r>
          </w:p>
        </w:tc>
        <w:tc>
          <w:tcPr>
            <w:tcW w:w="960" w:type="dxa"/>
            <w:noWrap/>
            <w:hideMark/>
          </w:tcPr>
          <w:p w14:paraId="05C7F2F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0.126925</w:t>
            </w:r>
          </w:p>
        </w:tc>
        <w:tc>
          <w:tcPr>
            <w:tcW w:w="960" w:type="dxa"/>
            <w:noWrap/>
            <w:hideMark/>
          </w:tcPr>
          <w:p w14:paraId="62C1387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-0.00267</w:t>
            </w:r>
          </w:p>
        </w:tc>
        <w:tc>
          <w:tcPr>
            <w:tcW w:w="960" w:type="dxa"/>
            <w:noWrap/>
            <w:hideMark/>
          </w:tcPr>
          <w:p w14:paraId="29A0DAD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997" w:type="dxa"/>
            <w:noWrap/>
            <w:hideMark/>
          </w:tcPr>
          <w:p w14:paraId="1AF761B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I1_L2_N1</w:t>
            </w:r>
          </w:p>
        </w:tc>
      </w:tr>
      <w:tr w:rsidR="00050876" w:rsidRPr="00050876" w14:paraId="5CC0511A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4016CBF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1.720546</w:t>
            </w:r>
          </w:p>
        </w:tc>
        <w:tc>
          <w:tcPr>
            <w:tcW w:w="960" w:type="dxa"/>
            <w:noWrap/>
            <w:hideMark/>
          </w:tcPr>
          <w:p w14:paraId="459BCB2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1.033609</w:t>
            </w:r>
          </w:p>
        </w:tc>
        <w:tc>
          <w:tcPr>
            <w:tcW w:w="960" w:type="dxa"/>
            <w:noWrap/>
            <w:hideMark/>
          </w:tcPr>
          <w:p w14:paraId="04CE4E4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-0.25165</w:t>
            </w:r>
          </w:p>
        </w:tc>
        <w:tc>
          <w:tcPr>
            <w:tcW w:w="960" w:type="dxa"/>
            <w:noWrap/>
            <w:hideMark/>
          </w:tcPr>
          <w:p w14:paraId="799D8D7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-0.14867</w:t>
            </w:r>
          </w:p>
        </w:tc>
        <w:tc>
          <w:tcPr>
            <w:tcW w:w="960" w:type="dxa"/>
            <w:noWrap/>
            <w:hideMark/>
          </w:tcPr>
          <w:p w14:paraId="2C4A389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-0.12755</w:t>
            </w:r>
          </w:p>
        </w:tc>
        <w:tc>
          <w:tcPr>
            <w:tcW w:w="960" w:type="dxa"/>
            <w:noWrap/>
            <w:hideMark/>
          </w:tcPr>
          <w:p w14:paraId="3669278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0.080839</w:t>
            </w:r>
          </w:p>
        </w:tc>
        <w:tc>
          <w:tcPr>
            <w:tcW w:w="960" w:type="dxa"/>
            <w:noWrap/>
            <w:hideMark/>
          </w:tcPr>
          <w:p w14:paraId="7B1F6FB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0.00402</w:t>
            </w:r>
          </w:p>
        </w:tc>
        <w:tc>
          <w:tcPr>
            <w:tcW w:w="960" w:type="dxa"/>
            <w:noWrap/>
            <w:hideMark/>
          </w:tcPr>
          <w:p w14:paraId="000DA65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997" w:type="dxa"/>
            <w:noWrap/>
            <w:hideMark/>
          </w:tcPr>
          <w:p w14:paraId="26B3DA0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I1_L2_N1</w:t>
            </w:r>
          </w:p>
        </w:tc>
      </w:tr>
      <w:tr w:rsidR="00050876" w:rsidRPr="00050876" w14:paraId="00ECE33E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58F4450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1.472674</w:t>
            </w:r>
          </w:p>
        </w:tc>
        <w:tc>
          <w:tcPr>
            <w:tcW w:w="960" w:type="dxa"/>
            <w:noWrap/>
            <w:hideMark/>
          </w:tcPr>
          <w:p w14:paraId="2E08538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1.017876</w:t>
            </w:r>
          </w:p>
        </w:tc>
        <w:tc>
          <w:tcPr>
            <w:tcW w:w="960" w:type="dxa"/>
            <w:noWrap/>
            <w:hideMark/>
          </w:tcPr>
          <w:p w14:paraId="1078B71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-0.23315</w:t>
            </w:r>
          </w:p>
        </w:tc>
        <w:tc>
          <w:tcPr>
            <w:tcW w:w="960" w:type="dxa"/>
            <w:noWrap/>
            <w:hideMark/>
          </w:tcPr>
          <w:p w14:paraId="021583F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-0.15143</w:t>
            </w:r>
          </w:p>
        </w:tc>
        <w:tc>
          <w:tcPr>
            <w:tcW w:w="960" w:type="dxa"/>
            <w:noWrap/>
            <w:hideMark/>
          </w:tcPr>
          <w:p w14:paraId="0E73751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-0.15418</w:t>
            </w:r>
          </w:p>
        </w:tc>
        <w:tc>
          <w:tcPr>
            <w:tcW w:w="960" w:type="dxa"/>
            <w:noWrap/>
            <w:hideMark/>
          </w:tcPr>
          <w:p w14:paraId="7E5ECFB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0.06242</w:t>
            </w:r>
          </w:p>
        </w:tc>
        <w:tc>
          <w:tcPr>
            <w:tcW w:w="960" w:type="dxa"/>
            <w:noWrap/>
            <w:hideMark/>
          </w:tcPr>
          <w:p w14:paraId="1653755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0.002296</w:t>
            </w:r>
          </w:p>
        </w:tc>
        <w:tc>
          <w:tcPr>
            <w:tcW w:w="960" w:type="dxa"/>
            <w:noWrap/>
            <w:hideMark/>
          </w:tcPr>
          <w:p w14:paraId="1AC9B77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997" w:type="dxa"/>
            <w:noWrap/>
            <w:hideMark/>
          </w:tcPr>
          <w:p w14:paraId="47902BC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I1_L2_N2</w:t>
            </w:r>
          </w:p>
        </w:tc>
      </w:tr>
      <w:tr w:rsidR="00050876" w:rsidRPr="00050876" w14:paraId="0E215BE9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1AD6627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1.217537</w:t>
            </w:r>
          </w:p>
        </w:tc>
        <w:tc>
          <w:tcPr>
            <w:tcW w:w="960" w:type="dxa"/>
            <w:noWrap/>
            <w:hideMark/>
          </w:tcPr>
          <w:p w14:paraId="2D8D529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0.971568</w:t>
            </w:r>
          </w:p>
        </w:tc>
        <w:tc>
          <w:tcPr>
            <w:tcW w:w="960" w:type="dxa"/>
            <w:noWrap/>
            <w:hideMark/>
          </w:tcPr>
          <w:p w14:paraId="21A74A6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-0.21677</w:t>
            </w:r>
          </w:p>
        </w:tc>
        <w:tc>
          <w:tcPr>
            <w:tcW w:w="960" w:type="dxa"/>
            <w:noWrap/>
            <w:hideMark/>
          </w:tcPr>
          <w:p w14:paraId="29DD5EA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-0.13931</w:t>
            </w:r>
          </w:p>
        </w:tc>
        <w:tc>
          <w:tcPr>
            <w:tcW w:w="960" w:type="dxa"/>
            <w:noWrap/>
            <w:hideMark/>
          </w:tcPr>
          <w:p w14:paraId="2C8585C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-0.13643</w:t>
            </w:r>
          </w:p>
        </w:tc>
        <w:tc>
          <w:tcPr>
            <w:tcW w:w="960" w:type="dxa"/>
            <w:noWrap/>
            <w:hideMark/>
          </w:tcPr>
          <w:p w14:paraId="1969CF3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0.014464</w:t>
            </w:r>
          </w:p>
        </w:tc>
        <w:tc>
          <w:tcPr>
            <w:tcW w:w="960" w:type="dxa"/>
            <w:noWrap/>
            <w:hideMark/>
          </w:tcPr>
          <w:p w14:paraId="0B40323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0.000495</w:t>
            </w:r>
          </w:p>
        </w:tc>
        <w:tc>
          <w:tcPr>
            <w:tcW w:w="960" w:type="dxa"/>
            <w:noWrap/>
            <w:hideMark/>
          </w:tcPr>
          <w:p w14:paraId="38D40C8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997" w:type="dxa"/>
            <w:noWrap/>
            <w:hideMark/>
          </w:tcPr>
          <w:p w14:paraId="39F1D91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I1_L2_N2</w:t>
            </w:r>
          </w:p>
        </w:tc>
      </w:tr>
      <w:tr w:rsidR="00050876" w:rsidRPr="00050876" w14:paraId="40FD5710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30CFC15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0.962401</w:t>
            </w:r>
          </w:p>
        </w:tc>
        <w:tc>
          <w:tcPr>
            <w:tcW w:w="960" w:type="dxa"/>
            <w:noWrap/>
            <w:hideMark/>
          </w:tcPr>
          <w:p w14:paraId="2D396D0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0.92526</w:t>
            </w:r>
          </w:p>
        </w:tc>
        <w:tc>
          <w:tcPr>
            <w:tcW w:w="960" w:type="dxa"/>
            <w:noWrap/>
            <w:hideMark/>
          </w:tcPr>
          <w:p w14:paraId="0F180BB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-0.20039</w:t>
            </w:r>
          </w:p>
        </w:tc>
        <w:tc>
          <w:tcPr>
            <w:tcW w:w="960" w:type="dxa"/>
            <w:noWrap/>
            <w:hideMark/>
          </w:tcPr>
          <w:p w14:paraId="28856BF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-0.12718</w:t>
            </w:r>
          </w:p>
        </w:tc>
        <w:tc>
          <w:tcPr>
            <w:tcW w:w="960" w:type="dxa"/>
            <w:noWrap/>
            <w:hideMark/>
          </w:tcPr>
          <w:p w14:paraId="218B43A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-0.11868</w:t>
            </w:r>
          </w:p>
        </w:tc>
        <w:tc>
          <w:tcPr>
            <w:tcW w:w="960" w:type="dxa"/>
            <w:noWrap/>
            <w:hideMark/>
          </w:tcPr>
          <w:p w14:paraId="76AE8F7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-0.03349</w:t>
            </w:r>
          </w:p>
        </w:tc>
        <w:tc>
          <w:tcPr>
            <w:tcW w:w="960" w:type="dxa"/>
            <w:noWrap/>
            <w:hideMark/>
          </w:tcPr>
          <w:p w14:paraId="21C1C9F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-0.00131</w:t>
            </w:r>
          </w:p>
        </w:tc>
        <w:tc>
          <w:tcPr>
            <w:tcW w:w="960" w:type="dxa"/>
            <w:noWrap/>
            <w:hideMark/>
          </w:tcPr>
          <w:p w14:paraId="226E534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997" w:type="dxa"/>
            <w:noWrap/>
            <w:hideMark/>
          </w:tcPr>
          <w:p w14:paraId="7D7D0A3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I1_L2_N2</w:t>
            </w:r>
          </w:p>
        </w:tc>
      </w:tr>
      <w:tr w:rsidR="00050876" w:rsidRPr="00050876" w14:paraId="26E73DB9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5201E97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0.779336</w:t>
            </w:r>
          </w:p>
        </w:tc>
        <w:tc>
          <w:tcPr>
            <w:tcW w:w="960" w:type="dxa"/>
            <w:noWrap/>
            <w:hideMark/>
          </w:tcPr>
          <w:p w14:paraId="2E6730B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1.124245</w:t>
            </w:r>
          </w:p>
        </w:tc>
        <w:tc>
          <w:tcPr>
            <w:tcW w:w="960" w:type="dxa"/>
            <w:noWrap/>
            <w:hideMark/>
          </w:tcPr>
          <w:p w14:paraId="47C56B5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-0.114</w:t>
            </w:r>
          </w:p>
        </w:tc>
        <w:tc>
          <w:tcPr>
            <w:tcW w:w="960" w:type="dxa"/>
            <w:noWrap/>
            <w:hideMark/>
          </w:tcPr>
          <w:p w14:paraId="7BB4010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-0.1912</w:t>
            </w:r>
          </w:p>
        </w:tc>
        <w:tc>
          <w:tcPr>
            <w:tcW w:w="960" w:type="dxa"/>
            <w:noWrap/>
            <w:hideMark/>
          </w:tcPr>
          <w:p w14:paraId="4397951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0.042592</w:t>
            </w:r>
          </w:p>
        </w:tc>
        <w:tc>
          <w:tcPr>
            <w:tcW w:w="960" w:type="dxa"/>
            <w:noWrap/>
            <w:hideMark/>
          </w:tcPr>
          <w:p w14:paraId="293FC52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0.005086</w:t>
            </w:r>
          </w:p>
        </w:tc>
        <w:tc>
          <w:tcPr>
            <w:tcW w:w="960" w:type="dxa"/>
            <w:noWrap/>
            <w:hideMark/>
          </w:tcPr>
          <w:p w14:paraId="0E7B910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-0.00327</w:t>
            </w:r>
          </w:p>
        </w:tc>
        <w:tc>
          <w:tcPr>
            <w:tcW w:w="960" w:type="dxa"/>
            <w:noWrap/>
            <w:hideMark/>
          </w:tcPr>
          <w:p w14:paraId="3576CEC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997" w:type="dxa"/>
            <w:noWrap/>
            <w:hideMark/>
          </w:tcPr>
          <w:p w14:paraId="29E73BA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I2_L1_N1</w:t>
            </w:r>
          </w:p>
        </w:tc>
      </w:tr>
      <w:tr w:rsidR="00050876" w:rsidRPr="00050876" w14:paraId="71AEC095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1037987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0.540016</w:t>
            </w:r>
          </w:p>
        </w:tc>
        <w:tc>
          <w:tcPr>
            <w:tcW w:w="960" w:type="dxa"/>
            <w:noWrap/>
            <w:hideMark/>
          </w:tcPr>
          <w:p w14:paraId="3FE0877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1.086809</w:t>
            </w:r>
          </w:p>
        </w:tc>
        <w:tc>
          <w:tcPr>
            <w:tcW w:w="960" w:type="dxa"/>
            <w:noWrap/>
            <w:hideMark/>
          </w:tcPr>
          <w:p w14:paraId="23B9943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-0.09917</w:t>
            </w:r>
          </w:p>
        </w:tc>
        <w:tc>
          <w:tcPr>
            <w:tcW w:w="960" w:type="dxa"/>
            <w:noWrap/>
            <w:hideMark/>
          </w:tcPr>
          <w:p w14:paraId="2178778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-0.19631</w:t>
            </w:r>
          </w:p>
        </w:tc>
        <w:tc>
          <w:tcPr>
            <w:tcW w:w="960" w:type="dxa"/>
            <w:noWrap/>
            <w:hideMark/>
          </w:tcPr>
          <w:p w14:paraId="258E0C3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0.041345</w:t>
            </w:r>
          </w:p>
        </w:tc>
        <w:tc>
          <w:tcPr>
            <w:tcW w:w="960" w:type="dxa"/>
            <w:noWrap/>
            <w:hideMark/>
          </w:tcPr>
          <w:p w14:paraId="5577B78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-0.00011</w:t>
            </w:r>
          </w:p>
        </w:tc>
        <w:tc>
          <w:tcPr>
            <w:tcW w:w="960" w:type="dxa"/>
            <w:noWrap/>
            <w:hideMark/>
          </w:tcPr>
          <w:p w14:paraId="6CC99C0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0.003477</w:t>
            </w:r>
          </w:p>
        </w:tc>
        <w:tc>
          <w:tcPr>
            <w:tcW w:w="960" w:type="dxa"/>
            <w:noWrap/>
            <w:hideMark/>
          </w:tcPr>
          <w:p w14:paraId="0D7473E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997" w:type="dxa"/>
            <w:noWrap/>
            <w:hideMark/>
          </w:tcPr>
          <w:p w14:paraId="478FC61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I2_L1_N1</w:t>
            </w:r>
          </w:p>
        </w:tc>
      </w:tr>
      <w:tr w:rsidR="00050876" w:rsidRPr="00050876" w14:paraId="0BD00FF6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581F13B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lastRenderedPageBreak/>
              <w:t>0.317757</w:t>
            </w:r>
          </w:p>
        </w:tc>
        <w:tc>
          <w:tcPr>
            <w:tcW w:w="960" w:type="dxa"/>
            <w:noWrap/>
            <w:hideMark/>
          </w:tcPr>
          <w:p w14:paraId="3B44D3A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1.033298</w:t>
            </w:r>
          </w:p>
        </w:tc>
        <w:tc>
          <w:tcPr>
            <w:tcW w:w="960" w:type="dxa"/>
            <w:noWrap/>
            <w:hideMark/>
          </w:tcPr>
          <w:p w14:paraId="5A78D55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-0.09654</w:t>
            </w:r>
          </w:p>
        </w:tc>
        <w:tc>
          <w:tcPr>
            <w:tcW w:w="960" w:type="dxa"/>
            <w:noWrap/>
            <w:hideMark/>
          </w:tcPr>
          <w:p w14:paraId="689DF18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-0.20623</w:t>
            </w:r>
          </w:p>
        </w:tc>
        <w:tc>
          <w:tcPr>
            <w:tcW w:w="960" w:type="dxa"/>
            <w:noWrap/>
            <w:hideMark/>
          </w:tcPr>
          <w:p w14:paraId="0E47B05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0.023134</w:t>
            </w:r>
          </w:p>
        </w:tc>
        <w:tc>
          <w:tcPr>
            <w:tcW w:w="960" w:type="dxa"/>
            <w:noWrap/>
            <w:hideMark/>
          </w:tcPr>
          <w:p w14:paraId="6F44F3D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-0.01988</w:t>
            </w:r>
          </w:p>
        </w:tc>
        <w:tc>
          <w:tcPr>
            <w:tcW w:w="960" w:type="dxa"/>
            <w:noWrap/>
            <w:hideMark/>
          </w:tcPr>
          <w:p w14:paraId="434A563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0.001746</w:t>
            </w:r>
          </w:p>
        </w:tc>
        <w:tc>
          <w:tcPr>
            <w:tcW w:w="960" w:type="dxa"/>
            <w:noWrap/>
            <w:hideMark/>
          </w:tcPr>
          <w:p w14:paraId="15DA6C4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997" w:type="dxa"/>
            <w:noWrap/>
            <w:hideMark/>
          </w:tcPr>
          <w:p w14:paraId="7779842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I2_L1_N1</w:t>
            </w:r>
          </w:p>
        </w:tc>
      </w:tr>
      <w:tr w:rsidR="00050876" w:rsidRPr="00050876" w14:paraId="66521CB5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4800F59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0.046131</w:t>
            </w:r>
          </w:p>
        </w:tc>
        <w:tc>
          <w:tcPr>
            <w:tcW w:w="960" w:type="dxa"/>
            <w:noWrap/>
            <w:hideMark/>
          </w:tcPr>
          <w:p w14:paraId="67DB1FB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1.052633</w:t>
            </w:r>
          </w:p>
        </w:tc>
        <w:tc>
          <w:tcPr>
            <w:tcW w:w="960" w:type="dxa"/>
            <w:noWrap/>
            <w:hideMark/>
          </w:tcPr>
          <w:p w14:paraId="5C5C723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-0.04821</w:t>
            </w:r>
          </w:p>
        </w:tc>
        <w:tc>
          <w:tcPr>
            <w:tcW w:w="960" w:type="dxa"/>
            <w:noWrap/>
            <w:hideMark/>
          </w:tcPr>
          <w:p w14:paraId="6197884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-0.17162</w:t>
            </w:r>
          </w:p>
        </w:tc>
        <w:tc>
          <w:tcPr>
            <w:tcW w:w="960" w:type="dxa"/>
            <w:noWrap/>
            <w:hideMark/>
          </w:tcPr>
          <w:p w14:paraId="0D5481F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0.068091</w:t>
            </w:r>
          </w:p>
        </w:tc>
        <w:tc>
          <w:tcPr>
            <w:tcW w:w="960" w:type="dxa"/>
            <w:noWrap/>
            <w:hideMark/>
          </w:tcPr>
          <w:p w14:paraId="7E097BB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0.011172</w:t>
            </w:r>
          </w:p>
        </w:tc>
        <w:tc>
          <w:tcPr>
            <w:tcW w:w="960" w:type="dxa"/>
            <w:noWrap/>
            <w:hideMark/>
          </w:tcPr>
          <w:p w14:paraId="4CDD4AF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-5.7E-05</w:t>
            </w:r>
          </w:p>
        </w:tc>
        <w:tc>
          <w:tcPr>
            <w:tcW w:w="960" w:type="dxa"/>
            <w:noWrap/>
            <w:hideMark/>
          </w:tcPr>
          <w:p w14:paraId="6092CEC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997" w:type="dxa"/>
            <w:noWrap/>
            <w:hideMark/>
          </w:tcPr>
          <w:p w14:paraId="7B14C18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I2_L1_N2</w:t>
            </w:r>
          </w:p>
        </w:tc>
      </w:tr>
      <w:tr w:rsidR="00050876" w:rsidRPr="00050876" w14:paraId="1CF1B442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7724278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-0.18847</w:t>
            </w:r>
          </w:p>
        </w:tc>
        <w:tc>
          <w:tcPr>
            <w:tcW w:w="960" w:type="dxa"/>
            <w:noWrap/>
            <w:hideMark/>
          </w:tcPr>
          <w:p w14:paraId="410DC68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1.017333</w:t>
            </w:r>
          </w:p>
        </w:tc>
        <w:tc>
          <w:tcPr>
            <w:tcW w:w="960" w:type="dxa"/>
            <w:noWrap/>
            <w:hideMark/>
          </w:tcPr>
          <w:p w14:paraId="48860A6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-0.03415</w:t>
            </w:r>
          </w:p>
        </w:tc>
        <w:tc>
          <w:tcPr>
            <w:tcW w:w="960" w:type="dxa"/>
            <w:noWrap/>
            <w:hideMark/>
          </w:tcPr>
          <w:p w14:paraId="5948DCD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-0.17041</w:t>
            </w:r>
          </w:p>
        </w:tc>
        <w:tc>
          <w:tcPr>
            <w:tcW w:w="960" w:type="dxa"/>
            <w:noWrap/>
            <w:hideMark/>
          </w:tcPr>
          <w:p w14:paraId="5B4D076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0.065672</w:t>
            </w:r>
          </w:p>
        </w:tc>
        <w:tc>
          <w:tcPr>
            <w:tcW w:w="960" w:type="dxa"/>
            <w:noWrap/>
            <w:hideMark/>
          </w:tcPr>
          <w:p w14:paraId="35212E4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0.004106</w:t>
            </w:r>
          </w:p>
        </w:tc>
        <w:tc>
          <w:tcPr>
            <w:tcW w:w="960" w:type="dxa"/>
            <w:noWrap/>
            <w:hideMark/>
          </w:tcPr>
          <w:p w14:paraId="54F9B81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-0.00181</w:t>
            </w:r>
          </w:p>
        </w:tc>
        <w:tc>
          <w:tcPr>
            <w:tcW w:w="960" w:type="dxa"/>
            <w:noWrap/>
            <w:hideMark/>
          </w:tcPr>
          <w:p w14:paraId="0B18BAE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997" w:type="dxa"/>
            <w:noWrap/>
            <w:hideMark/>
          </w:tcPr>
          <w:p w14:paraId="4EC5FFC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I2_L1_N2</w:t>
            </w:r>
          </w:p>
        </w:tc>
      </w:tr>
      <w:tr w:rsidR="00050876" w:rsidRPr="00050876" w14:paraId="19DAC370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7F9D085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-0.42307</w:t>
            </w:r>
          </w:p>
        </w:tc>
        <w:tc>
          <w:tcPr>
            <w:tcW w:w="960" w:type="dxa"/>
            <w:noWrap/>
            <w:hideMark/>
          </w:tcPr>
          <w:p w14:paraId="4655CC9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0.982033</w:t>
            </w:r>
          </w:p>
        </w:tc>
        <w:tc>
          <w:tcPr>
            <w:tcW w:w="960" w:type="dxa"/>
            <w:noWrap/>
            <w:hideMark/>
          </w:tcPr>
          <w:p w14:paraId="6495C44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-0.02009</w:t>
            </w:r>
          </w:p>
        </w:tc>
        <w:tc>
          <w:tcPr>
            <w:tcW w:w="960" w:type="dxa"/>
            <w:noWrap/>
            <w:hideMark/>
          </w:tcPr>
          <w:p w14:paraId="6098677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-0.1692</w:t>
            </w:r>
          </w:p>
        </w:tc>
        <w:tc>
          <w:tcPr>
            <w:tcW w:w="960" w:type="dxa"/>
            <w:noWrap/>
            <w:hideMark/>
          </w:tcPr>
          <w:p w14:paraId="51C6CBA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0.063253</w:t>
            </w:r>
          </w:p>
        </w:tc>
        <w:tc>
          <w:tcPr>
            <w:tcW w:w="960" w:type="dxa"/>
            <w:noWrap/>
            <w:hideMark/>
          </w:tcPr>
          <w:p w14:paraId="527F83B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-0.00296</w:t>
            </w:r>
          </w:p>
        </w:tc>
        <w:tc>
          <w:tcPr>
            <w:tcW w:w="960" w:type="dxa"/>
            <w:noWrap/>
            <w:hideMark/>
          </w:tcPr>
          <w:p w14:paraId="00EC9FE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-0.00355</w:t>
            </w:r>
          </w:p>
        </w:tc>
        <w:tc>
          <w:tcPr>
            <w:tcW w:w="960" w:type="dxa"/>
            <w:noWrap/>
            <w:hideMark/>
          </w:tcPr>
          <w:p w14:paraId="10BE4E8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997" w:type="dxa"/>
            <w:noWrap/>
            <w:hideMark/>
          </w:tcPr>
          <w:p w14:paraId="6FD6ADE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I2_L1_N2</w:t>
            </w:r>
          </w:p>
        </w:tc>
      </w:tr>
      <w:tr w:rsidR="00050876" w:rsidRPr="00050876" w14:paraId="178F7065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78885E4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-0.71176</w:t>
            </w:r>
          </w:p>
        </w:tc>
        <w:tc>
          <w:tcPr>
            <w:tcW w:w="960" w:type="dxa"/>
            <w:noWrap/>
            <w:hideMark/>
          </w:tcPr>
          <w:p w14:paraId="2294B0C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1.017444</w:t>
            </w:r>
          </w:p>
        </w:tc>
        <w:tc>
          <w:tcPr>
            <w:tcW w:w="960" w:type="dxa"/>
            <w:noWrap/>
            <w:hideMark/>
          </w:tcPr>
          <w:p w14:paraId="3D4F12D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0.040438</w:t>
            </w:r>
          </w:p>
        </w:tc>
        <w:tc>
          <w:tcPr>
            <w:tcW w:w="960" w:type="dxa"/>
            <w:noWrap/>
            <w:hideMark/>
          </w:tcPr>
          <w:p w14:paraId="1D91C92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-0.12978</w:t>
            </w:r>
          </w:p>
        </w:tc>
        <w:tc>
          <w:tcPr>
            <w:tcW w:w="960" w:type="dxa"/>
            <w:noWrap/>
            <w:hideMark/>
          </w:tcPr>
          <w:p w14:paraId="7CDF706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0.125174</w:t>
            </w:r>
          </w:p>
        </w:tc>
        <w:tc>
          <w:tcPr>
            <w:tcW w:w="960" w:type="dxa"/>
            <w:noWrap/>
            <w:hideMark/>
          </w:tcPr>
          <w:p w14:paraId="22E7197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0.04267</w:t>
            </w:r>
          </w:p>
        </w:tc>
        <w:tc>
          <w:tcPr>
            <w:tcW w:w="960" w:type="dxa"/>
            <w:noWrap/>
            <w:hideMark/>
          </w:tcPr>
          <w:p w14:paraId="16C80CF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0.003118</w:t>
            </w:r>
          </w:p>
        </w:tc>
        <w:tc>
          <w:tcPr>
            <w:tcW w:w="960" w:type="dxa"/>
            <w:noWrap/>
            <w:hideMark/>
          </w:tcPr>
          <w:p w14:paraId="13A5744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997" w:type="dxa"/>
            <w:noWrap/>
            <w:hideMark/>
          </w:tcPr>
          <w:p w14:paraId="4D6ADC3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I2_L2_N1</w:t>
            </w:r>
          </w:p>
        </w:tc>
      </w:tr>
      <w:tr w:rsidR="00050876" w:rsidRPr="00050876" w14:paraId="27FF2D16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74D7859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-0.94636</w:t>
            </w:r>
          </w:p>
        </w:tc>
        <w:tc>
          <w:tcPr>
            <w:tcW w:w="960" w:type="dxa"/>
            <w:noWrap/>
            <w:hideMark/>
          </w:tcPr>
          <w:p w14:paraId="0B2BF25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0.982144</w:t>
            </w:r>
          </w:p>
        </w:tc>
        <w:tc>
          <w:tcPr>
            <w:tcW w:w="960" w:type="dxa"/>
            <w:noWrap/>
            <w:hideMark/>
          </w:tcPr>
          <w:p w14:paraId="2FFC54A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0.054494</w:t>
            </w:r>
          </w:p>
        </w:tc>
        <w:tc>
          <w:tcPr>
            <w:tcW w:w="960" w:type="dxa"/>
            <w:noWrap/>
            <w:hideMark/>
          </w:tcPr>
          <w:p w14:paraId="7E48B08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-0.12857</w:t>
            </w:r>
          </w:p>
        </w:tc>
        <w:tc>
          <w:tcPr>
            <w:tcW w:w="960" w:type="dxa"/>
            <w:noWrap/>
            <w:hideMark/>
          </w:tcPr>
          <w:p w14:paraId="45AA3DA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0.122755</w:t>
            </w:r>
          </w:p>
        </w:tc>
        <w:tc>
          <w:tcPr>
            <w:tcW w:w="960" w:type="dxa"/>
            <w:noWrap/>
            <w:hideMark/>
          </w:tcPr>
          <w:p w14:paraId="2F0B480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0.035604</w:t>
            </w:r>
          </w:p>
        </w:tc>
        <w:tc>
          <w:tcPr>
            <w:tcW w:w="960" w:type="dxa"/>
            <w:noWrap/>
            <w:hideMark/>
          </w:tcPr>
          <w:p w14:paraId="5ED79FD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0.001369</w:t>
            </w:r>
          </w:p>
        </w:tc>
        <w:tc>
          <w:tcPr>
            <w:tcW w:w="960" w:type="dxa"/>
            <w:noWrap/>
            <w:hideMark/>
          </w:tcPr>
          <w:p w14:paraId="111AFC4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997" w:type="dxa"/>
            <w:noWrap/>
            <w:hideMark/>
          </w:tcPr>
          <w:p w14:paraId="534C0F9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I2_L2_N1</w:t>
            </w:r>
          </w:p>
        </w:tc>
      </w:tr>
      <w:tr w:rsidR="00050876" w:rsidRPr="00050876" w14:paraId="7A39FC50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037169E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-1.1933</w:t>
            </w:r>
          </w:p>
        </w:tc>
        <w:tc>
          <w:tcPr>
            <w:tcW w:w="960" w:type="dxa"/>
            <w:noWrap/>
            <w:hideMark/>
          </w:tcPr>
          <w:p w14:paraId="30F9872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0.965055</w:t>
            </w:r>
          </w:p>
        </w:tc>
        <w:tc>
          <w:tcPr>
            <w:tcW w:w="960" w:type="dxa"/>
            <w:noWrap/>
            <w:hideMark/>
          </w:tcPr>
          <w:p w14:paraId="6FC1FB9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0.079975</w:t>
            </w:r>
          </w:p>
        </w:tc>
        <w:tc>
          <w:tcPr>
            <w:tcW w:w="960" w:type="dxa"/>
            <w:noWrap/>
            <w:hideMark/>
          </w:tcPr>
          <w:p w14:paraId="7FDEB52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-0.11622</w:t>
            </w:r>
          </w:p>
        </w:tc>
        <w:tc>
          <w:tcPr>
            <w:tcW w:w="960" w:type="dxa"/>
            <w:noWrap/>
            <w:hideMark/>
          </w:tcPr>
          <w:p w14:paraId="1DD9D5B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0.136128</w:t>
            </w:r>
          </w:p>
        </w:tc>
        <w:tc>
          <w:tcPr>
            <w:tcW w:w="960" w:type="dxa"/>
            <w:noWrap/>
            <w:hideMark/>
          </w:tcPr>
          <w:p w14:paraId="48E8C13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0.041244</w:t>
            </w:r>
          </w:p>
        </w:tc>
        <w:tc>
          <w:tcPr>
            <w:tcW w:w="960" w:type="dxa"/>
            <w:noWrap/>
            <w:hideMark/>
          </w:tcPr>
          <w:p w14:paraId="244A59B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-0.0004</w:t>
            </w:r>
          </w:p>
        </w:tc>
        <w:tc>
          <w:tcPr>
            <w:tcW w:w="960" w:type="dxa"/>
            <w:noWrap/>
            <w:hideMark/>
          </w:tcPr>
          <w:p w14:paraId="5360946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997" w:type="dxa"/>
            <w:noWrap/>
            <w:hideMark/>
          </w:tcPr>
          <w:p w14:paraId="3B2AF65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I2_L2_N1</w:t>
            </w:r>
          </w:p>
        </w:tc>
      </w:tr>
      <w:tr w:rsidR="00050876" w:rsidRPr="00050876" w14:paraId="0D54F639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1D91818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-1.46493</w:t>
            </w:r>
          </w:p>
        </w:tc>
        <w:tc>
          <w:tcPr>
            <w:tcW w:w="960" w:type="dxa"/>
            <w:noWrap/>
            <w:hideMark/>
          </w:tcPr>
          <w:p w14:paraId="7223B4B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0.984391</w:t>
            </w:r>
          </w:p>
        </w:tc>
        <w:tc>
          <w:tcPr>
            <w:tcW w:w="960" w:type="dxa"/>
            <w:noWrap/>
            <w:hideMark/>
          </w:tcPr>
          <w:p w14:paraId="5ED7EC8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0.128306</w:t>
            </w:r>
          </w:p>
        </w:tc>
        <w:tc>
          <w:tcPr>
            <w:tcW w:w="960" w:type="dxa"/>
            <w:noWrap/>
            <w:hideMark/>
          </w:tcPr>
          <w:p w14:paraId="1C99C53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-0.08161</w:t>
            </w:r>
          </w:p>
        </w:tc>
        <w:tc>
          <w:tcPr>
            <w:tcW w:w="960" w:type="dxa"/>
            <w:noWrap/>
            <w:hideMark/>
          </w:tcPr>
          <w:p w14:paraId="522ED3F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0.181085</w:t>
            </w:r>
          </w:p>
        </w:tc>
        <w:tc>
          <w:tcPr>
            <w:tcW w:w="960" w:type="dxa"/>
            <w:noWrap/>
            <w:hideMark/>
          </w:tcPr>
          <w:p w14:paraId="6985E16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0.072298</w:t>
            </w:r>
          </w:p>
        </w:tc>
        <w:tc>
          <w:tcPr>
            <w:tcW w:w="960" w:type="dxa"/>
            <w:noWrap/>
            <w:hideMark/>
          </w:tcPr>
          <w:p w14:paraId="5024006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-0.0022</w:t>
            </w:r>
          </w:p>
        </w:tc>
        <w:tc>
          <w:tcPr>
            <w:tcW w:w="960" w:type="dxa"/>
            <w:noWrap/>
            <w:hideMark/>
          </w:tcPr>
          <w:p w14:paraId="102F87A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997" w:type="dxa"/>
            <w:noWrap/>
            <w:hideMark/>
          </w:tcPr>
          <w:p w14:paraId="0A7388D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I2_L2_N2</w:t>
            </w:r>
          </w:p>
        </w:tc>
      </w:tr>
      <w:tr w:rsidR="00050876" w:rsidRPr="00050876" w14:paraId="2A85CC4D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0F76ADF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-1.65016</w:t>
            </w:r>
          </w:p>
        </w:tc>
        <w:tc>
          <w:tcPr>
            <w:tcW w:w="960" w:type="dxa"/>
            <w:noWrap/>
            <w:hideMark/>
          </w:tcPr>
          <w:p w14:paraId="56FBCA1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0.876244</w:t>
            </w:r>
          </w:p>
        </w:tc>
        <w:tc>
          <w:tcPr>
            <w:tcW w:w="960" w:type="dxa"/>
            <w:noWrap/>
            <w:hideMark/>
          </w:tcPr>
          <w:p w14:paraId="1484E8D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0.096661</w:t>
            </w:r>
          </w:p>
        </w:tc>
        <w:tc>
          <w:tcPr>
            <w:tcW w:w="960" w:type="dxa"/>
            <w:noWrap/>
            <w:hideMark/>
          </w:tcPr>
          <w:p w14:paraId="49E6409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-0.12494</w:t>
            </w:r>
          </w:p>
        </w:tc>
        <w:tc>
          <w:tcPr>
            <w:tcW w:w="960" w:type="dxa"/>
            <w:noWrap/>
            <w:hideMark/>
          </w:tcPr>
          <w:p w14:paraId="21481C8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0.115499</w:t>
            </w:r>
          </w:p>
        </w:tc>
        <w:tc>
          <w:tcPr>
            <w:tcW w:w="960" w:type="dxa"/>
            <w:noWrap/>
            <w:hideMark/>
          </w:tcPr>
          <w:p w14:paraId="667B015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0.014406</w:t>
            </w:r>
          </w:p>
        </w:tc>
        <w:tc>
          <w:tcPr>
            <w:tcW w:w="960" w:type="dxa"/>
            <w:noWrap/>
            <w:hideMark/>
          </w:tcPr>
          <w:p w14:paraId="17EF5D7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-0.00388</w:t>
            </w:r>
          </w:p>
        </w:tc>
        <w:tc>
          <w:tcPr>
            <w:tcW w:w="960" w:type="dxa"/>
            <w:noWrap/>
            <w:hideMark/>
          </w:tcPr>
          <w:p w14:paraId="54E0950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997" w:type="dxa"/>
            <w:noWrap/>
            <w:hideMark/>
          </w:tcPr>
          <w:p w14:paraId="46C2641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I2_L2_N2</w:t>
            </w:r>
          </w:p>
        </w:tc>
      </w:tr>
      <w:tr w:rsidR="00050876" w:rsidRPr="00050876" w14:paraId="685F37F9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69FB5D9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-1.84011</w:t>
            </w:r>
          </w:p>
        </w:tc>
        <w:tc>
          <w:tcPr>
            <w:tcW w:w="960" w:type="dxa"/>
            <w:noWrap/>
            <w:hideMark/>
          </w:tcPr>
          <w:p w14:paraId="6B417B5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0.765961</w:t>
            </w:r>
          </w:p>
        </w:tc>
        <w:tc>
          <w:tcPr>
            <w:tcW w:w="960" w:type="dxa"/>
            <w:noWrap/>
            <w:hideMark/>
          </w:tcPr>
          <w:p w14:paraId="4A256F2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0.065792</w:t>
            </w:r>
          </w:p>
        </w:tc>
        <w:tc>
          <w:tcPr>
            <w:tcW w:w="960" w:type="dxa"/>
            <w:noWrap/>
            <w:hideMark/>
          </w:tcPr>
          <w:p w14:paraId="19260E0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-0.17458</w:t>
            </w:r>
          </w:p>
        </w:tc>
        <w:tc>
          <w:tcPr>
            <w:tcW w:w="960" w:type="dxa"/>
            <w:noWrap/>
            <w:hideMark/>
          </w:tcPr>
          <w:p w14:paraId="63F3DFE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0.051085</w:t>
            </w:r>
          </w:p>
        </w:tc>
        <w:tc>
          <w:tcPr>
            <w:tcW w:w="960" w:type="dxa"/>
            <w:noWrap/>
            <w:hideMark/>
          </w:tcPr>
          <w:p w14:paraId="1DE0985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-0.04162</w:t>
            </w:r>
          </w:p>
        </w:tc>
        <w:tc>
          <w:tcPr>
            <w:tcW w:w="960" w:type="dxa"/>
            <w:noWrap/>
            <w:hideMark/>
          </w:tcPr>
          <w:p w14:paraId="4C407CF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0.00294</w:t>
            </w:r>
          </w:p>
        </w:tc>
        <w:tc>
          <w:tcPr>
            <w:tcW w:w="960" w:type="dxa"/>
            <w:noWrap/>
            <w:hideMark/>
          </w:tcPr>
          <w:p w14:paraId="6107279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997" w:type="dxa"/>
            <w:noWrap/>
            <w:hideMark/>
          </w:tcPr>
          <w:p w14:paraId="6A876CA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I2_L2_N2</w:t>
            </w:r>
          </w:p>
        </w:tc>
      </w:tr>
      <w:tr w:rsidR="00050876" w:rsidRPr="00050876" w14:paraId="1518C936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27F3435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-2.1773</w:t>
            </w:r>
          </w:p>
        </w:tc>
        <w:tc>
          <w:tcPr>
            <w:tcW w:w="960" w:type="dxa"/>
            <w:noWrap/>
            <w:hideMark/>
          </w:tcPr>
          <w:p w14:paraId="3A6B526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0.81451</w:t>
            </w:r>
          </w:p>
        </w:tc>
        <w:tc>
          <w:tcPr>
            <w:tcW w:w="960" w:type="dxa"/>
            <w:noWrap/>
            <w:hideMark/>
          </w:tcPr>
          <w:p w14:paraId="4245CFB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-0.00135</w:t>
            </w:r>
          </w:p>
        </w:tc>
        <w:tc>
          <w:tcPr>
            <w:tcW w:w="960" w:type="dxa"/>
            <w:noWrap/>
            <w:hideMark/>
          </w:tcPr>
          <w:p w14:paraId="0B3DF76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-0.10139</w:t>
            </w:r>
          </w:p>
        </w:tc>
        <w:tc>
          <w:tcPr>
            <w:tcW w:w="960" w:type="dxa"/>
            <w:noWrap/>
            <w:hideMark/>
          </w:tcPr>
          <w:p w14:paraId="6348B0B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0.1111</w:t>
            </w:r>
          </w:p>
        </w:tc>
        <w:tc>
          <w:tcPr>
            <w:tcW w:w="960" w:type="dxa"/>
            <w:noWrap/>
            <w:hideMark/>
          </w:tcPr>
          <w:p w14:paraId="76B019D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0.025657</w:t>
            </w:r>
          </w:p>
        </w:tc>
        <w:tc>
          <w:tcPr>
            <w:tcW w:w="960" w:type="dxa"/>
            <w:noWrap/>
            <w:hideMark/>
          </w:tcPr>
          <w:p w14:paraId="5CDC6A9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0.001245</w:t>
            </w:r>
          </w:p>
        </w:tc>
        <w:tc>
          <w:tcPr>
            <w:tcW w:w="960" w:type="dxa"/>
            <w:noWrap/>
            <w:hideMark/>
          </w:tcPr>
          <w:p w14:paraId="0EF28EF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997" w:type="dxa"/>
            <w:noWrap/>
            <w:hideMark/>
          </w:tcPr>
          <w:p w14:paraId="0A630DE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I3_L1_N1</w:t>
            </w:r>
          </w:p>
        </w:tc>
      </w:tr>
      <w:tr w:rsidR="00050876" w:rsidRPr="00050876" w14:paraId="3A4D9ED8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72EBC6E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-2.4119</w:t>
            </w:r>
          </w:p>
        </w:tc>
        <w:tc>
          <w:tcPr>
            <w:tcW w:w="960" w:type="dxa"/>
            <w:noWrap/>
            <w:hideMark/>
          </w:tcPr>
          <w:p w14:paraId="5A396A4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0.77921</w:t>
            </w:r>
          </w:p>
        </w:tc>
        <w:tc>
          <w:tcPr>
            <w:tcW w:w="960" w:type="dxa"/>
            <w:noWrap/>
            <w:hideMark/>
          </w:tcPr>
          <w:p w14:paraId="67AFC73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0.012707</w:t>
            </w:r>
          </w:p>
        </w:tc>
        <w:tc>
          <w:tcPr>
            <w:tcW w:w="960" w:type="dxa"/>
            <w:noWrap/>
            <w:hideMark/>
          </w:tcPr>
          <w:p w14:paraId="5D7B62F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-0.10018</w:t>
            </w:r>
          </w:p>
        </w:tc>
        <w:tc>
          <w:tcPr>
            <w:tcW w:w="960" w:type="dxa"/>
            <w:noWrap/>
            <w:hideMark/>
          </w:tcPr>
          <w:p w14:paraId="6191C9C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0.108681</w:t>
            </w:r>
          </w:p>
        </w:tc>
        <w:tc>
          <w:tcPr>
            <w:tcW w:w="960" w:type="dxa"/>
            <w:noWrap/>
            <w:hideMark/>
          </w:tcPr>
          <w:p w14:paraId="30F765E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0.018591</w:t>
            </w:r>
          </w:p>
        </w:tc>
        <w:tc>
          <w:tcPr>
            <w:tcW w:w="960" w:type="dxa"/>
            <w:noWrap/>
            <w:hideMark/>
          </w:tcPr>
          <w:p w14:paraId="1E0E5EF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-0.0005</w:t>
            </w:r>
          </w:p>
        </w:tc>
        <w:tc>
          <w:tcPr>
            <w:tcW w:w="960" w:type="dxa"/>
            <w:noWrap/>
            <w:hideMark/>
          </w:tcPr>
          <w:p w14:paraId="285DD4B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997" w:type="dxa"/>
            <w:noWrap/>
            <w:hideMark/>
          </w:tcPr>
          <w:p w14:paraId="32B73A8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I3_L1_N1</w:t>
            </w:r>
          </w:p>
        </w:tc>
      </w:tr>
      <w:tr w:rsidR="00050876" w:rsidRPr="00050876" w14:paraId="4E8071FA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4ED38EB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-2.6465</w:t>
            </w:r>
          </w:p>
        </w:tc>
        <w:tc>
          <w:tcPr>
            <w:tcW w:w="960" w:type="dxa"/>
            <w:noWrap/>
            <w:hideMark/>
          </w:tcPr>
          <w:p w14:paraId="2517294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0.74391</w:t>
            </w:r>
          </w:p>
        </w:tc>
        <w:tc>
          <w:tcPr>
            <w:tcW w:w="960" w:type="dxa"/>
            <w:noWrap/>
            <w:hideMark/>
          </w:tcPr>
          <w:p w14:paraId="049722A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0.026762</w:t>
            </w:r>
          </w:p>
        </w:tc>
        <w:tc>
          <w:tcPr>
            <w:tcW w:w="960" w:type="dxa"/>
            <w:noWrap/>
            <w:hideMark/>
          </w:tcPr>
          <w:p w14:paraId="3518E0F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-0.09897</w:t>
            </w:r>
          </w:p>
        </w:tc>
        <w:tc>
          <w:tcPr>
            <w:tcW w:w="960" w:type="dxa"/>
            <w:noWrap/>
            <w:hideMark/>
          </w:tcPr>
          <w:p w14:paraId="167B597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0.106262</w:t>
            </w:r>
          </w:p>
        </w:tc>
        <w:tc>
          <w:tcPr>
            <w:tcW w:w="960" w:type="dxa"/>
            <w:noWrap/>
            <w:hideMark/>
          </w:tcPr>
          <w:p w14:paraId="15232B9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0.011525</w:t>
            </w:r>
          </w:p>
        </w:tc>
        <w:tc>
          <w:tcPr>
            <w:tcW w:w="960" w:type="dxa"/>
            <w:noWrap/>
            <w:hideMark/>
          </w:tcPr>
          <w:p w14:paraId="014C8DD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-0.00225</w:t>
            </w:r>
          </w:p>
        </w:tc>
        <w:tc>
          <w:tcPr>
            <w:tcW w:w="960" w:type="dxa"/>
            <w:noWrap/>
            <w:hideMark/>
          </w:tcPr>
          <w:p w14:paraId="70EA0AE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997" w:type="dxa"/>
            <w:noWrap/>
            <w:hideMark/>
          </w:tcPr>
          <w:p w14:paraId="5DB0462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I3_L1_N1</w:t>
            </w:r>
          </w:p>
        </w:tc>
      </w:tr>
      <w:tr w:rsidR="00050876" w:rsidRPr="00050876" w14:paraId="22338E40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30A170E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-2.86755</w:t>
            </w:r>
          </w:p>
        </w:tc>
        <w:tc>
          <w:tcPr>
            <w:tcW w:w="960" w:type="dxa"/>
            <w:noWrap/>
            <w:hideMark/>
          </w:tcPr>
          <w:p w14:paraId="3C75ACD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0.762328</w:t>
            </w:r>
          </w:p>
        </w:tc>
        <w:tc>
          <w:tcPr>
            <w:tcW w:w="960" w:type="dxa"/>
            <w:noWrap/>
            <w:hideMark/>
          </w:tcPr>
          <w:p w14:paraId="0974297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0.057439</w:t>
            </w:r>
          </w:p>
        </w:tc>
        <w:tc>
          <w:tcPr>
            <w:tcW w:w="960" w:type="dxa"/>
            <w:noWrap/>
            <w:hideMark/>
          </w:tcPr>
          <w:p w14:paraId="48679C0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-0.02432</w:t>
            </w:r>
          </w:p>
        </w:tc>
        <w:tc>
          <w:tcPr>
            <w:tcW w:w="960" w:type="dxa"/>
            <w:noWrap/>
            <w:hideMark/>
          </w:tcPr>
          <w:p w14:paraId="49D8FA8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0.12602</w:t>
            </w:r>
          </w:p>
        </w:tc>
        <w:tc>
          <w:tcPr>
            <w:tcW w:w="960" w:type="dxa"/>
            <w:noWrap/>
            <w:hideMark/>
          </w:tcPr>
          <w:p w14:paraId="240EF16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0.014678</w:t>
            </w:r>
          </w:p>
        </w:tc>
        <w:tc>
          <w:tcPr>
            <w:tcW w:w="960" w:type="dxa"/>
            <w:noWrap/>
            <w:hideMark/>
          </w:tcPr>
          <w:p w14:paraId="6C50657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-0.00315</w:t>
            </w:r>
          </w:p>
        </w:tc>
        <w:tc>
          <w:tcPr>
            <w:tcW w:w="960" w:type="dxa"/>
            <w:noWrap/>
            <w:hideMark/>
          </w:tcPr>
          <w:p w14:paraId="63509C8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997" w:type="dxa"/>
            <w:noWrap/>
            <w:hideMark/>
          </w:tcPr>
          <w:p w14:paraId="2690F5D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I3_L1_N2</w:t>
            </w:r>
          </w:p>
        </w:tc>
      </w:tr>
      <w:tr w:rsidR="00050876" w:rsidRPr="00050876" w14:paraId="5F720837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2EE4E4A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-3.06391</w:t>
            </w:r>
          </w:p>
        </w:tc>
        <w:tc>
          <w:tcPr>
            <w:tcW w:w="960" w:type="dxa"/>
            <w:noWrap/>
            <w:hideMark/>
          </w:tcPr>
          <w:p w14:paraId="1E238A8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0.744322</w:t>
            </w:r>
          </w:p>
        </w:tc>
        <w:tc>
          <w:tcPr>
            <w:tcW w:w="960" w:type="dxa"/>
            <w:noWrap/>
            <w:hideMark/>
          </w:tcPr>
          <w:p w14:paraId="5485D33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0.065265</w:t>
            </w:r>
          </w:p>
        </w:tc>
        <w:tc>
          <w:tcPr>
            <w:tcW w:w="960" w:type="dxa"/>
            <w:noWrap/>
            <w:hideMark/>
          </w:tcPr>
          <w:p w14:paraId="2D0539C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0.028067</w:t>
            </w:r>
          </w:p>
        </w:tc>
        <w:tc>
          <w:tcPr>
            <w:tcW w:w="960" w:type="dxa"/>
            <w:noWrap/>
            <w:hideMark/>
          </w:tcPr>
          <w:p w14:paraId="3C865BB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0.114194</w:t>
            </w:r>
          </w:p>
        </w:tc>
        <w:tc>
          <w:tcPr>
            <w:tcW w:w="960" w:type="dxa"/>
            <w:noWrap/>
            <w:hideMark/>
          </w:tcPr>
          <w:p w14:paraId="097A305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-0.00758</w:t>
            </w:r>
          </w:p>
        </w:tc>
        <w:tc>
          <w:tcPr>
            <w:tcW w:w="960" w:type="dxa"/>
            <w:noWrap/>
            <w:hideMark/>
          </w:tcPr>
          <w:p w14:paraId="2F9D227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-0.00402</w:t>
            </w:r>
          </w:p>
        </w:tc>
        <w:tc>
          <w:tcPr>
            <w:tcW w:w="960" w:type="dxa"/>
            <w:noWrap/>
            <w:hideMark/>
          </w:tcPr>
          <w:p w14:paraId="3A3F22A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997" w:type="dxa"/>
            <w:noWrap/>
            <w:hideMark/>
          </w:tcPr>
          <w:p w14:paraId="2321B6E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I3_L1_N2</w:t>
            </w:r>
          </w:p>
        </w:tc>
      </w:tr>
      <w:tr w:rsidR="00050876" w:rsidRPr="00050876" w14:paraId="1E1618E2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34B2197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lastRenderedPageBreak/>
              <w:t>-3.19094</w:t>
            </w:r>
          </w:p>
        </w:tc>
        <w:tc>
          <w:tcPr>
            <w:tcW w:w="960" w:type="dxa"/>
            <w:noWrap/>
            <w:hideMark/>
          </w:tcPr>
          <w:p w14:paraId="2F8700B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0.61491</w:t>
            </w:r>
          </w:p>
        </w:tc>
        <w:tc>
          <w:tcPr>
            <w:tcW w:w="960" w:type="dxa"/>
            <w:noWrap/>
            <w:hideMark/>
          </w:tcPr>
          <w:p w14:paraId="6933E95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0.005316</w:t>
            </w:r>
          </w:p>
        </w:tc>
        <w:tc>
          <w:tcPr>
            <w:tcW w:w="960" w:type="dxa"/>
            <w:noWrap/>
            <w:hideMark/>
          </w:tcPr>
          <w:p w14:paraId="078C700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0.007335</w:t>
            </w:r>
          </w:p>
        </w:tc>
        <w:tc>
          <w:tcPr>
            <w:tcW w:w="960" w:type="dxa"/>
            <w:noWrap/>
            <w:hideMark/>
          </w:tcPr>
          <w:p w14:paraId="31B35F5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0.008789</w:t>
            </w:r>
          </w:p>
        </w:tc>
        <w:tc>
          <w:tcPr>
            <w:tcW w:w="960" w:type="dxa"/>
            <w:noWrap/>
            <w:hideMark/>
          </w:tcPr>
          <w:p w14:paraId="495D646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-0.10421</w:t>
            </w:r>
          </w:p>
        </w:tc>
        <w:tc>
          <w:tcPr>
            <w:tcW w:w="960" w:type="dxa"/>
            <w:noWrap/>
            <w:hideMark/>
          </w:tcPr>
          <w:p w14:paraId="1EE2589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0.003718</w:t>
            </w:r>
          </w:p>
        </w:tc>
        <w:tc>
          <w:tcPr>
            <w:tcW w:w="960" w:type="dxa"/>
            <w:noWrap/>
            <w:hideMark/>
          </w:tcPr>
          <w:p w14:paraId="6C6CFB5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997" w:type="dxa"/>
            <w:noWrap/>
            <w:hideMark/>
          </w:tcPr>
          <w:p w14:paraId="2BF2D65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I3_L1_N2</w:t>
            </w:r>
          </w:p>
        </w:tc>
      </w:tr>
      <w:tr w:rsidR="00050876" w:rsidRPr="00050876" w14:paraId="2B29EC63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50C555F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-3.39872</w:t>
            </w:r>
          </w:p>
        </w:tc>
        <w:tc>
          <w:tcPr>
            <w:tcW w:w="960" w:type="dxa"/>
            <w:noWrap/>
            <w:hideMark/>
          </w:tcPr>
          <w:p w14:paraId="3D7ECF1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0.61376</w:t>
            </w:r>
          </w:p>
        </w:tc>
        <w:tc>
          <w:tcPr>
            <w:tcW w:w="960" w:type="dxa"/>
            <w:noWrap/>
            <w:hideMark/>
          </w:tcPr>
          <w:p w14:paraId="44DBD60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0.031555</w:t>
            </w:r>
          </w:p>
        </w:tc>
        <w:tc>
          <w:tcPr>
            <w:tcW w:w="960" w:type="dxa"/>
            <w:noWrap/>
            <w:hideMark/>
          </w:tcPr>
          <w:p w14:paraId="40AEFCF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0.085965</w:t>
            </w:r>
          </w:p>
        </w:tc>
        <w:tc>
          <w:tcPr>
            <w:tcW w:w="960" w:type="dxa"/>
            <w:noWrap/>
            <w:hideMark/>
          </w:tcPr>
          <w:p w14:paraId="142ABC6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0.052756</w:t>
            </w:r>
          </w:p>
        </w:tc>
        <w:tc>
          <w:tcPr>
            <w:tcW w:w="960" w:type="dxa"/>
            <w:noWrap/>
            <w:hideMark/>
          </w:tcPr>
          <w:p w14:paraId="468AE29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-0.0897</w:t>
            </w:r>
          </w:p>
        </w:tc>
        <w:tc>
          <w:tcPr>
            <w:tcW w:w="960" w:type="dxa"/>
            <w:noWrap/>
            <w:hideMark/>
          </w:tcPr>
          <w:p w14:paraId="5923512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0.002791</w:t>
            </w:r>
          </w:p>
        </w:tc>
        <w:tc>
          <w:tcPr>
            <w:tcW w:w="960" w:type="dxa"/>
            <w:noWrap/>
            <w:hideMark/>
          </w:tcPr>
          <w:p w14:paraId="3AEE56D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997" w:type="dxa"/>
            <w:noWrap/>
            <w:hideMark/>
          </w:tcPr>
          <w:p w14:paraId="6487072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I3_L2_N1</w:t>
            </w:r>
          </w:p>
        </w:tc>
      </w:tr>
      <w:tr w:rsidR="00050876" w:rsidRPr="00050876" w14:paraId="21344BA0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025E528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-3.58181</w:t>
            </w:r>
          </w:p>
        </w:tc>
        <w:tc>
          <w:tcPr>
            <w:tcW w:w="960" w:type="dxa"/>
            <w:noWrap/>
            <w:hideMark/>
          </w:tcPr>
          <w:p w14:paraId="7791DB1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0.576187</w:t>
            </w:r>
          </w:p>
        </w:tc>
        <w:tc>
          <w:tcPr>
            <w:tcW w:w="960" w:type="dxa"/>
            <w:noWrap/>
            <w:hideMark/>
          </w:tcPr>
          <w:p w14:paraId="318EE27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0.034943</w:t>
            </w:r>
          </w:p>
        </w:tc>
        <w:tc>
          <w:tcPr>
            <w:tcW w:w="960" w:type="dxa"/>
            <w:noWrap/>
            <w:hideMark/>
          </w:tcPr>
          <w:p w14:paraId="5192C95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0.142328</w:t>
            </w:r>
          </w:p>
        </w:tc>
        <w:tc>
          <w:tcPr>
            <w:tcW w:w="960" w:type="dxa"/>
            <w:noWrap/>
            <w:hideMark/>
          </w:tcPr>
          <w:p w14:paraId="074408B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0.065139</w:t>
            </w:r>
          </w:p>
        </w:tc>
        <w:tc>
          <w:tcPr>
            <w:tcW w:w="960" w:type="dxa"/>
            <w:noWrap/>
            <w:hideMark/>
          </w:tcPr>
          <w:p w14:paraId="580E5D9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-0.10061</w:t>
            </w:r>
          </w:p>
        </w:tc>
        <w:tc>
          <w:tcPr>
            <w:tcW w:w="960" w:type="dxa"/>
            <w:noWrap/>
            <w:hideMark/>
          </w:tcPr>
          <w:p w14:paraId="3A2879C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0.0019</w:t>
            </w:r>
          </w:p>
        </w:tc>
        <w:tc>
          <w:tcPr>
            <w:tcW w:w="960" w:type="dxa"/>
            <w:noWrap/>
            <w:hideMark/>
          </w:tcPr>
          <w:p w14:paraId="3DD411D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997" w:type="dxa"/>
            <w:noWrap/>
            <w:hideMark/>
          </w:tcPr>
          <w:p w14:paraId="0BBE5E4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I3_L2_N1</w:t>
            </w:r>
          </w:p>
        </w:tc>
      </w:tr>
      <w:tr w:rsidR="00050876" w:rsidRPr="00050876" w14:paraId="10155AFA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6E45ED9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-3.7649</w:t>
            </w:r>
          </w:p>
        </w:tc>
        <w:tc>
          <w:tcPr>
            <w:tcW w:w="960" w:type="dxa"/>
            <w:noWrap/>
            <w:hideMark/>
          </w:tcPr>
          <w:p w14:paraId="0BB7FFF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0.538614</w:t>
            </w:r>
          </w:p>
        </w:tc>
        <w:tc>
          <w:tcPr>
            <w:tcW w:w="960" w:type="dxa"/>
            <w:noWrap/>
            <w:hideMark/>
          </w:tcPr>
          <w:p w14:paraId="2CE2647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0.038332</w:t>
            </w:r>
          </w:p>
        </w:tc>
        <w:tc>
          <w:tcPr>
            <w:tcW w:w="960" w:type="dxa"/>
            <w:noWrap/>
            <w:hideMark/>
          </w:tcPr>
          <w:p w14:paraId="04341D1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0.198691</w:t>
            </w:r>
          </w:p>
        </w:tc>
        <w:tc>
          <w:tcPr>
            <w:tcW w:w="960" w:type="dxa"/>
            <w:noWrap/>
            <w:hideMark/>
          </w:tcPr>
          <w:p w14:paraId="5E4DC81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0.077522</w:t>
            </w:r>
          </w:p>
        </w:tc>
        <w:tc>
          <w:tcPr>
            <w:tcW w:w="960" w:type="dxa"/>
            <w:noWrap/>
            <w:hideMark/>
          </w:tcPr>
          <w:p w14:paraId="6902CD8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-0.11152</w:t>
            </w:r>
          </w:p>
        </w:tc>
        <w:tc>
          <w:tcPr>
            <w:tcW w:w="960" w:type="dxa"/>
            <w:noWrap/>
            <w:hideMark/>
          </w:tcPr>
          <w:p w14:paraId="2B94DCA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0.00101</w:t>
            </w:r>
          </w:p>
        </w:tc>
        <w:tc>
          <w:tcPr>
            <w:tcW w:w="960" w:type="dxa"/>
            <w:noWrap/>
            <w:hideMark/>
          </w:tcPr>
          <w:p w14:paraId="08E226F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997" w:type="dxa"/>
            <w:noWrap/>
            <w:hideMark/>
          </w:tcPr>
          <w:p w14:paraId="66FCECC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I3_L2_N1</w:t>
            </w:r>
          </w:p>
        </w:tc>
      </w:tr>
      <w:tr w:rsidR="00050876" w:rsidRPr="00050876" w14:paraId="3A30DBD8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1E4FEEE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-3.91512</w:t>
            </w:r>
          </w:p>
        </w:tc>
        <w:tc>
          <w:tcPr>
            <w:tcW w:w="960" w:type="dxa"/>
            <w:noWrap/>
            <w:hideMark/>
          </w:tcPr>
          <w:p w14:paraId="7B8C013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0.493838</w:t>
            </w:r>
          </w:p>
        </w:tc>
        <w:tc>
          <w:tcPr>
            <w:tcW w:w="960" w:type="dxa"/>
            <w:noWrap/>
            <w:hideMark/>
          </w:tcPr>
          <w:p w14:paraId="4517356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0.02797</w:t>
            </w:r>
          </w:p>
        </w:tc>
        <w:tc>
          <w:tcPr>
            <w:tcW w:w="960" w:type="dxa"/>
            <w:noWrap/>
            <w:hideMark/>
          </w:tcPr>
          <w:p w14:paraId="26699B7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0.233005</w:t>
            </w:r>
          </w:p>
        </w:tc>
        <w:tc>
          <w:tcPr>
            <w:tcW w:w="960" w:type="dxa"/>
            <w:noWrap/>
            <w:hideMark/>
          </w:tcPr>
          <w:p w14:paraId="3C7D402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0.053945</w:t>
            </w:r>
          </w:p>
        </w:tc>
        <w:tc>
          <w:tcPr>
            <w:tcW w:w="960" w:type="dxa"/>
            <w:noWrap/>
            <w:hideMark/>
          </w:tcPr>
          <w:p w14:paraId="2C11F20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-0.09424</w:t>
            </w:r>
          </w:p>
        </w:tc>
        <w:tc>
          <w:tcPr>
            <w:tcW w:w="960" w:type="dxa"/>
            <w:noWrap/>
            <w:hideMark/>
          </w:tcPr>
          <w:p w14:paraId="477FC22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0.00019</w:t>
            </w:r>
          </w:p>
        </w:tc>
        <w:tc>
          <w:tcPr>
            <w:tcW w:w="960" w:type="dxa"/>
            <w:noWrap/>
            <w:hideMark/>
          </w:tcPr>
          <w:p w14:paraId="0B490FF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997" w:type="dxa"/>
            <w:noWrap/>
            <w:hideMark/>
          </w:tcPr>
          <w:p w14:paraId="0CF550F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I3_L2_N2</w:t>
            </w:r>
          </w:p>
        </w:tc>
      </w:tr>
      <w:tr w:rsidR="00050876" w:rsidRPr="00050876" w14:paraId="45906054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7F6EB07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-4.08587</w:t>
            </w:r>
          </w:p>
        </w:tc>
        <w:tc>
          <w:tcPr>
            <w:tcW w:w="960" w:type="dxa"/>
            <w:noWrap/>
            <w:hideMark/>
          </w:tcPr>
          <w:p w14:paraId="54743AD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0.438053</w:t>
            </w:r>
          </w:p>
        </w:tc>
        <w:tc>
          <w:tcPr>
            <w:tcW w:w="960" w:type="dxa"/>
            <w:noWrap/>
            <w:hideMark/>
          </w:tcPr>
          <w:p w14:paraId="0A01345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0.019933</w:t>
            </w:r>
          </w:p>
        </w:tc>
        <w:tc>
          <w:tcPr>
            <w:tcW w:w="960" w:type="dxa"/>
            <w:noWrap/>
            <w:hideMark/>
          </w:tcPr>
          <w:p w14:paraId="6B412A2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0.278235</w:t>
            </w:r>
          </w:p>
        </w:tc>
        <w:tc>
          <w:tcPr>
            <w:tcW w:w="960" w:type="dxa"/>
            <w:noWrap/>
            <w:hideMark/>
          </w:tcPr>
          <w:p w14:paraId="3DFBA18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0.050536</w:t>
            </w:r>
          </w:p>
        </w:tc>
        <w:tc>
          <w:tcPr>
            <w:tcW w:w="960" w:type="dxa"/>
            <w:noWrap/>
            <w:hideMark/>
          </w:tcPr>
          <w:p w14:paraId="797116F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-0.11785</w:t>
            </w:r>
          </w:p>
        </w:tc>
        <w:tc>
          <w:tcPr>
            <w:tcW w:w="960" w:type="dxa"/>
            <w:noWrap/>
            <w:hideMark/>
          </w:tcPr>
          <w:p w14:paraId="028A771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-0.00068</w:t>
            </w:r>
          </w:p>
        </w:tc>
        <w:tc>
          <w:tcPr>
            <w:tcW w:w="960" w:type="dxa"/>
            <w:noWrap/>
            <w:hideMark/>
          </w:tcPr>
          <w:p w14:paraId="15078F4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997" w:type="dxa"/>
            <w:noWrap/>
            <w:hideMark/>
          </w:tcPr>
          <w:p w14:paraId="5E10CCD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I3_L2_N2</w:t>
            </w:r>
          </w:p>
        </w:tc>
      </w:tr>
      <w:tr w:rsidR="00050876" w:rsidRPr="00050876" w14:paraId="2AB18D81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4ECC3DC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-4.25662</w:t>
            </w:r>
          </w:p>
        </w:tc>
        <w:tc>
          <w:tcPr>
            <w:tcW w:w="960" w:type="dxa"/>
            <w:noWrap/>
            <w:hideMark/>
          </w:tcPr>
          <w:p w14:paraId="0C6AA4C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0.382268</w:t>
            </w:r>
          </w:p>
        </w:tc>
        <w:tc>
          <w:tcPr>
            <w:tcW w:w="960" w:type="dxa"/>
            <w:noWrap/>
            <w:hideMark/>
          </w:tcPr>
          <w:p w14:paraId="72413E7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0.011896</w:t>
            </w:r>
          </w:p>
        </w:tc>
        <w:tc>
          <w:tcPr>
            <w:tcW w:w="960" w:type="dxa"/>
            <w:noWrap/>
            <w:hideMark/>
          </w:tcPr>
          <w:p w14:paraId="4C05331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0.323465</w:t>
            </w:r>
          </w:p>
        </w:tc>
        <w:tc>
          <w:tcPr>
            <w:tcW w:w="960" w:type="dxa"/>
            <w:noWrap/>
            <w:hideMark/>
          </w:tcPr>
          <w:p w14:paraId="7E85E27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0.047127</w:t>
            </w:r>
          </w:p>
        </w:tc>
        <w:tc>
          <w:tcPr>
            <w:tcW w:w="960" w:type="dxa"/>
            <w:noWrap/>
            <w:hideMark/>
          </w:tcPr>
          <w:p w14:paraId="714E5C7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-0.14146</w:t>
            </w:r>
          </w:p>
        </w:tc>
        <w:tc>
          <w:tcPr>
            <w:tcW w:w="960" w:type="dxa"/>
            <w:noWrap/>
            <w:hideMark/>
          </w:tcPr>
          <w:p w14:paraId="663DAAF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-0.00155</w:t>
            </w:r>
          </w:p>
        </w:tc>
        <w:tc>
          <w:tcPr>
            <w:tcW w:w="960" w:type="dxa"/>
            <w:noWrap/>
            <w:hideMark/>
          </w:tcPr>
          <w:p w14:paraId="66D514C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Wheat</w:t>
            </w:r>
          </w:p>
        </w:tc>
        <w:tc>
          <w:tcPr>
            <w:tcW w:w="997" w:type="dxa"/>
            <w:noWrap/>
            <w:hideMark/>
          </w:tcPr>
          <w:p w14:paraId="178A2B7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I3_L2_N2</w:t>
            </w:r>
          </w:p>
        </w:tc>
      </w:tr>
      <w:tr w:rsidR="00050876" w:rsidRPr="00050876" w14:paraId="1D9701A8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788E669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5.167428</w:t>
            </w:r>
          </w:p>
        </w:tc>
        <w:tc>
          <w:tcPr>
            <w:tcW w:w="960" w:type="dxa"/>
            <w:noWrap/>
            <w:hideMark/>
          </w:tcPr>
          <w:p w14:paraId="0A02180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-0.10058</w:t>
            </w:r>
          </w:p>
        </w:tc>
        <w:tc>
          <w:tcPr>
            <w:tcW w:w="960" w:type="dxa"/>
            <w:noWrap/>
            <w:hideMark/>
          </w:tcPr>
          <w:p w14:paraId="0D5FA8E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-0.80181</w:t>
            </w:r>
          </w:p>
        </w:tc>
        <w:tc>
          <w:tcPr>
            <w:tcW w:w="960" w:type="dxa"/>
            <w:noWrap/>
            <w:hideMark/>
          </w:tcPr>
          <w:p w14:paraId="29E00EF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0.088517</w:t>
            </w:r>
          </w:p>
        </w:tc>
        <w:tc>
          <w:tcPr>
            <w:tcW w:w="960" w:type="dxa"/>
            <w:noWrap/>
            <w:hideMark/>
          </w:tcPr>
          <w:p w14:paraId="13AA300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0.324995</w:t>
            </w:r>
          </w:p>
        </w:tc>
        <w:tc>
          <w:tcPr>
            <w:tcW w:w="960" w:type="dxa"/>
            <w:noWrap/>
            <w:hideMark/>
          </w:tcPr>
          <w:p w14:paraId="03008B4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-0.01508</w:t>
            </w:r>
          </w:p>
        </w:tc>
        <w:tc>
          <w:tcPr>
            <w:tcW w:w="960" w:type="dxa"/>
            <w:noWrap/>
            <w:hideMark/>
          </w:tcPr>
          <w:p w14:paraId="46EAFDE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0.000622</w:t>
            </w:r>
          </w:p>
        </w:tc>
        <w:tc>
          <w:tcPr>
            <w:tcW w:w="960" w:type="dxa"/>
            <w:noWrap/>
            <w:hideMark/>
          </w:tcPr>
          <w:p w14:paraId="401A5C3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997" w:type="dxa"/>
            <w:noWrap/>
            <w:hideMark/>
          </w:tcPr>
          <w:p w14:paraId="4E513CD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I1_L1_N1</w:t>
            </w:r>
          </w:p>
        </w:tc>
      </w:tr>
      <w:tr w:rsidR="00050876" w:rsidRPr="00050876" w14:paraId="03FE1DF3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45275AC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4.866435</w:t>
            </w:r>
          </w:p>
        </w:tc>
        <w:tc>
          <w:tcPr>
            <w:tcW w:w="960" w:type="dxa"/>
            <w:noWrap/>
            <w:hideMark/>
          </w:tcPr>
          <w:p w14:paraId="11D3635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-0.19686</w:t>
            </w:r>
          </w:p>
        </w:tc>
        <w:tc>
          <w:tcPr>
            <w:tcW w:w="960" w:type="dxa"/>
            <w:noWrap/>
            <w:hideMark/>
          </w:tcPr>
          <w:p w14:paraId="75968D3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-0.75454</w:t>
            </w:r>
          </w:p>
        </w:tc>
        <w:tc>
          <w:tcPr>
            <w:tcW w:w="960" w:type="dxa"/>
            <w:noWrap/>
            <w:hideMark/>
          </w:tcPr>
          <w:p w14:paraId="2BB37E6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0.152351</w:t>
            </w:r>
          </w:p>
        </w:tc>
        <w:tc>
          <w:tcPr>
            <w:tcW w:w="960" w:type="dxa"/>
            <w:noWrap/>
            <w:hideMark/>
          </w:tcPr>
          <w:p w14:paraId="2005C52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0.286271</w:t>
            </w:r>
          </w:p>
        </w:tc>
        <w:tc>
          <w:tcPr>
            <w:tcW w:w="960" w:type="dxa"/>
            <w:noWrap/>
            <w:hideMark/>
          </w:tcPr>
          <w:p w14:paraId="186A6EA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-0.03885</w:t>
            </w:r>
          </w:p>
        </w:tc>
        <w:tc>
          <w:tcPr>
            <w:tcW w:w="960" w:type="dxa"/>
            <w:noWrap/>
            <w:hideMark/>
          </w:tcPr>
          <w:p w14:paraId="4623903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-0.00112</w:t>
            </w:r>
          </w:p>
        </w:tc>
        <w:tc>
          <w:tcPr>
            <w:tcW w:w="960" w:type="dxa"/>
            <w:noWrap/>
            <w:hideMark/>
          </w:tcPr>
          <w:p w14:paraId="5D60C43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997" w:type="dxa"/>
            <w:noWrap/>
            <w:hideMark/>
          </w:tcPr>
          <w:p w14:paraId="6453F58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I1_L1_N1</w:t>
            </w:r>
          </w:p>
        </w:tc>
      </w:tr>
      <w:tr w:rsidR="00050876" w:rsidRPr="00050876" w14:paraId="7B835135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46CF9CB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4.585978</w:t>
            </w:r>
          </w:p>
        </w:tc>
        <w:tc>
          <w:tcPr>
            <w:tcW w:w="960" w:type="dxa"/>
            <w:noWrap/>
            <w:hideMark/>
          </w:tcPr>
          <w:p w14:paraId="25BBDD1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-0.28213</w:t>
            </w:r>
          </w:p>
        </w:tc>
        <w:tc>
          <w:tcPr>
            <w:tcW w:w="960" w:type="dxa"/>
            <w:noWrap/>
            <w:hideMark/>
          </w:tcPr>
          <w:p w14:paraId="331E8A1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-0.70959</w:t>
            </w:r>
          </w:p>
        </w:tc>
        <w:tc>
          <w:tcPr>
            <w:tcW w:w="960" w:type="dxa"/>
            <w:noWrap/>
            <w:hideMark/>
          </w:tcPr>
          <w:p w14:paraId="35A34A3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0.205271</w:t>
            </w:r>
          </w:p>
        </w:tc>
        <w:tc>
          <w:tcPr>
            <w:tcW w:w="960" w:type="dxa"/>
            <w:noWrap/>
            <w:hideMark/>
          </w:tcPr>
          <w:p w14:paraId="54625DD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0.227377</w:t>
            </w:r>
          </w:p>
        </w:tc>
        <w:tc>
          <w:tcPr>
            <w:tcW w:w="960" w:type="dxa"/>
            <w:noWrap/>
            <w:hideMark/>
          </w:tcPr>
          <w:p w14:paraId="5CB60C3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-0.02173</w:t>
            </w:r>
          </w:p>
        </w:tc>
        <w:tc>
          <w:tcPr>
            <w:tcW w:w="960" w:type="dxa"/>
            <w:noWrap/>
            <w:hideMark/>
          </w:tcPr>
          <w:p w14:paraId="4EFF8C6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-0.00281</w:t>
            </w:r>
          </w:p>
        </w:tc>
        <w:tc>
          <w:tcPr>
            <w:tcW w:w="960" w:type="dxa"/>
            <w:noWrap/>
            <w:hideMark/>
          </w:tcPr>
          <w:p w14:paraId="3CB9E68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997" w:type="dxa"/>
            <w:noWrap/>
            <w:hideMark/>
          </w:tcPr>
          <w:p w14:paraId="42CE32E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I1_L1_N1</w:t>
            </w:r>
          </w:p>
        </w:tc>
      </w:tr>
      <w:tr w:rsidR="00050876" w:rsidRPr="00050876" w14:paraId="13EFA069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77CF4C2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3.963879</w:t>
            </w:r>
          </w:p>
        </w:tc>
        <w:tc>
          <w:tcPr>
            <w:tcW w:w="960" w:type="dxa"/>
            <w:noWrap/>
            <w:hideMark/>
          </w:tcPr>
          <w:p w14:paraId="66AA1FC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-0.50298</w:t>
            </w:r>
          </w:p>
        </w:tc>
        <w:tc>
          <w:tcPr>
            <w:tcW w:w="960" w:type="dxa"/>
            <w:noWrap/>
            <w:hideMark/>
          </w:tcPr>
          <w:p w14:paraId="27930A5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-0.55317</w:t>
            </w:r>
          </w:p>
        </w:tc>
        <w:tc>
          <w:tcPr>
            <w:tcW w:w="960" w:type="dxa"/>
            <w:noWrap/>
            <w:hideMark/>
          </w:tcPr>
          <w:p w14:paraId="4F01542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0.319622</w:t>
            </w:r>
          </w:p>
        </w:tc>
        <w:tc>
          <w:tcPr>
            <w:tcW w:w="960" w:type="dxa"/>
            <w:noWrap/>
            <w:hideMark/>
          </w:tcPr>
          <w:p w14:paraId="0106F34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0.151806</w:t>
            </w:r>
          </w:p>
        </w:tc>
        <w:tc>
          <w:tcPr>
            <w:tcW w:w="960" w:type="dxa"/>
            <w:noWrap/>
            <w:hideMark/>
          </w:tcPr>
          <w:p w14:paraId="02AFB5B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-0.18499</w:t>
            </w:r>
          </w:p>
        </w:tc>
        <w:tc>
          <w:tcPr>
            <w:tcW w:w="960" w:type="dxa"/>
            <w:noWrap/>
            <w:hideMark/>
          </w:tcPr>
          <w:p w14:paraId="29DB464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0.002074</w:t>
            </w:r>
          </w:p>
        </w:tc>
        <w:tc>
          <w:tcPr>
            <w:tcW w:w="960" w:type="dxa"/>
            <w:noWrap/>
            <w:hideMark/>
          </w:tcPr>
          <w:p w14:paraId="5C23455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997" w:type="dxa"/>
            <w:noWrap/>
            <w:hideMark/>
          </w:tcPr>
          <w:p w14:paraId="50276F8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I1_L1_N2</w:t>
            </w:r>
          </w:p>
        </w:tc>
      </w:tr>
      <w:tr w:rsidR="00050876" w:rsidRPr="00050876" w14:paraId="5E8C4688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6AE99F5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3.676787</w:t>
            </w:r>
          </w:p>
        </w:tc>
        <w:tc>
          <w:tcPr>
            <w:tcW w:w="960" w:type="dxa"/>
            <w:noWrap/>
            <w:hideMark/>
          </w:tcPr>
          <w:p w14:paraId="1F933D4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-0.57847</w:t>
            </w:r>
          </w:p>
        </w:tc>
        <w:tc>
          <w:tcPr>
            <w:tcW w:w="960" w:type="dxa"/>
            <w:noWrap/>
            <w:hideMark/>
          </w:tcPr>
          <w:p w14:paraId="6EA290C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-0.50601</w:t>
            </w:r>
          </w:p>
        </w:tc>
        <w:tc>
          <w:tcPr>
            <w:tcW w:w="960" w:type="dxa"/>
            <w:noWrap/>
            <w:hideMark/>
          </w:tcPr>
          <w:p w14:paraId="6D980C4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0.370553</w:t>
            </w:r>
          </w:p>
        </w:tc>
        <w:tc>
          <w:tcPr>
            <w:tcW w:w="960" w:type="dxa"/>
            <w:noWrap/>
            <w:hideMark/>
          </w:tcPr>
          <w:p w14:paraId="7D1C342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0.080808</w:t>
            </w:r>
          </w:p>
        </w:tc>
        <w:tc>
          <w:tcPr>
            <w:tcW w:w="960" w:type="dxa"/>
            <w:noWrap/>
            <w:hideMark/>
          </w:tcPr>
          <w:p w14:paraId="3E09516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-0.17355</w:t>
            </w:r>
          </w:p>
        </w:tc>
        <w:tc>
          <w:tcPr>
            <w:tcW w:w="960" w:type="dxa"/>
            <w:noWrap/>
            <w:hideMark/>
          </w:tcPr>
          <w:p w14:paraId="068392F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0.000397</w:t>
            </w:r>
          </w:p>
        </w:tc>
        <w:tc>
          <w:tcPr>
            <w:tcW w:w="960" w:type="dxa"/>
            <w:noWrap/>
            <w:hideMark/>
          </w:tcPr>
          <w:p w14:paraId="00A8CA7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997" w:type="dxa"/>
            <w:noWrap/>
            <w:hideMark/>
          </w:tcPr>
          <w:p w14:paraId="666C29C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I1_L1_N2</w:t>
            </w:r>
          </w:p>
        </w:tc>
      </w:tr>
      <w:tr w:rsidR="00050876" w:rsidRPr="00050876" w14:paraId="35F488B3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467AC96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3.389694</w:t>
            </w:r>
          </w:p>
        </w:tc>
        <w:tc>
          <w:tcPr>
            <w:tcW w:w="960" w:type="dxa"/>
            <w:noWrap/>
            <w:hideMark/>
          </w:tcPr>
          <w:p w14:paraId="6F8CD01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-0.65396</w:t>
            </w:r>
          </w:p>
        </w:tc>
        <w:tc>
          <w:tcPr>
            <w:tcW w:w="960" w:type="dxa"/>
            <w:noWrap/>
            <w:hideMark/>
          </w:tcPr>
          <w:p w14:paraId="0817657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-0.45884</w:t>
            </w:r>
          </w:p>
        </w:tc>
        <w:tc>
          <w:tcPr>
            <w:tcW w:w="960" w:type="dxa"/>
            <w:noWrap/>
            <w:hideMark/>
          </w:tcPr>
          <w:p w14:paraId="049B28F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0.421483</w:t>
            </w:r>
          </w:p>
        </w:tc>
        <w:tc>
          <w:tcPr>
            <w:tcW w:w="960" w:type="dxa"/>
            <w:noWrap/>
            <w:hideMark/>
          </w:tcPr>
          <w:p w14:paraId="4F7F7D2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0.00981</w:t>
            </w:r>
          </w:p>
        </w:tc>
        <w:tc>
          <w:tcPr>
            <w:tcW w:w="960" w:type="dxa"/>
            <w:noWrap/>
            <w:hideMark/>
          </w:tcPr>
          <w:p w14:paraId="68F1DAF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-0.16211</w:t>
            </w:r>
          </w:p>
        </w:tc>
        <w:tc>
          <w:tcPr>
            <w:tcW w:w="960" w:type="dxa"/>
            <w:noWrap/>
            <w:hideMark/>
          </w:tcPr>
          <w:p w14:paraId="216A621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-0.00128</w:t>
            </w:r>
          </w:p>
        </w:tc>
        <w:tc>
          <w:tcPr>
            <w:tcW w:w="960" w:type="dxa"/>
            <w:noWrap/>
            <w:hideMark/>
          </w:tcPr>
          <w:p w14:paraId="0940F75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997" w:type="dxa"/>
            <w:noWrap/>
            <w:hideMark/>
          </w:tcPr>
          <w:p w14:paraId="1C5CFA2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I1_L1_N2</w:t>
            </w:r>
          </w:p>
        </w:tc>
      </w:tr>
      <w:tr w:rsidR="00050876" w:rsidRPr="00050876" w14:paraId="40C85887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012D042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2.818082</w:t>
            </w:r>
          </w:p>
        </w:tc>
        <w:tc>
          <w:tcPr>
            <w:tcW w:w="960" w:type="dxa"/>
            <w:noWrap/>
            <w:hideMark/>
          </w:tcPr>
          <w:p w14:paraId="3705572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-0.5627</w:t>
            </w:r>
          </w:p>
        </w:tc>
        <w:tc>
          <w:tcPr>
            <w:tcW w:w="960" w:type="dxa"/>
            <w:noWrap/>
            <w:hideMark/>
          </w:tcPr>
          <w:p w14:paraId="62ED978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-0.61934</w:t>
            </w:r>
          </w:p>
        </w:tc>
        <w:tc>
          <w:tcPr>
            <w:tcW w:w="960" w:type="dxa"/>
            <w:noWrap/>
            <w:hideMark/>
          </w:tcPr>
          <w:p w14:paraId="4FDC422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-0.20352</w:t>
            </w:r>
          </w:p>
        </w:tc>
        <w:tc>
          <w:tcPr>
            <w:tcW w:w="960" w:type="dxa"/>
            <w:noWrap/>
            <w:hideMark/>
          </w:tcPr>
          <w:p w14:paraId="4FE3DAD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0.237303</w:t>
            </w:r>
          </w:p>
        </w:tc>
        <w:tc>
          <w:tcPr>
            <w:tcW w:w="960" w:type="dxa"/>
            <w:noWrap/>
            <w:hideMark/>
          </w:tcPr>
          <w:p w14:paraId="73504FA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0.103809</w:t>
            </w:r>
          </w:p>
        </w:tc>
        <w:tc>
          <w:tcPr>
            <w:tcW w:w="960" w:type="dxa"/>
            <w:noWrap/>
            <w:hideMark/>
          </w:tcPr>
          <w:p w14:paraId="6B0CFE8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-0.00324</w:t>
            </w:r>
          </w:p>
        </w:tc>
        <w:tc>
          <w:tcPr>
            <w:tcW w:w="960" w:type="dxa"/>
            <w:noWrap/>
            <w:hideMark/>
          </w:tcPr>
          <w:p w14:paraId="6C8C7B4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997" w:type="dxa"/>
            <w:noWrap/>
            <w:hideMark/>
          </w:tcPr>
          <w:p w14:paraId="6462E3C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I1_L2_N1</w:t>
            </w:r>
          </w:p>
        </w:tc>
      </w:tr>
      <w:tr w:rsidR="00050876" w:rsidRPr="00050876" w14:paraId="3FB61C15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60F8FEB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2.505734</w:t>
            </w:r>
          </w:p>
        </w:tc>
        <w:tc>
          <w:tcPr>
            <w:tcW w:w="960" w:type="dxa"/>
            <w:noWrap/>
            <w:hideMark/>
          </w:tcPr>
          <w:p w14:paraId="4B50C43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-0.65133</w:t>
            </w:r>
          </w:p>
        </w:tc>
        <w:tc>
          <w:tcPr>
            <w:tcW w:w="960" w:type="dxa"/>
            <w:noWrap/>
            <w:hideMark/>
          </w:tcPr>
          <w:p w14:paraId="748456F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-0.56908</w:t>
            </w:r>
          </w:p>
        </w:tc>
        <w:tc>
          <w:tcPr>
            <w:tcW w:w="960" w:type="dxa"/>
            <w:noWrap/>
            <w:hideMark/>
          </w:tcPr>
          <w:p w14:paraId="1409D5B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-0.14799</w:t>
            </w:r>
          </w:p>
        </w:tc>
        <w:tc>
          <w:tcPr>
            <w:tcW w:w="960" w:type="dxa"/>
            <w:noWrap/>
            <w:hideMark/>
          </w:tcPr>
          <w:p w14:paraId="5857C08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0.187647</w:t>
            </w:r>
          </w:p>
        </w:tc>
        <w:tc>
          <w:tcPr>
            <w:tcW w:w="960" w:type="dxa"/>
            <w:noWrap/>
            <w:hideMark/>
          </w:tcPr>
          <w:p w14:paraId="398254C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0.076234</w:t>
            </w:r>
          </w:p>
        </w:tc>
        <w:tc>
          <w:tcPr>
            <w:tcW w:w="960" w:type="dxa"/>
            <w:noWrap/>
            <w:hideMark/>
          </w:tcPr>
          <w:p w14:paraId="57FB770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0.003528</w:t>
            </w:r>
          </w:p>
        </w:tc>
        <w:tc>
          <w:tcPr>
            <w:tcW w:w="960" w:type="dxa"/>
            <w:noWrap/>
            <w:hideMark/>
          </w:tcPr>
          <w:p w14:paraId="65119FA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997" w:type="dxa"/>
            <w:noWrap/>
            <w:hideMark/>
          </w:tcPr>
          <w:p w14:paraId="7027BE2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I1_L2_N1</w:t>
            </w:r>
          </w:p>
        </w:tc>
      </w:tr>
      <w:tr w:rsidR="00050876" w:rsidRPr="00050876" w14:paraId="44609432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486023A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lastRenderedPageBreak/>
              <w:t>2.218641</w:t>
            </w:r>
          </w:p>
        </w:tc>
        <w:tc>
          <w:tcPr>
            <w:tcW w:w="960" w:type="dxa"/>
            <w:noWrap/>
            <w:hideMark/>
          </w:tcPr>
          <w:p w14:paraId="2B4579B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-0.72682</w:t>
            </w:r>
          </w:p>
        </w:tc>
        <w:tc>
          <w:tcPr>
            <w:tcW w:w="960" w:type="dxa"/>
            <w:noWrap/>
            <w:hideMark/>
          </w:tcPr>
          <w:p w14:paraId="235B417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-0.52192</w:t>
            </w:r>
          </w:p>
        </w:tc>
        <w:tc>
          <w:tcPr>
            <w:tcW w:w="960" w:type="dxa"/>
            <w:noWrap/>
            <w:hideMark/>
          </w:tcPr>
          <w:p w14:paraId="7EEB3FD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-0.09706</w:t>
            </w:r>
          </w:p>
        </w:tc>
        <w:tc>
          <w:tcPr>
            <w:tcW w:w="960" w:type="dxa"/>
            <w:noWrap/>
            <w:hideMark/>
          </w:tcPr>
          <w:p w14:paraId="21FD954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0.116649</w:t>
            </w:r>
          </w:p>
        </w:tc>
        <w:tc>
          <w:tcPr>
            <w:tcW w:w="960" w:type="dxa"/>
            <w:noWrap/>
            <w:hideMark/>
          </w:tcPr>
          <w:p w14:paraId="185524E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0.087678</w:t>
            </w:r>
          </w:p>
        </w:tc>
        <w:tc>
          <w:tcPr>
            <w:tcW w:w="960" w:type="dxa"/>
            <w:noWrap/>
            <w:hideMark/>
          </w:tcPr>
          <w:p w14:paraId="157596C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0.001851</w:t>
            </w:r>
          </w:p>
        </w:tc>
        <w:tc>
          <w:tcPr>
            <w:tcW w:w="960" w:type="dxa"/>
            <w:noWrap/>
            <w:hideMark/>
          </w:tcPr>
          <w:p w14:paraId="5B25F02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997" w:type="dxa"/>
            <w:noWrap/>
            <w:hideMark/>
          </w:tcPr>
          <w:p w14:paraId="597A501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I1_L2_N1</w:t>
            </w:r>
          </w:p>
        </w:tc>
      </w:tr>
      <w:tr w:rsidR="00050876" w:rsidRPr="00050876" w14:paraId="1468FDA9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4822215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1.897741</w:t>
            </w:r>
          </w:p>
        </w:tc>
        <w:tc>
          <w:tcPr>
            <w:tcW w:w="960" w:type="dxa"/>
            <w:noWrap/>
            <w:hideMark/>
          </w:tcPr>
          <w:p w14:paraId="60653AD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-0.79374</w:t>
            </w:r>
          </w:p>
        </w:tc>
        <w:tc>
          <w:tcPr>
            <w:tcW w:w="960" w:type="dxa"/>
            <w:noWrap/>
            <w:hideMark/>
          </w:tcPr>
          <w:p w14:paraId="268FA4E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-0.46799</w:t>
            </w:r>
          </w:p>
        </w:tc>
        <w:tc>
          <w:tcPr>
            <w:tcW w:w="960" w:type="dxa"/>
            <w:noWrap/>
            <w:hideMark/>
          </w:tcPr>
          <w:p w14:paraId="6FB5CE0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-0.03919</w:t>
            </w:r>
          </w:p>
        </w:tc>
        <w:tc>
          <w:tcPr>
            <w:tcW w:w="960" w:type="dxa"/>
            <w:noWrap/>
            <w:hideMark/>
          </w:tcPr>
          <w:p w14:paraId="2CAD4DB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0.041612</w:t>
            </w:r>
          </w:p>
        </w:tc>
        <w:tc>
          <w:tcPr>
            <w:tcW w:w="960" w:type="dxa"/>
            <w:noWrap/>
            <w:hideMark/>
          </w:tcPr>
          <w:p w14:paraId="0F8B2C7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0.04688</w:t>
            </w:r>
          </w:p>
        </w:tc>
        <w:tc>
          <w:tcPr>
            <w:tcW w:w="960" w:type="dxa"/>
            <w:noWrap/>
            <w:hideMark/>
          </w:tcPr>
          <w:p w14:paraId="69349F0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0.000147</w:t>
            </w:r>
          </w:p>
        </w:tc>
        <w:tc>
          <w:tcPr>
            <w:tcW w:w="960" w:type="dxa"/>
            <w:noWrap/>
            <w:hideMark/>
          </w:tcPr>
          <w:p w14:paraId="22C691D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997" w:type="dxa"/>
            <w:noWrap/>
            <w:hideMark/>
          </w:tcPr>
          <w:p w14:paraId="36D4951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I1_L2_N2</w:t>
            </w:r>
          </w:p>
        </w:tc>
      </w:tr>
      <w:tr w:rsidR="00050876" w:rsidRPr="00050876" w14:paraId="22F6015E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1AD7EF8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1.610648</w:t>
            </w:r>
          </w:p>
        </w:tc>
        <w:tc>
          <w:tcPr>
            <w:tcW w:w="960" w:type="dxa"/>
            <w:noWrap/>
            <w:hideMark/>
          </w:tcPr>
          <w:p w14:paraId="690BB05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-0.86923</w:t>
            </w:r>
          </w:p>
        </w:tc>
        <w:tc>
          <w:tcPr>
            <w:tcW w:w="960" w:type="dxa"/>
            <w:noWrap/>
            <w:hideMark/>
          </w:tcPr>
          <w:p w14:paraId="0078748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-0.42083</w:t>
            </w:r>
          </w:p>
        </w:tc>
        <w:tc>
          <w:tcPr>
            <w:tcW w:w="960" w:type="dxa"/>
            <w:noWrap/>
            <w:hideMark/>
          </w:tcPr>
          <w:p w14:paraId="281A91F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0.011736</w:t>
            </w:r>
          </w:p>
        </w:tc>
        <w:tc>
          <w:tcPr>
            <w:tcW w:w="960" w:type="dxa"/>
            <w:noWrap/>
            <w:hideMark/>
          </w:tcPr>
          <w:p w14:paraId="1E5DA7E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-0.02939</w:t>
            </w:r>
          </w:p>
        </w:tc>
        <w:tc>
          <w:tcPr>
            <w:tcW w:w="960" w:type="dxa"/>
            <w:noWrap/>
            <w:hideMark/>
          </w:tcPr>
          <w:p w14:paraId="09FF876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0.058324</w:t>
            </w:r>
          </w:p>
        </w:tc>
        <w:tc>
          <w:tcPr>
            <w:tcW w:w="960" w:type="dxa"/>
            <w:noWrap/>
            <w:hideMark/>
          </w:tcPr>
          <w:p w14:paraId="2AFB206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-0.00153</w:t>
            </w:r>
          </w:p>
        </w:tc>
        <w:tc>
          <w:tcPr>
            <w:tcW w:w="960" w:type="dxa"/>
            <w:noWrap/>
            <w:hideMark/>
          </w:tcPr>
          <w:p w14:paraId="7F16C94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997" w:type="dxa"/>
            <w:noWrap/>
            <w:hideMark/>
          </w:tcPr>
          <w:p w14:paraId="283561C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I1_L2_N2</w:t>
            </w:r>
          </w:p>
        </w:tc>
      </w:tr>
      <w:tr w:rsidR="00050876" w:rsidRPr="00050876" w14:paraId="02890547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529F2B5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1.323556</w:t>
            </w:r>
          </w:p>
        </w:tc>
        <w:tc>
          <w:tcPr>
            <w:tcW w:w="960" w:type="dxa"/>
            <w:noWrap/>
            <w:hideMark/>
          </w:tcPr>
          <w:p w14:paraId="3F4EB1A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-0.94472</w:t>
            </w:r>
          </w:p>
        </w:tc>
        <w:tc>
          <w:tcPr>
            <w:tcW w:w="960" w:type="dxa"/>
            <w:noWrap/>
            <w:hideMark/>
          </w:tcPr>
          <w:p w14:paraId="49020F9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-0.37367</w:t>
            </w:r>
          </w:p>
        </w:tc>
        <w:tc>
          <w:tcPr>
            <w:tcW w:w="960" w:type="dxa"/>
            <w:noWrap/>
            <w:hideMark/>
          </w:tcPr>
          <w:p w14:paraId="6F1DB97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0.062667</w:t>
            </w:r>
          </w:p>
        </w:tc>
        <w:tc>
          <w:tcPr>
            <w:tcW w:w="960" w:type="dxa"/>
            <w:noWrap/>
            <w:hideMark/>
          </w:tcPr>
          <w:p w14:paraId="6262379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-0.10038</w:t>
            </w:r>
          </w:p>
        </w:tc>
        <w:tc>
          <w:tcPr>
            <w:tcW w:w="960" w:type="dxa"/>
            <w:noWrap/>
            <w:hideMark/>
          </w:tcPr>
          <w:p w14:paraId="6CFAAE6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0.069769</w:t>
            </w:r>
          </w:p>
        </w:tc>
        <w:tc>
          <w:tcPr>
            <w:tcW w:w="960" w:type="dxa"/>
            <w:noWrap/>
            <w:hideMark/>
          </w:tcPr>
          <w:p w14:paraId="6800D75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-0.00321</w:t>
            </w:r>
          </w:p>
        </w:tc>
        <w:tc>
          <w:tcPr>
            <w:tcW w:w="960" w:type="dxa"/>
            <w:noWrap/>
            <w:hideMark/>
          </w:tcPr>
          <w:p w14:paraId="03521A9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997" w:type="dxa"/>
            <w:noWrap/>
            <w:hideMark/>
          </w:tcPr>
          <w:p w14:paraId="7FD3FC7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I1_L2_N2</w:t>
            </w:r>
          </w:p>
        </w:tc>
      </w:tr>
      <w:tr w:rsidR="00050876" w:rsidRPr="00050876" w14:paraId="2D0D8E28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5D9C271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1.407119</w:t>
            </w:r>
          </w:p>
        </w:tc>
        <w:tc>
          <w:tcPr>
            <w:tcW w:w="960" w:type="dxa"/>
            <w:noWrap/>
            <w:hideMark/>
          </w:tcPr>
          <w:p w14:paraId="4A93B2C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-0.51128</w:t>
            </w:r>
          </w:p>
        </w:tc>
        <w:tc>
          <w:tcPr>
            <w:tcW w:w="960" w:type="dxa"/>
            <w:noWrap/>
            <w:hideMark/>
          </w:tcPr>
          <w:p w14:paraId="1F3F94C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-0.56205</w:t>
            </w:r>
          </w:p>
        </w:tc>
        <w:tc>
          <w:tcPr>
            <w:tcW w:w="960" w:type="dxa"/>
            <w:noWrap/>
            <w:hideMark/>
          </w:tcPr>
          <w:p w14:paraId="653C620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-0.35505</w:t>
            </w:r>
          </w:p>
        </w:tc>
        <w:tc>
          <w:tcPr>
            <w:tcW w:w="960" w:type="dxa"/>
            <w:noWrap/>
            <w:hideMark/>
          </w:tcPr>
          <w:p w14:paraId="5888788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0.124243</w:t>
            </w:r>
          </w:p>
        </w:tc>
        <w:tc>
          <w:tcPr>
            <w:tcW w:w="960" w:type="dxa"/>
            <w:noWrap/>
            <w:hideMark/>
          </w:tcPr>
          <w:p w14:paraId="0685E8A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-0.03316</w:t>
            </w:r>
          </w:p>
        </w:tc>
        <w:tc>
          <w:tcPr>
            <w:tcW w:w="960" w:type="dxa"/>
            <w:noWrap/>
            <w:hideMark/>
          </w:tcPr>
          <w:p w14:paraId="5A3A4AC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0.003396</w:t>
            </w:r>
          </w:p>
        </w:tc>
        <w:tc>
          <w:tcPr>
            <w:tcW w:w="960" w:type="dxa"/>
            <w:noWrap/>
            <w:hideMark/>
          </w:tcPr>
          <w:p w14:paraId="0954339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997" w:type="dxa"/>
            <w:noWrap/>
            <w:hideMark/>
          </w:tcPr>
          <w:p w14:paraId="7E4B627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I2_L1_N1</w:t>
            </w:r>
          </w:p>
        </w:tc>
      </w:tr>
      <w:tr w:rsidR="00050876" w:rsidRPr="00050876" w14:paraId="1E5A128B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7C13520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1.120026</w:t>
            </w:r>
          </w:p>
        </w:tc>
        <w:tc>
          <w:tcPr>
            <w:tcW w:w="960" w:type="dxa"/>
            <w:noWrap/>
            <w:hideMark/>
          </w:tcPr>
          <w:p w14:paraId="0C3F751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-0.58677</w:t>
            </w:r>
          </w:p>
        </w:tc>
        <w:tc>
          <w:tcPr>
            <w:tcW w:w="960" w:type="dxa"/>
            <w:noWrap/>
            <w:hideMark/>
          </w:tcPr>
          <w:p w14:paraId="797AFDC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-0.51489</w:t>
            </w:r>
          </w:p>
        </w:tc>
        <w:tc>
          <w:tcPr>
            <w:tcW w:w="960" w:type="dxa"/>
            <w:noWrap/>
            <w:hideMark/>
          </w:tcPr>
          <w:p w14:paraId="7E672EC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-0.30412</w:t>
            </w:r>
          </w:p>
        </w:tc>
        <w:tc>
          <w:tcPr>
            <w:tcW w:w="960" w:type="dxa"/>
            <w:noWrap/>
            <w:hideMark/>
          </w:tcPr>
          <w:p w14:paraId="577BA1E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0.053245</w:t>
            </w:r>
          </w:p>
        </w:tc>
        <w:tc>
          <w:tcPr>
            <w:tcW w:w="960" w:type="dxa"/>
            <w:noWrap/>
            <w:hideMark/>
          </w:tcPr>
          <w:p w14:paraId="3CFFDC2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-0.02171</w:t>
            </w:r>
          </w:p>
        </w:tc>
        <w:tc>
          <w:tcPr>
            <w:tcW w:w="960" w:type="dxa"/>
            <w:noWrap/>
            <w:hideMark/>
          </w:tcPr>
          <w:p w14:paraId="3EACF8C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0.001719</w:t>
            </w:r>
          </w:p>
        </w:tc>
        <w:tc>
          <w:tcPr>
            <w:tcW w:w="960" w:type="dxa"/>
            <w:noWrap/>
            <w:hideMark/>
          </w:tcPr>
          <w:p w14:paraId="0CD1419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997" w:type="dxa"/>
            <w:noWrap/>
            <w:hideMark/>
          </w:tcPr>
          <w:p w14:paraId="52CD058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I2_L1_N1</w:t>
            </w:r>
          </w:p>
        </w:tc>
      </w:tr>
      <w:tr w:rsidR="00050876" w:rsidRPr="00050876" w14:paraId="6597AB5A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008613B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0.832933</w:t>
            </w:r>
          </w:p>
        </w:tc>
        <w:tc>
          <w:tcPr>
            <w:tcW w:w="960" w:type="dxa"/>
            <w:noWrap/>
            <w:hideMark/>
          </w:tcPr>
          <w:p w14:paraId="32AE6C2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-0.66225</w:t>
            </w:r>
          </w:p>
        </w:tc>
        <w:tc>
          <w:tcPr>
            <w:tcW w:w="960" w:type="dxa"/>
            <w:noWrap/>
            <w:hideMark/>
          </w:tcPr>
          <w:p w14:paraId="687801D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-0.46773</w:t>
            </w:r>
          </w:p>
        </w:tc>
        <w:tc>
          <w:tcPr>
            <w:tcW w:w="960" w:type="dxa"/>
            <w:noWrap/>
            <w:hideMark/>
          </w:tcPr>
          <w:p w14:paraId="5EEC5DA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-0.25319</w:t>
            </w:r>
          </w:p>
        </w:tc>
        <w:tc>
          <w:tcPr>
            <w:tcW w:w="960" w:type="dxa"/>
            <w:noWrap/>
            <w:hideMark/>
          </w:tcPr>
          <w:p w14:paraId="2CD0BFA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-0.01775</w:t>
            </w:r>
          </w:p>
        </w:tc>
        <w:tc>
          <w:tcPr>
            <w:tcW w:w="960" w:type="dxa"/>
            <w:noWrap/>
            <w:hideMark/>
          </w:tcPr>
          <w:p w14:paraId="5F55658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-0.01027</w:t>
            </w:r>
          </w:p>
        </w:tc>
        <w:tc>
          <w:tcPr>
            <w:tcW w:w="960" w:type="dxa"/>
            <w:noWrap/>
            <w:hideMark/>
          </w:tcPr>
          <w:p w14:paraId="6A24A92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4.16E-05</w:t>
            </w:r>
          </w:p>
        </w:tc>
        <w:tc>
          <w:tcPr>
            <w:tcW w:w="960" w:type="dxa"/>
            <w:noWrap/>
            <w:hideMark/>
          </w:tcPr>
          <w:p w14:paraId="1B7B524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997" w:type="dxa"/>
            <w:noWrap/>
            <w:hideMark/>
          </w:tcPr>
          <w:p w14:paraId="6511593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I2_L1_N1</w:t>
            </w:r>
          </w:p>
        </w:tc>
      </w:tr>
      <w:tr w:rsidR="00050876" w:rsidRPr="00050876" w14:paraId="03D2475C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069593E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0.564525</w:t>
            </w:r>
          </w:p>
        </w:tc>
        <w:tc>
          <w:tcPr>
            <w:tcW w:w="960" w:type="dxa"/>
            <w:noWrap/>
            <w:hideMark/>
          </w:tcPr>
          <w:p w14:paraId="3357061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-0.689</w:t>
            </w:r>
          </w:p>
        </w:tc>
        <w:tc>
          <w:tcPr>
            <w:tcW w:w="960" w:type="dxa"/>
            <w:noWrap/>
            <w:hideMark/>
          </w:tcPr>
          <w:p w14:paraId="2C90802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-0.44691</w:t>
            </w:r>
          </w:p>
        </w:tc>
        <w:tc>
          <w:tcPr>
            <w:tcW w:w="960" w:type="dxa"/>
            <w:noWrap/>
            <w:hideMark/>
          </w:tcPr>
          <w:p w14:paraId="3E91716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-0.24504</w:t>
            </w:r>
          </w:p>
        </w:tc>
        <w:tc>
          <w:tcPr>
            <w:tcW w:w="960" w:type="dxa"/>
            <w:noWrap/>
            <w:hideMark/>
          </w:tcPr>
          <w:p w14:paraId="6CB81AF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-0.02421</w:t>
            </w:r>
          </w:p>
        </w:tc>
        <w:tc>
          <w:tcPr>
            <w:tcW w:w="960" w:type="dxa"/>
            <w:noWrap/>
            <w:hideMark/>
          </w:tcPr>
          <w:p w14:paraId="6DF039F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-0.06958</w:t>
            </w:r>
          </w:p>
        </w:tc>
        <w:tc>
          <w:tcPr>
            <w:tcW w:w="960" w:type="dxa"/>
            <w:noWrap/>
            <w:hideMark/>
          </w:tcPr>
          <w:p w14:paraId="33EBD14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-0.00173</w:t>
            </w:r>
          </w:p>
        </w:tc>
        <w:tc>
          <w:tcPr>
            <w:tcW w:w="960" w:type="dxa"/>
            <w:noWrap/>
            <w:hideMark/>
          </w:tcPr>
          <w:p w14:paraId="78C78A7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997" w:type="dxa"/>
            <w:noWrap/>
            <w:hideMark/>
          </w:tcPr>
          <w:p w14:paraId="1A171D7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I2_L1_N2</w:t>
            </w:r>
          </w:p>
        </w:tc>
      </w:tr>
      <w:tr w:rsidR="00050876" w:rsidRPr="00050876" w14:paraId="5EB04D78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350841D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0.277432</w:t>
            </w:r>
          </w:p>
        </w:tc>
        <w:tc>
          <w:tcPr>
            <w:tcW w:w="960" w:type="dxa"/>
            <w:noWrap/>
            <w:hideMark/>
          </w:tcPr>
          <w:p w14:paraId="18D23EB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-0.76448</w:t>
            </w:r>
          </w:p>
        </w:tc>
        <w:tc>
          <w:tcPr>
            <w:tcW w:w="960" w:type="dxa"/>
            <w:noWrap/>
            <w:hideMark/>
          </w:tcPr>
          <w:p w14:paraId="54BC4D5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-0.39975</w:t>
            </w:r>
          </w:p>
        </w:tc>
        <w:tc>
          <w:tcPr>
            <w:tcW w:w="960" w:type="dxa"/>
            <w:noWrap/>
            <w:hideMark/>
          </w:tcPr>
          <w:p w14:paraId="56EEF2A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-0.19411</w:t>
            </w:r>
          </w:p>
        </w:tc>
        <w:tc>
          <w:tcPr>
            <w:tcW w:w="960" w:type="dxa"/>
            <w:noWrap/>
            <w:hideMark/>
          </w:tcPr>
          <w:p w14:paraId="27E0669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-0.09521</w:t>
            </w:r>
          </w:p>
        </w:tc>
        <w:tc>
          <w:tcPr>
            <w:tcW w:w="960" w:type="dxa"/>
            <w:noWrap/>
            <w:hideMark/>
          </w:tcPr>
          <w:p w14:paraId="66CC418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-0.05813</w:t>
            </w:r>
          </w:p>
        </w:tc>
        <w:tc>
          <w:tcPr>
            <w:tcW w:w="960" w:type="dxa"/>
            <w:noWrap/>
            <w:hideMark/>
          </w:tcPr>
          <w:p w14:paraId="44FA213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-0.00341</w:t>
            </w:r>
          </w:p>
        </w:tc>
        <w:tc>
          <w:tcPr>
            <w:tcW w:w="960" w:type="dxa"/>
            <w:noWrap/>
            <w:hideMark/>
          </w:tcPr>
          <w:p w14:paraId="4AD8568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997" w:type="dxa"/>
            <w:noWrap/>
            <w:hideMark/>
          </w:tcPr>
          <w:p w14:paraId="687B567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I2_L1_N2</w:t>
            </w:r>
          </w:p>
        </w:tc>
      </w:tr>
      <w:tr w:rsidR="00050876" w:rsidRPr="00050876" w14:paraId="6E544A6A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2C98F0A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-0.01438</w:t>
            </w:r>
          </w:p>
        </w:tc>
        <w:tc>
          <w:tcPr>
            <w:tcW w:w="960" w:type="dxa"/>
            <w:noWrap/>
            <w:hideMark/>
          </w:tcPr>
          <w:p w14:paraId="0255EEE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-0.8421</w:t>
            </w:r>
          </w:p>
        </w:tc>
        <w:tc>
          <w:tcPr>
            <w:tcW w:w="960" w:type="dxa"/>
            <w:noWrap/>
            <w:hideMark/>
          </w:tcPr>
          <w:p w14:paraId="35BA9D0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-0.35181</w:t>
            </w:r>
          </w:p>
        </w:tc>
        <w:tc>
          <w:tcPr>
            <w:tcW w:w="960" w:type="dxa"/>
            <w:noWrap/>
            <w:hideMark/>
          </w:tcPr>
          <w:p w14:paraId="5328286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-0.1495</w:t>
            </w:r>
          </w:p>
        </w:tc>
        <w:tc>
          <w:tcPr>
            <w:tcW w:w="960" w:type="dxa"/>
            <w:noWrap/>
            <w:hideMark/>
          </w:tcPr>
          <w:p w14:paraId="46A40EF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-0.16503</w:t>
            </w:r>
          </w:p>
        </w:tc>
        <w:tc>
          <w:tcPr>
            <w:tcW w:w="960" w:type="dxa"/>
            <w:noWrap/>
            <w:hideMark/>
          </w:tcPr>
          <w:p w14:paraId="1EDE7E4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-0.04482</w:t>
            </w:r>
          </w:p>
        </w:tc>
        <w:tc>
          <w:tcPr>
            <w:tcW w:w="960" w:type="dxa"/>
            <w:noWrap/>
            <w:hideMark/>
          </w:tcPr>
          <w:p w14:paraId="58A0641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0.003405</w:t>
            </w:r>
          </w:p>
        </w:tc>
        <w:tc>
          <w:tcPr>
            <w:tcW w:w="960" w:type="dxa"/>
            <w:noWrap/>
            <w:hideMark/>
          </w:tcPr>
          <w:p w14:paraId="1C2D3D9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997" w:type="dxa"/>
            <w:noWrap/>
            <w:hideMark/>
          </w:tcPr>
          <w:p w14:paraId="0EA1C02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I2_L1_N2</w:t>
            </w:r>
          </w:p>
        </w:tc>
      </w:tr>
      <w:tr w:rsidR="00050876" w:rsidRPr="00050876" w14:paraId="22938322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32B7A69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0.147715</w:t>
            </w:r>
          </w:p>
        </w:tc>
        <w:tc>
          <w:tcPr>
            <w:tcW w:w="960" w:type="dxa"/>
            <w:noWrap/>
            <w:hideMark/>
          </w:tcPr>
          <w:p w14:paraId="4A7EBFD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-0.52304</w:t>
            </w:r>
          </w:p>
        </w:tc>
        <w:tc>
          <w:tcPr>
            <w:tcW w:w="960" w:type="dxa"/>
            <w:noWrap/>
            <w:hideMark/>
          </w:tcPr>
          <w:p w14:paraId="7B92F59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-0.48742</w:t>
            </w:r>
          </w:p>
        </w:tc>
        <w:tc>
          <w:tcPr>
            <w:tcW w:w="960" w:type="dxa"/>
            <w:noWrap/>
            <w:hideMark/>
          </w:tcPr>
          <w:p w14:paraId="4FE4BB8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-0.19572</w:t>
            </w:r>
          </w:p>
        </w:tc>
        <w:tc>
          <w:tcPr>
            <w:tcW w:w="960" w:type="dxa"/>
            <w:noWrap/>
            <w:hideMark/>
          </w:tcPr>
          <w:p w14:paraId="14FB3F3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-0.10945</w:t>
            </w:r>
          </w:p>
        </w:tc>
        <w:tc>
          <w:tcPr>
            <w:tcW w:w="960" w:type="dxa"/>
            <w:noWrap/>
            <w:hideMark/>
          </w:tcPr>
          <w:p w14:paraId="05B5605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-0.07043</w:t>
            </w:r>
          </w:p>
        </w:tc>
        <w:tc>
          <w:tcPr>
            <w:tcW w:w="960" w:type="dxa"/>
            <w:noWrap/>
            <w:hideMark/>
          </w:tcPr>
          <w:p w14:paraId="1A3E0CB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-0.00328</w:t>
            </w:r>
          </w:p>
        </w:tc>
        <w:tc>
          <w:tcPr>
            <w:tcW w:w="960" w:type="dxa"/>
            <w:noWrap/>
            <w:hideMark/>
          </w:tcPr>
          <w:p w14:paraId="597AFF9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997" w:type="dxa"/>
            <w:noWrap/>
            <w:hideMark/>
          </w:tcPr>
          <w:p w14:paraId="5EACB47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I2_L2_N1</w:t>
            </w:r>
          </w:p>
        </w:tc>
      </w:tr>
      <w:tr w:rsidR="00050876" w:rsidRPr="00050876" w14:paraId="14BC94B5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101A83A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-0.1441</w:t>
            </w:r>
          </w:p>
        </w:tc>
        <w:tc>
          <w:tcPr>
            <w:tcW w:w="960" w:type="dxa"/>
            <w:noWrap/>
            <w:hideMark/>
          </w:tcPr>
          <w:p w14:paraId="6439380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-0.60066</w:t>
            </w:r>
          </w:p>
        </w:tc>
        <w:tc>
          <w:tcPr>
            <w:tcW w:w="960" w:type="dxa"/>
            <w:noWrap/>
            <w:hideMark/>
          </w:tcPr>
          <w:p w14:paraId="0227D57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-0.43948</w:t>
            </w:r>
          </w:p>
        </w:tc>
        <w:tc>
          <w:tcPr>
            <w:tcW w:w="960" w:type="dxa"/>
            <w:noWrap/>
            <w:hideMark/>
          </w:tcPr>
          <w:p w14:paraId="4D34028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-0.15111</w:t>
            </w:r>
          </w:p>
        </w:tc>
        <w:tc>
          <w:tcPr>
            <w:tcW w:w="960" w:type="dxa"/>
            <w:noWrap/>
            <w:hideMark/>
          </w:tcPr>
          <w:p w14:paraId="5F52C56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-0.17928</w:t>
            </w:r>
          </w:p>
        </w:tc>
        <w:tc>
          <w:tcPr>
            <w:tcW w:w="960" w:type="dxa"/>
            <w:noWrap/>
            <w:hideMark/>
          </w:tcPr>
          <w:p w14:paraId="056BB34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-0.05711</w:t>
            </w:r>
          </w:p>
        </w:tc>
        <w:tc>
          <w:tcPr>
            <w:tcW w:w="960" w:type="dxa"/>
            <w:noWrap/>
            <w:hideMark/>
          </w:tcPr>
          <w:p w14:paraId="0FCA2AE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0.003538</w:t>
            </w:r>
          </w:p>
        </w:tc>
        <w:tc>
          <w:tcPr>
            <w:tcW w:w="960" w:type="dxa"/>
            <w:noWrap/>
            <w:hideMark/>
          </w:tcPr>
          <w:p w14:paraId="59DC8D8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997" w:type="dxa"/>
            <w:noWrap/>
            <w:hideMark/>
          </w:tcPr>
          <w:p w14:paraId="7D2F257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I2_L2_N1</w:t>
            </w:r>
          </w:p>
        </w:tc>
      </w:tr>
      <w:tr w:rsidR="00050876" w:rsidRPr="00050876" w14:paraId="1F1FA546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21A194D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-0.43119</w:t>
            </w:r>
          </w:p>
        </w:tc>
        <w:tc>
          <w:tcPr>
            <w:tcW w:w="960" w:type="dxa"/>
            <w:noWrap/>
            <w:hideMark/>
          </w:tcPr>
          <w:p w14:paraId="4ED7883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-0.67615</w:t>
            </w:r>
          </w:p>
        </w:tc>
        <w:tc>
          <w:tcPr>
            <w:tcW w:w="960" w:type="dxa"/>
            <w:noWrap/>
            <w:hideMark/>
          </w:tcPr>
          <w:p w14:paraId="3D929CB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-0.39232</w:t>
            </w:r>
          </w:p>
        </w:tc>
        <w:tc>
          <w:tcPr>
            <w:tcW w:w="960" w:type="dxa"/>
            <w:noWrap/>
            <w:hideMark/>
          </w:tcPr>
          <w:p w14:paraId="3C92414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-0.10018</w:t>
            </w:r>
          </w:p>
        </w:tc>
        <w:tc>
          <w:tcPr>
            <w:tcW w:w="960" w:type="dxa"/>
            <w:noWrap/>
            <w:hideMark/>
          </w:tcPr>
          <w:p w14:paraId="51DE970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-0.25027</w:t>
            </w:r>
          </w:p>
        </w:tc>
        <w:tc>
          <w:tcPr>
            <w:tcW w:w="960" w:type="dxa"/>
            <w:noWrap/>
            <w:hideMark/>
          </w:tcPr>
          <w:p w14:paraId="6355ED9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-0.04567</w:t>
            </w:r>
          </w:p>
        </w:tc>
        <w:tc>
          <w:tcPr>
            <w:tcW w:w="960" w:type="dxa"/>
            <w:noWrap/>
            <w:hideMark/>
          </w:tcPr>
          <w:p w14:paraId="7289B81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0.001861</w:t>
            </w:r>
          </w:p>
        </w:tc>
        <w:tc>
          <w:tcPr>
            <w:tcW w:w="960" w:type="dxa"/>
            <w:noWrap/>
            <w:hideMark/>
          </w:tcPr>
          <w:p w14:paraId="28672CB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997" w:type="dxa"/>
            <w:noWrap/>
            <w:hideMark/>
          </w:tcPr>
          <w:p w14:paraId="192AEF0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I2_L2_N1</w:t>
            </w:r>
          </w:p>
        </w:tc>
      </w:tr>
      <w:tr w:rsidR="00050876" w:rsidRPr="00050876" w14:paraId="25EEC4EB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1C1432D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-0.7778</w:t>
            </w:r>
          </w:p>
        </w:tc>
        <w:tc>
          <w:tcPr>
            <w:tcW w:w="960" w:type="dxa"/>
            <w:noWrap/>
            <w:hideMark/>
          </w:tcPr>
          <w:p w14:paraId="4DEF35B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-0.54619</w:t>
            </w:r>
          </w:p>
        </w:tc>
        <w:tc>
          <w:tcPr>
            <w:tcW w:w="960" w:type="dxa"/>
            <w:noWrap/>
            <w:hideMark/>
          </w:tcPr>
          <w:p w14:paraId="6CECEF5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-0.28243</w:t>
            </w:r>
          </w:p>
        </w:tc>
        <w:tc>
          <w:tcPr>
            <w:tcW w:w="960" w:type="dxa"/>
            <w:noWrap/>
            <w:hideMark/>
          </w:tcPr>
          <w:p w14:paraId="58A5F2F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-0.01388</w:t>
            </w:r>
          </w:p>
        </w:tc>
        <w:tc>
          <w:tcPr>
            <w:tcW w:w="960" w:type="dxa"/>
            <w:noWrap/>
            <w:hideMark/>
          </w:tcPr>
          <w:p w14:paraId="716676A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-0.15057</w:t>
            </w:r>
          </w:p>
        </w:tc>
        <w:tc>
          <w:tcPr>
            <w:tcW w:w="960" w:type="dxa"/>
            <w:noWrap/>
            <w:hideMark/>
          </w:tcPr>
          <w:p w14:paraId="02E2896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0.037564</w:t>
            </w:r>
          </w:p>
        </w:tc>
        <w:tc>
          <w:tcPr>
            <w:tcW w:w="960" w:type="dxa"/>
            <w:noWrap/>
            <w:hideMark/>
          </w:tcPr>
          <w:p w14:paraId="47BD4EB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-7.6E-06</w:t>
            </w:r>
          </w:p>
        </w:tc>
        <w:tc>
          <w:tcPr>
            <w:tcW w:w="960" w:type="dxa"/>
            <w:noWrap/>
            <w:hideMark/>
          </w:tcPr>
          <w:p w14:paraId="4482963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997" w:type="dxa"/>
            <w:noWrap/>
            <w:hideMark/>
          </w:tcPr>
          <w:p w14:paraId="60C94F2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I2_L2_N2</w:t>
            </w:r>
          </w:p>
        </w:tc>
      </w:tr>
      <w:tr w:rsidR="00050876" w:rsidRPr="00050876" w14:paraId="2A7A5542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540529D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-0.9785</w:t>
            </w:r>
          </w:p>
        </w:tc>
        <w:tc>
          <w:tcPr>
            <w:tcW w:w="960" w:type="dxa"/>
            <w:noWrap/>
            <w:hideMark/>
          </w:tcPr>
          <w:p w14:paraId="6523C97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-0.74916</w:t>
            </w:r>
          </w:p>
        </w:tc>
        <w:tc>
          <w:tcPr>
            <w:tcW w:w="960" w:type="dxa"/>
            <w:noWrap/>
            <w:hideMark/>
          </w:tcPr>
          <w:p w14:paraId="28F5C82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-0.31524</w:t>
            </w:r>
          </w:p>
        </w:tc>
        <w:tc>
          <w:tcPr>
            <w:tcW w:w="960" w:type="dxa"/>
            <w:noWrap/>
            <w:hideMark/>
          </w:tcPr>
          <w:p w14:paraId="780D6BA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-0.04088</w:t>
            </w:r>
          </w:p>
        </w:tc>
        <w:tc>
          <w:tcPr>
            <w:tcW w:w="960" w:type="dxa"/>
            <w:noWrap/>
            <w:hideMark/>
          </w:tcPr>
          <w:p w14:paraId="35E7781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-0.33211</w:t>
            </w:r>
          </w:p>
        </w:tc>
        <w:tc>
          <w:tcPr>
            <w:tcW w:w="960" w:type="dxa"/>
            <w:noWrap/>
            <w:hideMark/>
          </w:tcPr>
          <w:p w14:paraId="0BF74B4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-0.03994</w:t>
            </w:r>
          </w:p>
        </w:tc>
        <w:tc>
          <w:tcPr>
            <w:tcW w:w="960" w:type="dxa"/>
            <w:noWrap/>
            <w:hideMark/>
          </w:tcPr>
          <w:p w14:paraId="291071E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-0.00156</w:t>
            </w:r>
          </w:p>
        </w:tc>
        <w:tc>
          <w:tcPr>
            <w:tcW w:w="960" w:type="dxa"/>
            <w:noWrap/>
            <w:hideMark/>
          </w:tcPr>
          <w:p w14:paraId="76EDCBA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997" w:type="dxa"/>
            <w:noWrap/>
            <w:hideMark/>
          </w:tcPr>
          <w:p w14:paraId="1BABD79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I2_L2_N2</w:t>
            </w:r>
          </w:p>
        </w:tc>
      </w:tr>
      <w:tr w:rsidR="00050876" w:rsidRPr="00050876" w14:paraId="177FF5C5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32258E8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lastRenderedPageBreak/>
              <w:t>-1.27793</w:t>
            </w:r>
          </w:p>
        </w:tc>
        <w:tc>
          <w:tcPr>
            <w:tcW w:w="960" w:type="dxa"/>
            <w:noWrap/>
            <w:hideMark/>
          </w:tcPr>
          <w:p w14:paraId="65DAC5A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-0.80643</w:t>
            </w:r>
          </w:p>
        </w:tc>
        <w:tc>
          <w:tcPr>
            <w:tcW w:w="960" w:type="dxa"/>
            <w:noWrap/>
            <w:hideMark/>
          </w:tcPr>
          <w:p w14:paraId="14DDC9B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-0.25665</w:t>
            </w:r>
          </w:p>
        </w:tc>
        <w:tc>
          <w:tcPr>
            <w:tcW w:w="960" w:type="dxa"/>
            <w:noWrap/>
            <w:hideMark/>
          </w:tcPr>
          <w:p w14:paraId="1B8FA1A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0.021181</w:t>
            </w:r>
          </w:p>
        </w:tc>
        <w:tc>
          <w:tcPr>
            <w:tcW w:w="960" w:type="dxa"/>
            <w:noWrap/>
            <w:hideMark/>
          </w:tcPr>
          <w:p w14:paraId="703A7F4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-0.38731</w:t>
            </w:r>
          </w:p>
        </w:tc>
        <w:tc>
          <w:tcPr>
            <w:tcW w:w="960" w:type="dxa"/>
            <w:noWrap/>
            <w:hideMark/>
          </w:tcPr>
          <w:p w14:paraId="0F30C1C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-0.01579</w:t>
            </w:r>
          </w:p>
        </w:tc>
        <w:tc>
          <w:tcPr>
            <w:tcW w:w="960" w:type="dxa"/>
            <w:noWrap/>
            <w:hideMark/>
          </w:tcPr>
          <w:p w14:paraId="5C87793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-0.00325</w:t>
            </w:r>
          </w:p>
        </w:tc>
        <w:tc>
          <w:tcPr>
            <w:tcW w:w="960" w:type="dxa"/>
            <w:noWrap/>
            <w:hideMark/>
          </w:tcPr>
          <w:p w14:paraId="5441FF1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997" w:type="dxa"/>
            <w:noWrap/>
            <w:hideMark/>
          </w:tcPr>
          <w:p w14:paraId="02E49DA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I2_L2_N2</w:t>
            </w:r>
          </w:p>
        </w:tc>
      </w:tr>
      <w:tr w:rsidR="00050876" w:rsidRPr="00050876" w14:paraId="71034483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2304369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-1.58037</w:t>
            </w:r>
          </w:p>
        </w:tc>
        <w:tc>
          <w:tcPr>
            <w:tcW w:w="960" w:type="dxa"/>
            <w:noWrap/>
            <w:hideMark/>
          </w:tcPr>
          <w:p w14:paraId="73AF669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-0.42406</w:t>
            </w:r>
          </w:p>
        </w:tc>
        <w:tc>
          <w:tcPr>
            <w:tcW w:w="960" w:type="dxa"/>
            <w:noWrap/>
            <w:hideMark/>
          </w:tcPr>
          <w:p w14:paraId="2B00AFD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-0.31995</w:t>
            </w:r>
          </w:p>
        </w:tc>
        <w:tc>
          <w:tcPr>
            <w:tcW w:w="960" w:type="dxa"/>
            <w:noWrap/>
            <w:hideMark/>
          </w:tcPr>
          <w:p w14:paraId="5466891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0.005106</w:t>
            </w:r>
          </w:p>
        </w:tc>
        <w:tc>
          <w:tcPr>
            <w:tcW w:w="960" w:type="dxa"/>
            <w:noWrap/>
            <w:hideMark/>
          </w:tcPr>
          <w:p w14:paraId="7CA559B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-0.08685</w:t>
            </w:r>
          </w:p>
        </w:tc>
        <w:tc>
          <w:tcPr>
            <w:tcW w:w="960" w:type="dxa"/>
            <w:noWrap/>
            <w:hideMark/>
          </w:tcPr>
          <w:p w14:paraId="6E6ED98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0.106306</w:t>
            </w:r>
          </w:p>
        </w:tc>
        <w:tc>
          <w:tcPr>
            <w:tcW w:w="960" w:type="dxa"/>
            <w:noWrap/>
            <w:hideMark/>
          </w:tcPr>
          <w:p w14:paraId="2D9CF8F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0.003314</w:t>
            </w:r>
          </w:p>
        </w:tc>
        <w:tc>
          <w:tcPr>
            <w:tcW w:w="960" w:type="dxa"/>
            <w:noWrap/>
            <w:hideMark/>
          </w:tcPr>
          <w:p w14:paraId="7A0840F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997" w:type="dxa"/>
            <w:noWrap/>
            <w:hideMark/>
          </w:tcPr>
          <w:p w14:paraId="29B0719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I3_L1_N1</w:t>
            </w:r>
          </w:p>
        </w:tc>
      </w:tr>
      <w:tr w:rsidR="00050876" w:rsidRPr="00050876" w14:paraId="73DD0A2A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2568437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-1.81497</w:t>
            </w:r>
          </w:p>
        </w:tc>
        <w:tc>
          <w:tcPr>
            <w:tcW w:w="960" w:type="dxa"/>
            <w:noWrap/>
            <w:hideMark/>
          </w:tcPr>
          <w:p w14:paraId="2BEFDE4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-0.45936</w:t>
            </w:r>
          </w:p>
        </w:tc>
        <w:tc>
          <w:tcPr>
            <w:tcW w:w="960" w:type="dxa"/>
            <w:noWrap/>
            <w:hideMark/>
          </w:tcPr>
          <w:p w14:paraId="2C2E30C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-0.30589</w:t>
            </w:r>
          </w:p>
        </w:tc>
        <w:tc>
          <w:tcPr>
            <w:tcW w:w="960" w:type="dxa"/>
            <w:noWrap/>
            <w:hideMark/>
          </w:tcPr>
          <w:p w14:paraId="031292A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0.006316</w:t>
            </w:r>
          </w:p>
        </w:tc>
        <w:tc>
          <w:tcPr>
            <w:tcW w:w="960" w:type="dxa"/>
            <w:noWrap/>
            <w:hideMark/>
          </w:tcPr>
          <w:p w14:paraId="7A91896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-0.08927</w:t>
            </w:r>
          </w:p>
        </w:tc>
        <w:tc>
          <w:tcPr>
            <w:tcW w:w="960" w:type="dxa"/>
            <w:noWrap/>
            <w:hideMark/>
          </w:tcPr>
          <w:p w14:paraId="3C521C9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0.09924</w:t>
            </w:r>
          </w:p>
        </w:tc>
        <w:tc>
          <w:tcPr>
            <w:tcW w:w="960" w:type="dxa"/>
            <w:noWrap/>
            <w:hideMark/>
          </w:tcPr>
          <w:p w14:paraId="3520100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0.001565</w:t>
            </w:r>
          </w:p>
        </w:tc>
        <w:tc>
          <w:tcPr>
            <w:tcW w:w="960" w:type="dxa"/>
            <w:noWrap/>
            <w:hideMark/>
          </w:tcPr>
          <w:p w14:paraId="2A14568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997" w:type="dxa"/>
            <w:noWrap/>
            <w:hideMark/>
          </w:tcPr>
          <w:p w14:paraId="69476AE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I3_L1_N1</w:t>
            </w:r>
          </w:p>
        </w:tc>
      </w:tr>
      <w:tr w:rsidR="00050876" w:rsidRPr="00050876" w14:paraId="55169BE7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01DBDCD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-2.06191</w:t>
            </w:r>
          </w:p>
        </w:tc>
        <w:tc>
          <w:tcPr>
            <w:tcW w:w="960" w:type="dxa"/>
            <w:noWrap/>
            <w:hideMark/>
          </w:tcPr>
          <w:p w14:paraId="6AB3765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-0.47644</w:t>
            </w:r>
          </w:p>
        </w:tc>
        <w:tc>
          <w:tcPr>
            <w:tcW w:w="960" w:type="dxa"/>
            <w:noWrap/>
            <w:hideMark/>
          </w:tcPr>
          <w:p w14:paraId="01CF28A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-0.28041</w:t>
            </w:r>
          </w:p>
        </w:tc>
        <w:tc>
          <w:tcPr>
            <w:tcW w:w="960" w:type="dxa"/>
            <w:noWrap/>
            <w:hideMark/>
          </w:tcPr>
          <w:p w14:paraId="035802C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0.018659</w:t>
            </w:r>
          </w:p>
        </w:tc>
        <w:tc>
          <w:tcPr>
            <w:tcW w:w="960" w:type="dxa"/>
            <w:noWrap/>
            <w:hideMark/>
          </w:tcPr>
          <w:p w14:paraId="626FAA9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-0.0759</w:t>
            </w:r>
          </w:p>
        </w:tc>
        <w:tc>
          <w:tcPr>
            <w:tcW w:w="960" w:type="dxa"/>
            <w:noWrap/>
            <w:hideMark/>
          </w:tcPr>
          <w:p w14:paraId="70F158C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0.104881</w:t>
            </w:r>
          </w:p>
        </w:tc>
        <w:tc>
          <w:tcPr>
            <w:tcW w:w="960" w:type="dxa"/>
            <w:noWrap/>
            <w:hideMark/>
          </w:tcPr>
          <w:p w14:paraId="75E903E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-0.0002</w:t>
            </w:r>
          </w:p>
        </w:tc>
        <w:tc>
          <w:tcPr>
            <w:tcW w:w="960" w:type="dxa"/>
            <w:noWrap/>
            <w:hideMark/>
          </w:tcPr>
          <w:p w14:paraId="07483EF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997" w:type="dxa"/>
            <w:noWrap/>
            <w:hideMark/>
          </w:tcPr>
          <w:p w14:paraId="79A54A0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I3_L1_N1</w:t>
            </w:r>
          </w:p>
        </w:tc>
      </w:tr>
      <w:tr w:rsidR="00050876" w:rsidRPr="00050876" w14:paraId="51253D96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5F67DC5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-2.28711</w:t>
            </w:r>
          </w:p>
        </w:tc>
        <w:tc>
          <w:tcPr>
            <w:tcW w:w="960" w:type="dxa"/>
            <w:noWrap/>
            <w:hideMark/>
          </w:tcPr>
          <w:p w14:paraId="2E7CACE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-0.4106</w:t>
            </w:r>
          </w:p>
        </w:tc>
        <w:tc>
          <w:tcPr>
            <w:tcW w:w="960" w:type="dxa"/>
            <w:noWrap/>
            <w:hideMark/>
          </w:tcPr>
          <w:p w14:paraId="0001F5B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-0.22921</w:t>
            </w:r>
          </w:p>
        </w:tc>
        <w:tc>
          <w:tcPr>
            <w:tcW w:w="960" w:type="dxa"/>
            <w:noWrap/>
            <w:hideMark/>
          </w:tcPr>
          <w:p w14:paraId="663BE7C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0.104663</w:t>
            </w:r>
          </w:p>
        </w:tc>
        <w:tc>
          <w:tcPr>
            <w:tcW w:w="960" w:type="dxa"/>
            <w:noWrap/>
            <w:hideMark/>
          </w:tcPr>
          <w:p w14:paraId="2337EB5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-0.04472</w:t>
            </w:r>
          </w:p>
        </w:tc>
        <w:tc>
          <w:tcPr>
            <w:tcW w:w="960" w:type="dxa"/>
            <w:noWrap/>
            <w:hideMark/>
          </w:tcPr>
          <w:p w14:paraId="334CC18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0.174336</w:t>
            </w:r>
          </w:p>
        </w:tc>
        <w:tc>
          <w:tcPr>
            <w:tcW w:w="960" w:type="dxa"/>
            <w:noWrap/>
            <w:hideMark/>
          </w:tcPr>
          <w:p w14:paraId="22A905C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-0.00109</w:t>
            </w:r>
          </w:p>
        </w:tc>
        <w:tc>
          <w:tcPr>
            <w:tcW w:w="960" w:type="dxa"/>
            <w:noWrap/>
            <w:hideMark/>
          </w:tcPr>
          <w:p w14:paraId="494E68F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997" w:type="dxa"/>
            <w:noWrap/>
            <w:hideMark/>
          </w:tcPr>
          <w:p w14:paraId="601CEFB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I3_L1_N2</w:t>
            </w:r>
          </w:p>
        </w:tc>
      </w:tr>
      <w:tr w:rsidR="00050876" w:rsidRPr="00050876" w14:paraId="1FA7CA72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1CB871D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-2.48347</w:t>
            </w:r>
          </w:p>
        </w:tc>
        <w:tc>
          <w:tcPr>
            <w:tcW w:w="960" w:type="dxa"/>
            <w:noWrap/>
            <w:hideMark/>
          </w:tcPr>
          <w:p w14:paraId="6AF52B5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-0.4286</w:t>
            </w:r>
          </w:p>
        </w:tc>
        <w:tc>
          <w:tcPr>
            <w:tcW w:w="960" w:type="dxa"/>
            <w:noWrap/>
            <w:hideMark/>
          </w:tcPr>
          <w:p w14:paraId="5A8C6C5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-0.22138</w:t>
            </w:r>
          </w:p>
        </w:tc>
        <w:tc>
          <w:tcPr>
            <w:tcW w:w="960" w:type="dxa"/>
            <w:noWrap/>
            <w:hideMark/>
          </w:tcPr>
          <w:p w14:paraId="5825273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0.157048</w:t>
            </w:r>
          </w:p>
        </w:tc>
        <w:tc>
          <w:tcPr>
            <w:tcW w:w="960" w:type="dxa"/>
            <w:noWrap/>
            <w:hideMark/>
          </w:tcPr>
          <w:p w14:paraId="245F1CA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-0.05655</w:t>
            </w:r>
          </w:p>
        </w:tc>
        <w:tc>
          <w:tcPr>
            <w:tcW w:w="960" w:type="dxa"/>
            <w:noWrap/>
            <w:hideMark/>
          </w:tcPr>
          <w:p w14:paraId="6FDA6C0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0.152076</w:t>
            </w:r>
          </w:p>
        </w:tc>
        <w:tc>
          <w:tcPr>
            <w:tcW w:w="960" w:type="dxa"/>
            <w:noWrap/>
            <w:hideMark/>
          </w:tcPr>
          <w:p w14:paraId="296E7DE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-0.00195</w:t>
            </w:r>
          </w:p>
        </w:tc>
        <w:tc>
          <w:tcPr>
            <w:tcW w:w="960" w:type="dxa"/>
            <w:noWrap/>
            <w:hideMark/>
          </w:tcPr>
          <w:p w14:paraId="0EE1572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997" w:type="dxa"/>
            <w:noWrap/>
            <w:hideMark/>
          </w:tcPr>
          <w:p w14:paraId="75D8F7D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I3_L1_N2</w:t>
            </w:r>
          </w:p>
        </w:tc>
      </w:tr>
      <w:tr w:rsidR="00050876" w:rsidRPr="00050876" w14:paraId="34D9CCCD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030E2FD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-2.66749</w:t>
            </w:r>
          </w:p>
        </w:tc>
        <w:tc>
          <w:tcPr>
            <w:tcW w:w="960" w:type="dxa"/>
            <w:noWrap/>
            <w:hideMark/>
          </w:tcPr>
          <w:p w14:paraId="524DF5F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-0.46482</w:t>
            </w:r>
          </w:p>
        </w:tc>
        <w:tc>
          <w:tcPr>
            <w:tcW w:w="960" w:type="dxa"/>
            <w:noWrap/>
            <w:hideMark/>
          </w:tcPr>
          <w:p w14:paraId="13E1DAA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-0.22498</w:t>
            </w:r>
          </w:p>
        </w:tc>
        <w:tc>
          <w:tcPr>
            <w:tcW w:w="960" w:type="dxa"/>
            <w:noWrap/>
            <w:hideMark/>
          </w:tcPr>
          <w:p w14:paraId="5A8EF67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0.1983</w:t>
            </w:r>
          </w:p>
        </w:tc>
        <w:tc>
          <w:tcPr>
            <w:tcW w:w="960" w:type="dxa"/>
            <w:noWrap/>
            <w:hideMark/>
          </w:tcPr>
          <w:p w14:paraId="39910D7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-0.08417</w:t>
            </w:r>
          </w:p>
        </w:tc>
        <w:tc>
          <w:tcPr>
            <w:tcW w:w="960" w:type="dxa"/>
            <w:noWrap/>
            <w:hideMark/>
          </w:tcPr>
          <w:p w14:paraId="0CBF565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0.11711</w:t>
            </w:r>
          </w:p>
        </w:tc>
        <w:tc>
          <w:tcPr>
            <w:tcW w:w="960" w:type="dxa"/>
            <w:noWrap/>
            <w:hideMark/>
          </w:tcPr>
          <w:p w14:paraId="236030F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-0.0028</w:t>
            </w:r>
          </w:p>
        </w:tc>
        <w:tc>
          <w:tcPr>
            <w:tcW w:w="960" w:type="dxa"/>
            <w:noWrap/>
            <w:hideMark/>
          </w:tcPr>
          <w:p w14:paraId="3C42E95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997" w:type="dxa"/>
            <w:noWrap/>
            <w:hideMark/>
          </w:tcPr>
          <w:p w14:paraId="6DFD98B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I3_L1_N2</w:t>
            </w:r>
          </w:p>
        </w:tc>
      </w:tr>
      <w:tr w:rsidR="00050876" w:rsidRPr="00050876" w14:paraId="59A3D8B8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2292A03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-2.81424</w:t>
            </w:r>
          </w:p>
        </w:tc>
        <w:tc>
          <w:tcPr>
            <w:tcW w:w="960" w:type="dxa"/>
            <w:noWrap/>
            <w:hideMark/>
          </w:tcPr>
          <w:p w14:paraId="6E199D0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-0.27946</w:t>
            </w:r>
          </w:p>
        </w:tc>
        <w:tc>
          <w:tcPr>
            <w:tcW w:w="960" w:type="dxa"/>
            <w:noWrap/>
            <w:hideMark/>
          </w:tcPr>
          <w:p w14:paraId="67AAB63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-0.23112</w:t>
            </w:r>
          </w:p>
        </w:tc>
        <w:tc>
          <w:tcPr>
            <w:tcW w:w="960" w:type="dxa"/>
            <w:noWrap/>
            <w:hideMark/>
          </w:tcPr>
          <w:p w14:paraId="1B1E3D1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0.176908</w:t>
            </w:r>
          </w:p>
        </w:tc>
        <w:tc>
          <w:tcPr>
            <w:tcW w:w="960" w:type="dxa"/>
            <w:noWrap/>
            <w:hideMark/>
          </w:tcPr>
          <w:p w14:paraId="721B848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0.035745</w:t>
            </w:r>
          </w:p>
        </w:tc>
        <w:tc>
          <w:tcPr>
            <w:tcW w:w="960" w:type="dxa"/>
            <w:noWrap/>
            <w:hideMark/>
          </w:tcPr>
          <w:p w14:paraId="24B75C8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0.126838</w:t>
            </w:r>
          </w:p>
        </w:tc>
        <w:tc>
          <w:tcPr>
            <w:tcW w:w="960" w:type="dxa"/>
            <w:noWrap/>
            <w:hideMark/>
          </w:tcPr>
          <w:p w14:paraId="2966414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-0.00378</w:t>
            </w:r>
          </w:p>
        </w:tc>
        <w:tc>
          <w:tcPr>
            <w:tcW w:w="960" w:type="dxa"/>
            <w:noWrap/>
            <w:hideMark/>
          </w:tcPr>
          <w:p w14:paraId="52E3E3A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997" w:type="dxa"/>
            <w:noWrap/>
            <w:hideMark/>
          </w:tcPr>
          <w:p w14:paraId="0BA1CF8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I3_L2_N1</w:t>
            </w:r>
          </w:p>
        </w:tc>
      </w:tr>
      <w:tr w:rsidR="00050876" w:rsidRPr="00050876" w14:paraId="69F2778D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7DBDE0C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-3.02767</w:t>
            </w:r>
          </w:p>
        </w:tc>
        <w:tc>
          <w:tcPr>
            <w:tcW w:w="960" w:type="dxa"/>
            <w:noWrap/>
            <w:hideMark/>
          </w:tcPr>
          <w:p w14:paraId="786565F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-0.28139</w:t>
            </w:r>
          </w:p>
        </w:tc>
        <w:tc>
          <w:tcPr>
            <w:tcW w:w="960" w:type="dxa"/>
            <w:noWrap/>
            <w:hideMark/>
          </w:tcPr>
          <w:p w14:paraId="6505CB1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-0.21109</w:t>
            </w:r>
          </w:p>
        </w:tc>
        <w:tc>
          <w:tcPr>
            <w:tcW w:w="960" w:type="dxa"/>
            <w:noWrap/>
            <w:hideMark/>
          </w:tcPr>
          <w:p w14:paraId="2A4DE04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0.234109</w:t>
            </w:r>
          </w:p>
        </w:tc>
        <w:tc>
          <w:tcPr>
            <w:tcW w:w="960" w:type="dxa"/>
            <w:noWrap/>
            <w:hideMark/>
          </w:tcPr>
          <w:p w14:paraId="08A25F0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0.040883</w:t>
            </w:r>
          </w:p>
        </w:tc>
        <w:tc>
          <w:tcPr>
            <w:tcW w:w="960" w:type="dxa"/>
            <w:noWrap/>
            <w:hideMark/>
          </w:tcPr>
          <w:p w14:paraId="5824A22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0.119155</w:t>
            </w:r>
          </w:p>
        </w:tc>
        <w:tc>
          <w:tcPr>
            <w:tcW w:w="960" w:type="dxa"/>
            <w:noWrap/>
            <w:hideMark/>
          </w:tcPr>
          <w:p w14:paraId="106E843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0.003832</w:t>
            </w:r>
          </w:p>
        </w:tc>
        <w:tc>
          <w:tcPr>
            <w:tcW w:w="960" w:type="dxa"/>
            <w:noWrap/>
            <w:hideMark/>
          </w:tcPr>
          <w:p w14:paraId="7AD42DF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997" w:type="dxa"/>
            <w:noWrap/>
            <w:hideMark/>
          </w:tcPr>
          <w:p w14:paraId="38F3543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I3_L2_N1</w:t>
            </w:r>
          </w:p>
        </w:tc>
      </w:tr>
      <w:tr w:rsidR="00050876" w:rsidRPr="00050876" w14:paraId="7693C57E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15E1578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-3.23637</w:t>
            </w:r>
          </w:p>
        </w:tc>
        <w:tc>
          <w:tcPr>
            <w:tcW w:w="960" w:type="dxa"/>
            <w:noWrap/>
            <w:hideMark/>
          </w:tcPr>
          <w:p w14:paraId="00E8BBA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-0.28118</w:t>
            </w:r>
          </w:p>
        </w:tc>
        <w:tc>
          <w:tcPr>
            <w:tcW w:w="960" w:type="dxa"/>
            <w:noWrap/>
            <w:hideMark/>
          </w:tcPr>
          <w:p w14:paraId="7B74B48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-0.19184</w:t>
            </w:r>
          </w:p>
        </w:tc>
        <w:tc>
          <w:tcPr>
            <w:tcW w:w="960" w:type="dxa"/>
            <w:noWrap/>
            <w:hideMark/>
          </w:tcPr>
          <w:p w14:paraId="473FD48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0.297628</w:t>
            </w:r>
          </w:p>
        </w:tc>
        <w:tc>
          <w:tcPr>
            <w:tcW w:w="960" w:type="dxa"/>
            <w:noWrap/>
            <w:hideMark/>
          </w:tcPr>
          <w:p w14:paraId="76C9FB5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0.044849</w:t>
            </w:r>
          </w:p>
        </w:tc>
        <w:tc>
          <w:tcPr>
            <w:tcW w:w="960" w:type="dxa"/>
            <w:noWrap/>
            <w:hideMark/>
          </w:tcPr>
          <w:p w14:paraId="3DBB20F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0.109602</w:t>
            </w:r>
          </w:p>
        </w:tc>
        <w:tc>
          <w:tcPr>
            <w:tcW w:w="960" w:type="dxa"/>
            <w:noWrap/>
            <w:hideMark/>
          </w:tcPr>
          <w:p w14:paraId="4EEBF1E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0.002949</w:t>
            </w:r>
          </w:p>
        </w:tc>
        <w:tc>
          <w:tcPr>
            <w:tcW w:w="960" w:type="dxa"/>
            <w:noWrap/>
            <w:hideMark/>
          </w:tcPr>
          <w:p w14:paraId="4CAC0CC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997" w:type="dxa"/>
            <w:noWrap/>
            <w:hideMark/>
          </w:tcPr>
          <w:p w14:paraId="7F72EA4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I3_L2_N1</w:t>
            </w:r>
          </w:p>
        </w:tc>
      </w:tr>
      <w:tr w:rsidR="00050876" w:rsidRPr="00050876" w14:paraId="78286282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1E0C691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-3.43689</w:t>
            </w:r>
          </w:p>
        </w:tc>
        <w:tc>
          <w:tcPr>
            <w:tcW w:w="960" w:type="dxa"/>
            <w:noWrap/>
            <w:hideMark/>
          </w:tcPr>
          <w:p w14:paraId="5D2843A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-0.25176</w:t>
            </w:r>
          </w:p>
        </w:tc>
        <w:tc>
          <w:tcPr>
            <w:tcW w:w="960" w:type="dxa"/>
            <w:noWrap/>
            <w:hideMark/>
          </w:tcPr>
          <w:p w14:paraId="6CB7AB7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-0.16348</w:t>
            </w:r>
          </w:p>
        </w:tc>
        <w:tc>
          <w:tcPr>
            <w:tcW w:w="960" w:type="dxa"/>
            <w:noWrap/>
            <w:hideMark/>
          </w:tcPr>
          <w:p w14:paraId="5D39D99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0.361365</w:t>
            </w:r>
          </w:p>
        </w:tc>
        <w:tc>
          <w:tcPr>
            <w:tcW w:w="960" w:type="dxa"/>
            <w:noWrap/>
            <w:hideMark/>
          </w:tcPr>
          <w:p w14:paraId="0F5E065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0.044438</w:t>
            </w:r>
          </w:p>
        </w:tc>
        <w:tc>
          <w:tcPr>
            <w:tcW w:w="960" w:type="dxa"/>
            <w:noWrap/>
            <w:hideMark/>
          </w:tcPr>
          <w:p w14:paraId="2527360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0.153645</w:t>
            </w:r>
          </w:p>
        </w:tc>
        <w:tc>
          <w:tcPr>
            <w:tcW w:w="960" w:type="dxa"/>
            <w:noWrap/>
            <w:hideMark/>
          </w:tcPr>
          <w:p w14:paraId="6C50FB1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0.0021</w:t>
            </w:r>
          </w:p>
        </w:tc>
        <w:tc>
          <w:tcPr>
            <w:tcW w:w="960" w:type="dxa"/>
            <w:noWrap/>
            <w:hideMark/>
          </w:tcPr>
          <w:p w14:paraId="79BCA86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997" w:type="dxa"/>
            <w:noWrap/>
            <w:hideMark/>
          </w:tcPr>
          <w:p w14:paraId="55960AC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I3_L2_N2</w:t>
            </w:r>
          </w:p>
        </w:tc>
      </w:tr>
      <w:tr w:rsidR="00050876" w:rsidRPr="00050876" w14:paraId="70D0D9EB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40581CD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-3.63325</w:t>
            </w:r>
          </w:p>
        </w:tc>
        <w:tc>
          <w:tcPr>
            <w:tcW w:w="960" w:type="dxa"/>
            <w:noWrap/>
            <w:hideMark/>
          </w:tcPr>
          <w:p w14:paraId="0F5781F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-0.26976</w:t>
            </w:r>
          </w:p>
        </w:tc>
        <w:tc>
          <w:tcPr>
            <w:tcW w:w="960" w:type="dxa"/>
            <w:noWrap/>
            <w:hideMark/>
          </w:tcPr>
          <w:p w14:paraId="2B22492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-0.15566</w:t>
            </w:r>
          </w:p>
        </w:tc>
        <w:tc>
          <w:tcPr>
            <w:tcW w:w="960" w:type="dxa"/>
            <w:noWrap/>
            <w:hideMark/>
          </w:tcPr>
          <w:p w14:paraId="5D5D6E9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0.41375</w:t>
            </w:r>
          </w:p>
        </w:tc>
        <w:tc>
          <w:tcPr>
            <w:tcW w:w="960" w:type="dxa"/>
            <w:noWrap/>
            <w:hideMark/>
          </w:tcPr>
          <w:p w14:paraId="6468F97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0.032612</w:t>
            </w:r>
          </w:p>
        </w:tc>
        <w:tc>
          <w:tcPr>
            <w:tcW w:w="960" w:type="dxa"/>
            <w:noWrap/>
            <w:hideMark/>
          </w:tcPr>
          <w:p w14:paraId="2A36225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0.131385</w:t>
            </w:r>
          </w:p>
        </w:tc>
        <w:tc>
          <w:tcPr>
            <w:tcW w:w="960" w:type="dxa"/>
            <w:noWrap/>
            <w:hideMark/>
          </w:tcPr>
          <w:p w14:paraId="79CF551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0.001235</w:t>
            </w:r>
          </w:p>
        </w:tc>
        <w:tc>
          <w:tcPr>
            <w:tcW w:w="960" w:type="dxa"/>
            <w:noWrap/>
            <w:hideMark/>
          </w:tcPr>
          <w:p w14:paraId="2200412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997" w:type="dxa"/>
            <w:noWrap/>
            <w:hideMark/>
          </w:tcPr>
          <w:p w14:paraId="7ECF468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I3_L2_N2</w:t>
            </w:r>
          </w:p>
        </w:tc>
      </w:tr>
      <w:tr w:rsidR="00050876" w:rsidRPr="00050876" w14:paraId="1111405B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1744ED6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-3.81727</w:t>
            </w:r>
          </w:p>
        </w:tc>
        <w:tc>
          <w:tcPr>
            <w:tcW w:w="960" w:type="dxa"/>
            <w:noWrap/>
            <w:hideMark/>
          </w:tcPr>
          <w:p w14:paraId="4A546AF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-0.30598</w:t>
            </w:r>
          </w:p>
        </w:tc>
        <w:tc>
          <w:tcPr>
            <w:tcW w:w="960" w:type="dxa"/>
            <w:noWrap/>
            <w:hideMark/>
          </w:tcPr>
          <w:p w14:paraId="2397C0A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-0.15926</w:t>
            </w:r>
          </w:p>
        </w:tc>
        <w:tc>
          <w:tcPr>
            <w:tcW w:w="960" w:type="dxa"/>
            <w:noWrap/>
            <w:hideMark/>
          </w:tcPr>
          <w:p w14:paraId="0FC6680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0.455002</w:t>
            </w:r>
          </w:p>
        </w:tc>
        <w:tc>
          <w:tcPr>
            <w:tcW w:w="960" w:type="dxa"/>
            <w:noWrap/>
            <w:hideMark/>
          </w:tcPr>
          <w:p w14:paraId="49910E6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0.004994</w:t>
            </w:r>
          </w:p>
        </w:tc>
        <w:tc>
          <w:tcPr>
            <w:tcW w:w="960" w:type="dxa"/>
            <w:noWrap/>
            <w:hideMark/>
          </w:tcPr>
          <w:p w14:paraId="5CE2AB6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0.096419</w:t>
            </w:r>
          </w:p>
        </w:tc>
        <w:tc>
          <w:tcPr>
            <w:tcW w:w="960" w:type="dxa"/>
            <w:noWrap/>
            <w:hideMark/>
          </w:tcPr>
          <w:p w14:paraId="7ED5B54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0.000388</w:t>
            </w:r>
          </w:p>
        </w:tc>
        <w:tc>
          <w:tcPr>
            <w:tcW w:w="960" w:type="dxa"/>
            <w:noWrap/>
            <w:hideMark/>
          </w:tcPr>
          <w:p w14:paraId="6797529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Maize</w:t>
            </w:r>
          </w:p>
        </w:tc>
        <w:tc>
          <w:tcPr>
            <w:tcW w:w="997" w:type="dxa"/>
            <w:noWrap/>
            <w:hideMark/>
          </w:tcPr>
          <w:p w14:paraId="3348F5F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I3_L2_N2</w:t>
            </w:r>
          </w:p>
        </w:tc>
      </w:tr>
      <w:tr w:rsidR="00050876" w:rsidRPr="00050876" w14:paraId="31777533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5DDE8FF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4.617861</w:t>
            </w:r>
          </w:p>
        </w:tc>
        <w:tc>
          <w:tcPr>
            <w:tcW w:w="960" w:type="dxa"/>
            <w:noWrap/>
            <w:hideMark/>
          </w:tcPr>
          <w:p w14:paraId="3E44E2D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-0.34587</w:t>
            </w:r>
          </w:p>
        </w:tc>
        <w:tc>
          <w:tcPr>
            <w:tcW w:w="960" w:type="dxa"/>
            <w:noWrap/>
            <w:hideMark/>
          </w:tcPr>
          <w:p w14:paraId="73BE7D0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0.865817</w:t>
            </w:r>
          </w:p>
        </w:tc>
        <w:tc>
          <w:tcPr>
            <w:tcW w:w="960" w:type="dxa"/>
            <w:noWrap/>
            <w:hideMark/>
          </w:tcPr>
          <w:p w14:paraId="6DD0A26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0.037648</w:t>
            </w:r>
          </w:p>
        </w:tc>
        <w:tc>
          <w:tcPr>
            <w:tcW w:w="960" w:type="dxa"/>
            <w:noWrap/>
            <w:hideMark/>
          </w:tcPr>
          <w:p w14:paraId="77F44B1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0.139945</w:t>
            </w:r>
          </w:p>
        </w:tc>
        <w:tc>
          <w:tcPr>
            <w:tcW w:w="960" w:type="dxa"/>
            <w:noWrap/>
            <w:hideMark/>
          </w:tcPr>
          <w:p w14:paraId="71F0EE2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0.11544</w:t>
            </w:r>
          </w:p>
        </w:tc>
        <w:tc>
          <w:tcPr>
            <w:tcW w:w="960" w:type="dxa"/>
            <w:noWrap/>
            <w:hideMark/>
          </w:tcPr>
          <w:p w14:paraId="42ECDDF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0.001071</w:t>
            </w:r>
          </w:p>
        </w:tc>
        <w:tc>
          <w:tcPr>
            <w:tcW w:w="960" w:type="dxa"/>
            <w:noWrap/>
            <w:hideMark/>
          </w:tcPr>
          <w:p w14:paraId="140CA64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997" w:type="dxa"/>
            <w:noWrap/>
            <w:hideMark/>
          </w:tcPr>
          <w:p w14:paraId="4452A45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I1_L1_N1</w:t>
            </w:r>
          </w:p>
        </w:tc>
      </w:tr>
      <w:tr w:rsidR="00050876" w:rsidRPr="00050876" w14:paraId="5EB2F047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4ED7E5F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4.383261</w:t>
            </w:r>
          </w:p>
        </w:tc>
        <w:tc>
          <w:tcPr>
            <w:tcW w:w="960" w:type="dxa"/>
            <w:noWrap/>
            <w:hideMark/>
          </w:tcPr>
          <w:p w14:paraId="4B9E16A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-0.38117</w:t>
            </w:r>
          </w:p>
        </w:tc>
        <w:tc>
          <w:tcPr>
            <w:tcW w:w="960" w:type="dxa"/>
            <w:noWrap/>
            <w:hideMark/>
          </w:tcPr>
          <w:p w14:paraId="0AD83AB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0.879872</w:t>
            </w:r>
          </w:p>
        </w:tc>
        <w:tc>
          <w:tcPr>
            <w:tcW w:w="960" w:type="dxa"/>
            <w:noWrap/>
            <w:hideMark/>
          </w:tcPr>
          <w:p w14:paraId="245273B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0.038858</w:t>
            </w:r>
          </w:p>
        </w:tc>
        <w:tc>
          <w:tcPr>
            <w:tcW w:w="960" w:type="dxa"/>
            <w:noWrap/>
            <w:hideMark/>
          </w:tcPr>
          <w:p w14:paraId="0A2D6A5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0.137526</w:t>
            </w:r>
          </w:p>
        </w:tc>
        <w:tc>
          <w:tcPr>
            <w:tcW w:w="960" w:type="dxa"/>
            <w:noWrap/>
            <w:hideMark/>
          </w:tcPr>
          <w:p w14:paraId="0B55CDC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0.108374</w:t>
            </w:r>
          </w:p>
        </w:tc>
        <w:tc>
          <w:tcPr>
            <w:tcW w:w="960" w:type="dxa"/>
            <w:noWrap/>
            <w:hideMark/>
          </w:tcPr>
          <w:p w14:paraId="75C2E41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-0.00068</w:t>
            </w:r>
          </w:p>
        </w:tc>
        <w:tc>
          <w:tcPr>
            <w:tcW w:w="960" w:type="dxa"/>
            <w:noWrap/>
            <w:hideMark/>
          </w:tcPr>
          <w:p w14:paraId="50B4252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997" w:type="dxa"/>
            <w:noWrap/>
            <w:hideMark/>
          </w:tcPr>
          <w:p w14:paraId="2A03612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I1_L1_N1</w:t>
            </w:r>
          </w:p>
        </w:tc>
      </w:tr>
      <w:tr w:rsidR="00050876" w:rsidRPr="00050876" w14:paraId="7993E1EA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11B8CF3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lastRenderedPageBreak/>
              <w:t>4.14866</w:t>
            </w:r>
          </w:p>
        </w:tc>
        <w:tc>
          <w:tcPr>
            <w:tcW w:w="960" w:type="dxa"/>
            <w:noWrap/>
            <w:hideMark/>
          </w:tcPr>
          <w:p w14:paraId="79F1B79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-0.41647</w:t>
            </w:r>
          </w:p>
        </w:tc>
        <w:tc>
          <w:tcPr>
            <w:tcW w:w="960" w:type="dxa"/>
            <w:noWrap/>
            <w:hideMark/>
          </w:tcPr>
          <w:p w14:paraId="491CCA1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0.893928</w:t>
            </w:r>
          </w:p>
        </w:tc>
        <w:tc>
          <w:tcPr>
            <w:tcW w:w="960" w:type="dxa"/>
            <w:noWrap/>
            <w:hideMark/>
          </w:tcPr>
          <w:p w14:paraId="70818AA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0.040068</w:t>
            </w:r>
          </w:p>
        </w:tc>
        <w:tc>
          <w:tcPr>
            <w:tcW w:w="960" w:type="dxa"/>
            <w:noWrap/>
            <w:hideMark/>
          </w:tcPr>
          <w:p w14:paraId="34B2032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0.135108</w:t>
            </w:r>
          </w:p>
        </w:tc>
        <w:tc>
          <w:tcPr>
            <w:tcW w:w="960" w:type="dxa"/>
            <w:noWrap/>
            <w:hideMark/>
          </w:tcPr>
          <w:p w14:paraId="2C2F2BF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0.101308</w:t>
            </w:r>
          </w:p>
        </w:tc>
        <w:tc>
          <w:tcPr>
            <w:tcW w:w="960" w:type="dxa"/>
            <w:noWrap/>
            <w:hideMark/>
          </w:tcPr>
          <w:p w14:paraId="28B6327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-0.00243</w:t>
            </w:r>
          </w:p>
        </w:tc>
        <w:tc>
          <w:tcPr>
            <w:tcW w:w="960" w:type="dxa"/>
            <w:noWrap/>
            <w:hideMark/>
          </w:tcPr>
          <w:p w14:paraId="70BADE9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997" w:type="dxa"/>
            <w:noWrap/>
            <w:hideMark/>
          </w:tcPr>
          <w:p w14:paraId="4BFB0FA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I1_L1_N1</w:t>
            </w:r>
          </w:p>
        </w:tc>
      </w:tr>
      <w:tr w:rsidR="00050876" w:rsidRPr="00050876" w14:paraId="5DFAEA59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394EB7F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3.599678</w:t>
            </w:r>
          </w:p>
        </w:tc>
        <w:tc>
          <w:tcPr>
            <w:tcW w:w="960" w:type="dxa"/>
            <w:noWrap/>
            <w:hideMark/>
          </w:tcPr>
          <w:p w14:paraId="1BF405D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-0.34727</w:t>
            </w:r>
          </w:p>
        </w:tc>
        <w:tc>
          <w:tcPr>
            <w:tcW w:w="960" w:type="dxa"/>
            <w:noWrap/>
            <w:hideMark/>
          </w:tcPr>
          <w:p w14:paraId="7B91397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0.729658</w:t>
            </w:r>
          </w:p>
        </w:tc>
        <w:tc>
          <w:tcPr>
            <w:tcW w:w="960" w:type="dxa"/>
            <w:noWrap/>
            <w:hideMark/>
          </w:tcPr>
          <w:p w14:paraId="0D573A3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0.085748</w:t>
            </w:r>
          </w:p>
        </w:tc>
        <w:tc>
          <w:tcPr>
            <w:tcW w:w="960" w:type="dxa"/>
            <w:noWrap/>
            <w:hideMark/>
          </w:tcPr>
          <w:p w14:paraId="666126A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0.046284</w:t>
            </w:r>
          </w:p>
        </w:tc>
        <w:tc>
          <w:tcPr>
            <w:tcW w:w="960" w:type="dxa"/>
            <w:noWrap/>
            <w:hideMark/>
          </w:tcPr>
          <w:p w14:paraId="3815746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0.048776</w:t>
            </w:r>
          </w:p>
        </w:tc>
        <w:tc>
          <w:tcPr>
            <w:tcW w:w="960" w:type="dxa"/>
            <w:noWrap/>
            <w:hideMark/>
          </w:tcPr>
          <w:p w14:paraId="2A1F0D5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0.00372</w:t>
            </w:r>
          </w:p>
        </w:tc>
        <w:tc>
          <w:tcPr>
            <w:tcW w:w="960" w:type="dxa"/>
            <w:noWrap/>
            <w:hideMark/>
          </w:tcPr>
          <w:p w14:paraId="044FF43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997" w:type="dxa"/>
            <w:noWrap/>
            <w:hideMark/>
          </w:tcPr>
          <w:p w14:paraId="0A579BA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I1_L1_N2</w:t>
            </w:r>
          </w:p>
        </w:tc>
      </w:tr>
      <w:tr w:rsidR="00050876" w:rsidRPr="00050876" w14:paraId="3850AEC4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7DFD374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3.365077</w:t>
            </w:r>
          </w:p>
        </w:tc>
        <w:tc>
          <w:tcPr>
            <w:tcW w:w="960" w:type="dxa"/>
            <w:noWrap/>
            <w:hideMark/>
          </w:tcPr>
          <w:p w14:paraId="763E0AD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-0.38257</w:t>
            </w:r>
          </w:p>
        </w:tc>
        <w:tc>
          <w:tcPr>
            <w:tcW w:w="960" w:type="dxa"/>
            <w:noWrap/>
            <w:hideMark/>
          </w:tcPr>
          <w:p w14:paraId="45338E2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0.743714</w:t>
            </w:r>
          </w:p>
        </w:tc>
        <w:tc>
          <w:tcPr>
            <w:tcW w:w="960" w:type="dxa"/>
            <w:noWrap/>
            <w:hideMark/>
          </w:tcPr>
          <w:p w14:paraId="65E0A41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0.086958</w:t>
            </w:r>
          </w:p>
        </w:tc>
        <w:tc>
          <w:tcPr>
            <w:tcW w:w="960" w:type="dxa"/>
            <w:noWrap/>
            <w:hideMark/>
          </w:tcPr>
          <w:p w14:paraId="7602E15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0.043865</w:t>
            </w:r>
          </w:p>
        </w:tc>
        <w:tc>
          <w:tcPr>
            <w:tcW w:w="960" w:type="dxa"/>
            <w:noWrap/>
            <w:hideMark/>
          </w:tcPr>
          <w:p w14:paraId="678C87A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0.04171</w:t>
            </w:r>
          </w:p>
        </w:tc>
        <w:tc>
          <w:tcPr>
            <w:tcW w:w="960" w:type="dxa"/>
            <w:noWrap/>
            <w:hideMark/>
          </w:tcPr>
          <w:p w14:paraId="153DB81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0.001971</w:t>
            </w:r>
          </w:p>
        </w:tc>
        <w:tc>
          <w:tcPr>
            <w:tcW w:w="960" w:type="dxa"/>
            <w:noWrap/>
            <w:hideMark/>
          </w:tcPr>
          <w:p w14:paraId="7BCB0AD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997" w:type="dxa"/>
            <w:noWrap/>
            <w:hideMark/>
          </w:tcPr>
          <w:p w14:paraId="376BA97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I1_L1_N2</w:t>
            </w:r>
          </w:p>
        </w:tc>
      </w:tr>
      <w:tr w:rsidR="00050876" w:rsidRPr="00050876" w14:paraId="3AB81A86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0A4D771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3.130477</w:t>
            </w:r>
          </w:p>
        </w:tc>
        <w:tc>
          <w:tcPr>
            <w:tcW w:w="960" w:type="dxa"/>
            <w:noWrap/>
            <w:hideMark/>
          </w:tcPr>
          <w:p w14:paraId="58DD5CD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-0.41787</w:t>
            </w:r>
          </w:p>
        </w:tc>
        <w:tc>
          <w:tcPr>
            <w:tcW w:w="960" w:type="dxa"/>
            <w:noWrap/>
            <w:hideMark/>
          </w:tcPr>
          <w:p w14:paraId="3F3F1DD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0.75777</w:t>
            </w:r>
          </w:p>
        </w:tc>
        <w:tc>
          <w:tcPr>
            <w:tcW w:w="960" w:type="dxa"/>
            <w:noWrap/>
            <w:hideMark/>
          </w:tcPr>
          <w:p w14:paraId="7367848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0.088169</w:t>
            </w:r>
          </w:p>
        </w:tc>
        <w:tc>
          <w:tcPr>
            <w:tcW w:w="960" w:type="dxa"/>
            <w:noWrap/>
            <w:hideMark/>
          </w:tcPr>
          <w:p w14:paraId="6553682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0.041446</w:t>
            </w:r>
          </w:p>
        </w:tc>
        <w:tc>
          <w:tcPr>
            <w:tcW w:w="960" w:type="dxa"/>
            <w:noWrap/>
            <w:hideMark/>
          </w:tcPr>
          <w:p w14:paraId="4BCFCD5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0.034644</w:t>
            </w:r>
          </w:p>
        </w:tc>
        <w:tc>
          <w:tcPr>
            <w:tcW w:w="960" w:type="dxa"/>
            <w:noWrap/>
            <w:hideMark/>
          </w:tcPr>
          <w:p w14:paraId="7E04E09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0.000222</w:t>
            </w:r>
          </w:p>
        </w:tc>
        <w:tc>
          <w:tcPr>
            <w:tcW w:w="960" w:type="dxa"/>
            <w:noWrap/>
            <w:hideMark/>
          </w:tcPr>
          <w:p w14:paraId="1C28C8D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997" w:type="dxa"/>
            <w:noWrap/>
            <w:hideMark/>
          </w:tcPr>
          <w:p w14:paraId="63AE8F3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I1_L1_N2</w:t>
            </w:r>
          </w:p>
        </w:tc>
      </w:tr>
      <w:tr w:rsidR="00050876" w:rsidRPr="00050876" w14:paraId="14E1C584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43DE6AB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2.869601</w:t>
            </w:r>
          </w:p>
        </w:tc>
        <w:tc>
          <w:tcPr>
            <w:tcW w:w="960" w:type="dxa"/>
            <w:noWrap/>
            <w:hideMark/>
          </w:tcPr>
          <w:p w14:paraId="46B08E6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-0.34808</w:t>
            </w:r>
          </w:p>
        </w:tc>
        <w:tc>
          <w:tcPr>
            <w:tcW w:w="960" w:type="dxa"/>
            <w:noWrap/>
            <w:hideMark/>
          </w:tcPr>
          <w:p w14:paraId="7E53C76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0.705032</w:t>
            </w:r>
          </w:p>
        </w:tc>
        <w:tc>
          <w:tcPr>
            <w:tcW w:w="960" w:type="dxa"/>
            <w:noWrap/>
            <w:hideMark/>
          </w:tcPr>
          <w:p w14:paraId="6F16A1C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0.053402</w:t>
            </w:r>
          </w:p>
        </w:tc>
        <w:tc>
          <w:tcPr>
            <w:tcW w:w="960" w:type="dxa"/>
            <w:noWrap/>
            <w:hideMark/>
          </w:tcPr>
          <w:p w14:paraId="5249087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-0.03195</w:t>
            </w:r>
          </w:p>
        </w:tc>
        <w:tc>
          <w:tcPr>
            <w:tcW w:w="960" w:type="dxa"/>
            <w:noWrap/>
            <w:hideMark/>
          </w:tcPr>
          <w:p w14:paraId="56D6877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0.031231</w:t>
            </w:r>
          </w:p>
        </w:tc>
        <w:tc>
          <w:tcPr>
            <w:tcW w:w="960" w:type="dxa"/>
            <w:noWrap/>
            <w:hideMark/>
          </w:tcPr>
          <w:p w14:paraId="7F187A1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-0.00136</w:t>
            </w:r>
          </w:p>
        </w:tc>
        <w:tc>
          <w:tcPr>
            <w:tcW w:w="960" w:type="dxa"/>
            <w:noWrap/>
            <w:hideMark/>
          </w:tcPr>
          <w:p w14:paraId="69116AB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997" w:type="dxa"/>
            <w:noWrap/>
            <w:hideMark/>
          </w:tcPr>
          <w:p w14:paraId="5C3914D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I1_L2_N1</w:t>
            </w:r>
          </w:p>
        </w:tc>
      </w:tr>
      <w:tr w:rsidR="00050876" w:rsidRPr="00050876" w14:paraId="58FCF33D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3463160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2.635</w:t>
            </w:r>
          </w:p>
        </w:tc>
        <w:tc>
          <w:tcPr>
            <w:tcW w:w="960" w:type="dxa"/>
            <w:noWrap/>
            <w:hideMark/>
          </w:tcPr>
          <w:p w14:paraId="5850991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-0.38338</w:t>
            </w:r>
          </w:p>
        </w:tc>
        <w:tc>
          <w:tcPr>
            <w:tcW w:w="960" w:type="dxa"/>
            <w:noWrap/>
            <w:hideMark/>
          </w:tcPr>
          <w:p w14:paraId="270D773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0.719087</w:t>
            </w:r>
          </w:p>
        </w:tc>
        <w:tc>
          <w:tcPr>
            <w:tcW w:w="960" w:type="dxa"/>
            <w:noWrap/>
            <w:hideMark/>
          </w:tcPr>
          <w:p w14:paraId="4AA483B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0.054612</w:t>
            </w:r>
          </w:p>
        </w:tc>
        <w:tc>
          <w:tcPr>
            <w:tcW w:w="960" w:type="dxa"/>
            <w:noWrap/>
            <w:hideMark/>
          </w:tcPr>
          <w:p w14:paraId="245D65B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-0.03437</w:t>
            </w:r>
          </w:p>
        </w:tc>
        <w:tc>
          <w:tcPr>
            <w:tcW w:w="960" w:type="dxa"/>
            <w:noWrap/>
            <w:hideMark/>
          </w:tcPr>
          <w:p w14:paraId="2E14B2D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0.024165</w:t>
            </w:r>
          </w:p>
        </w:tc>
        <w:tc>
          <w:tcPr>
            <w:tcW w:w="960" w:type="dxa"/>
            <w:noWrap/>
            <w:hideMark/>
          </w:tcPr>
          <w:p w14:paraId="6B1EB2C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-0.00311</w:t>
            </w:r>
          </w:p>
        </w:tc>
        <w:tc>
          <w:tcPr>
            <w:tcW w:w="960" w:type="dxa"/>
            <w:noWrap/>
            <w:hideMark/>
          </w:tcPr>
          <w:p w14:paraId="13BC9A9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997" w:type="dxa"/>
            <w:noWrap/>
            <w:hideMark/>
          </w:tcPr>
          <w:p w14:paraId="45834BB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I1_L2_N1</w:t>
            </w:r>
          </w:p>
        </w:tc>
      </w:tr>
      <w:tr w:rsidR="00050876" w:rsidRPr="00050876" w14:paraId="47EF5DBA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7B0C4EB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2.39568</w:t>
            </w:r>
          </w:p>
        </w:tc>
        <w:tc>
          <w:tcPr>
            <w:tcW w:w="960" w:type="dxa"/>
            <w:noWrap/>
            <w:hideMark/>
          </w:tcPr>
          <w:p w14:paraId="223591D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-0.42081</w:t>
            </w:r>
          </w:p>
        </w:tc>
        <w:tc>
          <w:tcPr>
            <w:tcW w:w="960" w:type="dxa"/>
            <w:noWrap/>
            <w:hideMark/>
          </w:tcPr>
          <w:p w14:paraId="7C297FA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0.733919</w:t>
            </w:r>
          </w:p>
        </w:tc>
        <w:tc>
          <w:tcPr>
            <w:tcW w:w="960" w:type="dxa"/>
            <w:noWrap/>
            <w:hideMark/>
          </w:tcPr>
          <w:p w14:paraId="5F134EF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0.049505</w:t>
            </w:r>
          </w:p>
        </w:tc>
        <w:tc>
          <w:tcPr>
            <w:tcW w:w="960" w:type="dxa"/>
            <w:noWrap/>
            <w:hideMark/>
          </w:tcPr>
          <w:p w14:paraId="02C901D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-0.03562</w:t>
            </w:r>
          </w:p>
        </w:tc>
        <w:tc>
          <w:tcPr>
            <w:tcW w:w="960" w:type="dxa"/>
            <w:noWrap/>
            <w:hideMark/>
          </w:tcPr>
          <w:p w14:paraId="74578F9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0.01897</w:t>
            </w:r>
          </w:p>
        </w:tc>
        <w:tc>
          <w:tcPr>
            <w:tcW w:w="960" w:type="dxa"/>
            <w:noWrap/>
            <w:hideMark/>
          </w:tcPr>
          <w:p w14:paraId="5E2C2D1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0.003638</w:t>
            </w:r>
          </w:p>
        </w:tc>
        <w:tc>
          <w:tcPr>
            <w:tcW w:w="960" w:type="dxa"/>
            <w:noWrap/>
            <w:hideMark/>
          </w:tcPr>
          <w:p w14:paraId="5FCB5DD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997" w:type="dxa"/>
            <w:noWrap/>
            <w:hideMark/>
          </w:tcPr>
          <w:p w14:paraId="17DB022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I1_L2_N1</w:t>
            </w:r>
          </w:p>
        </w:tc>
      </w:tr>
      <w:tr w:rsidR="00050876" w:rsidRPr="00050876" w14:paraId="3A331B78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44EB793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2.016476</w:t>
            </w:r>
          </w:p>
        </w:tc>
        <w:tc>
          <w:tcPr>
            <w:tcW w:w="960" w:type="dxa"/>
            <w:noWrap/>
            <w:hideMark/>
          </w:tcPr>
          <w:p w14:paraId="189537B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-0.41777</w:t>
            </w:r>
          </w:p>
        </w:tc>
        <w:tc>
          <w:tcPr>
            <w:tcW w:w="960" w:type="dxa"/>
            <w:noWrap/>
            <w:hideMark/>
          </w:tcPr>
          <w:p w14:paraId="2F8795C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0.572734</w:t>
            </w:r>
          </w:p>
        </w:tc>
        <w:tc>
          <w:tcPr>
            <w:tcW w:w="960" w:type="dxa"/>
            <w:noWrap/>
            <w:hideMark/>
          </w:tcPr>
          <w:p w14:paraId="7F8946B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0.032746</w:t>
            </w:r>
          </w:p>
        </w:tc>
        <w:tc>
          <w:tcPr>
            <w:tcW w:w="960" w:type="dxa"/>
            <w:noWrap/>
            <w:hideMark/>
          </w:tcPr>
          <w:p w14:paraId="506A8B0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-0.07815</w:t>
            </w:r>
          </w:p>
        </w:tc>
        <w:tc>
          <w:tcPr>
            <w:tcW w:w="960" w:type="dxa"/>
            <w:noWrap/>
            <w:hideMark/>
          </w:tcPr>
          <w:p w14:paraId="2264A6B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0.039659</w:t>
            </w:r>
          </w:p>
        </w:tc>
        <w:tc>
          <w:tcPr>
            <w:tcW w:w="960" w:type="dxa"/>
            <w:noWrap/>
            <w:hideMark/>
          </w:tcPr>
          <w:p w14:paraId="0A5CC18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0.001245</w:t>
            </w:r>
          </w:p>
        </w:tc>
        <w:tc>
          <w:tcPr>
            <w:tcW w:w="960" w:type="dxa"/>
            <w:noWrap/>
            <w:hideMark/>
          </w:tcPr>
          <w:p w14:paraId="2378317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997" w:type="dxa"/>
            <w:noWrap/>
            <w:hideMark/>
          </w:tcPr>
          <w:p w14:paraId="550EF75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I1_L2_N2</w:t>
            </w:r>
          </w:p>
        </w:tc>
      </w:tr>
      <w:tr w:rsidR="00050876" w:rsidRPr="00050876" w14:paraId="25962611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55B1AF2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1.781875</w:t>
            </w:r>
          </w:p>
        </w:tc>
        <w:tc>
          <w:tcPr>
            <w:tcW w:w="960" w:type="dxa"/>
            <w:noWrap/>
            <w:hideMark/>
          </w:tcPr>
          <w:p w14:paraId="1C99158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-0.45307</w:t>
            </w:r>
          </w:p>
        </w:tc>
        <w:tc>
          <w:tcPr>
            <w:tcW w:w="960" w:type="dxa"/>
            <w:noWrap/>
            <w:hideMark/>
          </w:tcPr>
          <w:p w14:paraId="37DAC16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0.58679</w:t>
            </w:r>
          </w:p>
        </w:tc>
        <w:tc>
          <w:tcPr>
            <w:tcW w:w="960" w:type="dxa"/>
            <w:noWrap/>
            <w:hideMark/>
          </w:tcPr>
          <w:p w14:paraId="5E39F6C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0.033956</w:t>
            </w:r>
          </w:p>
        </w:tc>
        <w:tc>
          <w:tcPr>
            <w:tcW w:w="960" w:type="dxa"/>
            <w:noWrap/>
            <w:hideMark/>
          </w:tcPr>
          <w:p w14:paraId="70BC841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-0.08056</w:t>
            </w:r>
          </w:p>
        </w:tc>
        <w:tc>
          <w:tcPr>
            <w:tcW w:w="960" w:type="dxa"/>
            <w:noWrap/>
            <w:hideMark/>
          </w:tcPr>
          <w:p w14:paraId="0B24136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0.032593</w:t>
            </w:r>
          </w:p>
        </w:tc>
        <w:tc>
          <w:tcPr>
            <w:tcW w:w="960" w:type="dxa"/>
            <w:noWrap/>
            <w:hideMark/>
          </w:tcPr>
          <w:p w14:paraId="02089D4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-0.0005</w:t>
            </w:r>
          </w:p>
        </w:tc>
        <w:tc>
          <w:tcPr>
            <w:tcW w:w="960" w:type="dxa"/>
            <w:noWrap/>
            <w:hideMark/>
          </w:tcPr>
          <w:p w14:paraId="1F85636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997" w:type="dxa"/>
            <w:noWrap/>
            <w:hideMark/>
          </w:tcPr>
          <w:p w14:paraId="5B429D3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I1_L2_N2</w:t>
            </w:r>
          </w:p>
        </w:tc>
      </w:tr>
      <w:tr w:rsidR="00050876" w:rsidRPr="00050876" w14:paraId="1141EDB6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0C3F20E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1.547274</w:t>
            </w:r>
          </w:p>
        </w:tc>
        <w:tc>
          <w:tcPr>
            <w:tcW w:w="960" w:type="dxa"/>
            <w:noWrap/>
            <w:hideMark/>
          </w:tcPr>
          <w:p w14:paraId="6CDE501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-0.48837</w:t>
            </w:r>
          </w:p>
        </w:tc>
        <w:tc>
          <w:tcPr>
            <w:tcW w:w="960" w:type="dxa"/>
            <w:noWrap/>
            <w:hideMark/>
          </w:tcPr>
          <w:p w14:paraId="27B3DDE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0.600846</w:t>
            </w:r>
          </w:p>
        </w:tc>
        <w:tc>
          <w:tcPr>
            <w:tcW w:w="960" w:type="dxa"/>
            <w:noWrap/>
            <w:hideMark/>
          </w:tcPr>
          <w:p w14:paraId="3A547C2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0.035166</w:t>
            </w:r>
          </w:p>
        </w:tc>
        <w:tc>
          <w:tcPr>
            <w:tcW w:w="960" w:type="dxa"/>
            <w:noWrap/>
            <w:hideMark/>
          </w:tcPr>
          <w:p w14:paraId="562A9A9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-0.08298</w:t>
            </w:r>
          </w:p>
        </w:tc>
        <w:tc>
          <w:tcPr>
            <w:tcW w:w="960" w:type="dxa"/>
            <w:noWrap/>
            <w:hideMark/>
          </w:tcPr>
          <w:p w14:paraId="3B7A3B5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0.025528</w:t>
            </w:r>
          </w:p>
        </w:tc>
        <w:tc>
          <w:tcPr>
            <w:tcW w:w="960" w:type="dxa"/>
            <w:noWrap/>
            <w:hideMark/>
          </w:tcPr>
          <w:p w14:paraId="5B4395A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-0.00225</w:t>
            </w:r>
          </w:p>
        </w:tc>
        <w:tc>
          <w:tcPr>
            <w:tcW w:w="960" w:type="dxa"/>
            <w:noWrap/>
            <w:hideMark/>
          </w:tcPr>
          <w:p w14:paraId="4AD11D1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997" w:type="dxa"/>
            <w:noWrap/>
            <w:hideMark/>
          </w:tcPr>
          <w:p w14:paraId="53557A4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I1_L2_N2</w:t>
            </w:r>
          </w:p>
        </w:tc>
      </w:tr>
      <w:tr w:rsidR="00050876" w:rsidRPr="00050876" w14:paraId="1708E623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29491DC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1.422622</w:t>
            </w:r>
          </w:p>
        </w:tc>
        <w:tc>
          <w:tcPr>
            <w:tcW w:w="960" w:type="dxa"/>
            <w:noWrap/>
            <w:hideMark/>
          </w:tcPr>
          <w:p w14:paraId="75076F9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-0.28553</w:t>
            </w:r>
          </w:p>
        </w:tc>
        <w:tc>
          <w:tcPr>
            <w:tcW w:w="960" w:type="dxa"/>
            <w:noWrap/>
            <w:hideMark/>
          </w:tcPr>
          <w:p w14:paraId="3951FFE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0.397881</w:t>
            </w:r>
          </w:p>
        </w:tc>
        <w:tc>
          <w:tcPr>
            <w:tcW w:w="960" w:type="dxa"/>
            <w:noWrap/>
            <w:hideMark/>
          </w:tcPr>
          <w:p w14:paraId="19D406E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-0.06099</w:t>
            </w:r>
          </w:p>
        </w:tc>
        <w:tc>
          <w:tcPr>
            <w:tcW w:w="960" w:type="dxa"/>
            <w:noWrap/>
            <w:hideMark/>
          </w:tcPr>
          <w:p w14:paraId="761ABE8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-0.00681</w:t>
            </w:r>
          </w:p>
        </w:tc>
        <w:tc>
          <w:tcPr>
            <w:tcW w:w="960" w:type="dxa"/>
            <w:noWrap/>
            <w:hideMark/>
          </w:tcPr>
          <w:p w14:paraId="7B0B909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-0.03328</w:t>
            </w:r>
          </w:p>
        </w:tc>
        <w:tc>
          <w:tcPr>
            <w:tcW w:w="960" w:type="dxa"/>
            <w:noWrap/>
            <w:hideMark/>
          </w:tcPr>
          <w:p w14:paraId="05B5D09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-0.00305</w:t>
            </w:r>
          </w:p>
        </w:tc>
        <w:tc>
          <w:tcPr>
            <w:tcW w:w="960" w:type="dxa"/>
            <w:noWrap/>
            <w:hideMark/>
          </w:tcPr>
          <w:p w14:paraId="2B0FD01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997" w:type="dxa"/>
            <w:noWrap/>
            <w:hideMark/>
          </w:tcPr>
          <w:p w14:paraId="18AF457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I2_L1_N1</w:t>
            </w:r>
          </w:p>
        </w:tc>
      </w:tr>
      <w:tr w:rsidR="00050876" w:rsidRPr="00050876" w14:paraId="501FC757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4B71828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1.183302</w:t>
            </w:r>
          </w:p>
        </w:tc>
        <w:tc>
          <w:tcPr>
            <w:tcW w:w="960" w:type="dxa"/>
            <w:noWrap/>
            <w:hideMark/>
          </w:tcPr>
          <w:p w14:paraId="5CA8C57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-0.32297</w:t>
            </w:r>
          </w:p>
        </w:tc>
        <w:tc>
          <w:tcPr>
            <w:tcW w:w="960" w:type="dxa"/>
            <w:noWrap/>
            <w:hideMark/>
          </w:tcPr>
          <w:p w14:paraId="51AC32F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0.412713</w:t>
            </w:r>
          </w:p>
        </w:tc>
        <w:tc>
          <w:tcPr>
            <w:tcW w:w="960" w:type="dxa"/>
            <w:noWrap/>
            <w:hideMark/>
          </w:tcPr>
          <w:p w14:paraId="562BBAD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-0.0661</w:t>
            </w:r>
          </w:p>
        </w:tc>
        <w:tc>
          <w:tcPr>
            <w:tcW w:w="960" w:type="dxa"/>
            <w:noWrap/>
            <w:hideMark/>
          </w:tcPr>
          <w:p w14:paraId="66ABC22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-0.00806</w:t>
            </w:r>
          </w:p>
        </w:tc>
        <w:tc>
          <w:tcPr>
            <w:tcW w:w="960" w:type="dxa"/>
            <w:noWrap/>
            <w:hideMark/>
          </w:tcPr>
          <w:p w14:paraId="6643B87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-0.03847</w:t>
            </w:r>
          </w:p>
        </w:tc>
        <w:tc>
          <w:tcPr>
            <w:tcW w:w="960" w:type="dxa"/>
            <w:noWrap/>
            <w:hideMark/>
          </w:tcPr>
          <w:p w14:paraId="4F08A1D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0.003692</w:t>
            </w:r>
          </w:p>
        </w:tc>
        <w:tc>
          <w:tcPr>
            <w:tcW w:w="960" w:type="dxa"/>
            <w:noWrap/>
            <w:hideMark/>
          </w:tcPr>
          <w:p w14:paraId="1934C10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997" w:type="dxa"/>
            <w:noWrap/>
            <w:hideMark/>
          </w:tcPr>
          <w:p w14:paraId="17DE8EF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I2_L1_N1</w:t>
            </w:r>
          </w:p>
        </w:tc>
      </w:tr>
      <w:tr w:rsidR="00050876" w:rsidRPr="00050876" w14:paraId="0D517929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6E2F291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0.948701</w:t>
            </w:r>
          </w:p>
        </w:tc>
        <w:tc>
          <w:tcPr>
            <w:tcW w:w="960" w:type="dxa"/>
            <w:noWrap/>
            <w:hideMark/>
          </w:tcPr>
          <w:p w14:paraId="2249864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-0.35827</w:t>
            </w:r>
          </w:p>
        </w:tc>
        <w:tc>
          <w:tcPr>
            <w:tcW w:w="960" w:type="dxa"/>
            <w:noWrap/>
            <w:hideMark/>
          </w:tcPr>
          <w:p w14:paraId="79B0D03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0.426768</w:t>
            </w:r>
          </w:p>
        </w:tc>
        <w:tc>
          <w:tcPr>
            <w:tcW w:w="960" w:type="dxa"/>
            <w:noWrap/>
            <w:hideMark/>
          </w:tcPr>
          <w:p w14:paraId="0F30D54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-0.06489</w:t>
            </w:r>
          </w:p>
        </w:tc>
        <w:tc>
          <w:tcPr>
            <w:tcW w:w="960" w:type="dxa"/>
            <w:noWrap/>
            <w:hideMark/>
          </w:tcPr>
          <w:p w14:paraId="5F73C69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-0.01048</w:t>
            </w:r>
          </w:p>
        </w:tc>
        <w:tc>
          <w:tcPr>
            <w:tcW w:w="960" w:type="dxa"/>
            <w:noWrap/>
            <w:hideMark/>
          </w:tcPr>
          <w:p w14:paraId="77972E2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-0.04554</w:t>
            </w:r>
          </w:p>
        </w:tc>
        <w:tc>
          <w:tcPr>
            <w:tcW w:w="960" w:type="dxa"/>
            <w:noWrap/>
            <w:hideMark/>
          </w:tcPr>
          <w:p w14:paraId="7DD1918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0.001943</w:t>
            </w:r>
          </w:p>
        </w:tc>
        <w:tc>
          <w:tcPr>
            <w:tcW w:w="960" w:type="dxa"/>
            <w:noWrap/>
            <w:hideMark/>
          </w:tcPr>
          <w:p w14:paraId="6BCA189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997" w:type="dxa"/>
            <w:noWrap/>
            <w:hideMark/>
          </w:tcPr>
          <w:p w14:paraId="431EBD5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I2_L1_N1</w:t>
            </w:r>
          </w:p>
        </w:tc>
      </w:tr>
      <w:tr w:rsidR="00050876" w:rsidRPr="00050876" w14:paraId="56208EF6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09A1DE3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0.667224</w:t>
            </w:r>
          </w:p>
        </w:tc>
        <w:tc>
          <w:tcPr>
            <w:tcW w:w="960" w:type="dxa"/>
            <w:noWrap/>
            <w:hideMark/>
          </w:tcPr>
          <w:p w14:paraId="21D74A1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-0.33312</w:t>
            </w:r>
          </w:p>
        </w:tc>
        <w:tc>
          <w:tcPr>
            <w:tcW w:w="960" w:type="dxa"/>
            <w:noWrap/>
            <w:hideMark/>
          </w:tcPr>
          <w:p w14:paraId="5B4200D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0.30403</w:t>
            </w:r>
          </w:p>
        </w:tc>
        <w:tc>
          <w:tcPr>
            <w:tcW w:w="960" w:type="dxa"/>
            <w:noWrap/>
            <w:hideMark/>
          </w:tcPr>
          <w:p w14:paraId="0E27F41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-0.06707</w:t>
            </w:r>
          </w:p>
        </w:tc>
        <w:tc>
          <w:tcPr>
            <w:tcW w:w="960" w:type="dxa"/>
            <w:noWrap/>
            <w:hideMark/>
          </w:tcPr>
          <w:p w14:paraId="2DCB7C4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-0.01565</w:t>
            </w:r>
          </w:p>
        </w:tc>
        <w:tc>
          <w:tcPr>
            <w:tcW w:w="960" w:type="dxa"/>
            <w:noWrap/>
            <w:hideMark/>
          </w:tcPr>
          <w:p w14:paraId="726BA7E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-0.05538</w:t>
            </w:r>
          </w:p>
        </w:tc>
        <w:tc>
          <w:tcPr>
            <w:tcW w:w="960" w:type="dxa"/>
            <w:noWrap/>
            <w:hideMark/>
          </w:tcPr>
          <w:p w14:paraId="2715294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0.000322</w:t>
            </w:r>
          </w:p>
        </w:tc>
        <w:tc>
          <w:tcPr>
            <w:tcW w:w="960" w:type="dxa"/>
            <w:noWrap/>
            <w:hideMark/>
          </w:tcPr>
          <w:p w14:paraId="71DD530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997" w:type="dxa"/>
            <w:noWrap/>
            <w:hideMark/>
          </w:tcPr>
          <w:p w14:paraId="52C7CD6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I2_L1_N2</w:t>
            </w:r>
          </w:p>
        </w:tc>
      </w:tr>
      <w:tr w:rsidR="00050876" w:rsidRPr="00050876" w14:paraId="323B5A8F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3A194E5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0.432623</w:t>
            </w:r>
          </w:p>
        </w:tc>
        <w:tc>
          <w:tcPr>
            <w:tcW w:w="960" w:type="dxa"/>
            <w:noWrap/>
            <w:hideMark/>
          </w:tcPr>
          <w:p w14:paraId="77DED9F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-0.36842</w:t>
            </w:r>
          </w:p>
        </w:tc>
        <w:tc>
          <w:tcPr>
            <w:tcW w:w="960" w:type="dxa"/>
            <w:noWrap/>
            <w:hideMark/>
          </w:tcPr>
          <w:p w14:paraId="3B5D80D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0.318086</w:t>
            </w:r>
          </w:p>
        </w:tc>
        <w:tc>
          <w:tcPr>
            <w:tcW w:w="960" w:type="dxa"/>
            <w:noWrap/>
            <w:hideMark/>
          </w:tcPr>
          <w:p w14:paraId="0D24D8A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-0.06586</w:t>
            </w:r>
          </w:p>
        </w:tc>
        <w:tc>
          <w:tcPr>
            <w:tcW w:w="960" w:type="dxa"/>
            <w:noWrap/>
            <w:hideMark/>
          </w:tcPr>
          <w:p w14:paraId="5999488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-0.01807</w:t>
            </w:r>
          </w:p>
        </w:tc>
        <w:tc>
          <w:tcPr>
            <w:tcW w:w="960" w:type="dxa"/>
            <w:noWrap/>
            <w:hideMark/>
          </w:tcPr>
          <w:p w14:paraId="687F46A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-0.06244</w:t>
            </w:r>
          </w:p>
        </w:tc>
        <w:tc>
          <w:tcPr>
            <w:tcW w:w="960" w:type="dxa"/>
            <w:noWrap/>
            <w:hideMark/>
          </w:tcPr>
          <w:p w14:paraId="75C6E4B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-0.00143</w:t>
            </w:r>
          </w:p>
        </w:tc>
        <w:tc>
          <w:tcPr>
            <w:tcW w:w="960" w:type="dxa"/>
            <w:noWrap/>
            <w:hideMark/>
          </w:tcPr>
          <w:p w14:paraId="6A41FF9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997" w:type="dxa"/>
            <w:noWrap/>
            <w:hideMark/>
          </w:tcPr>
          <w:p w14:paraId="00F781C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I2_L1_N2</w:t>
            </w:r>
          </w:p>
        </w:tc>
      </w:tr>
      <w:tr w:rsidR="00050876" w:rsidRPr="00050876" w14:paraId="12F07E26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2A0DE58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lastRenderedPageBreak/>
              <w:t>0.198023</w:t>
            </w:r>
          </w:p>
        </w:tc>
        <w:tc>
          <w:tcPr>
            <w:tcW w:w="960" w:type="dxa"/>
            <w:noWrap/>
            <w:hideMark/>
          </w:tcPr>
          <w:p w14:paraId="722C7A7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-0.40372</w:t>
            </w:r>
          </w:p>
        </w:tc>
        <w:tc>
          <w:tcPr>
            <w:tcW w:w="960" w:type="dxa"/>
            <w:noWrap/>
            <w:hideMark/>
          </w:tcPr>
          <w:p w14:paraId="2F635C2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0.332142</w:t>
            </w:r>
          </w:p>
        </w:tc>
        <w:tc>
          <w:tcPr>
            <w:tcW w:w="960" w:type="dxa"/>
            <w:noWrap/>
            <w:hideMark/>
          </w:tcPr>
          <w:p w14:paraId="11D2D42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-0.06465</w:t>
            </w:r>
          </w:p>
        </w:tc>
        <w:tc>
          <w:tcPr>
            <w:tcW w:w="960" w:type="dxa"/>
            <w:noWrap/>
            <w:hideMark/>
          </w:tcPr>
          <w:p w14:paraId="6020C3E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-0.02049</w:t>
            </w:r>
          </w:p>
        </w:tc>
        <w:tc>
          <w:tcPr>
            <w:tcW w:w="960" w:type="dxa"/>
            <w:noWrap/>
            <w:hideMark/>
          </w:tcPr>
          <w:p w14:paraId="6408BE4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-0.06951</w:t>
            </w:r>
          </w:p>
        </w:tc>
        <w:tc>
          <w:tcPr>
            <w:tcW w:w="960" w:type="dxa"/>
            <w:noWrap/>
            <w:hideMark/>
          </w:tcPr>
          <w:p w14:paraId="3E7779B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-0.00318</w:t>
            </w:r>
          </w:p>
        </w:tc>
        <w:tc>
          <w:tcPr>
            <w:tcW w:w="960" w:type="dxa"/>
            <w:noWrap/>
            <w:hideMark/>
          </w:tcPr>
          <w:p w14:paraId="08851A8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997" w:type="dxa"/>
            <w:noWrap/>
            <w:hideMark/>
          </w:tcPr>
          <w:p w14:paraId="7556831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I2_L1_N2</w:t>
            </w:r>
          </w:p>
        </w:tc>
      </w:tr>
      <w:tr w:rsidR="00050876" w:rsidRPr="00050876" w14:paraId="4806BD85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2F243B7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-0.06157</w:t>
            </w:r>
          </w:p>
        </w:tc>
        <w:tc>
          <w:tcPr>
            <w:tcW w:w="960" w:type="dxa"/>
            <w:noWrap/>
            <w:hideMark/>
          </w:tcPr>
          <w:p w14:paraId="1C0A1EE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-0.38621</w:t>
            </w:r>
          </w:p>
        </w:tc>
        <w:tc>
          <w:tcPr>
            <w:tcW w:w="960" w:type="dxa"/>
            <w:noWrap/>
            <w:hideMark/>
          </w:tcPr>
          <w:p w14:paraId="4B5008C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0.273628</w:t>
            </w:r>
          </w:p>
        </w:tc>
        <w:tc>
          <w:tcPr>
            <w:tcW w:w="960" w:type="dxa"/>
            <w:noWrap/>
            <w:hideMark/>
          </w:tcPr>
          <w:p w14:paraId="586DFFC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-0.08686</w:t>
            </w:r>
          </w:p>
        </w:tc>
        <w:tc>
          <w:tcPr>
            <w:tcW w:w="960" w:type="dxa"/>
            <w:noWrap/>
            <w:hideMark/>
          </w:tcPr>
          <w:p w14:paraId="0EFB542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-0.02413</w:t>
            </w:r>
          </w:p>
        </w:tc>
        <w:tc>
          <w:tcPr>
            <w:tcW w:w="960" w:type="dxa"/>
            <w:noWrap/>
            <w:hideMark/>
          </w:tcPr>
          <w:p w14:paraId="5AD95A7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-0.08923</w:t>
            </w:r>
          </w:p>
        </w:tc>
        <w:tc>
          <w:tcPr>
            <w:tcW w:w="960" w:type="dxa"/>
            <w:noWrap/>
            <w:hideMark/>
          </w:tcPr>
          <w:p w14:paraId="5F6FE3A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0.003635</w:t>
            </w:r>
          </w:p>
        </w:tc>
        <w:tc>
          <w:tcPr>
            <w:tcW w:w="960" w:type="dxa"/>
            <w:noWrap/>
            <w:hideMark/>
          </w:tcPr>
          <w:p w14:paraId="627CD9B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997" w:type="dxa"/>
            <w:noWrap/>
            <w:hideMark/>
          </w:tcPr>
          <w:p w14:paraId="6AB8A10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I2_L2_N1</w:t>
            </w:r>
          </w:p>
        </w:tc>
      </w:tr>
      <w:tr w:rsidR="00050876" w:rsidRPr="00050876" w14:paraId="466BFA14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45A17CB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-0.29617</w:t>
            </w:r>
          </w:p>
        </w:tc>
        <w:tc>
          <w:tcPr>
            <w:tcW w:w="960" w:type="dxa"/>
            <w:noWrap/>
            <w:hideMark/>
          </w:tcPr>
          <w:p w14:paraId="5F39894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-0.42151</w:t>
            </w:r>
          </w:p>
        </w:tc>
        <w:tc>
          <w:tcPr>
            <w:tcW w:w="960" w:type="dxa"/>
            <w:noWrap/>
            <w:hideMark/>
          </w:tcPr>
          <w:p w14:paraId="3D54A07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0.287684</w:t>
            </w:r>
          </w:p>
        </w:tc>
        <w:tc>
          <w:tcPr>
            <w:tcW w:w="960" w:type="dxa"/>
            <w:noWrap/>
            <w:hideMark/>
          </w:tcPr>
          <w:p w14:paraId="729BF09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-0.08565</w:t>
            </w:r>
          </w:p>
        </w:tc>
        <w:tc>
          <w:tcPr>
            <w:tcW w:w="960" w:type="dxa"/>
            <w:noWrap/>
            <w:hideMark/>
          </w:tcPr>
          <w:p w14:paraId="636A572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-0.02655</w:t>
            </w:r>
          </w:p>
        </w:tc>
        <w:tc>
          <w:tcPr>
            <w:tcW w:w="960" w:type="dxa"/>
            <w:noWrap/>
            <w:hideMark/>
          </w:tcPr>
          <w:p w14:paraId="019F56B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-0.0963</w:t>
            </w:r>
          </w:p>
        </w:tc>
        <w:tc>
          <w:tcPr>
            <w:tcW w:w="960" w:type="dxa"/>
            <w:noWrap/>
            <w:hideMark/>
          </w:tcPr>
          <w:p w14:paraId="58CE0CC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0.001886</w:t>
            </w:r>
          </w:p>
        </w:tc>
        <w:tc>
          <w:tcPr>
            <w:tcW w:w="960" w:type="dxa"/>
            <w:noWrap/>
            <w:hideMark/>
          </w:tcPr>
          <w:p w14:paraId="73CE3DB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997" w:type="dxa"/>
            <w:noWrap/>
            <w:hideMark/>
          </w:tcPr>
          <w:p w14:paraId="4A23471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I2_L2_N1</w:t>
            </w:r>
          </w:p>
        </w:tc>
      </w:tr>
      <w:tr w:rsidR="00050876" w:rsidRPr="00050876" w14:paraId="530E0760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3765A33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-0.53077</w:t>
            </w:r>
          </w:p>
        </w:tc>
        <w:tc>
          <w:tcPr>
            <w:tcW w:w="960" w:type="dxa"/>
            <w:noWrap/>
            <w:hideMark/>
          </w:tcPr>
          <w:p w14:paraId="51342A0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-0.45681</w:t>
            </w:r>
          </w:p>
        </w:tc>
        <w:tc>
          <w:tcPr>
            <w:tcW w:w="960" w:type="dxa"/>
            <w:noWrap/>
            <w:hideMark/>
          </w:tcPr>
          <w:p w14:paraId="593E658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0.30174</w:t>
            </w:r>
          </w:p>
        </w:tc>
        <w:tc>
          <w:tcPr>
            <w:tcW w:w="960" w:type="dxa"/>
            <w:noWrap/>
            <w:hideMark/>
          </w:tcPr>
          <w:p w14:paraId="49CAC5D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-0.08444</w:t>
            </w:r>
          </w:p>
        </w:tc>
        <w:tc>
          <w:tcPr>
            <w:tcW w:w="960" w:type="dxa"/>
            <w:noWrap/>
            <w:hideMark/>
          </w:tcPr>
          <w:p w14:paraId="0314870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-0.02897</w:t>
            </w:r>
          </w:p>
        </w:tc>
        <w:tc>
          <w:tcPr>
            <w:tcW w:w="960" w:type="dxa"/>
            <w:noWrap/>
            <w:hideMark/>
          </w:tcPr>
          <w:p w14:paraId="458BBFD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-0.10336</w:t>
            </w:r>
          </w:p>
        </w:tc>
        <w:tc>
          <w:tcPr>
            <w:tcW w:w="960" w:type="dxa"/>
            <w:noWrap/>
            <w:hideMark/>
          </w:tcPr>
          <w:p w14:paraId="1D4ADDA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0.000137</w:t>
            </w:r>
          </w:p>
        </w:tc>
        <w:tc>
          <w:tcPr>
            <w:tcW w:w="960" w:type="dxa"/>
            <w:noWrap/>
            <w:hideMark/>
          </w:tcPr>
          <w:p w14:paraId="5C26B5B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997" w:type="dxa"/>
            <w:noWrap/>
            <w:hideMark/>
          </w:tcPr>
          <w:p w14:paraId="54155FE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I2_L2_N1</w:t>
            </w:r>
          </w:p>
        </w:tc>
      </w:tr>
      <w:tr w:rsidR="00050876" w:rsidRPr="00050876" w14:paraId="463DB980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5C3DC68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-0.81032</w:t>
            </w:r>
          </w:p>
        </w:tc>
        <w:tc>
          <w:tcPr>
            <w:tcW w:w="960" w:type="dxa"/>
            <w:noWrap/>
            <w:hideMark/>
          </w:tcPr>
          <w:p w14:paraId="48F58B3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-0.40074</w:t>
            </w:r>
          </w:p>
        </w:tc>
        <w:tc>
          <w:tcPr>
            <w:tcW w:w="960" w:type="dxa"/>
            <w:noWrap/>
            <w:hideMark/>
          </w:tcPr>
          <w:p w14:paraId="0EEAD84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0.265301</w:t>
            </w:r>
          </w:p>
        </w:tc>
        <w:tc>
          <w:tcPr>
            <w:tcW w:w="960" w:type="dxa"/>
            <w:noWrap/>
            <w:hideMark/>
          </w:tcPr>
          <w:p w14:paraId="627916E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-0.07807</w:t>
            </w:r>
          </w:p>
        </w:tc>
        <w:tc>
          <w:tcPr>
            <w:tcW w:w="960" w:type="dxa"/>
            <w:noWrap/>
            <w:hideMark/>
          </w:tcPr>
          <w:p w14:paraId="5A71863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-0.00219</w:t>
            </w:r>
          </w:p>
        </w:tc>
        <w:tc>
          <w:tcPr>
            <w:tcW w:w="960" w:type="dxa"/>
            <w:noWrap/>
            <w:hideMark/>
          </w:tcPr>
          <w:p w14:paraId="50360EE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-0.09955</w:t>
            </w:r>
          </w:p>
        </w:tc>
        <w:tc>
          <w:tcPr>
            <w:tcW w:w="960" w:type="dxa"/>
            <w:noWrap/>
            <w:hideMark/>
          </w:tcPr>
          <w:p w14:paraId="44E736A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-0.00158</w:t>
            </w:r>
          </w:p>
        </w:tc>
        <w:tc>
          <w:tcPr>
            <w:tcW w:w="960" w:type="dxa"/>
            <w:noWrap/>
            <w:hideMark/>
          </w:tcPr>
          <w:p w14:paraId="752839A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997" w:type="dxa"/>
            <w:noWrap/>
            <w:hideMark/>
          </w:tcPr>
          <w:p w14:paraId="233869C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I2_L2_N2</w:t>
            </w:r>
          </w:p>
        </w:tc>
      </w:tr>
      <w:tr w:rsidR="00050876" w:rsidRPr="00050876" w14:paraId="4E8CCCDC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490239A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-1.04492</w:t>
            </w:r>
          </w:p>
        </w:tc>
        <w:tc>
          <w:tcPr>
            <w:tcW w:w="960" w:type="dxa"/>
            <w:noWrap/>
            <w:hideMark/>
          </w:tcPr>
          <w:p w14:paraId="756B2A9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-0.43604</w:t>
            </w:r>
          </w:p>
        </w:tc>
        <w:tc>
          <w:tcPr>
            <w:tcW w:w="960" w:type="dxa"/>
            <w:noWrap/>
            <w:hideMark/>
          </w:tcPr>
          <w:p w14:paraId="2B4EAC8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0.279356</w:t>
            </w:r>
          </w:p>
        </w:tc>
        <w:tc>
          <w:tcPr>
            <w:tcW w:w="960" w:type="dxa"/>
            <w:noWrap/>
            <w:hideMark/>
          </w:tcPr>
          <w:p w14:paraId="043E0C5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-0.07686</w:t>
            </w:r>
          </w:p>
        </w:tc>
        <w:tc>
          <w:tcPr>
            <w:tcW w:w="960" w:type="dxa"/>
            <w:noWrap/>
            <w:hideMark/>
          </w:tcPr>
          <w:p w14:paraId="5B6D2AA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-0.00461</w:t>
            </w:r>
          </w:p>
        </w:tc>
        <w:tc>
          <w:tcPr>
            <w:tcW w:w="960" w:type="dxa"/>
            <w:noWrap/>
            <w:hideMark/>
          </w:tcPr>
          <w:p w14:paraId="0609D42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-0.10661</w:t>
            </w:r>
          </w:p>
        </w:tc>
        <w:tc>
          <w:tcPr>
            <w:tcW w:w="960" w:type="dxa"/>
            <w:noWrap/>
            <w:hideMark/>
          </w:tcPr>
          <w:p w14:paraId="421BEE2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-0.00333</w:t>
            </w:r>
          </w:p>
        </w:tc>
        <w:tc>
          <w:tcPr>
            <w:tcW w:w="960" w:type="dxa"/>
            <w:noWrap/>
            <w:hideMark/>
          </w:tcPr>
          <w:p w14:paraId="448CF54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997" w:type="dxa"/>
            <w:noWrap/>
            <w:hideMark/>
          </w:tcPr>
          <w:p w14:paraId="6EABC40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I2_L2_N2</w:t>
            </w:r>
          </w:p>
        </w:tc>
      </w:tr>
      <w:tr w:rsidR="00050876" w:rsidRPr="00050876" w14:paraId="252AAD9A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0A9BFF4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-1.28424</w:t>
            </w:r>
          </w:p>
        </w:tc>
        <w:tc>
          <w:tcPr>
            <w:tcW w:w="960" w:type="dxa"/>
            <w:noWrap/>
            <w:hideMark/>
          </w:tcPr>
          <w:p w14:paraId="1D9DC54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-0.47348</w:t>
            </w:r>
          </w:p>
        </w:tc>
        <w:tc>
          <w:tcPr>
            <w:tcW w:w="960" w:type="dxa"/>
            <w:noWrap/>
            <w:hideMark/>
          </w:tcPr>
          <w:p w14:paraId="48A4FC6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0.294188</w:t>
            </w:r>
          </w:p>
        </w:tc>
        <w:tc>
          <w:tcPr>
            <w:tcW w:w="960" w:type="dxa"/>
            <w:noWrap/>
            <w:hideMark/>
          </w:tcPr>
          <w:p w14:paraId="7C7387D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-0.08196</w:t>
            </w:r>
          </w:p>
        </w:tc>
        <w:tc>
          <w:tcPr>
            <w:tcW w:w="960" w:type="dxa"/>
            <w:noWrap/>
            <w:hideMark/>
          </w:tcPr>
          <w:p w14:paraId="772FBC3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-0.00586</w:t>
            </w:r>
          </w:p>
        </w:tc>
        <w:tc>
          <w:tcPr>
            <w:tcW w:w="960" w:type="dxa"/>
            <w:noWrap/>
            <w:hideMark/>
          </w:tcPr>
          <w:p w14:paraId="7D556EB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-0.11181</w:t>
            </w:r>
          </w:p>
        </w:tc>
        <w:tc>
          <w:tcPr>
            <w:tcW w:w="960" w:type="dxa"/>
            <w:noWrap/>
            <w:hideMark/>
          </w:tcPr>
          <w:p w14:paraId="5185346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0.003413</w:t>
            </w:r>
          </w:p>
        </w:tc>
        <w:tc>
          <w:tcPr>
            <w:tcW w:w="960" w:type="dxa"/>
            <w:noWrap/>
            <w:hideMark/>
          </w:tcPr>
          <w:p w14:paraId="7E37353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997" w:type="dxa"/>
            <w:noWrap/>
            <w:hideMark/>
          </w:tcPr>
          <w:p w14:paraId="27027AB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I2_L2_N2</w:t>
            </w:r>
          </w:p>
        </w:tc>
      </w:tr>
      <w:tr w:rsidR="00050876" w:rsidRPr="00050876" w14:paraId="4EAE6F07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7152AEB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-1.51693</w:t>
            </w:r>
          </w:p>
        </w:tc>
        <w:tc>
          <w:tcPr>
            <w:tcW w:w="960" w:type="dxa"/>
            <w:noWrap/>
            <w:hideMark/>
          </w:tcPr>
          <w:p w14:paraId="0C06283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-0.48519</w:t>
            </w:r>
          </w:p>
        </w:tc>
        <w:tc>
          <w:tcPr>
            <w:tcW w:w="960" w:type="dxa"/>
            <w:noWrap/>
            <w:hideMark/>
          </w:tcPr>
          <w:p w14:paraId="63413ED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0.297814</w:t>
            </w:r>
          </w:p>
        </w:tc>
        <w:tc>
          <w:tcPr>
            <w:tcW w:w="960" w:type="dxa"/>
            <w:noWrap/>
            <w:hideMark/>
          </w:tcPr>
          <w:p w14:paraId="5915744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-0.16969</w:t>
            </w:r>
          </w:p>
        </w:tc>
        <w:tc>
          <w:tcPr>
            <w:tcW w:w="960" w:type="dxa"/>
            <w:noWrap/>
            <w:hideMark/>
          </w:tcPr>
          <w:p w14:paraId="271BD43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0.003147</w:t>
            </w:r>
          </w:p>
        </w:tc>
        <w:tc>
          <w:tcPr>
            <w:tcW w:w="960" w:type="dxa"/>
            <w:noWrap/>
            <w:hideMark/>
          </w:tcPr>
          <w:p w14:paraId="71AA045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-0.07772</w:t>
            </w:r>
          </w:p>
        </w:tc>
        <w:tc>
          <w:tcPr>
            <w:tcW w:w="960" w:type="dxa"/>
            <w:noWrap/>
            <w:hideMark/>
          </w:tcPr>
          <w:p w14:paraId="2274A7A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0.00081</w:t>
            </w:r>
          </w:p>
        </w:tc>
        <w:tc>
          <w:tcPr>
            <w:tcW w:w="960" w:type="dxa"/>
            <w:noWrap/>
            <w:hideMark/>
          </w:tcPr>
          <w:p w14:paraId="7050F18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997" w:type="dxa"/>
            <w:noWrap/>
            <w:hideMark/>
          </w:tcPr>
          <w:p w14:paraId="6C4FDBC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I3_L1_N1</w:t>
            </w:r>
          </w:p>
        </w:tc>
      </w:tr>
      <w:tr w:rsidR="00050876" w:rsidRPr="00050876" w14:paraId="6DF160E5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14E6396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-1.66651</w:t>
            </w:r>
          </w:p>
        </w:tc>
        <w:tc>
          <w:tcPr>
            <w:tcW w:w="960" w:type="dxa"/>
            <w:noWrap/>
            <w:hideMark/>
          </w:tcPr>
          <w:p w14:paraId="5F34364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-0.47209</w:t>
            </w:r>
          </w:p>
        </w:tc>
        <w:tc>
          <w:tcPr>
            <w:tcW w:w="960" w:type="dxa"/>
            <w:noWrap/>
            <w:hideMark/>
          </w:tcPr>
          <w:p w14:paraId="7112F4D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0.286761</w:t>
            </w:r>
          </w:p>
        </w:tc>
        <w:tc>
          <w:tcPr>
            <w:tcW w:w="960" w:type="dxa"/>
            <w:noWrap/>
            <w:hideMark/>
          </w:tcPr>
          <w:p w14:paraId="7F46EA8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-0.15308</w:t>
            </w:r>
          </w:p>
        </w:tc>
        <w:tc>
          <w:tcPr>
            <w:tcW w:w="960" w:type="dxa"/>
            <w:noWrap/>
            <w:hideMark/>
          </w:tcPr>
          <w:p w14:paraId="5E9F95B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0.005441</w:t>
            </w:r>
          </w:p>
        </w:tc>
        <w:tc>
          <w:tcPr>
            <w:tcW w:w="960" w:type="dxa"/>
            <w:noWrap/>
            <w:hideMark/>
          </w:tcPr>
          <w:p w14:paraId="2B3F0CC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-0.06835</w:t>
            </w:r>
          </w:p>
        </w:tc>
        <w:tc>
          <w:tcPr>
            <w:tcW w:w="960" w:type="dxa"/>
            <w:noWrap/>
            <w:hideMark/>
          </w:tcPr>
          <w:p w14:paraId="2CDB22B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-3.8E-05</w:t>
            </w:r>
          </w:p>
        </w:tc>
        <w:tc>
          <w:tcPr>
            <w:tcW w:w="960" w:type="dxa"/>
            <w:noWrap/>
            <w:hideMark/>
          </w:tcPr>
          <w:p w14:paraId="6DCE8A5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997" w:type="dxa"/>
            <w:noWrap/>
            <w:hideMark/>
          </w:tcPr>
          <w:p w14:paraId="279DDB4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I3_L1_N1</w:t>
            </w:r>
          </w:p>
        </w:tc>
      </w:tr>
      <w:tr w:rsidR="00050876" w:rsidRPr="00050876" w14:paraId="41657901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601F1CF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-1.8161</w:t>
            </w:r>
          </w:p>
        </w:tc>
        <w:tc>
          <w:tcPr>
            <w:tcW w:w="960" w:type="dxa"/>
            <w:noWrap/>
            <w:hideMark/>
          </w:tcPr>
          <w:p w14:paraId="24A604D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-0.459</w:t>
            </w:r>
          </w:p>
        </w:tc>
        <w:tc>
          <w:tcPr>
            <w:tcW w:w="960" w:type="dxa"/>
            <w:noWrap/>
            <w:hideMark/>
          </w:tcPr>
          <w:p w14:paraId="1013B9C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0.275709</w:t>
            </w:r>
          </w:p>
        </w:tc>
        <w:tc>
          <w:tcPr>
            <w:tcW w:w="960" w:type="dxa"/>
            <w:noWrap/>
            <w:hideMark/>
          </w:tcPr>
          <w:p w14:paraId="5FCA66F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-0.13647</w:t>
            </w:r>
          </w:p>
        </w:tc>
        <w:tc>
          <w:tcPr>
            <w:tcW w:w="960" w:type="dxa"/>
            <w:noWrap/>
            <w:hideMark/>
          </w:tcPr>
          <w:p w14:paraId="72DE39D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0.007736</w:t>
            </w:r>
          </w:p>
        </w:tc>
        <w:tc>
          <w:tcPr>
            <w:tcW w:w="960" w:type="dxa"/>
            <w:noWrap/>
            <w:hideMark/>
          </w:tcPr>
          <w:p w14:paraId="525D30C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-0.05897</w:t>
            </w:r>
          </w:p>
        </w:tc>
        <w:tc>
          <w:tcPr>
            <w:tcW w:w="960" w:type="dxa"/>
            <w:noWrap/>
            <w:hideMark/>
          </w:tcPr>
          <w:p w14:paraId="5C2586D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-0.00089</w:t>
            </w:r>
          </w:p>
        </w:tc>
        <w:tc>
          <w:tcPr>
            <w:tcW w:w="960" w:type="dxa"/>
            <w:noWrap/>
            <w:hideMark/>
          </w:tcPr>
          <w:p w14:paraId="26B25DD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997" w:type="dxa"/>
            <w:noWrap/>
            <w:hideMark/>
          </w:tcPr>
          <w:p w14:paraId="23C7C1E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I3_L1_N1</w:t>
            </w:r>
          </w:p>
        </w:tc>
      </w:tr>
      <w:tr w:rsidR="00050876" w:rsidRPr="00050876" w14:paraId="41A9E3D0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6CDFF1E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-1.96568</w:t>
            </w:r>
          </w:p>
        </w:tc>
        <w:tc>
          <w:tcPr>
            <w:tcW w:w="960" w:type="dxa"/>
            <w:noWrap/>
            <w:hideMark/>
          </w:tcPr>
          <w:p w14:paraId="6650234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-0.4459</w:t>
            </w:r>
          </w:p>
        </w:tc>
        <w:tc>
          <w:tcPr>
            <w:tcW w:w="960" w:type="dxa"/>
            <w:noWrap/>
            <w:hideMark/>
          </w:tcPr>
          <w:p w14:paraId="2B6543A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0.264657</w:t>
            </w:r>
          </w:p>
        </w:tc>
        <w:tc>
          <w:tcPr>
            <w:tcW w:w="960" w:type="dxa"/>
            <w:noWrap/>
            <w:hideMark/>
          </w:tcPr>
          <w:p w14:paraId="66E19C6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-0.11986</w:t>
            </w:r>
          </w:p>
        </w:tc>
        <w:tc>
          <w:tcPr>
            <w:tcW w:w="960" w:type="dxa"/>
            <w:noWrap/>
            <w:hideMark/>
          </w:tcPr>
          <w:p w14:paraId="783B39B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0.01003</w:t>
            </w:r>
          </w:p>
        </w:tc>
        <w:tc>
          <w:tcPr>
            <w:tcW w:w="960" w:type="dxa"/>
            <w:noWrap/>
            <w:hideMark/>
          </w:tcPr>
          <w:p w14:paraId="132146A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-0.0496</w:t>
            </w:r>
          </w:p>
        </w:tc>
        <w:tc>
          <w:tcPr>
            <w:tcW w:w="960" w:type="dxa"/>
            <w:noWrap/>
            <w:hideMark/>
          </w:tcPr>
          <w:p w14:paraId="7EA0E24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-0.00173</w:t>
            </w:r>
          </w:p>
        </w:tc>
        <w:tc>
          <w:tcPr>
            <w:tcW w:w="960" w:type="dxa"/>
            <w:noWrap/>
            <w:hideMark/>
          </w:tcPr>
          <w:p w14:paraId="7D1523D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997" w:type="dxa"/>
            <w:noWrap/>
            <w:hideMark/>
          </w:tcPr>
          <w:p w14:paraId="2F0DDB7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I3_L1_N2</w:t>
            </w:r>
          </w:p>
        </w:tc>
      </w:tr>
      <w:tr w:rsidR="00050876" w:rsidRPr="00050876" w14:paraId="6158C7AC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2D956C2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-2.11526</w:t>
            </w:r>
          </w:p>
        </w:tc>
        <w:tc>
          <w:tcPr>
            <w:tcW w:w="960" w:type="dxa"/>
            <w:noWrap/>
            <w:hideMark/>
          </w:tcPr>
          <w:p w14:paraId="5862892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-0.43281</w:t>
            </w:r>
          </w:p>
        </w:tc>
        <w:tc>
          <w:tcPr>
            <w:tcW w:w="960" w:type="dxa"/>
            <w:noWrap/>
            <w:hideMark/>
          </w:tcPr>
          <w:p w14:paraId="5734827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0.253605</w:t>
            </w:r>
          </w:p>
        </w:tc>
        <w:tc>
          <w:tcPr>
            <w:tcW w:w="960" w:type="dxa"/>
            <w:noWrap/>
            <w:hideMark/>
          </w:tcPr>
          <w:p w14:paraId="147E259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-0.10325</w:t>
            </w:r>
          </w:p>
        </w:tc>
        <w:tc>
          <w:tcPr>
            <w:tcW w:w="960" w:type="dxa"/>
            <w:noWrap/>
            <w:hideMark/>
          </w:tcPr>
          <w:p w14:paraId="4675C0B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0.012325</w:t>
            </w:r>
          </w:p>
        </w:tc>
        <w:tc>
          <w:tcPr>
            <w:tcW w:w="960" w:type="dxa"/>
            <w:noWrap/>
            <w:hideMark/>
          </w:tcPr>
          <w:p w14:paraId="2E6F0DA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-0.04022</w:t>
            </w:r>
          </w:p>
        </w:tc>
        <w:tc>
          <w:tcPr>
            <w:tcW w:w="960" w:type="dxa"/>
            <w:noWrap/>
            <w:hideMark/>
          </w:tcPr>
          <w:p w14:paraId="756BFCC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-0.00258</w:t>
            </w:r>
          </w:p>
        </w:tc>
        <w:tc>
          <w:tcPr>
            <w:tcW w:w="960" w:type="dxa"/>
            <w:noWrap/>
            <w:hideMark/>
          </w:tcPr>
          <w:p w14:paraId="4ACD968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997" w:type="dxa"/>
            <w:noWrap/>
            <w:hideMark/>
          </w:tcPr>
          <w:p w14:paraId="4C151F2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I3_L1_N2</w:t>
            </w:r>
          </w:p>
        </w:tc>
      </w:tr>
      <w:tr w:rsidR="00050876" w:rsidRPr="00050876" w14:paraId="7C9A45A4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25F10DA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-2.26484</w:t>
            </w:r>
          </w:p>
        </w:tc>
        <w:tc>
          <w:tcPr>
            <w:tcW w:w="960" w:type="dxa"/>
            <w:noWrap/>
            <w:hideMark/>
          </w:tcPr>
          <w:p w14:paraId="2BA5259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-0.41971</w:t>
            </w:r>
          </w:p>
        </w:tc>
        <w:tc>
          <w:tcPr>
            <w:tcW w:w="960" w:type="dxa"/>
            <w:noWrap/>
            <w:hideMark/>
          </w:tcPr>
          <w:p w14:paraId="79A009F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0.242553</w:t>
            </w:r>
          </w:p>
        </w:tc>
        <w:tc>
          <w:tcPr>
            <w:tcW w:w="960" w:type="dxa"/>
            <w:noWrap/>
            <w:hideMark/>
          </w:tcPr>
          <w:p w14:paraId="0BAB291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-0.08664</w:t>
            </w:r>
          </w:p>
        </w:tc>
        <w:tc>
          <w:tcPr>
            <w:tcW w:w="960" w:type="dxa"/>
            <w:noWrap/>
            <w:hideMark/>
          </w:tcPr>
          <w:p w14:paraId="4054219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0.014619</w:t>
            </w:r>
          </w:p>
        </w:tc>
        <w:tc>
          <w:tcPr>
            <w:tcW w:w="960" w:type="dxa"/>
            <w:noWrap/>
            <w:hideMark/>
          </w:tcPr>
          <w:p w14:paraId="769A37B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-0.03085</w:t>
            </w:r>
          </w:p>
        </w:tc>
        <w:tc>
          <w:tcPr>
            <w:tcW w:w="960" w:type="dxa"/>
            <w:noWrap/>
            <w:hideMark/>
          </w:tcPr>
          <w:p w14:paraId="15590DE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-0.00343</w:t>
            </w:r>
          </w:p>
        </w:tc>
        <w:tc>
          <w:tcPr>
            <w:tcW w:w="960" w:type="dxa"/>
            <w:noWrap/>
            <w:hideMark/>
          </w:tcPr>
          <w:p w14:paraId="1476177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997" w:type="dxa"/>
            <w:noWrap/>
            <w:hideMark/>
          </w:tcPr>
          <w:p w14:paraId="116F79A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I3_L1_N2</w:t>
            </w:r>
          </w:p>
        </w:tc>
      </w:tr>
      <w:tr w:rsidR="00050876" w:rsidRPr="00050876" w14:paraId="539D82F6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456EA63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-2.41442</w:t>
            </w:r>
          </w:p>
        </w:tc>
        <w:tc>
          <w:tcPr>
            <w:tcW w:w="960" w:type="dxa"/>
            <w:noWrap/>
            <w:hideMark/>
          </w:tcPr>
          <w:p w14:paraId="40EAFC0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-0.40661</w:t>
            </w:r>
          </w:p>
        </w:tc>
        <w:tc>
          <w:tcPr>
            <w:tcW w:w="960" w:type="dxa"/>
            <w:noWrap/>
            <w:hideMark/>
          </w:tcPr>
          <w:p w14:paraId="11D3319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0.231501</w:t>
            </w:r>
          </w:p>
        </w:tc>
        <w:tc>
          <w:tcPr>
            <w:tcW w:w="960" w:type="dxa"/>
            <w:noWrap/>
            <w:hideMark/>
          </w:tcPr>
          <w:p w14:paraId="6E217B2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-0.07004</w:t>
            </w:r>
          </w:p>
        </w:tc>
        <w:tc>
          <w:tcPr>
            <w:tcW w:w="960" w:type="dxa"/>
            <w:noWrap/>
            <w:hideMark/>
          </w:tcPr>
          <w:p w14:paraId="157DEA6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0.016914</w:t>
            </w:r>
          </w:p>
        </w:tc>
        <w:tc>
          <w:tcPr>
            <w:tcW w:w="960" w:type="dxa"/>
            <w:noWrap/>
            <w:hideMark/>
          </w:tcPr>
          <w:p w14:paraId="1A96082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-0.02147</w:t>
            </w:r>
          </w:p>
        </w:tc>
        <w:tc>
          <w:tcPr>
            <w:tcW w:w="960" w:type="dxa"/>
            <w:noWrap/>
            <w:hideMark/>
          </w:tcPr>
          <w:p w14:paraId="08C2688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-0.00428</w:t>
            </w:r>
          </w:p>
        </w:tc>
        <w:tc>
          <w:tcPr>
            <w:tcW w:w="960" w:type="dxa"/>
            <w:noWrap/>
            <w:hideMark/>
          </w:tcPr>
          <w:p w14:paraId="2530BFA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997" w:type="dxa"/>
            <w:noWrap/>
            <w:hideMark/>
          </w:tcPr>
          <w:p w14:paraId="5A358E3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I3_L2_N1</w:t>
            </w:r>
          </w:p>
        </w:tc>
      </w:tr>
      <w:tr w:rsidR="00050876" w:rsidRPr="00050876" w14:paraId="10430C9C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5CB5ECE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-2.56872</w:t>
            </w:r>
          </w:p>
        </w:tc>
        <w:tc>
          <w:tcPr>
            <w:tcW w:w="960" w:type="dxa"/>
            <w:noWrap/>
            <w:hideMark/>
          </w:tcPr>
          <w:p w14:paraId="4A4F774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-0.39565</w:t>
            </w:r>
          </w:p>
        </w:tc>
        <w:tc>
          <w:tcPr>
            <w:tcW w:w="960" w:type="dxa"/>
            <w:noWrap/>
            <w:hideMark/>
          </w:tcPr>
          <w:p w14:paraId="65A07CB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0.221224</w:t>
            </w:r>
          </w:p>
        </w:tc>
        <w:tc>
          <w:tcPr>
            <w:tcW w:w="960" w:type="dxa"/>
            <w:noWrap/>
            <w:hideMark/>
          </w:tcPr>
          <w:p w14:paraId="58DD7E1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-0.05974</w:t>
            </w:r>
          </w:p>
        </w:tc>
        <w:tc>
          <w:tcPr>
            <w:tcW w:w="960" w:type="dxa"/>
            <w:noWrap/>
            <w:hideMark/>
          </w:tcPr>
          <w:p w14:paraId="443A99E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0.020381</w:t>
            </w:r>
          </w:p>
        </w:tc>
        <w:tc>
          <w:tcPr>
            <w:tcW w:w="960" w:type="dxa"/>
            <w:noWrap/>
            <w:hideMark/>
          </w:tcPr>
          <w:p w14:paraId="1730496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-0.01023</w:t>
            </w:r>
          </w:p>
        </w:tc>
        <w:tc>
          <w:tcPr>
            <w:tcW w:w="960" w:type="dxa"/>
            <w:noWrap/>
            <w:hideMark/>
          </w:tcPr>
          <w:p w14:paraId="327CDD9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0.003365</w:t>
            </w:r>
          </w:p>
        </w:tc>
        <w:tc>
          <w:tcPr>
            <w:tcW w:w="960" w:type="dxa"/>
            <w:noWrap/>
            <w:hideMark/>
          </w:tcPr>
          <w:p w14:paraId="7B4ED12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997" w:type="dxa"/>
            <w:noWrap/>
            <w:hideMark/>
          </w:tcPr>
          <w:p w14:paraId="19BA044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I3_L2_N1</w:t>
            </w:r>
          </w:p>
        </w:tc>
      </w:tr>
      <w:tr w:rsidR="00050876" w:rsidRPr="00050876" w14:paraId="44EA036A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774776F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lastRenderedPageBreak/>
              <w:t>-2.71831</w:t>
            </w:r>
          </w:p>
        </w:tc>
        <w:tc>
          <w:tcPr>
            <w:tcW w:w="960" w:type="dxa"/>
            <w:noWrap/>
            <w:hideMark/>
          </w:tcPr>
          <w:p w14:paraId="0BABC7B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-0.38256</w:t>
            </w:r>
          </w:p>
        </w:tc>
        <w:tc>
          <w:tcPr>
            <w:tcW w:w="960" w:type="dxa"/>
            <w:noWrap/>
            <w:hideMark/>
          </w:tcPr>
          <w:p w14:paraId="58194CD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0.210172</w:t>
            </w:r>
          </w:p>
        </w:tc>
        <w:tc>
          <w:tcPr>
            <w:tcW w:w="960" w:type="dxa"/>
            <w:noWrap/>
            <w:hideMark/>
          </w:tcPr>
          <w:p w14:paraId="5DA57EA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-0.04313</w:t>
            </w:r>
          </w:p>
        </w:tc>
        <w:tc>
          <w:tcPr>
            <w:tcW w:w="960" w:type="dxa"/>
            <w:noWrap/>
            <w:hideMark/>
          </w:tcPr>
          <w:p w14:paraId="30F9203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0.022675</w:t>
            </w:r>
          </w:p>
        </w:tc>
        <w:tc>
          <w:tcPr>
            <w:tcW w:w="960" w:type="dxa"/>
            <w:noWrap/>
            <w:hideMark/>
          </w:tcPr>
          <w:p w14:paraId="6054C8D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-0.00085</w:t>
            </w:r>
          </w:p>
        </w:tc>
        <w:tc>
          <w:tcPr>
            <w:tcW w:w="960" w:type="dxa"/>
            <w:noWrap/>
            <w:hideMark/>
          </w:tcPr>
          <w:p w14:paraId="2FAB016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0.002517</w:t>
            </w:r>
          </w:p>
        </w:tc>
        <w:tc>
          <w:tcPr>
            <w:tcW w:w="960" w:type="dxa"/>
            <w:noWrap/>
            <w:hideMark/>
          </w:tcPr>
          <w:p w14:paraId="4E60D56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997" w:type="dxa"/>
            <w:noWrap/>
            <w:hideMark/>
          </w:tcPr>
          <w:p w14:paraId="73E8CC1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I3_L2_N1</w:t>
            </w:r>
          </w:p>
        </w:tc>
      </w:tr>
      <w:tr w:rsidR="00050876" w:rsidRPr="00050876" w14:paraId="16E91585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6091E5E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-2.86789</w:t>
            </w:r>
          </w:p>
        </w:tc>
        <w:tc>
          <w:tcPr>
            <w:tcW w:w="960" w:type="dxa"/>
            <w:noWrap/>
            <w:hideMark/>
          </w:tcPr>
          <w:p w14:paraId="582EAEE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-0.36946</w:t>
            </w:r>
          </w:p>
        </w:tc>
        <w:tc>
          <w:tcPr>
            <w:tcW w:w="960" w:type="dxa"/>
            <w:noWrap/>
            <w:hideMark/>
          </w:tcPr>
          <w:p w14:paraId="11F9C7A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0.19912</w:t>
            </w:r>
          </w:p>
        </w:tc>
        <w:tc>
          <w:tcPr>
            <w:tcW w:w="960" w:type="dxa"/>
            <w:noWrap/>
            <w:hideMark/>
          </w:tcPr>
          <w:p w14:paraId="366C96A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-0.02652</w:t>
            </w:r>
          </w:p>
        </w:tc>
        <w:tc>
          <w:tcPr>
            <w:tcW w:w="960" w:type="dxa"/>
            <w:noWrap/>
            <w:hideMark/>
          </w:tcPr>
          <w:p w14:paraId="7EDB4CD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0.02497</w:t>
            </w:r>
          </w:p>
        </w:tc>
        <w:tc>
          <w:tcPr>
            <w:tcW w:w="960" w:type="dxa"/>
            <w:noWrap/>
            <w:hideMark/>
          </w:tcPr>
          <w:p w14:paraId="3E20CB3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0.008521</w:t>
            </w:r>
          </w:p>
        </w:tc>
        <w:tc>
          <w:tcPr>
            <w:tcW w:w="960" w:type="dxa"/>
            <w:noWrap/>
            <w:hideMark/>
          </w:tcPr>
          <w:p w14:paraId="0B20226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0.001668</w:t>
            </w:r>
          </w:p>
        </w:tc>
        <w:tc>
          <w:tcPr>
            <w:tcW w:w="960" w:type="dxa"/>
            <w:noWrap/>
            <w:hideMark/>
          </w:tcPr>
          <w:p w14:paraId="6AD43F6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997" w:type="dxa"/>
            <w:noWrap/>
            <w:hideMark/>
          </w:tcPr>
          <w:p w14:paraId="6B90390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I3_L2_N2</w:t>
            </w:r>
          </w:p>
        </w:tc>
      </w:tr>
      <w:tr w:rsidR="00050876" w:rsidRPr="00050876" w14:paraId="212667E4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06EB3D8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-3.01747</w:t>
            </w:r>
          </w:p>
        </w:tc>
        <w:tc>
          <w:tcPr>
            <w:tcW w:w="960" w:type="dxa"/>
            <w:noWrap/>
            <w:hideMark/>
          </w:tcPr>
          <w:p w14:paraId="09A5007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-0.35637</w:t>
            </w:r>
          </w:p>
        </w:tc>
        <w:tc>
          <w:tcPr>
            <w:tcW w:w="960" w:type="dxa"/>
            <w:noWrap/>
            <w:hideMark/>
          </w:tcPr>
          <w:p w14:paraId="1A0FE8E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0.188068</w:t>
            </w:r>
          </w:p>
        </w:tc>
        <w:tc>
          <w:tcPr>
            <w:tcW w:w="960" w:type="dxa"/>
            <w:noWrap/>
            <w:hideMark/>
          </w:tcPr>
          <w:p w14:paraId="6F67335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-0.00991</w:t>
            </w:r>
          </w:p>
        </w:tc>
        <w:tc>
          <w:tcPr>
            <w:tcW w:w="960" w:type="dxa"/>
            <w:noWrap/>
            <w:hideMark/>
          </w:tcPr>
          <w:p w14:paraId="652A9F9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0.027264</w:t>
            </w:r>
          </w:p>
        </w:tc>
        <w:tc>
          <w:tcPr>
            <w:tcW w:w="960" w:type="dxa"/>
            <w:noWrap/>
            <w:hideMark/>
          </w:tcPr>
          <w:p w14:paraId="2F39939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0.017896</w:t>
            </w:r>
          </w:p>
        </w:tc>
        <w:tc>
          <w:tcPr>
            <w:tcW w:w="960" w:type="dxa"/>
            <w:noWrap/>
            <w:hideMark/>
          </w:tcPr>
          <w:p w14:paraId="4EDED32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0.00082</w:t>
            </w:r>
          </w:p>
        </w:tc>
        <w:tc>
          <w:tcPr>
            <w:tcW w:w="960" w:type="dxa"/>
            <w:noWrap/>
            <w:hideMark/>
          </w:tcPr>
          <w:p w14:paraId="55566E5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997" w:type="dxa"/>
            <w:noWrap/>
            <w:hideMark/>
          </w:tcPr>
          <w:p w14:paraId="6FD3887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I3_L2_N2</w:t>
            </w:r>
          </w:p>
        </w:tc>
      </w:tr>
      <w:tr w:rsidR="00050876" w:rsidRPr="00050876" w14:paraId="3AC6C95D" w14:textId="77777777" w:rsidTr="00DE33FC">
        <w:trPr>
          <w:trHeight w:val="290"/>
        </w:trPr>
        <w:tc>
          <w:tcPr>
            <w:tcW w:w="960" w:type="dxa"/>
            <w:noWrap/>
            <w:hideMark/>
          </w:tcPr>
          <w:p w14:paraId="596C4DA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-3.16705</w:t>
            </w:r>
          </w:p>
        </w:tc>
        <w:tc>
          <w:tcPr>
            <w:tcW w:w="960" w:type="dxa"/>
            <w:noWrap/>
            <w:hideMark/>
          </w:tcPr>
          <w:p w14:paraId="2AEBBF8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-0.34327</w:t>
            </w:r>
          </w:p>
        </w:tc>
        <w:tc>
          <w:tcPr>
            <w:tcW w:w="960" w:type="dxa"/>
            <w:noWrap/>
            <w:hideMark/>
          </w:tcPr>
          <w:p w14:paraId="311EAEC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0.177016</w:t>
            </w:r>
          </w:p>
        </w:tc>
        <w:tc>
          <w:tcPr>
            <w:tcW w:w="960" w:type="dxa"/>
            <w:noWrap/>
            <w:hideMark/>
          </w:tcPr>
          <w:p w14:paraId="0123C5E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0.006697</w:t>
            </w:r>
          </w:p>
        </w:tc>
        <w:tc>
          <w:tcPr>
            <w:tcW w:w="960" w:type="dxa"/>
            <w:noWrap/>
            <w:hideMark/>
          </w:tcPr>
          <w:p w14:paraId="546B54C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0.029559</w:t>
            </w:r>
          </w:p>
        </w:tc>
        <w:tc>
          <w:tcPr>
            <w:tcW w:w="960" w:type="dxa"/>
            <w:noWrap/>
            <w:hideMark/>
          </w:tcPr>
          <w:p w14:paraId="34A042C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0.027271</w:t>
            </w:r>
          </w:p>
        </w:tc>
        <w:tc>
          <w:tcPr>
            <w:tcW w:w="960" w:type="dxa"/>
            <w:noWrap/>
            <w:hideMark/>
          </w:tcPr>
          <w:p w14:paraId="032F254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-2.9E-05</w:t>
            </w:r>
          </w:p>
        </w:tc>
        <w:tc>
          <w:tcPr>
            <w:tcW w:w="960" w:type="dxa"/>
            <w:noWrap/>
            <w:hideMark/>
          </w:tcPr>
          <w:p w14:paraId="42B63C8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Berseem</w:t>
            </w:r>
          </w:p>
        </w:tc>
        <w:tc>
          <w:tcPr>
            <w:tcW w:w="997" w:type="dxa"/>
            <w:noWrap/>
            <w:hideMark/>
          </w:tcPr>
          <w:p w14:paraId="643E080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I3_L2_N2</w:t>
            </w:r>
          </w:p>
        </w:tc>
      </w:tr>
    </w:tbl>
    <w:p w14:paraId="7727BFEF" w14:textId="77777777" w:rsidR="00050876" w:rsidRPr="00050876" w:rsidRDefault="00050876" w:rsidP="00050876">
      <w:pPr>
        <w:rPr>
          <w:b/>
          <w:bCs/>
        </w:rPr>
      </w:pPr>
    </w:p>
    <w:p w14:paraId="4AFB3B25" w14:textId="77777777" w:rsidR="00050876" w:rsidRPr="00050876" w:rsidRDefault="00050876" w:rsidP="00050876">
      <w:pPr>
        <w:rPr>
          <w:b/>
          <w:bCs/>
        </w:rPr>
      </w:pPr>
    </w:p>
    <w:p w14:paraId="2318D615" w14:textId="77777777" w:rsidR="00050876" w:rsidRPr="00050876" w:rsidRDefault="00050876" w:rsidP="00050876">
      <w:proofErr w:type="spellStart"/>
      <w:r w:rsidRPr="00050876">
        <w:t>PCA_Loadings</w:t>
      </w:r>
      <w:proofErr w:type="spellEnd"/>
      <w:r w:rsidRPr="00050876">
        <w:t>: Principal component loading coefficients for all measured variables</w:t>
      </w:r>
    </w:p>
    <w:tbl>
      <w:tblPr>
        <w:tblStyle w:val="TableGrid"/>
        <w:tblW w:w="8126" w:type="dxa"/>
        <w:tblLook w:val="04A0" w:firstRow="1" w:lastRow="0" w:firstColumn="1" w:lastColumn="0" w:noHBand="0" w:noVBand="1"/>
      </w:tblPr>
      <w:tblGrid>
        <w:gridCol w:w="1648"/>
        <w:gridCol w:w="1068"/>
        <w:gridCol w:w="1068"/>
        <w:gridCol w:w="956"/>
        <w:gridCol w:w="1069"/>
        <w:gridCol w:w="1069"/>
        <w:gridCol w:w="1069"/>
        <w:gridCol w:w="1069"/>
      </w:tblGrid>
      <w:tr w:rsidR="00050876" w:rsidRPr="00050876" w14:paraId="37453101" w14:textId="77777777" w:rsidTr="00DE33FC">
        <w:trPr>
          <w:trHeight w:val="290"/>
        </w:trPr>
        <w:tc>
          <w:tcPr>
            <w:tcW w:w="1406" w:type="dxa"/>
            <w:noWrap/>
            <w:hideMark/>
          </w:tcPr>
          <w:p w14:paraId="0AD99CBA" w14:textId="77777777" w:rsidR="00050876" w:rsidRPr="00050876" w:rsidRDefault="00050876" w:rsidP="00050876">
            <w:pPr>
              <w:rPr>
                <w:rFonts w:eastAsia="Times New Roman"/>
                <w:lang w:eastAsia="en-IN"/>
              </w:rPr>
            </w:pPr>
          </w:p>
        </w:tc>
        <w:tc>
          <w:tcPr>
            <w:tcW w:w="960" w:type="dxa"/>
            <w:noWrap/>
            <w:hideMark/>
          </w:tcPr>
          <w:p w14:paraId="595E4EC8" w14:textId="77777777" w:rsidR="00050876" w:rsidRPr="00050876" w:rsidRDefault="00050876" w:rsidP="00050876">
            <w:pPr>
              <w:rPr>
                <w:rFonts w:eastAsia="Times New Roman"/>
                <w:b/>
                <w:bCs/>
                <w:lang w:eastAsia="en-IN"/>
              </w:rPr>
            </w:pPr>
            <w:r w:rsidRPr="00050876">
              <w:rPr>
                <w:rFonts w:eastAsia="Times New Roman"/>
                <w:b/>
                <w:bCs/>
                <w:lang w:eastAsia="en-IN"/>
              </w:rPr>
              <w:t>PC1</w:t>
            </w:r>
          </w:p>
        </w:tc>
        <w:tc>
          <w:tcPr>
            <w:tcW w:w="960" w:type="dxa"/>
            <w:noWrap/>
            <w:hideMark/>
          </w:tcPr>
          <w:p w14:paraId="120125E0" w14:textId="77777777" w:rsidR="00050876" w:rsidRPr="00050876" w:rsidRDefault="00050876" w:rsidP="00050876">
            <w:pPr>
              <w:rPr>
                <w:rFonts w:eastAsia="Times New Roman"/>
                <w:b/>
                <w:bCs/>
                <w:lang w:eastAsia="en-IN"/>
              </w:rPr>
            </w:pPr>
            <w:r w:rsidRPr="00050876">
              <w:rPr>
                <w:rFonts w:eastAsia="Times New Roman"/>
                <w:b/>
                <w:bCs/>
                <w:lang w:eastAsia="en-IN"/>
              </w:rPr>
              <w:t>PC2</w:t>
            </w:r>
          </w:p>
        </w:tc>
        <w:tc>
          <w:tcPr>
            <w:tcW w:w="960" w:type="dxa"/>
            <w:noWrap/>
            <w:hideMark/>
          </w:tcPr>
          <w:p w14:paraId="5116C656" w14:textId="77777777" w:rsidR="00050876" w:rsidRPr="00050876" w:rsidRDefault="00050876" w:rsidP="00050876">
            <w:pPr>
              <w:rPr>
                <w:rFonts w:eastAsia="Times New Roman"/>
                <w:b/>
                <w:bCs/>
                <w:lang w:eastAsia="en-IN"/>
              </w:rPr>
            </w:pPr>
            <w:r w:rsidRPr="00050876">
              <w:rPr>
                <w:rFonts w:eastAsia="Times New Roman"/>
                <w:b/>
                <w:bCs/>
                <w:lang w:eastAsia="en-IN"/>
              </w:rPr>
              <w:t>PC3</w:t>
            </w:r>
          </w:p>
        </w:tc>
        <w:tc>
          <w:tcPr>
            <w:tcW w:w="960" w:type="dxa"/>
            <w:noWrap/>
            <w:hideMark/>
          </w:tcPr>
          <w:p w14:paraId="71C3A16A" w14:textId="77777777" w:rsidR="00050876" w:rsidRPr="00050876" w:rsidRDefault="00050876" w:rsidP="00050876">
            <w:pPr>
              <w:rPr>
                <w:rFonts w:eastAsia="Times New Roman"/>
                <w:b/>
                <w:bCs/>
                <w:lang w:eastAsia="en-IN"/>
              </w:rPr>
            </w:pPr>
            <w:r w:rsidRPr="00050876">
              <w:rPr>
                <w:rFonts w:eastAsia="Times New Roman"/>
                <w:b/>
                <w:bCs/>
                <w:lang w:eastAsia="en-IN"/>
              </w:rPr>
              <w:t>PC4</w:t>
            </w:r>
          </w:p>
        </w:tc>
        <w:tc>
          <w:tcPr>
            <w:tcW w:w="960" w:type="dxa"/>
            <w:noWrap/>
            <w:hideMark/>
          </w:tcPr>
          <w:p w14:paraId="791446FB" w14:textId="77777777" w:rsidR="00050876" w:rsidRPr="00050876" w:rsidRDefault="00050876" w:rsidP="00050876">
            <w:pPr>
              <w:rPr>
                <w:rFonts w:eastAsia="Times New Roman"/>
                <w:b/>
                <w:bCs/>
                <w:lang w:eastAsia="en-IN"/>
              </w:rPr>
            </w:pPr>
            <w:r w:rsidRPr="00050876">
              <w:rPr>
                <w:rFonts w:eastAsia="Times New Roman"/>
                <w:b/>
                <w:bCs/>
                <w:lang w:eastAsia="en-IN"/>
              </w:rPr>
              <w:t>PC5</w:t>
            </w:r>
          </w:p>
        </w:tc>
        <w:tc>
          <w:tcPr>
            <w:tcW w:w="960" w:type="dxa"/>
            <w:noWrap/>
            <w:hideMark/>
          </w:tcPr>
          <w:p w14:paraId="19F4058B" w14:textId="77777777" w:rsidR="00050876" w:rsidRPr="00050876" w:rsidRDefault="00050876" w:rsidP="00050876">
            <w:pPr>
              <w:rPr>
                <w:rFonts w:eastAsia="Times New Roman"/>
                <w:b/>
                <w:bCs/>
                <w:lang w:eastAsia="en-IN"/>
              </w:rPr>
            </w:pPr>
            <w:r w:rsidRPr="00050876">
              <w:rPr>
                <w:rFonts w:eastAsia="Times New Roman"/>
                <w:b/>
                <w:bCs/>
                <w:lang w:eastAsia="en-IN"/>
              </w:rPr>
              <w:t>PC6</w:t>
            </w:r>
          </w:p>
        </w:tc>
        <w:tc>
          <w:tcPr>
            <w:tcW w:w="960" w:type="dxa"/>
            <w:noWrap/>
            <w:hideMark/>
          </w:tcPr>
          <w:p w14:paraId="418570CD" w14:textId="77777777" w:rsidR="00050876" w:rsidRPr="00050876" w:rsidRDefault="00050876" w:rsidP="00050876">
            <w:pPr>
              <w:rPr>
                <w:rFonts w:eastAsia="Times New Roman"/>
                <w:b/>
                <w:bCs/>
                <w:lang w:eastAsia="en-IN"/>
              </w:rPr>
            </w:pPr>
            <w:r w:rsidRPr="00050876">
              <w:rPr>
                <w:rFonts w:eastAsia="Times New Roman"/>
                <w:b/>
                <w:bCs/>
                <w:lang w:eastAsia="en-IN"/>
              </w:rPr>
              <w:t>PC7</w:t>
            </w:r>
          </w:p>
        </w:tc>
      </w:tr>
      <w:tr w:rsidR="00050876" w:rsidRPr="00050876" w14:paraId="57D4F9F8" w14:textId="77777777" w:rsidTr="00DE33FC">
        <w:trPr>
          <w:trHeight w:val="290"/>
        </w:trPr>
        <w:tc>
          <w:tcPr>
            <w:tcW w:w="1406" w:type="dxa"/>
            <w:noWrap/>
            <w:hideMark/>
          </w:tcPr>
          <w:p w14:paraId="7475C69B" w14:textId="77777777" w:rsidR="00050876" w:rsidRPr="00050876" w:rsidRDefault="00050876" w:rsidP="00050876">
            <w:pPr>
              <w:rPr>
                <w:rFonts w:eastAsia="Times New Roman"/>
                <w:b/>
                <w:bCs/>
                <w:lang w:eastAsia="en-IN"/>
              </w:rPr>
            </w:pPr>
            <w:proofErr w:type="spellStart"/>
            <w:r w:rsidRPr="00050876">
              <w:rPr>
                <w:rFonts w:eastAsia="Times New Roman"/>
                <w:b/>
                <w:bCs/>
                <w:lang w:eastAsia="en-IN"/>
              </w:rPr>
              <w:t>shoot_cm</w:t>
            </w:r>
            <w:proofErr w:type="spellEnd"/>
          </w:p>
        </w:tc>
        <w:tc>
          <w:tcPr>
            <w:tcW w:w="960" w:type="dxa"/>
            <w:noWrap/>
            <w:hideMark/>
          </w:tcPr>
          <w:p w14:paraId="655120F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0.366738</w:t>
            </w:r>
          </w:p>
        </w:tc>
        <w:tc>
          <w:tcPr>
            <w:tcW w:w="960" w:type="dxa"/>
            <w:noWrap/>
            <w:hideMark/>
          </w:tcPr>
          <w:p w14:paraId="7469A87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-0.54073</w:t>
            </w:r>
          </w:p>
        </w:tc>
        <w:tc>
          <w:tcPr>
            <w:tcW w:w="960" w:type="dxa"/>
            <w:noWrap/>
            <w:hideMark/>
          </w:tcPr>
          <w:p w14:paraId="14710B8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-0.12264</w:t>
            </w:r>
          </w:p>
        </w:tc>
        <w:tc>
          <w:tcPr>
            <w:tcW w:w="960" w:type="dxa"/>
            <w:noWrap/>
            <w:hideMark/>
          </w:tcPr>
          <w:p w14:paraId="4FD38D9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0.109922</w:t>
            </w:r>
          </w:p>
        </w:tc>
        <w:tc>
          <w:tcPr>
            <w:tcW w:w="960" w:type="dxa"/>
            <w:noWrap/>
            <w:hideMark/>
          </w:tcPr>
          <w:p w14:paraId="01EC7E8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0.668995</w:t>
            </w:r>
          </w:p>
        </w:tc>
        <w:tc>
          <w:tcPr>
            <w:tcW w:w="960" w:type="dxa"/>
            <w:noWrap/>
            <w:hideMark/>
          </w:tcPr>
          <w:p w14:paraId="68BEC74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0.313744</w:t>
            </w:r>
          </w:p>
        </w:tc>
        <w:tc>
          <w:tcPr>
            <w:tcW w:w="960" w:type="dxa"/>
            <w:noWrap/>
            <w:hideMark/>
          </w:tcPr>
          <w:p w14:paraId="79EEC3A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-0.0007</w:t>
            </w:r>
          </w:p>
        </w:tc>
      </w:tr>
      <w:tr w:rsidR="00050876" w:rsidRPr="00050876" w14:paraId="43526470" w14:textId="77777777" w:rsidTr="00DE33FC">
        <w:trPr>
          <w:trHeight w:val="290"/>
        </w:trPr>
        <w:tc>
          <w:tcPr>
            <w:tcW w:w="1406" w:type="dxa"/>
            <w:noWrap/>
            <w:hideMark/>
          </w:tcPr>
          <w:p w14:paraId="20867557" w14:textId="77777777" w:rsidR="00050876" w:rsidRPr="00050876" w:rsidRDefault="00050876" w:rsidP="00050876">
            <w:pPr>
              <w:rPr>
                <w:rFonts w:eastAsia="Times New Roman"/>
                <w:b/>
                <w:bCs/>
                <w:lang w:eastAsia="en-IN"/>
              </w:rPr>
            </w:pPr>
            <w:proofErr w:type="spellStart"/>
            <w:r w:rsidRPr="00050876">
              <w:rPr>
                <w:rFonts w:eastAsia="Times New Roman"/>
                <w:b/>
                <w:bCs/>
                <w:lang w:eastAsia="en-IN"/>
              </w:rPr>
              <w:t>root_cm</w:t>
            </w:r>
            <w:proofErr w:type="spellEnd"/>
          </w:p>
        </w:tc>
        <w:tc>
          <w:tcPr>
            <w:tcW w:w="960" w:type="dxa"/>
            <w:noWrap/>
            <w:hideMark/>
          </w:tcPr>
          <w:p w14:paraId="615040B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0.391873</w:t>
            </w:r>
          </w:p>
        </w:tc>
        <w:tc>
          <w:tcPr>
            <w:tcW w:w="960" w:type="dxa"/>
            <w:noWrap/>
            <w:hideMark/>
          </w:tcPr>
          <w:p w14:paraId="5ECF18C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0.210065</w:t>
            </w:r>
          </w:p>
        </w:tc>
        <w:tc>
          <w:tcPr>
            <w:tcW w:w="960" w:type="dxa"/>
            <w:noWrap/>
            <w:hideMark/>
          </w:tcPr>
          <w:p w14:paraId="49F6468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-0.04437</w:t>
            </w:r>
          </w:p>
        </w:tc>
        <w:tc>
          <w:tcPr>
            <w:tcW w:w="960" w:type="dxa"/>
            <w:noWrap/>
            <w:hideMark/>
          </w:tcPr>
          <w:p w14:paraId="07FCD11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-0.20829</w:t>
            </w:r>
          </w:p>
        </w:tc>
        <w:tc>
          <w:tcPr>
            <w:tcW w:w="960" w:type="dxa"/>
            <w:noWrap/>
            <w:hideMark/>
          </w:tcPr>
          <w:p w14:paraId="08EEE2C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-0.38487</w:t>
            </w:r>
          </w:p>
        </w:tc>
        <w:tc>
          <w:tcPr>
            <w:tcW w:w="960" w:type="dxa"/>
            <w:noWrap/>
            <w:hideMark/>
          </w:tcPr>
          <w:p w14:paraId="4F7E002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0.780274</w:t>
            </w:r>
          </w:p>
        </w:tc>
        <w:tc>
          <w:tcPr>
            <w:tcW w:w="960" w:type="dxa"/>
            <w:noWrap/>
            <w:hideMark/>
          </w:tcPr>
          <w:p w14:paraId="2FD96DB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0.001006</w:t>
            </w:r>
          </w:p>
        </w:tc>
      </w:tr>
      <w:tr w:rsidR="00050876" w:rsidRPr="00050876" w14:paraId="621E240A" w14:textId="77777777" w:rsidTr="00DE33FC">
        <w:trPr>
          <w:trHeight w:val="290"/>
        </w:trPr>
        <w:tc>
          <w:tcPr>
            <w:tcW w:w="1406" w:type="dxa"/>
            <w:noWrap/>
            <w:hideMark/>
          </w:tcPr>
          <w:p w14:paraId="4AE3F28E" w14:textId="77777777" w:rsidR="00050876" w:rsidRPr="00050876" w:rsidRDefault="00050876" w:rsidP="00050876">
            <w:pPr>
              <w:rPr>
                <w:rFonts w:eastAsia="Times New Roman"/>
                <w:b/>
                <w:bCs/>
                <w:lang w:eastAsia="en-IN"/>
              </w:rPr>
            </w:pPr>
            <w:proofErr w:type="spellStart"/>
            <w:r w:rsidRPr="00050876">
              <w:rPr>
                <w:rFonts w:eastAsia="Times New Roman"/>
                <w:b/>
                <w:bCs/>
                <w:lang w:eastAsia="en-IN"/>
              </w:rPr>
              <w:t>bed_thick_cm</w:t>
            </w:r>
            <w:proofErr w:type="spellEnd"/>
          </w:p>
        </w:tc>
        <w:tc>
          <w:tcPr>
            <w:tcW w:w="960" w:type="dxa"/>
            <w:noWrap/>
            <w:hideMark/>
          </w:tcPr>
          <w:p w14:paraId="25DD119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0.36299</w:t>
            </w:r>
          </w:p>
        </w:tc>
        <w:tc>
          <w:tcPr>
            <w:tcW w:w="960" w:type="dxa"/>
            <w:noWrap/>
            <w:hideMark/>
          </w:tcPr>
          <w:p w14:paraId="2CF7DBA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0.553024</w:t>
            </w:r>
          </w:p>
        </w:tc>
        <w:tc>
          <w:tcPr>
            <w:tcW w:w="960" w:type="dxa"/>
            <w:noWrap/>
            <w:hideMark/>
          </w:tcPr>
          <w:p w14:paraId="3BB2E97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-0.26533</w:t>
            </w:r>
          </w:p>
        </w:tc>
        <w:tc>
          <w:tcPr>
            <w:tcW w:w="960" w:type="dxa"/>
            <w:noWrap/>
            <w:hideMark/>
          </w:tcPr>
          <w:p w14:paraId="59B44D5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-0.49697</w:t>
            </w:r>
          </w:p>
        </w:tc>
        <w:tc>
          <w:tcPr>
            <w:tcW w:w="960" w:type="dxa"/>
            <w:noWrap/>
            <w:hideMark/>
          </w:tcPr>
          <w:p w14:paraId="750879F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0.410642</w:t>
            </w:r>
          </w:p>
        </w:tc>
        <w:tc>
          <w:tcPr>
            <w:tcW w:w="960" w:type="dxa"/>
            <w:noWrap/>
            <w:hideMark/>
          </w:tcPr>
          <w:p w14:paraId="613B033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-0.27639</w:t>
            </w:r>
          </w:p>
        </w:tc>
        <w:tc>
          <w:tcPr>
            <w:tcW w:w="960" w:type="dxa"/>
            <w:noWrap/>
            <w:hideMark/>
          </w:tcPr>
          <w:p w14:paraId="2FF8428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-0.00043</w:t>
            </w:r>
          </w:p>
        </w:tc>
      </w:tr>
      <w:tr w:rsidR="00050876" w:rsidRPr="00050876" w14:paraId="2487FA50" w14:textId="77777777" w:rsidTr="00DE33FC">
        <w:trPr>
          <w:trHeight w:val="290"/>
        </w:trPr>
        <w:tc>
          <w:tcPr>
            <w:tcW w:w="1406" w:type="dxa"/>
            <w:noWrap/>
            <w:hideMark/>
          </w:tcPr>
          <w:p w14:paraId="39598766" w14:textId="77777777" w:rsidR="00050876" w:rsidRPr="00050876" w:rsidRDefault="00050876" w:rsidP="00050876">
            <w:pPr>
              <w:rPr>
                <w:rFonts w:eastAsia="Times New Roman"/>
                <w:b/>
                <w:bCs/>
                <w:lang w:eastAsia="en-IN"/>
              </w:rPr>
            </w:pPr>
            <w:r w:rsidRPr="00050876">
              <w:rPr>
                <w:rFonts w:eastAsia="Times New Roman"/>
                <w:b/>
                <w:bCs/>
                <w:lang w:eastAsia="en-IN"/>
              </w:rPr>
              <w:t>density_g_cm3</w:t>
            </w:r>
          </w:p>
        </w:tc>
        <w:tc>
          <w:tcPr>
            <w:tcW w:w="960" w:type="dxa"/>
            <w:noWrap/>
            <w:hideMark/>
          </w:tcPr>
          <w:p w14:paraId="3AAC1FE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0.392783</w:t>
            </w:r>
          </w:p>
        </w:tc>
        <w:tc>
          <w:tcPr>
            <w:tcW w:w="960" w:type="dxa"/>
            <w:noWrap/>
            <w:hideMark/>
          </w:tcPr>
          <w:p w14:paraId="784FF40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0.177795</w:t>
            </w:r>
          </w:p>
        </w:tc>
        <w:tc>
          <w:tcPr>
            <w:tcW w:w="960" w:type="dxa"/>
            <w:noWrap/>
            <w:hideMark/>
          </w:tcPr>
          <w:p w14:paraId="2E524D1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-0.06459</w:t>
            </w:r>
          </w:p>
        </w:tc>
        <w:tc>
          <w:tcPr>
            <w:tcW w:w="960" w:type="dxa"/>
            <w:noWrap/>
            <w:hideMark/>
          </w:tcPr>
          <w:p w14:paraId="2665734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0.525776</w:t>
            </w:r>
          </w:p>
        </w:tc>
        <w:tc>
          <w:tcPr>
            <w:tcW w:w="960" w:type="dxa"/>
            <w:noWrap/>
            <w:hideMark/>
          </w:tcPr>
          <w:p w14:paraId="1D05576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-0.09758</w:t>
            </w:r>
          </w:p>
        </w:tc>
        <w:tc>
          <w:tcPr>
            <w:tcW w:w="960" w:type="dxa"/>
            <w:noWrap/>
            <w:hideMark/>
          </w:tcPr>
          <w:p w14:paraId="70F6924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-0.15567</w:t>
            </w:r>
          </w:p>
        </w:tc>
        <w:tc>
          <w:tcPr>
            <w:tcW w:w="960" w:type="dxa"/>
            <w:noWrap/>
            <w:hideMark/>
          </w:tcPr>
          <w:p w14:paraId="3E56D72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-0.70693</w:t>
            </w:r>
          </w:p>
        </w:tc>
      </w:tr>
      <w:tr w:rsidR="00050876" w:rsidRPr="00050876" w14:paraId="46F4DF12" w14:textId="77777777" w:rsidTr="00DE33FC">
        <w:trPr>
          <w:trHeight w:val="290"/>
        </w:trPr>
        <w:tc>
          <w:tcPr>
            <w:tcW w:w="1406" w:type="dxa"/>
            <w:noWrap/>
            <w:hideMark/>
          </w:tcPr>
          <w:p w14:paraId="0F9A8311" w14:textId="77777777" w:rsidR="00050876" w:rsidRPr="00050876" w:rsidRDefault="00050876" w:rsidP="00050876">
            <w:pPr>
              <w:rPr>
                <w:rFonts w:eastAsia="Times New Roman"/>
                <w:b/>
                <w:bCs/>
                <w:lang w:eastAsia="en-IN"/>
              </w:rPr>
            </w:pPr>
            <w:proofErr w:type="spellStart"/>
            <w:r w:rsidRPr="00050876">
              <w:rPr>
                <w:rFonts w:eastAsia="Times New Roman"/>
                <w:b/>
                <w:bCs/>
                <w:lang w:eastAsia="en-IN"/>
              </w:rPr>
              <w:t>yield_kg</w:t>
            </w:r>
            <w:proofErr w:type="spellEnd"/>
          </w:p>
        </w:tc>
        <w:tc>
          <w:tcPr>
            <w:tcW w:w="960" w:type="dxa"/>
            <w:noWrap/>
            <w:hideMark/>
          </w:tcPr>
          <w:p w14:paraId="35A2D8E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0.392799</w:t>
            </w:r>
          </w:p>
        </w:tc>
        <w:tc>
          <w:tcPr>
            <w:tcW w:w="960" w:type="dxa"/>
            <w:noWrap/>
            <w:hideMark/>
          </w:tcPr>
          <w:p w14:paraId="4367D27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0.177519</w:t>
            </w:r>
          </w:p>
        </w:tc>
        <w:tc>
          <w:tcPr>
            <w:tcW w:w="960" w:type="dxa"/>
            <w:noWrap/>
            <w:hideMark/>
          </w:tcPr>
          <w:p w14:paraId="0101C9B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-0.06341</w:t>
            </w:r>
          </w:p>
        </w:tc>
        <w:tc>
          <w:tcPr>
            <w:tcW w:w="960" w:type="dxa"/>
            <w:noWrap/>
            <w:hideMark/>
          </w:tcPr>
          <w:p w14:paraId="3CA44AF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0.52562</w:t>
            </w:r>
          </w:p>
        </w:tc>
        <w:tc>
          <w:tcPr>
            <w:tcW w:w="960" w:type="dxa"/>
            <w:noWrap/>
            <w:hideMark/>
          </w:tcPr>
          <w:p w14:paraId="05DBFB1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-0.09571</w:t>
            </w:r>
          </w:p>
        </w:tc>
        <w:tc>
          <w:tcPr>
            <w:tcW w:w="960" w:type="dxa"/>
            <w:noWrap/>
            <w:hideMark/>
          </w:tcPr>
          <w:p w14:paraId="633D344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-0.15648</w:t>
            </w:r>
          </w:p>
        </w:tc>
        <w:tc>
          <w:tcPr>
            <w:tcW w:w="960" w:type="dxa"/>
            <w:noWrap/>
            <w:hideMark/>
          </w:tcPr>
          <w:p w14:paraId="3E0AFF6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0.707286</w:t>
            </w:r>
          </w:p>
        </w:tc>
      </w:tr>
      <w:tr w:rsidR="00050876" w:rsidRPr="00050876" w14:paraId="117CB720" w14:textId="77777777" w:rsidTr="00DE33FC">
        <w:trPr>
          <w:trHeight w:val="290"/>
        </w:trPr>
        <w:tc>
          <w:tcPr>
            <w:tcW w:w="1406" w:type="dxa"/>
            <w:noWrap/>
            <w:hideMark/>
          </w:tcPr>
          <w:p w14:paraId="3B1E8869" w14:textId="77777777" w:rsidR="00050876" w:rsidRPr="00050876" w:rsidRDefault="00050876" w:rsidP="00050876">
            <w:pPr>
              <w:rPr>
                <w:rFonts w:eastAsia="Times New Roman"/>
                <w:b/>
                <w:bCs/>
                <w:lang w:eastAsia="en-IN"/>
              </w:rPr>
            </w:pPr>
            <w:r w:rsidRPr="00050876">
              <w:rPr>
                <w:rFonts w:eastAsia="Times New Roman"/>
                <w:b/>
                <w:bCs/>
                <w:lang w:eastAsia="en-IN"/>
              </w:rPr>
              <w:t>WUE</w:t>
            </w:r>
          </w:p>
        </w:tc>
        <w:tc>
          <w:tcPr>
            <w:tcW w:w="960" w:type="dxa"/>
            <w:noWrap/>
            <w:hideMark/>
          </w:tcPr>
          <w:p w14:paraId="1D63F9F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0.364046</w:t>
            </w:r>
          </w:p>
        </w:tc>
        <w:tc>
          <w:tcPr>
            <w:tcW w:w="960" w:type="dxa"/>
            <w:noWrap/>
            <w:hideMark/>
          </w:tcPr>
          <w:p w14:paraId="1F78453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-0.5372</w:t>
            </w:r>
          </w:p>
        </w:tc>
        <w:tc>
          <w:tcPr>
            <w:tcW w:w="960" w:type="dxa"/>
            <w:noWrap/>
            <w:hideMark/>
          </w:tcPr>
          <w:p w14:paraId="6403ADA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-0.33701</w:t>
            </w:r>
          </w:p>
        </w:tc>
        <w:tc>
          <w:tcPr>
            <w:tcW w:w="960" w:type="dxa"/>
            <w:noWrap/>
            <w:hideMark/>
          </w:tcPr>
          <w:p w14:paraId="7C29269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-0.3284</w:t>
            </w:r>
          </w:p>
        </w:tc>
        <w:tc>
          <w:tcPr>
            <w:tcW w:w="960" w:type="dxa"/>
            <w:noWrap/>
            <w:hideMark/>
          </w:tcPr>
          <w:p w14:paraId="51B99F8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-0.46582</w:t>
            </w:r>
          </w:p>
        </w:tc>
        <w:tc>
          <w:tcPr>
            <w:tcW w:w="960" w:type="dxa"/>
            <w:noWrap/>
            <w:hideMark/>
          </w:tcPr>
          <w:p w14:paraId="59290A6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-0.3748</w:t>
            </w:r>
          </w:p>
        </w:tc>
        <w:tc>
          <w:tcPr>
            <w:tcW w:w="960" w:type="dxa"/>
            <w:noWrap/>
            <w:hideMark/>
          </w:tcPr>
          <w:p w14:paraId="1681ED6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0.000536</w:t>
            </w:r>
          </w:p>
        </w:tc>
      </w:tr>
      <w:tr w:rsidR="00050876" w:rsidRPr="00050876" w14:paraId="5514F138" w14:textId="77777777" w:rsidTr="00DE33FC">
        <w:trPr>
          <w:trHeight w:val="290"/>
        </w:trPr>
        <w:tc>
          <w:tcPr>
            <w:tcW w:w="1406" w:type="dxa"/>
            <w:noWrap/>
            <w:hideMark/>
          </w:tcPr>
          <w:p w14:paraId="7889F707" w14:textId="77777777" w:rsidR="00050876" w:rsidRPr="00050876" w:rsidRDefault="00050876" w:rsidP="00050876">
            <w:pPr>
              <w:rPr>
                <w:rFonts w:eastAsia="Times New Roman"/>
                <w:b/>
                <w:bCs/>
                <w:lang w:eastAsia="en-IN"/>
              </w:rPr>
            </w:pPr>
            <w:r w:rsidRPr="00050876">
              <w:rPr>
                <w:rFonts w:eastAsia="Times New Roman"/>
                <w:b/>
                <w:bCs/>
                <w:lang w:eastAsia="en-IN"/>
              </w:rPr>
              <w:t>NDVI</w:t>
            </w:r>
          </w:p>
        </w:tc>
        <w:tc>
          <w:tcPr>
            <w:tcW w:w="960" w:type="dxa"/>
            <w:noWrap/>
            <w:hideMark/>
          </w:tcPr>
          <w:p w14:paraId="5FD6AE6B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0.372932</w:t>
            </w:r>
          </w:p>
        </w:tc>
        <w:tc>
          <w:tcPr>
            <w:tcW w:w="960" w:type="dxa"/>
            <w:noWrap/>
            <w:hideMark/>
          </w:tcPr>
          <w:p w14:paraId="49EE27D8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-0.0771</w:t>
            </w:r>
          </w:p>
        </w:tc>
        <w:tc>
          <w:tcPr>
            <w:tcW w:w="960" w:type="dxa"/>
            <w:noWrap/>
            <w:hideMark/>
          </w:tcPr>
          <w:p w14:paraId="507B75A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0.88928</w:t>
            </w:r>
          </w:p>
        </w:tc>
        <w:tc>
          <w:tcPr>
            <w:tcW w:w="960" w:type="dxa"/>
            <w:noWrap/>
            <w:hideMark/>
          </w:tcPr>
          <w:p w14:paraId="2B5DDFB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-0.1923</w:t>
            </w:r>
          </w:p>
        </w:tc>
        <w:tc>
          <w:tcPr>
            <w:tcW w:w="960" w:type="dxa"/>
            <w:noWrap/>
            <w:hideMark/>
          </w:tcPr>
          <w:p w14:paraId="4B5B301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0.005141</w:t>
            </w:r>
          </w:p>
        </w:tc>
        <w:tc>
          <w:tcPr>
            <w:tcW w:w="960" w:type="dxa"/>
            <w:noWrap/>
            <w:hideMark/>
          </w:tcPr>
          <w:p w14:paraId="0451A5D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-0.16477</w:t>
            </w:r>
          </w:p>
        </w:tc>
        <w:tc>
          <w:tcPr>
            <w:tcW w:w="960" w:type="dxa"/>
            <w:noWrap/>
            <w:hideMark/>
          </w:tcPr>
          <w:p w14:paraId="4B53489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-0.00088</w:t>
            </w:r>
          </w:p>
        </w:tc>
      </w:tr>
    </w:tbl>
    <w:p w14:paraId="1F76D0CE" w14:textId="77777777" w:rsidR="00050876" w:rsidRPr="00050876" w:rsidRDefault="00050876" w:rsidP="00050876">
      <w:pPr>
        <w:rPr>
          <w:b/>
          <w:bCs/>
        </w:rPr>
      </w:pPr>
    </w:p>
    <w:p w14:paraId="2C35320C" w14:textId="77777777" w:rsidR="00050876" w:rsidRPr="00050876" w:rsidRDefault="00050876" w:rsidP="00050876">
      <w:pPr>
        <w:rPr>
          <w:b/>
          <w:bCs/>
        </w:rPr>
      </w:pPr>
    </w:p>
    <w:p w14:paraId="0FCDCD94" w14:textId="77777777" w:rsidR="00050876" w:rsidRPr="00050876" w:rsidRDefault="00050876" w:rsidP="00050876">
      <w:pPr>
        <w:rPr>
          <w:b/>
          <w:bCs/>
        </w:rPr>
      </w:pPr>
      <w:proofErr w:type="spellStart"/>
      <w:r w:rsidRPr="00050876">
        <w:rPr>
          <w:b/>
          <w:bCs/>
        </w:rPr>
        <w:t>PCA_Eigenvalues</w:t>
      </w:r>
      <w:proofErr w:type="spellEnd"/>
      <w:r w:rsidRPr="00050876">
        <w:rPr>
          <w:b/>
          <w:bCs/>
        </w:rPr>
        <w:t>: Eigenvalues, explained variance, and cumulative variance of principal components</w:t>
      </w:r>
    </w:p>
    <w:tbl>
      <w:tblPr>
        <w:tblStyle w:val="TableGrid"/>
        <w:tblW w:w="4154" w:type="dxa"/>
        <w:tblLook w:val="04A0" w:firstRow="1" w:lastRow="0" w:firstColumn="1" w:lastColumn="0" w:noHBand="0" w:noVBand="1"/>
      </w:tblPr>
      <w:tblGrid>
        <w:gridCol w:w="1512"/>
        <w:gridCol w:w="1402"/>
        <w:gridCol w:w="1182"/>
        <w:gridCol w:w="1482"/>
      </w:tblGrid>
      <w:tr w:rsidR="00050876" w:rsidRPr="00050876" w14:paraId="337CE271" w14:textId="77777777" w:rsidTr="00DE33FC">
        <w:trPr>
          <w:trHeight w:val="290"/>
        </w:trPr>
        <w:tc>
          <w:tcPr>
            <w:tcW w:w="1104" w:type="dxa"/>
            <w:noWrap/>
            <w:hideMark/>
          </w:tcPr>
          <w:p w14:paraId="65546AB9" w14:textId="77777777" w:rsidR="00050876" w:rsidRPr="00050876" w:rsidRDefault="00050876" w:rsidP="00050876">
            <w:pPr>
              <w:rPr>
                <w:rFonts w:eastAsia="Times New Roman"/>
                <w:b/>
                <w:bCs/>
                <w:lang w:eastAsia="en-IN"/>
              </w:rPr>
            </w:pPr>
            <w:r w:rsidRPr="00050876">
              <w:rPr>
                <w:rFonts w:eastAsia="Times New Roman"/>
                <w:b/>
                <w:bCs/>
                <w:lang w:eastAsia="en-IN"/>
              </w:rPr>
              <w:t>Component</w:t>
            </w:r>
          </w:p>
        </w:tc>
        <w:tc>
          <w:tcPr>
            <w:tcW w:w="1020" w:type="dxa"/>
            <w:noWrap/>
            <w:hideMark/>
          </w:tcPr>
          <w:p w14:paraId="728F31BE" w14:textId="77777777" w:rsidR="00050876" w:rsidRPr="00050876" w:rsidRDefault="00050876" w:rsidP="00050876">
            <w:pPr>
              <w:rPr>
                <w:rFonts w:eastAsia="Times New Roman"/>
                <w:b/>
                <w:bCs/>
                <w:lang w:eastAsia="en-IN"/>
              </w:rPr>
            </w:pPr>
            <w:r w:rsidRPr="00050876">
              <w:rPr>
                <w:rFonts w:eastAsia="Times New Roman"/>
                <w:b/>
                <w:bCs/>
                <w:lang w:eastAsia="en-IN"/>
              </w:rPr>
              <w:t>Eigenvalue</w:t>
            </w:r>
          </w:p>
        </w:tc>
        <w:tc>
          <w:tcPr>
            <w:tcW w:w="960" w:type="dxa"/>
            <w:noWrap/>
            <w:hideMark/>
          </w:tcPr>
          <w:p w14:paraId="7A742D7F" w14:textId="77777777" w:rsidR="00050876" w:rsidRPr="00050876" w:rsidRDefault="00050876" w:rsidP="00050876">
            <w:pPr>
              <w:rPr>
                <w:rFonts w:eastAsia="Times New Roman"/>
                <w:b/>
                <w:bCs/>
                <w:lang w:eastAsia="en-IN"/>
              </w:rPr>
            </w:pPr>
            <w:r w:rsidRPr="00050876">
              <w:rPr>
                <w:rFonts w:eastAsia="Times New Roman"/>
                <w:b/>
                <w:bCs/>
                <w:lang w:eastAsia="en-IN"/>
              </w:rPr>
              <w:t>Variance (%)</w:t>
            </w:r>
          </w:p>
        </w:tc>
        <w:tc>
          <w:tcPr>
            <w:tcW w:w="1070" w:type="dxa"/>
            <w:noWrap/>
            <w:hideMark/>
          </w:tcPr>
          <w:p w14:paraId="56025B7E" w14:textId="77777777" w:rsidR="00050876" w:rsidRPr="00050876" w:rsidRDefault="00050876" w:rsidP="00050876">
            <w:pPr>
              <w:rPr>
                <w:rFonts w:eastAsia="Times New Roman"/>
                <w:b/>
                <w:bCs/>
                <w:lang w:eastAsia="en-IN"/>
              </w:rPr>
            </w:pPr>
            <w:r w:rsidRPr="00050876">
              <w:rPr>
                <w:rFonts w:eastAsia="Times New Roman"/>
                <w:b/>
                <w:bCs/>
                <w:lang w:eastAsia="en-IN"/>
              </w:rPr>
              <w:t>Cumulative (%)</w:t>
            </w:r>
          </w:p>
        </w:tc>
      </w:tr>
      <w:tr w:rsidR="00050876" w:rsidRPr="00050876" w14:paraId="2F6BF09A" w14:textId="77777777" w:rsidTr="00DE33FC">
        <w:trPr>
          <w:trHeight w:val="290"/>
        </w:trPr>
        <w:tc>
          <w:tcPr>
            <w:tcW w:w="1104" w:type="dxa"/>
            <w:noWrap/>
            <w:hideMark/>
          </w:tcPr>
          <w:p w14:paraId="5907D19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lastRenderedPageBreak/>
              <w:t>PC1</w:t>
            </w:r>
          </w:p>
        </w:tc>
        <w:tc>
          <w:tcPr>
            <w:tcW w:w="1020" w:type="dxa"/>
            <w:noWrap/>
            <w:hideMark/>
          </w:tcPr>
          <w:p w14:paraId="1C001460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6.385149</w:t>
            </w:r>
          </w:p>
        </w:tc>
        <w:tc>
          <w:tcPr>
            <w:tcW w:w="960" w:type="dxa"/>
            <w:noWrap/>
            <w:hideMark/>
          </w:tcPr>
          <w:p w14:paraId="4A1A792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90.37182</w:t>
            </w:r>
          </w:p>
        </w:tc>
        <w:tc>
          <w:tcPr>
            <w:tcW w:w="1070" w:type="dxa"/>
            <w:noWrap/>
            <w:hideMark/>
          </w:tcPr>
          <w:p w14:paraId="74A66B36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90.37182</w:t>
            </w:r>
          </w:p>
        </w:tc>
      </w:tr>
      <w:tr w:rsidR="00050876" w:rsidRPr="00050876" w14:paraId="2925FC30" w14:textId="77777777" w:rsidTr="00DE33FC">
        <w:trPr>
          <w:trHeight w:val="290"/>
        </w:trPr>
        <w:tc>
          <w:tcPr>
            <w:tcW w:w="1104" w:type="dxa"/>
            <w:noWrap/>
            <w:hideMark/>
          </w:tcPr>
          <w:p w14:paraId="5AFA12B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PC2</w:t>
            </w:r>
          </w:p>
        </w:tc>
        <w:tc>
          <w:tcPr>
            <w:tcW w:w="1020" w:type="dxa"/>
            <w:noWrap/>
            <w:hideMark/>
          </w:tcPr>
          <w:p w14:paraId="46AC0CD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0.482207</w:t>
            </w:r>
          </w:p>
        </w:tc>
        <w:tc>
          <w:tcPr>
            <w:tcW w:w="960" w:type="dxa"/>
            <w:noWrap/>
            <w:hideMark/>
          </w:tcPr>
          <w:p w14:paraId="51751CD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6.824891</w:t>
            </w:r>
          </w:p>
        </w:tc>
        <w:tc>
          <w:tcPr>
            <w:tcW w:w="1070" w:type="dxa"/>
            <w:noWrap/>
            <w:hideMark/>
          </w:tcPr>
          <w:p w14:paraId="14E17A8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97.19671</w:t>
            </w:r>
          </w:p>
        </w:tc>
      </w:tr>
      <w:tr w:rsidR="00050876" w:rsidRPr="00050876" w14:paraId="403F0176" w14:textId="77777777" w:rsidTr="00DE33FC">
        <w:trPr>
          <w:trHeight w:val="290"/>
        </w:trPr>
        <w:tc>
          <w:tcPr>
            <w:tcW w:w="1104" w:type="dxa"/>
            <w:noWrap/>
            <w:hideMark/>
          </w:tcPr>
          <w:p w14:paraId="314875E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PC3</w:t>
            </w:r>
          </w:p>
        </w:tc>
        <w:tc>
          <w:tcPr>
            <w:tcW w:w="1020" w:type="dxa"/>
            <w:noWrap/>
            <w:hideMark/>
          </w:tcPr>
          <w:p w14:paraId="43E12A04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0.148186</w:t>
            </w:r>
          </w:p>
        </w:tc>
        <w:tc>
          <w:tcPr>
            <w:tcW w:w="960" w:type="dxa"/>
            <w:noWrap/>
            <w:hideMark/>
          </w:tcPr>
          <w:p w14:paraId="3015AD47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2.097335</w:t>
            </w:r>
          </w:p>
        </w:tc>
        <w:tc>
          <w:tcPr>
            <w:tcW w:w="1070" w:type="dxa"/>
            <w:noWrap/>
            <w:hideMark/>
          </w:tcPr>
          <w:p w14:paraId="4AA53DC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99.29405</w:t>
            </w:r>
          </w:p>
        </w:tc>
      </w:tr>
      <w:tr w:rsidR="00050876" w:rsidRPr="00050876" w14:paraId="479CEAC9" w14:textId="77777777" w:rsidTr="00DE33FC">
        <w:trPr>
          <w:trHeight w:val="290"/>
        </w:trPr>
        <w:tc>
          <w:tcPr>
            <w:tcW w:w="1104" w:type="dxa"/>
            <w:noWrap/>
            <w:hideMark/>
          </w:tcPr>
          <w:p w14:paraId="4C27D85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PC4</w:t>
            </w:r>
          </w:p>
        </w:tc>
        <w:tc>
          <w:tcPr>
            <w:tcW w:w="1020" w:type="dxa"/>
            <w:noWrap/>
            <w:hideMark/>
          </w:tcPr>
          <w:p w14:paraId="2FA4797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0.029305</w:t>
            </w:r>
          </w:p>
        </w:tc>
        <w:tc>
          <w:tcPr>
            <w:tcW w:w="960" w:type="dxa"/>
            <w:noWrap/>
            <w:hideMark/>
          </w:tcPr>
          <w:p w14:paraId="53D3E87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0.41477</w:t>
            </w:r>
          </w:p>
        </w:tc>
        <w:tc>
          <w:tcPr>
            <w:tcW w:w="1070" w:type="dxa"/>
            <w:noWrap/>
            <w:hideMark/>
          </w:tcPr>
          <w:p w14:paraId="03895C0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99.70882</w:t>
            </w:r>
          </w:p>
        </w:tc>
      </w:tr>
      <w:tr w:rsidR="00050876" w:rsidRPr="00050876" w14:paraId="12AFC96F" w14:textId="77777777" w:rsidTr="00DE33FC">
        <w:trPr>
          <w:trHeight w:val="290"/>
        </w:trPr>
        <w:tc>
          <w:tcPr>
            <w:tcW w:w="1104" w:type="dxa"/>
            <w:noWrap/>
            <w:hideMark/>
          </w:tcPr>
          <w:p w14:paraId="69E80439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PC5</w:t>
            </w:r>
          </w:p>
        </w:tc>
        <w:tc>
          <w:tcPr>
            <w:tcW w:w="1020" w:type="dxa"/>
            <w:noWrap/>
            <w:hideMark/>
          </w:tcPr>
          <w:p w14:paraId="04F6EB6F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0.014217</w:t>
            </w:r>
          </w:p>
        </w:tc>
        <w:tc>
          <w:tcPr>
            <w:tcW w:w="960" w:type="dxa"/>
            <w:noWrap/>
            <w:hideMark/>
          </w:tcPr>
          <w:p w14:paraId="0FB2A3F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0.201214</w:t>
            </w:r>
          </w:p>
        </w:tc>
        <w:tc>
          <w:tcPr>
            <w:tcW w:w="1070" w:type="dxa"/>
            <w:noWrap/>
            <w:hideMark/>
          </w:tcPr>
          <w:p w14:paraId="53482B3E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99.91003</w:t>
            </w:r>
          </w:p>
        </w:tc>
      </w:tr>
      <w:tr w:rsidR="00050876" w:rsidRPr="00050876" w14:paraId="68AA1D74" w14:textId="77777777" w:rsidTr="00DE33FC">
        <w:trPr>
          <w:trHeight w:val="290"/>
        </w:trPr>
        <w:tc>
          <w:tcPr>
            <w:tcW w:w="1104" w:type="dxa"/>
            <w:noWrap/>
            <w:hideMark/>
          </w:tcPr>
          <w:p w14:paraId="7CCF6DF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PC6</w:t>
            </w:r>
          </w:p>
        </w:tc>
        <w:tc>
          <w:tcPr>
            <w:tcW w:w="1020" w:type="dxa"/>
            <w:noWrap/>
            <w:hideMark/>
          </w:tcPr>
          <w:p w14:paraId="3CBB1B0A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0.006351</w:t>
            </w:r>
          </w:p>
        </w:tc>
        <w:tc>
          <w:tcPr>
            <w:tcW w:w="960" w:type="dxa"/>
            <w:noWrap/>
            <w:hideMark/>
          </w:tcPr>
          <w:p w14:paraId="710914FD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0.08989</w:t>
            </w:r>
          </w:p>
        </w:tc>
        <w:tc>
          <w:tcPr>
            <w:tcW w:w="1070" w:type="dxa"/>
            <w:noWrap/>
            <w:hideMark/>
          </w:tcPr>
          <w:p w14:paraId="04771D42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99.99992</w:t>
            </w:r>
          </w:p>
        </w:tc>
      </w:tr>
      <w:tr w:rsidR="00050876" w:rsidRPr="00050876" w14:paraId="658EBC36" w14:textId="77777777" w:rsidTr="00DE33FC">
        <w:trPr>
          <w:trHeight w:val="290"/>
        </w:trPr>
        <w:tc>
          <w:tcPr>
            <w:tcW w:w="1104" w:type="dxa"/>
            <w:noWrap/>
            <w:hideMark/>
          </w:tcPr>
          <w:p w14:paraId="6138D8FC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PC7</w:t>
            </w:r>
          </w:p>
        </w:tc>
        <w:tc>
          <w:tcPr>
            <w:tcW w:w="1020" w:type="dxa"/>
            <w:noWrap/>
            <w:hideMark/>
          </w:tcPr>
          <w:p w14:paraId="5CE92053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5.58E-06</w:t>
            </w:r>
          </w:p>
        </w:tc>
        <w:tc>
          <w:tcPr>
            <w:tcW w:w="960" w:type="dxa"/>
            <w:noWrap/>
            <w:hideMark/>
          </w:tcPr>
          <w:p w14:paraId="7689F5C1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7.9E-05</w:t>
            </w:r>
          </w:p>
        </w:tc>
        <w:tc>
          <w:tcPr>
            <w:tcW w:w="1070" w:type="dxa"/>
            <w:noWrap/>
            <w:hideMark/>
          </w:tcPr>
          <w:p w14:paraId="25A5D2A5" w14:textId="77777777" w:rsidR="00050876" w:rsidRPr="00050876" w:rsidRDefault="00050876" w:rsidP="00050876">
            <w:pPr>
              <w:rPr>
                <w:rFonts w:eastAsia="Times New Roman"/>
                <w:color w:val="000000"/>
                <w:lang w:eastAsia="en-IN"/>
              </w:rPr>
            </w:pPr>
            <w:r w:rsidRPr="00050876">
              <w:rPr>
                <w:rFonts w:eastAsia="Times New Roman"/>
                <w:color w:val="000000"/>
                <w:lang w:eastAsia="en-IN"/>
              </w:rPr>
              <w:t>100</w:t>
            </w:r>
          </w:p>
        </w:tc>
      </w:tr>
    </w:tbl>
    <w:p w14:paraId="3522D90B" w14:textId="77777777" w:rsidR="00E26424" w:rsidRPr="00050876" w:rsidRDefault="00E26424" w:rsidP="00050876"/>
    <w:sectPr w:rsidR="00E26424" w:rsidRPr="000508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59887991">
    <w:abstractNumId w:val="8"/>
  </w:num>
  <w:num w:numId="2" w16cid:durableId="1761556916">
    <w:abstractNumId w:val="6"/>
  </w:num>
  <w:num w:numId="3" w16cid:durableId="1728451532">
    <w:abstractNumId w:val="5"/>
  </w:num>
  <w:num w:numId="4" w16cid:durableId="768888359">
    <w:abstractNumId w:val="4"/>
  </w:num>
  <w:num w:numId="5" w16cid:durableId="1184172813">
    <w:abstractNumId w:val="7"/>
  </w:num>
  <w:num w:numId="6" w16cid:durableId="651256145">
    <w:abstractNumId w:val="3"/>
  </w:num>
  <w:num w:numId="7" w16cid:durableId="759986350">
    <w:abstractNumId w:val="2"/>
  </w:num>
  <w:num w:numId="8" w16cid:durableId="347562203">
    <w:abstractNumId w:val="1"/>
  </w:num>
  <w:num w:numId="9" w16cid:durableId="879123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876"/>
    <w:rsid w:val="00050876"/>
    <w:rsid w:val="00745E71"/>
    <w:rsid w:val="009D1E70"/>
    <w:rsid w:val="00A27982"/>
    <w:rsid w:val="00A61A40"/>
    <w:rsid w:val="00E2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E5715"/>
  <w15:chartTrackingRefBased/>
  <w15:docId w15:val="{EEA4C7AC-C29C-495E-9143-A03ACE32F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876"/>
  </w:style>
  <w:style w:type="paragraph" w:styleId="Heading1">
    <w:name w:val="heading 1"/>
    <w:basedOn w:val="Normal"/>
    <w:next w:val="Normal"/>
    <w:link w:val="Heading1Char"/>
    <w:uiPriority w:val="9"/>
    <w:qFormat/>
    <w:rsid w:val="000508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08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508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08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08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08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8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8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8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08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508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508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08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08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08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8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8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8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08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08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08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08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08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08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08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08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08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8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087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050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05087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50876"/>
    <w:rPr>
      <w:color w:val="800080"/>
      <w:u w:val="single"/>
    </w:rPr>
  </w:style>
  <w:style w:type="paragraph" w:customStyle="1" w:styleId="msonormal0">
    <w:name w:val="msonormal"/>
    <w:basedOn w:val="Normal"/>
    <w:rsid w:val="00050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N"/>
      <w14:ligatures w14:val="none"/>
    </w:rPr>
  </w:style>
  <w:style w:type="paragraph" w:customStyle="1" w:styleId="xl65">
    <w:name w:val="xl65"/>
    <w:basedOn w:val="Normal"/>
    <w:rsid w:val="00050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kern w:val="0"/>
      <w:lang w:eastAsia="en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50876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EastAsia" w:hAnsi="Times New Roman"/>
      <w:kern w:val="0"/>
      <w:sz w:val="20"/>
      <w:szCs w:val="22"/>
      <w:lang w:val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050876"/>
    <w:rPr>
      <w:rFonts w:ascii="Times New Roman" w:eastAsiaTheme="minorEastAsia" w:hAnsi="Times New Roman"/>
      <w:kern w:val="0"/>
      <w:sz w:val="20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50876"/>
    <w:pPr>
      <w:tabs>
        <w:tab w:val="center" w:pos="4680"/>
        <w:tab w:val="right" w:pos="9360"/>
      </w:tabs>
      <w:spacing w:after="0" w:line="240" w:lineRule="auto"/>
    </w:pPr>
    <w:rPr>
      <w:rFonts w:ascii="Times New Roman" w:eastAsiaTheme="minorEastAsia" w:hAnsi="Times New Roman"/>
      <w:kern w:val="0"/>
      <w:sz w:val="20"/>
      <w:szCs w:val="22"/>
      <w:lang w:val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050876"/>
    <w:rPr>
      <w:rFonts w:ascii="Times New Roman" w:eastAsiaTheme="minorEastAsia" w:hAnsi="Times New Roman"/>
      <w:kern w:val="0"/>
      <w:sz w:val="20"/>
      <w:szCs w:val="22"/>
      <w:lang w:val="en-US"/>
      <w14:ligatures w14:val="none"/>
    </w:rPr>
  </w:style>
  <w:style w:type="paragraph" w:styleId="NoSpacing">
    <w:name w:val="No Spacing"/>
    <w:uiPriority w:val="1"/>
    <w:qFormat/>
    <w:rsid w:val="0005087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BodyText">
    <w:name w:val="Body Text"/>
    <w:basedOn w:val="Normal"/>
    <w:link w:val="BodyTextChar"/>
    <w:uiPriority w:val="99"/>
    <w:unhideWhenUsed/>
    <w:rsid w:val="00050876"/>
    <w:pPr>
      <w:spacing w:after="120" w:line="276" w:lineRule="auto"/>
    </w:pPr>
    <w:rPr>
      <w:rFonts w:ascii="Times New Roman" w:eastAsiaTheme="minorEastAsia" w:hAnsi="Times New Roman"/>
      <w:kern w:val="0"/>
      <w:sz w:val="20"/>
      <w:szCs w:val="22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050876"/>
    <w:rPr>
      <w:rFonts w:ascii="Times New Roman" w:eastAsiaTheme="minorEastAsia" w:hAnsi="Times New Roman"/>
      <w:kern w:val="0"/>
      <w:sz w:val="20"/>
      <w:szCs w:val="22"/>
      <w:lang w:val="en-US"/>
      <w14:ligatures w14:val="none"/>
    </w:rPr>
  </w:style>
  <w:style w:type="paragraph" w:styleId="BodyText2">
    <w:name w:val="Body Text 2"/>
    <w:basedOn w:val="Normal"/>
    <w:link w:val="BodyText2Char"/>
    <w:uiPriority w:val="99"/>
    <w:unhideWhenUsed/>
    <w:rsid w:val="00050876"/>
    <w:pPr>
      <w:spacing w:after="120" w:line="480" w:lineRule="auto"/>
    </w:pPr>
    <w:rPr>
      <w:rFonts w:ascii="Times New Roman" w:eastAsiaTheme="minorEastAsia" w:hAnsi="Times New Roman"/>
      <w:kern w:val="0"/>
      <w:sz w:val="20"/>
      <w:szCs w:val="22"/>
      <w:lang w:val="en-US"/>
      <w14:ligatures w14:val="none"/>
    </w:rPr>
  </w:style>
  <w:style w:type="character" w:customStyle="1" w:styleId="BodyText2Char">
    <w:name w:val="Body Text 2 Char"/>
    <w:basedOn w:val="DefaultParagraphFont"/>
    <w:link w:val="BodyText2"/>
    <w:uiPriority w:val="99"/>
    <w:rsid w:val="00050876"/>
    <w:rPr>
      <w:rFonts w:ascii="Times New Roman" w:eastAsiaTheme="minorEastAsia" w:hAnsi="Times New Roman"/>
      <w:kern w:val="0"/>
      <w:sz w:val="20"/>
      <w:szCs w:val="22"/>
      <w:lang w:val="en-US"/>
      <w14:ligatures w14:val="none"/>
    </w:rPr>
  </w:style>
  <w:style w:type="paragraph" w:styleId="BodyText3">
    <w:name w:val="Body Text 3"/>
    <w:basedOn w:val="Normal"/>
    <w:link w:val="BodyText3Char"/>
    <w:uiPriority w:val="99"/>
    <w:unhideWhenUsed/>
    <w:rsid w:val="00050876"/>
    <w:pPr>
      <w:spacing w:after="120" w:line="276" w:lineRule="auto"/>
    </w:pPr>
    <w:rPr>
      <w:rFonts w:ascii="Times New Roman" w:eastAsiaTheme="minorEastAsia" w:hAnsi="Times New Roman"/>
      <w:kern w:val="0"/>
      <w:sz w:val="16"/>
      <w:szCs w:val="16"/>
      <w:lang w:val="en-US"/>
      <w14:ligatures w14:val="none"/>
    </w:rPr>
  </w:style>
  <w:style w:type="character" w:customStyle="1" w:styleId="BodyText3Char">
    <w:name w:val="Body Text 3 Char"/>
    <w:basedOn w:val="DefaultParagraphFont"/>
    <w:link w:val="BodyText3"/>
    <w:uiPriority w:val="99"/>
    <w:rsid w:val="00050876"/>
    <w:rPr>
      <w:rFonts w:ascii="Times New Roman" w:eastAsiaTheme="minorEastAsia" w:hAnsi="Times New Roman"/>
      <w:kern w:val="0"/>
      <w:sz w:val="16"/>
      <w:szCs w:val="16"/>
      <w:lang w:val="en-US"/>
      <w14:ligatures w14:val="none"/>
    </w:rPr>
  </w:style>
  <w:style w:type="paragraph" w:styleId="List">
    <w:name w:val="List"/>
    <w:basedOn w:val="Normal"/>
    <w:uiPriority w:val="99"/>
    <w:unhideWhenUsed/>
    <w:rsid w:val="00050876"/>
    <w:pPr>
      <w:spacing w:after="200" w:line="276" w:lineRule="auto"/>
      <w:ind w:left="360" w:hanging="360"/>
      <w:contextualSpacing/>
    </w:pPr>
    <w:rPr>
      <w:rFonts w:ascii="Times New Roman" w:eastAsiaTheme="minorEastAsia" w:hAnsi="Times New Roman"/>
      <w:kern w:val="0"/>
      <w:sz w:val="20"/>
      <w:szCs w:val="22"/>
      <w:lang w:val="en-US"/>
      <w14:ligatures w14:val="none"/>
    </w:rPr>
  </w:style>
  <w:style w:type="paragraph" w:styleId="List2">
    <w:name w:val="List 2"/>
    <w:basedOn w:val="Normal"/>
    <w:uiPriority w:val="99"/>
    <w:unhideWhenUsed/>
    <w:rsid w:val="00050876"/>
    <w:pPr>
      <w:spacing w:after="200" w:line="276" w:lineRule="auto"/>
      <w:ind w:left="720" w:hanging="360"/>
      <w:contextualSpacing/>
    </w:pPr>
    <w:rPr>
      <w:rFonts w:ascii="Times New Roman" w:eastAsiaTheme="minorEastAsia" w:hAnsi="Times New Roman"/>
      <w:kern w:val="0"/>
      <w:sz w:val="20"/>
      <w:szCs w:val="22"/>
      <w:lang w:val="en-US"/>
      <w14:ligatures w14:val="none"/>
    </w:rPr>
  </w:style>
  <w:style w:type="paragraph" w:styleId="List3">
    <w:name w:val="List 3"/>
    <w:basedOn w:val="Normal"/>
    <w:uiPriority w:val="99"/>
    <w:unhideWhenUsed/>
    <w:rsid w:val="00050876"/>
    <w:pPr>
      <w:spacing w:after="200" w:line="276" w:lineRule="auto"/>
      <w:ind w:left="1080" w:hanging="360"/>
      <w:contextualSpacing/>
    </w:pPr>
    <w:rPr>
      <w:rFonts w:ascii="Times New Roman" w:eastAsiaTheme="minorEastAsia" w:hAnsi="Times New Roman"/>
      <w:kern w:val="0"/>
      <w:sz w:val="20"/>
      <w:szCs w:val="22"/>
      <w:lang w:val="en-US"/>
      <w14:ligatures w14:val="none"/>
    </w:rPr>
  </w:style>
  <w:style w:type="paragraph" w:styleId="ListBullet">
    <w:name w:val="List Bullet"/>
    <w:basedOn w:val="Normal"/>
    <w:uiPriority w:val="99"/>
    <w:unhideWhenUsed/>
    <w:rsid w:val="00050876"/>
    <w:pPr>
      <w:numPr>
        <w:numId w:val="1"/>
      </w:numPr>
      <w:tabs>
        <w:tab w:val="clear" w:pos="360"/>
      </w:tabs>
      <w:spacing w:after="200" w:line="276" w:lineRule="auto"/>
      <w:ind w:left="0" w:firstLine="0"/>
      <w:contextualSpacing/>
    </w:pPr>
    <w:rPr>
      <w:rFonts w:ascii="Times New Roman" w:eastAsiaTheme="minorEastAsia" w:hAnsi="Times New Roman"/>
      <w:kern w:val="0"/>
      <w:sz w:val="20"/>
      <w:szCs w:val="22"/>
      <w:lang w:val="en-US"/>
      <w14:ligatures w14:val="none"/>
    </w:rPr>
  </w:style>
  <w:style w:type="paragraph" w:styleId="ListBullet2">
    <w:name w:val="List Bullet 2"/>
    <w:basedOn w:val="Normal"/>
    <w:uiPriority w:val="99"/>
    <w:unhideWhenUsed/>
    <w:rsid w:val="00050876"/>
    <w:pPr>
      <w:numPr>
        <w:numId w:val="2"/>
      </w:numPr>
      <w:tabs>
        <w:tab w:val="clear" w:pos="720"/>
      </w:tabs>
      <w:spacing w:after="200" w:line="276" w:lineRule="auto"/>
      <w:ind w:left="0" w:firstLine="0"/>
      <w:contextualSpacing/>
    </w:pPr>
    <w:rPr>
      <w:rFonts w:ascii="Times New Roman" w:eastAsiaTheme="minorEastAsia" w:hAnsi="Times New Roman"/>
      <w:kern w:val="0"/>
      <w:sz w:val="20"/>
      <w:szCs w:val="22"/>
      <w:lang w:val="en-US"/>
      <w14:ligatures w14:val="none"/>
    </w:rPr>
  </w:style>
  <w:style w:type="paragraph" w:styleId="ListBullet3">
    <w:name w:val="List Bullet 3"/>
    <w:basedOn w:val="Normal"/>
    <w:uiPriority w:val="99"/>
    <w:unhideWhenUsed/>
    <w:rsid w:val="00050876"/>
    <w:pPr>
      <w:numPr>
        <w:numId w:val="3"/>
      </w:numPr>
      <w:tabs>
        <w:tab w:val="clear" w:pos="1080"/>
      </w:tabs>
      <w:spacing w:after="200" w:line="276" w:lineRule="auto"/>
      <w:ind w:left="0" w:firstLine="0"/>
      <w:contextualSpacing/>
    </w:pPr>
    <w:rPr>
      <w:rFonts w:ascii="Times New Roman" w:eastAsiaTheme="minorEastAsia" w:hAnsi="Times New Roman"/>
      <w:kern w:val="0"/>
      <w:sz w:val="20"/>
      <w:szCs w:val="22"/>
      <w:lang w:val="en-US"/>
      <w14:ligatures w14:val="none"/>
    </w:rPr>
  </w:style>
  <w:style w:type="paragraph" w:styleId="ListNumber">
    <w:name w:val="List Number"/>
    <w:basedOn w:val="Normal"/>
    <w:uiPriority w:val="99"/>
    <w:unhideWhenUsed/>
    <w:rsid w:val="00050876"/>
    <w:pPr>
      <w:numPr>
        <w:numId w:val="5"/>
      </w:numPr>
      <w:tabs>
        <w:tab w:val="clear" w:pos="360"/>
      </w:tabs>
      <w:spacing w:after="200" w:line="276" w:lineRule="auto"/>
      <w:ind w:left="0" w:firstLine="0"/>
      <w:contextualSpacing/>
    </w:pPr>
    <w:rPr>
      <w:rFonts w:ascii="Times New Roman" w:eastAsiaTheme="minorEastAsia" w:hAnsi="Times New Roman"/>
      <w:kern w:val="0"/>
      <w:sz w:val="20"/>
      <w:szCs w:val="22"/>
      <w:lang w:val="en-US"/>
      <w14:ligatures w14:val="none"/>
    </w:rPr>
  </w:style>
  <w:style w:type="paragraph" w:styleId="ListNumber2">
    <w:name w:val="List Number 2"/>
    <w:basedOn w:val="Normal"/>
    <w:uiPriority w:val="99"/>
    <w:unhideWhenUsed/>
    <w:rsid w:val="00050876"/>
    <w:pPr>
      <w:numPr>
        <w:numId w:val="6"/>
      </w:numPr>
      <w:tabs>
        <w:tab w:val="clear" w:pos="720"/>
      </w:tabs>
      <w:spacing w:after="200" w:line="276" w:lineRule="auto"/>
      <w:ind w:left="0" w:firstLine="0"/>
      <w:contextualSpacing/>
    </w:pPr>
    <w:rPr>
      <w:rFonts w:ascii="Times New Roman" w:eastAsiaTheme="minorEastAsia" w:hAnsi="Times New Roman"/>
      <w:kern w:val="0"/>
      <w:sz w:val="20"/>
      <w:szCs w:val="22"/>
      <w:lang w:val="en-US"/>
      <w14:ligatures w14:val="none"/>
    </w:rPr>
  </w:style>
  <w:style w:type="paragraph" w:styleId="ListNumber3">
    <w:name w:val="List Number 3"/>
    <w:basedOn w:val="Normal"/>
    <w:uiPriority w:val="99"/>
    <w:unhideWhenUsed/>
    <w:rsid w:val="00050876"/>
    <w:pPr>
      <w:numPr>
        <w:numId w:val="7"/>
      </w:numPr>
      <w:tabs>
        <w:tab w:val="clear" w:pos="1080"/>
      </w:tabs>
      <w:spacing w:after="200" w:line="276" w:lineRule="auto"/>
      <w:ind w:left="0" w:firstLine="0"/>
      <w:contextualSpacing/>
    </w:pPr>
    <w:rPr>
      <w:rFonts w:ascii="Times New Roman" w:eastAsiaTheme="minorEastAsia" w:hAnsi="Times New Roman"/>
      <w:kern w:val="0"/>
      <w:sz w:val="20"/>
      <w:szCs w:val="22"/>
      <w:lang w:val="en-US"/>
      <w14:ligatures w14:val="none"/>
    </w:rPr>
  </w:style>
  <w:style w:type="paragraph" w:styleId="ListContinue">
    <w:name w:val="List Continue"/>
    <w:basedOn w:val="Normal"/>
    <w:uiPriority w:val="99"/>
    <w:unhideWhenUsed/>
    <w:rsid w:val="00050876"/>
    <w:pPr>
      <w:spacing w:after="120" w:line="276" w:lineRule="auto"/>
      <w:ind w:left="360"/>
      <w:contextualSpacing/>
    </w:pPr>
    <w:rPr>
      <w:rFonts w:ascii="Times New Roman" w:eastAsiaTheme="minorEastAsia" w:hAnsi="Times New Roman"/>
      <w:kern w:val="0"/>
      <w:sz w:val="20"/>
      <w:szCs w:val="22"/>
      <w:lang w:val="en-US"/>
      <w14:ligatures w14:val="none"/>
    </w:rPr>
  </w:style>
  <w:style w:type="paragraph" w:styleId="ListContinue2">
    <w:name w:val="List Continue 2"/>
    <w:basedOn w:val="Normal"/>
    <w:uiPriority w:val="99"/>
    <w:unhideWhenUsed/>
    <w:rsid w:val="00050876"/>
    <w:pPr>
      <w:spacing w:after="120" w:line="276" w:lineRule="auto"/>
      <w:ind w:left="720"/>
      <w:contextualSpacing/>
    </w:pPr>
    <w:rPr>
      <w:rFonts w:ascii="Times New Roman" w:eastAsiaTheme="minorEastAsia" w:hAnsi="Times New Roman"/>
      <w:kern w:val="0"/>
      <w:sz w:val="20"/>
      <w:szCs w:val="22"/>
      <w:lang w:val="en-US"/>
      <w14:ligatures w14:val="none"/>
    </w:rPr>
  </w:style>
  <w:style w:type="paragraph" w:styleId="ListContinue3">
    <w:name w:val="List Continue 3"/>
    <w:basedOn w:val="Normal"/>
    <w:uiPriority w:val="99"/>
    <w:unhideWhenUsed/>
    <w:rsid w:val="00050876"/>
    <w:pPr>
      <w:spacing w:after="120" w:line="276" w:lineRule="auto"/>
      <w:ind w:left="1080"/>
      <w:contextualSpacing/>
    </w:pPr>
    <w:rPr>
      <w:rFonts w:ascii="Times New Roman" w:eastAsiaTheme="minorEastAsia" w:hAnsi="Times New Roman"/>
      <w:kern w:val="0"/>
      <w:sz w:val="20"/>
      <w:szCs w:val="22"/>
      <w:lang w:val="en-US"/>
      <w14:ligatures w14:val="none"/>
    </w:rPr>
  </w:style>
  <w:style w:type="paragraph" w:styleId="MacroText">
    <w:name w:val="macro"/>
    <w:link w:val="MacroTextChar"/>
    <w:uiPriority w:val="99"/>
    <w:unhideWhenUsed/>
    <w:rsid w:val="00050876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kern w:val="0"/>
      <w:sz w:val="20"/>
      <w:szCs w:val="20"/>
      <w:lang w:val="en-US"/>
      <w14:ligatures w14:val="none"/>
    </w:rPr>
  </w:style>
  <w:style w:type="character" w:customStyle="1" w:styleId="MacroTextChar">
    <w:name w:val="Macro Text Char"/>
    <w:basedOn w:val="DefaultParagraphFont"/>
    <w:link w:val="MacroText"/>
    <w:uiPriority w:val="99"/>
    <w:rsid w:val="00050876"/>
    <w:rPr>
      <w:rFonts w:ascii="Courier" w:eastAsiaTheme="minorEastAsia" w:hAnsi="Courier"/>
      <w:kern w:val="0"/>
      <w:sz w:val="20"/>
      <w:szCs w:val="20"/>
      <w:lang w:val="en-US"/>
      <w14:ligatures w14:val="non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876"/>
    <w:pPr>
      <w:spacing w:after="200" w:line="240" w:lineRule="auto"/>
    </w:pPr>
    <w:rPr>
      <w:rFonts w:ascii="Times New Roman" w:eastAsiaTheme="minorEastAsia" w:hAnsi="Times New Roman"/>
      <w:b/>
      <w:bCs/>
      <w:color w:val="156082" w:themeColor="accent1"/>
      <w:kern w:val="0"/>
      <w:sz w:val="18"/>
      <w:szCs w:val="18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050876"/>
    <w:rPr>
      <w:b/>
      <w:bCs/>
    </w:rPr>
  </w:style>
  <w:style w:type="character" w:styleId="Emphasis">
    <w:name w:val="Emphasis"/>
    <w:basedOn w:val="DefaultParagraphFont"/>
    <w:uiPriority w:val="20"/>
    <w:qFormat/>
    <w:rsid w:val="00050876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050876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050876"/>
    <w:rPr>
      <w:smallCaps/>
      <w:color w:val="E97132" w:themeColor="accent2"/>
      <w:u w:val="single"/>
    </w:rPr>
  </w:style>
  <w:style w:type="character" w:styleId="BookTitle">
    <w:name w:val="Book Title"/>
    <w:basedOn w:val="DefaultParagraphFont"/>
    <w:uiPriority w:val="33"/>
    <w:qFormat/>
    <w:rsid w:val="0005087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876"/>
    <w:pPr>
      <w:spacing w:before="480" w:after="0" w:line="276" w:lineRule="auto"/>
      <w:outlineLvl w:val="9"/>
    </w:pPr>
    <w:rPr>
      <w:b/>
      <w:bCs/>
      <w:kern w:val="0"/>
      <w:sz w:val="28"/>
      <w:szCs w:val="28"/>
      <w:lang w:val="en-US"/>
      <w14:ligatures w14:val="none"/>
    </w:rPr>
  </w:style>
  <w:style w:type="table" w:styleId="LightShading">
    <w:name w:val="Light Shading"/>
    <w:basedOn w:val="TableNormal"/>
    <w:uiPriority w:val="60"/>
    <w:rsid w:val="00050876"/>
    <w:pPr>
      <w:spacing w:after="0" w:line="240" w:lineRule="auto"/>
    </w:pPr>
    <w:rPr>
      <w:rFonts w:eastAsiaTheme="minorEastAsia"/>
      <w:color w:val="000000" w:themeColor="text1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050876"/>
    <w:pPr>
      <w:spacing w:after="0" w:line="240" w:lineRule="auto"/>
    </w:pPr>
    <w:rPr>
      <w:rFonts w:eastAsiaTheme="minorEastAsia"/>
      <w:color w:val="0F4761" w:themeColor="accent1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050876"/>
    <w:pPr>
      <w:spacing w:after="0" w:line="240" w:lineRule="auto"/>
    </w:pPr>
    <w:rPr>
      <w:rFonts w:eastAsiaTheme="minorEastAsia"/>
      <w:color w:val="BF4E14" w:themeColor="accent2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050876"/>
    <w:pPr>
      <w:spacing w:after="0" w:line="240" w:lineRule="auto"/>
    </w:pPr>
    <w:rPr>
      <w:rFonts w:eastAsiaTheme="minorEastAsia"/>
      <w:color w:val="124F1A" w:themeColor="accent3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050876"/>
    <w:pPr>
      <w:spacing w:after="0" w:line="240" w:lineRule="auto"/>
    </w:pPr>
    <w:rPr>
      <w:rFonts w:eastAsiaTheme="minorEastAsia"/>
      <w:color w:val="0B769F" w:themeColor="accent4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50876"/>
    <w:pPr>
      <w:spacing w:after="0" w:line="240" w:lineRule="auto"/>
    </w:pPr>
    <w:rPr>
      <w:rFonts w:eastAsiaTheme="minorEastAsia"/>
      <w:color w:val="77206D" w:themeColor="accent5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50876"/>
    <w:pPr>
      <w:spacing w:after="0" w:line="240" w:lineRule="auto"/>
    </w:pPr>
    <w:rPr>
      <w:rFonts w:eastAsiaTheme="minorEastAsia"/>
      <w:color w:val="3A7C22" w:themeColor="accent6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05087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05087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05087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05087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05087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05087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05087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05087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05087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05087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05087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05087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05087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05087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05087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05087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05087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05087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05087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05087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05087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05087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05087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05087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05087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05087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05087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05087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050876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050876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050876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050876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050876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050876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050876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0508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0508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0508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0508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0508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0508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0508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05087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05087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05087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05087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05087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05087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05087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0508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0508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0508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0508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0508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0508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0508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05087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05087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05087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05087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05087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05087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05087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050876"/>
    <w:pPr>
      <w:spacing w:after="0" w:line="240" w:lineRule="auto"/>
    </w:pPr>
    <w:rPr>
      <w:rFonts w:eastAsiaTheme="minorEastAsia"/>
      <w:color w:val="FFFFFF" w:themeColor="background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050876"/>
    <w:pPr>
      <w:spacing w:after="0" w:line="240" w:lineRule="auto"/>
    </w:pPr>
    <w:rPr>
      <w:rFonts w:eastAsiaTheme="minorEastAsia"/>
      <w:color w:val="FFFFFF" w:themeColor="background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050876"/>
    <w:pPr>
      <w:spacing w:after="0" w:line="240" w:lineRule="auto"/>
    </w:pPr>
    <w:rPr>
      <w:rFonts w:eastAsiaTheme="minorEastAsia"/>
      <w:color w:val="FFFFFF" w:themeColor="background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050876"/>
    <w:pPr>
      <w:spacing w:after="0" w:line="240" w:lineRule="auto"/>
    </w:pPr>
    <w:rPr>
      <w:rFonts w:eastAsiaTheme="minorEastAsia"/>
      <w:color w:val="FFFFFF" w:themeColor="background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050876"/>
    <w:pPr>
      <w:spacing w:after="0" w:line="240" w:lineRule="auto"/>
    </w:pPr>
    <w:rPr>
      <w:rFonts w:eastAsiaTheme="minorEastAsia"/>
      <w:color w:val="FFFFFF" w:themeColor="background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050876"/>
    <w:pPr>
      <w:spacing w:after="0" w:line="240" w:lineRule="auto"/>
    </w:pPr>
    <w:rPr>
      <w:rFonts w:eastAsiaTheme="minorEastAsia"/>
      <w:color w:val="FFFFFF" w:themeColor="background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050876"/>
    <w:pPr>
      <w:spacing w:after="0" w:line="240" w:lineRule="auto"/>
    </w:pPr>
    <w:rPr>
      <w:rFonts w:eastAsiaTheme="minorEastAsia"/>
      <w:color w:val="FFFFFF" w:themeColor="background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050876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050876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050876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050876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050876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050876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050876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050876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050876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050876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050876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050876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050876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050876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Grid">
    <w:name w:val="Colorful Grid"/>
    <w:basedOn w:val="TableNormal"/>
    <w:uiPriority w:val="73"/>
    <w:rsid w:val="00050876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050876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050876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050876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050876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050876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050876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2076</Words>
  <Characters>11834</Characters>
  <Application>Microsoft Office Word</Application>
  <DocSecurity>0</DocSecurity>
  <Lines>98</Lines>
  <Paragraphs>27</Paragraphs>
  <ScaleCrop>false</ScaleCrop>
  <Company/>
  <LinksUpToDate>false</LinksUpToDate>
  <CharactersWithSpaces>13883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Zubair Ahmad Khan</dc:creator>
  <cp:keywords/>
  <dc:description/>
  <cp:lastModifiedBy>Zubair Ahmad Khan</cp:lastModifiedBy>
  <cp:revision>2</cp:revision>
  <dcterms:created xsi:type="dcterms:W3CDTF">2026-07-23T16:25:00Z</dcterms:created>
  <dcterms:modified xsi:type="dcterms:W3CDTF">2026-07-23T16:25:00Z</dcterms:modified>
</cp:coreProperties>
</file>