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ACFE7" w14:textId="77777777" w:rsidR="005C64DA" w:rsidRPr="005C64DA" w:rsidRDefault="005C64DA" w:rsidP="005C64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64DA">
        <w:rPr>
          <w:rFonts w:ascii="Times New Roman" w:hAnsi="Times New Roman" w:cs="Times New Roman"/>
          <w:b/>
          <w:bCs/>
          <w:sz w:val="24"/>
          <w:szCs w:val="24"/>
        </w:rPr>
        <w:t xml:space="preserve">Ion homeostasis and redox stability are associated with cultivar-dependent preservation of essential oil quality in salt-stressed </w:t>
      </w:r>
      <w:r w:rsidRPr="005C64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Pelargonium graveolens</w:t>
      </w:r>
    </w:p>
    <w:p w14:paraId="5EA1A012" w14:textId="77777777" w:rsidR="00BC2CC6" w:rsidRDefault="00BC2CC6" w:rsidP="00BC2CC6">
      <w:pPr>
        <w:jc w:val="center"/>
        <w:rPr>
          <w:rFonts w:ascii="Times New Roman" w:hAnsi="Times New Roman" w:cs="Times New Roman"/>
          <w:b/>
          <w:szCs w:val="18"/>
        </w:rPr>
      </w:pPr>
      <w:r w:rsidRPr="009B5D36">
        <w:rPr>
          <w:rFonts w:ascii="Times New Roman" w:hAnsi="Times New Roman" w:cs="Times New Roman"/>
          <w:b/>
          <w:bCs/>
          <w:szCs w:val="18"/>
        </w:rPr>
        <w:t>Ekta</w:t>
      </w:r>
      <w:r w:rsidRPr="009B5D36">
        <w:rPr>
          <w:rFonts w:ascii="Times New Roman" w:hAnsi="Times New Roman" w:cs="Times New Roman"/>
          <w:b/>
          <w:szCs w:val="18"/>
        </w:rPr>
        <w:t xml:space="preserve"> Pandey</w:t>
      </w:r>
      <w:r w:rsidRPr="009B5D36">
        <w:rPr>
          <w:rFonts w:ascii="Times New Roman" w:hAnsi="Times New Roman" w:cs="Times New Roman"/>
          <w:b/>
          <w:szCs w:val="18"/>
          <w:vertAlign w:val="superscript"/>
        </w:rPr>
        <w:t>1</w:t>
      </w:r>
      <w:r>
        <w:rPr>
          <w:rFonts w:ascii="Times New Roman" w:hAnsi="Times New Roman" w:cs="Times New Roman"/>
          <w:b/>
          <w:szCs w:val="18"/>
          <w:vertAlign w:val="superscript"/>
        </w:rPr>
        <w:t>*</w:t>
      </w:r>
      <w:r w:rsidRPr="00D11A11">
        <w:rPr>
          <w:rFonts w:ascii="Times New Roman" w:hAnsi="Times New Roman" w:cs="Times New Roman"/>
          <w:b/>
          <w:szCs w:val="18"/>
        </w:rPr>
        <w:t xml:space="preserve">, </w:t>
      </w:r>
      <w:proofErr w:type="spellStart"/>
      <w:r w:rsidRPr="00D11A11">
        <w:rPr>
          <w:rFonts w:ascii="Times New Roman" w:hAnsi="Times New Roman" w:cs="Times New Roman"/>
          <w:b/>
          <w:szCs w:val="18"/>
        </w:rPr>
        <w:t>Rinkee</w:t>
      </w:r>
      <w:proofErr w:type="spellEnd"/>
      <w:r w:rsidRPr="00D11A11">
        <w:rPr>
          <w:rFonts w:ascii="Times New Roman" w:hAnsi="Times New Roman" w:cs="Times New Roman"/>
          <w:b/>
          <w:szCs w:val="18"/>
        </w:rPr>
        <w:t xml:space="preserve"> Kumari</w:t>
      </w:r>
      <w:r w:rsidRPr="00D11A11">
        <w:rPr>
          <w:rFonts w:ascii="Times New Roman" w:hAnsi="Times New Roman" w:cs="Times New Roman"/>
          <w:b/>
          <w:szCs w:val="18"/>
          <w:vertAlign w:val="superscript"/>
        </w:rPr>
        <w:t>1</w:t>
      </w:r>
      <w:r w:rsidRPr="00B02FA3">
        <w:rPr>
          <w:rFonts w:ascii="Times New Roman" w:hAnsi="Times New Roman" w:cs="Times New Roman"/>
          <w:b/>
          <w:szCs w:val="18"/>
        </w:rPr>
        <w:t xml:space="preserve">, </w:t>
      </w:r>
      <w:r>
        <w:rPr>
          <w:rFonts w:ascii="Times New Roman" w:hAnsi="Times New Roman" w:cs="Times New Roman"/>
          <w:b/>
          <w:szCs w:val="18"/>
        </w:rPr>
        <w:t>and</w:t>
      </w:r>
      <w:r w:rsidRPr="00D11A11">
        <w:rPr>
          <w:rFonts w:ascii="Times New Roman" w:hAnsi="Times New Roman" w:cs="Times New Roman"/>
          <w:b/>
          <w:szCs w:val="18"/>
        </w:rPr>
        <w:t xml:space="preserve"> Shahla Faizan</w:t>
      </w:r>
      <w:r w:rsidRPr="00D11A11">
        <w:rPr>
          <w:rFonts w:ascii="Times New Roman" w:hAnsi="Times New Roman" w:cs="Times New Roman"/>
          <w:b/>
          <w:szCs w:val="18"/>
          <w:vertAlign w:val="superscript"/>
        </w:rPr>
        <w:t>1</w:t>
      </w:r>
      <w:r w:rsidRPr="00D11A11">
        <w:rPr>
          <w:rFonts w:ascii="Times New Roman" w:hAnsi="Times New Roman" w:cs="Times New Roman"/>
          <w:b/>
          <w:szCs w:val="18"/>
        </w:rPr>
        <w:t xml:space="preserve"> </w:t>
      </w:r>
    </w:p>
    <w:p w14:paraId="7986B7FD" w14:textId="77777777" w:rsidR="00BC2CC6" w:rsidRPr="009805C0" w:rsidRDefault="00BC2CC6" w:rsidP="00BC2CC6">
      <w:pPr>
        <w:jc w:val="center"/>
        <w:rPr>
          <w:rFonts w:ascii="Times New Roman" w:hAnsi="Times New Roman" w:cs="Times New Roman"/>
          <w:b/>
          <w:szCs w:val="18"/>
        </w:rPr>
      </w:pPr>
      <w:r w:rsidRPr="00D11A11">
        <w:rPr>
          <w:rFonts w:ascii="Times New Roman" w:hAnsi="Times New Roman" w:cs="Times New Roman"/>
          <w:szCs w:val="24"/>
        </w:rPr>
        <w:t>¹Environmental Physiology Laboratory, Department of Botany, Aligarh Muslim University, Aligarh 202002 (U.P.), India</w:t>
      </w:r>
    </w:p>
    <w:p w14:paraId="404D62DD" w14:textId="77777777" w:rsidR="00BC2CC6" w:rsidRDefault="00BC2CC6" w:rsidP="00BC2CC6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11A11">
        <w:rPr>
          <w:rFonts w:ascii="Times New Roman" w:hAnsi="Times New Roman" w:cs="Times New Roman"/>
          <w:szCs w:val="24"/>
          <w:vertAlign w:val="superscript"/>
        </w:rPr>
        <w:t>*</w:t>
      </w:r>
      <w:r w:rsidRPr="00D11A11">
        <w:rPr>
          <w:rFonts w:ascii="Times New Roman" w:hAnsi="Times New Roman" w:cs="Times New Roman"/>
          <w:szCs w:val="24"/>
        </w:rPr>
        <w:t>Corresponding Author</w:t>
      </w:r>
      <w:r>
        <w:rPr>
          <w:rFonts w:ascii="Times New Roman" w:hAnsi="Times New Roman" w:cs="Times New Roman"/>
          <w:szCs w:val="24"/>
        </w:rPr>
        <w:t>s</w:t>
      </w:r>
      <w:r w:rsidRPr="00D11A11">
        <w:rPr>
          <w:rFonts w:ascii="Times New Roman" w:hAnsi="Times New Roman" w:cs="Times New Roman"/>
          <w:szCs w:val="24"/>
        </w:rPr>
        <w:t>:</w:t>
      </w:r>
    </w:p>
    <w:p w14:paraId="73D69F29" w14:textId="77777777" w:rsidR="00BC2CC6" w:rsidRPr="00D05B50" w:rsidRDefault="00BC2CC6" w:rsidP="00BC2CC6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>Ekta</w:t>
      </w:r>
      <w:r w:rsidRPr="00833BAD">
        <w:rPr>
          <w:rFonts w:ascii="Times New Roman" w:eastAsia="Times New Roman" w:hAnsi="Times New Roman" w:cs="Times New Roman"/>
          <w:b/>
          <w:bCs/>
        </w:rPr>
        <w:t xml:space="preserve"> Pandey</w:t>
      </w:r>
    </w:p>
    <w:p w14:paraId="0BA4D0CC" w14:textId="77777777" w:rsidR="00BC2CC6" w:rsidRPr="00833BAD" w:rsidRDefault="00BC2CC6" w:rsidP="00BC2CC6">
      <w:pPr>
        <w:pStyle w:val="Heading1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833BAD">
        <w:rPr>
          <w:rFonts w:ascii="Times New Roman" w:eastAsia="Times New Roman" w:hAnsi="Times New Roman" w:cs="Times New Roman"/>
          <w:color w:val="auto"/>
          <w:sz w:val="22"/>
          <w:szCs w:val="22"/>
        </w:rPr>
        <w:t>*E-mail: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hyperlink r:id="rId6" w:history="1">
        <w:r w:rsidRPr="003C498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gm6367@myamu.ac.in</w:t>
        </w:r>
      </w:hyperlink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; </w:t>
      </w:r>
      <w:hyperlink r:id="rId7" w:history="1">
        <w:r w:rsidRPr="003C498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epandey251@gmail.com</w:t>
        </w:r>
      </w:hyperlink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</w:p>
    <w:p w14:paraId="4CEAE0F9" w14:textId="77777777" w:rsidR="00BC2CC6" w:rsidRDefault="00BC2CC6" w:rsidP="00BC2CC6">
      <w:pPr>
        <w:pStyle w:val="Heading1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proofErr w:type="spellStart"/>
      <w:r w:rsidRPr="00833BAD">
        <w:rPr>
          <w:rFonts w:ascii="Times New Roman" w:eastAsia="Times New Roman" w:hAnsi="Times New Roman" w:cs="Times New Roman"/>
          <w:color w:val="auto"/>
          <w:sz w:val="22"/>
          <w:szCs w:val="22"/>
        </w:rPr>
        <w:t>ORCiD</w:t>
      </w:r>
      <w:proofErr w:type="spellEnd"/>
      <w:r w:rsidRPr="00833BAD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: </w:t>
      </w:r>
      <w:r w:rsidRPr="00074895">
        <w:rPr>
          <w:rFonts w:ascii="Times New Roman" w:eastAsia="Times New Roman" w:hAnsi="Times New Roman" w:cs="Times New Roman"/>
          <w:color w:val="auto"/>
          <w:sz w:val="22"/>
          <w:szCs w:val="22"/>
        </w:rPr>
        <w:t>0009–0001-0780–9975</w:t>
      </w:r>
    </w:p>
    <w:p w14:paraId="2E67EE4C" w14:textId="77777777" w:rsidR="00F24BB3" w:rsidRDefault="00F24BB3">
      <w:pPr>
        <w:jc w:val="center"/>
        <w:rPr>
          <w:b/>
          <w:sz w:val="24"/>
        </w:rPr>
      </w:pPr>
    </w:p>
    <w:p w14:paraId="00352A54" w14:textId="77777777" w:rsidR="00BC2CC6" w:rsidRDefault="00BC2CC6" w:rsidP="00F24BB3">
      <w:pPr>
        <w:rPr>
          <w:rFonts w:ascii="Times New Roman" w:hAnsi="Times New Roman" w:cs="Times New Roman"/>
          <w:bCs/>
          <w:sz w:val="22"/>
        </w:rPr>
      </w:pPr>
    </w:p>
    <w:p w14:paraId="3DE9127A" w14:textId="44CF640C" w:rsidR="001743D5" w:rsidRPr="00C96F47" w:rsidRDefault="00000000" w:rsidP="00F24BB3">
      <w:pPr>
        <w:rPr>
          <w:rFonts w:ascii="Times New Roman" w:hAnsi="Times New Roman" w:cs="Times New Roman"/>
          <w:b/>
          <w:sz w:val="24"/>
          <w:szCs w:val="24"/>
        </w:rPr>
      </w:pPr>
      <w:r w:rsidRPr="00C96F4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C2CC6" w:rsidRPr="00C96F47">
        <w:rPr>
          <w:rFonts w:ascii="Times New Roman" w:hAnsi="Times New Roman" w:cs="Times New Roman"/>
          <w:b/>
          <w:sz w:val="24"/>
          <w:szCs w:val="24"/>
        </w:rPr>
        <w:t>S4</w:t>
      </w:r>
      <w:r w:rsidRPr="00C96F47">
        <w:rPr>
          <w:rFonts w:ascii="Times New Roman" w:hAnsi="Times New Roman" w:cs="Times New Roman"/>
          <w:b/>
          <w:sz w:val="24"/>
          <w:szCs w:val="24"/>
        </w:rPr>
        <w:t>.</w:t>
      </w:r>
      <w:r w:rsidRPr="00C96F47">
        <w:rPr>
          <w:rFonts w:ascii="Times New Roman" w:hAnsi="Times New Roman" w:cs="Times New Roman"/>
          <w:bCs/>
          <w:sz w:val="24"/>
          <w:szCs w:val="24"/>
        </w:rPr>
        <w:t xml:space="preserve"> GC-MS </w:t>
      </w:r>
      <w:r w:rsidR="00BC2CC6" w:rsidRPr="00C96F47">
        <w:rPr>
          <w:rFonts w:ascii="Times New Roman" w:hAnsi="Times New Roman" w:cs="Times New Roman"/>
          <w:bCs/>
          <w:sz w:val="24"/>
          <w:szCs w:val="24"/>
        </w:rPr>
        <w:t>essential oil</w:t>
      </w:r>
      <w:r w:rsidRPr="00C96F47">
        <w:rPr>
          <w:rFonts w:ascii="Times New Roman" w:hAnsi="Times New Roman" w:cs="Times New Roman"/>
          <w:bCs/>
          <w:sz w:val="24"/>
          <w:szCs w:val="24"/>
        </w:rPr>
        <w:t xml:space="preserve"> composition of three cultivars under different NaCl concentrations</w:t>
      </w:r>
      <w:r w:rsidR="00BC2CC6" w:rsidRPr="00C96F47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BC2CC6" w:rsidRPr="00C96F47">
        <w:rPr>
          <w:rFonts w:ascii="Times New Roman" w:hAnsi="Times New Roman" w:cs="Times New Roman"/>
          <w:bCs/>
          <w:i/>
          <w:iCs/>
          <w:sz w:val="24"/>
          <w:szCs w:val="24"/>
        </w:rPr>
        <w:t>Pelargonium graveolens</w:t>
      </w:r>
      <w:r w:rsidR="00BC2CC6" w:rsidRPr="00C96F47">
        <w:rPr>
          <w:rFonts w:ascii="Times New Roman" w:hAnsi="Times New Roman" w:cs="Times New Roman"/>
          <w:bCs/>
          <w:sz w:val="24"/>
          <w:szCs w:val="24"/>
        </w:rPr>
        <w:t xml:space="preserve"> cultivars.</w:t>
      </w:r>
      <w:r w:rsidR="00C96F47" w:rsidRPr="00C96F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6F47" w:rsidRPr="00C96F47">
        <w:rPr>
          <w:rFonts w:ascii="Times New Roman" w:hAnsi="Times New Roman" w:cs="Times New Roman"/>
          <w:sz w:val="24"/>
          <w:szCs w:val="24"/>
          <w:highlight w:val="yellow"/>
        </w:rPr>
        <w:t xml:space="preserve">Data are expressed as mean ± SE (n = 5), and different letters </w:t>
      </w:r>
      <w:r w:rsidR="00C96F47" w:rsidRPr="00C96F47">
        <w:rPr>
          <w:rFonts w:ascii="Times New Roman" w:hAnsi="Times New Roman" w:cs="Times New Roman"/>
          <w:bCs/>
          <w:sz w:val="24"/>
          <w:szCs w:val="24"/>
          <w:highlight w:val="yellow"/>
        </w:rPr>
        <w:t>(a–e)</w:t>
      </w:r>
      <w:r w:rsidR="00C96F47" w:rsidRPr="00C96F47">
        <w:rPr>
          <w:rFonts w:ascii="Times New Roman" w:hAnsi="Times New Roman" w:cs="Times New Roman"/>
          <w:sz w:val="24"/>
          <w:szCs w:val="24"/>
          <w:highlight w:val="yellow"/>
        </w:rPr>
        <w:t xml:space="preserve"> indicate significant differences (Duncan’s multiple range test, p &lt; 0.05).</w:t>
      </w:r>
      <w:r w:rsidR="00BC2CC6" w:rsidRPr="00C96F4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48"/>
        <w:tblW w:w="151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533"/>
        <w:gridCol w:w="81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E77E66" w:rsidRPr="007B3D27" w14:paraId="6990EBCD" w14:textId="77777777" w:rsidTr="001743D5">
        <w:trPr>
          <w:trHeight w:val="492"/>
          <w:tblHeader/>
        </w:trPr>
        <w:tc>
          <w:tcPr>
            <w:tcW w:w="555" w:type="dxa"/>
            <w:vMerge w:val="restart"/>
            <w:shd w:val="clear" w:color="auto" w:fill="D9EAF7"/>
            <w:vAlign w:val="center"/>
          </w:tcPr>
          <w:p w14:paraId="15E64AAB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1533" w:type="dxa"/>
            <w:vMerge w:val="restart"/>
            <w:shd w:val="clear" w:color="auto" w:fill="D9EAF7"/>
            <w:vAlign w:val="center"/>
          </w:tcPr>
          <w:p w14:paraId="3ECB36B9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</w:p>
        </w:tc>
        <w:tc>
          <w:tcPr>
            <w:tcW w:w="810" w:type="dxa"/>
            <w:vMerge w:val="restart"/>
            <w:shd w:val="clear" w:color="auto" w:fill="D9EAF7"/>
            <w:vAlign w:val="center"/>
          </w:tcPr>
          <w:p w14:paraId="14FF1E51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Class</w:t>
            </w:r>
          </w:p>
        </w:tc>
        <w:tc>
          <w:tcPr>
            <w:tcW w:w="720" w:type="dxa"/>
            <w:vMerge w:val="restart"/>
            <w:shd w:val="clear" w:color="auto" w:fill="D9EAF7"/>
            <w:vAlign w:val="center"/>
          </w:tcPr>
          <w:p w14:paraId="1A3ACB5E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RT</w:t>
            </w: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(min)</w:t>
            </w:r>
          </w:p>
        </w:tc>
        <w:tc>
          <w:tcPr>
            <w:tcW w:w="720" w:type="dxa"/>
            <w:vMerge w:val="restart"/>
            <w:shd w:val="clear" w:color="auto" w:fill="D9EAF7"/>
            <w:vAlign w:val="center"/>
          </w:tcPr>
          <w:p w14:paraId="5C9882A1" w14:textId="77982E80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RI</w:t>
            </w: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</w:tc>
        <w:tc>
          <w:tcPr>
            <w:tcW w:w="3600" w:type="dxa"/>
            <w:gridSpan w:val="5"/>
            <w:shd w:val="clear" w:color="auto" w:fill="CCFFCC"/>
            <w:vAlign w:val="center"/>
          </w:tcPr>
          <w:p w14:paraId="61D83E24" w14:textId="2B3D2092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E831E8"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IM Pawan</w:t>
            </w: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area (%)</w:t>
            </w:r>
          </w:p>
        </w:tc>
        <w:tc>
          <w:tcPr>
            <w:tcW w:w="3600" w:type="dxa"/>
            <w:gridSpan w:val="5"/>
            <w:shd w:val="clear" w:color="auto" w:fill="CCFFCC"/>
            <w:vAlign w:val="center"/>
          </w:tcPr>
          <w:p w14:paraId="3FD4DB3F" w14:textId="21E48DC9" w:rsidR="00E77E66" w:rsidRPr="007B3D27" w:rsidRDefault="00E831E8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CIM BIO-171</w:t>
            </w:r>
            <w:r w:rsidR="00E77E66"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area (%)</w:t>
            </w:r>
          </w:p>
        </w:tc>
        <w:tc>
          <w:tcPr>
            <w:tcW w:w="3600" w:type="dxa"/>
            <w:gridSpan w:val="5"/>
            <w:shd w:val="clear" w:color="auto" w:fill="CCFFCC"/>
            <w:vAlign w:val="center"/>
          </w:tcPr>
          <w:p w14:paraId="63EBD681" w14:textId="140A3CD3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E831E8"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IM-Bharat</w:t>
            </w: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area (%)</w:t>
            </w:r>
          </w:p>
        </w:tc>
      </w:tr>
      <w:tr w:rsidR="00E77E66" w:rsidRPr="007B3D27" w14:paraId="13DC69CC" w14:textId="77777777" w:rsidTr="001743D5">
        <w:trPr>
          <w:trHeight w:val="492"/>
          <w:tblHeader/>
        </w:trPr>
        <w:tc>
          <w:tcPr>
            <w:tcW w:w="555" w:type="dxa"/>
            <w:vMerge/>
            <w:vAlign w:val="center"/>
          </w:tcPr>
          <w:p w14:paraId="77B3089C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" w:type="dxa"/>
            <w:vMerge/>
            <w:vAlign w:val="center"/>
          </w:tcPr>
          <w:p w14:paraId="2A5E5384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  <w:vAlign w:val="center"/>
          </w:tcPr>
          <w:p w14:paraId="7FB6B8C1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vAlign w:val="center"/>
          </w:tcPr>
          <w:p w14:paraId="1FDAC119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vAlign w:val="center"/>
          </w:tcPr>
          <w:p w14:paraId="262E8EA9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6323B42C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6BC3E076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50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5486FEF5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100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59EFF304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150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654ABD83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200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7F553B5A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03D2FA10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50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4FCFEFC9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100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772EBFCB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150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5780BD6A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200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00EF704A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7CB3861E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50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0E2D38CB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100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77E8878E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150 mM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2EA53B30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b/>
                <w:sz w:val="20"/>
                <w:szCs w:val="20"/>
              </w:rPr>
              <w:t>200 mM</w:t>
            </w:r>
          </w:p>
        </w:tc>
      </w:tr>
      <w:tr w:rsidR="00E77E66" w:rsidRPr="009279F1" w14:paraId="08D91CBE" w14:textId="77777777" w:rsidTr="001743D5">
        <w:trPr>
          <w:trHeight w:val="491"/>
          <w:tblHeader/>
        </w:trPr>
        <w:tc>
          <w:tcPr>
            <w:tcW w:w="555" w:type="dxa"/>
            <w:vMerge/>
            <w:vAlign w:val="center"/>
          </w:tcPr>
          <w:p w14:paraId="09D363EC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33" w:type="dxa"/>
            <w:vMerge/>
            <w:vAlign w:val="center"/>
          </w:tcPr>
          <w:p w14:paraId="0DACF9AD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10" w:type="dxa"/>
            <w:vMerge/>
            <w:vAlign w:val="center"/>
          </w:tcPr>
          <w:p w14:paraId="3FF32A61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6EAD9E7B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15A5CD52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14C2875A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05CF42E4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7B45EB55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44621929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026C0859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0588F8A1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72B6F81A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7058F671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1FF34B75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53A28B77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1DCD2468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61FA6AE4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5EE3A71C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5E8EC7CB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2693A2CB" w14:textId="77777777" w:rsidR="00E77E66" w:rsidRPr="009279F1" w:rsidRDefault="00E77E66" w:rsidP="00E77E66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77E66" w:rsidRPr="009279F1" w14:paraId="43F4FBCF" w14:textId="77777777" w:rsidTr="001743D5">
        <w:trPr>
          <w:trHeight w:val="756"/>
        </w:trPr>
        <w:tc>
          <w:tcPr>
            <w:tcW w:w="555" w:type="dxa"/>
          </w:tcPr>
          <w:p w14:paraId="0C305415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14:paraId="35165FCE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 xml:space="preserve">3-Hexen-1-ol </w:t>
            </w:r>
          </w:p>
        </w:tc>
        <w:tc>
          <w:tcPr>
            <w:tcW w:w="810" w:type="dxa"/>
          </w:tcPr>
          <w:p w14:paraId="366621D3" w14:textId="2AE51F75" w:rsidR="00E77E66" w:rsidRPr="007B3D27" w:rsidRDefault="00865A6C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AVA</w:t>
            </w:r>
          </w:p>
        </w:tc>
        <w:tc>
          <w:tcPr>
            <w:tcW w:w="720" w:type="dxa"/>
          </w:tcPr>
          <w:p w14:paraId="072C7A24" w14:textId="571D59C2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5.17</w:t>
            </w:r>
          </w:p>
        </w:tc>
        <w:tc>
          <w:tcPr>
            <w:tcW w:w="720" w:type="dxa"/>
          </w:tcPr>
          <w:p w14:paraId="50566C6D" w14:textId="11E430F7" w:rsidR="00E77E66" w:rsidRPr="007B3D27" w:rsidRDefault="00865A6C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720" w:type="dxa"/>
          </w:tcPr>
          <w:p w14:paraId="1E8A7807" w14:textId="1AD00A52" w:rsidR="00E77E66" w:rsidRPr="00EA2F49" w:rsidRDefault="00895C0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0.55±</w:t>
            </w:r>
            <w:r w:rsidR="0038714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154271" w:rsidRPr="00EA2F49">
              <w:rPr>
                <w:rFonts w:ascii="Times New Roman" w:hAnsi="Times New Roman" w:cs="Times New Roman"/>
                <w:szCs w:val="18"/>
              </w:rPr>
              <w:t>0.03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412B63A2" w14:textId="5B4334C8" w:rsidR="00E77E66" w:rsidRPr="00EA2F49" w:rsidRDefault="00154271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0.55±</w:t>
            </w:r>
            <w:r w:rsidR="0026562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389A1572" w14:textId="4BC19A94" w:rsidR="00E77E66" w:rsidRPr="00EA2F49" w:rsidRDefault="00154271" w:rsidP="00A46323">
            <w:pPr>
              <w:jc w:val="center"/>
              <w:rPr>
                <w:rFonts w:ascii="Times New Roman" w:hAnsi="Times New Roman" w:cs="Times New Roman"/>
                <w:i/>
                <w:szCs w:val="18"/>
                <w:vertAlign w:val="superscript"/>
                <w:lang w:eastAsia="zh-CN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0.48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0.03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0A3576DB" w14:textId="3E17B890" w:rsidR="00E77E66" w:rsidRPr="00EA2F49" w:rsidRDefault="0015427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0.43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0.05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401D6B20" w14:textId="1EC79330" w:rsidR="00E77E66" w:rsidRPr="00EA2F49" w:rsidRDefault="00154271" w:rsidP="0038714A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0.33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0.04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43A393F9" w14:textId="025128B4" w:rsidR="00E77E66" w:rsidRPr="00EA2F49" w:rsidRDefault="0015427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0.56</w:t>
            </w:r>
            <w:r w:rsidR="0038714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±0.01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7570A021" w14:textId="0A9D085B" w:rsidR="00E77E66" w:rsidRPr="00EA2F49" w:rsidRDefault="0015427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0.54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7CBC08AC" w14:textId="30C095CA" w:rsidR="00E77E66" w:rsidRPr="00EA2F49" w:rsidRDefault="0015427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0.46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4F01F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54A5A3E5" w14:textId="7145E1ED" w:rsidR="00E77E66" w:rsidRPr="00EA2F49" w:rsidRDefault="0015427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0.40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0.05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718D7A4E" w14:textId="5B646370" w:rsidR="00E77E66" w:rsidRPr="00EA2F49" w:rsidRDefault="005E1F3F" w:rsidP="00154271">
            <w:pPr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0.31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0.03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5B99F4AD" w14:textId="3A761ACF" w:rsidR="00E77E66" w:rsidRPr="00EA2F49" w:rsidRDefault="005E1F3F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0.63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0.03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3C4C71E1" w14:textId="585E7332" w:rsidR="00E77E66" w:rsidRPr="00EA2F49" w:rsidRDefault="005E1F3F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0.61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0.0</w:t>
            </w:r>
            <w:r w:rsidR="008A2375" w:rsidRPr="00EA2F49">
              <w:rPr>
                <w:rFonts w:ascii="Times New Roman" w:hAnsi="Times New Roman" w:cs="Times New Roman"/>
                <w:szCs w:val="18"/>
              </w:rPr>
              <w:t>5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5BB9A731" w14:textId="0D3112AF" w:rsidR="00E77E66" w:rsidRPr="00EA2F49" w:rsidRDefault="005E1F3F" w:rsidP="001743D5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0.50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8A2375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7C4FF690" w14:textId="2198CA71" w:rsidR="00E77E66" w:rsidRPr="00EA2F49" w:rsidRDefault="005E1F3F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0.44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8A2375" w:rsidRPr="00EA2F49">
              <w:rPr>
                <w:rFonts w:ascii="Times New Roman" w:hAnsi="Times New Roman" w:cs="Times New Roman"/>
                <w:szCs w:val="18"/>
              </w:rPr>
              <w:t>0.03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22B2E481" w14:textId="445F930A" w:rsidR="00E77E66" w:rsidRPr="00EA2F49" w:rsidRDefault="005E1F3F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0.31</w:t>
            </w:r>
            <w:r w:rsidR="003A3220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8A2375" w:rsidRPr="00EA2F49">
              <w:rPr>
                <w:rFonts w:ascii="Times New Roman" w:hAnsi="Times New Roman" w:cs="Times New Roman"/>
                <w:szCs w:val="18"/>
              </w:rPr>
              <w:t>0.03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</w:tr>
      <w:tr w:rsidR="00E77E66" w:rsidRPr="009279F1" w14:paraId="70A73FD5" w14:textId="77777777" w:rsidTr="001743D5">
        <w:trPr>
          <w:trHeight w:val="738"/>
        </w:trPr>
        <w:tc>
          <w:tcPr>
            <w:tcW w:w="555" w:type="dxa"/>
          </w:tcPr>
          <w:p w14:paraId="286D10F6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</w:tcPr>
          <w:p w14:paraId="7B308242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Symbol" w:hAnsi="Symbol" w:cs="Times New Roman"/>
                <w:sz w:val="20"/>
                <w:szCs w:val="20"/>
              </w:rPr>
              <w:t>a</w:t>
            </w: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-Pinene</w:t>
            </w:r>
          </w:p>
        </w:tc>
        <w:tc>
          <w:tcPr>
            <w:tcW w:w="810" w:type="dxa"/>
          </w:tcPr>
          <w:p w14:paraId="0F021677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</w:p>
        </w:tc>
        <w:tc>
          <w:tcPr>
            <w:tcW w:w="720" w:type="dxa"/>
          </w:tcPr>
          <w:p w14:paraId="5E2489B4" w14:textId="6AF240B6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 xml:space="preserve">  7.58</w:t>
            </w:r>
          </w:p>
        </w:tc>
        <w:tc>
          <w:tcPr>
            <w:tcW w:w="720" w:type="dxa"/>
          </w:tcPr>
          <w:p w14:paraId="3AC39A41" w14:textId="36669F34" w:rsidR="00E77E66" w:rsidRPr="007B3D27" w:rsidRDefault="00865A6C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</w:tc>
        <w:tc>
          <w:tcPr>
            <w:tcW w:w="720" w:type="dxa"/>
          </w:tcPr>
          <w:p w14:paraId="7D017D9C" w14:textId="5D121C2E" w:rsidR="00E77E66" w:rsidRPr="00EA2F49" w:rsidRDefault="004418FE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0.36±</w:t>
            </w:r>
            <w:r w:rsidR="0038714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3D3CCD3F" w14:textId="66977115" w:rsidR="00E77E66" w:rsidRPr="00EA2F49" w:rsidRDefault="004418FE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0.35±</w:t>
            </w:r>
            <w:r w:rsidR="0026562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609AC23A" w14:textId="77A7577B" w:rsidR="00E77E66" w:rsidRPr="00EA2F49" w:rsidRDefault="004418FE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0.28±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2C1A0AD5" w14:textId="262C7167" w:rsidR="00E77E66" w:rsidRPr="00EA2F49" w:rsidRDefault="004418FE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0.24±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7E1E4619" w14:textId="152D59AA" w:rsidR="00E77E66" w:rsidRPr="00EA2F49" w:rsidRDefault="004418FE" w:rsidP="0038714A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0.17</w:t>
            </w:r>
            <w:r w:rsidR="000E5AEC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6A741A2D" w14:textId="5B7E41DB" w:rsidR="004418FE" w:rsidRPr="00EA2F49" w:rsidRDefault="004418FE" w:rsidP="004418FE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0.52</w:t>
            </w:r>
            <w:r w:rsidR="000E5AEC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031D1C2C" w14:textId="19FC9997" w:rsidR="00E77E66" w:rsidRPr="00EA2F49" w:rsidRDefault="004418FE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0.53</w:t>
            </w:r>
            <w:r w:rsidR="000E5AEC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0ECE8613" w14:textId="5B74F3FA" w:rsidR="00E77E66" w:rsidRPr="00EA2F49" w:rsidRDefault="004418FE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0.38</w:t>
            </w:r>
            <w:r w:rsidR="000E5AEC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4F01F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23FA4253" w14:textId="17ECC4C8" w:rsidR="00E77E66" w:rsidRPr="00EA2F49" w:rsidRDefault="004418FE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0.32</w:t>
            </w:r>
            <w:r w:rsidR="000E5AEC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52CF3634" w14:textId="23324A98" w:rsidR="00E77E66" w:rsidRPr="00EA2F49" w:rsidRDefault="004418FE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0.21</w:t>
            </w:r>
            <w:r w:rsidR="000E5AEC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725F50BD" w14:textId="5FEF4247" w:rsidR="00E77E66" w:rsidRPr="00EA2F49" w:rsidRDefault="004418FE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0.50</w:t>
            </w:r>
            <w:r w:rsidR="000E5AEC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4DA9596C" w14:textId="6BD152B2" w:rsidR="00E77E66" w:rsidRPr="00EA2F49" w:rsidRDefault="004418FE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0.52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0.03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74D85A53" w14:textId="19592D71" w:rsidR="00E77E66" w:rsidRPr="00EA2F49" w:rsidRDefault="004418FE" w:rsidP="001743D5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0.35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2B0E170B" w14:textId="7D9B196E" w:rsidR="00E77E66" w:rsidRPr="00EA2F49" w:rsidRDefault="004418FE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0.28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5696C242" w14:textId="028506B9" w:rsidR="00E77E66" w:rsidRPr="00EA2F49" w:rsidRDefault="004418FE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0.20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52D46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</w:tr>
      <w:tr w:rsidR="00E77E66" w:rsidRPr="009279F1" w14:paraId="3E2005A4" w14:textId="77777777" w:rsidTr="001743D5">
        <w:trPr>
          <w:trHeight w:val="738"/>
        </w:trPr>
        <w:tc>
          <w:tcPr>
            <w:tcW w:w="555" w:type="dxa"/>
          </w:tcPr>
          <w:p w14:paraId="5B48B0C2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3" w:type="dxa"/>
          </w:tcPr>
          <w:p w14:paraId="0EB1EF5A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D-Limonene</w:t>
            </w:r>
          </w:p>
        </w:tc>
        <w:tc>
          <w:tcPr>
            <w:tcW w:w="810" w:type="dxa"/>
          </w:tcPr>
          <w:p w14:paraId="5B38003F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</w:p>
        </w:tc>
        <w:tc>
          <w:tcPr>
            <w:tcW w:w="720" w:type="dxa"/>
          </w:tcPr>
          <w:p w14:paraId="0E6E65B4" w14:textId="3EDADF4A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11.43</w:t>
            </w:r>
          </w:p>
        </w:tc>
        <w:tc>
          <w:tcPr>
            <w:tcW w:w="720" w:type="dxa"/>
          </w:tcPr>
          <w:p w14:paraId="3C4064AF" w14:textId="4CD4E9BA" w:rsidR="00E77E66" w:rsidRPr="007B3D27" w:rsidRDefault="00865A6C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1018</w:t>
            </w:r>
          </w:p>
        </w:tc>
        <w:tc>
          <w:tcPr>
            <w:tcW w:w="720" w:type="dxa"/>
          </w:tcPr>
          <w:p w14:paraId="0D63738E" w14:textId="731739D2" w:rsidR="00E77E66" w:rsidRPr="00EA2F49" w:rsidRDefault="00A008F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0.25±</w:t>
            </w:r>
            <w:r w:rsidR="0038714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0.03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3B54CA3B" w14:textId="7C6D4E9F" w:rsidR="00E77E66" w:rsidRPr="00EA2F49" w:rsidRDefault="00A008F1" w:rsidP="0026562A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0.24±</w:t>
            </w:r>
            <w:r w:rsidR="0026562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3EDF0363" w14:textId="04B4B06D" w:rsidR="00E77E66" w:rsidRPr="00EA2F49" w:rsidRDefault="00A008F1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0.20±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0C91D186" w14:textId="4C6D1ED8" w:rsidR="00E77E66" w:rsidRPr="00EA2F49" w:rsidRDefault="00A008F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0.18±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0.03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bc</w:t>
            </w:r>
          </w:p>
        </w:tc>
        <w:tc>
          <w:tcPr>
            <w:tcW w:w="720" w:type="dxa"/>
          </w:tcPr>
          <w:p w14:paraId="511FAC03" w14:textId="26D4F3BE" w:rsidR="00E77E66" w:rsidRPr="00EA2F49" w:rsidRDefault="00A008F1" w:rsidP="0038714A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0.16±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4716E0FB" w14:textId="34271C87" w:rsidR="00E77E66" w:rsidRPr="00EA2F49" w:rsidRDefault="00A008F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0.22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53C1DA9E" w14:textId="3E889D05" w:rsidR="00E77E66" w:rsidRPr="00EA2F49" w:rsidRDefault="00A008F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0.22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4EECCCA5" w14:textId="5DB748E9" w:rsidR="00E77E66" w:rsidRPr="00EA2F49" w:rsidRDefault="00A008F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0.18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4F01F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ab</w:t>
            </w:r>
          </w:p>
        </w:tc>
        <w:tc>
          <w:tcPr>
            <w:tcW w:w="720" w:type="dxa"/>
          </w:tcPr>
          <w:p w14:paraId="6D73A956" w14:textId="61D733D8" w:rsidR="00E77E66" w:rsidRPr="00EA2F49" w:rsidRDefault="00A008F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0.18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ab</w:t>
            </w:r>
          </w:p>
        </w:tc>
        <w:tc>
          <w:tcPr>
            <w:tcW w:w="720" w:type="dxa"/>
          </w:tcPr>
          <w:p w14:paraId="09342874" w14:textId="35479EB3" w:rsidR="00E77E66" w:rsidRPr="00EA2F49" w:rsidRDefault="00A008F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0.15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0.03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3100A64F" w14:textId="78CE77C7" w:rsidR="00E77E66" w:rsidRPr="00EA2F49" w:rsidRDefault="00A008F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0.28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00F8F913" w14:textId="0CA1F036" w:rsidR="00E77E66" w:rsidRPr="00EA2F49" w:rsidRDefault="00A008F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0.28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0.03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6A77EF3E" w14:textId="092D23DC" w:rsidR="00E77E66" w:rsidRPr="00EA2F49" w:rsidRDefault="00A008F1" w:rsidP="001743D5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0.22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16221736" w14:textId="422B7CA2" w:rsidR="00E77E66" w:rsidRPr="00EA2F49" w:rsidRDefault="00A008F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0.18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34E130F5" w14:textId="7C7DD5EE" w:rsidR="00E77E66" w:rsidRPr="00EA2F49" w:rsidRDefault="00A008F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0.13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416A83"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</w:tr>
      <w:tr w:rsidR="00E77E66" w:rsidRPr="009279F1" w14:paraId="63DA581C" w14:textId="77777777" w:rsidTr="001743D5">
        <w:trPr>
          <w:trHeight w:val="738"/>
        </w:trPr>
        <w:tc>
          <w:tcPr>
            <w:tcW w:w="555" w:type="dxa"/>
          </w:tcPr>
          <w:p w14:paraId="6D8527DC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3" w:type="dxa"/>
          </w:tcPr>
          <w:p w14:paraId="28572779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Linalool oxide</w:t>
            </w:r>
          </w:p>
        </w:tc>
        <w:tc>
          <w:tcPr>
            <w:tcW w:w="810" w:type="dxa"/>
          </w:tcPr>
          <w:p w14:paraId="32920CDF" w14:textId="585B95CB" w:rsidR="00E77E66" w:rsidRPr="007B3D27" w:rsidRDefault="00865A6C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OM-oxide</w:t>
            </w:r>
          </w:p>
        </w:tc>
        <w:tc>
          <w:tcPr>
            <w:tcW w:w="720" w:type="dxa"/>
          </w:tcPr>
          <w:p w14:paraId="28049E88" w14:textId="42E2EEDC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13.27</w:t>
            </w:r>
          </w:p>
        </w:tc>
        <w:tc>
          <w:tcPr>
            <w:tcW w:w="720" w:type="dxa"/>
          </w:tcPr>
          <w:p w14:paraId="544280E0" w14:textId="4A147E17" w:rsidR="00E77E66" w:rsidRPr="007B3D27" w:rsidRDefault="00865A6C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1164</w:t>
            </w:r>
          </w:p>
        </w:tc>
        <w:tc>
          <w:tcPr>
            <w:tcW w:w="720" w:type="dxa"/>
          </w:tcPr>
          <w:p w14:paraId="1656F76E" w14:textId="0549964A" w:rsidR="00E77E66" w:rsidRPr="00EA2F49" w:rsidRDefault="00632BA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0.18±</w:t>
            </w:r>
            <w:r w:rsidR="0038714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215EF993" w14:textId="047DC3CB" w:rsidR="00E77E66" w:rsidRPr="00EA2F49" w:rsidRDefault="00632BA6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0.19±</w:t>
            </w:r>
            <w:r w:rsidR="0026562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5399423C" w14:textId="2A86CDAC" w:rsidR="00E77E66" w:rsidRPr="00EA2F49" w:rsidRDefault="00632BA6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0.15±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398EDCBA" w14:textId="3FF41DAD" w:rsidR="00E77E66" w:rsidRPr="00EA2F49" w:rsidRDefault="00632BA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0.13±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bc</w:t>
            </w:r>
          </w:p>
        </w:tc>
        <w:tc>
          <w:tcPr>
            <w:tcW w:w="720" w:type="dxa"/>
          </w:tcPr>
          <w:p w14:paraId="38B698BF" w14:textId="1CA048D7" w:rsidR="00E77E66" w:rsidRPr="00EA2F49" w:rsidRDefault="00632BA6" w:rsidP="0038714A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0.12±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500EB4AC" w14:textId="20609454" w:rsidR="00E77E66" w:rsidRPr="00EA2F49" w:rsidRDefault="00632BA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0.19±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5F3609CB" w14:textId="1C6735D3" w:rsidR="00E77E66" w:rsidRPr="00EA2F49" w:rsidRDefault="00632BA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0.18±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37228C62" w14:textId="75E49865" w:rsidR="00E77E66" w:rsidRPr="00EA2F49" w:rsidRDefault="00632BA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0.14±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4F01F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43706B0F" w14:textId="5D0D49DB" w:rsidR="00E77E66" w:rsidRPr="00EA2F49" w:rsidRDefault="00632BA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0.11±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4AC80806" w14:textId="179FF8CB" w:rsidR="00E77E66" w:rsidRPr="00EA2F49" w:rsidRDefault="00632BA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0.10±</w:t>
            </w:r>
            <w:r w:rsid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76E8A565" w14:textId="23D61344" w:rsidR="00E77E66" w:rsidRPr="00EA2F49" w:rsidRDefault="00632BA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0.18±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561DFE03" w14:textId="6FF106E2" w:rsidR="00E77E66" w:rsidRPr="00EA2F49" w:rsidRDefault="00632BA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0.18±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57A6AFB3" w14:textId="23C555F6" w:rsidR="00E77E66" w:rsidRPr="00EA2F49" w:rsidRDefault="00632BA6" w:rsidP="001743D5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0.14±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30AF5479" w14:textId="647F8A31" w:rsidR="00E77E66" w:rsidRPr="00EA2F49" w:rsidRDefault="00632BA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0.11±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0.02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514875C1" w14:textId="0BE5731D" w:rsidR="00E77E66" w:rsidRPr="00EA2F49" w:rsidRDefault="00632BA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0.08±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0.01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</w:tr>
      <w:tr w:rsidR="00E77E66" w:rsidRPr="009279F1" w14:paraId="65A02C7F" w14:textId="77777777" w:rsidTr="001743D5">
        <w:trPr>
          <w:trHeight w:val="725"/>
        </w:trPr>
        <w:tc>
          <w:tcPr>
            <w:tcW w:w="555" w:type="dxa"/>
          </w:tcPr>
          <w:p w14:paraId="4A7312B2" w14:textId="7777777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33" w:type="dxa"/>
          </w:tcPr>
          <w:p w14:paraId="3BA11F6A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Linalool</w:t>
            </w:r>
          </w:p>
        </w:tc>
        <w:tc>
          <w:tcPr>
            <w:tcW w:w="810" w:type="dxa"/>
          </w:tcPr>
          <w:p w14:paraId="2F3EFCCD" w14:textId="44FEA055" w:rsidR="00E77E66" w:rsidRPr="007B3D27" w:rsidRDefault="00865A6C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OM-alcohol</w:t>
            </w:r>
          </w:p>
        </w:tc>
        <w:tc>
          <w:tcPr>
            <w:tcW w:w="720" w:type="dxa"/>
          </w:tcPr>
          <w:p w14:paraId="1E750F67" w14:textId="76745E71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14.90</w:t>
            </w:r>
          </w:p>
        </w:tc>
        <w:tc>
          <w:tcPr>
            <w:tcW w:w="720" w:type="dxa"/>
          </w:tcPr>
          <w:p w14:paraId="0BDCAE79" w14:textId="7B950E6F" w:rsidR="00E77E66" w:rsidRPr="007B3D27" w:rsidRDefault="00865A6C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1082</w:t>
            </w:r>
          </w:p>
        </w:tc>
        <w:tc>
          <w:tcPr>
            <w:tcW w:w="720" w:type="dxa"/>
          </w:tcPr>
          <w:p w14:paraId="2C1E1972" w14:textId="0413C3C2" w:rsidR="00E77E66" w:rsidRPr="00EA2F49" w:rsidRDefault="002C64C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7.18±</w:t>
            </w:r>
            <w:r w:rsidR="0038714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0.64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ab</w:t>
            </w:r>
          </w:p>
        </w:tc>
        <w:tc>
          <w:tcPr>
            <w:tcW w:w="720" w:type="dxa"/>
          </w:tcPr>
          <w:p w14:paraId="19C2FAD1" w14:textId="3C81E0B7" w:rsidR="00E77E66" w:rsidRPr="00EA2F49" w:rsidRDefault="002C64CC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7.77±</w:t>
            </w:r>
            <w:r w:rsidR="0026562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0.27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681CD394" w14:textId="0E53CAE0" w:rsidR="00E77E66" w:rsidRPr="00EA2F49" w:rsidRDefault="002C64CC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6.47±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0.24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34EDC2B0" w14:textId="34C842F0" w:rsidR="00E77E66" w:rsidRPr="00EA2F49" w:rsidRDefault="002C64C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4.95±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0.26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20529F53" w14:textId="2D8D7ED6" w:rsidR="00E77E66" w:rsidRPr="00EA2F49" w:rsidRDefault="002C64CC" w:rsidP="0038714A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2.88±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0.09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1CB6EE46" w14:textId="7794BE97" w:rsidR="00E77E66" w:rsidRPr="00EA2F49" w:rsidRDefault="002C64C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7.31±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0.60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30DFB2F8" w14:textId="71B30B8A" w:rsidR="00E77E66" w:rsidRPr="00EA2F49" w:rsidRDefault="002C64C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8.51±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0.22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10E1AF23" w14:textId="0A338792" w:rsidR="00E77E66" w:rsidRPr="00EA2F49" w:rsidRDefault="002C64C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5.87±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4F01F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3D08796D" w14:textId="15078886" w:rsidR="00E77E66" w:rsidRPr="00EA2F49" w:rsidRDefault="002C64C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3.98±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0.13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09272EC8" w14:textId="09AD7276" w:rsidR="00E77E66" w:rsidRPr="00EA2F49" w:rsidRDefault="002C64C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2.33±</w:t>
            </w:r>
            <w:r w:rsidR="007B3D27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e</w:t>
            </w:r>
          </w:p>
        </w:tc>
        <w:tc>
          <w:tcPr>
            <w:tcW w:w="720" w:type="dxa"/>
          </w:tcPr>
          <w:p w14:paraId="3F3A5C83" w14:textId="6067D043" w:rsidR="00E77E66" w:rsidRPr="00EA2F49" w:rsidRDefault="002C64C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7.76±</w:t>
            </w:r>
            <w:r w:rsidR="007B3D27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0.41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3CFBEDB9" w14:textId="49F9A49E" w:rsidR="00E77E66" w:rsidRPr="00EA2F49" w:rsidRDefault="002C64C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8.04±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5A744D" w:rsidRPr="00EA2F49">
              <w:rPr>
                <w:rFonts w:ascii="Times New Roman" w:hAnsi="Times New Roman" w:cs="Times New Roman"/>
                <w:szCs w:val="18"/>
              </w:rPr>
              <w:t>0.18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27DBADC5" w14:textId="5645AC8E" w:rsidR="00E77E66" w:rsidRPr="00EA2F49" w:rsidRDefault="002C64CC" w:rsidP="001743D5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5.88±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5A744D" w:rsidRPr="00EA2F49">
              <w:rPr>
                <w:rFonts w:ascii="Times New Roman" w:hAnsi="Times New Roman" w:cs="Times New Roman"/>
                <w:szCs w:val="18"/>
              </w:rPr>
              <w:t>0.07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31A6370F" w14:textId="6BB69381" w:rsidR="00E77E66" w:rsidRPr="00EA2F49" w:rsidRDefault="002C64C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4.14±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5A744D" w:rsidRPr="00EA2F49">
              <w:rPr>
                <w:rFonts w:ascii="Times New Roman" w:hAnsi="Times New Roman" w:cs="Times New Roman"/>
                <w:szCs w:val="18"/>
              </w:rPr>
              <w:t>0.16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509B01C8" w14:textId="61F4142B" w:rsidR="00E77E66" w:rsidRPr="00EA2F49" w:rsidRDefault="002C64C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2.07±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5A744D" w:rsidRPr="00EA2F49">
              <w:rPr>
                <w:rFonts w:ascii="Times New Roman" w:hAnsi="Times New Roman" w:cs="Times New Roman"/>
                <w:szCs w:val="18"/>
              </w:rPr>
              <w:t>0.07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</w:tr>
      <w:tr w:rsidR="00E77E66" w:rsidRPr="009279F1" w14:paraId="23AEB80F" w14:textId="77777777" w:rsidTr="001743D5">
        <w:trPr>
          <w:trHeight w:val="509"/>
        </w:trPr>
        <w:tc>
          <w:tcPr>
            <w:tcW w:w="555" w:type="dxa"/>
          </w:tcPr>
          <w:p w14:paraId="0A60966B" w14:textId="5151BB29" w:rsidR="00E77E66" w:rsidRPr="007B3D27" w:rsidRDefault="00231494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3" w:type="dxa"/>
          </w:tcPr>
          <w:p w14:paraId="36774FDA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D-</w:t>
            </w:r>
            <w:proofErr w:type="spellStart"/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isomenthone</w:t>
            </w:r>
            <w:proofErr w:type="spellEnd"/>
          </w:p>
        </w:tc>
        <w:tc>
          <w:tcPr>
            <w:tcW w:w="810" w:type="dxa"/>
          </w:tcPr>
          <w:p w14:paraId="1A3F34E4" w14:textId="07C0D15D" w:rsidR="00E77E66" w:rsidRPr="007B3D27" w:rsidRDefault="00865A6C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OM-ketone</w:t>
            </w:r>
          </w:p>
        </w:tc>
        <w:tc>
          <w:tcPr>
            <w:tcW w:w="720" w:type="dxa"/>
          </w:tcPr>
          <w:p w14:paraId="05DCC860" w14:textId="0EBA3733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17.77</w:t>
            </w:r>
          </w:p>
        </w:tc>
        <w:tc>
          <w:tcPr>
            <w:tcW w:w="720" w:type="dxa"/>
          </w:tcPr>
          <w:p w14:paraId="01FFD189" w14:textId="52950F96" w:rsidR="00E77E66" w:rsidRPr="007B3D27" w:rsidRDefault="00865A6C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1148</w:t>
            </w:r>
          </w:p>
        </w:tc>
        <w:tc>
          <w:tcPr>
            <w:tcW w:w="720" w:type="dxa"/>
          </w:tcPr>
          <w:p w14:paraId="4E163342" w14:textId="2F7DB19E" w:rsidR="00E77E66" w:rsidRPr="00EA2F49" w:rsidRDefault="00B03CF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5.66</w:t>
            </w:r>
            <w:r w:rsidR="00EE4B2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38714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0.31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44B9578D" w14:textId="11FF316B" w:rsidR="00E77E66" w:rsidRPr="00EA2F49" w:rsidRDefault="00B03CFC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6.01</w:t>
            </w:r>
            <w:r w:rsidR="00EE4B2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15608E46" w14:textId="28EC02CB" w:rsidR="00E77E66" w:rsidRPr="00EA2F49" w:rsidRDefault="00B03CFC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6.12</w:t>
            </w:r>
            <w:r w:rsidR="00EE4B2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343EC2EF" w14:textId="5552C139" w:rsidR="00E77E66" w:rsidRPr="00EA2F49" w:rsidRDefault="00B03CFC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6.53</w:t>
            </w:r>
            <w:r w:rsidR="00EE4B2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0.07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66C92ACE" w14:textId="5DEDDB68" w:rsidR="00E77E66" w:rsidRPr="00EA2F49" w:rsidRDefault="001B54EF" w:rsidP="0038714A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7.01</w:t>
            </w:r>
            <w:r w:rsidR="00EE4B2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0.06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4E7C14D3" w14:textId="7DE5E525" w:rsidR="00E77E66" w:rsidRPr="00EA2F49" w:rsidRDefault="001B54EF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5.15</w:t>
            </w:r>
            <w:r w:rsidR="00EE4B2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0.43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0937C363" w14:textId="7CCE9641" w:rsidR="00E77E66" w:rsidRPr="00EA2F49" w:rsidRDefault="001B54EF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5.41</w:t>
            </w:r>
            <w:r w:rsidR="00EE4B2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0.39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bc</w:t>
            </w:r>
          </w:p>
        </w:tc>
        <w:tc>
          <w:tcPr>
            <w:tcW w:w="720" w:type="dxa"/>
          </w:tcPr>
          <w:p w14:paraId="3B4F738C" w14:textId="2EC30214" w:rsidR="00E77E66" w:rsidRPr="00EA2F49" w:rsidRDefault="001B54EF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5.75</w:t>
            </w:r>
            <w:r w:rsidR="00EE4B2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0.26</w:t>
            </w:r>
            <w:r w:rsidR="004F01F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72109FBE" w14:textId="2CB0C879" w:rsidR="001B54EF" w:rsidRPr="00EA2F49" w:rsidRDefault="001B54EF" w:rsidP="001B54EF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6.29</w:t>
            </w:r>
            <w:r w:rsidR="00EE4B26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0.18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02CD2CB8" w14:textId="5E0CBD5B" w:rsidR="00E77E66" w:rsidRPr="00EA2F49" w:rsidRDefault="00EE4B2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6.66±</w:t>
            </w:r>
            <w:r w:rsidR="007B3D27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0.07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14394984" w14:textId="4FCC01A4" w:rsidR="00E77E66" w:rsidRPr="00EA2F49" w:rsidRDefault="00EE4B2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5.70±</w:t>
            </w:r>
            <w:r w:rsidR="007B3D27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0.46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74C6090C" w14:textId="42B38516" w:rsidR="00E77E66" w:rsidRPr="00EA2F49" w:rsidRDefault="00EE4B2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5.98±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0.09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bc</w:t>
            </w:r>
          </w:p>
        </w:tc>
        <w:tc>
          <w:tcPr>
            <w:tcW w:w="720" w:type="dxa"/>
          </w:tcPr>
          <w:p w14:paraId="6C55F5C3" w14:textId="2EA673C1" w:rsidR="00E77E66" w:rsidRPr="00EA2F49" w:rsidRDefault="00EE4B2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6.19±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0.18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38C222F7" w14:textId="3F8493FA" w:rsidR="00E77E66" w:rsidRPr="00EA2F49" w:rsidRDefault="00EE4B2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6.79±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0.09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0AC43194" w14:textId="5C2DBE8D" w:rsidR="00E77E66" w:rsidRPr="00EA2F49" w:rsidRDefault="00EE4B26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7.12±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F209C6" w:rsidRPr="00EA2F49">
              <w:rPr>
                <w:rFonts w:ascii="Times New Roman" w:hAnsi="Times New Roman" w:cs="Times New Roman"/>
                <w:szCs w:val="18"/>
              </w:rPr>
              <w:t>0.15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</w:tr>
      <w:tr w:rsidR="00E77E66" w:rsidRPr="009279F1" w14:paraId="29BC1688" w14:textId="77777777" w:rsidTr="001743D5">
        <w:trPr>
          <w:trHeight w:val="492"/>
        </w:trPr>
        <w:tc>
          <w:tcPr>
            <w:tcW w:w="555" w:type="dxa"/>
          </w:tcPr>
          <w:p w14:paraId="00D7E142" w14:textId="2F8F5522" w:rsidR="00E77E66" w:rsidRPr="007B3D27" w:rsidRDefault="00231494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33" w:type="dxa"/>
          </w:tcPr>
          <w:p w14:paraId="74E9513A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Citronellol</w:t>
            </w:r>
          </w:p>
        </w:tc>
        <w:tc>
          <w:tcPr>
            <w:tcW w:w="810" w:type="dxa"/>
          </w:tcPr>
          <w:p w14:paraId="35DE1D60" w14:textId="2B83023A" w:rsidR="00E77E66" w:rsidRPr="007B3D27" w:rsidRDefault="00865A6C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OM-alcohol</w:t>
            </w:r>
          </w:p>
        </w:tc>
        <w:tc>
          <w:tcPr>
            <w:tcW w:w="720" w:type="dxa"/>
          </w:tcPr>
          <w:p w14:paraId="2519C245" w14:textId="60C40799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21.45</w:t>
            </w:r>
          </w:p>
        </w:tc>
        <w:tc>
          <w:tcPr>
            <w:tcW w:w="720" w:type="dxa"/>
          </w:tcPr>
          <w:p w14:paraId="683E9519" w14:textId="17913096" w:rsidR="00E77E66" w:rsidRPr="007B3D27" w:rsidRDefault="00865A6C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1232</w:t>
            </w:r>
          </w:p>
        </w:tc>
        <w:tc>
          <w:tcPr>
            <w:tcW w:w="720" w:type="dxa"/>
          </w:tcPr>
          <w:p w14:paraId="43EADD96" w14:textId="18CFF7C1" w:rsidR="00E77E66" w:rsidRPr="00EA2F49" w:rsidRDefault="007C1DE1" w:rsidP="009279F1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35.22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0.57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2443A6D9" w14:textId="19549D41" w:rsidR="00E77E66" w:rsidRPr="00EA2F49" w:rsidRDefault="007C1DE1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35.98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0.39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5264A720" w14:textId="0133FA45" w:rsidR="00E77E66" w:rsidRPr="00EA2F49" w:rsidRDefault="007C1DE1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34.25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0.78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7A6C5DB9" w14:textId="3B0E9F36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33.3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0.36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2A548003" w14:textId="060178E5" w:rsidR="00E77E66" w:rsidRPr="00EA2F49" w:rsidRDefault="007C1DE1" w:rsidP="0038714A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31.81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0.39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e</w:t>
            </w:r>
          </w:p>
        </w:tc>
        <w:tc>
          <w:tcPr>
            <w:tcW w:w="720" w:type="dxa"/>
          </w:tcPr>
          <w:p w14:paraId="06BFCC09" w14:textId="1FBD8106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33.85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0.97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070319B0" w14:textId="71735AC2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33.93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0.54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1CFD330E" w14:textId="750ED0C1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32.73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0.53</w:t>
            </w:r>
            <w:r w:rsidR="004F01F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389C69D1" w14:textId="752FFF54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31.60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0.47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63944693" w14:textId="7EEC0BE6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30.32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0.40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4A645277" w14:textId="56BE1DFC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36.26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0.44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05BC69A3" w14:textId="0A886FD5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35.78</w:t>
            </w:r>
            <w:r w:rsidR="009279F1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0.43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282D53DB" w14:textId="7AFBE8B6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33.42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±0.37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6DF6B087" w14:textId="2DA13896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32.30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±0.42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2BDF1F2F" w14:textId="6F181131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30.80</w:t>
            </w:r>
            <w:r w:rsidR="00E22BCB" w:rsidRPr="00EA2F49">
              <w:rPr>
                <w:rFonts w:ascii="Times New Roman" w:hAnsi="Times New Roman" w:cs="Times New Roman"/>
                <w:szCs w:val="18"/>
              </w:rPr>
              <w:t>±0.83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</w:tr>
      <w:tr w:rsidR="00E77E66" w:rsidRPr="009279F1" w14:paraId="42D2C48A" w14:textId="77777777" w:rsidTr="001743D5">
        <w:trPr>
          <w:trHeight w:val="492"/>
        </w:trPr>
        <w:tc>
          <w:tcPr>
            <w:tcW w:w="555" w:type="dxa"/>
          </w:tcPr>
          <w:p w14:paraId="2FB92BAF" w14:textId="2C9C69D2" w:rsidR="00E77E66" w:rsidRPr="007B3D27" w:rsidRDefault="00231494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3" w:type="dxa"/>
          </w:tcPr>
          <w:p w14:paraId="6DCDAEF7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 xml:space="preserve">Geraniol </w:t>
            </w:r>
          </w:p>
        </w:tc>
        <w:tc>
          <w:tcPr>
            <w:tcW w:w="810" w:type="dxa"/>
          </w:tcPr>
          <w:p w14:paraId="06BE2422" w14:textId="50EE9661" w:rsidR="00E77E66" w:rsidRPr="007B3D27" w:rsidRDefault="00865A6C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OM-alcohol</w:t>
            </w:r>
          </w:p>
        </w:tc>
        <w:tc>
          <w:tcPr>
            <w:tcW w:w="720" w:type="dxa"/>
          </w:tcPr>
          <w:p w14:paraId="477CDD21" w14:textId="0AA17F87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22.63</w:t>
            </w:r>
          </w:p>
        </w:tc>
        <w:tc>
          <w:tcPr>
            <w:tcW w:w="720" w:type="dxa"/>
          </w:tcPr>
          <w:p w14:paraId="1C3C1E59" w14:textId="22502B38" w:rsidR="00E77E66" w:rsidRPr="007B3D27" w:rsidRDefault="009758C9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1255</w:t>
            </w:r>
          </w:p>
        </w:tc>
        <w:tc>
          <w:tcPr>
            <w:tcW w:w="720" w:type="dxa"/>
          </w:tcPr>
          <w:p w14:paraId="4964EA43" w14:textId="7D606154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16.21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±0.38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3F7BF371" w14:textId="14519883" w:rsidR="00E77E66" w:rsidRPr="00EA2F49" w:rsidRDefault="007C1DE1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15.73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±0.29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11370D7F" w14:textId="4214D859" w:rsidR="00E77E66" w:rsidRPr="00EA2F49" w:rsidRDefault="007C1DE1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14.81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±0.26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080D73A4" w14:textId="0AF9D913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14.01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±0.20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071A1E64" w14:textId="0AC01565" w:rsidR="00E77E66" w:rsidRPr="00EA2F49" w:rsidRDefault="007C1DE1" w:rsidP="0038714A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12.59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±0.15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100CA491" w14:textId="3BE01CCC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15.00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±0.33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50121808" w14:textId="1895C059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14.0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0.20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6130BE13" w14:textId="69C63C93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12.94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±0.20</w:t>
            </w:r>
            <w:r w:rsidR="004F01F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25F8D092" w14:textId="6734F1E0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12.01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±0.16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55663992" w14:textId="4091630D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10.19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±0.17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e</w:t>
            </w:r>
          </w:p>
        </w:tc>
        <w:tc>
          <w:tcPr>
            <w:tcW w:w="720" w:type="dxa"/>
          </w:tcPr>
          <w:p w14:paraId="4DBB6949" w14:textId="569125DC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13.02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±0.23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29C2E7CB" w14:textId="2F36E21F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11.53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±0.16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35431B28" w14:textId="454ECC2E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10.68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±0.15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6A75A126" w14:textId="4FF68622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9.25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0.29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3DB423EB" w14:textId="3170D05E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8.26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B659BC" w:rsidRPr="00EA2F49">
              <w:rPr>
                <w:rFonts w:ascii="Times New Roman" w:hAnsi="Times New Roman" w:cs="Times New Roman"/>
                <w:szCs w:val="18"/>
              </w:rPr>
              <w:t>0.11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e</w:t>
            </w:r>
          </w:p>
        </w:tc>
      </w:tr>
      <w:tr w:rsidR="00E77E66" w:rsidRPr="009279F1" w14:paraId="0CC09746" w14:textId="77777777" w:rsidTr="001743D5">
        <w:trPr>
          <w:trHeight w:val="689"/>
        </w:trPr>
        <w:tc>
          <w:tcPr>
            <w:tcW w:w="555" w:type="dxa"/>
          </w:tcPr>
          <w:p w14:paraId="2ACAB7A1" w14:textId="66058C60" w:rsidR="00E77E66" w:rsidRPr="007B3D27" w:rsidRDefault="00231494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33" w:type="dxa"/>
          </w:tcPr>
          <w:p w14:paraId="3DF358A1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Citronellyl</w:t>
            </w:r>
            <w:proofErr w:type="spellEnd"/>
            <w:r w:rsidRPr="007B3D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formate</w:t>
            </w:r>
            <w:proofErr w:type="spellEnd"/>
            <w:r w:rsidRPr="007B3D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3B9BFAB8" w14:textId="627F2A82" w:rsidR="00E77E66" w:rsidRPr="007B3D27" w:rsidRDefault="00865A6C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OM-ester</w:t>
            </w:r>
          </w:p>
        </w:tc>
        <w:tc>
          <w:tcPr>
            <w:tcW w:w="720" w:type="dxa"/>
          </w:tcPr>
          <w:p w14:paraId="69EE43B3" w14:textId="154807CC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23.03</w:t>
            </w:r>
          </w:p>
        </w:tc>
        <w:tc>
          <w:tcPr>
            <w:tcW w:w="720" w:type="dxa"/>
          </w:tcPr>
          <w:p w14:paraId="74A82894" w14:textId="5A6412DA" w:rsidR="00E77E66" w:rsidRPr="007B3D27" w:rsidRDefault="009758C9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1275</w:t>
            </w:r>
          </w:p>
        </w:tc>
        <w:tc>
          <w:tcPr>
            <w:tcW w:w="720" w:type="dxa"/>
          </w:tcPr>
          <w:p w14:paraId="7229ADF3" w14:textId="7582D8E3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10.61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±0.16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44032A9B" w14:textId="6DC4071B" w:rsidR="003B7D48" w:rsidRPr="00EA2F49" w:rsidRDefault="007C1DE1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11.07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±0.39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4886425E" w14:textId="42563699" w:rsidR="00E77E66" w:rsidRPr="00EA2F49" w:rsidRDefault="007C1DE1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9.98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0.18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61ACE39E" w14:textId="5F278A84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9.28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0.08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40A50B93" w14:textId="7084BBD7" w:rsidR="00E77E66" w:rsidRPr="00EA2F49" w:rsidRDefault="007C1DE1" w:rsidP="0038714A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8.53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0.14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e</w:t>
            </w:r>
          </w:p>
        </w:tc>
        <w:tc>
          <w:tcPr>
            <w:tcW w:w="720" w:type="dxa"/>
          </w:tcPr>
          <w:p w14:paraId="16B9E4D1" w14:textId="040B2D93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10.67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±0.29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748BD44E" w14:textId="56E32D4E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10.47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±0.16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335C9EE3" w14:textId="673F234C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9.58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4F01F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03482955" w14:textId="786EFD17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8.50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0.13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02666492" w14:textId="6F184D53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7.98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2D2CDB7B" w14:textId="1966568B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10.99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±0.17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2CECCF21" w14:textId="678D8B63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10.35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±0.16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13D2E1D5" w14:textId="676F3C7F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9.19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0.10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1C2E6EBD" w14:textId="3C0A0504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8.43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0.10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3C5B11A4" w14:textId="59EEDFBC" w:rsidR="00E77E66" w:rsidRPr="00EA2F49" w:rsidRDefault="007C1DE1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7.68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2C2045" w:rsidRPr="00EA2F49">
              <w:rPr>
                <w:rFonts w:ascii="Times New Roman" w:hAnsi="Times New Roman" w:cs="Times New Roman"/>
                <w:szCs w:val="18"/>
              </w:rPr>
              <w:t>0.13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e</w:t>
            </w:r>
          </w:p>
        </w:tc>
      </w:tr>
      <w:tr w:rsidR="00E77E66" w:rsidRPr="009279F1" w14:paraId="3C824553" w14:textId="77777777" w:rsidTr="001743D5">
        <w:trPr>
          <w:trHeight w:val="492"/>
        </w:trPr>
        <w:tc>
          <w:tcPr>
            <w:tcW w:w="555" w:type="dxa"/>
          </w:tcPr>
          <w:p w14:paraId="537811F9" w14:textId="4E0DDDBD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31494" w:rsidRPr="007B3D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3" w:type="dxa"/>
          </w:tcPr>
          <w:p w14:paraId="40566A7A" w14:textId="77777777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 xml:space="preserve">Geranyl </w:t>
            </w:r>
            <w:proofErr w:type="spellStart"/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formate</w:t>
            </w:r>
            <w:proofErr w:type="spellEnd"/>
          </w:p>
        </w:tc>
        <w:tc>
          <w:tcPr>
            <w:tcW w:w="810" w:type="dxa"/>
          </w:tcPr>
          <w:p w14:paraId="4E3FAF2C" w14:textId="783B3433" w:rsidR="00E77E66" w:rsidRPr="007B3D27" w:rsidRDefault="00865A6C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OM-ester</w:t>
            </w:r>
          </w:p>
        </w:tc>
        <w:tc>
          <w:tcPr>
            <w:tcW w:w="720" w:type="dxa"/>
          </w:tcPr>
          <w:p w14:paraId="7C30178D" w14:textId="7A84F66F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23.98</w:t>
            </w:r>
          </w:p>
        </w:tc>
        <w:tc>
          <w:tcPr>
            <w:tcW w:w="720" w:type="dxa"/>
          </w:tcPr>
          <w:p w14:paraId="5C0483FE" w14:textId="447CB6C1" w:rsidR="00E77E66" w:rsidRPr="007B3D27" w:rsidRDefault="009758C9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1349</w:t>
            </w:r>
          </w:p>
        </w:tc>
        <w:tc>
          <w:tcPr>
            <w:tcW w:w="720" w:type="dxa"/>
          </w:tcPr>
          <w:p w14:paraId="34488635" w14:textId="65FCD4D4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3.63±</w:t>
            </w:r>
            <w:r w:rsidR="0038714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0.23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5D517E69" w14:textId="5316494F" w:rsidR="00E77E66" w:rsidRPr="00EA2F49" w:rsidRDefault="008F5E19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3.5</w:t>
            </w:r>
            <w:r w:rsidR="00C415EF" w:rsidRPr="00EA2F49">
              <w:rPr>
                <w:rFonts w:ascii="Times New Roman" w:hAnsi="Times New Roman" w:cs="Times New Roman"/>
                <w:szCs w:val="18"/>
              </w:rPr>
              <w:t>1</w:t>
            </w:r>
            <w:r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0.10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1A6B7636" w14:textId="4BDE75C9" w:rsidR="00E77E66" w:rsidRPr="00EA2F49" w:rsidRDefault="008F5E19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2.89±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0.13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27A2B6F5" w14:textId="63091ACF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2.28±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0.15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28519778" w14:textId="08FCB767" w:rsidR="00E77E66" w:rsidRPr="00EA2F49" w:rsidRDefault="008F5E19" w:rsidP="0038714A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1.91±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0.10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5D2C8E7D" w14:textId="110813A2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3.84±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0.10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11633E95" w14:textId="4B92B97F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3.90</w:t>
            </w:r>
            <w:r w:rsidR="002C2045" w:rsidRPr="00EA2F49">
              <w:rPr>
                <w:rFonts w:ascii="Times New Roman" w:hAnsi="Times New Roman" w:cs="Times New Roman"/>
                <w:szCs w:val="18"/>
                <w:vertAlign w:val="superscript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0.07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2764A68F" w14:textId="7C3A0E4C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2.63±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4F01F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5B5679EA" w14:textId="46D870DF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2.36±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0.15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1F8FE82B" w14:textId="125B513B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1.85±</w:t>
            </w:r>
            <w:r w:rsid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0.11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6ECA6B25" w14:textId="100AA237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3.84</w:t>
            </w:r>
            <w:r w:rsidR="002C2045" w:rsidRPr="00EA2F49">
              <w:rPr>
                <w:rFonts w:ascii="Times New Roman" w:hAnsi="Times New Roman" w:cs="Times New Roman"/>
                <w:szCs w:val="18"/>
                <w:vertAlign w:val="superscript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0.25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667D6D1D" w14:textId="55CEEE9F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3.96±</w:t>
            </w:r>
            <w:r w:rsid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0.05</w:t>
            </w:r>
          </w:p>
        </w:tc>
        <w:tc>
          <w:tcPr>
            <w:tcW w:w="720" w:type="dxa"/>
          </w:tcPr>
          <w:p w14:paraId="74CFE958" w14:textId="595610CA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2.69±</w:t>
            </w:r>
            <w:r w:rsid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0.06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6737BFD0" w14:textId="25842792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2.13±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0.11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60C68FAA" w14:textId="2A0F3C2C" w:rsidR="00E77E66" w:rsidRPr="00EA2F49" w:rsidRDefault="008F5E1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1.52±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B7D48" w:rsidRPr="00EA2F49">
              <w:rPr>
                <w:rFonts w:ascii="Times New Roman" w:hAnsi="Times New Roman" w:cs="Times New Roman"/>
                <w:szCs w:val="18"/>
              </w:rPr>
              <w:t>0.18</w:t>
            </w:r>
            <w:r w:rsidR="00A46323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</w:tr>
      <w:tr w:rsidR="00E77E66" w:rsidRPr="009279F1" w14:paraId="4A433F2F" w14:textId="77777777" w:rsidTr="001743D5">
        <w:trPr>
          <w:trHeight w:val="492"/>
        </w:trPr>
        <w:tc>
          <w:tcPr>
            <w:tcW w:w="555" w:type="dxa"/>
          </w:tcPr>
          <w:p w14:paraId="716E9FB5" w14:textId="18DCAFCB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312CA" w:rsidRPr="007B3D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14:paraId="3BF1D16C" w14:textId="092E0B3E" w:rsidR="00E77E66" w:rsidRPr="007B3D27" w:rsidRDefault="00E77E66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 xml:space="preserve">Geranyl </w:t>
            </w:r>
            <w:proofErr w:type="spellStart"/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tiglate</w:t>
            </w:r>
            <w:proofErr w:type="spellEnd"/>
          </w:p>
        </w:tc>
        <w:tc>
          <w:tcPr>
            <w:tcW w:w="810" w:type="dxa"/>
          </w:tcPr>
          <w:p w14:paraId="46FC0103" w14:textId="3275325B" w:rsidR="00E77E66" w:rsidRPr="007B3D27" w:rsidRDefault="00865A6C" w:rsidP="00E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OM-ester</w:t>
            </w:r>
          </w:p>
        </w:tc>
        <w:tc>
          <w:tcPr>
            <w:tcW w:w="720" w:type="dxa"/>
          </w:tcPr>
          <w:p w14:paraId="4CBFB5B1" w14:textId="466D4E74" w:rsidR="00E77E66" w:rsidRPr="007B3D27" w:rsidRDefault="00E77E66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39.93</w:t>
            </w:r>
          </w:p>
        </w:tc>
        <w:tc>
          <w:tcPr>
            <w:tcW w:w="720" w:type="dxa"/>
          </w:tcPr>
          <w:p w14:paraId="71AA2CD3" w14:textId="1DE4064C" w:rsidR="00E77E66" w:rsidRPr="007B3D27" w:rsidRDefault="009758C9" w:rsidP="00E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D27">
              <w:rPr>
                <w:rFonts w:ascii="Times New Roman" w:hAnsi="Times New Roman" w:cs="Times New Roman"/>
                <w:sz w:val="20"/>
                <w:szCs w:val="20"/>
              </w:rPr>
              <w:t>1635</w:t>
            </w:r>
          </w:p>
        </w:tc>
        <w:tc>
          <w:tcPr>
            <w:tcW w:w="720" w:type="dxa"/>
          </w:tcPr>
          <w:p w14:paraId="28869F94" w14:textId="0AD69AC9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3.46±</w:t>
            </w:r>
            <w:r w:rsidR="0038714A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0.07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4FA4AD3B" w14:textId="4691EA4D" w:rsidR="00E77E66" w:rsidRPr="00EA2F49" w:rsidRDefault="000666F9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3.58±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0.06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7B96A0AC" w14:textId="74DB3C16" w:rsidR="00E77E66" w:rsidRPr="00EA2F49" w:rsidRDefault="000666F9" w:rsidP="00A46323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3.21±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0.09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5C9EEA6F" w14:textId="3BBB9C38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2.60±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C415EF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57947938" w14:textId="36F986FB" w:rsidR="00E77E66" w:rsidRPr="00EA2F49" w:rsidRDefault="000666F9" w:rsidP="0038714A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2.02±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0.13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75FB2B76" w14:textId="524A725D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3.83±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3FBF5111" w14:textId="4400E635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3.53±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0.07</w:t>
            </w:r>
            <w:r w:rsidR="00424581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2995D51D" w14:textId="5A4364D5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3.23±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0.10</w:t>
            </w:r>
            <w:r w:rsidR="004F01F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741D8E80" w14:textId="20F946EC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2.43±</w:t>
            </w:r>
            <w:r w:rsidR="000A6CBD" w:rsidRP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0.09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</w:tcPr>
          <w:p w14:paraId="2CF0C3F4" w14:textId="54480373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1.81±</w:t>
            </w:r>
            <w:r w:rsid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e</w:t>
            </w:r>
          </w:p>
        </w:tc>
        <w:tc>
          <w:tcPr>
            <w:tcW w:w="720" w:type="dxa"/>
          </w:tcPr>
          <w:p w14:paraId="2B9A406F" w14:textId="544BB810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4.16</w:t>
            </w:r>
            <w:r w:rsidR="0087537E" w:rsidRPr="00EA2F49">
              <w:rPr>
                <w:rFonts w:ascii="Times New Roman" w:hAnsi="Times New Roman" w:cs="Times New Roman"/>
                <w:szCs w:val="18"/>
                <w:vertAlign w:val="superscript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57A69F2A" w14:textId="1D83221E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4.02</w:t>
            </w:r>
            <w:r w:rsidR="0087537E" w:rsidRPr="00EA2F49">
              <w:rPr>
                <w:rFonts w:ascii="Times New Roman" w:hAnsi="Times New Roman" w:cs="Times New Roman"/>
                <w:szCs w:val="18"/>
                <w:vertAlign w:val="superscript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0.14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2E34FAFB" w14:textId="44A06BD8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3.28±</w:t>
            </w:r>
            <w:r w:rsidR="00EA2F49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0.15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14:paraId="418D382A" w14:textId="0C3E0863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2.30</w:t>
            </w:r>
            <w:r w:rsidR="0087537E" w:rsidRPr="00EA2F49">
              <w:rPr>
                <w:rFonts w:ascii="Times New Roman" w:hAnsi="Times New Roman" w:cs="Times New Roman"/>
                <w:szCs w:val="18"/>
                <w:vertAlign w:val="superscript"/>
              </w:rPr>
              <w:t xml:space="preserve"> </w:t>
            </w:r>
            <w:r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0.07</w:t>
            </w:r>
            <w:r w:rsidR="00744F42" w:rsidRPr="00EA2F49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61B079F3" w14:textId="15138CDA" w:rsidR="00E77E66" w:rsidRPr="00EA2F49" w:rsidRDefault="000666F9" w:rsidP="00E77E66">
            <w:pPr>
              <w:jc w:val="center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EA2F49">
              <w:rPr>
                <w:rFonts w:ascii="Times New Roman" w:hAnsi="Times New Roman" w:cs="Times New Roman"/>
                <w:szCs w:val="18"/>
              </w:rPr>
              <w:t>1.64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±</w:t>
            </w:r>
            <w:r w:rsidR="001743D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61A44" w:rsidRPr="00EA2F49">
              <w:rPr>
                <w:rFonts w:ascii="Times New Roman" w:hAnsi="Times New Roman" w:cs="Times New Roman"/>
                <w:szCs w:val="18"/>
              </w:rPr>
              <w:t>0.12</w:t>
            </w:r>
            <w:r w:rsidR="00B03F56" w:rsidRPr="00EA2F49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</w:tr>
    </w:tbl>
    <w:p w14:paraId="5118A1C1" w14:textId="2FAEBD02" w:rsidR="0076717D" w:rsidRPr="000666F9" w:rsidRDefault="0076717D">
      <w:pPr>
        <w:jc w:val="center"/>
        <w:rPr>
          <w:sz w:val="22"/>
        </w:rPr>
      </w:pPr>
    </w:p>
    <w:p w14:paraId="66E11AF3" w14:textId="77777777" w:rsidR="0076717D" w:rsidRDefault="0076717D"/>
    <w:p w14:paraId="7E8FEAF9" w14:textId="77777777" w:rsidR="00EA2F49" w:rsidRDefault="00EA2F49">
      <w:pPr>
        <w:spacing w:before="80"/>
        <w:rPr>
          <w:b/>
          <w:sz w:val="16"/>
        </w:rPr>
      </w:pPr>
    </w:p>
    <w:p w14:paraId="2A3601E6" w14:textId="77777777" w:rsidR="00EA2F49" w:rsidRDefault="00EA2F49">
      <w:pPr>
        <w:spacing w:before="80"/>
        <w:rPr>
          <w:b/>
          <w:sz w:val="16"/>
        </w:rPr>
      </w:pPr>
    </w:p>
    <w:p w14:paraId="3F5FD970" w14:textId="77777777" w:rsidR="00EA2F49" w:rsidRDefault="00EA2F49">
      <w:pPr>
        <w:spacing w:before="80"/>
        <w:rPr>
          <w:b/>
          <w:sz w:val="16"/>
        </w:rPr>
      </w:pPr>
    </w:p>
    <w:p w14:paraId="47F14182" w14:textId="77777777" w:rsidR="00EA2F49" w:rsidRDefault="00EA2F49">
      <w:pPr>
        <w:spacing w:before="80"/>
        <w:rPr>
          <w:b/>
          <w:sz w:val="16"/>
        </w:rPr>
      </w:pPr>
    </w:p>
    <w:p w14:paraId="59DE12F8" w14:textId="77777777" w:rsidR="00EA2F49" w:rsidRDefault="00EA2F49">
      <w:pPr>
        <w:spacing w:before="80"/>
        <w:rPr>
          <w:b/>
          <w:sz w:val="16"/>
        </w:rPr>
      </w:pPr>
    </w:p>
    <w:p w14:paraId="5AC14C7E" w14:textId="77777777" w:rsidR="00EA2F49" w:rsidRDefault="00EA2F49">
      <w:pPr>
        <w:spacing w:before="80"/>
        <w:rPr>
          <w:b/>
          <w:sz w:val="16"/>
        </w:rPr>
      </w:pPr>
    </w:p>
    <w:p w14:paraId="338E0E8F" w14:textId="77777777" w:rsidR="001743D5" w:rsidRDefault="001743D5">
      <w:pPr>
        <w:spacing w:before="80"/>
        <w:rPr>
          <w:b/>
          <w:sz w:val="16"/>
        </w:rPr>
      </w:pPr>
    </w:p>
    <w:p w14:paraId="18E4AD55" w14:textId="77777777" w:rsidR="0039038B" w:rsidRDefault="0039038B" w:rsidP="006C700B">
      <w:pPr>
        <w:spacing w:before="80"/>
        <w:rPr>
          <w:rFonts w:ascii="Times New Roman" w:hAnsi="Times New Roman" w:cs="Times New Roman"/>
          <w:b/>
          <w:sz w:val="16"/>
        </w:rPr>
      </w:pPr>
    </w:p>
    <w:p w14:paraId="2B628390" w14:textId="77777777" w:rsidR="0039038B" w:rsidRDefault="0039038B" w:rsidP="006C700B">
      <w:pPr>
        <w:spacing w:before="80"/>
        <w:rPr>
          <w:rFonts w:ascii="Times New Roman" w:hAnsi="Times New Roman" w:cs="Times New Roman"/>
          <w:b/>
          <w:sz w:val="16"/>
        </w:rPr>
      </w:pPr>
    </w:p>
    <w:p w14:paraId="1618F2F8" w14:textId="77777777" w:rsidR="0039038B" w:rsidRDefault="0039038B" w:rsidP="006C700B">
      <w:pPr>
        <w:spacing w:before="80"/>
        <w:rPr>
          <w:rFonts w:ascii="Times New Roman" w:hAnsi="Times New Roman" w:cs="Times New Roman"/>
          <w:b/>
          <w:sz w:val="16"/>
        </w:rPr>
      </w:pPr>
    </w:p>
    <w:p w14:paraId="38CED55D" w14:textId="77777777" w:rsidR="0039038B" w:rsidRDefault="0039038B" w:rsidP="006C700B">
      <w:pPr>
        <w:spacing w:before="80"/>
        <w:rPr>
          <w:rFonts w:ascii="Times New Roman" w:hAnsi="Times New Roman" w:cs="Times New Roman"/>
          <w:b/>
          <w:sz w:val="16"/>
        </w:rPr>
      </w:pPr>
    </w:p>
    <w:p w14:paraId="6BDF5F94" w14:textId="562DDEF2" w:rsidR="0076717D" w:rsidRDefault="00000000" w:rsidP="006C700B">
      <w:pPr>
        <w:spacing w:before="80"/>
        <w:rPr>
          <w:rFonts w:ascii="Times New Roman" w:hAnsi="Times New Roman" w:cs="Times New Roman"/>
          <w:sz w:val="16"/>
        </w:rPr>
      </w:pPr>
      <w:r w:rsidRPr="006C700B">
        <w:rPr>
          <w:rFonts w:ascii="Times New Roman" w:hAnsi="Times New Roman" w:cs="Times New Roman"/>
          <w:b/>
          <w:sz w:val="16"/>
        </w:rPr>
        <w:t>Notes</w:t>
      </w:r>
      <w:r w:rsidRPr="00DE32B9">
        <w:rPr>
          <w:rFonts w:ascii="Times New Roman" w:hAnsi="Times New Roman" w:cs="Times New Roman"/>
          <w:b/>
          <w:sz w:val="16"/>
          <w:highlight w:val="yellow"/>
        </w:rPr>
        <w:t xml:space="preserve">: </w:t>
      </w:r>
      <w:r w:rsidRPr="00DE32B9">
        <w:rPr>
          <w:rFonts w:ascii="Times New Roman" w:hAnsi="Times New Roman" w:cs="Times New Roman"/>
          <w:sz w:val="16"/>
          <w:highlight w:val="yellow"/>
        </w:rPr>
        <w:t>RT = retention time;</w:t>
      </w:r>
      <w:r w:rsidR="006C700B" w:rsidRPr="00DE32B9">
        <w:rPr>
          <w:rFonts w:ascii="Times New Roman" w:hAnsi="Times New Roman" w:cs="Times New Roman"/>
          <w:sz w:val="16"/>
          <w:highlight w:val="yellow"/>
        </w:rPr>
        <w:t xml:space="preserve"> RI = retention index matched with literature;</w:t>
      </w:r>
      <w:r w:rsidRPr="00DE32B9">
        <w:rPr>
          <w:rFonts w:ascii="Times New Roman" w:hAnsi="Times New Roman" w:cs="Times New Roman"/>
          <w:sz w:val="16"/>
          <w:highlight w:val="yellow"/>
        </w:rPr>
        <w:t xml:space="preserve"> </w:t>
      </w:r>
      <w:r w:rsidR="006C700B" w:rsidRPr="00DE32B9">
        <w:rPr>
          <w:rFonts w:ascii="Times New Roman" w:hAnsi="Times New Roman" w:cs="Times New Roman"/>
          <w:sz w:val="16"/>
          <w:highlight w:val="yellow"/>
        </w:rPr>
        <w:t>AVA = aliphatic volatile alcohol; MH = monoterpene hydrocarbon; OM-alcohol = oxygenated monoterpene alcohol; OM-ketone = oxygenated monoterpene ketone; OM-oxide = oxygenated monoterpene oxide; OM-ester = oxygenated monoterpene ester</w:t>
      </w:r>
      <w:r w:rsidRPr="00DE32B9">
        <w:rPr>
          <w:rFonts w:ascii="Times New Roman" w:hAnsi="Times New Roman" w:cs="Times New Roman"/>
          <w:sz w:val="16"/>
          <w:highlight w:val="yellow"/>
        </w:rPr>
        <w:t xml:space="preserve">. Report area% as </w:t>
      </w:r>
      <w:r w:rsidRPr="00DE32B9">
        <w:rPr>
          <w:rFonts w:ascii="Times New Roman" w:hAnsi="Times New Roman" w:cs="Times New Roman"/>
          <w:sz w:val="16"/>
          <w:szCs w:val="16"/>
          <w:highlight w:val="yellow"/>
        </w:rPr>
        <w:t xml:space="preserve">mean ± SE </w:t>
      </w:r>
      <w:r w:rsidR="006C700B" w:rsidRPr="00DE32B9">
        <w:rPr>
          <w:rFonts w:ascii="Times New Roman" w:hAnsi="Times New Roman" w:cs="Times New Roman"/>
          <w:sz w:val="16"/>
          <w:szCs w:val="16"/>
          <w:highlight w:val="yellow"/>
        </w:rPr>
        <w:t xml:space="preserve">(n = 5); different letters indicate significant differences at </w:t>
      </w:r>
      <w:r w:rsidR="006C700B" w:rsidRPr="00DE32B9">
        <w:rPr>
          <w:rFonts w:ascii="Times New Roman" w:hAnsi="Times New Roman" w:cs="Times New Roman"/>
          <w:i/>
          <w:iCs/>
          <w:sz w:val="16"/>
          <w:szCs w:val="16"/>
          <w:highlight w:val="yellow"/>
        </w:rPr>
        <w:t>p</w:t>
      </w:r>
      <w:r w:rsidR="006C700B" w:rsidRPr="00DE32B9">
        <w:rPr>
          <w:rFonts w:ascii="Times New Roman" w:hAnsi="Times New Roman" w:cs="Times New Roman"/>
          <w:sz w:val="16"/>
          <w:szCs w:val="16"/>
          <w:highlight w:val="yellow"/>
        </w:rPr>
        <w:t xml:space="preserve"> &lt; 0.05.</w:t>
      </w:r>
      <w:r w:rsidRPr="006C700B">
        <w:rPr>
          <w:rFonts w:ascii="Times New Roman" w:hAnsi="Times New Roman" w:cs="Times New Roman"/>
          <w:sz w:val="16"/>
        </w:rPr>
        <w:t xml:space="preserve"> </w:t>
      </w:r>
    </w:p>
    <w:p w14:paraId="2B3A3D29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33C5BD25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501EC262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6453A90D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447299A3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7FB6DAE5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698E3133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6928A341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7D8E4C32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4F92A273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05C5F3C1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22E5470D" w14:textId="07EC7430" w:rsidR="00DE59FD" w:rsidRDefault="004123B8" w:rsidP="006C700B">
      <w:pPr>
        <w:spacing w:before="80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noProof/>
          <w:sz w:val="16"/>
        </w:rPr>
        <w:lastRenderedPageBreak/>
        <w:drawing>
          <wp:inline distT="0" distB="0" distL="0" distR="0" wp14:anchorId="28331B7F" wp14:editId="6EA14DAC">
            <wp:extent cx="4906438" cy="3620135"/>
            <wp:effectExtent l="0" t="0" r="8890" b="0"/>
            <wp:docPr id="11732581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634043" name="Picture 6236340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4268" cy="362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9FD">
        <w:rPr>
          <w:rFonts w:ascii="Times New Roman" w:hAnsi="Times New Roman" w:cs="Times New Roman"/>
          <w:noProof/>
          <w:sz w:val="16"/>
        </w:rPr>
        <w:drawing>
          <wp:inline distT="0" distB="0" distL="0" distR="0" wp14:anchorId="6AD80A8A" wp14:editId="7A343C85">
            <wp:extent cx="4965700" cy="3663861"/>
            <wp:effectExtent l="0" t="0" r="6350" b="0"/>
            <wp:docPr id="13472446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244617" name="Picture 13472446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69497" cy="3666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A6C7F" w14:textId="77777777" w:rsidR="00DE59FD" w:rsidRDefault="00DE59FD" w:rsidP="006C700B">
      <w:pPr>
        <w:spacing w:before="80"/>
        <w:rPr>
          <w:rFonts w:ascii="Times New Roman" w:hAnsi="Times New Roman" w:cs="Times New Roman"/>
          <w:sz w:val="16"/>
        </w:rPr>
      </w:pPr>
    </w:p>
    <w:p w14:paraId="2B2C157C" w14:textId="4AAA618F" w:rsidR="00DE59FD" w:rsidRPr="005D2068" w:rsidRDefault="00547524" w:rsidP="006C700B">
      <w:pPr>
        <w:spacing w:before="80"/>
        <w:rPr>
          <w:rFonts w:ascii="Times New Roman" w:hAnsi="Times New Roman" w:cs="Times New Roman"/>
          <w:sz w:val="22"/>
        </w:rPr>
        <w:sectPr w:rsidR="00DE59FD" w:rsidRPr="005D2068">
          <w:pgSz w:w="16834" w:h="11909" w:orient="landscape"/>
          <w:pgMar w:top="648" w:right="504" w:bottom="648" w:left="504" w:header="720" w:footer="720" w:gutter="0"/>
          <w:cols w:space="720"/>
          <w:docGrid w:linePitch="360"/>
        </w:sectPr>
      </w:pPr>
      <w:r w:rsidRPr="005D2068">
        <w:rPr>
          <w:rFonts w:ascii="Times New Roman" w:hAnsi="Times New Roman" w:cs="Times New Roman"/>
          <w:b/>
          <w:bCs/>
          <w:sz w:val="22"/>
        </w:rPr>
        <w:t xml:space="preserve">Figure </w:t>
      </w:r>
      <w:r w:rsidR="00F45998" w:rsidRPr="005D2068">
        <w:rPr>
          <w:rFonts w:ascii="Times New Roman" w:hAnsi="Times New Roman" w:cs="Times New Roman"/>
          <w:b/>
          <w:bCs/>
          <w:sz w:val="22"/>
        </w:rPr>
        <w:t>S3.</w:t>
      </w:r>
      <w:r w:rsidR="00F45998" w:rsidRPr="005D2068">
        <w:rPr>
          <w:rFonts w:ascii="Times New Roman" w:hAnsi="Times New Roman" w:cs="Times New Roman"/>
          <w:sz w:val="22"/>
        </w:rPr>
        <w:t xml:space="preserve"> </w:t>
      </w:r>
      <w:r w:rsidR="005D2068" w:rsidRPr="005D2068">
        <w:rPr>
          <w:rFonts w:ascii="Times New Roman" w:hAnsi="Times New Roman" w:cs="Times New Roman"/>
          <w:sz w:val="22"/>
        </w:rPr>
        <w:t xml:space="preserve">GCMS chromatograms of active constituents, i.e., citronellol, geraniol, </w:t>
      </w:r>
      <w:proofErr w:type="spellStart"/>
      <w:r w:rsidR="005D2068" w:rsidRPr="005D2068">
        <w:rPr>
          <w:rFonts w:ascii="Times New Roman" w:hAnsi="Times New Roman" w:cs="Times New Roman"/>
          <w:sz w:val="22"/>
        </w:rPr>
        <w:t>citronellyl</w:t>
      </w:r>
      <w:proofErr w:type="spellEnd"/>
      <w:r w:rsidR="005D2068" w:rsidRPr="005D2068">
        <w:rPr>
          <w:rFonts w:ascii="Times New Roman" w:hAnsi="Times New Roman" w:cs="Times New Roman"/>
          <w:sz w:val="22"/>
        </w:rPr>
        <w:t xml:space="preserve"> </w:t>
      </w:r>
      <w:proofErr w:type="spellStart"/>
      <w:r w:rsidR="005D2068" w:rsidRPr="005D2068">
        <w:rPr>
          <w:rFonts w:ascii="Times New Roman" w:hAnsi="Times New Roman" w:cs="Times New Roman"/>
          <w:sz w:val="22"/>
        </w:rPr>
        <w:t>formate</w:t>
      </w:r>
      <w:proofErr w:type="spellEnd"/>
      <w:r w:rsidR="005D2068" w:rsidRPr="005D2068">
        <w:rPr>
          <w:rFonts w:ascii="Times New Roman" w:hAnsi="Times New Roman" w:cs="Times New Roman"/>
          <w:sz w:val="22"/>
        </w:rPr>
        <w:t>, and D-</w:t>
      </w:r>
      <w:proofErr w:type="spellStart"/>
      <w:r w:rsidR="005D2068" w:rsidRPr="005D2068">
        <w:rPr>
          <w:rFonts w:ascii="Times New Roman" w:hAnsi="Times New Roman" w:cs="Times New Roman"/>
          <w:sz w:val="22"/>
        </w:rPr>
        <w:t>isomenthone</w:t>
      </w:r>
      <w:proofErr w:type="spellEnd"/>
      <w:r w:rsidR="005D2068" w:rsidRPr="005D2068">
        <w:rPr>
          <w:rFonts w:ascii="Times New Roman" w:hAnsi="Times New Roman" w:cs="Times New Roman"/>
          <w:sz w:val="22"/>
        </w:rPr>
        <w:t xml:space="preserve"> (A) Cim-Pawan 200 </w:t>
      </w:r>
      <w:proofErr w:type="gramStart"/>
      <w:r w:rsidR="005D2068" w:rsidRPr="005D2068">
        <w:rPr>
          <w:rFonts w:ascii="Times New Roman" w:hAnsi="Times New Roman" w:cs="Times New Roman"/>
          <w:sz w:val="22"/>
        </w:rPr>
        <w:t>mM  NaCl</w:t>
      </w:r>
      <w:proofErr w:type="gramEnd"/>
      <w:r w:rsidR="005D2068" w:rsidRPr="005D2068">
        <w:rPr>
          <w:rFonts w:ascii="Times New Roman" w:hAnsi="Times New Roman" w:cs="Times New Roman"/>
          <w:sz w:val="22"/>
        </w:rPr>
        <w:t>, (B) CIM-Bharat 200 mM NaCl.</w:t>
      </w:r>
    </w:p>
    <w:p w14:paraId="2E422ACB" w14:textId="5EBC83C8" w:rsidR="00BC2CC6" w:rsidRPr="00BC2CC6" w:rsidRDefault="00BC2CC6" w:rsidP="00BC2CC6">
      <w:pPr>
        <w:rPr>
          <w:rFonts w:ascii="Times New Roman" w:hAnsi="Times New Roman" w:cs="Times New Roman"/>
          <w:sz w:val="22"/>
        </w:rPr>
      </w:pPr>
      <w:r w:rsidRPr="00BC2CC6">
        <w:rPr>
          <w:rFonts w:ascii="Times New Roman" w:hAnsi="Times New Roman" w:cs="Times New Roman"/>
          <w:b/>
          <w:bCs/>
          <w:sz w:val="22"/>
        </w:rPr>
        <w:lastRenderedPageBreak/>
        <w:t>Table S5.</w:t>
      </w:r>
      <w:r w:rsidRPr="00BC2CC6">
        <w:rPr>
          <w:rFonts w:ascii="Times New Roman" w:hAnsi="Times New Roman" w:cs="Times New Roman"/>
          <w:sz w:val="22"/>
        </w:rPr>
        <w:t xml:space="preserve"> Two-way ANOVA summary for the effects of salinity, cultivar, and their interaction on biochemical parameters of </w:t>
      </w:r>
      <w:r w:rsidRPr="00BC2CC6">
        <w:rPr>
          <w:rFonts w:ascii="Times New Roman" w:hAnsi="Times New Roman" w:cs="Times New Roman"/>
          <w:i/>
          <w:iCs/>
          <w:sz w:val="22"/>
        </w:rPr>
        <w:t>Pelargonium graveolens</w:t>
      </w:r>
      <w:r w:rsidRPr="00BC2CC6">
        <w:rPr>
          <w:rFonts w:ascii="Times New Roman" w:hAnsi="Times New Roman" w:cs="Times New Roman"/>
          <w:sz w:val="22"/>
        </w:rPr>
        <w:t>.</w:t>
      </w:r>
    </w:p>
    <w:tbl>
      <w:tblPr>
        <w:tblStyle w:val="MediumList1"/>
        <w:tblpPr w:leftFromText="180" w:rightFromText="180" w:vertAnchor="page" w:horzAnchor="margin" w:tblpY="2131"/>
        <w:tblW w:w="9350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C2CC6" w:rsidRPr="009E4248" w14:paraId="1C15382F" w14:textId="77777777" w:rsidTr="00BC2C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041CC6F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2337" w:type="dxa"/>
          </w:tcPr>
          <w:p w14:paraId="474C7BFD" w14:textId="77777777" w:rsidR="00BC2CC6" w:rsidRPr="009E4248" w:rsidRDefault="00BC2CC6" w:rsidP="00BC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Salinity</w:t>
            </w:r>
          </w:p>
        </w:tc>
        <w:tc>
          <w:tcPr>
            <w:tcW w:w="2338" w:type="dxa"/>
          </w:tcPr>
          <w:p w14:paraId="5C3D858E" w14:textId="77777777" w:rsidR="00BC2CC6" w:rsidRPr="009E4248" w:rsidRDefault="00BC2CC6" w:rsidP="00BC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Cultivar</w:t>
            </w:r>
          </w:p>
        </w:tc>
        <w:tc>
          <w:tcPr>
            <w:tcW w:w="2338" w:type="dxa"/>
          </w:tcPr>
          <w:p w14:paraId="3F3980F6" w14:textId="77777777" w:rsidR="00BC2CC6" w:rsidRPr="009E4248" w:rsidRDefault="00BC2CC6" w:rsidP="00BC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salinity × Cultivar</w:t>
            </w:r>
          </w:p>
        </w:tc>
      </w:tr>
      <w:tr w:rsidR="00BC2CC6" w:rsidRPr="009E4248" w14:paraId="764F36A2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75191C3E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Total chlorophyll</w:t>
            </w:r>
          </w:p>
        </w:tc>
        <w:tc>
          <w:tcPr>
            <w:tcW w:w="2337" w:type="dxa"/>
            <w:shd w:val="clear" w:color="auto" w:fill="auto"/>
          </w:tcPr>
          <w:p w14:paraId="5F5D6710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1D47CA6C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662D6381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BC2CC6" w:rsidRPr="009E4248" w14:paraId="42F11D80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7EFDED5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Carotenoid</w:t>
            </w:r>
          </w:p>
        </w:tc>
        <w:tc>
          <w:tcPr>
            <w:tcW w:w="2337" w:type="dxa"/>
          </w:tcPr>
          <w:p w14:paraId="2844867E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67E865F0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599BA40B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2E1B10ED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370599BB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Fv</w:t>
            </w:r>
            <w:proofErr w:type="spellEnd"/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/Fm</w:t>
            </w:r>
          </w:p>
        </w:tc>
        <w:tc>
          <w:tcPr>
            <w:tcW w:w="2337" w:type="dxa"/>
            <w:shd w:val="clear" w:color="auto" w:fill="auto"/>
          </w:tcPr>
          <w:p w14:paraId="6CE779CA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073838F1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12ED2116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245D298F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F6515F5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9E42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P</w:t>
            </w:r>
          </w:p>
        </w:tc>
        <w:tc>
          <w:tcPr>
            <w:tcW w:w="2337" w:type="dxa"/>
          </w:tcPr>
          <w:p w14:paraId="44084B3E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0D3B714D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3C766067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605CAACE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25101A22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NPQ</w:t>
            </w:r>
          </w:p>
        </w:tc>
        <w:tc>
          <w:tcPr>
            <w:tcW w:w="2337" w:type="dxa"/>
            <w:shd w:val="clear" w:color="auto" w:fill="auto"/>
          </w:tcPr>
          <w:p w14:paraId="75C75341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7AD1DAB2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5FBFE90E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476683D6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E11902E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ΦNPQ</w:t>
            </w:r>
          </w:p>
        </w:tc>
        <w:tc>
          <w:tcPr>
            <w:tcW w:w="2337" w:type="dxa"/>
          </w:tcPr>
          <w:p w14:paraId="62D50B67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22234E54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3F80B32C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7D172F96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42DC9550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ΦNO</w:t>
            </w:r>
          </w:p>
        </w:tc>
        <w:tc>
          <w:tcPr>
            <w:tcW w:w="2337" w:type="dxa"/>
            <w:shd w:val="clear" w:color="auto" w:fill="auto"/>
          </w:tcPr>
          <w:p w14:paraId="2358FF79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284D7D88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3FD58334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6D65A82C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D899B8E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H₂O₂ content</w:t>
            </w:r>
          </w:p>
        </w:tc>
        <w:tc>
          <w:tcPr>
            <w:tcW w:w="2337" w:type="dxa"/>
          </w:tcPr>
          <w:p w14:paraId="23217F6A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5721BD7A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446EE576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47BD0F81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6FF184AF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O₂•⁻ content</w:t>
            </w:r>
          </w:p>
        </w:tc>
        <w:tc>
          <w:tcPr>
            <w:tcW w:w="2337" w:type="dxa"/>
            <w:shd w:val="clear" w:color="auto" w:fill="auto"/>
          </w:tcPr>
          <w:p w14:paraId="1F7C3293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7AACF4C2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5836C1FE" w14:textId="77777777" w:rsidR="00BC2CC6" w:rsidRPr="009E4248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78081C5F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B08A6B9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48">
              <w:rPr>
                <w:rFonts w:ascii="Times New Roman" w:hAnsi="Times New Roman" w:cs="Times New Roman"/>
                <w:sz w:val="24"/>
                <w:szCs w:val="24"/>
              </w:rPr>
              <w:t>MDA content</w:t>
            </w:r>
          </w:p>
        </w:tc>
        <w:tc>
          <w:tcPr>
            <w:tcW w:w="2337" w:type="dxa"/>
          </w:tcPr>
          <w:p w14:paraId="55F0DF66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14B71DE1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500201B3" w14:textId="77777777" w:rsidR="00BC2CC6" w:rsidRPr="009E4248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54E6FD9F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6A355B60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RWC</w:t>
            </w:r>
          </w:p>
        </w:tc>
        <w:tc>
          <w:tcPr>
            <w:tcW w:w="2337" w:type="dxa"/>
            <w:shd w:val="clear" w:color="auto" w:fill="auto"/>
          </w:tcPr>
          <w:p w14:paraId="1BFF5D40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2EA91EE4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2912E4F9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3204D735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C9C9C72" w14:textId="77777777" w:rsidR="00BC2CC6" w:rsidRPr="005F33AA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AA">
              <w:rPr>
                <w:rFonts w:ascii="Times New Roman" w:hAnsi="Times New Roman" w:cs="Times New Roman"/>
                <w:sz w:val="24"/>
                <w:szCs w:val="24"/>
              </w:rPr>
              <w:t>Electrolyte leakage</w:t>
            </w:r>
          </w:p>
        </w:tc>
        <w:tc>
          <w:tcPr>
            <w:tcW w:w="2337" w:type="dxa"/>
          </w:tcPr>
          <w:p w14:paraId="5F2A9987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0050C144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3512EC6D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49FD8BB1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7EC0EAA9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Proline</w:t>
            </w:r>
          </w:p>
        </w:tc>
        <w:tc>
          <w:tcPr>
            <w:tcW w:w="2337" w:type="dxa"/>
            <w:shd w:val="clear" w:color="auto" w:fill="auto"/>
          </w:tcPr>
          <w:p w14:paraId="49F75080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2FD82920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12AE7650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3E645451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EE4DAB9" w14:textId="77777777" w:rsidR="00BC2CC6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soluble sugars</w:t>
            </w:r>
          </w:p>
        </w:tc>
        <w:tc>
          <w:tcPr>
            <w:tcW w:w="2337" w:type="dxa"/>
          </w:tcPr>
          <w:p w14:paraId="4CA7A161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55E6EC97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170F3B58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5A408934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2A038DDB" w14:textId="77777777" w:rsidR="00BC2CC6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polyphenol content</w:t>
            </w:r>
          </w:p>
        </w:tc>
        <w:tc>
          <w:tcPr>
            <w:tcW w:w="2337" w:type="dxa"/>
            <w:shd w:val="clear" w:color="auto" w:fill="auto"/>
          </w:tcPr>
          <w:p w14:paraId="6565C9A5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0CF5BCE6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4A5C83FE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62056CA3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8DC793D" w14:textId="77777777" w:rsidR="00BC2CC6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Flavonoid content</w:t>
            </w:r>
          </w:p>
        </w:tc>
        <w:tc>
          <w:tcPr>
            <w:tcW w:w="2337" w:type="dxa"/>
          </w:tcPr>
          <w:p w14:paraId="3D2401D6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29673F24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78EE1E18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5B38D7B0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0525950A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</w:t>
            </w:r>
          </w:p>
        </w:tc>
        <w:tc>
          <w:tcPr>
            <w:tcW w:w="2337" w:type="dxa"/>
            <w:shd w:val="clear" w:color="auto" w:fill="auto"/>
          </w:tcPr>
          <w:p w14:paraId="0DD362B9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017F0EA1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0260EB8B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65FC719A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EB75603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</w:t>
            </w:r>
          </w:p>
        </w:tc>
        <w:tc>
          <w:tcPr>
            <w:tcW w:w="2337" w:type="dxa"/>
          </w:tcPr>
          <w:p w14:paraId="4A6B7EDD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18EED2F5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1D1FBF59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45376EA7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209F0A99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APX</w:t>
            </w:r>
          </w:p>
        </w:tc>
        <w:tc>
          <w:tcPr>
            <w:tcW w:w="2337" w:type="dxa"/>
            <w:shd w:val="clear" w:color="auto" w:fill="auto"/>
          </w:tcPr>
          <w:p w14:paraId="10664768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3ECE209F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04C64450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9E4248" w14:paraId="2D358901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A9CE258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MDHAR</w:t>
            </w:r>
          </w:p>
        </w:tc>
        <w:tc>
          <w:tcPr>
            <w:tcW w:w="2337" w:type="dxa"/>
          </w:tcPr>
          <w:p w14:paraId="6FA43676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09CA4DAC" w14:textId="77777777" w:rsidR="00BC2CC6" w:rsidRDefault="00BC2CC6" w:rsidP="00BC2CC6">
            <w:pPr>
              <w:tabs>
                <w:tab w:val="left" w:pos="5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31127C41" w14:textId="77777777" w:rsidR="00BC2CC6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BC2CC6" w:rsidRPr="009E4248" w14:paraId="53E3356C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79D5B876" w14:textId="77777777" w:rsidR="00BC2CC6" w:rsidRPr="009E4248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DHAR</w:t>
            </w:r>
          </w:p>
        </w:tc>
        <w:tc>
          <w:tcPr>
            <w:tcW w:w="2337" w:type="dxa"/>
            <w:shd w:val="clear" w:color="auto" w:fill="auto"/>
          </w:tcPr>
          <w:p w14:paraId="1712838D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3C4D754A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02997326" w14:textId="77777777" w:rsidR="00BC2CC6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5F33AA" w14:paraId="3160E47F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E85480D" w14:textId="77777777" w:rsidR="00BC2CC6" w:rsidRPr="005F33AA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AA">
              <w:rPr>
                <w:rFonts w:ascii="Times New Roman" w:hAnsi="Times New Roman" w:cs="Times New Roman"/>
                <w:sz w:val="24"/>
                <w:szCs w:val="24"/>
              </w:rPr>
              <w:t>K⁺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</w:tcPr>
          <w:p w14:paraId="6A2A0711" w14:textId="77777777" w:rsidR="00BC2CC6" w:rsidRPr="005F33AA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695E0A0A" w14:textId="77777777" w:rsidR="00BC2CC6" w:rsidRPr="005F33AA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57B40CEE" w14:textId="77777777" w:rsidR="00BC2CC6" w:rsidRPr="005F33AA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5F33AA" w14:paraId="7EBF34F0" w14:textId="77777777" w:rsidTr="00BC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6D2AB466" w14:textId="77777777" w:rsidR="00BC2CC6" w:rsidRPr="005F33AA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AA">
              <w:rPr>
                <w:rFonts w:ascii="Times New Roman" w:hAnsi="Times New Roman" w:cs="Times New Roman"/>
                <w:sz w:val="24"/>
                <w:szCs w:val="24"/>
              </w:rPr>
              <w:t>Na⁺</w:t>
            </w:r>
          </w:p>
        </w:tc>
        <w:tc>
          <w:tcPr>
            <w:tcW w:w="2337" w:type="dxa"/>
            <w:shd w:val="clear" w:color="auto" w:fill="auto"/>
          </w:tcPr>
          <w:p w14:paraId="1A57AC36" w14:textId="77777777" w:rsidR="00BC2CC6" w:rsidRPr="005F33AA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30765089" w14:textId="77777777" w:rsidR="00BC2CC6" w:rsidRPr="005F33AA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  <w:shd w:val="clear" w:color="auto" w:fill="auto"/>
          </w:tcPr>
          <w:p w14:paraId="45FC6518" w14:textId="77777777" w:rsidR="00BC2CC6" w:rsidRPr="005F33AA" w:rsidRDefault="00BC2CC6" w:rsidP="00BC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2CC6" w:rsidRPr="005F33AA" w14:paraId="2FE42718" w14:textId="77777777" w:rsidTr="00BC2C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85ED89F" w14:textId="77777777" w:rsidR="00BC2CC6" w:rsidRPr="005F33AA" w:rsidRDefault="00BC2CC6" w:rsidP="00BC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3AA">
              <w:rPr>
                <w:rFonts w:ascii="Times New Roman" w:hAnsi="Times New Roman" w:cs="Times New Roman"/>
                <w:sz w:val="24"/>
                <w:szCs w:val="24"/>
              </w:rPr>
              <w:t>K⁺/Na⁺</w:t>
            </w:r>
          </w:p>
        </w:tc>
        <w:tc>
          <w:tcPr>
            <w:tcW w:w="2337" w:type="dxa"/>
          </w:tcPr>
          <w:p w14:paraId="39A901F0" w14:textId="77777777" w:rsidR="00BC2CC6" w:rsidRPr="005F33AA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338" w:type="dxa"/>
          </w:tcPr>
          <w:p w14:paraId="23BC142E" w14:textId="77777777" w:rsidR="00BC2CC6" w:rsidRPr="005F33AA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338" w:type="dxa"/>
          </w:tcPr>
          <w:p w14:paraId="015EE0D6" w14:textId="77777777" w:rsidR="00BC2CC6" w:rsidRPr="005F33AA" w:rsidRDefault="00BC2CC6" w:rsidP="00BC2C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14:paraId="65620A6E" w14:textId="77777777" w:rsidR="00BC2CC6" w:rsidRDefault="00BC2CC6" w:rsidP="00BC2CC6"/>
    <w:p w14:paraId="5D96D36A" w14:textId="77777777" w:rsidR="00BC2CC6" w:rsidRDefault="00BC2CC6" w:rsidP="00AA633B">
      <w:pPr>
        <w:jc w:val="center"/>
      </w:pPr>
    </w:p>
    <w:p w14:paraId="7C1E934A" w14:textId="77777777" w:rsidR="00610906" w:rsidRPr="00610906" w:rsidRDefault="00610906" w:rsidP="00610906"/>
    <w:p w14:paraId="2E5A6DD5" w14:textId="77777777" w:rsidR="00610906" w:rsidRPr="00610906" w:rsidRDefault="00610906" w:rsidP="00610906"/>
    <w:p w14:paraId="16B102D1" w14:textId="77777777" w:rsidR="00610906" w:rsidRPr="00610906" w:rsidRDefault="00610906" w:rsidP="00610906"/>
    <w:p w14:paraId="0188D5DE" w14:textId="77777777" w:rsidR="00610906" w:rsidRPr="00610906" w:rsidRDefault="00610906" w:rsidP="00610906"/>
    <w:p w14:paraId="7341E6EA" w14:textId="77777777" w:rsidR="00610906" w:rsidRPr="00610906" w:rsidRDefault="00610906" w:rsidP="00610906"/>
    <w:p w14:paraId="5CAB373A" w14:textId="77777777" w:rsidR="00610906" w:rsidRPr="00610906" w:rsidRDefault="00610906" w:rsidP="00610906"/>
    <w:p w14:paraId="58A4A083" w14:textId="77777777" w:rsidR="00610906" w:rsidRPr="00610906" w:rsidRDefault="00610906" w:rsidP="00610906"/>
    <w:p w14:paraId="4D95E539" w14:textId="77777777" w:rsidR="00610906" w:rsidRPr="00610906" w:rsidRDefault="00610906" w:rsidP="00610906"/>
    <w:p w14:paraId="11A2E974" w14:textId="77777777" w:rsidR="00610906" w:rsidRPr="00610906" w:rsidRDefault="00610906" w:rsidP="00610906"/>
    <w:p w14:paraId="6237EFE8" w14:textId="77777777" w:rsidR="00610906" w:rsidRPr="00610906" w:rsidRDefault="00610906" w:rsidP="00610906"/>
    <w:p w14:paraId="474F2283" w14:textId="77777777" w:rsidR="00610906" w:rsidRPr="00610906" w:rsidRDefault="00610906" w:rsidP="00610906"/>
    <w:p w14:paraId="0E4B1B70" w14:textId="77777777" w:rsidR="00610906" w:rsidRPr="00610906" w:rsidRDefault="00610906" w:rsidP="00610906"/>
    <w:p w14:paraId="29AD52AD" w14:textId="77777777" w:rsidR="00610906" w:rsidRPr="00610906" w:rsidRDefault="00610906" w:rsidP="00610906"/>
    <w:p w14:paraId="14A853FA" w14:textId="77777777" w:rsidR="00610906" w:rsidRPr="00610906" w:rsidRDefault="00610906" w:rsidP="00610906"/>
    <w:p w14:paraId="5A62123E" w14:textId="77777777" w:rsidR="00610906" w:rsidRPr="00610906" w:rsidRDefault="00610906" w:rsidP="00610906"/>
    <w:p w14:paraId="0B9F0B3B" w14:textId="77777777" w:rsidR="00610906" w:rsidRPr="00610906" w:rsidRDefault="00610906" w:rsidP="00610906"/>
    <w:p w14:paraId="65ED70C3" w14:textId="5E43D364" w:rsidR="00610906" w:rsidRPr="00600A00" w:rsidRDefault="0039038B" w:rsidP="00610906">
      <w:pPr>
        <w:rPr>
          <w:sz w:val="20"/>
          <w:szCs w:val="20"/>
        </w:rPr>
      </w:pPr>
      <w:r w:rsidRPr="00600A00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600A00">
        <w:rPr>
          <w:rFonts w:ascii="Times New Roman" w:hAnsi="Times New Roman" w:cs="Times New Roman"/>
          <w:sz w:val="20"/>
          <w:szCs w:val="20"/>
        </w:rPr>
        <w:t xml:space="preserve"> ns, nonsignificant; *, p &lt; 0.05; **, p &lt; 0.01; ***, p &lt; 0.001.</w:t>
      </w:r>
    </w:p>
    <w:p w14:paraId="1C9CCED9" w14:textId="77777777" w:rsidR="00610906" w:rsidRDefault="00610906" w:rsidP="00610906"/>
    <w:p w14:paraId="21E0D225" w14:textId="77777777" w:rsidR="00610906" w:rsidRDefault="00610906" w:rsidP="00610906"/>
    <w:p w14:paraId="1EF3DF54" w14:textId="61A7A7A1" w:rsidR="00610906" w:rsidRDefault="00610906" w:rsidP="00610906">
      <w:pPr>
        <w:tabs>
          <w:tab w:val="left" w:pos="3220"/>
        </w:tabs>
      </w:pPr>
    </w:p>
    <w:p w14:paraId="4CA822EA" w14:textId="77777777" w:rsidR="00610906" w:rsidRPr="00610906" w:rsidRDefault="00610906" w:rsidP="00610906">
      <w:pPr>
        <w:tabs>
          <w:tab w:val="left" w:pos="3220"/>
        </w:tabs>
      </w:pPr>
    </w:p>
    <w:sectPr w:rsidR="00610906" w:rsidRPr="00610906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0539755">
    <w:abstractNumId w:val="8"/>
  </w:num>
  <w:num w:numId="2" w16cid:durableId="992565257">
    <w:abstractNumId w:val="6"/>
  </w:num>
  <w:num w:numId="3" w16cid:durableId="390227694">
    <w:abstractNumId w:val="5"/>
  </w:num>
  <w:num w:numId="4" w16cid:durableId="1326737108">
    <w:abstractNumId w:val="4"/>
  </w:num>
  <w:num w:numId="5" w16cid:durableId="393771427">
    <w:abstractNumId w:val="7"/>
  </w:num>
  <w:num w:numId="6" w16cid:durableId="233514206">
    <w:abstractNumId w:val="3"/>
  </w:num>
  <w:num w:numId="7" w16cid:durableId="1843618411">
    <w:abstractNumId w:val="2"/>
  </w:num>
  <w:num w:numId="8" w16cid:durableId="2062097428">
    <w:abstractNumId w:val="1"/>
  </w:num>
  <w:num w:numId="9" w16cid:durableId="983582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tyleGuidePreference" w:val="-1"/>
    <w:docVar w:name="TrinkaDocId" w:val="9c7f8cf6-4471-41dd-a47d-d5c7b74cc07f"/>
  </w:docVars>
  <w:rsids>
    <w:rsidRoot w:val="00B47730"/>
    <w:rsid w:val="000150EF"/>
    <w:rsid w:val="00034616"/>
    <w:rsid w:val="0006063C"/>
    <w:rsid w:val="000666F9"/>
    <w:rsid w:val="000A6CBD"/>
    <w:rsid w:val="000D711E"/>
    <w:rsid w:val="000E5AEC"/>
    <w:rsid w:val="0015074B"/>
    <w:rsid w:val="00154271"/>
    <w:rsid w:val="001743D5"/>
    <w:rsid w:val="001906ED"/>
    <w:rsid w:val="001B54EF"/>
    <w:rsid w:val="00225F69"/>
    <w:rsid w:val="00231494"/>
    <w:rsid w:val="0026562A"/>
    <w:rsid w:val="0029639D"/>
    <w:rsid w:val="002C2045"/>
    <w:rsid w:val="002C64CC"/>
    <w:rsid w:val="00326F90"/>
    <w:rsid w:val="003371D1"/>
    <w:rsid w:val="00347371"/>
    <w:rsid w:val="00361A44"/>
    <w:rsid w:val="0038714A"/>
    <w:rsid w:val="0039038B"/>
    <w:rsid w:val="003A3220"/>
    <w:rsid w:val="003B7D48"/>
    <w:rsid w:val="004050BE"/>
    <w:rsid w:val="004123B8"/>
    <w:rsid w:val="00416A83"/>
    <w:rsid w:val="00424581"/>
    <w:rsid w:val="004418FE"/>
    <w:rsid w:val="004577B0"/>
    <w:rsid w:val="004B3B57"/>
    <w:rsid w:val="004C6EB6"/>
    <w:rsid w:val="004F01F2"/>
    <w:rsid w:val="00536721"/>
    <w:rsid w:val="00547524"/>
    <w:rsid w:val="005A744D"/>
    <w:rsid w:val="005C64DA"/>
    <w:rsid w:val="005D2068"/>
    <w:rsid w:val="005E1F3F"/>
    <w:rsid w:val="00600A00"/>
    <w:rsid w:val="00610906"/>
    <w:rsid w:val="00632BA6"/>
    <w:rsid w:val="006C700B"/>
    <w:rsid w:val="00744F42"/>
    <w:rsid w:val="00764122"/>
    <w:rsid w:val="00766F2C"/>
    <w:rsid w:val="0076717D"/>
    <w:rsid w:val="0077760E"/>
    <w:rsid w:val="007B3D27"/>
    <w:rsid w:val="007C1DE1"/>
    <w:rsid w:val="007D447F"/>
    <w:rsid w:val="00804115"/>
    <w:rsid w:val="00806557"/>
    <w:rsid w:val="00865A6C"/>
    <w:rsid w:val="0087537E"/>
    <w:rsid w:val="00895C09"/>
    <w:rsid w:val="008A2375"/>
    <w:rsid w:val="008F5E19"/>
    <w:rsid w:val="00904240"/>
    <w:rsid w:val="009279F1"/>
    <w:rsid w:val="00933945"/>
    <w:rsid w:val="009758C9"/>
    <w:rsid w:val="009A7D1C"/>
    <w:rsid w:val="009B5D36"/>
    <w:rsid w:val="00A008F1"/>
    <w:rsid w:val="00A312CA"/>
    <w:rsid w:val="00A46323"/>
    <w:rsid w:val="00A644EF"/>
    <w:rsid w:val="00A8268B"/>
    <w:rsid w:val="00A945E9"/>
    <w:rsid w:val="00AA1D8D"/>
    <w:rsid w:val="00AA633B"/>
    <w:rsid w:val="00AC797C"/>
    <w:rsid w:val="00B03CFC"/>
    <w:rsid w:val="00B03F56"/>
    <w:rsid w:val="00B1649F"/>
    <w:rsid w:val="00B47730"/>
    <w:rsid w:val="00B659BC"/>
    <w:rsid w:val="00B712AB"/>
    <w:rsid w:val="00BA000D"/>
    <w:rsid w:val="00BC2CC6"/>
    <w:rsid w:val="00C33A75"/>
    <w:rsid w:val="00C415EF"/>
    <w:rsid w:val="00C44ADB"/>
    <w:rsid w:val="00C96F47"/>
    <w:rsid w:val="00CB0664"/>
    <w:rsid w:val="00DE32B9"/>
    <w:rsid w:val="00DE59FD"/>
    <w:rsid w:val="00E22BCB"/>
    <w:rsid w:val="00E41C6A"/>
    <w:rsid w:val="00E759C0"/>
    <w:rsid w:val="00E77E66"/>
    <w:rsid w:val="00E831E8"/>
    <w:rsid w:val="00E958E6"/>
    <w:rsid w:val="00EA2F49"/>
    <w:rsid w:val="00EE262A"/>
    <w:rsid w:val="00EE4B26"/>
    <w:rsid w:val="00F209C6"/>
    <w:rsid w:val="00F24BB3"/>
    <w:rsid w:val="00F45998"/>
    <w:rsid w:val="00F52D46"/>
    <w:rsid w:val="00F57C2B"/>
    <w:rsid w:val="00F64D94"/>
    <w:rsid w:val="00FC693F"/>
    <w:rsid w:val="00FD5C27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2CC8D8"/>
  <w14:defaultImageDpi w14:val="300"/>
  <w15:docId w15:val="{5B14D62A-0163-4875-BD22-DE989FF7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3A3220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EA2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2F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2F4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2F49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C2C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epandey251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m6367@myamu.ac.i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Ekta pandey</cp:lastModifiedBy>
  <cp:revision>4</cp:revision>
  <dcterms:created xsi:type="dcterms:W3CDTF">2026-07-12T10:50:00Z</dcterms:created>
  <dcterms:modified xsi:type="dcterms:W3CDTF">2026-07-27T18:59:00Z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0ecd82c1-bcf2-4705-b144-a52aa768e1c7</vt:lpwstr>
  </property>
</Properties>
</file>