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e"/>
        <w:tblW w:w="0" w:type="auto"/>
        <w:tblLook w:val="04A0" w:firstRow="1" w:lastRow="0" w:firstColumn="1" w:lastColumn="0" w:noHBand="0" w:noVBand="1"/>
      </w:tblPr>
      <w:tblGrid>
        <w:gridCol w:w="12240"/>
      </w:tblGrid>
      <w:tr w:rsidR="005366C8" w14:paraId="66D8DBEA" w14:textId="77777777" w:rsidTr="00BE5905">
        <w:tc>
          <w:tcPr>
            <w:tcW w:w="12240" w:type="dxa"/>
            <w:tcBorders>
              <w:top w:val="nil"/>
              <w:left w:val="nil"/>
              <w:right w:val="nil"/>
            </w:tcBorders>
          </w:tcPr>
          <w:p w14:paraId="05A0047D" w14:textId="68D93AD9" w:rsidR="005366C8" w:rsidRPr="009C5620" w:rsidRDefault="001A68C8">
            <w:pPr>
              <w:rPr>
                <w:b/>
                <w:bCs/>
                <w:lang w:eastAsia="ja-JP"/>
              </w:rPr>
            </w:pPr>
            <w:r w:rsidRPr="001A68C8">
              <w:rPr>
                <w:b/>
                <w:bCs/>
                <w:lang w:eastAsia="ja-JP"/>
              </w:rPr>
              <w:t xml:space="preserve">Additional </w:t>
            </w:r>
            <w:r w:rsidR="00FA1298">
              <w:rPr>
                <w:rFonts w:hint="eastAsia"/>
                <w:b/>
                <w:bCs/>
                <w:lang w:eastAsia="ja-JP"/>
              </w:rPr>
              <w:t>F</w:t>
            </w:r>
            <w:r w:rsidRPr="001A68C8">
              <w:rPr>
                <w:b/>
                <w:bCs/>
                <w:lang w:eastAsia="ja-JP"/>
              </w:rPr>
              <w:t xml:space="preserve">ile </w:t>
            </w:r>
            <w:r>
              <w:rPr>
                <w:rFonts w:hint="eastAsia"/>
                <w:b/>
                <w:bCs/>
                <w:lang w:eastAsia="ja-JP"/>
              </w:rPr>
              <w:t>1</w:t>
            </w:r>
            <w:r w:rsidR="00B02053">
              <w:rPr>
                <w:rFonts w:hint="eastAsia"/>
                <w:b/>
                <w:bCs/>
                <w:lang w:eastAsia="ja-JP"/>
              </w:rPr>
              <w:t xml:space="preserve"> </w:t>
            </w:r>
            <w:r w:rsidR="00CA5825" w:rsidRPr="001A68C8">
              <w:rPr>
                <w:lang w:eastAsia="ja-JP"/>
              </w:rPr>
              <w:t>Full search terms</w:t>
            </w:r>
          </w:p>
        </w:tc>
      </w:tr>
    </w:tbl>
    <w:p w14:paraId="4AAA2106" w14:textId="241F8D58" w:rsidR="00B02053" w:rsidRDefault="00B02053" w:rsidP="00B02053">
      <w:pPr>
        <w:rPr>
          <w:lang w:eastAsia="ja-JP"/>
        </w:rPr>
      </w:pPr>
      <w:r>
        <w:rPr>
          <w:lang w:eastAsia="ja-JP"/>
        </w:rPr>
        <w:t>PubMed</w:t>
      </w:r>
    </w:p>
    <w:p w14:paraId="50247584" w14:textId="3E5009FE" w:rsidR="00B02053" w:rsidRDefault="00B02053" w:rsidP="00B02053">
      <w:pPr>
        <w:rPr>
          <w:lang w:eastAsia="ja-JP"/>
        </w:rPr>
      </w:pPr>
      <w:r>
        <w:rPr>
          <w:lang w:eastAsia="ja-JP"/>
        </w:rPr>
        <w:t>(("Pregnancy"[</w:t>
      </w:r>
      <w:proofErr w:type="spellStart"/>
      <w:r>
        <w:rPr>
          <w:lang w:eastAsia="ja-JP"/>
        </w:rPr>
        <w:t>MeSH</w:t>
      </w:r>
      <w:proofErr w:type="spellEnd"/>
      <w:r>
        <w:rPr>
          <w:lang w:eastAsia="ja-JP"/>
        </w:rPr>
        <w:t xml:space="preserve"> Terms] OR "Pregnancy Complications"[</w:t>
      </w:r>
      <w:proofErr w:type="spellStart"/>
      <w:r>
        <w:rPr>
          <w:lang w:eastAsia="ja-JP"/>
        </w:rPr>
        <w:t>MeSH</w:t>
      </w:r>
      <w:proofErr w:type="spellEnd"/>
      <w:r>
        <w:rPr>
          <w:lang w:eastAsia="ja-JP"/>
        </w:rPr>
        <w:t xml:space="preserve"> Terms] OR "Pregnant Women"[</w:t>
      </w:r>
      <w:proofErr w:type="spellStart"/>
      <w:r>
        <w:rPr>
          <w:lang w:eastAsia="ja-JP"/>
        </w:rPr>
        <w:t>MeSH</w:t>
      </w:r>
      <w:proofErr w:type="spellEnd"/>
      <w:r>
        <w:rPr>
          <w:lang w:eastAsia="ja-JP"/>
        </w:rPr>
        <w:t xml:space="preserve"> Terms] OR "Maternal Health Services"[</w:t>
      </w:r>
      <w:proofErr w:type="spellStart"/>
      <w:r>
        <w:rPr>
          <w:lang w:eastAsia="ja-JP"/>
        </w:rPr>
        <w:t>MeSH</w:t>
      </w:r>
      <w:proofErr w:type="spellEnd"/>
      <w:r>
        <w:rPr>
          <w:lang w:eastAsia="ja-JP"/>
        </w:rPr>
        <w:t xml:space="preserve"> Terms] OR pregnancy[</w:t>
      </w:r>
      <w:proofErr w:type="spellStart"/>
      <w:r>
        <w:rPr>
          <w:lang w:eastAsia="ja-JP"/>
        </w:rPr>
        <w:t>tiab</w:t>
      </w:r>
      <w:proofErr w:type="spellEnd"/>
      <w:r>
        <w:rPr>
          <w:lang w:eastAsia="ja-JP"/>
        </w:rPr>
        <w:t>] OR pregnant[</w:t>
      </w:r>
      <w:proofErr w:type="spellStart"/>
      <w:r>
        <w:rPr>
          <w:lang w:eastAsia="ja-JP"/>
        </w:rPr>
        <w:t>tiab</w:t>
      </w:r>
      <w:proofErr w:type="spellEnd"/>
      <w:r>
        <w:rPr>
          <w:lang w:eastAsia="ja-JP"/>
        </w:rPr>
        <w:t>] OR maternal[</w:t>
      </w:r>
      <w:proofErr w:type="spellStart"/>
      <w:r>
        <w:rPr>
          <w:lang w:eastAsia="ja-JP"/>
        </w:rPr>
        <w:t>tiab</w:t>
      </w:r>
      <w:proofErr w:type="spellEnd"/>
      <w:r>
        <w:rPr>
          <w:lang w:eastAsia="ja-JP"/>
        </w:rPr>
        <w:t>] OR peripartum[</w:t>
      </w:r>
      <w:proofErr w:type="spellStart"/>
      <w:r>
        <w:rPr>
          <w:lang w:eastAsia="ja-JP"/>
        </w:rPr>
        <w:t>tiab</w:t>
      </w:r>
      <w:proofErr w:type="spellEnd"/>
      <w:r>
        <w:rPr>
          <w:lang w:eastAsia="ja-JP"/>
        </w:rPr>
        <w:t>] OR prenatal[</w:t>
      </w:r>
      <w:proofErr w:type="spellStart"/>
      <w:r>
        <w:rPr>
          <w:lang w:eastAsia="ja-JP"/>
        </w:rPr>
        <w:t>tiab</w:t>
      </w:r>
      <w:proofErr w:type="spellEnd"/>
      <w:r>
        <w:rPr>
          <w:lang w:eastAsia="ja-JP"/>
        </w:rPr>
        <w:t>] OR antenatal[</w:t>
      </w:r>
      <w:proofErr w:type="spellStart"/>
      <w:r>
        <w:rPr>
          <w:lang w:eastAsia="ja-JP"/>
        </w:rPr>
        <w:t>tiab</w:t>
      </w:r>
      <w:proofErr w:type="spellEnd"/>
      <w:r>
        <w:rPr>
          <w:lang w:eastAsia="ja-JP"/>
        </w:rPr>
        <w:t>]))AND (("heart arrest"[</w:t>
      </w:r>
      <w:proofErr w:type="spellStart"/>
      <w:r>
        <w:rPr>
          <w:lang w:eastAsia="ja-JP"/>
        </w:rPr>
        <w:t>MeSH</w:t>
      </w:r>
      <w:proofErr w:type="spellEnd"/>
      <w:r>
        <w:rPr>
          <w:lang w:eastAsia="ja-JP"/>
        </w:rPr>
        <w:t xml:space="preserve"> Terms] OR "cardiac arrest"[Title/Abstract] OR "heart arrest"[Title/Abstract] OR "perimortem"[Title/Abstract] OR "postmortem"[Title/Abstract] OR "cardiopulmonary arrest"[Title/Abstract])) AND (("extracorporeal membrane oxygenation"[</w:t>
      </w:r>
      <w:proofErr w:type="spellStart"/>
      <w:r>
        <w:rPr>
          <w:lang w:eastAsia="ja-JP"/>
        </w:rPr>
        <w:t>MeSH</w:t>
      </w:r>
      <w:proofErr w:type="spellEnd"/>
      <w:r>
        <w:rPr>
          <w:lang w:eastAsia="ja-JP"/>
        </w:rPr>
        <w:t xml:space="preserve"> Terms] OR "cesarean section"[</w:t>
      </w:r>
      <w:proofErr w:type="spellStart"/>
      <w:r>
        <w:rPr>
          <w:lang w:eastAsia="ja-JP"/>
        </w:rPr>
        <w:t>MeSH</w:t>
      </w:r>
      <w:proofErr w:type="spellEnd"/>
      <w:r>
        <w:rPr>
          <w:lang w:eastAsia="ja-JP"/>
        </w:rPr>
        <w:t xml:space="preserve"> Terms] OR "Resuscitation"[</w:t>
      </w:r>
      <w:proofErr w:type="spellStart"/>
      <w:r>
        <w:rPr>
          <w:lang w:eastAsia="ja-JP"/>
        </w:rPr>
        <w:t>MeSH</w:t>
      </w:r>
      <w:proofErr w:type="spellEnd"/>
      <w:r>
        <w:rPr>
          <w:lang w:eastAsia="ja-JP"/>
        </w:rPr>
        <w:t xml:space="preserve"> Terms] OR "extracorporeal membrane oxygenation"[Title/Abstract] OR "cesarean section"[Title/Abstract] OR "Resuscitation"[Title/Abstract] OR "emergency hysterotomy"[Title/Abstract] OR " Life Support“[Title/Abstract]))</w:t>
      </w:r>
    </w:p>
    <w:p w14:paraId="21BD33BA" w14:textId="77777777" w:rsidR="00B02053" w:rsidRDefault="00B02053" w:rsidP="00B02053">
      <w:pPr>
        <w:rPr>
          <w:lang w:eastAsia="ja-JP"/>
        </w:rPr>
      </w:pPr>
    </w:p>
    <w:p w14:paraId="72763A30" w14:textId="7A29322A" w:rsidR="00B02053" w:rsidRDefault="00B02053" w:rsidP="00B02053">
      <w:pPr>
        <w:rPr>
          <w:lang w:eastAsia="ja-JP"/>
        </w:rPr>
      </w:pPr>
      <w:r>
        <w:rPr>
          <w:lang w:eastAsia="ja-JP"/>
        </w:rPr>
        <w:t xml:space="preserve">Web of </w:t>
      </w:r>
      <w:r w:rsidR="00DF1876">
        <w:rPr>
          <w:lang w:eastAsia="ja-JP"/>
        </w:rPr>
        <w:t>S</w:t>
      </w:r>
      <w:r>
        <w:rPr>
          <w:lang w:eastAsia="ja-JP"/>
        </w:rPr>
        <w:t>cience</w:t>
      </w:r>
    </w:p>
    <w:p w14:paraId="5CBD4F77" w14:textId="4CC750FD" w:rsidR="00B02053" w:rsidRDefault="00B02053" w:rsidP="00B02053">
      <w:pPr>
        <w:rPr>
          <w:lang w:eastAsia="ja-JP"/>
        </w:rPr>
      </w:pPr>
      <w:r>
        <w:rPr>
          <w:lang w:eastAsia="ja-JP"/>
        </w:rPr>
        <w:t xml:space="preserve">((Pregnancy OR "Pregnancy Complications" OR "Pregnant Women" OR "Maternal Health Services" OR pregnancy OR pregnant OR maternal OR peripartum OR prenatal OR antenatal)) AND (("heart arrest" OR "cardiac arrest" OR "heart arrest" OR perimortem OR postmortem OR "cardiopulmonary arrest")) AND (("extracorporeal membrane oxygenation" OR "cesarean section" OR Resuscitation OR "extracorporeal membrane oxygenation" OR "cesarean section" OR Resuscitation OR "emergency hysterotomy" OR " Life Support")) </w:t>
      </w:r>
    </w:p>
    <w:p w14:paraId="33550F4F" w14:textId="77777777" w:rsidR="00B02053" w:rsidRDefault="00B02053" w:rsidP="00B02053">
      <w:pPr>
        <w:rPr>
          <w:lang w:eastAsia="ja-JP"/>
        </w:rPr>
      </w:pPr>
    </w:p>
    <w:p w14:paraId="61391D64" w14:textId="77777777" w:rsidR="00B02053" w:rsidRDefault="00B02053" w:rsidP="00B02053">
      <w:pPr>
        <w:rPr>
          <w:lang w:eastAsia="ja-JP"/>
        </w:rPr>
      </w:pPr>
      <w:r>
        <w:rPr>
          <w:lang w:eastAsia="ja-JP"/>
        </w:rPr>
        <w:t>Cochrane</w:t>
      </w:r>
    </w:p>
    <w:p w14:paraId="55D44E29" w14:textId="12511923" w:rsidR="00792A9F" w:rsidRDefault="00B02053" w:rsidP="00792A9F">
      <w:pPr>
        <w:rPr>
          <w:lang w:eastAsia="ja-JP"/>
        </w:rPr>
      </w:pPr>
      <w:r>
        <w:rPr>
          <w:lang w:eastAsia="ja-JP"/>
        </w:rPr>
        <w:t xml:space="preserve">(pregnancy/ or </w:t>
      </w:r>
      <w:proofErr w:type="spellStart"/>
      <w:r>
        <w:rPr>
          <w:lang w:eastAsia="ja-JP"/>
        </w:rPr>
        <w:t>pregnancy.ti,ab</w:t>
      </w:r>
      <w:proofErr w:type="spellEnd"/>
      <w:r>
        <w:rPr>
          <w:lang w:eastAsia="ja-JP"/>
        </w:rPr>
        <w:t xml:space="preserve">. or </w:t>
      </w:r>
      <w:proofErr w:type="spellStart"/>
      <w:r>
        <w:rPr>
          <w:lang w:eastAsia="ja-JP"/>
        </w:rPr>
        <w:t>pregnant.ti,ab</w:t>
      </w:r>
      <w:proofErr w:type="spellEnd"/>
      <w:r>
        <w:rPr>
          <w:lang w:eastAsia="ja-JP"/>
        </w:rPr>
        <w:t xml:space="preserve">.) and (heart arrest/ or cardiac </w:t>
      </w:r>
      <w:proofErr w:type="spellStart"/>
      <w:r>
        <w:rPr>
          <w:lang w:eastAsia="ja-JP"/>
        </w:rPr>
        <w:t>arrest.ti,ab</w:t>
      </w:r>
      <w:proofErr w:type="spellEnd"/>
      <w:r>
        <w:rPr>
          <w:lang w:eastAsia="ja-JP"/>
        </w:rPr>
        <w:t xml:space="preserve">. or heart </w:t>
      </w:r>
      <w:proofErr w:type="spellStart"/>
      <w:r>
        <w:rPr>
          <w:lang w:eastAsia="ja-JP"/>
        </w:rPr>
        <w:t>arrest.ti,ab</w:t>
      </w:r>
      <w:proofErr w:type="spellEnd"/>
      <w:r>
        <w:rPr>
          <w:lang w:eastAsia="ja-JP"/>
        </w:rPr>
        <w:t xml:space="preserve">. or </w:t>
      </w:r>
      <w:proofErr w:type="spellStart"/>
      <w:r>
        <w:rPr>
          <w:lang w:eastAsia="ja-JP"/>
        </w:rPr>
        <w:t>perimortem.ti,ab</w:t>
      </w:r>
      <w:proofErr w:type="spellEnd"/>
      <w:r>
        <w:rPr>
          <w:lang w:eastAsia="ja-JP"/>
        </w:rPr>
        <w:t xml:space="preserve">. or </w:t>
      </w:r>
      <w:proofErr w:type="spellStart"/>
      <w:r>
        <w:rPr>
          <w:lang w:eastAsia="ja-JP"/>
        </w:rPr>
        <w:t>postmortem.ti,ab</w:t>
      </w:r>
      <w:proofErr w:type="spellEnd"/>
      <w:r>
        <w:rPr>
          <w:lang w:eastAsia="ja-JP"/>
        </w:rPr>
        <w:t xml:space="preserve">. or cardiopulmonary </w:t>
      </w:r>
      <w:proofErr w:type="spellStart"/>
      <w:r>
        <w:rPr>
          <w:lang w:eastAsia="ja-JP"/>
        </w:rPr>
        <w:t>arrest.ti,ab</w:t>
      </w:r>
      <w:proofErr w:type="spellEnd"/>
      <w:r>
        <w:rPr>
          <w:lang w:eastAsia="ja-JP"/>
        </w:rPr>
        <w:t xml:space="preserve">.) and (extracorporeal membrane oxygenation/ or cesarean section/ or resuscitation/ or extracorporeal membrane </w:t>
      </w:r>
      <w:proofErr w:type="spellStart"/>
      <w:r>
        <w:rPr>
          <w:lang w:eastAsia="ja-JP"/>
        </w:rPr>
        <w:t>oxygenation.ti,ab</w:t>
      </w:r>
      <w:proofErr w:type="spellEnd"/>
      <w:r>
        <w:rPr>
          <w:lang w:eastAsia="ja-JP"/>
        </w:rPr>
        <w:t xml:space="preserve">. or cesarean </w:t>
      </w:r>
      <w:proofErr w:type="spellStart"/>
      <w:r>
        <w:rPr>
          <w:lang w:eastAsia="ja-JP"/>
        </w:rPr>
        <w:t>section.ti,ab</w:t>
      </w:r>
      <w:proofErr w:type="spellEnd"/>
      <w:r>
        <w:rPr>
          <w:lang w:eastAsia="ja-JP"/>
        </w:rPr>
        <w:t xml:space="preserve">. or </w:t>
      </w:r>
      <w:proofErr w:type="spellStart"/>
      <w:r>
        <w:rPr>
          <w:lang w:eastAsia="ja-JP"/>
        </w:rPr>
        <w:t>resuscitation.ti,ab</w:t>
      </w:r>
      <w:proofErr w:type="spellEnd"/>
      <w:r>
        <w:rPr>
          <w:lang w:eastAsia="ja-JP"/>
        </w:rPr>
        <w:t xml:space="preserve">. or emergency </w:t>
      </w:r>
      <w:proofErr w:type="spellStart"/>
      <w:r>
        <w:rPr>
          <w:lang w:eastAsia="ja-JP"/>
        </w:rPr>
        <w:t>hysterotomy.ti,ab</w:t>
      </w:r>
      <w:proofErr w:type="spellEnd"/>
      <w:r>
        <w:rPr>
          <w:lang w:eastAsia="ja-JP"/>
        </w:rPr>
        <w:t xml:space="preserve">. or life </w:t>
      </w:r>
      <w:proofErr w:type="spellStart"/>
      <w:r>
        <w:rPr>
          <w:lang w:eastAsia="ja-JP"/>
        </w:rPr>
        <w:t>support.ti,ab</w:t>
      </w:r>
      <w:proofErr w:type="spellEnd"/>
      <w:r>
        <w:rPr>
          <w:lang w:eastAsia="ja-JP"/>
        </w:rPr>
        <w:t>.)</w:t>
      </w:r>
      <w:r w:rsidR="00792A9F" w:rsidRPr="00792A9F">
        <w:rPr>
          <w:lang w:eastAsia="ja-JP"/>
        </w:rPr>
        <w:t xml:space="preserve"> </w:t>
      </w:r>
    </w:p>
    <w:p w14:paraId="226831F4" w14:textId="77777777" w:rsidR="00792A9F" w:rsidRDefault="00792A9F" w:rsidP="00792A9F">
      <w:pPr>
        <w:rPr>
          <w:lang w:eastAsia="ja-JP"/>
        </w:rPr>
      </w:pPr>
    </w:p>
    <w:p w14:paraId="1ABE1D96" w14:textId="5D09A38D" w:rsidR="00792A9F" w:rsidRDefault="00792A9F" w:rsidP="00792A9F">
      <w:pPr>
        <w:rPr>
          <w:lang w:eastAsia="ja-JP"/>
        </w:rPr>
      </w:pPr>
      <w:r>
        <w:rPr>
          <w:lang w:eastAsia="ja-JP"/>
        </w:rPr>
        <w:t xml:space="preserve">Igaku-Chuo-Zasshi </w:t>
      </w:r>
    </w:p>
    <w:p w14:paraId="0A81CA3A" w14:textId="77777777" w:rsidR="00792A9F" w:rsidRDefault="00792A9F" w:rsidP="00792A9F">
      <w:pPr>
        <w:rPr>
          <w:lang w:eastAsia="ja-JP"/>
        </w:rPr>
      </w:pPr>
      <w:r>
        <w:rPr>
          <w:rFonts w:hint="eastAsia"/>
          <w:lang w:eastAsia="ja-JP"/>
        </w:rPr>
        <w:lastRenderedPageBreak/>
        <w:t>(</w:t>
      </w:r>
      <w:r>
        <w:rPr>
          <w:rFonts w:hint="eastAsia"/>
          <w:lang w:eastAsia="ja-JP"/>
        </w:rPr>
        <w:t>妊産娠</w:t>
      </w:r>
      <w:r>
        <w:rPr>
          <w:rFonts w:hint="eastAsia"/>
          <w:lang w:eastAsia="ja-JP"/>
        </w:rPr>
        <w:t xml:space="preserve"> OR </w:t>
      </w:r>
      <w:r>
        <w:rPr>
          <w:rFonts w:hint="eastAsia"/>
          <w:lang w:eastAsia="ja-JP"/>
        </w:rPr>
        <w:t>妊婦</w:t>
      </w:r>
      <w:r>
        <w:rPr>
          <w:rFonts w:hint="eastAsia"/>
          <w:lang w:eastAsia="ja-JP"/>
        </w:rPr>
        <w:t>OR</w:t>
      </w:r>
      <w:r>
        <w:rPr>
          <w:rFonts w:hint="eastAsia"/>
          <w:lang w:eastAsia="ja-JP"/>
        </w:rPr>
        <w:t>妊娠</w:t>
      </w:r>
      <w:r>
        <w:rPr>
          <w:rFonts w:hint="eastAsia"/>
          <w:lang w:eastAsia="ja-JP"/>
        </w:rPr>
        <w:t>OR</w:t>
      </w:r>
      <w:r>
        <w:rPr>
          <w:rFonts w:hint="eastAsia"/>
          <w:lang w:eastAsia="ja-JP"/>
        </w:rPr>
        <w:t>母体</w:t>
      </w:r>
      <w:r>
        <w:rPr>
          <w:rFonts w:hint="eastAsia"/>
          <w:lang w:eastAsia="ja-JP"/>
        </w:rPr>
        <w:t>OR</w:t>
      </w:r>
      <w:r>
        <w:rPr>
          <w:rFonts w:hint="eastAsia"/>
          <w:lang w:eastAsia="ja-JP"/>
        </w:rPr>
        <w:t>周産期</w:t>
      </w:r>
      <w:r>
        <w:rPr>
          <w:rFonts w:hint="eastAsia"/>
          <w:lang w:eastAsia="ja-JP"/>
        </w:rPr>
        <w:t>OR</w:t>
      </w:r>
      <w:r>
        <w:rPr>
          <w:rFonts w:hint="eastAsia"/>
          <w:lang w:eastAsia="ja-JP"/>
        </w:rPr>
        <w:t>産前</w:t>
      </w:r>
      <w:r>
        <w:rPr>
          <w:rFonts w:hint="eastAsia"/>
          <w:lang w:eastAsia="ja-JP"/>
        </w:rPr>
        <w:t>) AND (</w:t>
      </w:r>
      <w:r>
        <w:rPr>
          <w:rFonts w:hint="eastAsia"/>
          <w:lang w:eastAsia="ja-JP"/>
        </w:rPr>
        <w:t>心停止</w:t>
      </w:r>
      <w:r>
        <w:rPr>
          <w:rFonts w:hint="eastAsia"/>
          <w:lang w:eastAsia="ja-JP"/>
        </w:rPr>
        <w:t xml:space="preserve"> OR </w:t>
      </w:r>
      <w:r>
        <w:rPr>
          <w:rFonts w:hint="eastAsia"/>
          <w:lang w:eastAsia="ja-JP"/>
        </w:rPr>
        <w:t>心肺停止</w:t>
      </w:r>
      <w:r>
        <w:rPr>
          <w:rFonts w:hint="eastAsia"/>
          <w:lang w:eastAsia="ja-JP"/>
        </w:rPr>
        <w:t xml:space="preserve"> OR </w:t>
      </w:r>
      <w:r>
        <w:rPr>
          <w:rFonts w:hint="eastAsia"/>
          <w:lang w:eastAsia="ja-JP"/>
        </w:rPr>
        <w:t>心拍再開</w:t>
      </w:r>
      <w:r>
        <w:rPr>
          <w:rFonts w:hint="eastAsia"/>
          <w:lang w:eastAsia="ja-JP"/>
        </w:rPr>
        <w:t xml:space="preserve"> OR </w:t>
      </w:r>
      <w:r>
        <w:rPr>
          <w:rFonts w:hint="eastAsia"/>
          <w:lang w:eastAsia="ja-JP"/>
        </w:rPr>
        <w:t>臨死</w:t>
      </w:r>
      <w:r>
        <w:rPr>
          <w:rFonts w:hint="eastAsia"/>
          <w:lang w:eastAsia="ja-JP"/>
        </w:rPr>
        <w:t xml:space="preserve">) AND (OR </w:t>
      </w:r>
      <w:r>
        <w:rPr>
          <w:rFonts w:hint="eastAsia"/>
          <w:lang w:eastAsia="ja-JP"/>
        </w:rPr>
        <w:t>蘇生</w:t>
      </w:r>
      <w:r>
        <w:rPr>
          <w:rFonts w:hint="eastAsia"/>
          <w:lang w:eastAsia="ja-JP"/>
        </w:rPr>
        <w:t xml:space="preserve"> OR </w:t>
      </w:r>
      <w:r>
        <w:rPr>
          <w:rFonts w:hint="eastAsia"/>
          <w:lang w:eastAsia="ja-JP"/>
        </w:rPr>
        <w:t>救命</w:t>
      </w:r>
      <w:r>
        <w:rPr>
          <w:rFonts w:hint="eastAsia"/>
          <w:lang w:eastAsia="ja-JP"/>
        </w:rPr>
        <w:t xml:space="preserve">OR ECMO OR </w:t>
      </w:r>
      <w:r>
        <w:rPr>
          <w:rFonts w:hint="eastAsia"/>
          <w:lang w:eastAsia="ja-JP"/>
        </w:rPr>
        <w:t>心肺蘇生</w:t>
      </w:r>
      <w:r>
        <w:rPr>
          <w:rFonts w:hint="eastAsia"/>
          <w:lang w:eastAsia="ja-JP"/>
        </w:rPr>
        <w:t xml:space="preserve"> OR </w:t>
      </w:r>
      <w:r>
        <w:rPr>
          <w:rFonts w:hint="eastAsia"/>
          <w:lang w:eastAsia="ja-JP"/>
        </w:rPr>
        <w:t>体外循環式心肺蘇生</w:t>
      </w:r>
      <w:r>
        <w:rPr>
          <w:rFonts w:hint="eastAsia"/>
          <w:lang w:eastAsia="ja-JP"/>
        </w:rPr>
        <w:t xml:space="preserve">OR ECPR OR </w:t>
      </w:r>
      <w:r>
        <w:rPr>
          <w:rFonts w:hint="eastAsia"/>
          <w:lang w:eastAsia="ja-JP"/>
        </w:rPr>
        <w:t>帝王切開</w:t>
      </w:r>
      <w:r>
        <w:rPr>
          <w:rFonts w:hint="eastAsia"/>
          <w:lang w:eastAsia="ja-JP"/>
        </w:rPr>
        <w:t xml:space="preserve"> OR </w:t>
      </w:r>
      <w:r>
        <w:rPr>
          <w:rFonts w:hint="eastAsia"/>
          <w:lang w:eastAsia="ja-JP"/>
        </w:rPr>
        <w:t>緊急帝王切開</w:t>
      </w:r>
      <w:r>
        <w:rPr>
          <w:rFonts w:hint="eastAsia"/>
          <w:lang w:eastAsia="ja-JP"/>
        </w:rPr>
        <w:t xml:space="preserve"> OR </w:t>
      </w:r>
      <w:r>
        <w:rPr>
          <w:rFonts w:hint="eastAsia"/>
          <w:lang w:eastAsia="ja-JP"/>
        </w:rPr>
        <w:t>死戦期帝王切開</w:t>
      </w:r>
      <w:r>
        <w:rPr>
          <w:rFonts w:hint="eastAsia"/>
          <w:lang w:eastAsia="ja-JP"/>
        </w:rPr>
        <w:t>)</w:t>
      </w:r>
    </w:p>
    <w:p w14:paraId="40224CCB" w14:textId="3037D888" w:rsidR="00B02053" w:rsidRDefault="00B02053" w:rsidP="00B02053">
      <w:pPr>
        <w:rPr>
          <w:lang w:eastAsia="ja-JP"/>
        </w:rPr>
      </w:pPr>
    </w:p>
    <w:sectPr w:rsidR="00B02053" w:rsidSect="00034616">
      <w:pgSz w:w="15840" w:h="12240" w:orient="landscape"/>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AD58A" w14:textId="77777777" w:rsidR="007937F6" w:rsidRDefault="007937F6" w:rsidP="00F66ED7">
      <w:pPr>
        <w:spacing w:after="0" w:line="240" w:lineRule="auto"/>
      </w:pPr>
      <w:r>
        <w:separator/>
      </w:r>
    </w:p>
  </w:endnote>
  <w:endnote w:type="continuationSeparator" w:id="0">
    <w:p w14:paraId="5A609FED" w14:textId="77777777" w:rsidR="007937F6" w:rsidRDefault="007937F6" w:rsidP="00F66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D3B5" w14:textId="77777777" w:rsidR="007937F6" w:rsidRDefault="007937F6" w:rsidP="00F66ED7">
      <w:pPr>
        <w:spacing w:after="0" w:line="240" w:lineRule="auto"/>
      </w:pPr>
      <w:r>
        <w:separator/>
      </w:r>
    </w:p>
  </w:footnote>
  <w:footnote w:type="continuationSeparator" w:id="0">
    <w:p w14:paraId="0D82BBE3" w14:textId="77777777" w:rsidR="007937F6" w:rsidRDefault="007937F6" w:rsidP="00F66E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86635816">
    <w:abstractNumId w:val="8"/>
  </w:num>
  <w:num w:numId="2" w16cid:durableId="416757992">
    <w:abstractNumId w:val="6"/>
  </w:num>
  <w:num w:numId="3" w16cid:durableId="1591625762">
    <w:abstractNumId w:val="5"/>
  </w:num>
  <w:num w:numId="4" w16cid:durableId="1082946022">
    <w:abstractNumId w:val="4"/>
  </w:num>
  <w:num w:numId="5" w16cid:durableId="1768962697">
    <w:abstractNumId w:val="7"/>
  </w:num>
  <w:num w:numId="6" w16cid:durableId="1251695985">
    <w:abstractNumId w:val="3"/>
  </w:num>
  <w:num w:numId="7" w16cid:durableId="627779694">
    <w:abstractNumId w:val="2"/>
  </w:num>
  <w:num w:numId="8" w16cid:durableId="1325429862">
    <w:abstractNumId w:val="1"/>
  </w:num>
  <w:num w:numId="9" w16cid:durableId="103886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51E"/>
    <w:rsid w:val="0015074B"/>
    <w:rsid w:val="0015339C"/>
    <w:rsid w:val="001A68C8"/>
    <w:rsid w:val="001A6C3D"/>
    <w:rsid w:val="0029639D"/>
    <w:rsid w:val="00320CAE"/>
    <w:rsid w:val="00326F90"/>
    <w:rsid w:val="004854C1"/>
    <w:rsid w:val="004E361E"/>
    <w:rsid w:val="00514D4E"/>
    <w:rsid w:val="005366C8"/>
    <w:rsid w:val="00575BFE"/>
    <w:rsid w:val="00711D2D"/>
    <w:rsid w:val="00720616"/>
    <w:rsid w:val="00745ADF"/>
    <w:rsid w:val="00766F30"/>
    <w:rsid w:val="00792A9F"/>
    <w:rsid w:val="007937F6"/>
    <w:rsid w:val="008B1FF7"/>
    <w:rsid w:val="009002C8"/>
    <w:rsid w:val="00902D13"/>
    <w:rsid w:val="0091139E"/>
    <w:rsid w:val="00977B73"/>
    <w:rsid w:val="009876FB"/>
    <w:rsid w:val="009B587E"/>
    <w:rsid w:val="009C5620"/>
    <w:rsid w:val="00A74461"/>
    <w:rsid w:val="00A95B76"/>
    <w:rsid w:val="00AA1D8D"/>
    <w:rsid w:val="00AD1056"/>
    <w:rsid w:val="00B02053"/>
    <w:rsid w:val="00B47730"/>
    <w:rsid w:val="00B55A79"/>
    <w:rsid w:val="00B6576F"/>
    <w:rsid w:val="00BE5905"/>
    <w:rsid w:val="00CA5825"/>
    <w:rsid w:val="00CB065C"/>
    <w:rsid w:val="00CB0664"/>
    <w:rsid w:val="00CE03C7"/>
    <w:rsid w:val="00D45382"/>
    <w:rsid w:val="00D67190"/>
    <w:rsid w:val="00D675BC"/>
    <w:rsid w:val="00D67E3F"/>
    <w:rsid w:val="00DF1876"/>
    <w:rsid w:val="00E13709"/>
    <w:rsid w:val="00E41FA3"/>
    <w:rsid w:val="00E74DC2"/>
    <w:rsid w:val="00E970D5"/>
    <w:rsid w:val="00F66ED7"/>
    <w:rsid w:val="00FA1298"/>
    <w:rsid w:val="00FC693F"/>
    <w:rsid w:val="00FF176D"/>
    <w:rsid w:val="00FF6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658E79A"/>
  <w14:defaultImageDpi w14:val="300"/>
  <w15:docId w15:val="{380A55F3-CB08-413F-9D3E-14B753C2A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DF1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1668</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Takashi Hongo</cp:lastModifiedBy>
  <cp:revision>2</cp:revision>
  <dcterms:created xsi:type="dcterms:W3CDTF">2026-01-26T14:45:00Z</dcterms:created>
  <dcterms:modified xsi:type="dcterms:W3CDTF">2026-01-26T14:45:00Z</dcterms:modified>
  <cp:category/>
</cp:coreProperties>
</file>