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567"/>
        <w:gridCol w:w="2403"/>
        <w:gridCol w:w="1203"/>
        <w:gridCol w:w="861"/>
        <w:gridCol w:w="1680"/>
        <w:gridCol w:w="1561"/>
        <w:gridCol w:w="1112"/>
        <w:gridCol w:w="1037"/>
        <w:gridCol w:w="898"/>
        <w:gridCol w:w="918"/>
      </w:tblGrid>
      <w:tr w:rsidR="005366C8" w:rsidRPr="003F1022" w14:paraId="66D8DBEA" w14:textId="77777777" w:rsidTr="00BE5905">
        <w:tc>
          <w:tcPr>
            <w:tcW w:w="12240" w:type="dxa"/>
            <w:gridSpan w:val="10"/>
            <w:tcBorders>
              <w:top w:val="nil"/>
              <w:left w:val="nil"/>
              <w:right w:val="nil"/>
            </w:tcBorders>
          </w:tcPr>
          <w:p w14:paraId="05A0047D" w14:textId="14F6366A" w:rsidR="005366C8" w:rsidRPr="003F1022" w:rsidRDefault="00B738F2">
            <w:pPr>
              <w:rPr>
                <w:rFonts w:ascii="Times New Roman" w:hAnsi="Times New Roman" w:cs="Times New Roman"/>
                <w:b/>
                <w:bCs/>
                <w:lang w:eastAsia="ja-JP"/>
              </w:rPr>
            </w:pPr>
            <w:r w:rsidRPr="003F1022">
              <w:rPr>
                <w:rFonts w:ascii="Times New Roman" w:hAnsi="Times New Roman" w:cs="Times New Roman"/>
                <w:b/>
                <w:bCs/>
                <w:lang w:eastAsia="ja-JP"/>
              </w:rPr>
              <w:t xml:space="preserve">Additional </w:t>
            </w:r>
            <w:r w:rsidR="00BC4958" w:rsidRPr="003F1022">
              <w:rPr>
                <w:rFonts w:ascii="Times New Roman" w:hAnsi="Times New Roman" w:cs="Times New Roman"/>
                <w:b/>
                <w:bCs/>
                <w:lang w:eastAsia="ja-JP"/>
              </w:rPr>
              <w:t>F</w:t>
            </w:r>
            <w:r w:rsidRPr="003F1022">
              <w:rPr>
                <w:rFonts w:ascii="Times New Roman" w:hAnsi="Times New Roman" w:cs="Times New Roman"/>
                <w:b/>
                <w:bCs/>
                <w:lang w:eastAsia="ja-JP"/>
              </w:rPr>
              <w:t>ile 2</w:t>
            </w:r>
            <w:r w:rsidR="005366C8" w:rsidRPr="003F10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366C8" w:rsidRPr="003F1022">
              <w:rPr>
                <w:rFonts w:ascii="Times New Roman" w:hAnsi="Times New Roman" w:cs="Times New Roman"/>
              </w:rPr>
              <w:t xml:space="preserve">Summary </w:t>
            </w:r>
            <w:r w:rsidR="005366C8" w:rsidRPr="003F1022">
              <w:rPr>
                <w:rFonts w:ascii="Times New Roman" w:hAnsi="Times New Roman" w:cs="Times New Roman"/>
                <w:lang w:eastAsia="ja-JP"/>
              </w:rPr>
              <w:t>of the literature</w:t>
            </w:r>
          </w:p>
        </w:tc>
      </w:tr>
      <w:tr w:rsidR="00807EF5" w:rsidRPr="003F1022" w14:paraId="1E418B17" w14:textId="77777777" w:rsidTr="00BE5905">
        <w:tc>
          <w:tcPr>
            <w:tcW w:w="567" w:type="dxa"/>
          </w:tcPr>
          <w:p w14:paraId="2BBF8097" w14:textId="77777777" w:rsidR="00977B73" w:rsidRPr="003F1022" w:rsidRDefault="00977B73">
            <w:pPr>
              <w:rPr>
                <w:rFonts w:ascii="Times New Roman" w:hAnsi="Times New Roman" w:cs="Times New Roman"/>
                <w:b/>
                <w:bCs/>
              </w:rPr>
            </w:pPr>
            <w:r w:rsidRPr="003F1022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2403" w:type="dxa"/>
          </w:tcPr>
          <w:p w14:paraId="6CB4E26A" w14:textId="77777777" w:rsidR="00977B73" w:rsidRPr="003F1022" w:rsidRDefault="00977B73">
            <w:pPr>
              <w:rPr>
                <w:rFonts w:ascii="Times New Roman" w:hAnsi="Times New Roman" w:cs="Times New Roman"/>
                <w:b/>
                <w:bCs/>
              </w:rPr>
            </w:pPr>
            <w:r w:rsidRPr="003F1022">
              <w:rPr>
                <w:rFonts w:ascii="Times New Roman" w:hAnsi="Times New Roman" w:cs="Times New Roman"/>
                <w:b/>
                <w:bCs/>
              </w:rPr>
              <w:t>Author</w:t>
            </w:r>
          </w:p>
        </w:tc>
        <w:tc>
          <w:tcPr>
            <w:tcW w:w="1203" w:type="dxa"/>
          </w:tcPr>
          <w:p w14:paraId="725EFA3C" w14:textId="77777777" w:rsidR="00977B73" w:rsidRPr="003F1022" w:rsidRDefault="00977B73">
            <w:pPr>
              <w:rPr>
                <w:rFonts w:ascii="Times New Roman" w:hAnsi="Times New Roman" w:cs="Times New Roman"/>
                <w:b/>
                <w:bCs/>
              </w:rPr>
            </w:pPr>
            <w:r w:rsidRPr="003F1022">
              <w:rPr>
                <w:rFonts w:ascii="Times New Roman" w:hAnsi="Times New Roman" w:cs="Times New Roman"/>
                <w:b/>
                <w:bCs/>
              </w:rPr>
              <w:t>Language</w:t>
            </w:r>
          </w:p>
        </w:tc>
        <w:tc>
          <w:tcPr>
            <w:tcW w:w="861" w:type="dxa"/>
          </w:tcPr>
          <w:p w14:paraId="40B2C835" w14:textId="77777777" w:rsidR="00977B73" w:rsidRPr="003F1022" w:rsidRDefault="00977B73">
            <w:pPr>
              <w:rPr>
                <w:rFonts w:ascii="Times New Roman" w:hAnsi="Times New Roman" w:cs="Times New Roman"/>
                <w:b/>
                <w:bCs/>
              </w:rPr>
            </w:pPr>
            <w:r w:rsidRPr="003F1022"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1680" w:type="dxa"/>
          </w:tcPr>
          <w:p w14:paraId="25B76F33" w14:textId="77777777" w:rsidR="00977B73" w:rsidRPr="003F1022" w:rsidRDefault="00977B73">
            <w:pPr>
              <w:rPr>
                <w:rFonts w:ascii="Times New Roman" w:hAnsi="Times New Roman" w:cs="Times New Roman"/>
                <w:b/>
                <w:bCs/>
              </w:rPr>
            </w:pPr>
            <w:r w:rsidRPr="003F1022">
              <w:rPr>
                <w:rFonts w:ascii="Times New Roman" w:hAnsi="Times New Roman" w:cs="Times New Roman"/>
                <w:b/>
                <w:bCs/>
              </w:rPr>
              <w:t>Country</w:t>
            </w:r>
          </w:p>
        </w:tc>
        <w:tc>
          <w:tcPr>
            <w:tcW w:w="1561" w:type="dxa"/>
          </w:tcPr>
          <w:p w14:paraId="0931B81F" w14:textId="77777777" w:rsidR="00977B73" w:rsidRPr="003F1022" w:rsidRDefault="00977B73">
            <w:pPr>
              <w:rPr>
                <w:rFonts w:ascii="Times New Roman" w:hAnsi="Times New Roman" w:cs="Times New Roman"/>
                <w:b/>
                <w:bCs/>
              </w:rPr>
            </w:pPr>
            <w:r w:rsidRPr="003F1022">
              <w:rPr>
                <w:rFonts w:ascii="Times New Roman" w:hAnsi="Times New Roman" w:cs="Times New Roman"/>
                <w:b/>
                <w:bCs/>
              </w:rPr>
              <w:t>Type</w:t>
            </w:r>
          </w:p>
        </w:tc>
        <w:tc>
          <w:tcPr>
            <w:tcW w:w="1112" w:type="dxa"/>
          </w:tcPr>
          <w:p w14:paraId="53712067" w14:textId="77777777" w:rsidR="00977B73" w:rsidRPr="003F1022" w:rsidRDefault="00977B73">
            <w:pPr>
              <w:rPr>
                <w:rFonts w:ascii="Times New Roman" w:hAnsi="Times New Roman" w:cs="Times New Roman"/>
                <w:b/>
                <w:bCs/>
              </w:rPr>
            </w:pPr>
            <w:r w:rsidRPr="003F1022">
              <w:rPr>
                <w:rFonts w:ascii="Times New Roman" w:hAnsi="Times New Roman" w:cs="Times New Roman"/>
                <w:b/>
                <w:bCs/>
              </w:rPr>
              <w:t>Funding</w:t>
            </w:r>
          </w:p>
        </w:tc>
        <w:tc>
          <w:tcPr>
            <w:tcW w:w="1037" w:type="dxa"/>
          </w:tcPr>
          <w:p w14:paraId="4828D818" w14:textId="148D557B" w:rsidR="00977B73" w:rsidRPr="003F1022" w:rsidRDefault="00977B73">
            <w:pPr>
              <w:rPr>
                <w:rFonts w:ascii="Times New Roman" w:hAnsi="Times New Roman" w:cs="Times New Roman"/>
                <w:b/>
                <w:bCs/>
                <w:lang w:eastAsia="ja-JP"/>
              </w:rPr>
            </w:pPr>
            <w:r w:rsidRPr="003F1022">
              <w:rPr>
                <w:rFonts w:ascii="Times New Roman" w:hAnsi="Times New Roman" w:cs="Times New Roman"/>
                <w:b/>
                <w:bCs/>
                <w:lang w:eastAsia="ja-JP"/>
              </w:rPr>
              <w:t>Number</w:t>
            </w:r>
            <w:r w:rsidR="00A74461" w:rsidRPr="003F1022">
              <w:rPr>
                <w:rFonts w:ascii="Times New Roman" w:hAnsi="Times New Roman" w:cs="Times New Roman"/>
                <w:b/>
                <w:bCs/>
                <w:lang w:eastAsia="ja-JP"/>
              </w:rPr>
              <w:t xml:space="preserve"> of </w:t>
            </w:r>
            <w:r w:rsidR="00121938" w:rsidRPr="003F1022">
              <w:rPr>
                <w:rFonts w:ascii="Times New Roman" w:hAnsi="Times New Roman" w:cs="Times New Roman"/>
                <w:b/>
                <w:bCs/>
                <w:lang w:eastAsia="ja-JP"/>
              </w:rPr>
              <w:t>Cases</w:t>
            </w:r>
          </w:p>
        </w:tc>
        <w:tc>
          <w:tcPr>
            <w:tcW w:w="898" w:type="dxa"/>
          </w:tcPr>
          <w:p w14:paraId="35F4F087" w14:textId="15BE7F5D" w:rsidR="00977B73" w:rsidRPr="003F1022" w:rsidRDefault="00977B73">
            <w:pPr>
              <w:rPr>
                <w:rFonts w:ascii="Times New Roman" w:hAnsi="Times New Roman" w:cs="Times New Roman"/>
                <w:b/>
                <w:bCs/>
              </w:rPr>
            </w:pPr>
            <w:r w:rsidRPr="003F1022">
              <w:rPr>
                <w:rFonts w:ascii="Times New Roman" w:hAnsi="Times New Roman" w:cs="Times New Roman"/>
                <w:b/>
                <w:bCs/>
              </w:rPr>
              <w:t>ECPR</w:t>
            </w:r>
          </w:p>
        </w:tc>
        <w:tc>
          <w:tcPr>
            <w:tcW w:w="918" w:type="dxa"/>
          </w:tcPr>
          <w:p w14:paraId="10BC2E1B" w14:textId="77777777" w:rsidR="00977B73" w:rsidRPr="003F1022" w:rsidRDefault="00977B73">
            <w:pPr>
              <w:rPr>
                <w:rFonts w:ascii="Times New Roman" w:hAnsi="Times New Roman" w:cs="Times New Roman"/>
                <w:b/>
                <w:bCs/>
              </w:rPr>
            </w:pPr>
            <w:r w:rsidRPr="003F1022">
              <w:rPr>
                <w:rFonts w:ascii="Times New Roman" w:hAnsi="Times New Roman" w:cs="Times New Roman"/>
                <w:b/>
                <w:bCs/>
              </w:rPr>
              <w:t>PMCS</w:t>
            </w:r>
          </w:p>
        </w:tc>
      </w:tr>
      <w:tr w:rsidR="00807EF5" w:rsidRPr="003F1022" w14:paraId="3157392B" w14:textId="77777777" w:rsidTr="00BE5905">
        <w:tc>
          <w:tcPr>
            <w:tcW w:w="567" w:type="dxa"/>
          </w:tcPr>
          <w:p w14:paraId="55F1B119" w14:textId="54732EFA" w:rsidR="00977B73" w:rsidRPr="003F1022" w:rsidRDefault="00FF1D3E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2403" w:type="dxa"/>
          </w:tcPr>
          <w:p w14:paraId="3423E1BA" w14:textId="3A04B98D" w:rsidR="00977B73" w:rsidRPr="003F1022" w:rsidRDefault="00ED675D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 w:hint="eastAsia"/>
                <w:lang w:eastAsia="ja-JP"/>
              </w:rPr>
              <w:t xml:space="preserve">Hiroshi </w:t>
            </w:r>
            <w:proofErr w:type="spellStart"/>
            <w:r w:rsidRPr="003F1022">
              <w:rPr>
                <w:rFonts w:ascii="Times New Roman" w:hAnsi="Times New Roman" w:cs="Times New Roman" w:hint="eastAsia"/>
                <w:lang w:eastAsia="ja-JP"/>
              </w:rPr>
              <w:t>Hokura</w:t>
            </w:r>
            <w:proofErr w:type="spellEnd"/>
          </w:p>
        </w:tc>
        <w:tc>
          <w:tcPr>
            <w:tcW w:w="1203" w:type="dxa"/>
          </w:tcPr>
          <w:p w14:paraId="5F9767A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4E70254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1680" w:type="dxa"/>
          </w:tcPr>
          <w:p w14:paraId="3F538DD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0375DBB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B7A7DB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CCB5A38" w14:textId="6CBA42E6" w:rsidR="00977B73" w:rsidRPr="003F1022" w:rsidRDefault="009C5620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053633A6" w14:textId="3809032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B680A1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0E09E196" w14:textId="77777777" w:rsidTr="00BE5905">
        <w:tc>
          <w:tcPr>
            <w:tcW w:w="567" w:type="dxa"/>
          </w:tcPr>
          <w:p w14:paraId="7A38FE49" w14:textId="1E9568DA" w:rsidR="00977B73" w:rsidRPr="003F1022" w:rsidRDefault="00FF1D3E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2</w:t>
            </w:r>
          </w:p>
        </w:tc>
        <w:tc>
          <w:tcPr>
            <w:tcW w:w="2403" w:type="dxa"/>
          </w:tcPr>
          <w:p w14:paraId="77802449" w14:textId="752416AA" w:rsidR="00977B73" w:rsidRPr="003F1022" w:rsidRDefault="00ED675D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 w:hint="eastAsia"/>
                <w:lang w:eastAsia="ja-JP"/>
              </w:rPr>
              <w:t>Koko Miura</w:t>
            </w:r>
          </w:p>
        </w:tc>
        <w:tc>
          <w:tcPr>
            <w:tcW w:w="1203" w:type="dxa"/>
          </w:tcPr>
          <w:p w14:paraId="09FD08C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4B4637F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2004</w:t>
            </w:r>
          </w:p>
        </w:tc>
        <w:tc>
          <w:tcPr>
            <w:tcW w:w="1680" w:type="dxa"/>
          </w:tcPr>
          <w:p w14:paraId="5FDE0D1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64A9300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49A556D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AFE798D" w14:textId="652A6469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67022497" w14:textId="3050E8C4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5842998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4830074D" w14:textId="77777777" w:rsidTr="00BE5905">
        <w:tc>
          <w:tcPr>
            <w:tcW w:w="567" w:type="dxa"/>
          </w:tcPr>
          <w:p w14:paraId="2C1FFAC8" w14:textId="228F24EC" w:rsidR="00977B73" w:rsidRPr="003F1022" w:rsidRDefault="00FF1D3E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3</w:t>
            </w:r>
          </w:p>
        </w:tc>
        <w:tc>
          <w:tcPr>
            <w:tcW w:w="2403" w:type="dxa"/>
          </w:tcPr>
          <w:p w14:paraId="61E4827A" w14:textId="01D457F8" w:rsidR="00977B73" w:rsidRPr="003F1022" w:rsidRDefault="009C562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NA</w:t>
            </w:r>
          </w:p>
        </w:tc>
        <w:tc>
          <w:tcPr>
            <w:tcW w:w="1203" w:type="dxa"/>
          </w:tcPr>
          <w:p w14:paraId="166E688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24ACAD3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680" w:type="dxa"/>
          </w:tcPr>
          <w:p w14:paraId="0F7E6E0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004FC1D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0ECCDB0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67A0A071" w14:textId="67A45EFA" w:rsidR="00A74461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63FC8286" w14:textId="7F89E199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928401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6FEE817E" w14:textId="77777777" w:rsidTr="00BE5905">
        <w:tc>
          <w:tcPr>
            <w:tcW w:w="567" w:type="dxa"/>
          </w:tcPr>
          <w:p w14:paraId="7594F75A" w14:textId="4C38E112" w:rsidR="00977B73" w:rsidRPr="003F1022" w:rsidRDefault="00FF1D3E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4</w:t>
            </w:r>
          </w:p>
        </w:tc>
        <w:tc>
          <w:tcPr>
            <w:tcW w:w="2403" w:type="dxa"/>
          </w:tcPr>
          <w:p w14:paraId="6EE2247D" w14:textId="3B6CB250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Chihiro Koga</w:t>
            </w:r>
          </w:p>
        </w:tc>
        <w:tc>
          <w:tcPr>
            <w:tcW w:w="1203" w:type="dxa"/>
          </w:tcPr>
          <w:p w14:paraId="749EC5B8" w14:textId="04B54A9C" w:rsidR="00977B73" w:rsidRPr="003F1022" w:rsidRDefault="009C5620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0A141CD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680" w:type="dxa"/>
          </w:tcPr>
          <w:p w14:paraId="40A3BE8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64D0E0A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3C47A64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815D4A6" w14:textId="27DC8951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3C21D47" w14:textId="1838049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8E9E47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0CBED62B" w14:textId="77777777" w:rsidTr="00BE5905">
        <w:tc>
          <w:tcPr>
            <w:tcW w:w="567" w:type="dxa"/>
          </w:tcPr>
          <w:p w14:paraId="2BEABDEE" w14:textId="748B3D31" w:rsidR="00977B73" w:rsidRPr="003F1022" w:rsidRDefault="00FF1D3E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2403" w:type="dxa"/>
          </w:tcPr>
          <w:p w14:paraId="6785106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Misaki Taniguchi</w:t>
            </w:r>
          </w:p>
        </w:tc>
        <w:tc>
          <w:tcPr>
            <w:tcW w:w="1203" w:type="dxa"/>
          </w:tcPr>
          <w:p w14:paraId="76D22690" w14:textId="2A02F2F9" w:rsidR="00977B73" w:rsidRPr="003F1022" w:rsidRDefault="009C562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771E4D8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680" w:type="dxa"/>
          </w:tcPr>
          <w:p w14:paraId="609157E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42E6691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1C59D92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656ED313" w14:textId="528CC2DD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3DED033D" w14:textId="388BC770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48A212F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33C888C9" w14:textId="77777777" w:rsidTr="00BE5905">
        <w:tc>
          <w:tcPr>
            <w:tcW w:w="567" w:type="dxa"/>
          </w:tcPr>
          <w:p w14:paraId="102ADED4" w14:textId="455306E7" w:rsidR="00977B73" w:rsidRPr="003F1022" w:rsidRDefault="00FF1D3E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2403" w:type="dxa"/>
          </w:tcPr>
          <w:p w14:paraId="57B32F20" w14:textId="3A28271E" w:rsidR="00977B73" w:rsidRPr="003F1022" w:rsidRDefault="00ED675D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 w:hint="eastAsia"/>
                <w:lang w:eastAsia="ja-JP"/>
              </w:rPr>
              <w:t xml:space="preserve">Yuta </w:t>
            </w:r>
            <w:proofErr w:type="spellStart"/>
            <w:r w:rsidRPr="003F1022">
              <w:rPr>
                <w:rFonts w:ascii="Times New Roman" w:hAnsi="Times New Roman" w:cs="Times New Roman" w:hint="eastAsia"/>
                <w:lang w:eastAsia="ja-JP"/>
              </w:rPr>
              <w:t>Kagaya</w:t>
            </w:r>
            <w:proofErr w:type="spellEnd"/>
          </w:p>
        </w:tc>
        <w:tc>
          <w:tcPr>
            <w:tcW w:w="1203" w:type="dxa"/>
          </w:tcPr>
          <w:p w14:paraId="1023BCB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460C578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1680" w:type="dxa"/>
          </w:tcPr>
          <w:p w14:paraId="6286D11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690FA97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18E5BCE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AEAB378" w14:textId="7D1C7B56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08C04D7" w14:textId="67A4735D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56A284A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5363AF23" w14:textId="77777777" w:rsidTr="00BE5905">
        <w:tc>
          <w:tcPr>
            <w:tcW w:w="567" w:type="dxa"/>
          </w:tcPr>
          <w:p w14:paraId="2F3459BE" w14:textId="3B14709F" w:rsidR="00977B73" w:rsidRPr="003F1022" w:rsidRDefault="00FF1D3E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7</w:t>
            </w:r>
          </w:p>
        </w:tc>
        <w:tc>
          <w:tcPr>
            <w:tcW w:w="2403" w:type="dxa"/>
          </w:tcPr>
          <w:p w14:paraId="066395E2" w14:textId="21589906" w:rsidR="00977B73" w:rsidRPr="003F1022" w:rsidRDefault="00073F54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 w:hint="eastAsia"/>
                <w:lang w:eastAsia="ja-JP"/>
              </w:rPr>
              <w:t>Sho Sato</w:t>
            </w:r>
          </w:p>
        </w:tc>
        <w:tc>
          <w:tcPr>
            <w:tcW w:w="1203" w:type="dxa"/>
          </w:tcPr>
          <w:p w14:paraId="3579B9F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19E13CA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1680" w:type="dxa"/>
          </w:tcPr>
          <w:p w14:paraId="70DFFA4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5B905C9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4C3BEF2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0A0C91A9" w14:textId="48B49764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3251B7A1" w14:textId="08F3BFA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3FE71E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71DA7F43" w14:textId="77777777" w:rsidTr="00BE5905">
        <w:tc>
          <w:tcPr>
            <w:tcW w:w="567" w:type="dxa"/>
          </w:tcPr>
          <w:p w14:paraId="3242A8DC" w14:textId="7430FF7C" w:rsidR="00977B73" w:rsidRPr="003F1022" w:rsidRDefault="00FF1D3E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8</w:t>
            </w:r>
          </w:p>
        </w:tc>
        <w:tc>
          <w:tcPr>
            <w:tcW w:w="2403" w:type="dxa"/>
          </w:tcPr>
          <w:p w14:paraId="4254BCEA" w14:textId="69BE8B3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Nozomi </w:t>
            </w:r>
            <w:r w:rsidR="009C5620" w:rsidRPr="003F1022">
              <w:rPr>
                <w:rFonts w:ascii="Times New Roman" w:hAnsi="Times New Roman" w:cs="Times New Roman"/>
                <w:lang w:eastAsia="ja-JP"/>
              </w:rPr>
              <w:t>T</w:t>
            </w:r>
            <w:r w:rsidRPr="003F1022">
              <w:rPr>
                <w:rFonts w:ascii="Times New Roman" w:hAnsi="Times New Roman" w:cs="Times New Roman"/>
              </w:rPr>
              <w:t>akahashi</w:t>
            </w:r>
          </w:p>
        </w:tc>
        <w:tc>
          <w:tcPr>
            <w:tcW w:w="1203" w:type="dxa"/>
          </w:tcPr>
          <w:p w14:paraId="47E0314D" w14:textId="21DC357D" w:rsidR="00977B73" w:rsidRPr="003F1022" w:rsidRDefault="009C562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7ED03E1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680" w:type="dxa"/>
          </w:tcPr>
          <w:p w14:paraId="15EA365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5533A6E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3997036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82BF3E7" w14:textId="5320A8A0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16B2AB6" w14:textId="1F3CBD04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18" w:type="dxa"/>
          </w:tcPr>
          <w:p w14:paraId="3752783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20F68DCA" w14:textId="77777777" w:rsidTr="00BE5905">
        <w:tc>
          <w:tcPr>
            <w:tcW w:w="567" w:type="dxa"/>
          </w:tcPr>
          <w:p w14:paraId="665130C3" w14:textId="5712DD56" w:rsidR="00977B73" w:rsidRPr="003F1022" w:rsidRDefault="00FF1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9</w:t>
            </w:r>
          </w:p>
        </w:tc>
        <w:tc>
          <w:tcPr>
            <w:tcW w:w="2403" w:type="dxa"/>
          </w:tcPr>
          <w:p w14:paraId="53C899C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Kaori Hikuchi</w:t>
            </w:r>
          </w:p>
        </w:tc>
        <w:tc>
          <w:tcPr>
            <w:tcW w:w="1203" w:type="dxa"/>
          </w:tcPr>
          <w:p w14:paraId="51BF770D" w14:textId="5D32934A" w:rsidR="00977B73" w:rsidRPr="003F1022" w:rsidRDefault="009C5620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Japanese </w:t>
            </w:r>
          </w:p>
        </w:tc>
        <w:tc>
          <w:tcPr>
            <w:tcW w:w="861" w:type="dxa"/>
          </w:tcPr>
          <w:p w14:paraId="394703D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680" w:type="dxa"/>
          </w:tcPr>
          <w:p w14:paraId="746A377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29DE1E6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4941375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60E2FC5" w14:textId="7A2E73F9" w:rsidR="00A74461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65F53AAE" w14:textId="4938E0A0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BD90DE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1451FC35" w14:textId="77777777" w:rsidTr="00BE5905">
        <w:tc>
          <w:tcPr>
            <w:tcW w:w="567" w:type="dxa"/>
          </w:tcPr>
          <w:p w14:paraId="2DAA4D6F" w14:textId="2F35211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2403" w:type="dxa"/>
          </w:tcPr>
          <w:p w14:paraId="79696700" w14:textId="0B0E05D5" w:rsidR="00977B73" w:rsidRPr="003F1022" w:rsidRDefault="00073F54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 xml:space="preserve">Yukako </w:t>
            </w:r>
            <w:proofErr w:type="spellStart"/>
            <w:r w:rsidRPr="003F1022">
              <w:rPr>
                <w:rFonts w:ascii="Times New Roman" w:hAnsi="Times New Roman" w:cs="Times New Roman"/>
              </w:rPr>
              <w:t>Ooura</w:t>
            </w:r>
            <w:proofErr w:type="spellEnd"/>
          </w:p>
        </w:tc>
        <w:tc>
          <w:tcPr>
            <w:tcW w:w="1203" w:type="dxa"/>
          </w:tcPr>
          <w:p w14:paraId="5BA1565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577B5F9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680" w:type="dxa"/>
          </w:tcPr>
          <w:p w14:paraId="330EFEF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6158452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12612FC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C3A8AEF" w14:textId="632410C4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35729386" w14:textId="094B63A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792584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491B68A2" w14:textId="77777777" w:rsidTr="00BE5905">
        <w:tc>
          <w:tcPr>
            <w:tcW w:w="567" w:type="dxa"/>
          </w:tcPr>
          <w:p w14:paraId="28453142" w14:textId="215BA1E4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2403" w:type="dxa"/>
          </w:tcPr>
          <w:p w14:paraId="017F66B4" w14:textId="05CCFD6F" w:rsidR="00977B73" w:rsidRPr="003F1022" w:rsidRDefault="00073F54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 w:hint="eastAsia"/>
                <w:lang w:eastAsia="ja-JP"/>
              </w:rPr>
              <w:t>Reina Yamada</w:t>
            </w:r>
          </w:p>
        </w:tc>
        <w:tc>
          <w:tcPr>
            <w:tcW w:w="1203" w:type="dxa"/>
          </w:tcPr>
          <w:p w14:paraId="0F93C3F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32D078A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680" w:type="dxa"/>
          </w:tcPr>
          <w:p w14:paraId="02B2437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0BD2769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241D79C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805FFB0" w14:textId="79A40C09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19D6CA54" w14:textId="5CF0AC1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01CBA1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25AC985A" w14:textId="77777777" w:rsidTr="00BE5905">
        <w:tc>
          <w:tcPr>
            <w:tcW w:w="567" w:type="dxa"/>
          </w:tcPr>
          <w:p w14:paraId="3B89E0C0" w14:textId="69094CA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</w:t>
            </w:r>
          </w:p>
        </w:tc>
        <w:tc>
          <w:tcPr>
            <w:tcW w:w="2403" w:type="dxa"/>
          </w:tcPr>
          <w:p w14:paraId="337FEDA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proofErr w:type="spellStart"/>
            <w:r w:rsidRPr="003F1022">
              <w:rPr>
                <w:rFonts w:ascii="Times New Roman" w:hAnsi="Times New Roman" w:cs="Times New Roman"/>
              </w:rPr>
              <w:t>Shimonihara</w:t>
            </w:r>
            <w:proofErr w:type="spellEnd"/>
            <w:r w:rsidRPr="003F1022">
              <w:rPr>
                <w:rFonts w:ascii="Times New Roman" w:hAnsi="Times New Roman" w:cs="Times New Roman"/>
              </w:rPr>
              <w:t xml:space="preserve"> Naoko</w:t>
            </w:r>
          </w:p>
        </w:tc>
        <w:tc>
          <w:tcPr>
            <w:tcW w:w="1203" w:type="dxa"/>
          </w:tcPr>
          <w:p w14:paraId="4DCE1470" w14:textId="390B8E1D" w:rsidR="00977B73" w:rsidRPr="003F1022" w:rsidRDefault="009C562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75F2D99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680" w:type="dxa"/>
          </w:tcPr>
          <w:p w14:paraId="0091511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61E0A8D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02BAE10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437C2B7" w14:textId="256EB77F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5657BE6E" w14:textId="392ED1E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18" w:type="dxa"/>
          </w:tcPr>
          <w:p w14:paraId="7F31699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5DEA7AB7" w14:textId="77777777" w:rsidTr="00BE5905">
        <w:tc>
          <w:tcPr>
            <w:tcW w:w="567" w:type="dxa"/>
          </w:tcPr>
          <w:p w14:paraId="695D8E15" w14:textId="3667FD1A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</w:t>
            </w:r>
          </w:p>
        </w:tc>
        <w:tc>
          <w:tcPr>
            <w:tcW w:w="2403" w:type="dxa"/>
          </w:tcPr>
          <w:p w14:paraId="4520B03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Hiroyuki Nishi</w:t>
            </w:r>
          </w:p>
        </w:tc>
        <w:tc>
          <w:tcPr>
            <w:tcW w:w="1203" w:type="dxa"/>
          </w:tcPr>
          <w:p w14:paraId="12152019" w14:textId="1BFE87BF" w:rsidR="00977B73" w:rsidRPr="003F1022" w:rsidRDefault="009C562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4F7D2B0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680" w:type="dxa"/>
          </w:tcPr>
          <w:p w14:paraId="0FE9BF5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155DF46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075C2B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E5E9615" w14:textId="2382514A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50BB181B" w14:textId="7A35D5F8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34989DC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3D635649" w14:textId="77777777" w:rsidTr="00BE5905">
        <w:tc>
          <w:tcPr>
            <w:tcW w:w="567" w:type="dxa"/>
          </w:tcPr>
          <w:p w14:paraId="0772B5FF" w14:textId="2C0734ED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</w:t>
            </w:r>
          </w:p>
        </w:tc>
        <w:tc>
          <w:tcPr>
            <w:tcW w:w="2403" w:type="dxa"/>
          </w:tcPr>
          <w:p w14:paraId="56BCA03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Takaya Motoki</w:t>
            </w:r>
          </w:p>
        </w:tc>
        <w:tc>
          <w:tcPr>
            <w:tcW w:w="1203" w:type="dxa"/>
          </w:tcPr>
          <w:p w14:paraId="1D5C7BF6" w14:textId="2310EE34" w:rsidR="00977B73" w:rsidRPr="003F1022" w:rsidRDefault="009C562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000C558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680" w:type="dxa"/>
          </w:tcPr>
          <w:p w14:paraId="7438CDC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423AAFD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6079D33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C3977BF" w14:textId="597548AA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3CA85FE3" w14:textId="0DB0A1BD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227353D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44BDA084" w14:textId="77777777" w:rsidTr="00BE5905">
        <w:tc>
          <w:tcPr>
            <w:tcW w:w="567" w:type="dxa"/>
          </w:tcPr>
          <w:p w14:paraId="26F214CC" w14:textId="580F8C32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2403" w:type="dxa"/>
          </w:tcPr>
          <w:p w14:paraId="3014ADA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Yoko Sasaki</w:t>
            </w:r>
          </w:p>
        </w:tc>
        <w:tc>
          <w:tcPr>
            <w:tcW w:w="1203" w:type="dxa"/>
          </w:tcPr>
          <w:p w14:paraId="2455B2F6" w14:textId="16E79C68" w:rsidR="00977B73" w:rsidRPr="003F1022" w:rsidRDefault="009C562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06BF470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680" w:type="dxa"/>
          </w:tcPr>
          <w:p w14:paraId="7315CD0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2668A4A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178132D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11B7AFA" w14:textId="03719839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52896230" w14:textId="53B3BB0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B88A8B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5FF97F93" w14:textId="77777777" w:rsidTr="00BE5905">
        <w:tc>
          <w:tcPr>
            <w:tcW w:w="567" w:type="dxa"/>
          </w:tcPr>
          <w:p w14:paraId="39C3C397" w14:textId="0A84AB5B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2403" w:type="dxa"/>
          </w:tcPr>
          <w:p w14:paraId="26335751" w14:textId="14CC90CF" w:rsidR="00977B73" w:rsidRPr="003F1022" w:rsidRDefault="00073F54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 w:hint="eastAsia"/>
                <w:lang w:eastAsia="ja-JP"/>
              </w:rPr>
              <w:t>Hiroyuki Okada</w:t>
            </w:r>
          </w:p>
        </w:tc>
        <w:tc>
          <w:tcPr>
            <w:tcW w:w="1203" w:type="dxa"/>
          </w:tcPr>
          <w:p w14:paraId="1AA981A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73DF216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680" w:type="dxa"/>
          </w:tcPr>
          <w:p w14:paraId="5212634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2677B7C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9D1C8A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D6B932F" w14:textId="37E97CDA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600B581A" w14:textId="06498478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2E3FC87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09F95AC7" w14:textId="77777777" w:rsidTr="00BE5905">
        <w:tc>
          <w:tcPr>
            <w:tcW w:w="567" w:type="dxa"/>
          </w:tcPr>
          <w:p w14:paraId="6914F003" w14:textId="26A071C7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7</w:t>
            </w:r>
          </w:p>
        </w:tc>
        <w:tc>
          <w:tcPr>
            <w:tcW w:w="2403" w:type="dxa"/>
          </w:tcPr>
          <w:p w14:paraId="6348A038" w14:textId="28B694BD" w:rsidR="00977B73" w:rsidRPr="003F1022" w:rsidRDefault="00073F54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 w:hint="eastAsia"/>
                <w:lang w:eastAsia="ja-JP"/>
              </w:rPr>
              <w:t>Yushi Orita</w:t>
            </w:r>
          </w:p>
        </w:tc>
        <w:tc>
          <w:tcPr>
            <w:tcW w:w="1203" w:type="dxa"/>
          </w:tcPr>
          <w:p w14:paraId="74376B3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0D192C3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680" w:type="dxa"/>
          </w:tcPr>
          <w:p w14:paraId="19C32BC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6F724DC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112" w:type="dxa"/>
          </w:tcPr>
          <w:p w14:paraId="0F1F7E4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1DE542B" w14:textId="06EEDB0D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63C2450" w14:textId="75510FF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C49E59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41152E36" w14:textId="77777777" w:rsidTr="00BE5905">
        <w:tc>
          <w:tcPr>
            <w:tcW w:w="567" w:type="dxa"/>
          </w:tcPr>
          <w:p w14:paraId="3E1C2902" w14:textId="0213C371" w:rsidR="00977B73" w:rsidRPr="003F1022" w:rsidRDefault="00807EF5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18</w:t>
            </w:r>
          </w:p>
        </w:tc>
        <w:tc>
          <w:tcPr>
            <w:tcW w:w="2403" w:type="dxa"/>
          </w:tcPr>
          <w:p w14:paraId="595E0BB7" w14:textId="22C66090" w:rsidR="00977B73" w:rsidRPr="003F1022" w:rsidRDefault="009C5620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S</w:t>
            </w:r>
            <w:r w:rsidR="00977B73" w:rsidRPr="003F1022">
              <w:rPr>
                <w:rFonts w:ascii="Times New Roman" w:hAnsi="Times New Roman" w:cs="Times New Roman"/>
              </w:rPr>
              <w:t>husaku Tamaki</w:t>
            </w:r>
          </w:p>
        </w:tc>
        <w:tc>
          <w:tcPr>
            <w:tcW w:w="1203" w:type="dxa"/>
          </w:tcPr>
          <w:p w14:paraId="07F44B18" w14:textId="0E9AF60B" w:rsidR="00977B73" w:rsidRPr="003F1022" w:rsidRDefault="009C562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41F1828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680" w:type="dxa"/>
          </w:tcPr>
          <w:p w14:paraId="69285DD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4CA4C5D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6845AC0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3025421" w14:textId="14562491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53E679B7" w14:textId="094FBC95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4BD8392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67A43634" w14:textId="77777777" w:rsidTr="00BE5905">
        <w:tc>
          <w:tcPr>
            <w:tcW w:w="567" w:type="dxa"/>
          </w:tcPr>
          <w:p w14:paraId="649AAB6D" w14:textId="22194FA1" w:rsidR="00977B73" w:rsidRPr="003F1022" w:rsidRDefault="00807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19</w:t>
            </w:r>
          </w:p>
        </w:tc>
        <w:tc>
          <w:tcPr>
            <w:tcW w:w="2403" w:type="dxa"/>
          </w:tcPr>
          <w:p w14:paraId="1CAF5E5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Toshiro Imamoto</w:t>
            </w:r>
          </w:p>
        </w:tc>
        <w:tc>
          <w:tcPr>
            <w:tcW w:w="1203" w:type="dxa"/>
          </w:tcPr>
          <w:p w14:paraId="0EC254F2" w14:textId="4E2A2A66" w:rsidR="00977B73" w:rsidRPr="003F1022" w:rsidRDefault="009C562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504183A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680" w:type="dxa"/>
          </w:tcPr>
          <w:p w14:paraId="7C63AEC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1734C25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E113AE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5F385CF" w14:textId="47C593E9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560EB1CC" w14:textId="1B625214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CC7CA2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719F3FB6" w14:textId="77777777" w:rsidTr="00BE5905">
        <w:tc>
          <w:tcPr>
            <w:tcW w:w="567" w:type="dxa"/>
          </w:tcPr>
          <w:p w14:paraId="21C04D86" w14:textId="56E54E94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2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2403" w:type="dxa"/>
          </w:tcPr>
          <w:p w14:paraId="696ABEFB" w14:textId="74389FE1" w:rsidR="00977B73" w:rsidRPr="003F1022" w:rsidRDefault="00073F54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 w:hint="eastAsia"/>
                <w:lang w:eastAsia="ja-JP"/>
              </w:rPr>
              <w:t>Yukako Mizuno</w:t>
            </w:r>
          </w:p>
        </w:tc>
        <w:tc>
          <w:tcPr>
            <w:tcW w:w="1203" w:type="dxa"/>
          </w:tcPr>
          <w:p w14:paraId="3F2D90F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521EBE7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680" w:type="dxa"/>
          </w:tcPr>
          <w:p w14:paraId="007D2B8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5CFAB2A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18A492C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C23D0D3" w14:textId="01C82532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C9EAC22" w14:textId="0A61270D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18" w:type="dxa"/>
          </w:tcPr>
          <w:p w14:paraId="6E3E932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3D53B2E7" w14:textId="77777777" w:rsidTr="00BE5905">
        <w:tc>
          <w:tcPr>
            <w:tcW w:w="567" w:type="dxa"/>
          </w:tcPr>
          <w:p w14:paraId="055C2A86" w14:textId="64844711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2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2403" w:type="dxa"/>
          </w:tcPr>
          <w:p w14:paraId="3BD7FE7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Takeuchi Mayuko</w:t>
            </w:r>
          </w:p>
        </w:tc>
        <w:tc>
          <w:tcPr>
            <w:tcW w:w="1203" w:type="dxa"/>
          </w:tcPr>
          <w:p w14:paraId="684A0660" w14:textId="36195B7D" w:rsidR="00977B73" w:rsidRPr="003F1022" w:rsidRDefault="009C562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7AE3875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680" w:type="dxa"/>
          </w:tcPr>
          <w:p w14:paraId="05CBCEC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76C773C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CB1F6A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C136376" w14:textId="76479094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324F6E35" w14:textId="150F03D9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2C43BA6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3A318A14" w14:textId="77777777" w:rsidTr="00BE5905">
        <w:tc>
          <w:tcPr>
            <w:tcW w:w="567" w:type="dxa"/>
          </w:tcPr>
          <w:p w14:paraId="4F031073" w14:textId="4AF85F9C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</w:t>
            </w:r>
          </w:p>
        </w:tc>
        <w:tc>
          <w:tcPr>
            <w:tcW w:w="2403" w:type="dxa"/>
          </w:tcPr>
          <w:p w14:paraId="439ADF0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Mao Sekimata</w:t>
            </w:r>
          </w:p>
        </w:tc>
        <w:tc>
          <w:tcPr>
            <w:tcW w:w="1203" w:type="dxa"/>
          </w:tcPr>
          <w:p w14:paraId="276ABB74" w14:textId="7DF2591D" w:rsidR="00977B73" w:rsidRPr="003F1022" w:rsidRDefault="009C562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44A6158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80" w:type="dxa"/>
          </w:tcPr>
          <w:p w14:paraId="329595D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2FA24E3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009F908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9796991" w14:textId="32827E6C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0477C716" w14:textId="0EDB989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18" w:type="dxa"/>
          </w:tcPr>
          <w:p w14:paraId="021D542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10FE42BE" w14:textId="77777777" w:rsidTr="00BE5905">
        <w:tc>
          <w:tcPr>
            <w:tcW w:w="567" w:type="dxa"/>
          </w:tcPr>
          <w:p w14:paraId="198B0726" w14:textId="744D3949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</w:t>
            </w:r>
          </w:p>
        </w:tc>
        <w:tc>
          <w:tcPr>
            <w:tcW w:w="2403" w:type="dxa"/>
          </w:tcPr>
          <w:p w14:paraId="059E08B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proofErr w:type="spellStart"/>
            <w:r w:rsidRPr="003F1022">
              <w:rPr>
                <w:rFonts w:ascii="Times New Roman" w:hAnsi="Times New Roman" w:cs="Times New Roman"/>
              </w:rPr>
              <w:t>Shalendra</w:t>
            </w:r>
            <w:proofErr w:type="spellEnd"/>
            <w:r w:rsidRPr="003F1022">
              <w:rPr>
                <w:rFonts w:ascii="Times New Roman" w:hAnsi="Times New Roman" w:cs="Times New Roman"/>
              </w:rPr>
              <w:t xml:space="preserve"> Singh</w:t>
            </w:r>
          </w:p>
        </w:tc>
        <w:tc>
          <w:tcPr>
            <w:tcW w:w="1203" w:type="dxa"/>
          </w:tcPr>
          <w:p w14:paraId="1AC0E1A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749E35C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680" w:type="dxa"/>
          </w:tcPr>
          <w:p w14:paraId="74814F1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1561" w:type="dxa"/>
          </w:tcPr>
          <w:p w14:paraId="1FC4B3E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8373AF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0FA98F59" w14:textId="5338BAFE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59DE6548" w14:textId="61D3A68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43E05A8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39B1171E" w14:textId="77777777" w:rsidTr="00BE5905">
        <w:tc>
          <w:tcPr>
            <w:tcW w:w="567" w:type="dxa"/>
          </w:tcPr>
          <w:p w14:paraId="05532800" w14:textId="586B7BD2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</w:t>
            </w:r>
          </w:p>
        </w:tc>
        <w:tc>
          <w:tcPr>
            <w:tcW w:w="2403" w:type="dxa"/>
          </w:tcPr>
          <w:p w14:paraId="62324B9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Jorge Rodríguez Zúñiga</w:t>
            </w:r>
          </w:p>
        </w:tc>
        <w:tc>
          <w:tcPr>
            <w:tcW w:w="1203" w:type="dxa"/>
          </w:tcPr>
          <w:p w14:paraId="3E8A8D30" w14:textId="4ED4DC3A" w:rsidR="00977B73" w:rsidRPr="003F1022" w:rsidRDefault="00514D4E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Spanish</w:t>
            </w:r>
          </w:p>
        </w:tc>
        <w:tc>
          <w:tcPr>
            <w:tcW w:w="861" w:type="dxa"/>
          </w:tcPr>
          <w:p w14:paraId="6457402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680" w:type="dxa"/>
          </w:tcPr>
          <w:p w14:paraId="0245109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Mexico</w:t>
            </w:r>
          </w:p>
        </w:tc>
        <w:tc>
          <w:tcPr>
            <w:tcW w:w="1561" w:type="dxa"/>
          </w:tcPr>
          <w:p w14:paraId="2E99D3A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E58CDD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D9FB7E0" w14:textId="426A803C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0FDD6F60" w14:textId="76ED032C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3D06672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58AE58CF" w14:textId="77777777" w:rsidTr="00BE5905">
        <w:tc>
          <w:tcPr>
            <w:tcW w:w="567" w:type="dxa"/>
          </w:tcPr>
          <w:p w14:paraId="59D0B7B5" w14:textId="1C899E22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2403" w:type="dxa"/>
          </w:tcPr>
          <w:p w14:paraId="3724847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Kristina Killinger</w:t>
            </w:r>
          </w:p>
        </w:tc>
        <w:tc>
          <w:tcPr>
            <w:tcW w:w="1203" w:type="dxa"/>
          </w:tcPr>
          <w:p w14:paraId="0EFB217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340010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680" w:type="dxa"/>
          </w:tcPr>
          <w:p w14:paraId="5974AD8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Germany</w:t>
            </w:r>
          </w:p>
        </w:tc>
        <w:tc>
          <w:tcPr>
            <w:tcW w:w="1561" w:type="dxa"/>
          </w:tcPr>
          <w:p w14:paraId="6C33010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7BBAEDE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94664D2" w14:textId="0AC64F19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D450BFC" w14:textId="735E072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CE9996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69173B12" w14:textId="77777777" w:rsidTr="00BE5905">
        <w:tc>
          <w:tcPr>
            <w:tcW w:w="567" w:type="dxa"/>
          </w:tcPr>
          <w:p w14:paraId="3391E221" w14:textId="7A3BAF6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2403" w:type="dxa"/>
          </w:tcPr>
          <w:p w14:paraId="7E9CD92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Sean Balmain</w:t>
            </w:r>
          </w:p>
        </w:tc>
        <w:tc>
          <w:tcPr>
            <w:tcW w:w="1203" w:type="dxa"/>
          </w:tcPr>
          <w:p w14:paraId="6243FD8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65629CE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1680" w:type="dxa"/>
          </w:tcPr>
          <w:p w14:paraId="1329465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UK</w:t>
            </w:r>
          </w:p>
        </w:tc>
        <w:tc>
          <w:tcPr>
            <w:tcW w:w="1561" w:type="dxa"/>
          </w:tcPr>
          <w:p w14:paraId="317C794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0F468F4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FA5D5BA" w14:textId="74D528A0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0F3B737" w14:textId="1C96C8E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40C88EB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049A4942" w14:textId="77777777" w:rsidTr="00BE5905">
        <w:tc>
          <w:tcPr>
            <w:tcW w:w="567" w:type="dxa"/>
          </w:tcPr>
          <w:p w14:paraId="3B421DC5" w14:textId="253904BA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2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7</w:t>
            </w:r>
          </w:p>
        </w:tc>
        <w:tc>
          <w:tcPr>
            <w:tcW w:w="2403" w:type="dxa"/>
          </w:tcPr>
          <w:p w14:paraId="727CEE8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proofErr w:type="spellStart"/>
            <w:r w:rsidRPr="003F1022">
              <w:rPr>
                <w:rFonts w:ascii="Times New Roman" w:hAnsi="Times New Roman" w:cs="Times New Roman"/>
              </w:rPr>
              <w:t>Patchareya</w:t>
            </w:r>
            <w:proofErr w:type="spellEnd"/>
            <w:r w:rsidRPr="003F10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1022">
              <w:rPr>
                <w:rFonts w:ascii="Times New Roman" w:hAnsi="Times New Roman" w:cs="Times New Roman"/>
              </w:rPr>
              <w:t>Nivatpumin</w:t>
            </w:r>
            <w:proofErr w:type="spellEnd"/>
          </w:p>
        </w:tc>
        <w:tc>
          <w:tcPr>
            <w:tcW w:w="1203" w:type="dxa"/>
          </w:tcPr>
          <w:p w14:paraId="3DD864D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1A1B99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680" w:type="dxa"/>
          </w:tcPr>
          <w:p w14:paraId="2458B64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Thailand</w:t>
            </w:r>
          </w:p>
        </w:tc>
        <w:tc>
          <w:tcPr>
            <w:tcW w:w="1561" w:type="dxa"/>
          </w:tcPr>
          <w:p w14:paraId="7A54DFD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12" w:type="dxa"/>
          </w:tcPr>
          <w:p w14:paraId="251CEB9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8B30A37" w14:textId="321B8782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3</w:t>
            </w:r>
          </w:p>
        </w:tc>
        <w:tc>
          <w:tcPr>
            <w:tcW w:w="898" w:type="dxa"/>
          </w:tcPr>
          <w:p w14:paraId="6187C711" w14:textId="780526E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76680E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30ECB9A2" w14:textId="070CF9CA" w:rsidR="00A74461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</w:t>
            </w:r>
            <w:r w:rsidR="00D67190" w:rsidRPr="003F1022">
              <w:rPr>
                <w:rFonts w:ascii="Times New Roman" w:hAnsi="Times New Roman" w:cs="Times New Roman"/>
                <w:lang w:eastAsia="ja-JP"/>
              </w:rPr>
              <w:t>n=1</w:t>
            </w:r>
            <w:r w:rsidRPr="003F1022">
              <w:rPr>
                <w:rFonts w:ascii="Times New Roman" w:hAnsi="Times New Roman" w:cs="Times New Roman"/>
                <w:lang w:eastAsia="ja-JP"/>
              </w:rPr>
              <w:t>)</w:t>
            </w:r>
          </w:p>
        </w:tc>
      </w:tr>
      <w:tr w:rsidR="00807EF5" w:rsidRPr="003F1022" w14:paraId="3C13BC6A" w14:textId="77777777" w:rsidTr="00BE5905">
        <w:tc>
          <w:tcPr>
            <w:tcW w:w="567" w:type="dxa"/>
          </w:tcPr>
          <w:p w14:paraId="2DF90E71" w14:textId="65555003" w:rsidR="00977B73" w:rsidRPr="003F1022" w:rsidRDefault="00807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28</w:t>
            </w:r>
          </w:p>
        </w:tc>
        <w:tc>
          <w:tcPr>
            <w:tcW w:w="2403" w:type="dxa"/>
          </w:tcPr>
          <w:p w14:paraId="46ABD7F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A. </w:t>
            </w:r>
            <w:proofErr w:type="spellStart"/>
            <w:r w:rsidRPr="003F1022">
              <w:rPr>
                <w:rFonts w:ascii="Times New Roman" w:hAnsi="Times New Roman" w:cs="Times New Roman"/>
              </w:rPr>
              <w:t>Araibi</w:t>
            </w:r>
            <w:proofErr w:type="spellEnd"/>
          </w:p>
        </w:tc>
        <w:tc>
          <w:tcPr>
            <w:tcW w:w="1203" w:type="dxa"/>
          </w:tcPr>
          <w:p w14:paraId="498A2E6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522D3F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1680" w:type="dxa"/>
          </w:tcPr>
          <w:p w14:paraId="3429E36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Ireland</w:t>
            </w:r>
          </w:p>
        </w:tc>
        <w:tc>
          <w:tcPr>
            <w:tcW w:w="1561" w:type="dxa"/>
          </w:tcPr>
          <w:p w14:paraId="46059CE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6060B2B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023EF976" w14:textId="45216FBB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8B3FE4C" w14:textId="079BE222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2C2FAD2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36F13990" w14:textId="77777777" w:rsidTr="00BE5905">
        <w:tc>
          <w:tcPr>
            <w:tcW w:w="567" w:type="dxa"/>
          </w:tcPr>
          <w:p w14:paraId="5C300E44" w14:textId="33DE790B" w:rsidR="00977B73" w:rsidRPr="003F1022" w:rsidRDefault="00807EF5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29</w:t>
            </w:r>
          </w:p>
        </w:tc>
        <w:tc>
          <w:tcPr>
            <w:tcW w:w="2403" w:type="dxa"/>
          </w:tcPr>
          <w:p w14:paraId="3AA025C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Angela N. Phillips</w:t>
            </w:r>
          </w:p>
        </w:tc>
        <w:tc>
          <w:tcPr>
            <w:tcW w:w="1203" w:type="dxa"/>
          </w:tcPr>
          <w:p w14:paraId="2CD67D1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B8AAD5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680" w:type="dxa"/>
          </w:tcPr>
          <w:p w14:paraId="5229648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1901B10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70F0752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0220E3B0" w14:textId="2EC82909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53CAB0A2" w14:textId="44F4E5C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21E7068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666F2847" w14:textId="77777777" w:rsidTr="00BE5905">
        <w:tc>
          <w:tcPr>
            <w:tcW w:w="567" w:type="dxa"/>
          </w:tcPr>
          <w:p w14:paraId="5F3A13B7" w14:textId="53FCE20E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3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2403" w:type="dxa"/>
          </w:tcPr>
          <w:p w14:paraId="52133B7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Takehiko </w:t>
            </w:r>
            <w:proofErr w:type="spellStart"/>
            <w:r w:rsidRPr="003F1022">
              <w:rPr>
                <w:rFonts w:ascii="Times New Roman" w:hAnsi="Times New Roman" w:cs="Times New Roman"/>
              </w:rPr>
              <w:t>Oami</w:t>
            </w:r>
            <w:proofErr w:type="spellEnd"/>
          </w:p>
        </w:tc>
        <w:tc>
          <w:tcPr>
            <w:tcW w:w="1203" w:type="dxa"/>
          </w:tcPr>
          <w:p w14:paraId="46DDBC0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4382D99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680" w:type="dxa"/>
          </w:tcPr>
          <w:p w14:paraId="0DE2648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41374D6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01A0873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4B51FC1" w14:textId="4FDAF86A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0670F273" w14:textId="42CB84D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3611DD9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5DAC1971" w14:textId="77777777" w:rsidTr="00BE5905">
        <w:tc>
          <w:tcPr>
            <w:tcW w:w="567" w:type="dxa"/>
          </w:tcPr>
          <w:p w14:paraId="516929BF" w14:textId="6A9E2A02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3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2403" w:type="dxa"/>
          </w:tcPr>
          <w:p w14:paraId="4A736B3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Ryan Barnicle</w:t>
            </w:r>
          </w:p>
        </w:tc>
        <w:tc>
          <w:tcPr>
            <w:tcW w:w="1203" w:type="dxa"/>
          </w:tcPr>
          <w:p w14:paraId="48E3F25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6BD5E97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680" w:type="dxa"/>
          </w:tcPr>
          <w:p w14:paraId="086B95D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225F1CF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35E6DF6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50B08F6" w14:textId="1E78D28D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514A085" w14:textId="038FF733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335EFA1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65FC35F8" w14:textId="77777777" w:rsidTr="00BE5905">
        <w:tc>
          <w:tcPr>
            <w:tcW w:w="567" w:type="dxa"/>
          </w:tcPr>
          <w:p w14:paraId="2E58F7E4" w14:textId="36DD7065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lastRenderedPageBreak/>
              <w:t>3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</w:t>
            </w:r>
          </w:p>
        </w:tc>
        <w:tc>
          <w:tcPr>
            <w:tcW w:w="2403" w:type="dxa"/>
          </w:tcPr>
          <w:p w14:paraId="262AB8A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Alina Kuryłowicz</w:t>
            </w:r>
          </w:p>
        </w:tc>
        <w:tc>
          <w:tcPr>
            <w:tcW w:w="1203" w:type="dxa"/>
          </w:tcPr>
          <w:p w14:paraId="4FF9A0F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6A0676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680" w:type="dxa"/>
          </w:tcPr>
          <w:p w14:paraId="42AC1EE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Poland</w:t>
            </w:r>
          </w:p>
        </w:tc>
        <w:tc>
          <w:tcPr>
            <w:tcW w:w="1561" w:type="dxa"/>
          </w:tcPr>
          <w:p w14:paraId="6029819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335E691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271C850" w14:textId="1C322F1C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7F3216D" w14:textId="5363B05D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55562CA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507A1745" w14:textId="77777777" w:rsidTr="00BE5905">
        <w:tc>
          <w:tcPr>
            <w:tcW w:w="567" w:type="dxa"/>
          </w:tcPr>
          <w:p w14:paraId="17AF5E7C" w14:textId="3BF8A6CD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3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</w:t>
            </w:r>
          </w:p>
        </w:tc>
        <w:tc>
          <w:tcPr>
            <w:tcW w:w="2403" w:type="dxa"/>
          </w:tcPr>
          <w:p w14:paraId="3DC88A65" w14:textId="1B9A8C8C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Kevin N. </w:t>
            </w:r>
          </w:p>
        </w:tc>
        <w:tc>
          <w:tcPr>
            <w:tcW w:w="1203" w:type="dxa"/>
          </w:tcPr>
          <w:p w14:paraId="51722C3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2418216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680" w:type="dxa"/>
          </w:tcPr>
          <w:p w14:paraId="4CC69FA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7AE7695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1AC1E84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3737E11" w14:textId="4C460E60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1BF7ECF1" w14:textId="521E6773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1499F8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19782CA7" w14:textId="77777777" w:rsidTr="00BE5905">
        <w:tc>
          <w:tcPr>
            <w:tcW w:w="567" w:type="dxa"/>
          </w:tcPr>
          <w:p w14:paraId="76DB9D5C" w14:textId="7507E73B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3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</w:t>
            </w:r>
          </w:p>
        </w:tc>
        <w:tc>
          <w:tcPr>
            <w:tcW w:w="2403" w:type="dxa"/>
          </w:tcPr>
          <w:p w14:paraId="6230D6D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Ruby Bhatia</w:t>
            </w:r>
          </w:p>
        </w:tc>
        <w:tc>
          <w:tcPr>
            <w:tcW w:w="1203" w:type="dxa"/>
          </w:tcPr>
          <w:p w14:paraId="06AE0EA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E74163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680" w:type="dxa"/>
          </w:tcPr>
          <w:p w14:paraId="26864DF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1561" w:type="dxa"/>
          </w:tcPr>
          <w:p w14:paraId="096A103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44FBED4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8011EA6" w14:textId="36A26479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0FC9E56E" w14:textId="30B84378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4F73686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7D859F50" w14:textId="77777777" w:rsidTr="00BE5905">
        <w:tc>
          <w:tcPr>
            <w:tcW w:w="567" w:type="dxa"/>
          </w:tcPr>
          <w:p w14:paraId="3255CD39" w14:textId="40594900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3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2403" w:type="dxa"/>
          </w:tcPr>
          <w:p w14:paraId="20AED34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Lisa Barman</w:t>
            </w:r>
          </w:p>
        </w:tc>
        <w:tc>
          <w:tcPr>
            <w:tcW w:w="1203" w:type="dxa"/>
          </w:tcPr>
          <w:p w14:paraId="6DEC473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1C7630C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680" w:type="dxa"/>
          </w:tcPr>
          <w:p w14:paraId="7D3A038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1561" w:type="dxa"/>
          </w:tcPr>
          <w:p w14:paraId="35A7407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6C60119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BC34725" w14:textId="0EF54981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3C8F5580" w14:textId="4E0187C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1CFD75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03691B74" w14:textId="77777777" w:rsidTr="00BE5905">
        <w:tc>
          <w:tcPr>
            <w:tcW w:w="567" w:type="dxa"/>
          </w:tcPr>
          <w:p w14:paraId="0A3DB76D" w14:textId="3C1EF188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3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2403" w:type="dxa"/>
          </w:tcPr>
          <w:p w14:paraId="7CB291B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Elissa F.</w:t>
            </w:r>
          </w:p>
        </w:tc>
        <w:tc>
          <w:tcPr>
            <w:tcW w:w="1203" w:type="dxa"/>
          </w:tcPr>
          <w:p w14:paraId="698CC70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8BC8EE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680" w:type="dxa"/>
          </w:tcPr>
          <w:p w14:paraId="54C2ACE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4B6EE45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783BBF9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BEF726D" w14:textId="7311A1A4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730FA37" w14:textId="7D8D2C75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CFBD00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19E9CF91" w14:textId="77777777" w:rsidTr="00BE5905">
        <w:tc>
          <w:tcPr>
            <w:tcW w:w="567" w:type="dxa"/>
          </w:tcPr>
          <w:p w14:paraId="724EE25E" w14:textId="404848E1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3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7</w:t>
            </w:r>
          </w:p>
        </w:tc>
        <w:tc>
          <w:tcPr>
            <w:tcW w:w="2403" w:type="dxa"/>
          </w:tcPr>
          <w:p w14:paraId="574F16F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Chung-</w:t>
            </w:r>
            <w:proofErr w:type="spellStart"/>
            <w:r w:rsidRPr="003F1022">
              <w:rPr>
                <w:rFonts w:ascii="Times New Roman" w:hAnsi="Times New Roman" w:cs="Times New Roman"/>
              </w:rPr>
              <w:t>yan</w:t>
            </w:r>
            <w:proofErr w:type="spellEnd"/>
            <w:r w:rsidRPr="003F1022">
              <w:rPr>
                <w:rFonts w:ascii="Times New Roman" w:hAnsi="Times New Roman" w:cs="Times New Roman"/>
              </w:rPr>
              <w:t xml:space="preserve"> Lee</w:t>
            </w:r>
          </w:p>
        </w:tc>
        <w:tc>
          <w:tcPr>
            <w:tcW w:w="1203" w:type="dxa"/>
          </w:tcPr>
          <w:p w14:paraId="10304A3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279BBC9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680" w:type="dxa"/>
          </w:tcPr>
          <w:p w14:paraId="1C9F489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Hong Kong, China</w:t>
            </w:r>
          </w:p>
        </w:tc>
        <w:tc>
          <w:tcPr>
            <w:tcW w:w="1561" w:type="dxa"/>
          </w:tcPr>
          <w:p w14:paraId="25B1CC1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30EF370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ACE528A" w14:textId="0673113C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641F6CAC" w14:textId="1C05850F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2498EDD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6FBCBFCD" w14:textId="77777777" w:rsidTr="00BE5905">
        <w:tc>
          <w:tcPr>
            <w:tcW w:w="567" w:type="dxa"/>
          </w:tcPr>
          <w:p w14:paraId="39CC9B75" w14:textId="0B7B011E" w:rsidR="00977B73" w:rsidRPr="003F1022" w:rsidRDefault="00807EF5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38</w:t>
            </w:r>
          </w:p>
        </w:tc>
        <w:tc>
          <w:tcPr>
            <w:tcW w:w="2403" w:type="dxa"/>
          </w:tcPr>
          <w:p w14:paraId="7974B0A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Ozlem </w:t>
            </w:r>
            <w:proofErr w:type="spellStart"/>
            <w:r w:rsidRPr="003F1022">
              <w:rPr>
                <w:rFonts w:ascii="Times New Roman" w:hAnsi="Times New Roman" w:cs="Times New Roman"/>
              </w:rPr>
              <w:t>Guneysel</w:t>
            </w:r>
            <w:proofErr w:type="spellEnd"/>
          </w:p>
        </w:tc>
        <w:tc>
          <w:tcPr>
            <w:tcW w:w="1203" w:type="dxa"/>
          </w:tcPr>
          <w:p w14:paraId="0CAA6FC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01900A0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1680" w:type="dxa"/>
          </w:tcPr>
          <w:p w14:paraId="0DDD805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Turkey</w:t>
            </w:r>
          </w:p>
        </w:tc>
        <w:tc>
          <w:tcPr>
            <w:tcW w:w="1561" w:type="dxa"/>
          </w:tcPr>
          <w:p w14:paraId="0592571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A24C50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86383A2" w14:textId="0768D9A1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FA72BF7" w14:textId="7841338C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5B4E8E7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620D782F" w14:textId="77777777" w:rsidTr="00BE5905">
        <w:tc>
          <w:tcPr>
            <w:tcW w:w="567" w:type="dxa"/>
          </w:tcPr>
          <w:p w14:paraId="37170160" w14:textId="1C17E59F" w:rsidR="00977B73" w:rsidRPr="003F1022" w:rsidRDefault="00807EF5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39</w:t>
            </w:r>
          </w:p>
        </w:tc>
        <w:tc>
          <w:tcPr>
            <w:tcW w:w="2403" w:type="dxa"/>
          </w:tcPr>
          <w:p w14:paraId="089C9AE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Courtney Stanley Sundin</w:t>
            </w:r>
          </w:p>
        </w:tc>
        <w:tc>
          <w:tcPr>
            <w:tcW w:w="1203" w:type="dxa"/>
          </w:tcPr>
          <w:p w14:paraId="7AEFD11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D34F6C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680" w:type="dxa"/>
          </w:tcPr>
          <w:p w14:paraId="53ED377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4E76C3E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3D453FD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8B22B37" w14:textId="5C71BD1E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4AE0DCB" w14:textId="1CBDCEC5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18" w:type="dxa"/>
          </w:tcPr>
          <w:p w14:paraId="4453E88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6BBAC784" w14:textId="77777777" w:rsidTr="00BE5905">
        <w:tc>
          <w:tcPr>
            <w:tcW w:w="567" w:type="dxa"/>
          </w:tcPr>
          <w:p w14:paraId="39C892CB" w14:textId="0666BE70" w:rsidR="00977B73" w:rsidRPr="003F1022" w:rsidRDefault="00807EF5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40</w:t>
            </w:r>
          </w:p>
        </w:tc>
        <w:tc>
          <w:tcPr>
            <w:tcW w:w="2403" w:type="dxa"/>
          </w:tcPr>
          <w:p w14:paraId="5EB448EA" w14:textId="5DE84BC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Matthew P. </w:t>
            </w:r>
          </w:p>
        </w:tc>
        <w:tc>
          <w:tcPr>
            <w:tcW w:w="1203" w:type="dxa"/>
          </w:tcPr>
          <w:p w14:paraId="455E2AA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4897F76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680" w:type="dxa"/>
          </w:tcPr>
          <w:p w14:paraId="08FA177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7D63C25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7722883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65E0267" w14:textId="12711A9E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02CFE03A" w14:textId="2630BA0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BD9C07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55BBCDAD" w14:textId="77777777" w:rsidTr="00BE5905">
        <w:tc>
          <w:tcPr>
            <w:tcW w:w="567" w:type="dxa"/>
          </w:tcPr>
          <w:p w14:paraId="7784FBC6" w14:textId="761A0E56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4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2403" w:type="dxa"/>
          </w:tcPr>
          <w:p w14:paraId="43BBDFA1" w14:textId="4B3DC425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Praveen H. </w:t>
            </w:r>
          </w:p>
        </w:tc>
        <w:tc>
          <w:tcPr>
            <w:tcW w:w="1203" w:type="dxa"/>
          </w:tcPr>
          <w:p w14:paraId="197EF15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5FD65E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680" w:type="dxa"/>
          </w:tcPr>
          <w:p w14:paraId="553A495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New Zealand</w:t>
            </w:r>
          </w:p>
        </w:tc>
        <w:tc>
          <w:tcPr>
            <w:tcW w:w="1561" w:type="dxa"/>
          </w:tcPr>
          <w:p w14:paraId="381BADC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18E7513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8DC566C" w14:textId="1816D666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D245ABD" w14:textId="4F8EEB0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6B9ECB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42747BB0" w14:textId="77777777" w:rsidTr="00BE5905">
        <w:tc>
          <w:tcPr>
            <w:tcW w:w="567" w:type="dxa"/>
          </w:tcPr>
          <w:p w14:paraId="20CE368C" w14:textId="30BDE1B9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4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</w:t>
            </w:r>
          </w:p>
        </w:tc>
        <w:tc>
          <w:tcPr>
            <w:tcW w:w="2403" w:type="dxa"/>
          </w:tcPr>
          <w:p w14:paraId="220F646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Matthew Woods</w:t>
            </w:r>
          </w:p>
        </w:tc>
        <w:tc>
          <w:tcPr>
            <w:tcW w:w="1203" w:type="dxa"/>
          </w:tcPr>
          <w:p w14:paraId="438B076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47A7C14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680" w:type="dxa"/>
          </w:tcPr>
          <w:p w14:paraId="09AF7A5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UK</w:t>
            </w:r>
          </w:p>
        </w:tc>
        <w:tc>
          <w:tcPr>
            <w:tcW w:w="1561" w:type="dxa"/>
          </w:tcPr>
          <w:p w14:paraId="2BF6485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2242AD9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CA0AA65" w14:textId="3F2BC6F8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30A4E39" w14:textId="77EC3B02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D67CEC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2F0540C5" w14:textId="77777777" w:rsidTr="00BE5905">
        <w:tc>
          <w:tcPr>
            <w:tcW w:w="567" w:type="dxa"/>
          </w:tcPr>
          <w:p w14:paraId="09B9EF39" w14:textId="4D7DFFD2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4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</w:t>
            </w:r>
          </w:p>
        </w:tc>
        <w:tc>
          <w:tcPr>
            <w:tcW w:w="2403" w:type="dxa"/>
          </w:tcPr>
          <w:p w14:paraId="3D1B20D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proofErr w:type="spellStart"/>
            <w:r w:rsidRPr="003F1022">
              <w:rPr>
                <w:rFonts w:ascii="Times New Roman" w:hAnsi="Times New Roman" w:cs="Times New Roman"/>
              </w:rPr>
              <w:t>Hidetake</w:t>
            </w:r>
            <w:proofErr w:type="spellEnd"/>
            <w:r w:rsidRPr="003F1022">
              <w:rPr>
                <w:rFonts w:ascii="Times New Roman" w:hAnsi="Times New Roman" w:cs="Times New Roman"/>
              </w:rPr>
              <w:t xml:space="preserve"> Kamei</w:t>
            </w:r>
          </w:p>
        </w:tc>
        <w:tc>
          <w:tcPr>
            <w:tcW w:w="1203" w:type="dxa"/>
          </w:tcPr>
          <w:p w14:paraId="54C7CEB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105230E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80" w:type="dxa"/>
          </w:tcPr>
          <w:p w14:paraId="3C2BC3E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7607133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087800F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AFEE633" w14:textId="0D7CEF9D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EC9C630" w14:textId="7AB5C9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DC5241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632C9899" w14:textId="77777777" w:rsidTr="00BE5905">
        <w:tc>
          <w:tcPr>
            <w:tcW w:w="567" w:type="dxa"/>
          </w:tcPr>
          <w:p w14:paraId="77929FED" w14:textId="2E876DA4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4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</w:t>
            </w:r>
          </w:p>
        </w:tc>
        <w:tc>
          <w:tcPr>
            <w:tcW w:w="2403" w:type="dxa"/>
          </w:tcPr>
          <w:p w14:paraId="4F0E498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Saleem Haj-Yahia</w:t>
            </w:r>
          </w:p>
        </w:tc>
        <w:tc>
          <w:tcPr>
            <w:tcW w:w="1203" w:type="dxa"/>
          </w:tcPr>
          <w:p w14:paraId="722862D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1264A9E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680" w:type="dxa"/>
          </w:tcPr>
          <w:p w14:paraId="3AD7981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UK</w:t>
            </w:r>
          </w:p>
        </w:tc>
        <w:tc>
          <w:tcPr>
            <w:tcW w:w="1561" w:type="dxa"/>
          </w:tcPr>
          <w:p w14:paraId="7BF20CD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0FE331D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0431F1DD" w14:textId="0D011382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19FC5662" w14:textId="0FD1F1B2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08AAD7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10B817D1" w14:textId="77777777" w:rsidTr="00BE5905">
        <w:tc>
          <w:tcPr>
            <w:tcW w:w="567" w:type="dxa"/>
          </w:tcPr>
          <w:p w14:paraId="40E7098A" w14:textId="5BED9156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4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2403" w:type="dxa"/>
          </w:tcPr>
          <w:p w14:paraId="7A65BDE8" w14:textId="4C6DA153" w:rsidR="00977B73" w:rsidRPr="003F1022" w:rsidRDefault="00514D4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Toru Miyoshi</w:t>
            </w:r>
          </w:p>
        </w:tc>
        <w:tc>
          <w:tcPr>
            <w:tcW w:w="1203" w:type="dxa"/>
          </w:tcPr>
          <w:p w14:paraId="2C33782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4D942D6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80" w:type="dxa"/>
          </w:tcPr>
          <w:p w14:paraId="489FAB9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308625B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25615B8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24B6140" w14:textId="7D5621EA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30154E3" w14:textId="0B18679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18" w:type="dxa"/>
          </w:tcPr>
          <w:p w14:paraId="0522523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2AC05F73" w14:textId="77777777" w:rsidTr="00BE5905">
        <w:tc>
          <w:tcPr>
            <w:tcW w:w="567" w:type="dxa"/>
          </w:tcPr>
          <w:p w14:paraId="017663A1" w14:textId="07BAA5E8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4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2403" w:type="dxa"/>
          </w:tcPr>
          <w:p w14:paraId="35D8BB8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Harald Lenz</w:t>
            </w:r>
          </w:p>
        </w:tc>
        <w:tc>
          <w:tcPr>
            <w:tcW w:w="1203" w:type="dxa"/>
          </w:tcPr>
          <w:p w14:paraId="569F120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2F8419C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680" w:type="dxa"/>
          </w:tcPr>
          <w:p w14:paraId="79DE6CDD" w14:textId="1F1943B9" w:rsidR="00977B73" w:rsidRPr="003F1022" w:rsidRDefault="009C562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Norway</w:t>
            </w:r>
          </w:p>
        </w:tc>
        <w:tc>
          <w:tcPr>
            <w:tcW w:w="1561" w:type="dxa"/>
          </w:tcPr>
          <w:p w14:paraId="65035E9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4D51581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B956555" w14:textId="6C5FF6FB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4AE61BF" w14:textId="60DEBA13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0E8B6F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02D42551" w14:textId="77777777" w:rsidTr="00BE5905">
        <w:tc>
          <w:tcPr>
            <w:tcW w:w="567" w:type="dxa"/>
          </w:tcPr>
          <w:p w14:paraId="311A9552" w14:textId="7EB6B46C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4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7</w:t>
            </w:r>
          </w:p>
        </w:tc>
        <w:tc>
          <w:tcPr>
            <w:tcW w:w="2403" w:type="dxa"/>
          </w:tcPr>
          <w:p w14:paraId="63DF3CC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Narendranath </w:t>
            </w:r>
            <w:proofErr w:type="spellStart"/>
            <w:r w:rsidRPr="003F1022">
              <w:rPr>
                <w:rFonts w:ascii="Times New Roman" w:hAnsi="Times New Roman" w:cs="Times New Roman"/>
              </w:rPr>
              <w:t>Epperla</w:t>
            </w:r>
            <w:proofErr w:type="spellEnd"/>
          </w:p>
        </w:tc>
        <w:tc>
          <w:tcPr>
            <w:tcW w:w="1203" w:type="dxa"/>
          </w:tcPr>
          <w:p w14:paraId="062AD3B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409DDC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680" w:type="dxa"/>
          </w:tcPr>
          <w:p w14:paraId="798D757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42DFC76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1DF1490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32FBA7E" w14:textId="3892E775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C8B7B7E" w14:textId="0D5D667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E0D647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73A8E66A" w14:textId="77777777" w:rsidTr="00BE5905">
        <w:tc>
          <w:tcPr>
            <w:tcW w:w="567" w:type="dxa"/>
          </w:tcPr>
          <w:p w14:paraId="1FA8401C" w14:textId="011C187D" w:rsidR="00977B73" w:rsidRPr="003F1022" w:rsidRDefault="00807EF5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48</w:t>
            </w:r>
          </w:p>
        </w:tc>
        <w:tc>
          <w:tcPr>
            <w:tcW w:w="2403" w:type="dxa"/>
          </w:tcPr>
          <w:p w14:paraId="14B0480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Rami A Ballout</w:t>
            </w:r>
          </w:p>
        </w:tc>
        <w:tc>
          <w:tcPr>
            <w:tcW w:w="1203" w:type="dxa"/>
          </w:tcPr>
          <w:p w14:paraId="49C89E9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079FE5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80" w:type="dxa"/>
          </w:tcPr>
          <w:p w14:paraId="531E715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51EF29D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F24F40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DE7D553" w14:textId="76C6391C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7B258A2" w14:textId="69124B83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FFEF92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34DA7FEA" w14:textId="77777777" w:rsidTr="00BE5905">
        <w:tc>
          <w:tcPr>
            <w:tcW w:w="567" w:type="dxa"/>
          </w:tcPr>
          <w:p w14:paraId="319C78F4" w14:textId="20448948" w:rsidR="00977B73" w:rsidRPr="003F1022" w:rsidRDefault="00807EF5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49</w:t>
            </w:r>
          </w:p>
        </w:tc>
        <w:tc>
          <w:tcPr>
            <w:tcW w:w="2403" w:type="dxa"/>
          </w:tcPr>
          <w:p w14:paraId="5AD8F9A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Seiko Sato</w:t>
            </w:r>
          </w:p>
        </w:tc>
        <w:tc>
          <w:tcPr>
            <w:tcW w:w="1203" w:type="dxa"/>
          </w:tcPr>
          <w:p w14:paraId="50EDC99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4D5C7F5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680" w:type="dxa"/>
          </w:tcPr>
          <w:p w14:paraId="708E681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223B8C9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618CBDF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839A211" w14:textId="2D89DD8F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6F6183E6" w14:textId="41EFD134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B0E0B7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02B47A50" w14:textId="77777777" w:rsidTr="00BE5905">
        <w:tc>
          <w:tcPr>
            <w:tcW w:w="567" w:type="dxa"/>
          </w:tcPr>
          <w:p w14:paraId="3D6A09E0" w14:textId="17AB55F2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5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2403" w:type="dxa"/>
          </w:tcPr>
          <w:p w14:paraId="2809B65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Takeshi Nishimuraa</w:t>
            </w:r>
          </w:p>
        </w:tc>
        <w:tc>
          <w:tcPr>
            <w:tcW w:w="1203" w:type="dxa"/>
          </w:tcPr>
          <w:p w14:paraId="17A5B50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4B1F6E1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680" w:type="dxa"/>
          </w:tcPr>
          <w:p w14:paraId="0FCF554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200848D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78DFEA3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51A33DD" w14:textId="1D05907E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12A7A48" w14:textId="460B286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5A1FEB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396F16B6" w14:textId="77777777" w:rsidTr="00BE5905">
        <w:tc>
          <w:tcPr>
            <w:tcW w:w="567" w:type="dxa"/>
          </w:tcPr>
          <w:p w14:paraId="60C4F067" w14:textId="404363F2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5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2403" w:type="dxa"/>
          </w:tcPr>
          <w:p w14:paraId="7E47991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Mayako Goto</w:t>
            </w:r>
          </w:p>
        </w:tc>
        <w:tc>
          <w:tcPr>
            <w:tcW w:w="1203" w:type="dxa"/>
          </w:tcPr>
          <w:p w14:paraId="1BC96AB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190EBFA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680" w:type="dxa"/>
          </w:tcPr>
          <w:p w14:paraId="65DC0C3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45CE696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1AAFA90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62CDEBCE" w14:textId="3455D4C4" w:rsidR="00977B73" w:rsidRPr="003F1022" w:rsidRDefault="00A74461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2</w:t>
            </w:r>
          </w:p>
        </w:tc>
        <w:tc>
          <w:tcPr>
            <w:tcW w:w="898" w:type="dxa"/>
          </w:tcPr>
          <w:p w14:paraId="797C898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5FF46C59" w14:textId="1ACEE3BA" w:rsidR="00D67190" w:rsidRPr="003F1022" w:rsidRDefault="00D6719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(n=2)</w:t>
            </w:r>
          </w:p>
        </w:tc>
        <w:tc>
          <w:tcPr>
            <w:tcW w:w="918" w:type="dxa"/>
          </w:tcPr>
          <w:p w14:paraId="7F0D794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3EED875F" w14:textId="63A37E2A" w:rsidR="00D67190" w:rsidRPr="003F1022" w:rsidRDefault="00D67190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(n=2)</w:t>
            </w:r>
          </w:p>
        </w:tc>
      </w:tr>
      <w:tr w:rsidR="00807EF5" w:rsidRPr="003F1022" w14:paraId="1645C529" w14:textId="77777777" w:rsidTr="00BE5905">
        <w:tc>
          <w:tcPr>
            <w:tcW w:w="567" w:type="dxa"/>
          </w:tcPr>
          <w:p w14:paraId="75C71DBA" w14:textId="5501E7CE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5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</w:t>
            </w:r>
          </w:p>
        </w:tc>
        <w:tc>
          <w:tcPr>
            <w:tcW w:w="2403" w:type="dxa"/>
          </w:tcPr>
          <w:p w14:paraId="72CC721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Judith Aronsohn</w:t>
            </w:r>
          </w:p>
        </w:tc>
        <w:tc>
          <w:tcPr>
            <w:tcW w:w="1203" w:type="dxa"/>
          </w:tcPr>
          <w:p w14:paraId="2840B5A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58528B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680" w:type="dxa"/>
          </w:tcPr>
          <w:p w14:paraId="70781A5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4A988E3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993EC5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69ACD52D" w14:textId="7984E792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1ADF30E2" w14:textId="10DC2CBC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F630F1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36388FCD" w14:textId="77777777" w:rsidTr="00BE5905">
        <w:tc>
          <w:tcPr>
            <w:tcW w:w="567" w:type="dxa"/>
          </w:tcPr>
          <w:p w14:paraId="0DA9828D" w14:textId="79A94FC1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5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</w:t>
            </w:r>
          </w:p>
        </w:tc>
        <w:tc>
          <w:tcPr>
            <w:tcW w:w="2403" w:type="dxa"/>
          </w:tcPr>
          <w:p w14:paraId="3B0207BB" w14:textId="0D1515D2" w:rsidR="00977B73" w:rsidRPr="003F1022" w:rsidRDefault="00977B73">
            <w:pPr>
              <w:rPr>
                <w:rFonts w:ascii="Times New Roman" w:hAnsi="Times New Roman" w:cs="Times New Roman"/>
              </w:rPr>
            </w:pPr>
            <w:proofErr w:type="spellStart"/>
            <w:r w:rsidRPr="003F1022">
              <w:rPr>
                <w:rFonts w:ascii="Times New Roman" w:hAnsi="Times New Roman" w:cs="Times New Roman"/>
              </w:rPr>
              <w:t>Sabiye</w:t>
            </w:r>
            <w:proofErr w:type="spellEnd"/>
            <w:r w:rsidRPr="003F1022">
              <w:rPr>
                <w:rFonts w:ascii="Times New Roman" w:hAnsi="Times New Roman" w:cs="Times New Roman"/>
              </w:rPr>
              <w:t xml:space="preserve"> </w:t>
            </w:r>
            <w:r w:rsidR="00121938" w:rsidRPr="003F1022">
              <w:rPr>
                <w:rFonts w:ascii="Times New Roman" w:hAnsi="Times New Roman" w:cs="Times New Roman"/>
              </w:rPr>
              <w:t>Yilmaz</w:t>
            </w:r>
          </w:p>
        </w:tc>
        <w:tc>
          <w:tcPr>
            <w:tcW w:w="1203" w:type="dxa"/>
          </w:tcPr>
          <w:p w14:paraId="57EF66B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1644C69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680" w:type="dxa"/>
          </w:tcPr>
          <w:p w14:paraId="67833A3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Turkey</w:t>
            </w:r>
          </w:p>
        </w:tc>
        <w:tc>
          <w:tcPr>
            <w:tcW w:w="1561" w:type="dxa"/>
          </w:tcPr>
          <w:p w14:paraId="305E168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2492B66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B53E2F4" w14:textId="51D39626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B6D195D" w14:textId="267B17FC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372CD3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0539EF07" w14:textId="77777777" w:rsidTr="00BE5905">
        <w:tc>
          <w:tcPr>
            <w:tcW w:w="567" w:type="dxa"/>
          </w:tcPr>
          <w:p w14:paraId="32F181DE" w14:textId="26701143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5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</w:t>
            </w:r>
          </w:p>
        </w:tc>
        <w:tc>
          <w:tcPr>
            <w:tcW w:w="2403" w:type="dxa"/>
          </w:tcPr>
          <w:p w14:paraId="760FE5AE" w14:textId="66AE41CC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Tomoya</w:t>
            </w:r>
            <w:r w:rsidR="00BE5905" w:rsidRPr="003F1022">
              <w:rPr>
                <w:rFonts w:ascii="Times New Roman" w:hAnsi="Times New Roman" w:cs="Times New Roman" w:hint="eastAsia"/>
                <w:lang w:eastAsia="ja-JP"/>
              </w:rPr>
              <w:t xml:space="preserve"> Hasegawa</w:t>
            </w:r>
          </w:p>
        </w:tc>
        <w:tc>
          <w:tcPr>
            <w:tcW w:w="1203" w:type="dxa"/>
          </w:tcPr>
          <w:p w14:paraId="5AEB41B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0E44ECE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680" w:type="dxa"/>
          </w:tcPr>
          <w:p w14:paraId="054181E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3D21844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49DBD62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7565CE1" w14:textId="7AB4B5E9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11B391E1" w14:textId="3C36A4A0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30F013F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3DC5E01F" w14:textId="77777777" w:rsidTr="00BE5905">
        <w:tc>
          <w:tcPr>
            <w:tcW w:w="567" w:type="dxa"/>
          </w:tcPr>
          <w:p w14:paraId="1A93974B" w14:textId="71D8229B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5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2403" w:type="dxa"/>
          </w:tcPr>
          <w:p w14:paraId="2B1FD11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Ernesto González-Mesa</w:t>
            </w:r>
          </w:p>
        </w:tc>
        <w:tc>
          <w:tcPr>
            <w:tcW w:w="1203" w:type="dxa"/>
          </w:tcPr>
          <w:p w14:paraId="7EA6409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4B07DE4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680" w:type="dxa"/>
          </w:tcPr>
          <w:p w14:paraId="07E64CE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1561" w:type="dxa"/>
          </w:tcPr>
          <w:p w14:paraId="2920822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F2EA66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70150FE" w14:textId="01B39ED0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1BB398A3" w14:textId="6735D38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53F3746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7B1E192A" w14:textId="77777777" w:rsidTr="00BE5905">
        <w:tc>
          <w:tcPr>
            <w:tcW w:w="567" w:type="dxa"/>
          </w:tcPr>
          <w:p w14:paraId="6B33E864" w14:textId="25EC62CB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5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2403" w:type="dxa"/>
          </w:tcPr>
          <w:p w14:paraId="41672A1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Ina Grimme</w:t>
            </w:r>
          </w:p>
        </w:tc>
        <w:tc>
          <w:tcPr>
            <w:tcW w:w="1203" w:type="dxa"/>
          </w:tcPr>
          <w:p w14:paraId="2DC634E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27E77FF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1680" w:type="dxa"/>
          </w:tcPr>
          <w:p w14:paraId="77260E7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Germany</w:t>
            </w:r>
          </w:p>
        </w:tc>
        <w:tc>
          <w:tcPr>
            <w:tcW w:w="1561" w:type="dxa"/>
          </w:tcPr>
          <w:p w14:paraId="0A05A0E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14F9B3A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F170DBD" w14:textId="62E04C14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A6EC8D1" w14:textId="288CDD6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71AD30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74D3F34D" w14:textId="77777777" w:rsidTr="00BE5905">
        <w:tc>
          <w:tcPr>
            <w:tcW w:w="567" w:type="dxa"/>
          </w:tcPr>
          <w:p w14:paraId="4CB862DB" w14:textId="4AD09FEB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5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7</w:t>
            </w:r>
          </w:p>
        </w:tc>
        <w:tc>
          <w:tcPr>
            <w:tcW w:w="2403" w:type="dxa"/>
          </w:tcPr>
          <w:p w14:paraId="58B55C7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Melissa Lavecchia</w:t>
            </w:r>
          </w:p>
        </w:tc>
        <w:tc>
          <w:tcPr>
            <w:tcW w:w="1203" w:type="dxa"/>
          </w:tcPr>
          <w:p w14:paraId="40A983E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4235BE4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680" w:type="dxa"/>
          </w:tcPr>
          <w:p w14:paraId="22D1C50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561" w:type="dxa"/>
          </w:tcPr>
          <w:p w14:paraId="64811E9F" w14:textId="5B3F825B" w:rsidR="00977B73" w:rsidRPr="003F1022" w:rsidRDefault="009C5620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12" w:type="dxa"/>
          </w:tcPr>
          <w:p w14:paraId="48809B9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70FC882" w14:textId="230E077E" w:rsidR="00977B73" w:rsidRPr="003F1022" w:rsidRDefault="00D6719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23</w:t>
            </w:r>
          </w:p>
        </w:tc>
        <w:tc>
          <w:tcPr>
            <w:tcW w:w="898" w:type="dxa"/>
          </w:tcPr>
          <w:p w14:paraId="08DEDEC8" w14:textId="7276EA84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4193D52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69156516" w14:textId="063551E0" w:rsidR="00D67190" w:rsidRPr="003F1022" w:rsidRDefault="00D6719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(n=23)</w:t>
            </w:r>
          </w:p>
        </w:tc>
      </w:tr>
      <w:tr w:rsidR="00807EF5" w:rsidRPr="003F1022" w14:paraId="28BEF08D" w14:textId="77777777" w:rsidTr="00BE5905">
        <w:tc>
          <w:tcPr>
            <w:tcW w:w="567" w:type="dxa"/>
          </w:tcPr>
          <w:p w14:paraId="0229C9E9" w14:textId="3FE2E359" w:rsidR="00977B73" w:rsidRPr="003F1022" w:rsidRDefault="00807EF5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58</w:t>
            </w:r>
          </w:p>
        </w:tc>
        <w:tc>
          <w:tcPr>
            <w:tcW w:w="2403" w:type="dxa"/>
          </w:tcPr>
          <w:p w14:paraId="1833A9B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Jacobs R</w:t>
            </w:r>
          </w:p>
        </w:tc>
        <w:tc>
          <w:tcPr>
            <w:tcW w:w="1203" w:type="dxa"/>
          </w:tcPr>
          <w:p w14:paraId="1102A28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2D23009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1680" w:type="dxa"/>
          </w:tcPr>
          <w:p w14:paraId="32DAAD5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Belgium</w:t>
            </w:r>
          </w:p>
        </w:tc>
        <w:tc>
          <w:tcPr>
            <w:tcW w:w="1561" w:type="dxa"/>
          </w:tcPr>
          <w:p w14:paraId="0A38F8E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46B1EAB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B47948E" w14:textId="3D341C74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32867A26" w14:textId="138BF520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C08CD7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517D040C" w14:textId="77777777" w:rsidTr="00BE5905">
        <w:tc>
          <w:tcPr>
            <w:tcW w:w="567" w:type="dxa"/>
          </w:tcPr>
          <w:p w14:paraId="401F0C31" w14:textId="52DC1E9C" w:rsidR="00977B73" w:rsidRPr="003F1022" w:rsidRDefault="00807EF5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59</w:t>
            </w:r>
          </w:p>
        </w:tc>
        <w:tc>
          <w:tcPr>
            <w:tcW w:w="2403" w:type="dxa"/>
          </w:tcPr>
          <w:p w14:paraId="02238BC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A.A. </w:t>
            </w:r>
            <w:proofErr w:type="spellStart"/>
            <w:r w:rsidRPr="003F1022">
              <w:rPr>
                <w:rFonts w:ascii="Times New Roman" w:hAnsi="Times New Roman" w:cs="Times New Roman"/>
              </w:rPr>
              <w:t>Rouzi</w:t>
            </w:r>
            <w:proofErr w:type="spellEnd"/>
          </w:p>
        </w:tc>
        <w:tc>
          <w:tcPr>
            <w:tcW w:w="1203" w:type="dxa"/>
          </w:tcPr>
          <w:p w14:paraId="28B5C17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FCC7F6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680" w:type="dxa"/>
          </w:tcPr>
          <w:p w14:paraId="433F61B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Saudi Arabia</w:t>
            </w:r>
          </w:p>
        </w:tc>
        <w:tc>
          <w:tcPr>
            <w:tcW w:w="1561" w:type="dxa"/>
          </w:tcPr>
          <w:p w14:paraId="71955DA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0A36F99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9083F84" w14:textId="13345028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A1287A5" w14:textId="041AF3D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33EACB1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0C859AFB" w14:textId="77777777" w:rsidTr="00BE5905">
        <w:tc>
          <w:tcPr>
            <w:tcW w:w="567" w:type="dxa"/>
          </w:tcPr>
          <w:p w14:paraId="44111507" w14:textId="4DC4B1E5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6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2403" w:type="dxa"/>
          </w:tcPr>
          <w:p w14:paraId="5E60911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Francesca Gatti</w:t>
            </w:r>
          </w:p>
        </w:tc>
        <w:tc>
          <w:tcPr>
            <w:tcW w:w="1203" w:type="dxa"/>
          </w:tcPr>
          <w:p w14:paraId="39AC3B7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1F71F89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680" w:type="dxa"/>
          </w:tcPr>
          <w:p w14:paraId="725B2AD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1561" w:type="dxa"/>
          </w:tcPr>
          <w:p w14:paraId="2E88A1A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4AAF3CA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0A4A6F8E" w14:textId="58F3C2FB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3FB654C4" w14:textId="6C797355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50DEC05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15A400B8" w14:textId="77777777" w:rsidTr="00BE5905">
        <w:tc>
          <w:tcPr>
            <w:tcW w:w="567" w:type="dxa"/>
          </w:tcPr>
          <w:p w14:paraId="7C974CB2" w14:textId="52410A79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6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2403" w:type="dxa"/>
          </w:tcPr>
          <w:p w14:paraId="53664DB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Leyla </w:t>
            </w:r>
            <w:proofErr w:type="spellStart"/>
            <w:r w:rsidRPr="003F1022">
              <w:rPr>
                <w:rFonts w:ascii="Times New Roman" w:hAnsi="Times New Roman" w:cs="Times New Roman"/>
              </w:rPr>
              <w:t>Baghirzada</w:t>
            </w:r>
            <w:proofErr w:type="spellEnd"/>
          </w:p>
        </w:tc>
        <w:tc>
          <w:tcPr>
            <w:tcW w:w="1203" w:type="dxa"/>
          </w:tcPr>
          <w:p w14:paraId="16C115EB" w14:textId="30A39017" w:rsidR="00977B73" w:rsidRPr="003F1022" w:rsidRDefault="00A95B76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Spanish</w:t>
            </w:r>
          </w:p>
        </w:tc>
        <w:tc>
          <w:tcPr>
            <w:tcW w:w="861" w:type="dxa"/>
          </w:tcPr>
          <w:p w14:paraId="08728C1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680" w:type="dxa"/>
          </w:tcPr>
          <w:p w14:paraId="2D74751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1561" w:type="dxa"/>
          </w:tcPr>
          <w:p w14:paraId="67BDCCEC" w14:textId="547CCE23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  <w:r w:rsidR="00A95B76" w:rsidRPr="003F1022">
              <w:rPr>
                <w:rFonts w:ascii="Times New Roman" w:hAnsi="Times New Roman" w:cs="Times New Roman"/>
                <w:lang w:eastAsia="ja-JP"/>
              </w:rPr>
              <w:t xml:space="preserve"> Series</w:t>
            </w:r>
          </w:p>
        </w:tc>
        <w:tc>
          <w:tcPr>
            <w:tcW w:w="1112" w:type="dxa"/>
          </w:tcPr>
          <w:p w14:paraId="776B6F7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B2A4C31" w14:textId="17D77966" w:rsidR="00977B73" w:rsidRPr="003F1022" w:rsidRDefault="00D6719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5</w:t>
            </w:r>
          </w:p>
        </w:tc>
        <w:tc>
          <w:tcPr>
            <w:tcW w:w="898" w:type="dxa"/>
          </w:tcPr>
          <w:p w14:paraId="6F9F4FF6" w14:textId="64A64ECF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DDA518C" w14:textId="77777777" w:rsidR="00977B73" w:rsidRPr="003F1022" w:rsidRDefault="00D6719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Yes</w:t>
            </w:r>
          </w:p>
          <w:p w14:paraId="4DCB91C5" w14:textId="5E89C370" w:rsidR="00D67190" w:rsidRPr="003F1022" w:rsidRDefault="00D6719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(n=3)</w:t>
            </w:r>
          </w:p>
        </w:tc>
      </w:tr>
      <w:tr w:rsidR="00807EF5" w:rsidRPr="003F1022" w14:paraId="3A0B22D1" w14:textId="77777777" w:rsidTr="00BE5905">
        <w:tc>
          <w:tcPr>
            <w:tcW w:w="567" w:type="dxa"/>
          </w:tcPr>
          <w:p w14:paraId="4FBC57A1" w14:textId="1DD6B025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lastRenderedPageBreak/>
              <w:t>6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</w:t>
            </w:r>
          </w:p>
        </w:tc>
        <w:tc>
          <w:tcPr>
            <w:tcW w:w="2403" w:type="dxa"/>
          </w:tcPr>
          <w:p w14:paraId="077A8B97" w14:textId="130E86D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Susan W.J.D. </w:t>
            </w:r>
          </w:p>
        </w:tc>
        <w:tc>
          <w:tcPr>
            <w:tcW w:w="1203" w:type="dxa"/>
          </w:tcPr>
          <w:p w14:paraId="0349DA0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433D0A0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680" w:type="dxa"/>
          </w:tcPr>
          <w:p w14:paraId="17B70BE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Netherlands</w:t>
            </w:r>
          </w:p>
        </w:tc>
        <w:tc>
          <w:tcPr>
            <w:tcW w:w="1561" w:type="dxa"/>
          </w:tcPr>
          <w:p w14:paraId="644FBD4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621E623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29463F0" w14:textId="1A8BF6B8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2AB45CE" w14:textId="00B9CA59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3FA1B78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7610A193" w14:textId="77777777" w:rsidTr="00BE5905">
        <w:tc>
          <w:tcPr>
            <w:tcW w:w="567" w:type="dxa"/>
          </w:tcPr>
          <w:p w14:paraId="5843852A" w14:textId="68028B4F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6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</w:t>
            </w:r>
          </w:p>
        </w:tc>
        <w:tc>
          <w:tcPr>
            <w:tcW w:w="2403" w:type="dxa"/>
          </w:tcPr>
          <w:p w14:paraId="315882E9" w14:textId="09BD4BD8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Samir Haddad</w:t>
            </w:r>
          </w:p>
        </w:tc>
        <w:tc>
          <w:tcPr>
            <w:tcW w:w="1203" w:type="dxa"/>
          </w:tcPr>
          <w:p w14:paraId="2BA2F8A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262976C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680" w:type="dxa"/>
          </w:tcPr>
          <w:p w14:paraId="1FBFA4C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Saudi Arabia</w:t>
            </w:r>
          </w:p>
        </w:tc>
        <w:tc>
          <w:tcPr>
            <w:tcW w:w="1561" w:type="dxa"/>
          </w:tcPr>
          <w:p w14:paraId="1620A43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7D48572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F84A27F" w14:textId="0684BB07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5B443B19" w14:textId="41CAE374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39C164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4CD14C2C" w14:textId="77777777" w:rsidTr="00BE5905">
        <w:tc>
          <w:tcPr>
            <w:tcW w:w="567" w:type="dxa"/>
          </w:tcPr>
          <w:p w14:paraId="77136C2D" w14:textId="62B40F4B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6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</w:t>
            </w:r>
          </w:p>
        </w:tc>
        <w:tc>
          <w:tcPr>
            <w:tcW w:w="2403" w:type="dxa"/>
          </w:tcPr>
          <w:p w14:paraId="3F29EA37" w14:textId="5D575EAE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Wakako</w:t>
            </w:r>
            <w:r w:rsidR="00BE5905" w:rsidRPr="003F1022">
              <w:rPr>
                <w:rFonts w:ascii="Times New Roman" w:hAnsi="Times New Roman" w:cs="Times New Roman" w:hint="eastAsia"/>
                <w:lang w:eastAsia="ja-JP"/>
              </w:rPr>
              <w:t xml:space="preserve"> </w:t>
            </w:r>
            <w:r w:rsidR="00BE5905" w:rsidRPr="003F1022">
              <w:rPr>
                <w:rFonts w:ascii="Times New Roman" w:hAnsi="Times New Roman" w:cs="Times New Roman"/>
                <w:lang w:eastAsia="ja-JP"/>
              </w:rPr>
              <w:t>Hikijia</w:t>
            </w:r>
          </w:p>
        </w:tc>
        <w:tc>
          <w:tcPr>
            <w:tcW w:w="1203" w:type="dxa"/>
          </w:tcPr>
          <w:p w14:paraId="460B212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404124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680" w:type="dxa"/>
          </w:tcPr>
          <w:p w14:paraId="1B3E660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43DD809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239A534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8EA6301" w14:textId="2D07A847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27AB13F" w14:textId="3E5AB54F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7EEBCE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111CD48C" w14:textId="77777777" w:rsidTr="00BE5905">
        <w:tc>
          <w:tcPr>
            <w:tcW w:w="567" w:type="dxa"/>
          </w:tcPr>
          <w:p w14:paraId="1464098E" w14:textId="2AEE8324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6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2403" w:type="dxa"/>
          </w:tcPr>
          <w:p w14:paraId="5CCF50B2" w14:textId="40FB2E57" w:rsidR="00977B73" w:rsidRPr="003F1022" w:rsidRDefault="00A95B76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NA</w:t>
            </w:r>
          </w:p>
        </w:tc>
        <w:tc>
          <w:tcPr>
            <w:tcW w:w="1203" w:type="dxa"/>
          </w:tcPr>
          <w:p w14:paraId="18579AC7" w14:textId="772EF788" w:rsidR="00A95B76" w:rsidRPr="003F1022" w:rsidRDefault="00A95B76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Chinese</w:t>
            </w:r>
          </w:p>
        </w:tc>
        <w:tc>
          <w:tcPr>
            <w:tcW w:w="861" w:type="dxa"/>
          </w:tcPr>
          <w:p w14:paraId="73D97D2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1680" w:type="dxa"/>
          </w:tcPr>
          <w:p w14:paraId="79A388E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1561" w:type="dxa"/>
          </w:tcPr>
          <w:p w14:paraId="11C8CFD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12" w:type="dxa"/>
          </w:tcPr>
          <w:p w14:paraId="5FD9C8D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254556F" w14:textId="661B88A9" w:rsidR="00977B73" w:rsidRPr="003F1022" w:rsidRDefault="00D6719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4</w:t>
            </w:r>
          </w:p>
        </w:tc>
        <w:tc>
          <w:tcPr>
            <w:tcW w:w="898" w:type="dxa"/>
          </w:tcPr>
          <w:p w14:paraId="40FB9FC0" w14:textId="12E4E5E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C6830C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102C5DF2" w14:textId="519040F2" w:rsidR="00D67190" w:rsidRPr="003F1022" w:rsidRDefault="00D6719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(n=4)</w:t>
            </w:r>
          </w:p>
        </w:tc>
      </w:tr>
      <w:tr w:rsidR="00807EF5" w:rsidRPr="003F1022" w14:paraId="1461A682" w14:textId="77777777" w:rsidTr="00BE5905">
        <w:tc>
          <w:tcPr>
            <w:tcW w:w="567" w:type="dxa"/>
          </w:tcPr>
          <w:p w14:paraId="1A12CB37" w14:textId="2D5CBCED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6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2403" w:type="dxa"/>
          </w:tcPr>
          <w:p w14:paraId="5E0AB3FA" w14:textId="3E13560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H. J. </w:t>
            </w:r>
            <w:proofErr w:type="spellStart"/>
            <w:r w:rsidR="00121938" w:rsidRPr="003F1022">
              <w:rPr>
                <w:rFonts w:ascii="Times New Roman" w:hAnsi="Times New Roman" w:cs="Times New Roman"/>
              </w:rPr>
              <w:t>Zdolsek</w:t>
            </w:r>
            <w:proofErr w:type="spellEnd"/>
          </w:p>
        </w:tc>
        <w:tc>
          <w:tcPr>
            <w:tcW w:w="1203" w:type="dxa"/>
          </w:tcPr>
          <w:p w14:paraId="5BA7641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FB7EA9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680" w:type="dxa"/>
          </w:tcPr>
          <w:p w14:paraId="0DAFCF6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Sweden</w:t>
            </w:r>
          </w:p>
        </w:tc>
        <w:tc>
          <w:tcPr>
            <w:tcW w:w="1561" w:type="dxa"/>
          </w:tcPr>
          <w:p w14:paraId="2CB4FB90" w14:textId="2BC92803" w:rsidR="00F66ED7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  <w:r w:rsidR="00F66ED7" w:rsidRPr="003F1022">
              <w:rPr>
                <w:rFonts w:ascii="Times New Roman" w:hAnsi="Times New Roman" w:cs="Times New Roman" w:hint="eastAsia"/>
                <w:lang w:eastAsia="ja-JP"/>
              </w:rPr>
              <w:t xml:space="preserve"> Series</w:t>
            </w:r>
          </w:p>
        </w:tc>
        <w:tc>
          <w:tcPr>
            <w:tcW w:w="1112" w:type="dxa"/>
          </w:tcPr>
          <w:p w14:paraId="362385E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BC650ED" w14:textId="26186D7D" w:rsidR="00977B73" w:rsidRPr="003F1022" w:rsidRDefault="00D6719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3</w:t>
            </w:r>
          </w:p>
        </w:tc>
        <w:tc>
          <w:tcPr>
            <w:tcW w:w="898" w:type="dxa"/>
          </w:tcPr>
          <w:p w14:paraId="0BD59AEF" w14:textId="285E7BF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9EF837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1CA58164" w14:textId="5B3A4717" w:rsidR="00D67190" w:rsidRPr="003F1022" w:rsidRDefault="00D6719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(n=3)</w:t>
            </w:r>
          </w:p>
        </w:tc>
      </w:tr>
      <w:tr w:rsidR="00807EF5" w:rsidRPr="003F1022" w14:paraId="03AB79D5" w14:textId="77777777" w:rsidTr="00BE5905">
        <w:tc>
          <w:tcPr>
            <w:tcW w:w="567" w:type="dxa"/>
          </w:tcPr>
          <w:p w14:paraId="013D8027" w14:textId="00494397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6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7</w:t>
            </w:r>
          </w:p>
        </w:tc>
        <w:tc>
          <w:tcPr>
            <w:tcW w:w="2403" w:type="dxa"/>
          </w:tcPr>
          <w:p w14:paraId="2F6A111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Usha </w:t>
            </w:r>
            <w:proofErr w:type="spellStart"/>
            <w:r w:rsidRPr="003F1022">
              <w:rPr>
                <w:rFonts w:ascii="Times New Roman" w:hAnsi="Times New Roman" w:cs="Times New Roman"/>
              </w:rPr>
              <w:t>Vellayappan</w:t>
            </w:r>
            <w:proofErr w:type="spellEnd"/>
          </w:p>
        </w:tc>
        <w:tc>
          <w:tcPr>
            <w:tcW w:w="1203" w:type="dxa"/>
          </w:tcPr>
          <w:p w14:paraId="131F612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5DFBFF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680" w:type="dxa"/>
          </w:tcPr>
          <w:p w14:paraId="63D378C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UK</w:t>
            </w:r>
          </w:p>
        </w:tc>
        <w:tc>
          <w:tcPr>
            <w:tcW w:w="1561" w:type="dxa"/>
          </w:tcPr>
          <w:p w14:paraId="42CD1B9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1A883F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27D748A" w14:textId="19CF7021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8DC5EB8" w14:textId="121B75A8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492AA29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3B71927A" w14:textId="77777777" w:rsidTr="00BE5905">
        <w:tc>
          <w:tcPr>
            <w:tcW w:w="567" w:type="dxa"/>
          </w:tcPr>
          <w:p w14:paraId="646D9C18" w14:textId="4918CF1D" w:rsidR="00977B73" w:rsidRPr="003F1022" w:rsidRDefault="00807EF5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68</w:t>
            </w:r>
          </w:p>
        </w:tc>
        <w:tc>
          <w:tcPr>
            <w:tcW w:w="2403" w:type="dxa"/>
          </w:tcPr>
          <w:p w14:paraId="5C0A3C0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Ozlem </w:t>
            </w:r>
            <w:proofErr w:type="spellStart"/>
            <w:r w:rsidRPr="003F1022">
              <w:rPr>
                <w:rFonts w:ascii="Times New Roman" w:hAnsi="Times New Roman" w:cs="Times New Roman"/>
              </w:rPr>
              <w:t>Guneysel</w:t>
            </w:r>
            <w:proofErr w:type="spellEnd"/>
          </w:p>
        </w:tc>
        <w:tc>
          <w:tcPr>
            <w:tcW w:w="1203" w:type="dxa"/>
          </w:tcPr>
          <w:p w14:paraId="0FACD2C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741FAD2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1680" w:type="dxa"/>
          </w:tcPr>
          <w:p w14:paraId="7E43AC1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Turkey</w:t>
            </w:r>
          </w:p>
        </w:tc>
        <w:tc>
          <w:tcPr>
            <w:tcW w:w="1561" w:type="dxa"/>
          </w:tcPr>
          <w:p w14:paraId="052D6A8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3A5CD99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F1E262C" w14:textId="460D6EA4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17137AAD" w14:textId="61ECA90C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156010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4CE39A58" w14:textId="77777777" w:rsidTr="00BE5905">
        <w:tc>
          <w:tcPr>
            <w:tcW w:w="567" w:type="dxa"/>
          </w:tcPr>
          <w:p w14:paraId="0F0D299D" w14:textId="63FC134A" w:rsidR="00977B73" w:rsidRPr="003F1022" w:rsidRDefault="00807EF5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69</w:t>
            </w:r>
          </w:p>
        </w:tc>
        <w:tc>
          <w:tcPr>
            <w:tcW w:w="2403" w:type="dxa"/>
          </w:tcPr>
          <w:p w14:paraId="070236F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Ozgur </w:t>
            </w:r>
            <w:proofErr w:type="spellStart"/>
            <w:r w:rsidRPr="003F1022">
              <w:rPr>
                <w:rFonts w:ascii="Times New Roman" w:hAnsi="Times New Roman" w:cs="Times New Roman"/>
              </w:rPr>
              <w:t>Sogut</w:t>
            </w:r>
            <w:proofErr w:type="spellEnd"/>
          </w:p>
        </w:tc>
        <w:tc>
          <w:tcPr>
            <w:tcW w:w="1203" w:type="dxa"/>
          </w:tcPr>
          <w:p w14:paraId="7B036DC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4D97798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680" w:type="dxa"/>
          </w:tcPr>
          <w:p w14:paraId="471D40C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Turkey</w:t>
            </w:r>
          </w:p>
        </w:tc>
        <w:tc>
          <w:tcPr>
            <w:tcW w:w="1561" w:type="dxa"/>
          </w:tcPr>
          <w:p w14:paraId="484ACFE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7915F6C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0FC1E78F" w14:textId="0C5A5C74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5AA91CCA" w14:textId="52AB46A4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24C24BD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0AED0FB4" w14:textId="77777777" w:rsidTr="00BE5905">
        <w:tc>
          <w:tcPr>
            <w:tcW w:w="567" w:type="dxa"/>
          </w:tcPr>
          <w:p w14:paraId="52A500C1" w14:textId="4CB0F4BC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7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2403" w:type="dxa"/>
          </w:tcPr>
          <w:p w14:paraId="1F1ABD5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proofErr w:type="spellStart"/>
            <w:r w:rsidRPr="003F1022">
              <w:rPr>
                <w:rFonts w:ascii="Times New Roman" w:hAnsi="Times New Roman" w:cs="Times New Roman"/>
              </w:rPr>
              <w:t>Maassrad</w:t>
            </w:r>
            <w:proofErr w:type="spellEnd"/>
          </w:p>
        </w:tc>
        <w:tc>
          <w:tcPr>
            <w:tcW w:w="1203" w:type="dxa"/>
          </w:tcPr>
          <w:p w14:paraId="5FDE622F" w14:textId="07FD50F7" w:rsidR="00977B73" w:rsidRPr="003F1022" w:rsidRDefault="00A95B76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Dutch</w:t>
            </w:r>
          </w:p>
        </w:tc>
        <w:tc>
          <w:tcPr>
            <w:tcW w:w="861" w:type="dxa"/>
          </w:tcPr>
          <w:p w14:paraId="71698C0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680" w:type="dxa"/>
          </w:tcPr>
          <w:p w14:paraId="792DB20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Netherlands</w:t>
            </w:r>
          </w:p>
        </w:tc>
        <w:tc>
          <w:tcPr>
            <w:tcW w:w="1561" w:type="dxa"/>
          </w:tcPr>
          <w:p w14:paraId="6914578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4C6F399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686BD52C" w14:textId="01997D93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62019512" w14:textId="1CDD1498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1C0C25B" w14:textId="41D5017A" w:rsidR="00977B73" w:rsidRPr="003F1022" w:rsidRDefault="00D6719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No</w:t>
            </w:r>
          </w:p>
        </w:tc>
      </w:tr>
      <w:tr w:rsidR="00807EF5" w:rsidRPr="003F1022" w14:paraId="3FDC8F28" w14:textId="77777777" w:rsidTr="00BE5905">
        <w:tc>
          <w:tcPr>
            <w:tcW w:w="567" w:type="dxa"/>
          </w:tcPr>
          <w:p w14:paraId="43801C92" w14:textId="77E80743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7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2403" w:type="dxa"/>
          </w:tcPr>
          <w:p w14:paraId="24D4DF0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Asli Goker</w:t>
            </w:r>
          </w:p>
        </w:tc>
        <w:tc>
          <w:tcPr>
            <w:tcW w:w="1203" w:type="dxa"/>
          </w:tcPr>
          <w:p w14:paraId="157C44F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B6F820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1680" w:type="dxa"/>
          </w:tcPr>
          <w:p w14:paraId="5FDBA0B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Turkey</w:t>
            </w:r>
          </w:p>
        </w:tc>
        <w:tc>
          <w:tcPr>
            <w:tcW w:w="1561" w:type="dxa"/>
          </w:tcPr>
          <w:p w14:paraId="07B0FDA6" w14:textId="6A8CF0C2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2BFF7E2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988C7D4" w14:textId="65C61458" w:rsidR="00977B73" w:rsidRPr="003F1022" w:rsidRDefault="00D6719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2</w:t>
            </w:r>
          </w:p>
        </w:tc>
        <w:tc>
          <w:tcPr>
            <w:tcW w:w="898" w:type="dxa"/>
          </w:tcPr>
          <w:p w14:paraId="03969401" w14:textId="0BDDDD8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51A5AECC" w14:textId="77777777" w:rsidR="00977B73" w:rsidRPr="003F1022" w:rsidRDefault="00D6719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Yes</w:t>
            </w:r>
          </w:p>
          <w:p w14:paraId="42B89FF0" w14:textId="694E7077" w:rsidR="00D67190" w:rsidRPr="003F1022" w:rsidRDefault="00D67190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(n=2)</w:t>
            </w:r>
          </w:p>
        </w:tc>
      </w:tr>
      <w:tr w:rsidR="00807EF5" w:rsidRPr="003F1022" w14:paraId="5BA54C88" w14:textId="77777777" w:rsidTr="00BE5905">
        <w:tc>
          <w:tcPr>
            <w:tcW w:w="567" w:type="dxa"/>
          </w:tcPr>
          <w:p w14:paraId="0B6CCAA0" w14:textId="07E4D7CD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7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</w:t>
            </w:r>
          </w:p>
        </w:tc>
        <w:tc>
          <w:tcPr>
            <w:tcW w:w="2403" w:type="dxa"/>
          </w:tcPr>
          <w:p w14:paraId="67A60E7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E. C. M. Nelissen</w:t>
            </w:r>
          </w:p>
        </w:tc>
        <w:tc>
          <w:tcPr>
            <w:tcW w:w="1203" w:type="dxa"/>
          </w:tcPr>
          <w:p w14:paraId="68863A8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00814A6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680" w:type="dxa"/>
          </w:tcPr>
          <w:p w14:paraId="7B11269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Netherlands</w:t>
            </w:r>
          </w:p>
        </w:tc>
        <w:tc>
          <w:tcPr>
            <w:tcW w:w="1561" w:type="dxa"/>
          </w:tcPr>
          <w:p w14:paraId="5C0162E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3C3B9E8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DC0FEB7" w14:textId="7873230D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563D180D" w14:textId="6F6701E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0D08C5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2FE3B93A" w14:textId="77777777" w:rsidTr="00BE5905">
        <w:tc>
          <w:tcPr>
            <w:tcW w:w="567" w:type="dxa"/>
          </w:tcPr>
          <w:p w14:paraId="6F75F690" w14:textId="04C3BDFB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7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</w:t>
            </w:r>
          </w:p>
        </w:tc>
        <w:tc>
          <w:tcPr>
            <w:tcW w:w="2403" w:type="dxa"/>
          </w:tcPr>
          <w:p w14:paraId="1B80F2F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Sirin Guven</w:t>
            </w:r>
          </w:p>
        </w:tc>
        <w:tc>
          <w:tcPr>
            <w:tcW w:w="1203" w:type="dxa"/>
          </w:tcPr>
          <w:p w14:paraId="3CF5C2E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B43C5B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1680" w:type="dxa"/>
          </w:tcPr>
          <w:p w14:paraId="3205634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Turkey</w:t>
            </w:r>
          </w:p>
        </w:tc>
        <w:tc>
          <w:tcPr>
            <w:tcW w:w="1561" w:type="dxa"/>
          </w:tcPr>
          <w:p w14:paraId="13BEC4E2" w14:textId="553B2C13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  <w:r w:rsidR="00F66ED7" w:rsidRPr="003F1022">
              <w:rPr>
                <w:rFonts w:ascii="Times New Roman" w:hAnsi="Times New Roman" w:cs="Times New Roman" w:hint="eastAsia"/>
                <w:lang w:eastAsia="ja-JP"/>
              </w:rPr>
              <w:t xml:space="preserve"> Series</w:t>
            </w:r>
          </w:p>
        </w:tc>
        <w:tc>
          <w:tcPr>
            <w:tcW w:w="1112" w:type="dxa"/>
          </w:tcPr>
          <w:p w14:paraId="1893D20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01755D7" w14:textId="7414A1D5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9ECBAF7" w14:textId="4FF89FCD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9CD9BE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79920E6E" w14:textId="77777777" w:rsidTr="00BE5905">
        <w:tc>
          <w:tcPr>
            <w:tcW w:w="567" w:type="dxa"/>
          </w:tcPr>
          <w:p w14:paraId="4E45AFA6" w14:textId="3A3D3AC5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7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</w:t>
            </w:r>
          </w:p>
        </w:tc>
        <w:tc>
          <w:tcPr>
            <w:tcW w:w="2403" w:type="dxa"/>
          </w:tcPr>
          <w:p w14:paraId="62705B6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Ben Gupta</w:t>
            </w:r>
          </w:p>
        </w:tc>
        <w:tc>
          <w:tcPr>
            <w:tcW w:w="1203" w:type="dxa"/>
          </w:tcPr>
          <w:p w14:paraId="0B6E7D8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28D3072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1680" w:type="dxa"/>
          </w:tcPr>
          <w:p w14:paraId="42C62BD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478D050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0806347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6CBF7DEB" w14:textId="56915459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1183E34" w14:textId="6A44CED4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4A1743D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027B8546" w14:textId="77777777" w:rsidTr="00BE5905">
        <w:tc>
          <w:tcPr>
            <w:tcW w:w="567" w:type="dxa"/>
          </w:tcPr>
          <w:p w14:paraId="734079CF" w14:textId="7773F4F8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7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2403" w:type="dxa"/>
          </w:tcPr>
          <w:p w14:paraId="0B8DF11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Chang-Hsun</w:t>
            </w:r>
          </w:p>
        </w:tc>
        <w:tc>
          <w:tcPr>
            <w:tcW w:w="1203" w:type="dxa"/>
          </w:tcPr>
          <w:p w14:paraId="5F67A33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25ECC82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680" w:type="dxa"/>
          </w:tcPr>
          <w:p w14:paraId="07C8285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1561" w:type="dxa"/>
          </w:tcPr>
          <w:p w14:paraId="24C12C3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21CAD95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71A08AC" w14:textId="205DD0CC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E005C0E" w14:textId="094E979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18" w:type="dxa"/>
          </w:tcPr>
          <w:p w14:paraId="6ED87E8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640CB391" w14:textId="77777777" w:rsidTr="00BE5905">
        <w:tc>
          <w:tcPr>
            <w:tcW w:w="567" w:type="dxa"/>
          </w:tcPr>
          <w:p w14:paraId="57B47BC3" w14:textId="5C6371E5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7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2403" w:type="dxa"/>
          </w:tcPr>
          <w:p w14:paraId="41FCBD8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Kinney-Ham</w:t>
            </w:r>
          </w:p>
        </w:tc>
        <w:tc>
          <w:tcPr>
            <w:tcW w:w="1203" w:type="dxa"/>
          </w:tcPr>
          <w:p w14:paraId="1801000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7969CCC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1680" w:type="dxa"/>
          </w:tcPr>
          <w:p w14:paraId="6AE2B54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165158B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49C4F19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1D30808" w14:textId="4A1FDC41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37525E5" w14:textId="2CCB6449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03B753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60286E29" w14:textId="77777777" w:rsidTr="00BE5905">
        <w:tc>
          <w:tcPr>
            <w:tcW w:w="567" w:type="dxa"/>
          </w:tcPr>
          <w:p w14:paraId="5651B3CA" w14:textId="401EB08D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7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7</w:t>
            </w:r>
          </w:p>
        </w:tc>
        <w:tc>
          <w:tcPr>
            <w:tcW w:w="2403" w:type="dxa"/>
          </w:tcPr>
          <w:p w14:paraId="176B3EB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Paul T. Engels</w:t>
            </w:r>
          </w:p>
        </w:tc>
        <w:tc>
          <w:tcPr>
            <w:tcW w:w="1203" w:type="dxa"/>
          </w:tcPr>
          <w:p w14:paraId="0852201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1A5E6E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1680" w:type="dxa"/>
          </w:tcPr>
          <w:p w14:paraId="6496F50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561" w:type="dxa"/>
          </w:tcPr>
          <w:p w14:paraId="0E428BE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29FDAA2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6AE0BB1" w14:textId="435181A7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03768653" w14:textId="67E7E7A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50BC8E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2F899A23" w14:textId="77777777" w:rsidTr="00BE5905">
        <w:tc>
          <w:tcPr>
            <w:tcW w:w="567" w:type="dxa"/>
          </w:tcPr>
          <w:p w14:paraId="0A17061F" w14:textId="4A0F12A7" w:rsidR="00977B73" w:rsidRPr="003F1022" w:rsidRDefault="00807EF5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78</w:t>
            </w:r>
          </w:p>
        </w:tc>
        <w:tc>
          <w:tcPr>
            <w:tcW w:w="2403" w:type="dxa"/>
          </w:tcPr>
          <w:p w14:paraId="305283F7" w14:textId="03A0E4D5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Gabrielle </w:t>
            </w:r>
            <w:proofErr w:type="spellStart"/>
            <w:r w:rsidR="00121938" w:rsidRPr="003F1022">
              <w:rPr>
                <w:rFonts w:ascii="Times New Roman" w:hAnsi="Times New Roman" w:cs="Times New Roman"/>
              </w:rPr>
              <w:t>Dezarnaulds</w:t>
            </w:r>
            <w:proofErr w:type="spellEnd"/>
          </w:p>
        </w:tc>
        <w:tc>
          <w:tcPr>
            <w:tcW w:w="1203" w:type="dxa"/>
          </w:tcPr>
          <w:p w14:paraId="689D771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7BEF924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2004</w:t>
            </w:r>
          </w:p>
        </w:tc>
        <w:tc>
          <w:tcPr>
            <w:tcW w:w="1680" w:type="dxa"/>
          </w:tcPr>
          <w:p w14:paraId="30CCEDC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561" w:type="dxa"/>
          </w:tcPr>
          <w:p w14:paraId="40CB396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4F66B24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012C67DA" w14:textId="28E7CDEB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31D364E1" w14:textId="1E0356F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5D1DFF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03CC7B3A" w14:textId="77777777" w:rsidTr="00BE5905">
        <w:tc>
          <w:tcPr>
            <w:tcW w:w="567" w:type="dxa"/>
          </w:tcPr>
          <w:p w14:paraId="4CEB0C47" w14:textId="20CCEB89" w:rsidR="00977B73" w:rsidRPr="003F1022" w:rsidRDefault="00807EF5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79</w:t>
            </w:r>
          </w:p>
        </w:tc>
        <w:tc>
          <w:tcPr>
            <w:tcW w:w="2403" w:type="dxa"/>
          </w:tcPr>
          <w:p w14:paraId="7042D84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 Lurie</w:t>
            </w:r>
          </w:p>
        </w:tc>
        <w:tc>
          <w:tcPr>
            <w:tcW w:w="1203" w:type="dxa"/>
          </w:tcPr>
          <w:p w14:paraId="4F702FD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1DE8950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1680" w:type="dxa"/>
          </w:tcPr>
          <w:p w14:paraId="7EAA681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Israel</w:t>
            </w:r>
          </w:p>
        </w:tc>
        <w:tc>
          <w:tcPr>
            <w:tcW w:w="1561" w:type="dxa"/>
          </w:tcPr>
          <w:p w14:paraId="6A69055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9FDB3B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1C01134" w14:textId="5FD37993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4E54627" w14:textId="1F98BE0F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AC146F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776AFF9F" w14:textId="77777777" w:rsidTr="00BE5905">
        <w:tc>
          <w:tcPr>
            <w:tcW w:w="567" w:type="dxa"/>
          </w:tcPr>
          <w:p w14:paraId="56A01F75" w14:textId="443CF556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8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2403" w:type="dxa"/>
          </w:tcPr>
          <w:p w14:paraId="57E3BEF8" w14:textId="45194C87" w:rsidR="00977B73" w:rsidRPr="003F1022" w:rsidRDefault="00CE48CC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 w:hint="eastAsia"/>
                <w:lang w:eastAsia="ja-JP"/>
              </w:rPr>
              <w:t>Koji Wake</w:t>
            </w:r>
          </w:p>
        </w:tc>
        <w:tc>
          <w:tcPr>
            <w:tcW w:w="1203" w:type="dxa"/>
          </w:tcPr>
          <w:p w14:paraId="5722066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Japanese</w:t>
            </w:r>
          </w:p>
        </w:tc>
        <w:tc>
          <w:tcPr>
            <w:tcW w:w="861" w:type="dxa"/>
          </w:tcPr>
          <w:p w14:paraId="4F5CCD9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1680" w:type="dxa"/>
          </w:tcPr>
          <w:p w14:paraId="36475BA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6A946BB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AF6097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D0038A5" w14:textId="4EEBE800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BD662AA" w14:textId="0060CF60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5A93E95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0E415D99" w14:textId="77777777" w:rsidTr="00BE5905">
        <w:tc>
          <w:tcPr>
            <w:tcW w:w="567" w:type="dxa"/>
          </w:tcPr>
          <w:p w14:paraId="5EDD7B3C" w14:textId="2318959E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8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2403" w:type="dxa"/>
          </w:tcPr>
          <w:p w14:paraId="71CD8C07" w14:textId="7BD814FF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John H. </w:t>
            </w:r>
          </w:p>
        </w:tc>
        <w:tc>
          <w:tcPr>
            <w:tcW w:w="1203" w:type="dxa"/>
          </w:tcPr>
          <w:p w14:paraId="7581E39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1304622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2005</w:t>
            </w:r>
          </w:p>
        </w:tc>
        <w:tc>
          <w:tcPr>
            <w:tcW w:w="1680" w:type="dxa"/>
          </w:tcPr>
          <w:p w14:paraId="2A35833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Mexico</w:t>
            </w:r>
          </w:p>
        </w:tc>
        <w:tc>
          <w:tcPr>
            <w:tcW w:w="1561" w:type="dxa"/>
          </w:tcPr>
          <w:p w14:paraId="61F714F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EED297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E05674F" w14:textId="4B301B8B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B5CA83A" w14:textId="2C89D03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3CAE856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00A69CEC" w14:textId="77777777" w:rsidTr="00BE5905">
        <w:tc>
          <w:tcPr>
            <w:tcW w:w="567" w:type="dxa"/>
          </w:tcPr>
          <w:p w14:paraId="7CB0767E" w14:textId="3E0733A2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8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</w:t>
            </w:r>
          </w:p>
        </w:tc>
        <w:tc>
          <w:tcPr>
            <w:tcW w:w="2403" w:type="dxa"/>
          </w:tcPr>
          <w:p w14:paraId="18BEBDA8" w14:textId="2BAA6809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Carl W. </w:t>
            </w:r>
          </w:p>
        </w:tc>
        <w:tc>
          <w:tcPr>
            <w:tcW w:w="1203" w:type="dxa"/>
          </w:tcPr>
          <w:p w14:paraId="687E8F8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A54078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2005</w:t>
            </w:r>
          </w:p>
        </w:tc>
        <w:tc>
          <w:tcPr>
            <w:tcW w:w="1680" w:type="dxa"/>
          </w:tcPr>
          <w:p w14:paraId="64B2953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32128B5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0C792D5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20736E6" w14:textId="0F9D91A5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1FCDA2E0" w14:textId="7059044F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2EEE224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11E5FB0D" w14:textId="77777777" w:rsidTr="00BE5905">
        <w:tc>
          <w:tcPr>
            <w:tcW w:w="567" w:type="dxa"/>
          </w:tcPr>
          <w:p w14:paraId="12DEBF03" w14:textId="09D4E3E9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8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</w:t>
            </w:r>
          </w:p>
        </w:tc>
        <w:tc>
          <w:tcPr>
            <w:tcW w:w="2403" w:type="dxa"/>
          </w:tcPr>
          <w:p w14:paraId="06528F3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F. López-Soriano</w:t>
            </w:r>
          </w:p>
        </w:tc>
        <w:tc>
          <w:tcPr>
            <w:tcW w:w="1203" w:type="dxa"/>
          </w:tcPr>
          <w:p w14:paraId="284BF327" w14:textId="3578E902" w:rsidR="00575BFE" w:rsidRPr="003F1022" w:rsidRDefault="00575BF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Spanish</w:t>
            </w:r>
          </w:p>
        </w:tc>
        <w:tc>
          <w:tcPr>
            <w:tcW w:w="861" w:type="dxa"/>
          </w:tcPr>
          <w:p w14:paraId="04BBDEA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1680" w:type="dxa"/>
          </w:tcPr>
          <w:p w14:paraId="365A30D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1561" w:type="dxa"/>
          </w:tcPr>
          <w:p w14:paraId="3D1124E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5C0895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1C37670" w14:textId="2AE91ADE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56614131" w14:textId="09D1D420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C0EE14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66359B75" w14:textId="77777777" w:rsidTr="00BE5905">
        <w:tc>
          <w:tcPr>
            <w:tcW w:w="567" w:type="dxa"/>
          </w:tcPr>
          <w:p w14:paraId="4BBD4284" w14:textId="4B5311AB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8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</w:t>
            </w:r>
          </w:p>
        </w:tc>
        <w:tc>
          <w:tcPr>
            <w:tcW w:w="2403" w:type="dxa"/>
          </w:tcPr>
          <w:p w14:paraId="36ADA01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C. </w:t>
            </w:r>
            <w:proofErr w:type="spellStart"/>
            <w:r w:rsidRPr="003F1022">
              <w:rPr>
                <w:rFonts w:ascii="Times New Roman" w:hAnsi="Times New Roman" w:cs="Times New Roman"/>
              </w:rPr>
              <w:t>Perdrix</w:t>
            </w:r>
            <w:proofErr w:type="spellEnd"/>
          </w:p>
        </w:tc>
        <w:tc>
          <w:tcPr>
            <w:tcW w:w="1203" w:type="dxa"/>
          </w:tcPr>
          <w:p w14:paraId="3DE2650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14B520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2004</w:t>
            </w:r>
          </w:p>
        </w:tc>
        <w:tc>
          <w:tcPr>
            <w:tcW w:w="1680" w:type="dxa"/>
          </w:tcPr>
          <w:p w14:paraId="3196BA2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561" w:type="dxa"/>
          </w:tcPr>
          <w:p w14:paraId="7E6F207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083D299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0AC39F91" w14:textId="01D6C53C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D71F7F3" w14:textId="467828D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841FA8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233BECA5" w14:textId="77777777" w:rsidTr="00BE5905">
        <w:tc>
          <w:tcPr>
            <w:tcW w:w="567" w:type="dxa"/>
          </w:tcPr>
          <w:p w14:paraId="3199C619" w14:textId="570084DB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8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2403" w:type="dxa"/>
          </w:tcPr>
          <w:p w14:paraId="73518AD1" w14:textId="4365DC3D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Sebastian N. </w:t>
            </w:r>
          </w:p>
        </w:tc>
        <w:tc>
          <w:tcPr>
            <w:tcW w:w="1203" w:type="dxa"/>
          </w:tcPr>
          <w:p w14:paraId="1A4756A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DD53AA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1680" w:type="dxa"/>
          </w:tcPr>
          <w:p w14:paraId="3837487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Germany</w:t>
            </w:r>
          </w:p>
        </w:tc>
        <w:tc>
          <w:tcPr>
            <w:tcW w:w="1561" w:type="dxa"/>
          </w:tcPr>
          <w:p w14:paraId="3BE4FC5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AB1650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63F1BAF" w14:textId="275938E9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627DAC0F" w14:textId="0DCD40E4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A3EB89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5EACF1AE" w14:textId="77777777" w:rsidTr="00BE5905">
        <w:tc>
          <w:tcPr>
            <w:tcW w:w="567" w:type="dxa"/>
          </w:tcPr>
          <w:p w14:paraId="4CF2387A" w14:textId="6E5E4452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8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2403" w:type="dxa"/>
          </w:tcPr>
          <w:p w14:paraId="036D858D" w14:textId="55A3C29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Mert </w:t>
            </w:r>
            <w:r w:rsidR="00121938" w:rsidRPr="003F1022">
              <w:rPr>
                <w:rFonts w:ascii="Times New Roman" w:hAnsi="Times New Roman" w:cs="Times New Roman"/>
              </w:rPr>
              <w:t>Kazandi</w:t>
            </w:r>
          </w:p>
        </w:tc>
        <w:tc>
          <w:tcPr>
            <w:tcW w:w="1203" w:type="dxa"/>
          </w:tcPr>
          <w:p w14:paraId="1BA934E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455F9B7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2004</w:t>
            </w:r>
          </w:p>
        </w:tc>
        <w:tc>
          <w:tcPr>
            <w:tcW w:w="1680" w:type="dxa"/>
          </w:tcPr>
          <w:p w14:paraId="7FDB453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Turkey</w:t>
            </w:r>
          </w:p>
        </w:tc>
        <w:tc>
          <w:tcPr>
            <w:tcW w:w="1561" w:type="dxa"/>
          </w:tcPr>
          <w:p w14:paraId="19FB694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D01E2D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55473F1" w14:textId="24E8F946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C673D99" w14:textId="0E15CC8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FB2EFF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3B74C2F8" w14:textId="77777777" w:rsidTr="00BE5905">
        <w:tc>
          <w:tcPr>
            <w:tcW w:w="567" w:type="dxa"/>
          </w:tcPr>
          <w:p w14:paraId="2A8A9A11" w14:textId="6450EDFC" w:rsidR="00977B73" w:rsidRPr="003F1022" w:rsidRDefault="00807EF5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87</w:t>
            </w:r>
          </w:p>
        </w:tc>
        <w:tc>
          <w:tcPr>
            <w:tcW w:w="2403" w:type="dxa"/>
          </w:tcPr>
          <w:p w14:paraId="2245492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Cuma Yildirim</w:t>
            </w:r>
          </w:p>
        </w:tc>
        <w:tc>
          <w:tcPr>
            <w:tcW w:w="1203" w:type="dxa"/>
          </w:tcPr>
          <w:p w14:paraId="57153CB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64C7B5A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2004</w:t>
            </w:r>
          </w:p>
        </w:tc>
        <w:tc>
          <w:tcPr>
            <w:tcW w:w="1680" w:type="dxa"/>
          </w:tcPr>
          <w:p w14:paraId="5C910B8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Turkey</w:t>
            </w:r>
          </w:p>
        </w:tc>
        <w:tc>
          <w:tcPr>
            <w:tcW w:w="1561" w:type="dxa"/>
          </w:tcPr>
          <w:p w14:paraId="437432E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BD1A13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1928259" w14:textId="259385EC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1423420F" w14:textId="5118055C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27A9E2F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010B2D58" w14:textId="77777777" w:rsidTr="00BE5905">
        <w:tc>
          <w:tcPr>
            <w:tcW w:w="567" w:type="dxa"/>
          </w:tcPr>
          <w:p w14:paraId="09688880" w14:textId="0EF37D8C" w:rsidR="00977B73" w:rsidRPr="003F1022" w:rsidRDefault="00807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88</w:t>
            </w:r>
          </w:p>
        </w:tc>
        <w:tc>
          <w:tcPr>
            <w:tcW w:w="2403" w:type="dxa"/>
          </w:tcPr>
          <w:p w14:paraId="0A49594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G. A. Coke</w:t>
            </w:r>
          </w:p>
        </w:tc>
        <w:tc>
          <w:tcPr>
            <w:tcW w:w="1203" w:type="dxa"/>
          </w:tcPr>
          <w:p w14:paraId="3AF2331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789F95D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2004</w:t>
            </w:r>
          </w:p>
        </w:tc>
        <w:tc>
          <w:tcPr>
            <w:tcW w:w="1680" w:type="dxa"/>
          </w:tcPr>
          <w:p w14:paraId="1D44E6D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7758E91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28F25A5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A5A0FEC" w14:textId="27856728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4818151" w14:textId="0C9F67B4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274AF0F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57E8F8C3" w14:textId="77777777" w:rsidTr="00BE5905">
        <w:tc>
          <w:tcPr>
            <w:tcW w:w="567" w:type="dxa"/>
          </w:tcPr>
          <w:p w14:paraId="24D734E1" w14:textId="095F3D77" w:rsidR="00977B73" w:rsidRPr="003F1022" w:rsidRDefault="00807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89</w:t>
            </w:r>
          </w:p>
        </w:tc>
        <w:tc>
          <w:tcPr>
            <w:tcW w:w="2403" w:type="dxa"/>
          </w:tcPr>
          <w:p w14:paraId="6F14602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Christian </w:t>
            </w:r>
            <w:proofErr w:type="spellStart"/>
            <w:r w:rsidRPr="003F1022">
              <w:rPr>
                <w:rFonts w:ascii="Times New Roman" w:hAnsi="Times New Roman" w:cs="Times New Roman"/>
              </w:rPr>
              <w:t>Byhahn</w:t>
            </w:r>
            <w:proofErr w:type="spellEnd"/>
          </w:p>
        </w:tc>
        <w:tc>
          <w:tcPr>
            <w:tcW w:w="1203" w:type="dxa"/>
          </w:tcPr>
          <w:p w14:paraId="7BB970E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142E118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680" w:type="dxa"/>
          </w:tcPr>
          <w:p w14:paraId="46637BB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Germany</w:t>
            </w:r>
          </w:p>
        </w:tc>
        <w:tc>
          <w:tcPr>
            <w:tcW w:w="1561" w:type="dxa"/>
          </w:tcPr>
          <w:p w14:paraId="718E68E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7F5C74E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5AA57C5" w14:textId="43D33AC1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18FDF1A1" w14:textId="4C21BF0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12B5F0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7AC0D12B" w14:textId="77777777" w:rsidTr="00BE5905">
        <w:tc>
          <w:tcPr>
            <w:tcW w:w="567" w:type="dxa"/>
          </w:tcPr>
          <w:p w14:paraId="1F9C48A7" w14:textId="2A53B48B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9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2403" w:type="dxa"/>
          </w:tcPr>
          <w:p w14:paraId="499BF32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Ricky Kue</w:t>
            </w:r>
          </w:p>
        </w:tc>
        <w:tc>
          <w:tcPr>
            <w:tcW w:w="1203" w:type="dxa"/>
          </w:tcPr>
          <w:p w14:paraId="7ECBF9C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7239521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1680" w:type="dxa"/>
          </w:tcPr>
          <w:p w14:paraId="1C0FAC5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2053CAB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4995B0E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FA2EFD4" w14:textId="1981D40F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0EAFFAD1" w14:textId="32F5ED72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035CB3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4E39CF5F" w14:textId="77777777" w:rsidTr="00BE5905">
        <w:tc>
          <w:tcPr>
            <w:tcW w:w="567" w:type="dxa"/>
          </w:tcPr>
          <w:p w14:paraId="52254B91" w14:textId="46148976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9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2403" w:type="dxa"/>
          </w:tcPr>
          <w:p w14:paraId="7BD0D7B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E. </w:t>
            </w:r>
            <w:proofErr w:type="spellStart"/>
            <w:r w:rsidRPr="003F1022">
              <w:rPr>
                <w:rFonts w:ascii="Times New Roman" w:hAnsi="Times New Roman" w:cs="Times New Roman"/>
              </w:rPr>
              <w:t>Morau</w:t>
            </w:r>
            <w:proofErr w:type="spellEnd"/>
          </w:p>
        </w:tc>
        <w:tc>
          <w:tcPr>
            <w:tcW w:w="1203" w:type="dxa"/>
          </w:tcPr>
          <w:p w14:paraId="15F03963" w14:textId="7B639697" w:rsidR="00977B73" w:rsidRPr="003F1022" w:rsidRDefault="00575BFE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French</w:t>
            </w:r>
          </w:p>
        </w:tc>
        <w:tc>
          <w:tcPr>
            <w:tcW w:w="861" w:type="dxa"/>
          </w:tcPr>
          <w:p w14:paraId="3BD63D8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1680" w:type="dxa"/>
          </w:tcPr>
          <w:p w14:paraId="2503C84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561" w:type="dxa"/>
          </w:tcPr>
          <w:p w14:paraId="1D2709E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7DB3F95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09C22C8E" w14:textId="24B1040A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C72A785" w14:textId="48D76172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55919CD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386FAD80" w14:textId="77777777" w:rsidTr="00BE5905">
        <w:tc>
          <w:tcPr>
            <w:tcW w:w="567" w:type="dxa"/>
          </w:tcPr>
          <w:p w14:paraId="1757C441" w14:textId="54B11882" w:rsidR="00977B73" w:rsidRPr="003F1022" w:rsidRDefault="00807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9</w:t>
            </w:r>
            <w:r w:rsidR="00977B73" w:rsidRPr="003F102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3" w:type="dxa"/>
          </w:tcPr>
          <w:p w14:paraId="1D10BE7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Hiroshi Morisaki</w:t>
            </w:r>
          </w:p>
        </w:tc>
        <w:tc>
          <w:tcPr>
            <w:tcW w:w="1203" w:type="dxa"/>
          </w:tcPr>
          <w:p w14:paraId="2668A93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182F5FD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680" w:type="dxa"/>
          </w:tcPr>
          <w:p w14:paraId="6C7DA1C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2AB4899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6B0E48B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44D7B53" w14:textId="33DEC764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1E090B99" w14:textId="1FEE4EB0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5C0EA22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67F8B8BC" w14:textId="77777777" w:rsidTr="00BE5905">
        <w:tc>
          <w:tcPr>
            <w:tcW w:w="567" w:type="dxa"/>
          </w:tcPr>
          <w:p w14:paraId="1053E75F" w14:textId="6BFC9041" w:rsidR="00977B73" w:rsidRPr="003F1022" w:rsidRDefault="00807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93</w:t>
            </w:r>
          </w:p>
        </w:tc>
        <w:tc>
          <w:tcPr>
            <w:tcW w:w="2403" w:type="dxa"/>
          </w:tcPr>
          <w:p w14:paraId="7DDFE5C6" w14:textId="06D89CCC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E.A.C.</w:t>
            </w:r>
            <w:r w:rsidR="00121938" w:rsidRPr="003F1022">
              <w:rPr>
                <w:rFonts w:ascii="Times New Roman" w:hAnsi="Times New Roman" w:cs="Times New Roman"/>
              </w:rPr>
              <w:t xml:space="preserve"> Bouman</w:t>
            </w:r>
          </w:p>
        </w:tc>
        <w:tc>
          <w:tcPr>
            <w:tcW w:w="1203" w:type="dxa"/>
          </w:tcPr>
          <w:p w14:paraId="117EDAF6" w14:textId="4B61E209" w:rsidR="00977B73" w:rsidRPr="003F1022" w:rsidRDefault="009876FB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Dutch</w:t>
            </w:r>
          </w:p>
        </w:tc>
        <w:tc>
          <w:tcPr>
            <w:tcW w:w="861" w:type="dxa"/>
          </w:tcPr>
          <w:p w14:paraId="4AA2D6E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680" w:type="dxa"/>
          </w:tcPr>
          <w:p w14:paraId="641C077B" w14:textId="0447C805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Netherlands.</w:t>
            </w:r>
          </w:p>
        </w:tc>
        <w:tc>
          <w:tcPr>
            <w:tcW w:w="1561" w:type="dxa"/>
          </w:tcPr>
          <w:p w14:paraId="2257DB2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1F7FC02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5CB0DFB" w14:textId="40B386CD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02FBBFF0" w14:textId="1175F880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EFF01E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6FA203CD" w14:textId="77777777" w:rsidTr="00BE5905">
        <w:tc>
          <w:tcPr>
            <w:tcW w:w="567" w:type="dxa"/>
          </w:tcPr>
          <w:p w14:paraId="02B549C5" w14:textId="62241197" w:rsidR="00977B73" w:rsidRPr="003F1022" w:rsidRDefault="00807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lastRenderedPageBreak/>
              <w:t>94</w:t>
            </w:r>
          </w:p>
        </w:tc>
        <w:tc>
          <w:tcPr>
            <w:tcW w:w="2403" w:type="dxa"/>
          </w:tcPr>
          <w:p w14:paraId="7FDBC8D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Georgiana Tang</w:t>
            </w:r>
          </w:p>
        </w:tc>
        <w:tc>
          <w:tcPr>
            <w:tcW w:w="1203" w:type="dxa"/>
          </w:tcPr>
          <w:p w14:paraId="2DB46B0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7D7B89D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680" w:type="dxa"/>
          </w:tcPr>
          <w:p w14:paraId="0763FF2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561" w:type="dxa"/>
          </w:tcPr>
          <w:p w14:paraId="22416E24" w14:textId="2A699F46" w:rsidR="004E361E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  <w:r w:rsidR="004E361E" w:rsidRPr="003F1022">
              <w:rPr>
                <w:rFonts w:ascii="Times New Roman" w:hAnsi="Times New Roman" w:cs="Times New Roman" w:hint="eastAsia"/>
                <w:lang w:eastAsia="ja-JP"/>
              </w:rPr>
              <w:t xml:space="preserve"> Series</w:t>
            </w:r>
          </w:p>
        </w:tc>
        <w:tc>
          <w:tcPr>
            <w:tcW w:w="1112" w:type="dxa"/>
          </w:tcPr>
          <w:p w14:paraId="432B1A2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9E50335" w14:textId="7DE798E9" w:rsidR="00977B73" w:rsidRPr="003F1022" w:rsidRDefault="00D67E3F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2</w:t>
            </w:r>
          </w:p>
        </w:tc>
        <w:tc>
          <w:tcPr>
            <w:tcW w:w="898" w:type="dxa"/>
          </w:tcPr>
          <w:p w14:paraId="6797BB36" w14:textId="6817F37D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5626332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42F5ED6B" w14:textId="49E87FDD" w:rsidR="00D67E3F" w:rsidRPr="003F1022" w:rsidRDefault="00D67E3F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(n=2)</w:t>
            </w:r>
          </w:p>
        </w:tc>
      </w:tr>
      <w:tr w:rsidR="00807EF5" w:rsidRPr="003F1022" w14:paraId="75A53D53" w14:textId="77777777" w:rsidTr="00BE5905">
        <w:tc>
          <w:tcPr>
            <w:tcW w:w="567" w:type="dxa"/>
          </w:tcPr>
          <w:p w14:paraId="3578B8D3" w14:textId="66A0E2F6" w:rsidR="00977B73" w:rsidRPr="003F1022" w:rsidRDefault="00807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95</w:t>
            </w:r>
          </w:p>
        </w:tc>
        <w:tc>
          <w:tcPr>
            <w:tcW w:w="2403" w:type="dxa"/>
          </w:tcPr>
          <w:p w14:paraId="7357391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R. Dorne</w:t>
            </w:r>
          </w:p>
        </w:tc>
        <w:tc>
          <w:tcPr>
            <w:tcW w:w="1203" w:type="dxa"/>
          </w:tcPr>
          <w:p w14:paraId="7436EBCB" w14:textId="507F08B4" w:rsidR="00977B73" w:rsidRPr="003F1022" w:rsidRDefault="009876FB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French</w:t>
            </w:r>
          </w:p>
        </w:tc>
        <w:tc>
          <w:tcPr>
            <w:tcW w:w="861" w:type="dxa"/>
          </w:tcPr>
          <w:p w14:paraId="7A00B81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1680" w:type="dxa"/>
          </w:tcPr>
          <w:p w14:paraId="08A23E9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561" w:type="dxa"/>
          </w:tcPr>
          <w:p w14:paraId="5348F02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3032610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3E7D26C" w14:textId="3FDD4CDE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17C07D32" w14:textId="61B911AC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4E8F971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1C081AE8" w14:textId="77777777" w:rsidTr="00BE5905">
        <w:tc>
          <w:tcPr>
            <w:tcW w:w="567" w:type="dxa"/>
          </w:tcPr>
          <w:p w14:paraId="4B7478D3" w14:textId="110B3562" w:rsidR="00977B73" w:rsidRPr="003F1022" w:rsidRDefault="00807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96</w:t>
            </w:r>
          </w:p>
        </w:tc>
        <w:tc>
          <w:tcPr>
            <w:tcW w:w="2403" w:type="dxa"/>
          </w:tcPr>
          <w:p w14:paraId="4E4C0AC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Rabi Narayan Hota</w:t>
            </w:r>
          </w:p>
        </w:tc>
        <w:tc>
          <w:tcPr>
            <w:tcW w:w="1203" w:type="dxa"/>
          </w:tcPr>
          <w:p w14:paraId="56470D4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7ED5161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680" w:type="dxa"/>
          </w:tcPr>
          <w:p w14:paraId="4FBE2EA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1561" w:type="dxa"/>
          </w:tcPr>
          <w:p w14:paraId="4E10878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6B2BE4C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8E883FF" w14:textId="6C8F85DD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0DF3F8D1" w14:textId="24089929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39D13A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25C1D6D7" w14:textId="77777777" w:rsidTr="00BE5905">
        <w:tc>
          <w:tcPr>
            <w:tcW w:w="567" w:type="dxa"/>
          </w:tcPr>
          <w:p w14:paraId="7DFCE7F5" w14:textId="325F4818" w:rsidR="00977B73" w:rsidRPr="003F1022" w:rsidRDefault="00807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97</w:t>
            </w:r>
          </w:p>
        </w:tc>
        <w:tc>
          <w:tcPr>
            <w:tcW w:w="2403" w:type="dxa"/>
          </w:tcPr>
          <w:p w14:paraId="6A5B8C4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Radhe Sharan</w:t>
            </w:r>
          </w:p>
        </w:tc>
        <w:tc>
          <w:tcPr>
            <w:tcW w:w="1203" w:type="dxa"/>
          </w:tcPr>
          <w:p w14:paraId="552062F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681974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680" w:type="dxa"/>
          </w:tcPr>
          <w:p w14:paraId="4494D70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1561" w:type="dxa"/>
          </w:tcPr>
          <w:p w14:paraId="1D09304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048D273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69037A71" w14:textId="590F5DF4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362687FB" w14:textId="0B1CC02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F3B6C9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223E577B" w14:textId="77777777" w:rsidTr="00BE5905">
        <w:tc>
          <w:tcPr>
            <w:tcW w:w="567" w:type="dxa"/>
          </w:tcPr>
          <w:p w14:paraId="185BC4DC" w14:textId="1DA43690" w:rsidR="00977B73" w:rsidRPr="003F1022" w:rsidRDefault="00807EF5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98</w:t>
            </w:r>
          </w:p>
        </w:tc>
        <w:tc>
          <w:tcPr>
            <w:tcW w:w="2403" w:type="dxa"/>
          </w:tcPr>
          <w:p w14:paraId="139BDBB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Sean Hickey</w:t>
            </w:r>
          </w:p>
        </w:tc>
        <w:tc>
          <w:tcPr>
            <w:tcW w:w="1203" w:type="dxa"/>
          </w:tcPr>
          <w:p w14:paraId="5D49441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EC4FD5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680" w:type="dxa"/>
          </w:tcPr>
          <w:p w14:paraId="4636EEA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446E81E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E79E00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6F34E3B1" w14:textId="3D943E6B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0493F1A4" w14:textId="457D33B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3AA9E18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4FA9A7DA" w14:textId="77777777" w:rsidTr="00BE5905">
        <w:tc>
          <w:tcPr>
            <w:tcW w:w="567" w:type="dxa"/>
          </w:tcPr>
          <w:p w14:paraId="4CAED62F" w14:textId="1551EA0F" w:rsidR="00977B73" w:rsidRPr="003F1022" w:rsidRDefault="00807EF5">
            <w:pPr>
              <w:rPr>
                <w:rFonts w:ascii="Times New Roman" w:hAnsi="Times New Roman" w:cs="Times New Roman" w:hint="eastAsia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99</w:t>
            </w:r>
          </w:p>
        </w:tc>
        <w:tc>
          <w:tcPr>
            <w:tcW w:w="2403" w:type="dxa"/>
          </w:tcPr>
          <w:p w14:paraId="6A5BB45F" w14:textId="1543F889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Andrew J. </w:t>
            </w:r>
          </w:p>
        </w:tc>
        <w:tc>
          <w:tcPr>
            <w:tcW w:w="1203" w:type="dxa"/>
          </w:tcPr>
          <w:p w14:paraId="5B237E8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7BBA991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80" w:type="dxa"/>
          </w:tcPr>
          <w:p w14:paraId="4091396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1E547AC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29F764B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0C38952C" w14:textId="7B2B7478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12DF5EFB" w14:textId="5B0FE7B3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E4B73E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318F443E" w14:textId="77777777" w:rsidTr="00BE5905">
        <w:tc>
          <w:tcPr>
            <w:tcW w:w="567" w:type="dxa"/>
          </w:tcPr>
          <w:p w14:paraId="3A992E9D" w14:textId="62451873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00</w:t>
            </w:r>
          </w:p>
        </w:tc>
        <w:tc>
          <w:tcPr>
            <w:tcW w:w="2403" w:type="dxa"/>
          </w:tcPr>
          <w:p w14:paraId="219DFD67" w14:textId="6BA25078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John Edward</w:t>
            </w:r>
          </w:p>
        </w:tc>
        <w:tc>
          <w:tcPr>
            <w:tcW w:w="1203" w:type="dxa"/>
          </w:tcPr>
          <w:p w14:paraId="450F0D0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6D733FE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680" w:type="dxa"/>
          </w:tcPr>
          <w:p w14:paraId="7968290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UK</w:t>
            </w:r>
          </w:p>
        </w:tc>
        <w:tc>
          <w:tcPr>
            <w:tcW w:w="1561" w:type="dxa"/>
          </w:tcPr>
          <w:p w14:paraId="2BFB121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9F2C64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91DCC1D" w14:textId="4D202B7C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51ACEF7A" w14:textId="71BF75F9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26BEDD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711A1C8E" w14:textId="77777777" w:rsidTr="00BE5905">
        <w:tc>
          <w:tcPr>
            <w:tcW w:w="567" w:type="dxa"/>
          </w:tcPr>
          <w:p w14:paraId="6039C5C7" w14:textId="6FF9DC4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01</w:t>
            </w:r>
          </w:p>
        </w:tc>
        <w:tc>
          <w:tcPr>
            <w:tcW w:w="2403" w:type="dxa"/>
          </w:tcPr>
          <w:p w14:paraId="23655988" w14:textId="4CF60E58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Andrew Harry </w:t>
            </w:r>
          </w:p>
        </w:tc>
        <w:tc>
          <w:tcPr>
            <w:tcW w:w="1203" w:type="dxa"/>
          </w:tcPr>
          <w:p w14:paraId="0228820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67106B2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680" w:type="dxa"/>
          </w:tcPr>
          <w:p w14:paraId="7BEABA1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UK</w:t>
            </w:r>
          </w:p>
        </w:tc>
        <w:tc>
          <w:tcPr>
            <w:tcW w:w="1561" w:type="dxa"/>
          </w:tcPr>
          <w:p w14:paraId="76F2D54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5CEE0B6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BC73387" w14:textId="663112AE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3337F77C" w14:textId="672C5BB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51E291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5C5F1743" w14:textId="77777777" w:rsidTr="00BE5905">
        <w:tc>
          <w:tcPr>
            <w:tcW w:w="567" w:type="dxa"/>
          </w:tcPr>
          <w:p w14:paraId="11C67A4F" w14:textId="38355782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10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</w:t>
            </w:r>
          </w:p>
        </w:tc>
        <w:tc>
          <w:tcPr>
            <w:tcW w:w="2403" w:type="dxa"/>
          </w:tcPr>
          <w:p w14:paraId="064EF2F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Helene Finegold</w:t>
            </w:r>
          </w:p>
        </w:tc>
        <w:tc>
          <w:tcPr>
            <w:tcW w:w="1203" w:type="dxa"/>
          </w:tcPr>
          <w:p w14:paraId="1DCB54B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1C7D63F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1680" w:type="dxa"/>
          </w:tcPr>
          <w:p w14:paraId="1170EE2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346BEA9D" w14:textId="12C20992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2B144A3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B758791" w14:textId="03A686DD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4704798" w14:textId="141096C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227778B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4BB48D23" w14:textId="77777777" w:rsidTr="00BE5905">
        <w:tc>
          <w:tcPr>
            <w:tcW w:w="567" w:type="dxa"/>
          </w:tcPr>
          <w:p w14:paraId="470C5F2C" w14:textId="2FE504FF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</w:t>
            </w:r>
            <w:r w:rsidRPr="003F10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3" w:type="dxa"/>
          </w:tcPr>
          <w:p w14:paraId="40AC0229" w14:textId="365562AF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NJ </w:t>
            </w:r>
            <w:r w:rsidR="00977B73" w:rsidRPr="003F1022">
              <w:rPr>
                <w:rFonts w:ascii="Times New Roman" w:hAnsi="Times New Roman" w:cs="Times New Roman"/>
              </w:rPr>
              <w:t xml:space="preserve">McDonnell </w:t>
            </w:r>
          </w:p>
        </w:tc>
        <w:tc>
          <w:tcPr>
            <w:tcW w:w="1203" w:type="dxa"/>
          </w:tcPr>
          <w:p w14:paraId="21DBBD4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05FA2E1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680" w:type="dxa"/>
          </w:tcPr>
          <w:p w14:paraId="69C69FD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561" w:type="dxa"/>
          </w:tcPr>
          <w:p w14:paraId="03EDD3A5" w14:textId="0508AAC3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  <w:r w:rsidR="001A6C3D" w:rsidRPr="003F1022">
              <w:rPr>
                <w:rFonts w:ascii="Times New Roman" w:hAnsi="Times New Roman" w:cs="Times New Roman" w:hint="eastAsia"/>
                <w:lang w:eastAsia="ja-JP"/>
              </w:rPr>
              <w:t>Series</w:t>
            </w:r>
          </w:p>
        </w:tc>
        <w:tc>
          <w:tcPr>
            <w:tcW w:w="1112" w:type="dxa"/>
          </w:tcPr>
          <w:p w14:paraId="55DD15B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67498939" w14:textId="0E84E70A" w:rsidR="00977B73" w:rsidRPr="003F1022" w:rsidRDefault="009C5620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2</w:t>
            </w:r>
          </w:p>
        </w:tc>
        <w:tc>
          <w:tcPr>
            <w:tcW w:w="898" w:type="dxa"/>
          </w:tcPr>
          <w:p w14:paraId="1D95FC59" w14:textId="46DEAAC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5B6207D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1DFE9C07" w14:textId="15806D9E" w:rsidR="00D67E3F" w:rsidRPr="003F1022" w:rsidRDefault="00D67E3F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(n=2)</w:t>
            </w:r>
          </w:p>
        </w:tc>
      </w:tr>
      <w:tr w:rsidR="00807EF5" w:rsidRPr="003F1022" w14:paraId="10CC049B" w14:textId="77777777" w:rsidTr="00BE5905">
        <w:tc>
          <w:tcPr>
            <w:tcW w:w="567" w:type="dxa"/>
          </w:tcPr>
          <w:p w14:paraId="68975453" w14:textId="48579D2F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04</w:t>
            </w:r>
          </w:p>
        </w:tc>
        <w:tc>
          <w:tcPr>
            <w:tcW w:w="2403" w:type="dxa"/>
          </w:tcPr>
          <w:p w14:paraId="108AE17A" w14:textId="04B79A63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PH </w:t>
            </w:r>
            <w:r w:rsidR="00977B73" w:rsidRPr="003F1022">
              <w:rPr>
                <w:rFonts w:ascii="Times New Roman" w:hAnsi="Times New Roman" w:cs="Times New Roman"/>
              </w:rPr>
              <w:t xml:space="preserve">De Silva </w:t>
            </w:r>
          </w:p>
        </w:tc>
        <w:tc>
          <w:tcPr>
            <w:tcW w:w="1203" w:type="dxa"/>
          </w:tcPr>
          <w:p w14:paraId="3AF8B95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72EA5AE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680" w:type="dxa"/>
          </w:tcPr>
          <w:p w14:paraId="23AD264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New Zealand</w:t>
            </w:r>
          </w:p>
        </w:tc>
        <w:tc>
          <w:tcPr>
            <w:tcW w:w="1561" w:type="dxa"/>
          </w:tcPr>
          <w:p w14:paraId="44A26901" w14:textId="44A14A4A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  <w:r w:rsidR="001A6C3D" w:rsidRPr="003F1022">
              <w:rPr>
                <w:rFonts w:ascii="Times New Roman" w:hAnsi="Times New Roman" w:cs="Times New Roman" w:hint="eastAsia"/>
                <w:lang w:eastAsia="ja-JP"/>
              </w:rPr>
              <w:t>Series</w:t>
            </w:r>
          </w:p>
        </w:tc>
        <w:tc>
          <w:tcPr>
            <w:tcW w:w="1112" w:type="dxa"/>
          </w:tcPr>
          <w:p w14:paraId="25A324D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DA87798" w14:textId="777E1CEB" w:rsidR="00977B73" w:rsidRPr="003F1022" w:rsidRDefault="00D67E3F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2</w:t>
            </w:r>
          </w:p>
        </w:tc>
        <w:tc>
          <w:tcPr>
            <w:tcW w:w="898" w:type="dxa"/>
          </w:tcPr>
          <w:p w14:paraId="7EC8AE35" w14:textId="0B224B1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51BBF3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73D0153F" w14:textId="5403EF2A" w:rsidR="00D67E3F" w:rsidRPr="003F1022" w:rsidRDefault="00D67E3F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(n=2)</w:t>
            </w:r>
          </w:p>
        </w:tc>
      </w:tr>
      <w:tr w:rsidR="00807EF5" w:rsidRPr="003F1022" w14:paraId="4E0B1C90" w14:textId="77777777" w:rsidTr="00BE5905">
        <w:tc>
          <w:tcPr>
            <w:tcW w:w="567" w:type="dxa"/>
          </w:tcPr>
          <w:p w14:paraId="7DD96561" w14:textId="455B5CF8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05</w:t>
            </w:r>
          </w:p>
        </w:tc>
        <w:tc>
          <w:tcPr>
            <w:tcW w:w="2403" w:type="dxa"/>
          </w:tcPr>
          <w:p w14:paraId="1813277D" w14:textId="12AA6E08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M </w:t>
            </w:r>
            <w:r w:rsidR="00977B73" w:rsidRPr="003F1022">
              <w:rPr>
                <w:rFonts w:ascii="Times New Roman" w:hAnsi="Times New Roman" w:cs="Times New Roman"/>
              </w:rPr>
              <w:t xml:space="preserve">Kaur </w:t>
            </w:r>
          </w:p>
        </w:tc>
        <w:tc>
          <w:tcPr>
            <w:tcW w:w="1203" w:type="dxa"/>
          </w:tcPr>
          <w:p w14:paraId="31DE939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42D0F60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680" w:type="dxa"/>
          </w:tcPr>
          <w:p w14:paraId="657A384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1561" w:type="dxa"/>
          </w:tcPr>
          <w:p w14:paraId="1CCE4401" w14:textId="457EA628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112" w:type="dxa"/>
          </w:tcPr>
          <w:p w14:paraId="30139B0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23DC62C" w14:textId="3C286932" w:rsidR="00977B73" w:rsidRPr="003F1022" w:rsidRDefault="00D67E3F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5</w:t>
            </w:r>
          </w:p>
        </w:tc>
        <w:tc>
          <w:tcPr>
            <w:tcW w:w="898" w:type="dxa"/>
          </w:tcPr>
          <w:p w14:paraId="7B2F2C03" w14:textId="0300D6D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B59C2B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5BB87270" w14:textId="0907904E" w:rsidR="00D67E3F" w:rsidRPr="003F1022" w:rsidRDefault="00D67E3F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(n=5)</w:t>
            </w:r>
          </w:p>
        </w:tc>
      </w:tr>
      <w:tr w:rsidR="00807EF5" w:rsidRPr="003F1022" w14:paraId="084D7AFC" w14:textId="77777777" w:rsidTr="00BE5905">
        <w:tc>
          <w:tcPr>
            <w:tcW w:w="567" w:type="dxa"/>
          </w:tcPr>
          <w:p w14:paraId="1B538D0B" w14:textId="7B01CF10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06</w:t>
            </w:r>
          </w:p>
        </w:tc>
        <w:tc>
          <w:tcPr>
            <w:tcW w:w="2403" w:type="dxa"/>
          </w:tcPr>
          <w:p w14:paraId="6F569278" w14:textId="2F4BE6E0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NS </w:t>
            </w:r>
            <w:r w:rsidR="00977B73" w:rsidRPr="003F1022">
              <w:rPr>
                <w:rFonts w:ascii="Times New Roman" w:hAnsi="Times New Roman" w:cs="Times New Roman"/>
              </w:rPr>
              <w:t xml:space="preserve">Scott </w:t>
            </w:r>
          </w:p>
        </w:tc>
        <w:tc>
          <w:tcPr>
            <w:tcW w:w="1203" w:type="dxa"/>
          </w:tcPr>
          <w:p w14:paraId="673DFDA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037E30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680" w:type="dxa"/>
          </w:tcPr>
          <w:p w14:paraId="0B0D5FB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1B1D6644" w14:textId="26B92AD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51E90B6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E9C68B4" w14:textId="2690841C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46854CC" w14:textId="26E8734F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18A0E2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50294A9E" w14:textId="77777777" w:rsidTr="00BE5905">
        <w:tc>
          <w:tcPr>
            <w:tcW w:w="567" w:type="dxa"/>
          </w:tcPr>
          <w:p w14:paraId="0E1A47EC" w14:textId="27576812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07</w:t>
            </w:r>
          </w:p>
        </w:tc>
        <w:tc>
          <w:tcPr>
            <w:tcW w:w="2403" w:type="dxa"/>
          </w:tcPr>
          <w:p w14:paraId="2145F038" w14:textId="1FB8D884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JC </w:t>
            </w:r>
            <w:proofErr w:type="spellStart"/>
            <w:r w:rsidR="00977B73" w:rsidRPr="003F1022">
              <w:rPr>
                <w:rFonts w:ascii="Times New Roman" w:hAnsi="Times New Roman" w:cs="Times New Roman"/>
              </w:rPr>
              <w:t>Rittenberger</w:t>
            </w:r>
            <w:proofErr w:type="spellEnd"/>
            <w:r w:rsidR="00977B73" w:rsidRPr="003F10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03" w:type="dxa"/>
          </w:tcPr>
          <w:p w14:paraId="131D52C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66FCC21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680" w:type="dxa"/>
          </w:tcPr>
          <w:p w14:paraId="09AE5EC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0177704F" w14:textId="42E9A1E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5E1C430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803D94D" w14:textId="690CD1A3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D43D2C2" w14:textId="3E57592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2DF94DC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2617F91F" w14:textId="77777777" w:rsidTr="00BE5905">
        <w:tc>
          <w:tcPr>
            <w:tcW w:w="567" w:type="dxa"/>
          </w:tcPr>
          <w:p w14:paraId="55EC09FD" w14:textId="7A090633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08</w:t>
            </w:r>
          </w:p>
        </w:tc>
        <w:tc>
          <w:tcPr>
            <w:tcW w:w="2403" w:type="dxa"/>
          </w:tcPr>
          <w:p w14:paraId="5B47FFD5" w14:textId="20F78AA3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T </w:t>
            </w:r>
            <w:r w:rsidR="00977B73" w:rsidRPr="003F1022">
              <w:rPr>
                <w:rFonts w:ascii="Times New Roman" w:hAnsi="Times New Roman" w:cs="Times New Roman"/>
              </w:rPr>
              <w:t xml:space="preserve">Iwai </w:t>
            </w:r>
          </w:p>
        </w:tc>
        <w:tc>
          <w:tcPr>
            <w:tcW w:w="1203" w:type="dxa"/>
          </w:tcPr>
          <w:p w14:paraId="742E6EC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45DF2A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680" w:type="dxa"/>
          </w:tcPr>
          <w:p w14:paraId="13321F6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04EA5648" w14:textId="5A7BED5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2CFCC8A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E817938" w14:textId="6FAA991A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8AB3104" w14:textId="6FEC7CED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5A84720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47DEDAA6" w14:textId="77777777" w:rsidTr="00BE5905">
        <w:tc>
          <w:tcPr>
            <w:tcW w:w="567" w:type="dxa"/>
          </w:tcPr>
          <w:p w14:paraId="00BCEE09" w14:textId="3356FCFB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09</w:t>
            </w:r>
          </w:p>
        </w:tc>
        <w:tc>
          <w:tcPr>
            <w:tcW w:w="2403" w:type="dxa"/>
          </w:tcPr>
          <w:p w14:paraId="6B048597" w14:textId="538E4370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A </w:t>
            </w:r>
            <w:proofErr w:type="spellStart"/>
            <w:r w:rsidR="00977B73" w:rsidRPr="003F1022">
              <w:rPr>
                <w:rFonts w:ascii="Times New Roman" w:hAnsi="Times New Roman" w:cs="Times New Roman"/>
              </w:rPr>
              <w:t>Dijkman</w:t>
            </w:r>
            <w:proofErr w:type="spellEnd"/>
            <w:r w:rsidR="00977B73" w:rsidRPr="003F10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03" w:type="dxa"/>
          </w:tcPr>
          <w:p w14:paraId="2785E62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6DAFB3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680" w:type="dxa"/>
          </w:tcPr>
          <w:p w14:paraId="29E4951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Netherlands</w:t>
            </w:r>
          </w:p>
        </w:tc>
        <w:tc>
          <w:tcPr>
            <w:tcW w:w="1561" w:type="dxa"/>
          </w:tcPr>
          <w:p w14:paraId="413990D1" w14:textId="1BC920B5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Observational </w:t>
            </w:r>
          </w:p>
        </w:tc>
        <w:tc>
          <w:tcPr>
            <w:tcW w:w="1112" w:type="dxa"/>
          </w:tcPr>
          <w:p w14:paraId="5875718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ED62BE1" w14:textId="774F3B56" w:rsidR="00D67E3F" w:rsidRPr="003F1022" w:rsidRDefault="00D67E3F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12</w:t>
            </w:r>
          </w:p>
        </w:tc>
        <w:tc>
          <w:tcPr>
            <w:tcW w:w="898" w:type="dxa"/>
          </w:tcPr>
          <w:p w14:paraId="2C901198" w14:textId="2814538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941308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2DFFC2BF" w14:textId="1ACC5CD6" w:rsidR="00D67E3F" w:rsidRPr="003F1022" w:rsidRDefault="00D67E3F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(n=12)</w:t>
            </w:r>
          </w:p>
        </w:tc>
      </w:tr>
      <w:tr w:rsidR="00807EF5" w:rsidRPr="003F1022" w14:paraId="2BDCC05A" w14:textId="77777777" w:rsidTr="00BE5905">
        <w:tc>
          <w:tcPr>
            <w:tcW w:w="567" w:type="dxa"/>
          </w:tcPr>
          <w:p w14:paraId="4B76F429" w14:textId="45A306C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10</w:t>
            </w:r>
          </w:p>
        </w:tc>
        <w:tc>
          <w:tcPr>
            <w:tcW w:w="2403" w:type="dxa"/>
          </w:tcPr>
          <w:p w14:paraId="2D81AB47" w14:textId="13BE10AF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SK </w:t>
            </w:r>
            <w:r w:rsidR="00977B73" w:rsidRPr="003F1022">
              <w:rPr>
                <w:rFonts w:ascii="Times New Roman" w:hAnsi="Times New Roman" w:cs="Times New Roman"/>
              </w:rPr>
              <w:t xml:space="preserve">Bajwa </w:t>
            </w:r>
          </w:p>
        </w:tc>
        <w:tc>
          <w:tcPr>
            <w:tcW w:w="1203" w:type="dxa"/>
          </w:tcPr>
          <w:p w14:paraId="6294893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7761460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680" w:type="dxa"/>
          </w:tcPr>
          <w:p w14:paraId="69C8006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1561" w:type="dxa"/>
          </w:tcPr>
          <w:p w14:paraId="38C3B666" w14:textId="5F4D00C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4739382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B134B1D" w14:textId="7EC07B3E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92B11FE" w14:textId="695E208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45E2C7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3D7F2FE2" w14:textId="77777777" w:rsidTr="00BE5905">
        <w:tc>
          <w:tcPr>
            <w:tcW w:w="567" w:type="dxa"/>
          </w:tcPr>
          <w:p w14:paraId="07213C43" w14:textId="2A3BECAF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11</w:t>
            </w:r>
          </w:p>
        </w:tc>
        <w:tc>
          <w:tcPr>
            <w:tcW w:w="2403" w:type="dxa"/>
          </w:tcPr>
          <w:p w14:paraId="2111901D" w14:textId="00ECF317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D </w:t>
            </w:r>
            <w:r w:rsidR="00977B73" w:rsidRPr="003F1022">
              <w:rPr>
                <w:rFonts w:ascii="Times New Roman" w:hAnsi="Times New Roman" w:cs="Times New Roman"/>
              </w:rPr>
              <w:t xml:space="preserve">Barroso </w:t>
            </w:r>
          </w:p>
        </w:tc>
        <w:tc>
          <w:tcPr>
            <w:tcW w:w="1203" w:type="dxa"/>
          </w:tcPr>
          <w:p w14:paraId="39D25DB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662CDC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80" w:type="dxa"/>
          </w:tcPr>
          <w:p w14:paraId="277D85B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1561" w:type="dxa"/>
          </w:tcPr>
          <w:p w14:paraId="157F9453" w14:textId="0127659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5A69FBA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857B00B" w14:textId="27919648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EE75AA2" w14:textId="3DD17A90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C8CB81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07FAA2C8" w14:textId="77777777" w:rsidTr="00BE5905">
        <w:tc>
          <w:tcPr>
            <w:tcW w:w="567" w:type="dxa"/>
          </w:tcPr>
          <w:p w14:paraId="535CCFBC" w14:textId="2EA1852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12</w:t>
            </w:r>
          </w:p>
        </w:tc>
        <w:tc>
          <w:tcPr>
            <w:tcW w:w="2403" w:type="dxa"/>
          </w:tcPr>
          <w:p w14:paraId="2A9A48F3" w14:textId="1D36620B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M </w:t>
            </w:r>
            <w:r w:rsidR="00977B73" w:rsidRPr="003F1022">
              <w:rPr>
                <w:rFonts w:ascii="Times New Roman" w:hAnsi="Times New Roman" w:cs="Times New Roman"/>
              </w:rPr>
              <w:t xml:space="preserve">Yoshida </w:t>
            </w:r>
          </w:p>
        </w:tc>
        <w:tc>
          <w:tcPr>
            <w:tcW w:w="1203" w:type="dxa"/>
          </w:tcPr>
          <w:p w14:paraId="7BED4A1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940874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680" w:type="dxa"/>
          </w:tcPr>
          <w:p w14:paraId="1B92CC1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69AB8C21" w14:textId="5F71112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752BB3A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E8D4800" w14:textId="173F1C3B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8986D41" w14:textId="470965A5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AA4310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382813C3" w14:textId="77777777" w:rsidTr="00BE5905">
        <w:tc>
          <w:tcPr>
            <w:tcW w:w="567" w:type="dxa"/>
          </w:tcPr>
          <w:p w14:paraId="35438B3A" w14:textId="036454A3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13</w:t>
            </w:r>
          </w:p>
        </w:tc>
        <w:tc>
          <w:tcPr>
            <w:tcW w:w="2403" w:type="dxa"/>
          </w:tcPr>
          <w:p w14:paraId="7B410F3A" w14:textId="4A5C0BAD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KG </w:t>
            </w:r>
            <w:r w:rsidR="00977B73" w:rsidRPr="003F1022">
              <w:rPr>
                <w:rFonts w:ascii="Times New Roman" w:hAnsi="Times New Roman" w:cs="Times New Roman"/>
              </w:rPr>
              <w:t xml:space="preserve">Buda </w:t>
            </w:r>
          </w:p>
        </w:tc>
        <w:tc>
          <w:tcPr>
            <w:tcW w:w="1203" w:type="dxa"/>
          </w:tcPr>
          <w:p w14:paraId="09F2182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2794B82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680" w:type="dxa"/>
          </w:tcPr>
          <w:p w14:paraId="0F68936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Multinational (65% USA, 35% non-USA)</w:t>
            </w:r>
          </w:p>
        </w:tc>
        <w:tc>
          <w:tcPr>
            <w:tcW w:w="1561" w:type="dxa"/>
          </w:tcPr>
          <w:p w14:paraId="39EC4A03" w14:textId="0DF88990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12" w:type="dxa"/>
          </w:tcPr>
          <w:p w14:paraId="38E01C4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0D92FF35" w14:textId="6B2AAF44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08A97257" w14:textId="1D1018C5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18" w:type="dxa"/>
          </w:tcPr>
          <w:p w14:paraId="67941CF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nan</w:t>
            </w:r>
          </w:p>
        </w:tc>
      </w:tr>
      <w:tr w:rsidR="00807EF5" w:rsidRPr="003F1022" w14:paraId="112BC37B" w14:textId="77777777" w:rsidTr="00BE5905">
        <w:tc>
          <w:tcPr>
            <w:tcW w:w="567" w:type="dxa"/>
          </w:tcPr>
          <w:p w14:paraId="748AE61F" w14:textId="62506A6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</w:t>
            </w:r>
            <w:r w:rsidRPr="003F102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3" w:type="dxa"/>
          </w:tcPr>
          <w:p w14:paraId="0FAB1BA4" w14:textId="4838BC5C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V </w:t>
            </w:r>
            <w:r w:rsidR="00977B73" w:rsidRPr="003F1022">
              <w:rPr>
                <w:rFonts w:ascii="Times New Roman" w:hAnsi="Times New Roman" w:cs="Times New Roman"/>
              </w:rPr>
              <w:t xml:space="preserve">de Assis </w:t>
            </w:r>
          </w:p>
        </w:tc>
        <w:tc>
          <w:tcPr>
            <w:tcW w:w="1203" w:type="dxa"/>
          </w:tcPr>
          <w:p w14:paraId="3250171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459326F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80" w:type="dxa"/>
          </w:tcPr>
          <w:p w14:paraId="3949FE5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66AEFCB6" w14:textId="0FAC8B1F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6221B94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25A1AD8" w14:textId="5F92A782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2CE50A8" w14:textId="5B554C39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FF911C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3C89C841" w14:textId="77777777" w:rsidTr="00BE5905">
        <w:tc>
          <w:tcPr>
            <w:tcW w:w="567" w:type="dxa"/>
          </w:tcPr>
          <w:p w14:paraId="56F7048C" w14:textId="4DE28BBF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15</w:t>
            </w:r>
          </w:p>
        </w:tc>
        <w:tc>
          <w:tcPr>
            <w:tcW w:w="2403" w:type="dxa"/>
          </w:tcPr>
          <w:p w14:paraId="5D7657E8" w14:textId="439EE2BF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T </w:t>
            </w:r>
            <w:r w:rsidR="00977B73" w:rsidRPr="003F1022">
              <w:rPr>
                <w:rFonts w:ascii="Times New Roman" w:hAnsi="Times New Roman" w:cs="Times New Roman"/>
              </w:rPr>
              <w:t xml:space="preserve">Akbari </w:t>
            </w:r>
          </w:p>
        </w:tc>
        <w:tc>
          <w:tcPr>
            <w:tcW w:w="1203" w:type="dxa"/>
          </w:tcPr>
          <w:p w14:paraId="2017527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9C2C03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680" w:type="dxa"/>
          </w:tcPr>
          <w:p w14:paraId="7F551841" w14:textId="323C89C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UK </w:t>
            </w:r>
          </w:p>
        </w:tc>
        <w:tc>
          <w:tcPr>
            <w:tcW w:w="1561" w:type="dxa"/>
          </w:tcPr>
          <w:p w14:paraId="7E9075BD" w14:textId="6961E3CC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0701C4E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67E5867E" w14:textId="1830FDF8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69EAB0E5" w14:textId="05C4BF24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B91342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6421C944" w14:textId="77777777" w:rsidTr="00BE5905">
        <w:tc>
          <w:tcPr>
            <w:tcW w:w="567" w:type="dxa"/>
          </w:tcPr>
          <w:p w14:paraId="0CD43F9B" w14:textId="04CC0D3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16</w:t>
            </w:r>
          </w:p>
        </w:tc>
        <w:tc>
          <w:tcPr>
            <w:tcW w:w="2403" w:type="dxa"/>
          </w:tcPr>
          <w:p w14:paraId="4598D68E" w14:textId="416DA49C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A </w:t>
            </w:r>
            <w:r w:rsidR="00977B73" w:rsidRPr="003F1022">
              <w:rPr>
                <w:rFonts w:ascii="Times New Roman" w:hAnsi="Times New Roman" w:cs="Times New Roman"/>
              </w:rPr>
              <w:t>Burton</w:t>
            </w:r>
          </w:p>
        </w:tc>
        <w:tc>
          <w:tcPr>
            <w:tcW w:w="1203" w:type="dxa"/>
          </w:tcPr>
          <w:p w14:paraId="136BD6B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2B19B94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680" w:type="dxa"/>
          </w:tcPr>
          <w:p w14:paraId="14E5772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561" w:type="dxa"/>
          </w:tcPr>
          <w:p w14:paraId="42186935" w14:textId="6B6D0A82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3D88FAE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37" w:type="dxa"/>
          </w:tcPr>
          <w:p w14:paraId="2E54C967" w14:textId="2A8BE178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B0D87C4" w14:textId="6B657560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18" w:type="dxa"/>
          </w:tcPr>
          <w:p w14:paraId="611E57F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17EB8C13" w14:textId="77777777" w:rsidTr="00BE5905">
        <w:tc>
          <w:tcPr>
            <w:tcW w:w="567" w:type="dxa"/>
          </w:tcPr>
          <w:p w14:paraId="7F331F6C" w14:textId="3867151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17</w:t>
            </w:r>
          </w:p>
        </w:tc>
        <w:tc>
          <w:tcPr>
            <w:tcW w:w="2403" w:type="dxa"/>
          </w:tcPr>
          <w:p w14:paraId="67497DC0" w14:textId="2650CBBE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F </w:t>
            </w:r>
            <w:r w:rsidR="00977B73" w:rsidRPr="003F1022">
              <w:rPr>
                <w:rFonts w:ascii="Times New Roman" w:hAnsi="Times New Roman" w:cs="Times New Roman"/>
              </w:rPr>
              <w:t xml:space="preserve">Shafiq </w:t>
            </w:r>
          </w:p>
        </w:tc>
        <w:tc>
          <w:tcPr>
            <w:tcW w:w="1203" w:type="dxa"/>
          </w:tcPr>
          <w:p w14:paraId="096A10F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451A4C0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80" w:type="dxa"/>
          </w:tcPr>
          <w:p w14:paraId="1CE41A3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Pakistan</w:t>
            </w:r>
          </w:p>
        </w:tc>
        <w:tc>
          <w:tcPr>
            <w:tcW w:w="1561" w:type="dxa"/>
          </w:tcPr>
          <w:p w14:paraId="75CD7542" w14:textId="513911A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66184C4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7E20360" w14:textId="53559248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D341265" w14:textId="05BF530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1B2802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1ADA9D0B" w14:textId="77777777" w:rsidTr="00BE5905">
        <w:tc>
          <w:tcPr>
            <w:tcW w:w="567" w:type="dxa"/>
          </w:tcPr>
          <w:p w14:paraId="42696CF3" w14:textId="6DC888E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18</w:t>
            </w:r>
          </w:p>
        </w:tc>
        <w:tc>
          <w:tcPr>
            <w:tcW w:w="2403" w:type="dxa"/>
          </w:tcPr>
          <w:p w14:paraId="61857B05" w14:textId="04A4EE0D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P </w:t>
            </w:r>
            <w:r w:rsidR="00977B73" w:rsidRPr="003F1022">
              <w:rPr>
                <w:rFonts w:ascii="Times New Roman" w:hAnsi="Times New Roman" w:cs="Times New Roman"/>
              </w:rPr>
              <w:t xml:space="preserve">Singh </w:t>
            </w:r>
          </w:p>
        </w:tc>
        <w:tc>
          <w:tcPr>
            <w:tcW w:w="1203" w:type="dxa"/>
          </w:tcPr>
          <w:p w14:paraId="58CD595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8EA29D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80" w:type="dxa"/>
          </w:tcPr>
          <w:p w14:paraId="2A54DE6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1561" w:type="dxa"/>
          </w:tcPr>
          <w:p w14:paraId="14E4C41A" w14:textId="15678B1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2743D32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3875FDE" w14:textId="14D9BE42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007E0AB" w14:textId="54A831B2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943031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2AC2A590" w14:textId="77777777" w:rsidTr="00BE5905">
        <w:tc>
          <w:tcPr>
            <w:tcW w:w="567" w:type="dxa"/>
          </w:tcPr>
          <w:p w14:paraId="4FC76312" w14:textId="67280C56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9</w:t>
            </w:r>
          </w:p>
        </w:tc>
        <w:tc>
          <w:tcPr>
            <w:tcW w:w="2403" w:type="dxa"/>
          </w:tcPr>
          <w:p w14:paraId="2F308C98" w14:textId="464D1AC6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H </w:t>
            </w:r>
            <w:r w:rsidR="00977B73" w:rsidRPr="003F1022">
              <w:rPr>
                <w:rFonts w:ascii="Times New Roman" w:hAnsi="Times New Roman" w:cs="Times New Roman"/>
              </w:rPr>
              <w:t xml:space="preserve">Wu </w:t>
            </w:r>
          </w:p>
        </w:tc>
        <w:tc>
          <w:tcPr>
            <w:tcW w:w="1203" w:type="dxa"/>
          </w:tcPr>
          <w:p w14:paraId="748E820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1A1E319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680" w:type="dxa"/>
          </w:tcPr>
          <w:p w14:paraId="13611D7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1561" w:type="dxa"/>
          </w:tcPr>
          <w:p w14:paraId="0FB31247" w14:textId="404FAD2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63D0F74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95C9A1E" w14:textId="0064A540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62ABFFB7" w14:textId="0B759833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7B7DF8E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nan</w:t>
            </w:r>
          </w:p>
        </w:tc>
      </w:tr>
      <w:tr w:rsidR="00807EF5" w:rsidRPr="003F1022" w14:paraId="703FED4C" w14:textId="77777777" w:rsidTr="00BE5905">
        <w:tc>
          <w:tcPr>
            <w:tcW w:w="567" w:type="dxa"/>
          </w:tcPr>
          <w:p w14:paraId="085651AB" w14:textId="4CE3FCD6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12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2403" w:type="dxa"/>
          </w:tcPr>
          <w:p w14:paraId="7287C41E" w14:textId="170904A9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M </w:t>
            </w:r>
            <w:r w:rsidR="00977B73" w:rsidRPr="003F1022">
              <w:rPr>
                <w:rFonts w:ascii="Times New Roman" w:hAnsi="Times New Roman" w:cs="Times New Roman"/>
              </w:rPr>
              <w:t xml:space="preserve">Söderberg </w:t>
            </w:r>
          </w:p>
        </w:tc>
        <w:tc>
          <w:tcPr>
            <w:tcW w:w="1203" w:type="dxa"/>
          </w:tcPr>
          <w:p w14:paraId="5D7B992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69B02AF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80" w:type="dxa"/>
          </w:tcPr>
          <w:p w14:paraId="266C1FF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Sweden</w:t>
            </w:r>
          </w:p>
        </w:tc>
        <w:tc>
          <w:tcPr>
            <w:tcW w:w="1561" w:type="dxa"/>
          </w:tcPr>
          <w:p w14:paraId="1D140ED8" w14:textId="4BB262B2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258A377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2B331E6" w14:textId="30242F5D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27E45D1" w14:textId="30915694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149334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7C525D73" w14:textId="77777777" w:rsidTr="00BE5905">
        <w:tc>
          <w:tcPr>
            <w:tcW w:w="567" w:type="dxa"/>
          </w:tcPr>
          <w:p w14:paraId="5F7F6EA6" w14:textId="5794841C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21</w:t>
            </w:r>
          </w:p>
        </w:tc>
        <w:tc>
          <w:tcPr>
            <w:tcW w:w="2403" w:type="dxa"/>
          </w:tcPr>
          <w:p w14:paraId="36C4CD37" w14:textId="50047BFE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K </w:t>
            </w:r>
            <w:r w:rsidR="00977B73" w:rsidRPr="003F1022">
              <w:rPr>
                <w:rFonts w:ascii="Times New Roman" w:hAnsi="Times New Roman" w:cs="Times New Roman"/>
              </w:rPr>
              <w:t>Li</w:t>
            </w:r>
          </w:p>
        </w:tc>
        <w:tc>
          <w:tcPr>
            <w:tcW w:w="1203" w:type="dxa"/>
          </w:tcPr>
          <w:p w14:paraId="37019AF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3A1A88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680" w:type="dxa"/>
          </w:tcPr>
          <w:p w14:paraId="7BCA22F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1561" w:type="dxa"/>
          </w:tcPr>
          <w:p w14:paraId="14AD6B14" w14:textId="158122F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5BF19B0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37" w:type="dxa"/>
          </w:tcPr>
          <w:p w14:paraId="4A47D954" w14:textId="7739D594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5ED567A8" w14:textId="3F8E1EF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3BF68B7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07E99AD0" w14:textId="77777777" w:rsidTr="00BE5905">
        <w:tc>
          <w:tcPr>
            <w:tcW w:w="567" w:type="dxa"/>
          </w:tcPr>
          <w:p w14:paraId="7ED80E91" w14:textId="29890E4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lastRenderedPageBreak/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22</w:t>
            </w:r>
          </w:p>
        </w:tc>
        <w:tc>
          <w:tcPr>
            <w:tcW w:w="2403" w:type="dxa"/>
          </w:tcPr>
          <w:p w14:paraId="41B3D260" w14:textId="5715ACBE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SL </w:t>
            </w:r>
            <w:r w:rsidR="00977B73" w:rsidRPr="003F1022">
              <w:rPr>
                <w:rFonts w:ascii="Times New Roman" w:hAnsi="Times New Roman" w:cs="Times New Roman"/>
              </w:rPr>
              <w:t>Jaya-</w:t>
            </w:r>
            <w:proofErr w:type="spellStart"/>
            <w:r w:rsidR="00977B73" w:rsidRPr="003F1022">
              <w:rPr>
                <w:rFonts w:ascii="Times New Roman" w:hAnsi="Times New Roman" w:cs="Times New Roman"/>
              </w:rPr>
              <w:t>Bodestyne</w:t>
            </w:r>
            <w:proofErr w:type="spellEnd"/>
            <w:r w:rsidR="00977B73" w:rsidRPr="003F10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03" w:type="dxa"/>
          </w:tcPr>
          <w:p w14:paraId="2A9A96E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079BD03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680" w:type="dxa"/>
          </w:tcPr>
          <w:p w14:paraId="7F8FC5F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Singapore</w:t>
            </w:r>
          </w:p>
        </w:tc>
        <w:tc>
          <w:tcPr>
            <w:tcW w:w="1561" w:type="dxa"/>
          </w:tcPr>
          <w:p w14:paraId="49A980F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112" w:type="dxa"/>
          </w:tcPr>
          <w:p w14:paraId="06C5A2C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F543D31" w14:textId="2D123D5C" w:rsidR="00977B73" w:rsidRPr="003F1022" w:rsidRDefault="00D67E3F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2</w:t>
            </w:r>
          </w:p>
        </w:tc>
        <w:tc>
          <w:tcPr>
            <w:tcW w:w="898" w:type="dxa"/>
          </w:tcPr>
          <w:p w14:paraId="40CA8C2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67038436" w14:textId="56E67236" w:rsidR="00D67E3F" w:rsidRPr="003F1022" w:rsidRDefault="00D67E3F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(n=1)</w:t>
            </w:r>
          </w:p>
        </w:tc>
        <w:tc>
          <w:tcPr>
            <w:tcW w:w="918" w:type="dxa"/>
          </w:tcPr>
          <w:p w14:paraId="1C024BC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0CF4017C" w14:textId="6102D92D" w:rsidR="00D67E3F" w:rsidRPr="003F1022" w:rsidRDefault="00D67E3F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(n=2)</w:t>
            </w:r>
          </w:p>
        </w:tc>
      </w:tr>
      <w:tr w:rsidR="00807EF5" w:rsidRPr="003F1022" w14:paraId="12C54EFF" w14:textId="77777777" w:rsidTr="00BE5905">
        <w:tc>
          <w:tcPr>
            <w:tcW w:w="567" w:type="dxa"/>
          </w:tcPr>
          <w:p w14:paraId="7C982558" w14:textId="6BF72A7B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23</w:t>
            </w:r>
          </w:p>
        </w:tc>
        <w:tc>
          <w:tcPr>
            <w:tcW w:w="2403" w:type="dxa"/>
          </w:tcPr>
          <w:p w14:paraId="73DDA956" w14:textId="7590DD52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K </w:t>
            </w:r>
            <w:proofErr w:type="spellStart"/>
            <w:r w:rsidR="00977B73" w:rsidRPr="003F1022">
              <w:rPr>
                <w:rFonts w:ascii="Times New Roman" w:hAnsi="Times New Roman" w:cs="Times New Roman"/>
              </w:rPr>
              <w:t>Berteloot</w:t>
            </w:r>
            <w:proofErr w:type="spellEnd"/>
            <w:r w:rsidR="00977B73" w:rsidRPr="003F10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03" w:type="dxa"/>
          </w:tcPr>
          <w:p w14:paraId="19B6389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7EA4AA9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680" w:type="dxa"/>
          </w:tcPr>
          <w:p w14:paraId="0E30C76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Belgium</w:t>
            </w:r>
          </w:p>
        </w:tc>
        <w:tc>
          <w:tcPr>
            <w:tcW w:w="1561" w:type="dxa"/>
          </w:tcPr>
          <w:p w14:paraId="005FB4E3" w14:textId="3C89C9F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72AB077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23DA7F8" w14:textId="00C39258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64B0188" w14:textId="7887F13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26868C6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380C4B38" w14:textId="77777777" w:rsidTr="00BE5905">
        <w:tc>
          <w:tcPr>
            <w:tcW w:w="567" w:type="dxa"/>
          </w:tcPr>
          <w:p w14:paraId="36743E9D" w14:textId="204328F8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24</w:t>
            </w:r>
          </w:p>
        </w:tc>
        <w:tc>
          <w:tcPr>
            <w:tcW w:w="2403" w:type="dxa"/>
          </w:tcPr>
          <w:p w14:paraId="2492ECCC" w14:textId="51878CFF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J </w:t>
            </w:r>
            <w:r w:rsidR="00977B73" w:rsidRPr="003F1022">
              <w:rPr>
                <w:rFonts w:ascii="Times New Roman" w:hAnsi="Times New Roman" w:cs="Times New Roman"/>
              </w:rPr>
              <w:t xml:space="preserve">Li </w:t>
            </w:r>
          </w:p>
        </w:tc>
        <w:tc>
          <w:tcPr>
            <w:tcW w:w="1203" w:type="dxa"/>
          </w:tcPr>
          <w:p w14:paraId="339306D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2A79E01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680" w:type="dxa"/>
          </w:tcPr>
          <w:p w14:paraId="20977DF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1561" w:type="dxa"/>
          </w:tcPr>
          <w:p w14:paraId="6EC961B9" w14:textId="77122F00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3EB6D7F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5283F09" w14:textId="69D1EBF2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0788E067" w14:textId="6261989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29157A9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2D476B3C" w14:textId="77777777" w:rsidTr="00BE5905">
        <w:tc>
          <w:tcPr>
            <w:tcW w:w="567" w:type="dxa"/>
          </w:tcPr>
          <w:p w14:paraId="4AAE79D0" w14:textId="2561776D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</w:t>
            </w:r>
            <w:r w:rsidRPr="003F102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03" w:type="dxa"/>
          </w:tcPr>
          <w:p w14:paraId="2283EB91" w14:textId="5838F65D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EW </w:t>
            </w:r>
            <w:r w:rsidR="00977B73" w:rsidRPr="003F1022">
              <w:rPr>
                <w:rFonts w:ascii="Times New Roman" w:hAnsi="Times New Roman" w:cs="Times New Roman"/>
              </w:rPr>
              <w:t xml:space="preserve">Parenteau </w:t>
            </w:r>
          </w:p>
        </w:tc>
        <w:tc>
          <w:tcPr>
            <w:tcW w:w="1203" w:type="dxa"/>
          </w:tcPr>
          <w:p w14:paraId="39F0ECB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6AB54C6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680" w:type="dxa"/>
          </w:tcPr>
          <w:p w14:paraId="48408F7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6FCC9AB9" w14:textId="6BB10392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1758AAE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EE801D9" w14:textId="355582AD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3FA08DB9" w14:textId="0407161D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D69C21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1664F5E4" w14:textId="77777777" w:rsidTr="00BE5905">
        <w:tc>
          <w:tcPr>
            <w:tcW w:w="567" w:type="dxa"/>
          </w:tcPr>
          <w:p w14:paraId="27E99AD7" w14:textId="317B0948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26</w:t>
            </w:r>
          </w:p>
        </w:tc>
        <w:tc>
          <w:tcPr>
            <w:tcW w:w="2403" w:type="dxa"/>
          </w:tcPr>
          <w:p w14:paraId="47E5ECDE" w14:textId="1C5044EC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V </w:t>
            </w:r>
            <w:proofErr w:type="spellStart"/>
            <w:r w:rsidR="00977B73" w:rsidRPr="003F1022">
              <w:rPr>
                <w:rFonts w:ascii="Times New Roman" w:hAnsi="Times New Roman" w:cs="Times New Roman"/>
              </w:rPr>
              <w:t>Lozovyy</w:t>
            </w:r>
            <w:proofErr w:type="spellEnd"/>
            <w:r w:rsidR="00977B73" w:rsidRPr="003F10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03" w:type="dxa"/>
          </w:tcPr>
          <w:p w14:paraId="5ABCD46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192DE98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680" w:type="dxa"/>
          </w:tcPr>
          <w:p w14:paraId="1165E0E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0C70C79F" w14:textId="54B1AA59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5DA6D4D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CAA8A25" w14:textId="2C82EB09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6440DB4E" w14:textId="459B94DC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272A21F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076C47D9" w14:textId="77777777" w:rsidTr="00BE5905">
        <w:tc>
          <w:tcPr>
            <w:tcW w:w="567" w:type="dxa"/>
          </w:tcPr>
          <w:p w14:paraId="3A39EF6A" w14:textId="4EE07E2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27</w:t>
            </w:r>
          </w:p>
        </w:tc>
        <w:tc>
          <w:tcPr>
            <w:tcW w:w="2403" w:type="dxa"/>
          </w:tcPr>
          <w:p w14:paraId="5BA28934" w14:textId="4E70E43B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Y </w:t>
            </w:r>
            <w:r w:rsidR="00977B73" w:rsidRPr="003F1022">
              <w:rPr>
                <w:rFonts w:ascii="Times New Roman" w:hAnsi="Times New Roman" w:cs="Times New Roman"/>
              </w:rPr>
              <w:t xml:space="preserve">Orita </w:t>
            </w:r>
          </w:p>
        </w:tc>
        <w:tc>
          <w:tcPr>
            <w:tcW w:w="1203" w:type="dxa"/>
          </w:tcPr>
          <w:p w14:paraId="0576659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2A24E3B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680" w:type="dxa"/>
          </w:tcPr>
          <w:p w14:paraId="6440DFB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27D3291A" w14:textId="7BDEB852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6ADC981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6F2FFD00" w14:textId="357F76FC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BC2CB46" w14:textId="35829F8F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AFD031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14ED2531" w14:textId="77777777" w:rsidTr="00BE5905">
        <w:tc>
          <w:tcPr>
            <w:tcW w:w="567" w:type="dxa"/>
          </w:tcPr>
          <w:p w14:paraId="600D1630" w14:textId="15628353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28</w:t>
            </w:r>
          </w:p>
        </w:tc>
        <w:tc>
          <w:tcPr>
            <w:tcW w:w="2403" w:type="dxa"/>
          </w:tcPr>
          <w:p w14:paraId="71191EC7" w14:textId="5BF084BF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F </w:t>
            </w:r>
            <w:r w:rsidR="00977B73" w:rsidRPr="003F1022">
              <w:rPr>
                <w:rFonts w:ascii="Times New Roman" w:hAnsi="Times New Roman" w:cs="Times New Roman"/>
              </w:rPr>
              <w:t xml:space="preserve">He </w:t>
            </w:r>
          </w:p>
        </w:tc>
        <w:tc>
          <w:tcPr>
            <w:tcW w:w="1203" w:type="dxa"/>
          </w:tcPr>
          <w:p w14:paraId="6BBEB55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0E3FF75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680" w:type="dxa"/>
          </w:tcPr>
          <w:p w14:paraId="46FFAC2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1561" w:type="dxa"/>
          </w:tcPr>
          <w:p w14:paraId="597B2F53" w14:textId="2D9D378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Observational </w:t>
            </w:r>
          </w:p>
        </w:tc>
        <w:tc>
          <w:tcPr>
            <w:tcW w:w="1112" w:type="dxa"/>
          </w:tcPr>
          <w:p w14:paraId="65D36BF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37" w:type="dxa"/>
          </w:tcPr>
          <w:p w14:paraId="569E0BBE" w14:textId="43F26B0C" w:rsidR="00977B73" w:rsidRPr="003F1022" w:rsidRDefault="00711D2D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24</w:t>
            </w:r>
          </w:p>
        </w:tc>
        <w:tc>
          <w:tcPr>
            <w:tcW w:w="898" w:type="dxa"/>
          </w:tcPr>
          <w:p w14:paraId="7AE23414" w14:textId="1F09D0D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42AD8F3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52F4D06F" w14:textId="26DEF65C" w:rsidR="00711D2D" w:rsidRPr="003F1022" w:rsidRDefault="00711D2D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(n=19)</w:t>
            </w:r>
          </w:p>
        </w:tc>
      </w:tr>
      <w:tr w:rsidR="00807EF5" w:rsidRPr="003F1022" w14:paraId="585A25FC" w14:textId="77777777" w:rsidTr="00BE5905">
        <w:tc>
          <w:tcPr>
            <w:tcW w:w="567" w:type="dxa"/>
          </w:tcPr>
          <w:p w14:paraId="68B88DBC" w14:textId="3460B548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29</w:t>
            </w:r>
          </w:p>
        </w:tc>
        <w:tc>
          <w:tcPr>
            <w:tcW w:w="2403" w:type="dxa"/>
          </w:tcPr>
          <w:p w14:paraId="0B224356" w14:textId="35218102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JJ </w:t>
            </w:r>
            <w:r w:rsidR="00977B73" w:rsidRPr="003F1022">
              <w:rPr>
                <w:rFonts w:ascii="Times New Roman" w:hAnsi="Times New Roman" w:cs="Times New Roman"/>
              </w:rPr>
              <w:t xml:space="preserve">Gutiérrez-Paternina </w:t>
            </w:r>
          </w:p>
        </w:tc>
        <w:tc>
          <w:tcPr>
            <w:tcW w:w="1203" w:type="dxa"/>
          </w:tcPr>
          <w:p w14:paraId="3C7DEC25" w14:textId="017EC611" w:rsidR="00977B73" w:rsidRPr="003F1022" w:rsidRDefault="00745ADF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Spanish</w:t>
            </w:r>
          </w:p>
        </w:tc>
        <w:tc>
          <w:tcPr>
            <w:tcW w:w="861" w:type="dxa"/>
          </w:tcPr>
          <w:p w14:paraId="45D9203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680" w:type="dxa"/>
          </w:tcPr>
          <w:p w14:paraId="35B65AA4" w14:textId="778130F2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Mexico</w:t>
            </w:r>
          </w:p>
        </w:tc>
        <w:tc>
          <w:tcPr>
            <w:tcW w:w="1561" w:type="dxa"/>
          </w:tcPr>
          <w:p w14:paraId="2FC00BF0" w14:textId="7E6BF9D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7596BF2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02166B81" w14:textId="76047CA8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3330AB50" w14:textId="08355BF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D28FC0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680C49E7" w14:textId="77777777" w:rsidTr="00BE5905">
        <w:tc>
          <w:tcPr>
            <w:tcW w:w="567" w:type="dxa"/>
          </w:tcPr>
          <w:p w14:paraId="15701548" w14:textId="34F693FE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30</w:t>
            </w:r>
          </w:p>
        </w:tc>
        <w:tc>
          <w:tcPr>
            <w:tcW w:w="2403" w:type="dxa"/>
          </w:tcPr>
          <w:p w14:paraId="07ED31B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Öncel Yel G</w:t>
            </w:r>
          </w:p>
        </w:tc>
        <w:tc>
          <w:tcPr>
            <w:tcW w:w="1203" w:type="dxa"/>
          </w:tcPr>
          <w:p w14:paraId="3199FD8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7BA0AE2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80" w:type="dxa"/>
          </w:tcPr>
          <w:p w14:paraId="5E47487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Turkey</w:t>
            </w:r>
          </w:p>
        </w:tc>
        <w:tc>
          <w:tcPr>
            <w:tcW w:w="1561" w:type="dxa"/>
          </w:tcPr>
          <w:p w14:paraId="6FB4061F" w14:textId="1008B2FD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685BCDF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991C84B" w14:textId="252F3471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4FA777F" w14:textId="3126D3A2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37C6FE0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54F98173" w14:textId="77777777" w:rsidTr="00BE5905">
        <w:tc>
          <w:tcPr>
            <w:tcW w:w="567" w:type="dxa"/>
          </w:tcPr>
          <w:p w14:paraId="3A7C0A52" w14:textId="1397FE84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31</w:t>
            </w:r>
          </w:p>
        </w:tc>
        <w:tc>
          <w:tcPr>
            <w:tcW w:w="2403" w:type="dxa"/>
          </w:tcPr>
          <w:p w14:paraId="43A4B8B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Bahr TM</w:t>
            </w:r>
          </w:p>
        </w:tc>
        <w:tc>
          <w:tcPr>
            <w:tcW w:w="1203" w:type="dxa"/>
          </w:tcPr>
          <w:p w14:paraId="2150196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18EB701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680" w:type="dxa"/>
          </w:tcPr>
          <w:p w14:paraId="1B37FCD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4DECBAAC" w14:textId="0374869D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112" w:type="dxa"/>
          </w:tcPr>
          <w:p w14:paraId="0DC2332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16CCB46" w14:textId="66DB3B08" w:rsidR="00977B73" w:rsidRPr="003F1022" w:rsidRDefault="009C5620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4</w:t>
            </w:r>
          </w:p>
        </w:tc>
        <w:tc>
          <w:tcPr>
            <w:tcW w:w="898" w:type="dxa"/>
          </w:tcPr>
          <w:p w14:paraId="6E310A66" w14:textId="28BDB8F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819F2D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6A68E3D6" w14:textId="3B179E2F" w:rsidR="00711D2D" w:rsidRPr="003F1022" w:rsidRDefault="00711D2D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(n=4)</w:t>
            </w:r>
          </w:p>
        </w:tc>
      </w:tr>
      <w:tr w:rsidR="00807EF5" w:rsidRPr="003F1022" w14:paraId="2B7DD6E6" w14:textId="77777777" w:rsidTr="00BE5905">
        <w:tc>
          <w:tcPr>
            <w:tcW w:w="567" w:type="dxa"/>
          </w:tcPr>
          <w:p w14:paraId="02E80A86" w14:textId="1420C3BF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32</w:t>
            </w:r>
          </w:p>
        </w:tc>
        <w:tc>
          <w:tcPr>
            <w:tcW w:w="2403" w:type="dxa"/>
          </w:tcPr>
          <w:p w14:paraId="1AE85FD1" w14:textId="615EF999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P </w:t>
            </w:r>
            <w:proofErr w:type="spellStart"/>
            <w:r w:rsidR="00977B73" w:rsidRPr="003F1022">
              <w:rPr>
                <w:rFonts w:ascii="Times New Roman" w:hAnsi="Times New Roman" w:cs="Times New Roman"/>
              </w:rPr>
              <w:t>Tantibundit</w:t>
            </w:r>
            <w:proofErr w:type="spellEnd"/>
            <w:r w:rsidR="00977B73" w:rsidRPr="003F10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03" w:type="dxa"/>
          </w:tcPr>
          <w:p w14:paraId="5FB0A40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1692706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680" w:type="dxa"/>
          </w:tcPr>
          <w:p w14:paraId="0AEDCAB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Thailand</w:t>
            </w:r>
          </w:p>
        </w:tc>
        <w:tc>
          <w:tcPr>
            <w:tcW w:w="1561" w:type="dxa"/>
          </w:tcPr>
          <w:p w14:paraId="5F85F4DD" w14:textId="4F2A0E84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310FB93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57DB7667" w14:textId="1EFB8CD3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340971E" w14:textId="15BEE81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18" w:type="dxa"/>
          </w:tcPr>
          <w:p w14:paraId="1FF23F9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0C4134CD" w14:textId="77777777" w:rsidTr="00BE5905">
        <w:tc>
          <w:tcPr>
            <w:tcW w:w="567" w:type="dxa"/>
          </w:tcPr>
          <w:p w14:paraId="15AA0FFF" w14:textId="21A8A187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33</w:t>
            </w:r>
          </w:p>
        </w:tc>
        <w:tc>
          <w:tcPr>
            <w:tcW w:w="2403" w:type="dxa"/>
          </w:tcPr>
          <w:p w14:paraId="38346654" w14:textId="139A548D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BR </w:t>
            </w:r>
            <w:r w:rsidR="00977B73" w:rsidRPr="003F1022">
              <w:rPr>
                <w:rFonts w:ascii="Times New Roman" w:hAnsi="Times New Roman" w:cs="Times New Roman"/>
              </w:rPr>
              <w:t xml:space="preserve">Kim </w:t>
            </w:r>
          </w:p>
        </w:tc>
        <w:tc>
          <w:tcPr>
            <w:tcW w:w="1203" w:type="dxa"/>
          </w:tcPr>
          <w:p w14:paraId="4D46834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2527F23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80" w:type="dxa"/>
          </w:tcPr>
          <w:p w14:paraId="08833E1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Korea</w:t>
            </w:r>
          </w:p>
        </w:tc>
        <w:tc>
          <w:tcPr>
            <w:tcW w:w="1561" w:type="dxa"/>
          </w:tcPr>
          <w:p w14:paraId="2DF278C3" w14:textId="1729CB5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4A0F9A5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338C960B" w14:textId="33562FDA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53A10313" w14:textId="195A2D6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2FFD95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3709E7D4" w14:textId="77777777" w:rsidTr="00BE5905">
        <w:tc>
          <w:tcPr>
            <w:tcW w:w="567" w:type="dxa"/>
          </w:tcPr>
          <w:p w14:paraId="3C934250" w14:textId="42016A9E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34</w:t>
            </w:r>
          </w:p>
        </w:tc>
        <w:tc>
          <w:tcPr>
            <w:tcW w:w="2403" w:type="dxa"/>
          </w:tcPr>
          <w:p w14:paraId="7863C67C" w14:textId="22AA6344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J </w:t>
            </w:r>
            <w:r w:rsidR="00977B73" w:rsidRPr="003F1022">
              <w:rPr>
                <w:rFonts w:ascii="Times New Roman" w:hAnsi="Times New Roman" w:cs="Times New Roman"/>
              </w:rPr>
              <w:t xml:space="preserve">Wolff </w:t>
            </w:r>
          </w:p>
        </w:tc>
        <w:tc>
          <w:tcPr>
            <w:tcW w:w="1203" w:type="dxa"/>
          </w:tcPr>
          <w:p w14:paraId="26C2719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0C8B9E8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80" w:type="dxa"/>
          </w:tcPr>
          <w:p w14:paraId="634D1BC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Germany</w:t>
            </w:r>
          </w:p>
        </w:tc>
        <w:tc>
          <w:tcPr>
            <w:tcW w:w="1561" w:type="dxa"/>
          </w:tcPr>
          <w:p w14:paraId="203045E4" w14:textId="38284860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76F5FB1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37" w:type="dxa"/>
          </w:tcPr>
          <w:p w14:paraId="45734084" w14:textId="0C7696B0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55ADA0B4" w14:textId="336504B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0FAF80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7C89573F" w14:textId="77777777" w:rsidTr="00BE5905">
        <w:tc>
          <w:tcPr>
            <w:tcW w:w="567" w:type="dxa"/>
          </w:tcPr>
          <w:p w14:paraId="120F8E34" w14:textId="665B5917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35</w:t>
            </w:r>
          </w:p>
        </w:tc>
        <w:tc>
          <w:tcPr>
            <w:tcW w:w="2403" w:type="dxa"/>
          </w:tcPr>
          <w:p w14:paraId="79CF2C31" w14:textId="7DAEEA76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A </w:t>
            </w:r>
            <w:proofErr w:type="spellStart"/>
            <w:r w:rsidR="00977B73" w:rsidRPr="003F1022">
              <w:rPr>
                <w:rFonts w:ascii="Times New Roman" w:hAnsi="Times New Roman" w:cs="Times New Roman"/>
              </w:rPr>
              <w:t>Cerovac</w:t>
            </w:r>
            <w:proofErr w:type="spellEnd"/>
            <w:r w:rsidR="00977B73" w:rsidRPr="003F10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03" w:type="dxa"/>
          </w:tcPr>
          <w:p w14:paraId="1BDF42B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F0E79E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80" w:type="dxa"/>
          </w:tcPr>
          <w:p w14:paraId="4967B1E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Bosnia and Herzegovina / Croatia</w:t>
            </w:r>
          </w:p>
        </w:tc>
        <w:tc>
          <w:tcPr>
            <w:tcW w:w="1561" w:type="dxa"/>
          </w:tcPr>
          <w:p w14:paraId="2A2148C8" w14:textId="79241538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59F1F44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C443370" w14:textId="3C7FA545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3235168B" w14:textId="717EE5D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39AEA8A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2BC37415" w14:textId="77777777" w:rsidTr="00BE5905">
        <w:tc>
          <w:tcPr>
            <w:tcW w:w="567" w:type="dxa"/>
          </w:tcPr>
          <w:p w14:paraId="3BE515C1" w14:textId="1298B71D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</w:t>
            </w:r>
            <w:r w:rsidRPr="003F102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3" w:type="dxa"/>
          </w:tcPr>
          <w:p w14:paraId="5E806F58" w14:textId="3A65AB00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 </w:t>
            </w:r>
            <w:r w:rsidR="00977B73" w:rsidRPr="003F1022">
              <w:rPr>
                <w:rFonts w:ascii="Times New Roman" w:hAnsi="Times New Roman" w:cs="Times New Roman"/>
              </w:rPr>
              <w:t xml:space="preserve">Howard </w:t>
            </w:r>
          </w:p>
        </w:tc>
        <w:tc>
          <w:tcPr>
            <w:tcW w:w="1203" w:type="dxa"/>
          </w:tcPr>
          <w:p w14:paraId="003C61D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2781DA3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680" w:type="dxa"/>
          </w:tcPr>
          <w:p w14:paraId="3B9CF51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0F72CF9E" w14:textId="2CCAEF5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4293A19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E782783" w14:textId="07F41EE9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34AAD262" w14:textId="4F760A5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855B9B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231101DD" w14:textId="77777777" w:rsidTr="00BE5905">
        <w:tc>
          <w:tcPr>
            <w:tcW w:w="567" w:type="dxa"/>
          </w:tcPr>
          <w:p w14:paraId="04491D1A" w14:textId="56BAD093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37</w:t>
            </w:r>
          </w:p>
        </w:tc>
        <w:tc>
          <w:tcPr>
            <w:tcW w:w="2403" w:type="dxa"/>
          </w:tcPr>
          <w:p w14:paraId="03EE2F43" w14:textId="695DFBD5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R </w:t>
            </w:r>
            <w:r w:rsidR="00977B73" w:rsidRPr="003F1022">
              <w:rPr>
                <w:rFonts w:ascii="Times New Roman" w:hAnsi="Times New Roman" w:cs="Times New Roman"/>
              </w:rPr>
              <w:t xml:space="preserve">Gunaseelan </w:t>
            </w:r>
          </w:p>
        </w:tc>
        <w:tc>
          <w:tcPr>
            <w:tcW w:w="1203" w:type="dxa"/>
          </w:tcPr>
          <w:p w14:paraId="6397D56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2E20BB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680" w:type="dxa"/>
          </w:tcPr>
          <w:p w14:paraId="44E8094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1561" w:type="dxa"/>
          </w:tcPr>
          <w:p w14:paraId="14B9B40E" w14:textId="5634B9A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333D31D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66302EF5" w14:textId="3B529820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DADB3C9" w14:textId="6290C05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BD7061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11E8536A" w14:textId="77777777" w:rsidTr="00BE5905">
        <w:tc>
          <w:tcPr>
            <w:tcW w:w="567" w:type="dxa"/>
          </w:tcPr>
          <w:p w14:paraId="5E813188" w14:textId="3127E9F6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38</w:t>
            </w:r>
          </w:p>
        </w:tc>
        <w:tc>
          <w:tcPr>
            <w:tcW w:w="2403" w:type="dxa"/>
          </w:tcPr>
          <w:p w14:paraId="1D561BBB" w14:textId="55931C9A" w:rsidR="00977B73" w:rsidRPr="003F1022" w:rsidRDefault="00121938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K </w:t>
            </w:r>
            <w:proofErr w:type="spellStart"/>
            <w:r w:rsidR="00977B73" w:rsidRPr="003F1022">
              <w:rPr>
                <w:rFonts w:ascii="Times New Roman" w:hAnsi="Times New Roman" w:cs="Times New Roman"/>
              </w:rPr>
              <w:t>Koshimizu</w:t>
            </w:r>
            <w:proofErr w:type="spellEnd"/>
            <w:r w:rsidR="00977B73" w:rsidRPr="003F10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03" w:type="dxa"/>
          </w:tcPr>
          <w:p w14:paraId="0B7288F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43FC14E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680" w:type="dxa"/>
          </w:tcPr>
          <w:p w14:paraId="38BB118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7B9D1F11" w14:textId="3FC39BE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Case </w:t>
            </w:r>
          </w:p>
        </w:tc>
        <w:tc>
          <w:tcPr>
            <w:tcW w:w="1112" w:type="dxa"/>
          </w:tcPr>
          <w:p w14:paraId="55BDCF0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D1B3BCB" w14:textId="6AA2E867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6DBB2EB4" w14:textId="61866D48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40FBAB5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68119627" w14:textId="77777777" w:rsidTr="00BE5905">
        <w:tc>
          <w:tcPr>
            <w:tcW w:w="567" w:type="dxa"/>
          </w:tcPr>
          <w:p w14:paraId="18D4CF32" w14:textId="6D6B5844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39</w:t>
            </w:r>
          </w:p>
        </w:tc>
        <w:tc>
          <w:tcPr>
            <w:tcW w:w="2403" w:type="dxa"/>
          </w:tcPr>
          <w:p w14:paraId="371D61CB" w14:textId="07BD3450" w:rsidR="00977B73" w:rsidRPr="003F1022" w:rsidRDefault="00121938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1022">
              <w:rPr>
                <w:rFonts w:ascii="Times New Roman" w:hAnsi="Times New Roman" w:cs="Times New Roman"/>
              </w:rPr>
              <w:t>S.v</w:t>
            </w:r>
            <w:r w:rsidR="00977B73" w:rsidRPr="003F1022">
              <w:rPr>
                <w:rFonts w:ascii="Times New Roman" w:hAnsi="Times New Roman" w:cs="Times New Roman"/>
              </w:rPr>
              <w:t>Nandita</w:t>
            </w:r>
            <w:proofErr w:type="spellEnd"/>
            <w:proofErr w:type="gramEnd"/>
            <w:r w:rsidR="00977B73" w:rsidRPr="003F10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03" w:type="dxa"/>
          </w:tcPr>
          <w:p w14:paraId="7D3D7E2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B1DEDC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680" w:type="dxa"/>
          </w:tcPr>
          <w:p w14:paraId="06386B2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3D745C7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340B0C48" w14:textId="6BC4DD2D" w:rsidR="00977B73" w:rsidRPr="003F1022" w:rsidRDefault="00711D2D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Not described</w:t>
            </w:r>
          </w:p>
        </w:tc>
        <w:tc>
          <w:tcPr>
            <w:tcW w:w="1037" w:type="dxa"/>
          </w:tcPr>
          <w:p w14:paraId="451A15FD" w14:textId="06BA9D06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6E2E699" w14:textId="18D1D661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9B5372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774F10F0" w14:textId="77777777" w:rsidTr="00BE5905">
        <w:tc>
          <w:tcPr>
            <w:tcW w:w="567" w:type="dxa"/>
          </w:tcPr>
          <w:p w14:paraId="28A33955" w14:textId="06FFBA06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40</w:t>
            </w:r>
          </w:p>
        </w:tc>
        <w:tc>
          <w:tcPr>
            <w:tcW w:w="2403" w:type="dxa"/>
          </w:tcPr>
          <w:p w14:paraId="18DB480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Miretta Tommila</w:t>
            </w:r>
          </w:p>
        </w:tc>
        <w:tc>
          <w:tcPr>
            <w:tcW w:w="1203" w:type="dxa"/>
          </w:tcPr>
          <w:p w14:paraId="2F67C9D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BB793B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680" w:type="dxa"/>
          </w:tcPr>
          <w:p w14:paraId="0CAA1C4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Finland</w:t>
            </w:r>
          </w:p>
        </w:tc>
        <w:tc>
          <w:tcPr>
            <w:tcW w:w="1561" w:type="dxa"/>
          </w:tcPr>
          <w:p w14:paraId="750AEED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112" w:type="dxa"/>
          </w:tcPr>
          <w:p w14:paraId="3F795FE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57BD96A" w14:textId="791CE6AA" w:rsidR="00977B73" w:rsidRPr="003F1022" w:rsidRDefault="00711D2D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2</w:t>
            </w:r>
          </w:p>
        </w:tc>
        <w:tc>
          <w:tcPr>
            <w:tcW w:w="898" w:type="dxa"/>
          </w:tcPr>
          <w:p w14:paraId="2E6225B9" w14:textId="64E522FB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375AFD2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064DF224" w14:textId="31F18355" w:rsidR="00711D2D" w:rsidRPr="003F1022" w:rsidRDefault="00711D2D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(n=2)</w:t>
            </w:r>
          </w:p>
        </w:tc>
      </w:tr>
      <w:tr w:rsidR="00807EF5" w:rsidRPr="003F1022" w14:paraId="6C50FE21" w14:textId="77777777" w:rsidTr="00BE5905">
        <w:tc>
          <w:tcPr>
            <w:tcW w:w="567" w:type="dxa"/>
          </w:tcPr>
          <w:p w14:paraId="2F49BA6E" w14:textId="07AD9DC3" w:rsidR="00977B73" w:rsidRPr="003F1022" w:rsidRDefault="00977B73">
            <w:pPr>
              <w:rPr>
                <w:rFonts w:ascii="Times New Roman" w:hAnsi="Times New Roman" w:cs="Times New Roman" w:hint="eastAsia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711D2D" w:rsidRPr="003F1022">
              <w:rPr>
                <w:rFonts w:ascii="Times New Roman" w:hAnsi="Times New Roman" w:cs="Times New Roman"/>
                <w:lang w:eastAsia="ja-JP"/>
              </w:rPr>
              <w:t>4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2403" w:type="dxa"/>
          </w:tcPr>
          <w:p w14:paraId="3A81CF8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Olga Maurin</w:t>
            </w:r>
          </w:p>
        </w:tc>
        <w:tc>
          <w:tcPr>
            <w:tcW w:w="1203" w:type="dxa"/>
          </w:tcPr>
          <w:p w14:paraId="21031F0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0FCAE14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80" w:type="dxa"/>
          </w:tcPr>
          <w:p w14:paraId="753068E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561" w:type="dxa"/>
          </w:tcPr>
          <w:p w14:paraId="5D35748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12" w:type="dxa"/>
          </w:tcPr>
          <w:p w14:paraId="66C36C2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1DA56C57" w14:textId="0205F266" w:rsidR="00977B73" w:rsidRPr="003F1022" w:rsidRDefault="00711D2D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16</w:t>
            </w:r>
          </w:p>
        </w:tc>
        <w:tc>
          <w:tcPr>
            <w:tcW w:w="898" w:type="dxa"/>
          </w:tcPr>
          <w:p w14:paraId="7219E917" w14:textId="3B50965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A123E0B" w14:textId="77777777" w:rsidR="00977B73" w:rsidRPr="003F1022" w:rsidRDefault="00711D2D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Yes</w:t>
            </w:r>
          </w:p>
          <w:p w14:paraId="67100306" w14:textId="3F2A1E21" w:rsidR="00711D2D" w:rsidRPr="003F1022" w:rsidRDefault="00711D2D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(n=4)</w:t>
            </w:r>
          </w:p>
        </w:tc>
      </w:tr>
      <w:tr w:rsidR="00807EF5" w:rsidRPr="003F1022" w14:paraId="09432431" w14:textId="77777777" w:rsidTr="00BE5905">
        <w:tc>
          <w:tcPr>
            <w:tcW w:w="567" w:type="dxa"/>
          </w:tcPr>
          <w:p w14:paraId="7A3228FA" w14:textId="70BE4D6D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42</w:t>
            </w:r>
          </w:p>
        </w:tc>
        <w:tc>
          <w:tcPr>
            <w:tcW w:w="2403" w:type="dxa"/>
          </w:tcPr>
          <w:p w14:paraId="715AFBB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Shusaku Kobori</w:t>
            </w:r>
          </w:p>
        </w:tc>
        <w:tc>
          <w:tcPr>
            <w:tcW w:w="1203" w:type="dxa"/>
          </w:tcPr>
          <w:p w14:paraId="4A77E09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73F0E35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80" w:type="dxa"/>
          </w:tcPr>
          <w:p w14:paraId="7B4E678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1561" w:type="dxa"/>
          </w:tcPr>
          <w:p w14:paraId="09E7A29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12" w:type="dxa"/>
          </w:tcPr>
          <w:p w14:paraId="1655DD1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5A197EC" w14:textId="7F5C9D3C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18</w:t>
            </w:r>
          </w:p>
        </w:tc>
        <w:tc>
          <w:tcPr>
            <w:tcW w:w="898" w:type="dxa"/>
          </w:tcPr>
          <w:p w14:paraId="770E96F6" w14:textId="6E3A176D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35F178A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05C247A4" w14:textId="4E604190" w:rsidR="0008351E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(n=18)</w:t>
            </w:r>
          </w:p>
        </w:tc>
      </w:tr>
      <w:tr w:rsidR="00807EF5" w:rsidRPr="003F1022" w14:paraId="557936E1" w14:textId="77777777" w:rsidTr="00BE5905">
        <w:tc>
          <w:tcPr>
            <w:tcW w:w="567" w:type="dxa"/>
          </w:tcPr>
          <w:p w14:paraId="6FD01575" w14:textId="5CB9AF22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43</w:t>
            </w:r>
          </w:p>
        </w:tc>
        <w:tc>
          <w:tcPr>
            <w:tcW w:w="2403" w:type="dxa"/>
          </w:tcPr>
          <w:p w14:paraId="1CD4296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XRJ Moors</w:t>
            </w:r>
          </w:p>
        </w:tc>
        <w:tc>
          <w:tcPr>
            <w:tcW w:w="1203" w:type="dxa"/>
          </w:tcPr>
          <w:p w14:paraId="1245570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0928254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680" w:type="dxa"/>
          </w:tcPr>
          <w:p w14:paraId="642B9D3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Netherlands</w:t>
            </w:r>
          </w:p>
        </w:tc>
        <w:tc>
          <w:tcPr>
            <w:tcW w:w="1561" w:type="dxa"/>
          </w:tcPr>
          <w:p w14:paraId="783B213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12" w:type="dxa"/>
          </w:tcPr>
          <w:p w14:paraId="0F75495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47F44300" w14:textId="5DC02227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7</w:t>
            </w:r>
          </w:p>
        </w:tc>
        <w:tc>
          <w:tcPr>
            <w:tcW w:w="898" w:type="dxa"/>
          </w:tcPr>
          <w:p w14:paraId="218A6D49" w14:textId="634E252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1DC60D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  <w:p w14:paraId="568F6096" w14:textId="6EB44709" w:rsidR="0008351E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(n=7)</w:t>
            </w:r>
          </w:p>
        </w:tc>
      </w:tr>
      <w:tr w:rsidR="00807EF5" w:rsidRPr="003F1022" w14:paraId="025042EA" w14:textId="77777777" w:rsidTr="00BE5905">
        <w:tc>
          <w:tcPr>
            <w:tcW w:w="567" w:type="dxa"/>
          </w:tcPr>
          <w:p w14:paraId="263B2E28" w14:textId="2492CE30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44</w:t>
            </w:r>
          </w:p>
        </w:tc>
        <w:tc>
          <w:tcPr>
            <w:tcW w:w="2403" w:type="dxa"/>
          </w:tcPr>
          <w:p w14:paraId="476674E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Szu-Hsin Wu</w:t>
            </w:r>
          </w:p>
        </w:tc>
        <w:tc>
          <w:tcPr>
            <w:tcW w:w="1203" w:type="dxa"/>
          </w:tcPr>
          <w:p w14:paraId="409F502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3AD2D5A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80" w:type="dxa"/>
          </w:tcPr>
          <w:p w14:paraId="455AB68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Taiwan</w:t>
            </w:r>
          </w:p>
        </w:tc>
        <w:tc>
          <w:tcPr>
            <w:tcW w:w="1561" w:type="dxa"/>
          </w:tcPr>
          <w:p w14:paraId="4418B9C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039CAAC5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A4D22C2" w14:textId="26FB4488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C4FEB02" w14:textId="00BB3E2E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0F7825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577F3519" w14:textId="77777777" w:rsidTr="00BE5905">
        <w:tc>
          <w:tcPr>
            <w:tcW w:w="567" w:type="dxa"/>
          </w:tcPr>
          <w:p w14:paraId="5C23AF6C" w14:textId="72B33D86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45</w:t>
            </w:r>
          </w:p>
        </w:tc>
        <w:tc>
          <w:tcPr>
            <w:tcW w:w="2403" w:type="dxa"/>
          </w:tcPr>
          <w:p w14:paraId="600DA6B7" w14:textId="16911E76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Michael E. </w:t>
            </w:r>
          </w:p>
        </w:tc>
        <w:tc>
          <w:tcPr>
            <w:tcW w:w="1203" w:type="dxa"/>
          </w:tcPr>
          <w:p w14:paraId="06C19B3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4C6C539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680" w:type="dxa"/>
          </w:tcPr>
          <w:p w14:paraId="72CE993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7AD803D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4C18C997" w14:textId="520C8399" w:rsidR="00977B73" w:rsidRPr="003F1022" w:rsidRDefault="0008351E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Not described</w:t>
            </w:r>
          </w:p>
        </w:tc>
        <w:tc>
          <w:tcPr>
            <w:tcW w:w="1037" w:type="dxa"/>
          </w:tcPr>
          <w:p w14:paraId="3841F765" w14:textId="1080D1BA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6DFA8862" w14:textId="6C3B4138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18" w:type="dxa"/>
          </w:tcPr>
          <w:p w14:paraId="3F4F125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56AC0A40" w14:textId="77777777" w:rsidTr="00BE5905">
        <w:tc>
          <w:tcPr>
            <w:tcW w:w="567" w:type="dxa"/>
          </w:tcPr>
          <w:p w14:paraId="4624E157" w14:textId="7B0DF62F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lastRenderedPageBreak/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46</w:t>
            </w:r>
          </w:p>
        </w:tc>
        <w:tc>
          <w:tcPr>
            <w:tcW w:w="2403" w:type="dxa"/>
          </w:tcPr>
          <w:p w14:paraId="0FE5979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Wei Ming Ng</w:t>
            </w:r>
          </w:p>
        </w:tc>
        <w:tc>
          <w:tcPr>
            <w:tcW w:w="1203" w:type="dxa"/>
          </w:tcPr>
          <w:p w14:paraId="75F5D65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732CE148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680" w:type="dxa"/>
          </w:tcPr>
          <w:p w14:paraId="1BCB75FA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Singapore</w:t>
            </w:r>
          </w:p>
        </w:tc>
        <w:tc>
          <w:tcPr>
            <w:tcW w:w="1561" w:type="dxa"/>
          </w:tcPr>
          <w:p w14:paraId="6779C42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4567A958" w14:textId="228397FE" w:rsidR="00977B73" w:rsidRPr="003F1022" w:rsidRDefault="0008351E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Not described</w:t>
            </w:r>
          </w:p>
        </w:tc>
        <w:tc>
          <w:tcPr>
            <w:tcW w:w="1037" w:type="dxa"/>
          </w:tcPr>
          <w:p w14:paraId="41FC838C" w14:textId="38FA8884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34D87B3F" w14:textId="55BCAB1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6FFCF766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3899B6C4" w14:textId="77777777" w:rsidTr="00BE5905">
        <w:tc>
          <w:tcPr>
            <w:tcW w:w="567" w:type="dxa"/>
          </w:tcPr>
          <w:p w14:paraId="21121F61" w14:textId="3E731F18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47</w:t>
            </w:r>
          </w:p>
        </w:tc>
        <w:tc>
          <w:tcPr>
            <w:tcW w:w="2403" w:type="dxa"/>
          </w:tcPr>
          <w:p w14:paraId="4F4A95D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Chiara Comito</w:t>
            </w:r>
          </w:p>
        </w:tc>
        <w:tc>
          <w:tcPr>
            <w:tcW w:w="1203" w:type="dxa"/>
          </w:tcPr>
          <w:p w14:paraId="7B625AF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0749F44F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680" w:type="dxa"/>
          </w:tcPr>
          <w:p w14:paraId="3B2E1DFE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1561" w:type="dxa"/>
          </w:tcPr>
          <w:p w14:paraId="734161F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2E57AED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73DB0F98" w14:textId="7E53EF6A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74DA9EC1" w14:textId="0F4F64CF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0209449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  <w:tr w:rsidR="00807EF5" w:rsidRPr="003F1022" w14:paraId="3938FEF6" w14:textId="77777777" w:rsidTr="00BE5905">
        <w:tc>
          <w:tcPr>
            <w:tcW w:w="567" w:type="dxa"/>
          </w:tcPr>
          <w:p w14:paraId="7C05497B" w14:textId="5D892D88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48</w:t>
            </w:r>
          </w:p>
        </w:tc>
        <w:tc>
          <w:tcPr>
            <w:tcW w:w="2403" w:type="dxa"/>
          </w:tcPr>
          <w:p w14:paraId="71E0E11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proofErr w:type="spellStart"/>
            <w:r w:rsidRPr="003F1022">
              <w:rPr>
                <w:rFonts w:ascii="Times New Roman" w:hAnsi="Times New Roman" w:cs="Times New Roman"/>
              </w:rPr>
              <w:t>Krongkarn</w:t>
            </w:r>
            <w:proofErr w:type="spellEnd"/>
            <w:r w:rsidRPr="003F1022">
              <w:rPr>
                <w:rFonts w:ascii="Times New Roman" w:hAnsi="Times New Roman" w:cs="Times New Roman"/>
              </w:rPr>
              <w:t xml:space="preserve"> Sutham</w:t>
            </w:r>
          </w:p>
        </w:tc>
        <w:tc>
          <w:tcPr>
            <w:tcW w:w="1203" w:type="dxa"/>
          </w:tcPr>
          <w:p w14:paraId="5B279D99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19D5CEA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680" w:type="dxa"/>
          </w:tcPr>
          <w:p w14:paraId="3A649403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Thailand</w:t>
            </w:r>
          </w:p>
        </w:tc>
        <w:tc>
          <w:tcPr>
            <w:tcW w:w="1561" w:type="dxa"/>
          </w:tcPr>
          <w:p w14:paraId="3F8F004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6C0B28D7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37" w:type="dxa"/>
          </w:tcPr>
          <w:p w14:paraId="27FA5B85" w14:textId="7514AFF0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032ABA05" w14:textId="35F2357A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92EF350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00618C47" w14:textId="77777777" w:rsidTr="00BE5905">
        <w:tc>
          <w:tcPr>
            <w:tcW w:w="567" w:type="dxa"/>
          </w:tcPr>
          <w:p w14:paraId="5A99E501" w14:textId="0C7B44DA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49</w:t>
            </w:r>
          </w:p>
        </w:tc>
        <w:tc>
          <w:tcPr>
            <w:tcW w:w="2403" w:type="dxa"/>
          </w:tcPr>
          <w:p w14:paraId="5CF335B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Aakash Chauhan</w:t>
            </w:r>
          </w:p>
        </w:tc>
        <w:tc>
          <w:tcPr>
            <w:tcW w:w="1203" w:type="dxa"/>
          </w:tcPr>
          <w:p w14:paraId="795FE1C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6E666424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1680" w:type="dxa"/>
          </w:tcPr>
          <w:p w14:paraId="691C9DD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561" w:type="dxa"/>
          </w:tcPr>
          <w:p w14:paraId="09E0C03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0E3BAA4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6D2A7C37" w14:textId="35AE82E6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2200D9B0" w14:textId="4A95BAC2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15ABF1A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</w:tr>
      <w:tr w:rsidR="00807EF5" w:rsidRPr="003F1022" w14:paraId="64FA0BCD" w14:textId="77777777" w:rsidTr="00BE5905">
        <w:tc>
          <w:tcPr>
            <w:tcW w:w="567" w:type="dxa"/>
          </w:tcPr>
          <w:p w14:paraId="394F2AA7" w14:textId="17262319" w:rsidR="00977B73" w:rsidRPr="003F1022" w:rsidRDefault="00977B73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</w:rPr>
              <w:t>1</w:t>
            </w:r>
            <w:r w:rsidR="00807EF5">
              <w:rPr>
                <w:rFonts w:ascii="Times New Roman" w:hAnsi="Times New Roman" w:cs="Times New Roman" w:hint="eastAsia"/>
                <w:lang w:eastAsia="ja-JP"/>
              </w:rPr>
              <w:t>50</w:t>
            </w:r>
          </w:p>
        </w:tc>
        <w:tc>
          <w:tcPr>
            <w:tcW w:w="2403" w:type="dxa"/>
          </w:tcPr>
          <w:p w14:paraId="2D241E9D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 xml:space="preserve">Zenab Yusuf </w:t>
            </w:r>
            <w:proofErr w:type="spellStart"/>
            <w:r w:rsidRPr="003F1022">
              <w:rPr>
                <w:rFonts w:ascii="Times New Roman" w:hAnsi="Times New Roman" w:cs="Times New Roman"/>
              </w:rPr>
              <w:t>Tambawala</w:t>
            </w:r>
            <w:proofErr w:type="spellEnd"/>
          </w:p>
        </w:tc>
        <w:tc>
          <w:tcPr>
            <w:tcW w:w="1203" w:type="dxa"/>
          </w:tcPr>
          <w:p w14:paraId="5DB73C0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861" w:type="dxa"/>
          </w:tcPr>
          <w:p w14:paraId="598603C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680" w:type="dxa"/>
          </w:tcPr>
          <w:p w14:paraId="054C989B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United Arab Emirates</w:t>
            </w:r>
          </w:p>
        </w:tc>
        <w:tc>
          <w:tcPr>
            <w:tcW w:w="1561" w:type="dxa"/>
          </w:tcPr>
          <w:p w14:paraId="66873092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Case</w:t>
            </w:r>
          </w:p>
        </w:tc>
        <w:tc>
          <w:tcPr>
            <w:tcW w:w="1112" w:type="dxa"/>
          </w:tcPr>
          <w:p w14:paraId="6B5F4F11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37" w:type="dxa"/>
          </w:tcPr>
          <w:p w14:paraId="2F2EF2AF" w14:textId="02E07D03" w:rsidR="00977B73" w:rsidRPr="003F1022" w:rsidRDefault="0008351E">
            <w:pPr>
              <w:rPr>
                <w:rFonts w:ascii="Times New Roman" w:hAnsi="Times New Roman" w:cs="Times New Roman"/>
                <w:lang w:eastAsia="ja-JP"/>
              </w:rPr>
            </w:pPr>
            <w:r w:rsidRPr="003F1022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898" w:type="dxa"/>
          </w:tcPr>
          <w:p w14:paraId="42692CF2" w14:textId="11EC3EB9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18" w:type="dxa"/>
          </w:tcPr>
          <w:p w14:paraId="57EE1DCC" w14:textId="77777777" w:rsidR="00977B73" w:rsidRPr="003F1022" w:rsidRDefault="00977B73">
            <w:pPr>
              <w:rPr>
                <w:rFonts w:ascii="Times New Roman" w:hAnsi="Times New Roman" w:cs="Times New Roman"/>
              </w:rPr>
            </w:pPr>
            <w:r w:rsidRPr="003F1022">
              <w:rPr>
                <w:rFonts w:ascii="Times New Roman" w:hAnsi="Times New Roman" w:cs="Times New Roman"/>
              </w:rPr>
              <w:t>Yes</w:t>
            </w:r>
          </w:p>
        </w:tc>
      </w:tr>
    </w:tbl>
    <w:p w14:paraId="1F4C71D6" w14:textId="77777777" w:rsidR="00FF655D" w:rsidRDefault="00FF655D">
      <w:pPr>
        <w:rPr>
          <w:lang w:eastAsia="ja-JP"/>
        </w:rPr>
      </w:pPr>
    </w:p>
    <w:sectPr w:rsidR="00FF655D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B3C01" w14:textId="77777777" w:rsidR="005F7ECF" w:rsidRDefault="005F7ECF" w:rsidP="00F66ED7">
      <w:pPr>
        <w:spacing w:after="0" w:line="240" w:lineRule="auto"/>
      </w:pPr>
      <w:r>
        <w:separator/>
      </w:r>
    </w:p>
  </w:endnote>
  <w:endnote w:type="continuationSeparator" w:id="0">
    <w:p w14:paraId="0E168A15" w14:textId="77777777" w:rsidR="005F7ECF" w:rsidRDefault="005F7ECF" w:rsidP="00F66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721DB" w14:textId="77777777" w:rsidR="005F7ECF" w:rsidRDefault="005F7ECF" w:rsidP="00F66ED7">
      <w:pPr>
        <w:spacing w:after="0" w:line="240" w:lineRule="auto"/>
      </w:pPr>
      <w:r>
        <w:separator/>
      </w:r>
    </w:p>
  </w:footnote>
  <w:footnote w:type="continuationSeparator" w:id="0">
    <w:p w14:paraId="090AC775" w14:textId="77777777" w:rsidR="005F7ECF" w:rsidRDefault="005F7ECF" w:rsidP="00F66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6635816">
    <w:abstractNumId w:val="8"/>
  </w:num>
  <w:num w:numId="2" w16cid:durableId="416757992">
    <w:abstractNumId w:val="6"/>
  </w:num>
  <w:num w:numId="3" w16cid:durableId="1591625762">
    <w:abstractNumId w:val="5"/>
  </w:num>
  <w:num w:numId="4" w16cid:durableId="1082946022">
    <w:abstractNumId w:val="4"/>
  </w:num>
  <w:num w:numId="5" w16cid:durableId="1768962697">
    <w:abstractNumId w:val="7"/>
  </w:num>
  <w:num w:numId="6" w16cid:durableId="1251695985">
    <w:abstractNumId w:val="3"/>
  </w:num>
  <w:num w:numId="7" w16cid:durableId="627779694">
    <w:abstractNumId w:val="2"/>
  </w:num>
  <w:num w:numId="8" w16cid:durableId="1325429862">
    <w:abstractNumId w:val="1"/>
  </w:num>
  <w:num w:numId="9" w16cid:durableId="103886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F54"/>
    <w:rsid w:val="00076820"/>
    <w:rsid w:val="0008351E"/>
    <w:rsid w:val="00121938"/>
    <w:rsid w:val="0015074B"/>
    <w:rsid w:val="0015339C"/>
    <w:rsid w:val="001A6C3D"/>
    <w:rsid w:val="001F4030"/>
    <w:rsid w:val="00206CA9"/>
    <w:rsid w:val="0029639D"/>
    <w:rsid w:val="002A40C2"/>
    <w:rsid w:val="00320CAE"/>
    <w:rsid w:val="00326F90"/>
    <w:rsid w:val="003F1022"/>
    <w:rsid w:val="00482791"/>
    <w:rsid w:val="004854C1"/>
    <w:rsid w:val="004D449E"/>
    <w:rsid w:val="004E361E"/>
    <w:rsid w:val="00514D4E"/>
    <w:rsid w:val="005366C8"/>
    <w:rsid w:val="00575BFE"/>
    <w:rsid w:val="005F7ECF"/>
    <w:rsid w:val="00612F56"/>
    <w:rsid w:val="00711D2D"/>
    <w:rsid w:val="00713F98"/>
    <w:rsid w:val="00720616"/>
    <w:rsid w:val="00745ADF"/>
    <w:rsid w:val="00807EF5"/>
    <w:rsid w:val="00835BC2"/>
    <w:rsid w:val="008500C3"/>
    <w:rsid w:val="008875FD"/>
    <w:rsid w:val="008A3C2E"/>
    <w:rsid w:val="008B1FF7"/>
    <w:rsid w:val="0091139E"/>
    <w:rsid w:val="00977B73"/>
    <w:rsid w:val="009876FB"/>
    <w:rsid w:val="009B587E"/>
    <w:rsid w:val="009C5620"/>
    <w:rsid w:val="009E15D5"/>
    <w:rsid w:val="00A74461"/>
    <w:rsid w:val="00A95B76"/>
    <w:rsid w:val="00AA1D8D"/>
    <w:rsid w:val="00B47730"/>
    <w:rsid w:val="00B52A03"/>
    <w:rsid w:val="00B6576F"/>
    <w:rsid w:val="00B67786"/>
    <w:rsid w:val="00B738F2"/>
    <w:rsid w:val="00BC4958"/>
    <w:rsid w:val="00BE5905"/>
    <w:rsid w:val="00C6749A"/>
    <w:rsid w:val="00CB0664"/>
    <w:rsid w:val="00CE03C7"/>
    <w:rsid w:val="00CE48CC"/>
    <w:rsid w:val="00D54500"/>
    <w:rsid w:val="00D67190"/>
    <w:rsid w:val="00D67E3F"/>
    <w:rsid w:val="00DE103F"/>
    <w:rsid w:val="00E41FA3"/>
    <w:rsid w:val="00E74DC2"/>
    <w:rsid w:val="00ED675D"/>
    <w:rsid w:val="00F66ED7"/>
    <w:rsid w:val="00FC693F"/>
    <w:rsid w:val="00FF1D3E"/>
    <w:rsid w:val="00FF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58E79A"/>
  <w14:defaultImageDpi w14:val="300"/>
  <w15:docId w15:val="{380A55F3-CB08-413F-9D3E-14B753C2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Revision"/>
    <w:hidden/>
    <w:uiPriority w:val="99"/>
    <w:semiHidden/>
    <w:rsid w:val="00121938"/>
    <w:pPr>
      <w:spacing w:after="0" w:line="240" w:lineRule="auto"/>
    </w:pPr>
  </w:style>
  <w:style w:type="character" w:styleId="aff0">
    <w:name w:val="annotation reference"/>
    <w:basedOn w:val="a2"/>
    <w:uiPriority w:val="99"/>
    <w:semiHidden/>
    <w:unhideWhenUsed/>
    <w:rsid w:val="009E15D5"/>
    <w:rPr>
      <w:sz w:val="16"/>
      <w:szCs w:val="16"/>
    </w:rPr>
  </w:style>
  <w:style w:type="paragraph" w:styleId="aff1">
    <w:name w:val="annotation text"/>
    <w:basedOn w:val="a1"/>
    <w:link w:val="aff2"/>
    <w:uiPriority w:val="99"/>
    <w:unhideWhenUsed/>
    <w:rsid w:val="009E15D5"/>
    <w:pPr>
      <w:spacing w:line="240" w:lineRule="auto"/>
    </w:pPr>
    <w:rPr>
      <w:sz w:val="20"/>
      <w:szCs w:val="20"/>
    </w:rPr>
  </w:style>
  <w:style w:type="character" w:customStyle="1" w:styleId="aff2">
    <w:name w:val="コメント文字列 (文字)"/>
    <w:basedOn w:val="a2"/>
    <w:link w:val="aff1"/>
    <w:uiPriority w:val="99"/>
    <w:rsid w:val="009E15D5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9E15D5"/>
    <w:rPr>
      <w:b/>
      <w:bCs/>
    </w:rPr>
  </w:style>
  <w:style w:type="character" w:customStyle="1" w:styleId="aff4">
    <w:name w:val="コメント内容 (文字)"/>
    <w:basedOn w:val="aff2"/>
    <w:link w:val="aff3"/>
    <w:uiPriority w:val="99"/>
    <w:semiHidden/>
    <w:rsid w:val="009E15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1287</Words>
  <Characters>7337</Characters>
  <Application>Microsoft Office Word</Application>
  <DocSecurity>0</DocSecurity>
  <Lines>61</Lines>
  <Paragraphs>17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Takashi Hongo</cp:lastModifiedBy>
  <cp:revision>2</cp:revision>
  <dcterms:created xsi:type="dcterms:W3CDTF">2026-04-10T00:24:00Z</dcterms:created>
  <dcterms:modified xsi:type="dcterms:W3CDTF">2026-04-10T00:24:00Z</dcterms:modified>
  <cp:category/>
</cp:coreProperties>
</file>