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e"/>
        <w:tblW w:w="5000" w:type="pct"/>
        <w:tblLayout w:type="fixed"/>
        <w:tblLook w:val="04A0" w:firstRow="1" w:lastRow="0" w:firstColumn="1" w:lastColumn="0" w:noHBand="0" w:noVBand="1"/>
      </w:tblPr>
      <w:tblGrid>
        <w:gridCol w:w="834"/>
        <w:gridCol w:w="1546"/>
        <w:gridCol w:w="1564"/>
        <w:gridCol w:w="1138"/>
        <w:gridCol w:w="1377"/>
        <w:gridCol w:w="1236"/>
        <w:gridCol w:w="1575"/>
        <w:gridCol w:w="1354"/>
        <w:gridCol w:w="1495"/>
        <w:gridCol w:w="1143"/>
        <w:gridCol w:w="1138"/>
      </w:tblGrid>
      <w:tr w:rsidR="00300DF7" w:rsidRPr="00F03718" w14:paraId="66D8DBEA" w14:textId="240CDCF4" w:rsidTr="00F03718">
        <w:tc>
          <w:tcPr>
            <w:tcW w:w="4605" w:type="pct"/>
            <w:gridSpan w:val="10"/>
            <w:tcBorders>
              <w:top w:val="nil"/>
              <w:left w:val="nil"/>
              <w:right w:val="nil"/>
            </w:tcBorders>
          </w:tcPr>
          <w:p w14:paraId="05A0047D" w14:textId="0FC29693" w:rsidR="00300DF7" w:rsidRPr="00F03718" w:rsidRDefault="003F1430">
            <w:pPr>
              <w:rPr>
                <w:rFonts w:ascii="Times New Roman" w:hAnsi="Times New Roman" w:cs="Times New Roman"/>
                <w:b/>
                <w:bCs/>
                <w:lang w:eastAsia="ja-JP"/>
              </w:rPr>
            </w:pPr>
            <w:r w:rsidRPr="00F03718">
              <w:rPr>
                <w:rFonts w:ascii="Times New Roman" w:hAnsi="Times New Roman" w:cs="Times New Roman"/>
                <w:b/>
                <w:bCs/>
                <w:lang w:eastAsia="ja-JP"/>
              </w:rPr>
              <w:t xml:space="preserve">Additional </w:t>
            </w:r>
            <w:r w:rsidR="00F1615B" w:rsidRPr="00F03718">
              <w:rPr>
                <w:rFonts w:ascii="Times New Roman" w:hAnsi="Times New Roman" w:cs="Times New Roman"/>
                <w:b/>
                <w:bCs/>
                <w:lang w:eastAsia="ja-JP"/>
              </w:rPr>
              <w:t>F</w:t>
            </w:r>
            <w:r w:rsidRPr="00F03718">
              <w:rPr>
                <w:rFonts w:ascii="Times New Roman" w:hAnsi="Times New Roman" w:cs="Times New Roman"/>
                <w:b/>
                <w:bCs/>
                <w:lang w:eastAsia="ja-JP"/>
              </w:rPr>
              <w:t xml:space="preserve">ile </w:t>
            </w:r>
            <w:proofErr w:type="gramStart"/>
            <w:r w:rsidRPr="00F03718">
              <w:rPr>
                <w:rFonts w:ascii="Times New Roman" w:hAnsi="Times New Roman" w:cs="Times New Roman"/>
                <w:b/>
                <w:bCs/>
                <w:lang w:eastAsia="ja-JP"/>
              </w:rPr>
              <w:t>3</w:t>
            </w:r>
            <w:r w:rsidR="00300DF7" w:rsidRPr="00F037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00DF7" w:rsidRPr="00F03718">
              <w:rPr>
                <w:rFonts w:ascii="Times New Roman" w:hAnsi="Times New Roman" w:cs="Times New Roman"/>
                <w:b/>
                <w:bCs/>
                <w:lang w:eastAsia="ja-JP"/>
              </w:rPr>
              <w:t xml:space="preserve"> </w:t>
            </w:r>
            <w:r w:rsidR="00441C4F" w:rsidRPr="00F03718">
              <w:rPr>
                <w:rFonts w:ascii="Times New Roman" w:hAnsi="Times New Roman" w:cs="Times New Roman"/>
                <w:lang w:eastAsia="ja-JP"/>
              </w:rPr>
              <w:t>Quality</w:t>
            </w:r>
            <w:proofErr w:type="gramEnd"/>
            <w:r w:rsidR="00441C4F" w:rsidRPr="00F03718">
              <w:rPr>
                <w:rFonts w:ascii="Times New Roman" w:hAnsi="Times New Roman" w:cs="Times New Roman"/>
                <w:lang w:eastAsia="ja-JP"/>
              </w:rPr>
              <w:t xml:space="preserve"> </w:t>
            </w:r>
            <w:r w:rsidR="003A5739" w:rsidRPr="00F03718">
              <w:rPr>
                <w:rFonts w:ascii="Times New Roman" w:hAnsi="Times New Roman" w:cs="Times New Roman"/>
                <w:lang w:eastAsia="ja-JP"/>
              </w:rPr>
              <w:t>a</w:t>
            </w:r>
            <w:r w:rsidR="00441C4F" w:rsidRPr="00F03718">
              <w:rPr>
                <w:rFonts w:ascii="Times New Roman" w:hAnsi="Times New Roman" w:cs="Times New Roman"/>
                <w:lang w:eastAsia="ja-JP"/>
              </w:rPr>
              <w:t>ssessment</w:t>
            </w:r>
            <w:r w:rsidR="00335A1F" w:rsidRPr="00F03718">
              <w:rPr>
                <w:rFonts w:ascii="Times New Roman" w:hAnsi="Times New Roman" w:cs="Times New Roman"/>
                <w:lang w:eastAsia="ja-JP"/>
              </w:rPr>
              <w:t xml:space="preserve"> of case report</w:t>
            </w:r>
            <w:r w:rsidR="009521CB" w:rsidRPr="00F03718">
              <w:rPr>
                <w:rFonts w:ascii="Times New Roman" w:hAnsi="Times New Roman" w:cs="Times New Roman"/>
                <w:lang w:eastAsia="ja-JP"/>
              </w:rPr>
              <w:t>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52FBF" w14:textId="77777777" w:rsidR="00300DF7" w:rsidRPr="00F03718" w:rsidRDefault="00300DF7">
            <w:pPr>
              <w:rPr>
                <w:b/>
                <w:bCs/>
              </w:rPr>
            </w:pPr>
          </w:p>
        </w:tc>
      </w:tr>
      <w:tr w:rsidR="004E73B4" w:rsidRPr="00F03718" w14:paraId="1E418B17" w14:textId="3C856138" w:rsidTr="00842A08">
        <w:tc>
          <w:tcPr>
            <w:tcW w:w="290" w:type="pct"/>
          </w:tcPr>
          <w:p w14:paraId="2BBF8097" w14:textId="77777777" w:rsidR="00300DF7" w:rsidRPr="00F03718" w:rsidRDefault="00300DF7">
            <w:pPr>
              <w:rPr>
                <w:rFonts w:ascii="Times New Roman" w:hAnsi="Times New Roman" w:cs="Times New Roman"/>
                <w:b/>
                <w:bCs/>
              </w:rPr>
            </w:pPr>
            <w:r w:rsidRPr="00F03718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537" w:type="pct"/>
          </w:tcPr>
          <w:p w14:paraId="6CB4E26A" w14:textId="77777777" w:rsidR="00300DF7" w:rsidRPr="00F03718" w:rsidRDefault="00300DF7">
            <w:pPr>
              <w:rPr>
                <w:rFonts w:ascii="Times New Roman" w:hAnsi="Times New Roman" w:cs="Times New Roman"/>
                <w:b/>
                <w:bCs/>
              </w:rPr>
            </w:pPr>
            <w:r w:rsidRPr="00F03718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543" w:type="pct"/>
          </w:tcPr>
          <w:p w14:paraId="725EFA3C" w14:textId="7F690606" w:rsidR="00300DF7" w:rsidRPr="00F03718" w:rsidRDefault="00300DF7">
            <w:pPr>
              <w:rPr>
                <w:rFonts w:ascii="Times New Roman" w:hAnsi="Times New Roman" w:cs="Times New Roman"/>
                <w:b/>
                <w:bCs/>
              </w:rPr>
            </w:pPr>
            <w:r w:rsidRPr="00F03718">
              <w:rPr>
                <w:rFonts w:ascii="Times New Roman" w:hAnsi="Times New Roman" w:cs="Times New Roman"/>
                <w:b/>
                <w:bCs/>
              </w:rPr>
              <w:t>Were patient’s demographic characteristics clearly described?</w:t>
            </w:r>
          </w:p>
        </w:tc>
        <w:tc>
          <w:tcPr>
            <w:tcW w:w="395" w:type="pct"/>
          </w:tcPr>
          <w:p w14:paraId="40B2C835" w14:textId="0BAC4BBE" w:rsidR="00300DF7" w:rsidRPr="00F03718" w:rsidRDefault="00300DF7">
            <w:pPr>
              <w:rPr>
                <w:rFonts w:ascii="Times New Roman" w:hAnsi="Times New Roman" w:cs="Times New Roman"/>
                <w:b/>
                <w:bCs/>
                <w:lang w:eastAsia="ja-JP"/>
              </w:rPr>
            </w:pPr>
            <w:r w:rsidRPr="00F03718">
              <w:rPr>
                <w:rFonts w:ascii="Times New Roman" w:hAnsi="Times New Roman" w:cs="Times New Roman"/>
                <w:b/>
                <w:bCs/>
                <w:lang w:eastAsia="ja-JP"/>
              </w:rPr>
              <w:t>Was the patient’s history clearly described and presented as a timeline?</w:t>
            </w:r>
          </w:p>
        </w:tc>
        <w:tc>
          <w:tcPr>
            <w:tcW w:w="478" w:type="pct"/>
          </w:tcPr>
          <w:p w14:paraId="25B76F33" w14:textId="5EF025DD" w:rsidR="00300DF7" w:rsidRPr="00F03718" w:rsidRDefault="00300DF7">
            <w:pPr>
              <w:rPr>
                <w:rFonts w:ascii="Times New Roman" w:hAnsi="Times New Roman" w:cs="Times New Roman"/>
                <w:b/>
                <w:bCs/>
              </w:rPr>
            </w:pPr>
            <w:r w:rsidRPr="00F03718">
              <w:rPr>
                <w:rFonts w:ascii="Times New Roman" w:hAnsi="Times New Roman" w:cs="Times New Roman"/>
                <w:b/>
                <w:bCs/>
              </w:rPr>
              <w:t>Was the current clinical condition of the patient on presentation clearly described?</w:t>
            </w:r>
          </w:p>
        </w:tc>
        <w:tc>
          <w:tcPr>
            <w:tcW w:w="429" w:type="pct"/>
          </w:tcPr>
          <w:p w14:paraId="0931B81F" w14:textId="18204744" w:rsidR="00300DF7" w:rsidRPr="00F03718" w:rsidRDefault="00300DF7">
            <w:pPr>
              <w:rPr>
                <w:rFonts w:ascii="Times New Roman" w:hAnsi="Times New Roman" w:cs="Times New Roman"/>
                <w:b/>
                <w:bCs/>
              </w:rPr>
            </w:pPr>
            <w:r w:rsidRPr="00F03718">
              <w:rPr>
                <w:rFonts w:ascii="Times New Roman" w:hAnsi="Times New Roman" w:cs="Times New Roman"/>
                <w:b/>
                <w:bCs/>
              </w:rPr>
              <w:t>Were diagnostic tests or assessment methods and the results clearly described?</w:t>
            </w:r>
          </w:p>
        </w:tc>
        <w:tc>
          <w:tcPr>
            <w:tcW w:w="547" w:type="pct"/>
          </w:tcPr>
          <w:p w14:paraId="53712067" w14:textId="6EB7E277" w:rsidR="00300DF7" w:rsidRPr="00F03718" w:rsidRDefault="00300DF7">
            <w:pPr>
              <w:rPr>
                <w:rFonts w:ascii="Times New Roman" w:hAnsi="Times New Roman" w:cs="Times New Roman"/>
                <w:b/>
                <w:bCs/>
              </w:rPr>
            </w:pPr>
            <w:r w:rsidRPr="00F03718">
              <w:rPr>
                <w:rFonts w:ascii="Times New Roman" w:hAnsi="Times New Roman" w:cs="Times New Roman"/>
                <w:b/>
                <w:bCs/>
              </w:rPr>
              <w:t xml:space="preserve">Was the intervention(s) or treatment procedure(s) clearly described? </w:t>
            </w:r>
          </w:p>
        </w:tc>
        <w:tc>
          <w:tcPr>
            <w:tcW w:w="470" w:type="pct"/>
          </w:tcPr>
          <w:p w14:paraId="4828D818" w14:textId="0F69839A" w:rsidR="00300DF7" w:rsidRPr="00F03718" w:rsidRDefault="00300DF7">
            <w:pPr>
              <w:rPr>
                <w:rFonts w:ascii="Times New Roman" w:hAnsi="Times New Roman" w:cs="Times New Roman"/>
                <w:b/>
                <w:bCs/>
                <w:lang w:eastAsia="ja-JP"/>
              </w:rPr>
            </w:pPr>
            <w:r w:rsidRPr="00F03718">
              <w:rPr>
                <w:rFonts w:ascii="Times New Roman" w:hAnsi="Times New Roman" w:cs="Times New Roman"/>
                <w:b/>
                <w:bCs/>
                <w:lang w:eastAsia="ja-JP"/>
              </w:rPr>
              <w:t>Was the post-intervention clinical condition clearly described?</w:t>
            </w:r>
          </w:p>
        </w:tc>
        <w:tc>
          <w:tcPr>
            <w:tcW w:w="519" w:type="pct"/>
          </w:tcPr>
          <w:p w14:paraId="35F4F087" w14:textId="55E0C591" w:rsidR="00300DF7" w:rsidRPr="00F03718" w:rsidRDefault="00300DF7">
            <w:pPr>
              <w:rPr>
                <w:rFonts w:ascii="Times New Roman" w:hAnsi="Times New Roman" w:cs="Times New Roman"/>
                <w:b/>
                <w:bCs/>
                <w:lang w:eastAsia="ja-JP"/>
              </w:rPr>
            </w:pPr>
            <w:r w:rsidRPr="00F03718">
              <w:rPr>
                <w:rFonts w:ascii="Times New Roman" w:hAnsi="Times New Roman" w:cs="Times New Roman"/>
                <w:b/>
                <w:bCs/>
                <w:lang w:eastAsia="ja-JP"/>
              </w:rPr>
              <w:t>Were adverse events (harms) or unanticipated events identified and described?</w:t>
            </w:r>
          </w:p>
        </w:tc>
        <w:tc>
          <w:tcPr>
            <w:tcW w:w="397" w:type="pct"/>
          </w:tcPr>
          <w:p w14:paraId="10BC2E1B" w14:textId="32D7608B" w:rsidR="00300DF7" w:rsidRPr="00F03718" w:rsidRDefault="00300DF7">
            <w:pPr>
              <w:rPr>
                <w:rFonts w:ascii="Times New Roman" w:hAnsi="Times New Roman" w:cs="Times New Roman"/>
                <w:b/>
                <w:bCs/>
              </w:rPr>
            </w:pPr>
            <w:r w:rsidRPr="00F03718">
              <w:rPr>
                <w:rFonts w:ascii="Times New Roman" w:hAnsi="Times New Roman" w:cs="Times New Roman" w:hint="eastAsia"/>
                <w:b/>
                <w:bCs/>
                <w:lang w:eastAsia="ja-JP"/>
              </w:rPr>
              <w:t>D</w:t>
            </w:r>
            <w:r w:rsidRPr="00F03718">
              <w:rPr>
                <w:rFonts w:ascii="Times New Roman" w:hAnsi="Times New Roman" w:cs="Times New Roman"/>
                <w:b/>
                <w:bCs/>
              </w:rPr>
              <w:t>oes the case report provide takeaway lessons?</w:t>
            </w: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3EF68F9" w14:textId="215DAFE0" w:rsidR="00300DF7" w:rsidRPr="00F03718" w:rsidRDefault="00300DF7">
            <w:pPr>
              <w:rPr>
                <w:rFonts w:ascii="Times New Roman" w:hAnsi="Times New Roman" w:cs="Times New Roman"/>
                <w:b/>
                <w:bCs/>
                <w:lang w:eastAsia="ja-JP"/>
              </w:rPr>
            </w:pPr>
            <w:r w:rsidRPr="00F03718">
              <w:rPr>
                <w:rFonts w:ascii="Times New Roman" w:hAnsi="Times New Roman" w:cs="Times New Roman" w:hint="eastAsia"/>
                <w:b/>
                <w:bCs/>
                <w:lang w:eastAsia="ja-JP"/>
              </w:rPr>
              <w:t>Overa</w:t>
            </w:r>
            <w:r w:rsidR="004E0CEB" w:rsidRPr="00F03718">
              <w:rPr>
                <w:rFonts w:ascii="Times New Roman" w:hAnsi="Times New Roman" w:cs="Times New Roman"/>
                <w:b/>
                <w:bCs/>
                <w:lang w:eastAsia="ja-JP"/>
              </w:rPr>
              <w:t>ll</w:t>
            </w:r>
          </w:p>
        </w:tc>
      </w:tr>
      <w:tr w:rsidR="00300DF7" w:rsidRPr="00F03718" w14:paraId="3157392B" w14:textId="7C643A64" w:rsidTr="00842A08">
        <w:tc>
          <w:tcPr>
            <w:tcW w:w="290" w:type="pct"/>
          </w:tcPr>
          <w:p w14:paraId="55F1B119" w14:textId="19D44A1D" w:rsidR="00300DF7" w:rsidRPr="00F03718" w:rsidRDefault="00842A08" w:rsidP="00300DF7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537" w:type="pct"/>
          </w:tcPr>
          <w:p w14:paraId="3423E1BA" w14:textId="7F1A23F4" w:rsidR="00300DF7" w:rsidRPr="00F03718" w:rsidRDefault="00441C4F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Hiroshi </w:t>
            </w: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Hokura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67A6" w14:textId="72B86EFA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0254B" w14:textId="4861CD4E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38DDB" w14:textId="148B3C4A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5DBB6" w14:textId="2BC6542E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A7DBA" w14:textId="55B3F31A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B5A38" w14:textId="5F12665C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633A6" w14:textId="4178F22E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80A13" w14:textId="1CEBDFE2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11A25" w14:textId="1FF8AFDA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00DF7" w:rsidRPr="00F03718" w14:paraId="0E09E196" w14:textId="0CF4D530" w:rsidTr="00842A08">
        <w:tc>
          <w:tcPr>
            <w:tcW w:w="290" w:type="pct"/>
          </w:tcPr>
          <w:p w14:paraId="7A38FE49" w14:textId="2FE0E011" w:rsidR="00300DF7" w:rsidRPr="00F03718" w:rsidRDefault="00842A08" w:rsidP="00300DF7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537" w:type="pct"/>
          </w:tcPr>
          <w:p w14:paraId="77802449" w14:textId="7008C63E" w:rsidR="00300DF7" w:rsidRPr="00F03718" w:rsidRDefault="00441C4F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Koko Miura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08C6" w14:textId="003D0948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637F8" w14:textId="673F61D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E0D18" w14:textId="685EEA1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9300D" w14:textId="7783FAD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556DC" w14:textId="7C3573F5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E798D" w14:textId="27491C46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22497" w14:textId="1DEDF27E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2998F" w14:textId="6269468B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33A73" w14:textId="7BC44086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00DF7" w:rsidRPr="00F03718" w14:paraId="4830074D" w14:textId="3C062778" w:rsidTr="00842A08">
        <w:tc>
          <w:tcPr>
            <w:tcW w:w="290" w:type="pct"/>
          </w:tcPr>
          <w:p w14:paraId="2C1FFAC8" w14:textId="723B6FBB" w:rsidR="00300DF7" w:rsidRPr="00F03718" w:rsidRDefault="00842A08" w:rsidP="00300DF7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537" w:type="pct"/>
          </w:tcPr>
          <w:p w14:paraId="61E4827A" w14:textId="01D457F8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  <w:lang w:eastAsia="ja-JP"/>
              </w:rPr>
              <w:t>NA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6886" w14:textId="2CBE13AA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AD3B" w14:textId="4852CC06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E6E07" w14:textId="18750E9E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FC1DD" w14:textId="72897703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CDB0F" w14:textId="2246600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0A071" w14:textId="789C46C0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C8286" w14:textId="79675010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8401A" w14:textId="00E32A09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4EA54" w14:textId="25D044C8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00DF7" w:rsidRPr="00F03718" w14:paraId="6FEE817E" w14:textId="4A3E7A26" w:rsidTr="00842A08">
        <w:tc>
          <w:tcPr>
            <w:tcW w:w="290" w:type="pct"/>
          </w:tcPr>
          <w:p w14:paraId="7594F75A" w14:textId="6E4A35C6" w:rsidR="00300DF7" w:rsidRPr="00F03718" w:rsidRDefault="00842A08" w:rsidP="00300DF7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537" w:type="pct"/>
          </w:tcPr>
          <w:p w14:paraId="6EE2247D" w14:textId="3B6CB250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Chihiro Koga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C5B8" w14:textId="01716BE3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41CDB" w14:textId="1C1A9BD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3BE86" w14:textId="02219B5A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0E0A9" w14:textId="7993B51E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A643" w14:textId="161694D0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5D4A6" w14:textId="6DDF93BD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21D47" w14:textId="1BE9EAFC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9E476" w14:textId="2D1B857B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0D147" w14:textId="13DC946E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00DF7" w:rsidRPr="00F03718" w14:paraId="0CBED62B" w14:textId="20C989F4" w:rsidTr="00842A08">
        <w:tc>
          <w:tcPr>
            <w:tcW w:w="290" w:type="pct"/>
          </w:tcPr>
          <w:p w14:paraId="2BEABDEE" w14:textId="382C2961" w:rsidR="00300DF7" w:rsidRPr="00F03718" w:rsidRDefault="00842A08" w:rsidP="00300DF7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5</w:t>
            </w:r>
          </w:p>
        </w:tc>
        <w:tc>
          <w:tcPr>
            <w:tcW w:w="537" w:type="pct"/>
          </w:tcPr>
          <w:p w14:paraId="67851060" w14:textId="7777777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Misaki Taniguchi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2690" w14:textId="29A6E485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E4D88" w14:textId="5A395A01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157E9" w14:textId="3235F2D5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66913" w14:textId="6CAA53E0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9D92B" w14:textId="62A716BC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ED313" w14:textId="4D50C199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D033D" w14:textId="1911EED5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212FA" w14:textId="1747CB3E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E2476" w14:textId="384CC93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00DF7" w:rsidRPr="00F03718" w14:paraId="33C888C9" w14:textId="0F89C65F" w:rsidTr="00842A08">
        <w:tc>
          <w:tcPr>
            <w:tcW w:w="290" w:type="pct"/>
          </w:tcPr>
          <w:p w14:paraId="102ADED4" w14:textId="50751B23" w:rsidR="00300DF7" w:rsidRPr="00F03718" w:rsidRDefault="00842A08" w:rsidP="00300DF7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6</w:t>
            </w:r>
          </w:p>
        </w:tc>
        <w:tc>
          <w:tcPr>
            <w:tcW w:w="537" w:type="pct"/>
          </w:tcPr>
          <w:p w14:paraId="57B32F20" w14:textId="4A5BB5A8" w:rsidR="00300DF7" w:rsidRPr="00F03718" w:rsidRDefault="00441C4F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Yuta </w:t>
            </w: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Kagaya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BCBD" w14:textId="6B735E0D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C5788" w14:textId="4F6EBCEB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6D113" w14:textId="025E4051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FA97B" w14:textId="548CC9D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5BCE3" w14:textId="77BCB449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AB378" w14:textId="207C8F79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C04D7" w14:textId="34C0944B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284AB" w14:textId="0AC10C05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BD599" w14:textId="2AF6E09A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00DF7" w:rsidRPr="00F03718" w14:paraId="5363AF23" w14:textId="168E1312" w:rsidTr="00842A08">
        <w:tc>
          <w:tcPr>
            <w:tcW w:w="290" w:type="pct"/>
          </w:tcPr>
          <w:p w14:paraId="2F3459BE" w14:textId="6514F08B" w:rsidR="00300DF7" w:rsidRPr="00F03718" w:rsidRDefault="00842A08" w:rsidP="00300DF7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537" w:type="pct"/>
          </w:tcPr>
          <w:p w14:paraId="066395E2" w14:textId="78F6E35F" w:rsidR="00300DF7" w:rsidRPr="00F03718" w:rsidRDefault="00441C4F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Sho Sato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B9FF" w14:textId="6A263A80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13CA3" w14:textId="133D0E2B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FFA40" w14:textId="6C0A9A3F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05C90" w14:textId="5410C5F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BEF22" w14:textId="41C91BC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C91A9" w14:textId="1559C8BB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1B7A1" w14:textId="4B1EACD0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E71E2" w14:textId="774AD9B1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E4DC3" w14:textId="0D8E4208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00DF7" w:rsidRPr="00F03718" w14:paraId="71DA7F43" w14:textId="7F7A22D4" w:rsidTr="00842A08">
        <w:tc>
          <w:tcPr>
            <w:tcW w:w="290" w:type="pct"/>
          </w:tcPr>
          <w:p w14:paraId="3242A8DC" w14:textId="59E6EE1C" w:rsidR="00300DF7" w:rsidRPr="00F03718" w:rsidRDefault="00842A08" w:rsidP="00300DF7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8</w:t>
            </w:r>
          </w:p>
        </w:tc>
        <w:tc>
          <w:tcPr>
            <w:tcW w:w="537" w:type="pct"/>
          </w:tcPr>
          <w:p w14:paraId="4254BCEA" w14:textId="69BE8B3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Nozomi </w:t>
            </w:r>
            <w:r w:rsidRPr="00F03718">
              <w:rPr>
                <w:rFonts w:ascii="Times New Roman" w:hAnsi="Times New Roman" w:cs="Times New Roman"/>
                <w:sz w:val="21"/>
                <w:szCs w:val="21"/>
                <w:lang w:eastAsia="ja-JP"/>
              </w:rPr>
              <w:t>T</w:t>
            </w: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akahashi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314D" w14:textId="68E5DF34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03E12" w14:textId="76AC30C1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A3659" w14:textId="4FEED64F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3A6E8" w14:textId="5E950C1B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7036C" w14:textId="32C4B381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BF3E7" w14:textId="5CD13CBE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B2AB6" w14:textId="3DCD7DF6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27836" w14:textId="58E925B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71BED" w14:textId="0358B2E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00DF7" w:rsidRPr="00F03718" w14:paraId="20F68DCA" w14:textId="3F16FEC8" w:rsidTr="00842A08">
        <w:tc>
          <w:tcPr>
            <w:tcW w:w="290" w:type="pct"/>
          </w:tcPr>
          <w:p w14:paraId="665130C3" w14:textId="6CD42054" w:rsidR="00300DF7" w:rsidRPr="00F03718" w:rsidRDefault="00842A08" w:rsidP="00300DF7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9</w:t>
            </w:r>
          </w:p>
        </w:tc>
        <w:tc>
          <w:tcPr>
            <w:tcW w:w="537" w:type="pct"/>
          </w:tcPr>
          <w:p w14:paraId="53C899C2" w14:textId="77777777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Kaori Hikuchi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770D" w14:textId="6BC79EB5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703D1" w14:textId="49B813B0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A3773" w14:textId="41205070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E1E68" w14:textId="0709A61C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13759" w14:textId="7117E81B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E2FC5" w14:textId="7F87461D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53AAE" w14:textId="3F8F19C8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90DE4" w14:textId="07B56FCE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91485" w14:textId="568EE9F5" w:rsidR="00300DF7" w:rsidRPr="00F03718" w:rsidRDefault="00300DF7" w:rsidP="00300D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441C4F" w:rsidRPr="00F03718" w14:paraId="1451FC35" w14:textId="58D538A9" w:rsidTr="00842A08">
        <w:tc>
          <w:tcPr>
            <w:tcW w:w="290" w:type="pct"/>
          </w:tcPr>
          <w:p w14:paraId="2DAA4D6F" w14:textId="2ADFC575" w:rsidR="00441C4F" w:rsidRPr="00F03718" w:rsidRDefault="00441C4F" w:rsidP="00441C4F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842A08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0</w:t>
            </w:r>
          </w:p>
        </w:tc>
        <w:tc>
          <w:tcPr>
            <w:tcW w:w="537" w:type="pct"/>
          </w:tcPr>
          <w:p w14:paraId="79696700" w14:textId="6DC9EE0A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</w:rPr>
              <w:t xml:space="preserve">Yukako </w:t>
            </w:r>
            <w:proofErr w:type="spellStart"/>
            <w:r w:rsidRPr="00F03718">
              <w:rPr>
                <w:rFonts w:ascii="Times New Roman" w:hAnsi="Times New Roman" w:cs="Times New Roman"/>
              </w:rPr>
              <w:t>Ooura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565F" w14:textId="27104DE9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B5F97" w14:textId="3634DDE4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EFEF8" w14:textId="6BAEF6A2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84523" w14:textId="3EB4235A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12FC7" w14:textId="3366AAD0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A8AEF" w14:textId="7DF3033C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29386" w14:textId="4101847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2584B" w14:textId="2A4C1EC3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EB9F76" w14:textId="4544E01A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441C4F" w:rsidRPr="00F03718" w14:paraId="491B68A2" w14:textId="18513335" w:rsidTr="00842A08">
        <w:tc>
          <w:tcPr>
            <w:tcW w:w="290" w:type="pct"/>
          </w:tcPr>
          <w:p w14:paraId="28453142" w14:textId="4C7F9A6E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842A08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537" w:type="pct"/>
          </w:tcPr>
          <w:p w14:paraId="017F66B4" w14:textId="6BAA7CAB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 w:hint="eastAsia"/>
                <w:lang w:eastAsia="ja-JP"/>
              </w:rPr>
              <w:t>Reina Yamada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C3F0" w14:textId="4A2E975A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078AD" w14:textId="2C604598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24374" w14:textId="24B8CEC8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2769F" w14:textId="481BCF13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D79CF" w14:textId="5890171C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5FFB0" w14:textId="0F8A7D12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6CA54" w14:textId="6D1C6624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CBA14" w14:textId="6658FA2E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63AB6" w14:textId="7E82A40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441C4F" w:rsidRPr="00F03718" w14:paraId="25AC985A" w14:textId="1BA75CBE" w:rsidTr="00842A08">
        <w:tc>
          <w:tcPr>
            <w:tcW w:w="290" w:type="pct"/>
          </w:tcPr>
          <w:p w14:paraId="3B89E0C0" w14:textId="7C501E40" w:rsidR="00441C4F" w:rsidRPr="00F03718" w:rsidRDefault="00441C4F" w:rsidP="00441C4F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842A08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537" w:type="pct"/>
          </w:tcPr>
          <w:p w14:paraId="337FEDAF" w14:textId="7777777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Shimonihara</w:t>
            </w:r>
            <w:proofErr w:type="spellEnd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 Naoko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1470" w14:textId="28C6B04E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2D990" w14:textId="191F7C68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15118" w14:textId="22E7DD1E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0A8DC" w14:textId="790CCBBF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AE109" w14:textId="1A0E49DD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7C2B7" w14:textId="3F840D6D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7BE6E" w14:textId="59605DB4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16996" w14:textId="16E38D1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DABFA" w14:textId="32A86B6C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441C4F" w:rsidRPr="00F03718" w14:paraId="5DEA7AB7" w14:textId="01DB968D" w:rsidTr="00842A08">
        <w:tc>
          <w:tcPr>
            <w:tcW w:w="290" w:type="pct"/>
          </w:tcPr>
          <w:p w14:paraId="695D8E15" w14:textId="6FA53EA4" w:rsidR="00441C4F" w:rsidRPr="00F03718" w:rsidRDefault="00441C4F" w:rsidP="00441C4F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842A08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537" w:type="pct"/>
          </w:tcPr>
          <w:p w14:paraId="4520B038" w14:textId="7777777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Hiroyuki Nishi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2019" w14:textId="322AC0BF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D2B0F" w14:textId="509EDA96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9BF56" w14:textId="7009716D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DF467" w14:textId="0CD834C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5C2B2" w14:textId="4909A18A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E9615" w14:textId="06185C23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B181B" w14:textId="05D8D539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89DCC" w14:textId="318DD39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2B5518" w14:textId="28FB1D80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441C4F" w:rsidRPr="00F03718" w14:paraId="3D635649" w14:textId="796C6A8F" w:rsidTr="00842A08">
        <w:tc>
          <w:tcPr>
            <w:tcW w:w="290" w:type="pct"/>
          </w:tcPr>
          <w:p w14:paraId="0772B5FF" w14:textId="73B41028" w:rsidR="00441C4F" w:rsidRPr="00F03718" w:rsidRDefault="00441C4F" w:rsidP="00441C4F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842A08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537" w:type="pct"/>
          </w:tcPr>
          <w:p w14:paraId="56BCA03F" w14:textId="7777777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Takaya Motoki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7BF6" w14:textId="694941C1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C5580" w14:textId="6BFA525A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8CDC3" w14:textId="24A9EA21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AAFDF" w14:textId="6588945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9D334" w14:textId="49A29971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977BF" w14:textId="62F3C9A3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85FE3" w14:textId="2669EA4F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353D2" w14:textId="0A6F947C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0F5EC" w14:textId="75A01D4E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441C4F" w:rsidRPr="00F03718" w14:paraId="44BDA084" w14:textId="0A272FE3" w:rsidTr="00842A08">
        <w:tc>
          <w:tcPr>
            <w:tcW w:w="290" w:type="pct"/>
          </w:tcPr>
          <w:p w14:paraId="26F214CC" w14:textId="7C276647" w:rsidR="00441C4F" w:rsidRPr="00F03718" w:rsidRDefault="00441C4F" w:rsidP="00441C4F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842A08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5</w:t>
            </w:r>
          </w:p>
        </w:tc>
        <w:tc>
          <w:tcPr>
            <w:tcW w:w="537" w:type="pct"/>
          </w:tcPr>
          <w:p w14:paraId="3014ADA0" w14:textId="7777777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Yoko Sasaki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B2F6" w14:textId="4D53F7BE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F470F" w14:textId="1A11B889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5CD0F" w14:textId="3BA8F2AB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8A4A6" w14:textId="4E4C47B8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132DF" w14:textId="3E634CC5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B7AFA" w14:textId="41ADC1F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96230" w14:textId="385F999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8A8B8" w14:textId="36ACCE0C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64C014" w14:textId="1E6975E8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441C4F" w:rsidRPr="00F03718" w14:paraId="5FF97F93" w14:textId="602983F9" w:rsidTr="00842A08">
        <w:tc>
          <w:tcPr>
            <w:tcW w:w="290" w:type="pct"/>
          </w:tcPr>
          <w:p w14:paraId="39C3C397" w14:textId="1F667EE7" w:rsidR="00441C4F" w:rsidRPr="00F03718" w:rsidRDefault="00441C4F" w:rsidP="00441C4F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842A08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6</w:t>
            </w:r>
          </w:p>
        </w:tc>
        <w:tc>
          <w:tcPr>
            <w:tcW w:w="537" w:type="pct"/>
          </w:tcPr>
          <w:p w14:paraId="26335751" w14:textId="1610C1E9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 w:hint="eastAsia"/>
                <w:lang w:eastAsia="ja-JP"/>
              </w:rPr>
              <w:t>Hiroyuki Okada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81A4" w14:textId="114AF91B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F216E" w14:textId="20848E5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26349" w14:textId="20B98C41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7B7C5" w14:textId="6B6C817B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1C8A5" w14:textId="4D3A7063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B932F" w14:textId="6A52B626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B581A" w14:textId="0A4B28A8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FC872" w14:textId="7F7F5978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B8D6F4" w14:textId="539842BD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441C4F" w:rsidRPr="00F03718" w14:paraId="41152E36" w14:textId="4A96ECAF" w:rsidTr="00842A08">
        <w:tc>
          <w:tcPr>
            <w:tcW w:w="290" w:type="pct"/>
          </w:tcPr>
          <w:p w14:paraId="3E1C2902" w14:textId="40BD085D" w:rsidR="00441C4F" w:rsidRPr="00F03718" w:rsidRDefault="00390B7D" w:rsidP="00441C4F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18</w:t>
            </w:r>
          </w:p>
        </w:tc>
        <w:tc>
          <w:tcPr>
            <w:tcW w:w="537" w:type="pct"/>
          </w:tcPr>
          <w:p w14:paraId="595E0BB7" w14:textId="22C66090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  <w:lang w:eastAsia="ja-JP"/>
              </w:rPr>
              <w:t>S</w:t>
            </w: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husaku Tamaki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4B18" w14:textId="5ACA0004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18281" w14:textId="5AE2DC2E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85DD6" w14:textId="5F906C6A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4C5D0" w14:textId="76ACC7D1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5AC0E" w14:textId="43583342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25421" w14:textId="5A531AE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679B7" w14:textId="34525454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83925" w14:textId="40DCCD09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02D363" w14:textId="71B2A67C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441C4F" w:rsidRPr="00F03718" w14:paraId="67A43634" w14:textId="56744053" w:rsidTr="00842A08">
        <w:tc>
          <w:tcPr>
            <w:tcW w:w="290" w:type="pct"/>
          </w:tcPr>
          <w:p w14:paraId="649AAB6D" w14:textId="10A4DDE7" w:rsidR="00441C4F" w:rsidRPr="00F03718" w:rsidRDefault="00390B7D" w:rsidP="00441C4F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19</w:t>
            </w:r>
          </w:p>
        </w:tc>
        <w:tc>
          <w:tcPr>
            <w:tcW w:w="537" w:type="pct"/>
          </w:tcPr>
          <w:p w14:paraId="1CAF5E53" w14:textId="7777777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Toshiro Imamoto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54F2" w14:textId="2A715523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183A2" w14:textId="051C46A6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3AEC5" w14:textId="278172F8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4C25D" w14:textId="0AA05243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13AEE" w14:textId="344BF595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385CF" w14:textId="1CF53FBC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EB1CC" w14:textId="5A93108B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7CA2F" w14:textId="199656B5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D4954E" w14:textId="37890DC9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441C4F" w:rsidRPr="00F03718" w14:paraId="719F3FB6" w14:textId="2A70B36B" w:rsidTr="00842A08">
        <w:tc>
          <w:tcPr>
            <w:tcW w:w="290" w:type="pct"/>
          </w:tcPr>
          <w:p w14:paraId="21C04D86" w14:textId="300642AC" w:rsidR="00441C4F" w:rsidRPr="00F03718" w:rsidRDefault="00441C4F" w:rsidP="00441C4F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</w:t>
            </w:r>
            <w:r w:rsidR="00390B7D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0</w:t>
            </w:r>
          </w:p>
        </w:tc>
        <w:tc>
          <w:tcPr>
            <w:tcW w:w="537" w:type="pct"/>
          </w:tcPr>
          <w:p w14:paraId="696ABEFB" w14:textId="61A88FD1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Yukako Mizuno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90F4" w14:textId="53899C3A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EBE73" w14:textId="392369E5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D2B81" w14:textId="50221FE7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AB2A7" w14:textId="439A17D4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492C1" w14:textId="1C045EC1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0D3" w14:textId="066FECD4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EAC22" w14:textId="549E7530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9321" w14:textId="26CBA36D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9FE0CB" w14:textId="6D495CB2" w:rsidR="00441C4F" w:rsidRPr="00F03718" w:rsidRDefault="00441C4F" w:rsidP="00441C4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D53B2E7" w14:textId="507FAC2E" w:rsidTr="00842A08">
        <w:tc>
          <w:tcPr>
            <w:tcW w:w="290" w:type="pct"/>
          </w:tcPr>
          <w:p w14:paraId="055C2A86" w14:textId="51B0202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537" w:type="pct"/>
          </w:tcPr>
          <w:p w14:paraId="3BD7FE78" w14:textId="2548D52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Takeuchi Mayuko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0660" w14:textId="72E4E50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38755" w14:textId="09CAA25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BCEC1" w14:textId="4F6C48E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773CA" w14:textId="72A7ADE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1F6A1" w14:textId="4C90EC6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36376" w14:textId="065E879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F6E35" w14:textId="5A5B492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BA6D" w14:textId="27BB077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FD31C8" w14:textId="4D19CBC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3A318A14" w14:textId="286BB407" w:rsidTr="00842A08">
        <w:tc>
          <w:tcPr>
            <w:tcW w:w="290" w:type="pct"/>
          </w:tcPr>
          <w:p w14:paraId="4F031073" w14:textId="2FED2BC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537" w:type="pct"/>
          </w:tcPr>
          <w:p w14:paraId="439ADF06" w14:textId="337132C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Mao Sekimata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BB74" w14:textId="54D88FF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6158D" w14:textId="7E87761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595D8" w14:textId="51E6C0E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24E38" w14:textId="0B4DD02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F9084" w14:textId="24A4ED7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96991" w14:textId="6793656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7C716" w14:textId="1E60452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D5424" w14:textId="1CCE2C4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E63960" w14:textId="2C85ECE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10FE42BE" w14:textId="0933E0A2" w:rsidTr="00842A08">
        <w:tc>
          <w:tcPr>
            <w:tcW w:w="290" w:type="pct"/>
          </w:tcPr>
          <w:p w14:paraId="198B0726" w14:textId="2104C55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537" w:type="pct"/>
          </w:tcPr>
          <w:p w14:paraId="059E08B6" w14:textId="2C0D195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Shalendra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E1AC" w14:textId="4253D2E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E35C2" w14:textId="34CAAF7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14F1B" w14:textId="3383F69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B3EC" w14:textId="520B885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73AFA" w14:textId="5A83AFB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98F59" w14:textId="60A7364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E6548" w14:textId="1F4C104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05A8A" w14:textId="0CF4451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3D68A4" w14:textId="120B25D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9B1171E" w14:textId="1CE4217D" w:rsidTr="00842A08">
        <w:tc>
          <w:tcPr>
            <w:tcW w:w="290" w:type="pct"/>
          </w:tcPr>
          <w:p w14:paraId="05532800" w14:textId="3A94F2C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537" w:type="pct"/>
          </w:tcPr>
          <w:p w14:paraId="62324B95" w14:textId="5BF6FD7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Jorge Rodríguez Zúñiga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8D30" w14:textId="1198F5E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74027" w14:textId="3B0CCCD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51095" w14:textId="20BB0FF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9D3A3" w14:textId="7E0EF40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8CDD6" w14:textId="7DD1AB4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FB7E0" w14:textId="26008FE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D6F60" w14:textId="1DCFB39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6672E" w14:textId="2A304A6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57DF1" w14:textId="19A410B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58AE58CF" w14:textId="5D1D75F8" w:rsidTr="00842A08">
        <w:tc>
          <w:tcPr>
            <w:tcW w:w="290" w:type="pct"/>
          </w:tcPr>
          <w:p w14:paraId="59D0B7B5" w14:textId="4B22A11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537" w:type="pct"/>
          </w:tcPr>
          <w:p w14:paraId="3724847B" w14:textId="024DE5C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Kristina Killinger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217A" w14:textId="7C55CAE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0010A" w14:textId="3602319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4AD8E" w14:textId="57F1256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30104" w14:textId="74F1ED0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AEDE3" w14:textId="69060E6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664D2" w14:textId="63A3C1A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50BFC" w14:textId="2B485F1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99963" w14:textId="4885580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388D4" w14:textId="3E8DF95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9173B12" w14:textId="0FE50FC6" w:rsidTr="00842A08">
        <w:tc>
          <w:tcPr>
            <w:tcW w:w="290" w:type="pct"/>
          </w:tcPr>
          <w:p w14:paraId="3391E221" w14:textId="13AC1AA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537" w:type="pct"/>
          </w:tcPr>
          <w:p w14:paraId="7E9CD929" w14:textId="76F793A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Sean Balmain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FD8B" w14:textId="6C77060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29CE1" w14:textId="35057BC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94659" w14:textId="28DC318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C794F" w14:textId="18E60B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68F4A" w14:textId="196E6B6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5D5BA" w14:textId="05F906F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3B737" w14:textId="02D7911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88EB3" w14:textId="0C4B2C1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AE1D7" w14:textId="3AE821A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3C13BC6A" w14:textId="0DD6D6D1" w:rsidTr="00842A08">
        <w:tc>
          <w:tcPr>
            <w:tcW w:w="290" w:type="pct"/>
          </w:tcPr>
          <w:p w14:paraId="2DF90E71" w14:textId="02B2562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28</w:t>
            </w:r>
          </w:p>
        </w:tc>
        <w:tc>
          <w:tcPr>
            <w:tcW w:w="537" w:type="pct"/>
          </w:tcPr>
          <w:p w14:paraId="46ABD7FF" w14:textId="0188F26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A. </w:t>
            </w:r>
            <w:proofErr w:type="spellStart"/>
            <w:r w:rsidRPr="003F1022">
              <w:rPr>
                <w:rFonts w:ascii="Times New Roman" w:hAnsi="Times New Roman" w:cs="Times New Roman"/>
              </w:rPr>
              <w:t>Araibi</w:t>
            </w:r>
            <w:proofErr w:type="spellEnd"/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2E66" w14:textId="3F3B84D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2D3F3" w14:textId="37BEA63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9E366" w14:textId="7192459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59CE4" w14:textId="3B46982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0B2B0" w14:textId="44206BF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EF976" w14:textId="3C96C94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3FE4C" w14:textId="7686FD6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FAD2F" w14:textId="0A6D3A6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BBE03" w14:textId="1B67679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6F13990" w14:textId="25B52167" w:rsidTr="00842A08">
        <w:tc>
          <w:tcPr>
            <w:tcW w:w="290" w:type="pct"/>
          </w:tcPr>
          <w:p w14:paraId="5C300E44" w14:textId="790BFF4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29</w:t>
            </w:r>
          </w:p>
        </w:tc>
        <w:tc>
          <w:tcPr>
            <w:tcW w:w="537" w:type="pct"/>
          </w:tcPr>
          <w:p w14:paraId="3AA025CA" w14:textId="092E0B4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Angela N. Phillips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7D1E" w14:textId="59C7282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AAD5C" w14:textId="1EC101F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96482" w14:textId="35857AC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1B103" w14:textId="09DC12B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07523" w14:textId="7F4B0A4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0E3B0" w14:textId="67367B8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AB0A2" w14:textId="7A6CA43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70681" w14:textId="25A582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F3B9E" w14:textId="5985F68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66F2847" w14:textId="192EF604" w:rsidTr="00842A08">
        <w:tc>
          <w:tcPr>
            <w:tcW w:w="290" w:type="pct"/>
          </w:tcPr>
          <w:p w14:paraId="5F3A13B7" w14:textId="34EE92B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537" w:type="pct"/>
          </w:tcPr>
          <w:p w14:paraId="52133B7B" w14:textId="167A9A7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Takehiko </w:t>
            </w:r>
            <w:proofErr w:type="spellStart"/>
            <w:r w:rsidRPr="003F1022">
              <w:rPr>
                <w:rFonts w:ascii="Times New Roman" w:hAnsi="Times New Roman" w:cs="Times New Roman"/>
              </w:rPr>
              <w:t>Oami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BC05" w14:textId="452C282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2D998" w14:textId="53D6AD4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26487" w14:textId="3D71F4A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74D62" w14:textId="7D6CBE3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0873D" w14:textId="005DE21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51FC1" w14:textId="25F7A19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0F273" w14:textId="03A0BB1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1DD9A" w14:textId="33B185E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0B438" w14:textId="3C6A710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5DAC1971" w14:textId="652EAE18" w:rsidTr="00842A08">
        <w:tc>
          <w:tcPr>
            <w:tcW w:w="290" w:type="pct"/>
          </w:tcPr>
          <w:p w14:paraId="516929BF" w14:textId="77FA9A0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537" w:type="pct"/>
          </w:tcPr>
          <w:p w14:paraId="4A736B30" w14:textId="3E59766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Ryan Barnicle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F25E" w14:textId="428B093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5E97F" w14:textId="41CF1DF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B95D1" w14:textId="3A3D4E5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F1CF6" w14:textId="5F19912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6DF63" w14:textId="124FA63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B08F6" w14:textId="1B84F8E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4A085" w14:textId="45DE4BF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EFA10" w14:textId="35289EE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9C22F" w14:textId="72659C5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5FC35F8" w14:textId="1EFB5B65" w:rsidTr="00842A08">
        <w:tc>
          <w:tcPr>
            <w:tcW w:w="290" w:type="pct"/>
          </w:tcPr>
          <w:p w14:paraId="2E58F7E4" w14:textId="35F2CE1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537" w:type="pct"/>
          </w:tcPr>
          <w:p w14:paraId="262AB8A0" w14:textId="1F6E0F2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Alina Kuryłowicz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A0F3" w14:textId="48779B1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0676A" w14:textId="1B6755C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C1EE1" w14:textId="1D3E8E3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9819E" w14:textId="225F9D1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E691C" w14:textId="22B6536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1C850" w14:textId="462CEEA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3216D" w14:textId="4C7E6E3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62CA9" w14:textId="21182CD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DEEC2" w14:textId="377D96B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507A1745" w14:textId="61ED63BD" w:rsidTr="00842A08">
        <w:tc>
          <w:tcPr>
            <w:tcW w:w="290" w:type="pct"/>
          </w:tcPr>
          <w:p w14:paraId="17AF5E7C" w14:textId="7200F58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537" w:type="pct"/>
          </w:tcPr>
          <w:p w14:paraId="3DC88A65" w14:textId="5DA1E0C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Kevin N.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2C3E" w14:textId="7FD70C5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8216A" w14:textId="65E867C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69FA5" w14:textId="264F288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7695C" w14:textId="36C6163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1E842" w14:textId="5163405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37E11" w14:textId="5B9B088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7ECF1" w14:textId="2DF378B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99F89" w14:textId="3C3C182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82CA3" w14:textId="687702E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9782CA7" w14:textId="19756766" w:rsidTr="00842A08">
        <w:tc>
          <w:tcPr>
            <w:tcW w:w="290" w:type="pct"/>
          </w:tcPr>
          <w:p w14:paraId="76DB9D5C" w14:textId="522BFDC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537" w:type="pct"/>
          </w:tcPr>
          <w:p w14:paraId="6230D6D2" w14:textId="1FE338F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Ruby Bhatia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0EA2" w14:textId="6BDF18E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4163F" w14:textId="46330C9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64DF9" w14:textId="011F2DE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A1031" w14:textId="07F4F5E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BED42" w14:textId="3C287F5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11EA6" w14:textId="432FBE7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9E56E" w14:textId="3FFABE6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36861" w14:textId="180C5B5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C6309" w14:textId="2D18874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7D859F50" w14:textId="1E4025D7" w:rsidTr="00842A08">
        <w:tc>
          <w:tcPr>
            <w:tcW w:w="290" w:type="pct"/>
          </w:tcPr>
          <w:p w14:paraId="3255CD39" w14:textId="52B5FC5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537" w:type="pct"/>
          </w:tcPr>
          <w:p w14:paraId="20AED348" w14:textId="219DEF9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Lisa Barman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473F" w14:textId="492392B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630C7" w14:textId="2C0B121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A038D" w14:textId="1F92D86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74071" w14:textId="5B4E1B6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01194" w14:textId="4B4405B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34725" w14:textId="03283D9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F5580" w14:textId="3E31996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FD75B" w14:textId="5CEF3B0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86D38" w14:textId="60B92FA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03691B74" w14:textId="5E82B517" w:rsidTr="00842A08">
        <w:tc>
          <w:tcPr>
            <w:tcW w:w="290" w:type="pct"/>
          </w:tcPr>
          <w:p w14:paraId="0A3DB76D" w14:textId="1100EDA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537" w:type="pct"/>
          </w:tcPr>
          <w:p w14:paraId="7CB291B5" w14:textId="437363A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Elissa F.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C709" w14:textId="4AF1DC5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C8EE4" w14:textId="3A9F1B9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2ACE0" w14:textId="5E3B80B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EE45E" w14:textId="1028002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BF90" w14:textId="50C220E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F726D" w14:textId="3EC7A97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0FA37" w14:textId="537FFA1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D00C" w14:textId="786FEA6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A1297" w14:textId="7881124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19E9CF91" w14:textId="1B57FF87" w:rsidTr="00842A08">
        <w:tc>
          <w:tcPr>
            <w:tcW w:w="290" w:type="pct"/>
          </w:tcPr>
          <w:p w14:paraId="724EE25E" w14:textId="1B9E533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537" w:type="pct"/>
          </w:tcPr>
          <w:p w14:paraId="574F16F3" w14:textId="0631219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Chung-</w:t>
            </w:r>
            <w:proofErr w:type="spellStart"/>
            <w:r w:rsidRPr="003F1022">
              <w:rPr>
                <w:rFonts w:ascii="Times New Roman" w:hAnsi="Times New Roman" w:cs="Times New Roman"/>
              </w:rPr>
              <w:t>yan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Lee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4A36" w14:textId="34EADB3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BBC9B" w14:textId="0EE67BB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F489F" w14:textId="251AB63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1CC16" w14:textId="28205D0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F370B" w14:textId="5ED5F17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E528A" w14:textId="638DFE1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F6CAC" w14:textId="095C92B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8EDDC" w14:textId="1CEBB47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29B43" w14:textId="1977B2A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FBCBFCD" w14:textId="0B3B1C2E" w:rsidTr="00842A08">
        <w:tc>
          <w:tcPr>
            <w:tcW w:w="290" w:type="pct"/>
          </w:tcPr>
          <w:p w14:paraId="39CC9B75" w14:textId="7046C16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38</w:t>
            </w:r>
          </w:p>
        </w:tc>
        <w:tc>
          <w:tcPr>
            <w:tcW w:w="537" w:type="pct"/>
          </w:tcPr>
          <w:p w14:paraId="7974B0AA" w14:textId="73390CD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Ozlem </w:t>
            </w:r>
            <w:proofErr w:type="spellStart"/>
            <w:r w:rsidRPr="003F1022">
              <w:rPr>
                <w:rFonts w:ascii="Times New Roman" w:hAnsi="Times New Roman" w:cs="Times New Roman"/>
              </w:rPr>
              <w:t>Guneysel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6FCF" w14:textId="57B1DB1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00A08" w14:textId="14B70E5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D805E" w14:textId="3AF34DF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2571E" w14:textId="6E36F01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4C505" w14:textId="2F7EC24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383A2" w14:textId="2FEA613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72BF7" w14:textId="773C489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E8E7A" w14:textId="7632401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4C515" w14:textId="00D0B75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20D782F" w14:textId="32F9B58F" w:rsidTr="00842A08">
        <w:tc>
          <w:tcPr>
            <w:tcW w:w="290" w:type="pct"/>
          </w:tcPr>
          <w:p w14:paraId="37170160" w14:textId="36F2F51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lastRenderedPageBreak/>
              <w:t>39</w:t>
            </w:r>
          </w:p>
        </w:tc>
        <w:tc>
          <w:tcPr>
            <w:tcW w:w="537" w:type="pct"/>
          </w:tcPr>
          <w:p w14:paraId="089C9AEB" w14:textId="45AD092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Courtney Stanley Sundin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D114" w14:textId="76C3267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4F6CE" w14:textId="636A36F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D377E" w14:textId="2CD92AE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6C3E0" w14:textId="150FCD6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53FD1" w14:textId="2B0E419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22B37" w14:textId="133FE0B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E0DCB" w14:textId="35CAFAE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3E88E" w14:textId="0F7615D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6FD67" w14:textId="402FBC4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BBAC784" w14:textId="772412B6" w:rsidTr="00842A08">
        <w:tc>
          <w:tcPr>
            <w:tcW w:w="290" w:type="pct"/>
          </w:tcPr>
          <w:p w14:paraId="39C892CB" w14:textId="540F42D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40</w:t>
            </w:r>
          </w:p>
        </w:tc>
        <w:tc>
          <w:tcPr>
            <w:tcW w:w="537" w:type="pct"/>
          </w:tcPr>
          <w:p w14:paraId="5EB448EA" w14:textId="08A3350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Matthew P.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2AAD" w14:textId="5B4206D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7F761" w14:textId="6B04588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A177D" w14:textId="514D21E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3C251" w14:textId="7E5720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28832" w14:textId="305F1CD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E0267" w14:textId="1A2E02B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FE03A" w14:textId="6E4C3C7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9C07F" w14:textId="1B47553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EB618" w14:textId="1A9C78D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55BBCDAD" w14:textId="09CC98CE" w:rsidTr="00842A08">
        <w:tc>
          <w:tcPr>
            <w:tcW w:w="290" w:type="pct"/>
          </w:tcPr>
          <w:p w14:paraId="7784FBC6" w14:textId="3EABBA6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537" w:type="pct"/>
          </w:tcPr>
          <w:p w14:paraId="43BBDFA1" w14:textId="029B2D4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Praveen H.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F157" w14:textId="1FAA768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D65E1" w14:textId="7CBDE5C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A4952" w14:textId="41463D3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BADCD" w14:textId="3695EE9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7513D" w14:textId="68FF5CC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C566C" w14:textId="61E3257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45ABD" w14:textId="3AC458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9ECBC" w14:textId="07E3496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EC166" w14:textId="3584CCC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42747BB0" w14:textId="161E2021" w:rsidTr="00842A08">
        <w:tc>
          <w:tcPr>
            <w:tcW w:w="290" w:type="pct"/>
          </w:tcPr>
          <w:p w14:paraId="20CE368C" w14:textId="4649C9D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537" w:type="pct"/>
          </w:tcPr>
          <w:p w14:paraId="220F6464" w14:textId="7360675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Matthew Woods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0767" w14:textId="044B85B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7C14D" w14:textId="3EBD4D3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F7A5F" w14:textId="727091B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6485C" w14:textId="7708D90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2AD97" w14:textId="19B52B0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0AA65" w14:textId="092C3A0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A4E39" w14:textId="1016AEB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7CEC6" w14:textId="296B248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33CB3" w14:textId="0E656E3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F0540C5" w14:textId="08FC670A" w:rsidTr="00842A08">
        <w:tc>
          <w:tcPr>
            <w:tcW w:w="290" w:type="pct"/>
          </w:tcPr>
          <w:p w14:paraId="09B9EF39" w14:textId="4294BFF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537" w:type="pct"/>
          </w:tcPr>
          <w:p w14:paraId="3D1B20D8" w14:textId="06F0131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Hidetake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Kamei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CEB7" w14:textId="317B1D2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230EE" w14:textId="44C7CD8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BC3E6" w14:textId="544FF53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71330" w14:textId="72647D8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800F7" w14:textId="42A8304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EE633" w14:textId="501E203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9C630" w14:textId="1C9FF5C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52410" w14:textId="0D8F3CB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98D19" w14:textId="4B18F0D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32C9899" w14:textId="4776E733" w:rsidTr="00842A08">
        <w:tc>
          <w:tcPr>
            <w:tcW w:w="290" w:type="pct"/>
          </w:tcPr>
          <w:p w14:paraId="77929FED" w14:textId="1618C69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537" w:type="pct"/>
          </w:tcPr>
          <w:p w14:paraId="4F0E498C" w14:textId="0D73E8D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Saleem Haj-Yahia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62D6" w14:textId="0745942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4A9ED" w14:textId="169333B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79814" w14:textId="5386ED3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20CD5" w14:textId="12913A5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331DB" w14:textId="02573AB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1F1DD" w14:textId="02EC380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C5662" w14:textId="63CC113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AAD72" w14:textId="56C6BD0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077AE" w14:textId="214DC4A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0B817D1" w14:textId="3C4C141F" w:rsidTr="00842A08">
        <w:tc>
          <w:tcPr>
            <w:tcW w:w="290" w:type="pct"/>
          </w:tcPr>
          <w:p w14:paraId="40E7098A" w14:textId="508B3A7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537" w:type="pct"/>
          </w:tcPr>
          <w:p w14:paraId="7A65BDE8" w14:textId="6E88E53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Toru Miyoshi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7820" w14:textId="3C312EA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42D6E" w14:textId="2A43473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FAB94" w14:textId="559186D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625B5" w14:textId="5A8D780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15B89" w14:textId="6EAF9D9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B6140" w14:textId="125BF4E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154E3" w14:textId="4453969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25233" w14:textId="0445AB2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CAECB" w14:textId="7FC3621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AC05F73" w14:textId="74BA9129" w:rsidTr="00842A08">
        <w:tc>
          <w:tcPr>
            <w:tcW w:w="290" w:type="pct"/>
          </w:tcPr>
          <w:p w14:paraId="017663A1" w14:textId="2B92229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537" w:type="pct"/>
          </w:tcPr>
          <w:p w14:paraId="35D8BB88" w14:textId="3B3B37E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Harald Lenz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120B" w14:textId="2B4BF36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419CC" w14:textId="1439790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E6CDD" w14:textId="6B18DB9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35E9B" w14:textId="0558C22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1581E" w14:textId="2BFADF4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56555" w14:textId="6FD15DD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E61BF" w14:textId="7B32AEA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8B6F9" w14:textId="2902B86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FD5EB" w14:textId="6869AD7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2D42551" w14:textId="5B9E744F" w:rsidTr="00842A08">
        <w:tc>
          <w:tcPr>
            <w:tcW w:w="290" w:type="pct"/>
          </w:tcPr>
          <w:p w14:paraId="311A9552" w14:textId="46C149F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537" w:type="pct"/>
          </w:tcPr>
          <w:p w14:paraId="63DF3CC2" w14:textId="09F1ADC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Narendranath </w:t>
            </w:r>
            <w:proofErr w:type="spellStart"/>
            <w:r w:rsidRPr="003F1022">
              <w:rPr>
                <w:rFonts w:ascii="Times New Roman" w:hAnsi="Times New Roman" w:cs="Times New Roman"/>
              </w:rPr>
              <w:t>Epperla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D3BE" w14:textId="7CCB4D1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9DDC4" w14:textId="15500F0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D7573" w14:textId="2355B29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FC765" w14:textId="6FBEB60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4908" w14:textId="62DFD7B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FBA7E" w14:textId="2CFE65C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B7B7E" w14:textId="303A0EA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D6479" w14:textId="418C7C3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0CFAA" w14:textId="4586A59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73A8E66A" w14:textId="138BAC37" w:rsidTr="00842A08">
        <w:tc>
          <w:tcPr>
            <w:tcW w:w="290" w:type="pct"/>
          </w:tcPr>
          <w:p w14:paraId="1FA8401C" w14:textId="36B2881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48</w:t>
            </w:r>
          </w:p>
        </w:tc>
        <w:tc>
          <w:tcPr>
            <w:tcW w:w="537" w:type="pct"/>
          </w:tcPr>
          <w:p w14:paraId="14B0480C" w14:textId="204C34A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Rami A Ballout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9E9E" w14:textId="5CAB216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9FE53" w14:textId="46B2263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E7158" w14:textId="1F85334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F29D7" w14:textId="0C2535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4F405" w14:textId="4EBE809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7D553" w14:textId="4C0712A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258A2" w14:textId="72F920D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EF924" w14:textId="5899686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A6C54" w14:textId="1046F01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4DA7FEA" w14:textId="57FAD51D" w:rsidTr="00842A08">
        <w:tc>
          <w:tcPr>
            <w:tcW w:w="290" w:type="pct"/>
          </w:tcPr>
          <w:p w14:paraId="319C78F4" w14:textId="767CFE1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49</w:t>
            </w:r>
          </w:p>
        </w:tc>
        <w:tc>
          <w:tcPr>
            <w:tcW w:w="537" w:type="pct"/>
          </w:tcPr>
          <w:p w14:paraId="5AD8F9A3" w14:textId="27095DF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Seiko Sato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C99D" w14:textId="6BC3962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C7F59" w14:textId="0336433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E6813" w14:textId="01713D2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B8C94" w14:textId="008FF62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CBDFD" w14:textId="07D399A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9A211" w14:textId="3C4DA0F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183E6" w14:textId="7150747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E0B77" w14:textId="5A96DF2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EAA74" w14:textId="68FC9D3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2B47A50" w14:textId="2F6DF3B7" w:rsidTr="00842A08">
        <w:tc>
          <w:tcPr>
            <w:tcW w:w="290" w:type="pct"/>
          </w:tcPr>
          <w:p w14:paraId="3D6A09E0" w14:textId="2BF2C5D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537" w:type="pct"/>
          </w:tcPr>
          <w:p w14:paraId="2809B65C" w14:textId="3A7B63E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Takeshi Nishimuraa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B50D" w14:textId="1CFA009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F6E17" w14:textId="29F607D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F554E" w14:textId="05B5741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848DC" w14:textId="6D551A2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FEA3F" w14:textId="4A77E4C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A33DD" w14:textId="5414FEE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A7A48" w14:textId="00749E8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1FEB1" w14:textId="1CD55C7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B8993" w14:textId="4049B8D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96F16B6" w14:textId="29499AEE" w:rsidTr="00842A08">
        <w:tc>
          <w:tcPr>
            <w:tcW w:w="290" w:type="pct"/>
          </w:tcPr>
          <w:p w14:paraId="60C4F067" w14:textId="3E950C1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537" w:type="pct"/>
          </w:tcPr>
          <w:p w14:paraId="7E47991A" w14:textId="19142AD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Mayako Goto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6AB1" w14:textId="4CC500C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EBFAD" w14:textId="6DDFC4D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C0C3D" w14:textId="0929469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E696F" w14:textId="32E603E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FA909" w14:textId="73446A1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DEBCE" w14:textId="21A6BB2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46C59" w14:textId="127FCA2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D875F" w14:textId="3D75E6C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95DBA" w14:textId="6F23016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645C529" w14:textId="531D6410" w:rsidTr="00842A08">
        <w:tc>
          <w:tcPr>
            <w:tcW w:w="290" w:type="pct"/>
          </w:tcPr>
          <w:p w14:paraId="75C71DBA" w14:textId="7A5C2E9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537" w:type="pct"/>
          </w:tcPr>
          <w:p w14:paraId="72CC7210" w14:textId="1198AFA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Judith Aronsohn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B5A4" w14:textId="7B5A07A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528B9" w14:textId="28D0B1C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81A5E" w14:textId="608D42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88E32" w14:textId="5D8F1E2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3EC5A" w14:textId="2D87EC7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CD52D" w14:textId="3C01BA8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F30E2" w14:textId="7465894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30F10" w14:textId="7DD18CC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49C32" w14:textId="6B1280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6388FCD" w14:textId="4538F099" w:rsidTr="00842A08">
        <w:tc>
          <w:tcPr>
            <w:tcW w:w="290" w:type="pct"/>
          </w:tcPr>
          <w:p w14:paraId="0DA9828D" w14:textId="37FF714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537" w:type="pct"/>
          </w:tcPr>
          <w:p w14:paraId="3B0207BB" w14:textId="670B659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Sabiye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Yilmaz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66BA" w14:textId="1298C78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4C697" w14:textId="4E9708A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33A3D" w14:textId="2E2257F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E1685" w14:textId="37E4300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2B66C" w14:textId="7DCD6F9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3E2F4" w14:textId="32B6115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D195D" w14:textId="64763CB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2CD3E" w14:textId="4FCCD9F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2ED88" w14:textId="00D1DEE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539EF07" w14:textId="380F4CFA" w:rsidTr="00842A08">
        <w:tc>
          <w:tcPr>
            <w:tcW w:w="290" w:type="pct"/>
          </w:tcPr>
          <w:p w14:paraId="32F181DE" w14:textId="4179F52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537" w:type="pct"/>
          </w:tcPr>
          <w:p w14:paraId="760FE5AE" w14:textId="138AA47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Tomoya</w:t>
            </w:r>
            <w:r w:rsidRPr="003F1022">
              <w:rPr>
                <w:rFonts w:ascii="Times New Roman" w:hAnsi="Times New Roman" w:cs="Times New Roman" w:hint="eastAsia"/>
                <w:lang w:eastAsia="ja-JP"/>
              </w:rPr>
              <w:t xml:space="preserve"> Hasegawa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41B7" w14:textId="3700066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4ECEA" w14:textId="3A4170A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181E9" w14:textId="48BFF03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18443" w14:textId="0F77F13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BD628" w14:textId="010E7C2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65CE1" w14:textId="3309475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391E1" w14:textId="3F17FE4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013F2" w14:textId="55DB1DE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8F31B" w14:textId="521706E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DC5E01F" w14:textId="786315F1" w:rsidTr="00842A08">
        <w:tc>
          <w:tcPr>
            <w:tcW w:w="290" w:type="pct"/>
          </w:tcPr>
          <w:p w14:paraId="1A93974B" w14:textId="16EC23D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537" w:type="pct"/>
          </w:tcPr>
          <w:p w14:paraId="2B1FD11E" w14:textId="3A24B1B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Ernesto González-Mesa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4090" w14:textId="72BF4A3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7DE41" w14:textId="2F2EF77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64CE4" w14:textId="26AC1BA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0822C" w14:textId="139B389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EA66D" w14:textId="0396C33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150FE" w14:textId="363E534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398A3" w14:textId="6C98BDF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3746A" w14:textId="4C2740F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DB52A" w14:textId="18F3165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7B1E192A" w14:textId="1C2BD46B" w:rsidTr="00842A08">
        <w:tc>
          <w:tcPr>
            <w:tcW w:w="290" w:type="pct"/>
          </w:tcPr>
          <w:p w14:paraId="6B33E864" w14:textId="5E5320A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537" w:type="pct"/>
          </w:tcPr>
          <w:p w14:paraId="41672A15" w14:textId="3D4156F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Ina Grimme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34E2" w14:textId="4CFF749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77FFE" w14:textId="6D9AC19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60E75" w14:textId="28CF6CB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5A0E2" w14:textId="305827C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9B3AE" w14:textId="6551F85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70DBD" w14:textId="4FA3285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EC8D1" w14:textId="77B2690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AD305" w14:textId="2328F1E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0BD46" w14:textId="74D614D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8BEF08D" w14:textId="5DEA0D4E" w:rsidTr="00842A08">
        <w:tc>
          <w:tcPr>
            <w:tcW w:w="290" w:type="pct"/>
          </w:tcPr>
          <w:p w14:paraId="0229C9E9" w14:textId="6B15E63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58</w:t>
            </w:r>
          </w:p>
        </w:tc>
        <w:tc>
          <w:tcPr>
            <w:tcW w:w="537" w:type="pct"/>
          </w:tcPr>
          <w:p w14:paraId="1833A9B7" w14:textId="7D92938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Jacobs R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A28F" w14:textId="450E6C4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30099" w14:textId="51FC5DC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AAD59" w14:textId="7B3A676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8F8EA" w14:textId="522C8E8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1EAB8" w14:textId="165EB78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7948E" w14:textId="44D17CC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67A26" w14:textId="1B05DA5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8CD75" w14:textId="694031B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D523C" w14:textId="5EBFB1D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517D040C" w14:textId="5518AD06" w:rsidTr="00842A08">
        <w:tc>
          <w:tcPr>
            <w:tcW w:w="290" w:type="pct"/>
          </w:tcPr>
          <w:p w14:paraId="401F0C31" w14:textId="0C37C58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59</w:t>
            </w:r>
          </w:p>
        </w:tc>
        <w:tc>
          <w:tcPr>
            <w:tcW w:w="537" w:type="pct"/>
          </w:tcPr>
          <w:p w14:paraId="02238BC5" w14:textId="784F577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A.A. </w:t>
            </w:r>
            <w:proofErr w:type="spellStart"/>
            <w:r w:rsidRPr="003F1022">
              <w:rPr>
                <w:rFonts w:ascii="Times New Roman" w:hAnsi="Times New Roman" w:cs="Times New Roman"/>
              </w:rPr>
              <w:t>Rouzi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C17C" w14:textId="213D1E8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C7F60" w14:textId="56C38F9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F61BD" w14:textId="5D6D024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55DA8" w14:textId="6A8A440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6F99C" w14:textId="6A7EB87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83F84" w14:textId="0B681EA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287A5" w14:textId="5E55A81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ACB10" w14:textId="0C6F56A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2A84E" w14:textId="265BF84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C859AFB" w14:textId="16EF8C1C" w:rsidTr="00842A08">
        <w:tc>
          <w:tcPr>
            <w:tcW w:w="290" w:type="pct"/>
          </w:tcPr>
          <w:p w14:paraId="44111507" w14:textId="5B0D594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537" w:type="pct"/>
          </w:tcPr>
          <w:p w14:paraId="5E60911F" w14:textId="57C0667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Francesca Gatti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3B76" w14:textId="136586B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1F89C" w14:textId="0EA276A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B2ADF" w14:textId="01CED42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8A1AD" w14:textId="17D7D74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F3CA5" w14:textId="7FB85B5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A6F8E" w14:textId="7838C74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654C4" w14:textId="41E42B7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EC057" w14:textId="63823E4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EC47E" w14:textId="169BA5E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A0B22D1" w14:textId="43250A10" w:rsidTr="00842A08">
        <w:tc>
          <w:tcPr>
            <w:tcW w:w="290" w:type="pct"/>
          </w:tcPr>
          <w:p w14:paraId="4FBC57A1" w14:textId="1D512326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537" w:type="pct"/>
          </w:tcPr>
          <w:p w14:paraId="077A8B97" w14:textId="130E86D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Susan W.J.D.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DA01" w14:textId="42C88BD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D0A0A" w14:textId="6C72C11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70BE3" w14:textId="2F5EA25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FBD4F" w14:textId="1BA7B7E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E623A" w14:textId="3D17CCD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463F0" w14:textId="421487B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B45CE" w14:textId="383A8DB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1B78B" w14:textId="6244BC2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FDE0D" w14:textId="01F3D60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13EB275" w14:textId="77777777" w:rsidTr="00842A08">
        <w:tc>
          <w:tcPr>
            <w:tcW w:w="290" w:type="pct"/>
          </w:tcPr>
          <w:p w14:paraId="37824A5F" w14:textId="387FF797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  <w:lang w:eastAsia="ja-JP"/>
              </w:rPr>
              <w:t>6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537" w:type="pct"/>
          </w:tcPr>
          <w:p w14:paraId="1C6BFFB2" w14:textId="4750965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Samir Haddad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19B1" w14:textId="1C0FCF9A" w:rsidR="00390B7D" w:rsidRPr="00F03718" w:rsidRDefault="00390B7D" w:rsidP="00390B7D">
            <w:pPr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F86D3" w14:textId="24F5C26D" w:rsidR="00390B7D" w:rsidRPr="00F03718" w:rsidRDefault="00390B7D" w:rsidP="00390B7D">
            <w:pPr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4194D" w14:textId="5D851064" w:rsidR="00390B7D" w:rsidRPr="00F03718" w:rsidRDefault="00390B7D" w:rsidP="00390B7D">
            <w:pPr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B9834" w14:textId="6C3CB7FB" w:rsidR="00390B7D" w:rsidRPr="00F03718" w:rsidRDefault="00390B7D" w:rsidP="00390B7D">
            <w:pPr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AFF32" w14:textId="3E9D6A15" w:rsidR="00390B7D" w:rsidRPr="00F03718" w:rsidRDefault="00390B7D" w:rsidP="00390B7D">
            <w:pPr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D0832" w14:textId="36A16242" w:rsidR="00390B7D" w:rsidRPr="00F03718" w:rsidRDefault="00390B7D" w:rsidP="00390B7D">
            <w:pPr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01046" w14:textId="5B8F2EC6" w:rsidR="00390B7D" w:rsidRPr="00F03718" w:rsidRDefault="00390B7D" w:rsidP="00390B7D">
            <w:pPr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D2A6B" w14:textId="49407977" w:rsidR="00390B7D" w:rsidRPr="00F03718" w:rsidRDefault="00390B7D" w:rsidP="00390B7D">
            <w:pPr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10E4E" w14:textId="219F3DCB" w:rsidR="00390B7D" w:rsidRPr="00F03718" w:rsidRDefault="00390B7D" w:rsidP="00390B7D">
            <w:pPr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  <w:lang w:eastAsia="ja-JP"/>
              </w:rPr>
              <w:t>Include</w:t>
            </w:r>
          </w:p>
        </w:tc>
      </w:tr>
      <w:tr w:rsidR="00390B7D" w:rsidRPr="00F03718" w14:paraId="4CD14C2C" w14:textId="6BD2D1DE" w:rsidTr="00842A08">
        <w:tc>
          <w:tcPr>
            <w:tcW w:w="290" w:type="pct"/>
          </w:tcPr>
          <w:p w14:paraId="77136C2D" w14:textId="5984E4A3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537" w:type="pct"/>
          </w:tcPr>
          <w:p w14:paraId="3F29EA37" w14:textId="5D575EA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Wakako</w:t>
            </w:r>
            <w:r w:rsidRPr="00F03718">
              <w:rPr>
                <w:rFonts w:ascii="Times New Roman" w:hAnsi="Times New Roman" w:cs="Times New Roman"/>
                <w:sz w:val="21"/>
                <w:szCs w:val="21"/>
                <w:lang w:eastAsia="ja-JP"/>
              </w:rPr>
              <w:t xml:space="preserve"> Hikijia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212A" w14:textId="04AF750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24A" w14:textId="018CAAF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E660B" w14:textId="6081F28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D8093" w14:textId="39F07BF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A534F" w14:textId="493EF3B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A6301" w14:textId="69A5861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AB13F" w14:textId="11E92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EBCE3" w14:textId="4866B72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A2B1C" w14:textId="278C69E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3AB79D5" w14:textId="3A32BC80" w:rsidTr="00842A08">
        <w:tc>
          <w:tcPr>
            <w:tcW w:w="290" w:type="pct"/>
          </w:tcPr>
          <w:p w14:paraId="013D8027" w14:textId="04107FC4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537" w:type="pct"/>
          </w:tcPr>
          <w:p w14:paraId="2F6A111D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Usha </w:t>
            </w: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Vellayappan</w:t>
            </w:r>
            <w:proofErr w:type="spellEnd"/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612D" w14:textId="30B87E6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FBFF2" w14:textId="2B99387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378C5" w14:textId="0F0E69F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D1B99" w14:textId="3CFDF5C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883FD" w14:textId="0A7AF51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D748A" w14:textId="195F6DD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C5EB8" w14:textId="74D10AD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AA291" w14:textId="37BFA7C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650AB" w14:textId="4E934CE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B71927A" w14:textId="2101859E" w:rsidTr="00842A08">
        <w:tc>
          <w:tcPr>
            <w:tcW w:w="290" w:type="pct"/>
          </w:tcPr>
          <w:p w14:paraId="646D9C18" w14:textId="3C15D129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lastRenderedPageBreak/>
              <w:t>68</w:t>
            </w:r>
          </w:p>
        </w:tc>
        <w:tc>
          <w:tcPr>
            <w:tcW w:w="537" w:type="pct"/>
          </w:tcPr>
          <w:p w14:paraId="5C0A3C01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Ozlem </w:t>
            </w: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Guneysel</w:t>
            </w:r>
            <w:proofErr w:type="spellEnd"/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D2CD" w14:textId="3FA1F17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FAD2E" w14:textId="6F217D4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3AC14" w14:textId="1951871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D6A8A" w14:textId="40BAB68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CD992" w14:textId="4DC6E2F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E262C" w14:textId="7158773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37AAD" w14:textId="5BF21B4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60102" w14:textId="6AB32F5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FBB8A" w14:textId="772CB34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4CE39A58" w14:textId="237A7F5E" w:rsidTr="00842A08">
        <w:tc>
          <w:tcPr>
            <w:tcW w:w="290" w:type="pct"/>
          </w:tcPr>
          <w:p w14:paraId="0F0D299D" w14:textId="6B1D6611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69</w:t>
            </w:r>
          </w:p>
        </w:tc>
        <w:tc>
          <w:tcPr>
            <w:tcW w:w="537" w:type="pct"/>
          </w:tcPr>
          <w:p w14:paraId="070236F8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Ozgur </w:t>
            </w: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Sogut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6DC8" w14:textId="7A7B930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7982" w14:textId="6E753D9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D40C6" w14:textId="66A9A11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ACFE2" w14:textId="3BB6EDC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5F6C7" w14:textId="21A8234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1E78F" w14:textId="74D1B54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91CCA" w14:textId="74BD1FC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24BD3" w14:textId="6A415FB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4F1A5" w14:textId="69020DE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AED0FB4" w14:textId="7A671F21" w:rsidTr="00842A08">
        <w:tc>
          <w:tcPr>
            <w:tcW w:w="290" w:type="pct"/>
          </w:tcPr>
          <w:p w14:paraId="52A500C1" w14:textId="2556FF4C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0</w:t>
            </w:r>
          </w:p>
        </w:tc>
        <w:tc>
          <w:tcPr>
            <w:tcW w:w="537" w:type="pct"/>
          </w:tcPr>
          <w:p w14:paraId="1F1ABD56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Maassrad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622F" w14:textId="0DB7A23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98C06" w14:textId="46EB6F4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DB20B" w14:textId="3B571E9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4578A" w14:textId="7992EA0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F399A" w14:textId="63AED42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BD52C" w14:textId="4B0958B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19512" w14:textId="7F4F5C6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C25B" w14:textId="78745A4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22D2C" w14:textId="22B9182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FDC8F28" w14:textId="772BD84F" w:rsidTr="00842A08">
        <w:tc>
          <w:tcPr>
            <w:tcW w:w="290" w:type="pct"/>
          </w:tcPr>
          <w:p w14:paraId="43801C92" w14:textId="55A8AEAF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537" w:type="pct"/>
          </w:tcPr>
          <w:p w14:paraId="24D4DF03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Asli Goker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44FE" w14:textId="6EFDCF8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F8203" w14:textId="6748826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BA0B4" w14:textId="6D455E0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0FDA6" w14:textId="442901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F7E21" w14:textId="4C52A13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8C7D4" w14:textId="3073105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69401" w14:textId="63887CF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89FF0" w14:textId="459A184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63B0B" w14:textId="43A1933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5BA54C88" w14:textId="37E40803" w:rsidTr="00842A08">
        <w:tc>
          <w:tcPr>
            <w:tcW w:w="290" w:type="pct"/>
          </w:tcPr>
          <w:p w14:paraId="0B6CCAA0" w14:textId="6473F1BC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537" w:type="pct"/>
          </w:tcPr>
          <w:p w14:paraId="67A60E7A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E. C. M. Nelissen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3A8E" w14:textId="7B56801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4A6F" w14:textId="2E765DF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12690" w14:textId="2FAC963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162E4" w14:textId="44E7159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B9E85" w14:textId="3E6A4AF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0FEB7" w14:textId="15E735E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D180D" w14:textId="6E781B5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08C5C" w14:textId="4D3ED23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42DF6" w14:textId="7E13E35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79920E6E" w14:textId="7F5D1163" w:rsidTr="00842A08">
        <w:tc>
          <w:tcPr>
            <w:tcW w:w="290" w:type="pct"/>
          </w:tcPr>
          <w:p w14:paraId="4E45AFA6" w14:textId="7285340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537" w:type="pct"/>
          </w:tcPr>
          <w:p w14:paraId="62705B61" w14:textId="3242795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Ben Gupta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7D8B" w14:textId="2686E92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30727" w14:textId="77B1A70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2BD9" w14:textId="6839864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D0504" w14:textId="141A41B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6347C" w14:textId="1394D2B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F7DEB" w14:textId="7DDCB39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83E34" w14:textId="011F285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743D5" w14:textId="1F56B92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109B0" w14:textId="5D09A67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27B8546" w14:textId="7B8D6F30" w:rsidTr="00842A08">
        <w:tc>
          <w:tcPr>
            <w:tcW w:w="290" w:type="pct"/>
          </w:tcPr>
          <w:p w14:paraId="734079CF" w14:textId="291A053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537" w:type="pct"/>
          </w:tcPr>
          <w:p w14:paraId="0B8DF11D" w14:textId="2206571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Chang-Hsun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A333" w14:textId="2763F12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CC82D" w14:textId="66851F4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285D" w14:textId="4E20FA8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12C3D" w14:textId="3A81151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AD955" w14:textId="20E027E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A08AC" w14:textId="6818F4F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05C0E" w14:textId="30DC236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87E8B" w14:textId="3B514A4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F84DC" w14:textId="389B4BB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40CB391" w14:textId="2EC8F903" w:rsidTr="00842A08">
        <w:tc>
          <w:tcPr>
            <w:tcW w:w="290" w:type="pct"/>
          </w:tcPr>
          <w:p w14:paraId="57B47BC3" w14:textId="5400113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537" w:type="pct"/>
          </w:tcPr>
          <w:p w14:paraId="41FCBD8F" w14:textId="3903EF4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Kinney-Ham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0000" w14:textId="6C21362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9CCCC" w14:textId="6CC7C7F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2B547" w14:textId="30DA29E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158B6" w14:textId="170C559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4F198" w14:textId="6E64FDB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30808" w14:textId="55149DF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525E5" w14:textId="794EAE3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B7537" w14:textId="32E7FA4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5C320" w14:textId="08787C9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0286E29" w14:textId="4B1B9710" w:rsidTr="00842A08">
        <w:tc>
          <w:tcPr>
            <w:tcW w:w="290" w:type="pct"/>
          </w:tcPr>
          <w:p w14:paraId="5651B3CA" w14:textId="440B321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537" w:type="pct"/>
          </w:tcPr>
          <w:p w14:paraId="176B3EBA" w14:textId="4901F16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Paul T. Engels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2018" w14:textId="2BE9771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5E6E0" w14:textId="5FC6997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6F504" w14:textId="2832FBF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28BE6" w14:textId="549BDCD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DAA2F" w14:textId="37254FF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E0BB1" w14:textId="431DF4A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68653" w14:textId="194345D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BC8EF" w14:textId="145FB8D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F2523" w14:textId="3742090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F899A23" w14:textId="34C0B83C" w:rsidTr="00842A08">
        <w:tc>
          <w:tcPr>
            <w:tcW w:w="290" w:type="pct"/>
          </w:tcPr>
          <w:p w14:paraId="0A17061F" w14:textId="11C9A7B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78</w:t>
            </w:r>
          </w:p>
        </w:tc>
        <w:tc>
          <w:tcPr>
            <w:tcW w:w="537" w:type="pct"/>
          </w:tcPr>
          <w:p w14:paraId="305283F7" w14:textId="01B88F2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Gabrielle </w:t>
            </w:r>
            <w:proofErr w:type="spellStart"/>
            <w:r w:rsidRPr="003F1022">
              <w:rPr>
                <w:rFonts w:ascii="Times New Roman" w:hAnsi="Times New Roman" w:cs="Times New Roman"/>
              </w:rPr>
              <w:t>Dezarnaulds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771D" w14:textId="3FEE2A1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F924F" w14:textId="573B016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CEDCA" w14:textId="0421816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B396C" w14:textId="5EAD9B7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6B24F" w14:textId="0BC3E59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C67DA" w14:textId="64C9C15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364E1" w14:textId="448924B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1DFF6" w14:textId="5791DBD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8ADD6" w14:textId="11AB578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3CC7B3A" w14:textId="2AE1D4FE" w:rsidTr="00842A08">
        <w:tc>
          <w:tcPr>
            <w:tcW w:w="290" w:type="pct"/>
          </w:tcPr>
          <w:p w14:paraId="4CEB0C47" w14:textId="103B8DF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79</w:t>
            </w:r>
          </w:p>
        </w:tc>
        <w:tc>
          <w:tcPr>
            <w:tcW w:w="537" w:type="pct"/>
          </w:tcPr>
          <w:p w14:paraId="7042D848" w14:textId="4888E79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S Lurie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02FDA" w14:textId="1469380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8950A" w14:textId="02BE7C8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A681C" w14:textId="25F118B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90550" w14:textId="252235F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DB3BD" w14:textId="4281254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01134" w14:textId="6E9DE19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54627" w14:textId="0647563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146F9" w14:textId="7237031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DD7B" w14:textId="437F89A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776AFF9F" w14:textId="19A17CEC" w:rsidTr="00842A08">
        <w:tc>
          <w:tcPr>
            <w:tcW w:w="290" w:type="pct"/>
          </w:tcPr>
          <w:p w14:paraId="56A01F75" w14:textId="01DA279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537" w:type="pct"/>
          </w:tcPr>
          <w:p w14:paraId="57E3BEF8" w14:textId="502A60A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 w:hint="eastAsia"/>
                <w:lang w:eastAsia="ja-JP"/>
              </w:rPr>
              <w:t>Koji Wake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0669" w14:textId="0492CF5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CCD93" w14:textId="0822F8E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75BAA" w14:textId="19B17A0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46BBC" w14:textId="5BCAC54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6097A" w14:textId="15729EF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038A5" w14:textId="2E63977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662AA" w14:textId="0C043F3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3E953" w14:textId="2D3C49B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216EA" w14:textId="7CE4983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E415D99" w14:textId="7975FD26" w:rsidTr="00842A08">
        <w:tc>
          <w:tcPr>
            <w:tcW w:w="290" w:type="pct"/>
          </w:tcPr>
          <w:p w14:paraId="5EDD7B3C" w14:textId="202BF0D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537" w:type="pct"/>
          </w:tcPr>
          <w:p w14:paraId="71CD8C07" w14:textId="648ADCE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John H.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E393" w14:textId="542BA0D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46223" w14:textId="3FAE88F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58333" w14:textId="57AF99E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714FD" w14:textId="3B81A0E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D2977" w14:textId="2B5E674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5674F" w14:textId="0C61A71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CA83A" w14:textId="582D70C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856C" w14:textId="3CBE557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D9B75" w14:textId="6CE0A4A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0A69CEC" w14:textId="73C1ACB2" w:rsidTr="00842A08">
        <w:tc>
          <w:tcPr>
            <w:tcW w:w="290" w:type="pct"/>
          </w:tcPr>
          <w:p w14:paraId="7CB0767E" w14:textId="10EF0EA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537" w:type="pct"/>
          </w:tcPr>
          <w:p w14:paraId="18BEBDA8" w14:textId="52AEE4F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Carl W.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F80" w14:textId="6674C76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078D" w14:textId="6214F68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29532" w14:textId="71C8E95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28B5D" w14:textId="2A79FCA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92D5B" w14:textId="06990A8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736E6" w14:textId="617E89C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DA2E0" w14:textId="0F314C6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E224C" w14:textId="7E0EEEF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B16A8" w14:textId="1DF3A4C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1E5FB0D" w14:textId="0C711DC0" w:rsidTr="00842A08">
        <w:tc>
          <w:tcPr>
            <w:tcW w:w="290" w:type="pct"/>
          </w:tcPr>
          <w:p w14:paraId="12DEBF03" w14:textId="71F905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537" w:type="pct"/>
          </w:tcPr>
          <w:p w14:paraId="06528F31" w14:textId="15C0A92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F. López-Soriano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F327" w14:textId="6279305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BDEAC" w14:textId="04A05F9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A30DB" w14:textId="1065CB7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124E0" w14:textId="01BD9A6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08954" w14:textId="5D7F83D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37670" w14:textId="6D28D6F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14131" w14:textId="525EFC2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EE14B" w14:textId="142F36C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F05BF" w14:textId="7255A4B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6359B75" w14:textId="4D865043" w:rsidTr="00842A08">
        <w:tc>
          <w:tcPr>
            <w:tcW w:w="290" w:type="pct"/>
          </w:tcPr>
          <w:p w14:paraId="4BBD4284" w14:textId="7A95E04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537" w:type="pct"/>
          </w:tcPr>
          <w:p w14:paraId="36ADA010" w14:textId="0DC2C7A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C. </w:t>
            </w:r>
            <w:proofErr w:type="spellStart"/>
            <w:r w:rsidRPr="003F1022">
              <w:rPr>
                <w:rFonts w:ascii="Times New Roman" w:hAnsi="Times New Roman" w:cs="Times New Roman"/>
              </w:rPr>
              <w:t>Perdrix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650C" w14:textId="1A528AE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B5208" w14:textId="434803E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6BA20" w14:textId="22ECDE0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F2075" w14:textId="1331676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D299C" w14:textId="6445581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39F91" w14:textId="6318D4F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1F7F3" w14:textId="0CC91D1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1FA8D" w14:textId="6977924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20065" w14:textId="2B3323D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33BECA5" w14:textId="1195E54E" w:rsidTr="00842A08">
        <w:tc>
          <w:tcPr>
            <w:tcW w:w="290" w:type="pct"/>
          </w:tcPr>
          <w:p w14:paraId="3199C619" w14:textId="41EC83B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537" w:type="pct"/>
          </w:tcPr>
          <w:p w14:paraId="73518AD1" w14:textId="648FB36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Sebastian N.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56AF" w14:textId="61EBAEB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53AA3" w14:textId="1957A07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7487F" w14:textId="6941195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4FC57" w14:textId="15DA169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16507" w14:textId="5D89A19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F1BAF" w14:textId="79E7C07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DAC0F" w14:textId="067C864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EB895" w14:textId="5EFD1AA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AA72B" w14:textId="2EF53C2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5EACF1AE" w14:textId="683C018C" w:rsidTr="00842A08">
        <w:tc>
          <w:tcPr>
            <w:tcW w:w="290" w:type="pct"/>
          </w:tcPr>
          <w:p w14:paraId="4CF2387A" w14:textId="2F75A63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537" w:type="pct"/>
          </w:tcPr>
          <w:p w14:paraId="036D858D" w14:textId="0BD6BED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Mert Kazandi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34E9" w14:textId="1F8FD01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F9B72" w14:textId="6A24D4C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B4538" w14:textId="1280622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B6943" w14:textId="77C5BC9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1E2D0" w14:textId="1142A18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473F1" w14:textId="29F3F09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73D99" w14:textId="704C78E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2EFFA" w14:textId="12EFE28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44B66" w14:textId="17D34A3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B74C2F8" w14:textId="482E81A5" w:rsidTr="00842A08">
        <w:tc>
          <w:tcPr>
            <w:tcW w:w="290" w:type="pct"/>
          </w:tcPr>
          <w:p w14:paraId="2A8A9A11" w14:textId="442DE29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87</w:t>
            </w:r>
          </w:p>
        </w:tc>
        <w:tc>
          <w:tcPr>
            <w:tcW w:w="537" w:type="pct"/>
          </w:tcPr>
          <w:p w14:paraId="2245492E" w14:textId="6B7E993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Cuma Yildirim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3CBB" w14:textId="4C1F605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7B5A9" w14:textId="58EAC76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10B87" w14:textId="3E1C8E3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432E7" w14:textId="7124CC4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1A13B" w14:textId="2792C15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28259" w14:textId="5FA75B0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3420F" w14:textId="6610615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9E2F6" w14:textId="77EC898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07667" w14:textId="4865BF1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10B2D58" w14:textId="4D3B10A1" w:rsidTr="00842A08">
        <w:tc>
          <w:tcPr>
            <w:tcW w:w="290" w:type="pct"/>
          </w:tcPr>
          <w:p w14:paraId="09688880" w14:textId="273C120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88</w:t>
            </w:r>
          </w:p>
        </w:tc>
        <w:tc>
          <w:tcPr>
            <w:tcW w:w="537" w:type="pct"/>
          </w:tcPr>
          <w:p w14:paraId="0A495944" w14:textId="01700FB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G. A. Coke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331C" w14:textId="46985A3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F95DB" w14:textId="37D68B8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4E6DA" w14:textId="58DCB37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8E912" w14:textId="316E4AB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25A5E" w14:textId="089A8D6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A0FEC" w14:textId="115A91A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18151" w14:textId="21CFC78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AF0F8" w14:textId="68CF527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9C7B4" w14:textId="749C6D7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57E8F8C3" w14:textId="226F2EB7" w:rsidTr="00842A08">
        <w:tc>
          <w:tcPr>
            <w:tcW w:w="290" w:type="pct"/>
          </w:tcPr>
          <w:p w14:paraId="24D734E1" w14:textId="7EC320C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89</w:t>
            </w:r>
          </w:p>
        </w:tc>
        <w:tc>
          <w:tcPr>
            <w:tcW w:w="537" w:type="pct"/>
          </w:tcPr>
          <w:p w14:paraId="6F146025" w14:textId="272A3CD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Christian </w:t>
            </w:r>
            <w:proofErr w:type="spellStart"/>
            <w:r w:rsidRPr="003F1022">
              <w:rPr>
                <w:rFonts w:ascii="Times New Roman" w:hAnsi="Times New Roman" w:cs="Times New Roman"/>
              </w:rPr>
              <w:t>Byhahn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70EC" w14:textId="7FF02D5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E1189" w14:textId="31B0AA3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37BBA" w14:textId="4EAFC6A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E68EE" w14:textId="3434E80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C74E8" w14:textId="7B75AB8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A57C5" w14:textId="7657253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DF1A1" w14:textId="17D61B8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B5F04" w14:textId="6C13234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FF2BB" w14:textId="353C68C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7AC0D12B" w14:textId="61EFB803" w:rsidTr="00842A08">
        <w:tc>
          <w:tcPr>
            <w:tcW w:w="290" w:type="pct"/>
          </w:tcPr>
          <w:p w14:paraId="1F9C48A7" w14:textId="046DBEB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537" w:type="pct"/>
          </w:tcPr>
          <w:p w14:paraId="499BF327" w14:textId="4B798F8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Ricky Kue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F9C1" w14:textId="2736B95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9521A" w14:textId="5FC0F25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FAC5A" w14:textId="62F8ED9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3CABE" w14:textId="1AFC684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5B0E4" w14:textId="78D64D8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2EFD4" w14:textId="649D7E7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FFAD1" w14:textId="2BA30CD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5CB31" w14:textId="68A5510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34140" w14:textId="2923833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4E39CF5F" w14:textId="149B1F40" w:rsidTr="00842A08">
        <w:tc>
          <w:tcPr>
            <w:tcW w:w="290" w:type="pct"/>
          </w:tcPr>
          <w:p w14:paraId="52254B91" w14:textId="72F2428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537" w:type="pct"/>
          </w:tcPr>
          <w:p w14:paraId="7BD0D7B5" w14:textId="217D8A5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E. </w:t>
            </w:r>
            <w:proofErr w:type="spellStart"/>
            <w:r w:rsidRPr="003F1022">
              <w:rPr>
                <w:rFonts w:ascii="Times New Roman" w:hAnsi="Times New Roman" w:cs="Times New Roman"/>
              </w:rPr>
              <w:t>Morau</w:t>
            </w:r>
            <w:proofErr w:type="spellEnd"/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3963" w14:textId="53F77B9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63D8B" w14:textId="50ADD85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3C847" w14:textId="277B101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709E9" w14:textId="7FCF307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3F95F" w14:textId="7EC22C1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22C8E" w14:textId="311BDD0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2A785" w14:textId="169A365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19CD1" w14:textId="3D69547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A9C6A" w14:textId="0CDA10E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86FAD80" w14:textId="6D818090" w:rsidTr="00842A08">
        <w:tc>
          <w:tcPr>
            <w:tcW w:w="290" w:type="pct"/>
          </w:tcPr>
          <w:p w14:paraId="1757C441" w14:textId="10A6878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9</w:t>
            </w:r>
            <w:r w:rsidRPr="003F10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pct"/>
          </w:tcPr>
          <w:p w14:paraId="1D10BE7E" w14:textId="25552E0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Hiroshi Morisaki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A930" w14:textId="04CE80A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F5FDF" w14:textId="29D498E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DA1C9" w14:textId="4736586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48991" w14:textId="552D114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E48BB" w14:textId="637BD1D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D7B53" w14:textId="1656E64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90B99" w14:textId="3EC7CF0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EA228" w14:textId="5819153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E109F" w14:textId="55504E7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7F8B8BC" w14:textId="14037845" w:rsidTr="00842A08">
        <w:tc>
          <w:tcPr>
            <w:tcW w:w="290" w:type="pct"/>
          </w:tcPr>
          <w:p w14:paraId="1053E75F" w14:textId="05E678F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93</w:t>
            </w:r>
          </w:p>
        </w:tc>
        <w:tc>
          <w:tcPr>
            <w:tcW w:w="537" w:type="pct"/>
          </w:tcPr>
          <w:p w14:paraId="7DDFE5C6" w14:textId="3A0F095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E.A.C. Bouman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DAF6" w14:textId="17C0981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2D6EC" w14:textId="2D8E7F5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C077B" w14:textId="635D76D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7DB2B" w14:textId="5E89DEF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FC02A" w14:textId="165C06A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B0DFB" w14:textId="705DED2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BBFF0" w14:textId="0A078C3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F01E7" w14:textId="55A2CE6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9A28A" w14:textId="61D5A24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75A53D53" w14:textId="70BF83B0" w:rsidTr="00842A08">
        <w:tc>
          <w:tcPr>
            <w:tcW w:w="290" w:type="pct"/>
          </w:tcPr>
          <w:p w14:paraId="3578B8D3" w14:textId="61BE93AF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95</w:t>
            </w:r>
          </w:p>
        </w:tc>
        <w:tc>
          <w:tcPr>
            <w:tcW w:w="537" w:type="pct"/>
          </w:tcPr>
          <w:p w14:paraId="7357391C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R. Dorne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EBCB" w14:textId="510549C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0B810" w14:textId="7962B6F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23E9E" w14:textId="454CC64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8F02A" w14:textId="65BBECE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26103" w14:textId="141472B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7D26C" w14:textId="39ACA63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07D32" w14:textId="164E78F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F971E" w14:textId="518EFA7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BD7D1" w14:textId="752BA46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C081AE8" w14:textId="16123F26" w:rsidTr="00842A08">
        <w:tc>
          <w:tcPr>
            <w:tcW w:w="290" w:type="pct"/>
          </w:tcPr>
          <w:p w14:paraId="4B7478D3" w14:textId="23AA2013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96</w:t>
            </w:r>
          </w:p>
        </w:tc>
        <w:tc>
          <w:tcPr>
            <w:tcW w:w="537" w:type="pct"/>
          </w:tcPr>
          <w:p w14:paraId="4E4C0ACC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Rabi Narayan Hota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0D46" w14:textId="2DF05EE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5161C" w14:textId="1B4F5DB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E2EA6" w14:textId="412DE6F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08785" w14:textId="2A8FFC0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BE4C3" w14:textId="422D1D2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883FF" w14:textId="2A3901B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3F8D1" w14:textId="7FB44DA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D13A9" w14:textId="462250E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D5BFC" w14:textId="2D85F22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5C1D6D7" w14:textId="7C8EC1D0" w:rsidTr="00842A08">
        <w:tc>
          <w:tcPr>
            <w:tcW w:w="290" w:type="pct"/>
          </w:tcPr>
          <w:p w14:paraId="7DFCE7F5" w14:textId="2DEFD9BE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97</w:t>
            </w:r>
          </w:p>
        </w:tc>
        <w:tc>
          <w:tcPr>
            <w:tcW w:w="537" w:type="pct"/>
          </w:tcPr>
          <w:p w14:paraId="6A5B8C40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Radhe Sharan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62F8" w14:textId="3B7F2FF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19743" w14:textId="0107163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4D702" w14:textId="0792250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93042" w14:textId="5C5B5E2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D273A" w14:textId="76507D4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37A71" w14:textId="034F2B4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687FB" w14:textId="6DDB6F5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B6C97" w14:textId="7898581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E3EA7" w14:textId="077847B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23E577B" w14:textId="36A64A56" w:rsidTr="00842A08">
        <w:tc>
          <w:tcPr>
            <w:tcW w:w="290" w:type="pct"/>
          </w:tcPr>
          <w:p w14:paraId="185BC4DC" w14:textId="5B61107F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98</w:t>
            </w:r>
          </w:p>
        </w:tc>
        <w:tc>
          <w:tcPr>
            <w:tcW w:w="537" w:type="pct"/>
          </w:tcPr>
          <w:p w14:paraId="139BDBBB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Sean Hickey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4410" w14:textId="1E8E742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4FD51" w14:textId="0EEBF2D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6EEA8" w14:textId="3F5852A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81E4" w14:textId="3D76D92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9E004" w14:textId="2332D69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4E3B1" w14:textId="77BF8E5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3F1A4" w14:textId="1AAB000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9E18B" w14:textId="36E10F7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E8B87" w14:textId="731A4AC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4FA9A7DA" w14:textId="25BB7C0F" w:rsidTr="00842A08">
        <w:tc>
          <w:tcPr>
            <w:tcW w:w="290" w:type="pct"/>
          </w:tcPr>
          <w:p w14:paraId="4CAED62F" w14:textId="57E1433C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99</w:t>
            </w:r>
          </w:p>
        </w:tc>
        <w:tc>
          <w:tcPr>
            <w:tcW w:w="537" w:type="pct"/>
          </w:tcPr>
          <w:p w14:paraId="6A5BB45F" w14:textId="1543F88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Andrew J.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7E8C" w14:textId="6F7D373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A991F" w14:textId="0AA5C42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1396A" w14:textId="3B42579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47ACA" w14:textId="4DA230B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764B6" w14:textId="15E93D3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8952C" w14:textId="259EEF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F5EFB" w14:textId="754457D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B73E4" w14:textId="30775A2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2FFE7" w14:textId="6DC9937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18F443E" w14:textId="366FFA17" w:rsidTr="00842A08">
        <w:tc>
          <w:tcPr>
            <w:tcW w:w="290" w:type="pct"/>
          </w:tcPr>
          <w:p w14:paraId="3A992E9D" w14:textId="672B998A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00</w:t>
            </w:r>
          </w:p>
        </w:tc>
        <w:tc>
          <w:tcPr>
            <w:tcW w:w="537" w:type="pct"/>
          </w:tcPr>
          <w:p w14:paraId="219DFD67" w14:textId="6BA2507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John Edward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0D05" w14:textId="4D9766C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33FEC" w14:textId="41CDE04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82908" w14:textId="62EE55F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B121E" w14:textId="6295F27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2C643" w14:textId="41EF633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DCC1D" w14:textId="0C272A9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CEF7A" w14:textId="289AFAB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BEDD0" w14:textId="4B6F0DA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A0E8A" w14:textId="7E6A8C3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711A1C8E" w14:textId="486C70DD" w:rsidTr="00842A08">
        <w:tc>
          <w:tcPr>
            <w:tcW w:w="290" w:type="pct"/>
          </w:tcPr>
          <w:p w14:paraId="6039C5C7" w14:textId="7BD50042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01</w:t>
            </w:r>
          </w:p>
        </w:tc>
        <w:tc>
          <w:tcPr>
            <w:tcW w:w="537" w:type="pct"/>
          </w:tcPr>
          <w:p w14:paraId="23655988" w14:textId="4CF60E5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Andrew Harry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8203" w14:textId="721872E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06B21" w14:textId="34205BD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ABA1D" w14:textId="34D3CE9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2D54E" w14:textId="5A7D888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E0B65" w14:textId="0BF5976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73387" w14:textId="7630CE8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7F77C" w14:textId="768A0E8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E2911" w14:textId="391D985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2B8FD" w14:textId="3F698DE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5C5F1743" w14:textId="4BEF73AA" w:rsidTr="00842A08">
        <w:tc>
          <w:tcPr>
            <w:tcW w:w="290" w:type="pct"/>
          </w:tcPr>
          <w:p w14:paraId="11C67A4F" w14:textId="6A29B61C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02</w:t>
            </w:r>
          </w:p>
        </w:tc>
        <w:tc>
          <w:tcPr>
            <w:tcW w:w="537" w:type="pct"/>
          </w:tcPr>
          <w:p w14:paraId="064EF2F5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Helene Finegold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54B5" w14:textId="1659F81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D63F8" w14:textId="705959A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0EE20" w14:textId="05529FC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BEA9D" w14:textId="2B17BED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44A39" w14:textId="64831F3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58791" w14:textId="1D2D721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04798" w14:textId="308FE62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Not applicable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778B9" w14:textId="2BFF819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50B9D" w14:textId="041AC63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84D7AFC" w14:textId="6A0A08A5" w:rsidTr="00842A08">
        <w:tc>
          <w:tcPr>
            <w:tcW w:w="290" w:type="pct"/>
          </w:tcPr>
          <w:p w14:paraId="1B538D0B" w14:textId="5A254B2C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06</w:t>
            </w:r>
          </w:p>
        </w:tc>
        <w:tc>
          <w:tcPr>
            <w:tcW w:w="537" w:type="pct"/>
          </w:tcPr>
          <w:p w14:paraId="6F569278" w14:textId="7B1F055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NS Scott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FDA0" w14:textId="6604E6C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37E307" w14:textId="0F0EC7D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0D5FB5" w14:textId="613F2EB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D6644" w14:textId="3530D9E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90B6E" w14:textId="6B32E16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9C68B4" w14:textId="26501A1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854CC" w14:textId="10436E2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8A0E25" w14:textId="44E9D00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A86DF" w14:textId="58DE14E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50294A9E" w14:textId="6ABC4483" w:rsidTr="00842A08">
        <w:tc>
          <w:tcPr>
            <w:tcW w:w="290" w:type="pct"/>
          </w:tcPr>
          <w:p w14:paraId="0E1A47EC" w14:textId="0B5F9C05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07</w:t>
            </w:r>
          </w:p>
        </w:tc>
        <w:tc>
          <w:tcPr>
            <w:tcW w:w="537" w:type="pct"/>
          </w:tcPr>
          <w:p w14:paraId="2145F038" w14:textId="072C500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JC </w:t>
            </w: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Rittenberger</w:t>
            </w:r>
            <w:proofErr w:type="spellEnd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D52C3" w14:textId="0C6F5A0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FCC214" w14:textId="110B707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E5ECC" w14:textId="58D9887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7704F" w14:textId="6E1159F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1C4304" w14:textId="0FDB989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3D94D" w14:textId="5A7DE19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43D2C2" w14:textId="785DCFC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94DC5" w14:textId="175DC93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D5797" w14:textId="03FD8BC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617F91F" w14:textId="7595BBC4" w:rsidTr="00842A08">
        <w:tc>
          <w:tcPr>
            <w:tcW w:w="290" w:type="pct"/>
          </w:tcPr>
          <w:p w14:paraId="55EC09FD" w14:textId="7EDD94D1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08</w:t>
            </w:r>
          </w:p>
        </w:tc>
        <w:tc>
          <w:tcPr>
            <w:tcW w:w="537" w:type="pct"/>
          </w:tcPr>
          <w:p w14:paraId="5B47FFD5" w14:textId="34EFC84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T Iwai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E6ECF" w14:textId="1850D5E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5DF2A3" w14:textId="1454890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321F60" w14:textId="366668F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EA5648" w14:textId="536D50F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FCC8AC" w14:textId="26D2093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17938" w14:textId="60A0B94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AB3104" w14:textId="10BF1F2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84720B" w14:textId="30040D3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13CBA" w14:textId="267C4DA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BDCC05A" w14:textId="23935C0D" w:rsidTr="00842A08">
        <w:tc>
          <w:tcPr>
            <w:tcW w:w="290" w:type="pct"/>
          </w:tcPr>
          <w:p w14:paraId="4B76F429" w14:textId="59DB236F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10</w:t>
            </w:r>
          </w:p>
        </w:tc>
        <w:tc>
          <w:tcPr>
            <w:tcW w:w="537" w:type="pct"/>
          </w:tcPr>
          <w:p w14:paraId="2D81AB47" w14:textId="6DE21A8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SK Bajwa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48939" w14:textId="0321A99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614604" w14:textId="3267DCE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C80063" w14:textId="5D2C066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C3B666" w14:textId="222FF1E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393821" w14:textId="361EBF7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34B1D" w14:textId="49A8E42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2B11FE" w14:textId="39E4B4F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5E2C79" w14:textId="73CCB41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F2634" w14:textId="0F24D75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D7F2FE2" w14:textId="754114BB" w:rsidTr="00842A08">
        <w:tc>
          <w:tcPr>
            <w:tcW w:w="290" w:type="pct"/>
          </w:tcPr>
          <w:p w14:paraId="07213C43" w14:textId="56EE3E7F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11</w:t>
            </w:r>
          </w:p>
        </w:tc>
        <w:tc>
          <w:tcPr>
            <w:tcW w:w="537" w:type="pct"/>
          </w:tcPr>
          <w:p w14:paraId="2111901D" w14:textId="634316E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D Barroso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5DBC" w14:textId="46FD534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62CDC9" w14:textId="1253E33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D85B7" w14:textId="1B3EE66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7F9453" w14:textId="23952D2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9FBA2" w14:textId="060C003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7B00B" w14:textId="04230ED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E75AA2" w14:textId="48E2029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CB816" w14:textId="7E2338D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54EDB" w14:textId="2847B2A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7FAA2C8" w14:textId="186F0A64" w:rsidTr="00842A08">
        <w:tc>
          <w:tcPr>
            <w:tcW w:w="290" w:type="pct"/>
          </w:tcPr>
          <w:p w14:paraId="535CCFBC" w14:textId="489D318C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12</w:t>
            </w:r>
          </w:p>
        </w:tc>
        <w:tc>
          <w:tcPr>
            <w:tcW w:w="537" w:type="pct"/>
          </w:tcPr>
          <w:p w14:paraId="2A9A48F3" w14:textId="1FD384C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M Yoshida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D4A18" w14:textId="0DB0853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08748" w14:textId="3BD5B2E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2CC12" w14:textId="1BD649F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B8C21" w14:textId="038F9D0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BB3AA" w14:textId="1BD6D48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8D4800" w14:textId="1EA4167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86D41" w14:textId="478958D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A4310C" w14:textId="53F2923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E6834" w14:textId="1BE0A94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12BC37B" w14:textId="332096D7" w:rsidTr="00842A08">
        <w:tc>
          <w:tcPr>
            <w:tcW w:w="290" w:type="pct"/>
          </w:tcPr>
          <w:p w14:paraId="748AE61F" w14:textId="154E3A84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14</w:t>
            </w:r>
          </w:p>
        </w:tc>
        <w:tc>
          <w:tcPr>
            <w:tcW w:w="537" w:type="pct"/>
          </w:tcPr>
          <w:p w14:paraId="0FAB1BA4" w14:textId="1099716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V de Assis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0171B" w14:textId="14A17C0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9326F2" w14:textId="45EE601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49FE56" w14:textId="5153D87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AEFCB6" w14:textId="0B81E9E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21B94B" w14:textId="3463AF3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5A1AD8" w14:textId="41F5772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E50A8" w14:textId="14A82A4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F911C6" w14:textId="335259B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78B01" w14:textId="79491EB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C89C841" w14:textId="47AC511F" w:rsidTr="00842A08">
        <w:tc>
          <w:tcPr>
            <w:tcW w:w="290" w:type="pct"/>
          </w:tcPr>
          <w:p w14:paraId="56F7048C" w14:textId="593D008E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15</w:t>
            </w:r>
          </w:p>
        </w:tc>
        <w:tc>
          <w:tcPr>
            <w:tcW w:w="537" w:type="pct"/>
          </w:tcPr>
          <w:p w14:paraId="5D7657E8" w14:textId="699F5AB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T Akbari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75273" w14:textId="7DFE599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C2C039" w14:textId="3C2F814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551841" w14:textId="7A36418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075BD" w14:textId="105FB84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1C4E1" w14:textId="6217F0F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E5867E" w14:textId="0925017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AB0E5" w14:textId="26BF39D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913421" w14:textId="371EAC1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0EF19" w14:textId="2EBDB37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421C944" w14:textId="76D16DF1" w:rsidTr="00842A08">
        <w:tc>
          <w:tcPr>
            <w:tcW w:w="290" w:type="pct"/>
          </w:tcPr>
          <w:p w14:paraId="0CD43F9B" w14:textId="613A09E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16</w:t>
            </w:r>
          </w:p>
        </w:tc>
        <w:tc>
          <w:tcPr>
            <w:tcW w:w="537" w:type="pct"/>
          </w:tcPr>
          <w:p w14:paraId="4598D68E" w14:textId="4634F23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A Burton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BD6BC" w14:textId="56D376D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19B946" w14:textId="5911802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E57724" w14:textId="236A1A2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186935" w14:textId="1683790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88FAE2" w14:textId="279894A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4C967" w14:textId="1D1349E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0D87C4" w14:textId="28A6E9E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1E57F9" w14:textId="2EDA78A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3AAEA" w14:textId="0E54A38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7EB8C13" w14:textId="7F70B04A" w:rsidTr="00842A08">
        <w:tc>
          <w:tcPr>
            <w:tcW w:w="290" w:type="pct"/>
          </w:tcPr>
          <w:p w14:paraId="7F331F6C" w14:textId="452E39C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17</w:t>
            </w:r>
          </w:p>
        </w:tc>
        <w:tc>
          <w:tcPr>
            <w:tcW w:w="537" w:type="pct"/>
          </w:tcPr>
          <w:p w14:paraId="67497DC0" w14:textId="30F9AA3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F Shafiq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A10FC" w14:textId="5410F69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A4C0B" w14:textId="3EB3907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41A30" w14:textId="67ED156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D7542" w14:textId="51ABC15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184C4D" w14:textId="14F3B5A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E20360" w14:textId="1977BCE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341265" w14:textId="2D4B98E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28029" w14:textId="41648FC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80C8F" w14:textId="49EBAF3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ADA9D0B" w14:textId="18767F3A" w:rsidTr="00842A08">
        <w:tc>
          <w:tcPr>
            <w:tcW w:w="290" w:type="pct"/>
          </w:tcPr>
          <w:p w14:paraId="42696CF3" w14:textId="0ECADAE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18</w:t>
            </w:r>
          </w:p>
        </w:tc>
        <w:tc>
          <w:tcPr>
            <w:tcW w:w="537" w:type="pct"/>
          </w:tcPr>
          <w:p w14:paraId="61857B05" w14:textId="27B218F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P Singh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D595D" w14:textId="16BFA9C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A29DD" w14:textId="35B668A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4DE66" w14:textId="7A525CF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E4C41A" w14:textId="489F80E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3D324" w14:textId="5003E5A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875FDE" w14:textId="41015A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07E0AB" w14:textId="7261482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30318" w14:textId="312C501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B8D2B" w14:textId="0C0A655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AC2A590" w14:textId="11636DD6" w:rsidTr="00842A08">
        <w:tc>
          <w:tcPr>
            <w:tcW w:w="290" w:type="pct"/>
          </w:tcPr>
          <w:p w14:paraId="4FC76312" w14:textId="7F02F94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 w:hint="eastAsia"/>
                <w:lang w:eastAsia="ja-JP"/>
              </w:rPr>
              <w:t>9</w:t>
            </w:r>
          </w:p>
        </w:tc>
        <w:tc>
          <w:tcPr>
            <w:tcW w:w="537" w:type="pct"/>
          </w:tcPr>
          <w:p w14:paraId="2F308C98" w14:textId="3C9249A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H Wu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E8200" w14:textId="6CF6B53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1E3197" w14:textId="28D2007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611D70" w14:textId="1FC275A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31247" w14:textId="53F78DC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0F74C" w14:textId="1099D93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C9A1E" w14:textId="39098C5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ABFFB7" w14:textId="04AA7B8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DF8E7" w14:textId="217732A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95B99" w14:textId="74DE3A8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703FED4C" w14:textId="00BBC08C" w:rsidTr="00842A08">
        <w:tc>
          <w:tcPr>
            <w:tcW w:w="290" w:type="pct"/>
          </w:tcPr>
          <w:p w14:paraId="085651AB" w14:textId="7B981D5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537" w:type="pct"/>
          </w:tcPr>
          <w:p w14:paraId="7287C41E" w14:textId="5465DDF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M Söderberg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B992D" w14:textId="5927869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02AF0" w14:textId="05539C4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C1FFE" w14:textId="3FECB0E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40ED8" w14:textId="4B30919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8A3775" w14:textId="4D86B2A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B331E6" w14:textId="2DF6837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E45D1" w14:textId="68169B8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93341" w14:textId="7230BA8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664AB" w14:textId="527149E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7C525D73" w14:textId="64E0DB99" w:rsidTr="00842A08">
        <w:tc>
          <w:tcPr>
            <w:tcW w:w="290" w:type="pct"/>
          </w:tcPr>
          <w:p w14:paraId="5F7F6EA6" w14:textId="14DC7CC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21</w:t>
            </w:r>
          </w:p>
        </w:tc>
        <w:tc>
          <w:tcPr>
            <w:tcW w:w="537" w:type="pct"/>
          </w:tcPr>
          <w:p w14:paraId="36C4CD37" w14:textId="615DD21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K Li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19AF0" w14:textId="7EA1604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A1A880" w14:textId="19246E6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A22FE" w14:textId="72E2F13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AD6B14" w14:textId="1D96351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F19B08" w14:textId="6F62314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47D954" w14:textId="1C935EE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D567A8" w14:textId="7E39EC9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68B7F" w14:textId="5DC0D4C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55BF8" w14:textId="49AF104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2C54EFF" w14:textId="62B5F556" w:rsidTr="00842A08">
        <w:tc>
          <w:tcPr>
            <w:tcW w:w="290" w:type="pct"/>
          </w:tcPr>
          <w:p w14:paraId="7C982558" w14:textId="3289F37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23</w:t>
            </w:r>
          </w:p>
        </w:tc>
        <w:tc>
          <w:tcPr>
            <w:tcW w:w="537" w:type="pct"/>
          </w:tcPr>
          <w:p w14:paraId="73DDA956" w14:textId="652707F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K </w:t>
            </w: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Berteloot</w:t>
            </w:r>
            <w:proofErr w:type="spellEnd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63890" w14:textId="73CCEA2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4AA93" w14:textId="356AD15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30C76F" w14:textId="79A1358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5FB4E3" w14:textId="5475957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B077B" w14:textId="25BF7E2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3DA7F8" w14:textId="3EC2FDF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4B0188" w14:textId="54A159F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868C69" w14:textId="5752EC2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1BF94" w14:textId="233B3DA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80C4B38" w14:textId="676F7AB6" w:rsidTr="00842A08">
        <w:tc>
          <w:tcPr>
            <w:tcW w:w="290" w:type="pct"/>
          </w:tcPr>
          <w:p w14:paraId="36743E9D" w14:textId="01B97B7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24</w:t>
            </w:r>
          </w:p>
        </w:tc>
        <w:tc>
          <w:tcPr>
            <w:tcW w:w="537" w:type="pct"/>
          </w:tcPr>
          <w:p w14:paraId="2492ECCC" w14:textId="25694CA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J Li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306D5" w14:textId="6396957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79E01D" w14:textId="15861FD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77DFF" w14:textId="168F527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C961B9" w14:textId="14D9057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6D7FD" w14:textId="5602BBA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283F09" w14:textId="4A3F79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88E067" w14:textId="322FFD7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57A94" w14:textId="4639E03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39253" w14:textId="355AA5B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D476B3C" w14:textId="7BD15DCE" w:rsidTr="00842A08">
        <w:tc>
          <w:tcPr>
            <w:tcW w:w="290" w:type="pct"/>
          </w:tcPr>
          <w:p w14:paraId="4AAE79D0" w14:textId="68D8256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25</w:t>
            </w:r>
          </w:p>
        </w:tc>
        <w:tc>
          <w:tcPr>
            <w:tcW w:w="537" w:type="pct"/>
          </w:tcPr>
          <w:p w14:paraId="2283EB91" w14:textId="53AD4AF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EW Parenteau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0ECB2" w14:textId="6689D5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54C64" w14:textId="76C2885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408F77" w14:textId="2F39FAE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CC9AB9" w14:textId="1CD3FB2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8AAE3" w14:textId="47D9650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E801D9" w14:textId="567EA21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A08DB9" w14:textId="303B267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69C216" w14:textId="53804A1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89801" w14:textId="7BA78CC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664F5E4" w14:textId="26BC350F" w:rsidTr="00842A08">
        <w:tc>
          <w:tcPr>
            <w:tcW w:w="290" w:type="pct"/>
          </w:tcPr>
          <w:p w14:paraId="27E99AD7" w14:textId="16ED27C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26</w:t>
            </w:r>
          </w:p>
        </w:tc>
        <w:tc>
          <w:tcPr>
            <w:tcW w:w="537" w:type="pct"/>
          </w:tcPr>
          <w:p w14:paraId="47E5ECDE" w14:textId="3A21284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V </w:t>
            </w: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Lozovyy</w:t>
            </w:r>
            <w:proofErr w:type="spellEnd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CD46B" w14:textId="699EBE2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DE98F" w14:textId="138CD73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65E0E1" w14:textId="2CF46E0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70C79F" w14:textId="787FD6B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A6D4DC" w14:textId="2FDF791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AA8A25" w14:textId="3CD5337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0DB4E" w14:textId="44590DB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2A21F2" w14:textId="678CA0A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C39FF" w14:textId="18FBB0D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76C47D9" w14:textId="1059B24C" w:rsidTr="00842A08">
        <w:tc>
          <w:tcPr>
            <w:tcW w:w="290" w:type="pct"/>
          </w:tcPr>
          <w:p w14:paraId="3A39EF6A" w14:textId="12C080E7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27</w:t>
            </w:r>
          </w:p>
        </w:tc>
        <w:tc>
          <w:tcPr>
            <w:tcW w:w="537" w:type="pct"/>
          </w:tcPr>
          <w:p w14:paraId="5BA28934" w14:textId="25137AD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Y Orita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6659D" w14:textId="04AD3B2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4E3B8" w14:textId="65A6BD9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0DFB6" w14:textId="2538D0C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D3291A" w14:textId="0668931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DC9812" w14:textId="457450A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FFD00" w14:textId="0B15950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2CB46" w14:textId="6FCEBE3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FD0316" w14:textId="375340B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9CC19" w14:textId="0FE61D5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585A25FC" w14:textId="64B7C7A7" w:rsidTr="00842A08">
        <w:tc>
          <w:tcPr>
            <w:tcW w:w="290" w:type="pct"/>
          </w:tcPr>
          <w:p w14:paraId="68B88DBC" w14:textId="56A8E06F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29</w:t>
            </w:r>
          </w:p>
        </w:tc>
        <w:tc>
          <w:tcPr>
            <w:tcW w:w="537" w:type="pct"/>
          </w:tcPr>
          <w:p w14:paraId="0B224356" w14:textId="775B9F4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JJ Gutiérrez-Paternina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DEC25" w14:textId="36D4378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D9203B" w14:textId="451447C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65AA4" w14:textId="7B26BF6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C00BF0" w14:textId="79D235F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6BF2A" w14:textId="53D6507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166B81" w14:textId="355A7C4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30AB50" w14:textId="7DC27F7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8FC0B" w14:textId="00FF6A4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33312" w14:textId="619D4EF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80C49E7" w14:textId="537B3ED6" w:rsidTr="00842A08">
        <w:tc>
          <w:tcPr>
            <w:tcW w:w="290" w:type="pct"/>
          </w:tcPr>
          <w:p w14:paraId="15701548" w14:textId="75D0090B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30</w:t>
            </w:r>
          </w:p>
        </w:tc>
        <w:tc>
          <w:tcPr>
            <w:tcW w:w="537" w:type="pct"/>
          </w:tcPr>
          <w:p w14:paraId="07ED31BE" w14:textId="10F9801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G Öncel Yel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9FD8C" w14:textId="73F9F2B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A0AE2F" w14:textId="450E44F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474878" w14:textId="398FF43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B4061F" w14:textId="6D82C71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BCDFE" w14:textId="01F1DFE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1C84B" w14:textId="2B176CE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A777F" w14:textId="47E7D8C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6FE08" w14:textId="7095F3E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676FA" w14:textId="43BB73C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B7DD6E6" w14:textId="70AF297D" w:rsidTr="00842A08">
        <w:tc>
          <w:tcPr>
            <w:tcW w:w="290" w:type="pct"/>
          </w:tcPr>
          <w:p w14:paraId="02E80A86" w14:textId="58C5A0D7" w:rsidR="00390B7D" w:rsidRPr="00F03718" w:rsidRDefault="00390B7D" w:rsidP="00390B7D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32</w:t>
            </w:r>
          </w:p>
        </w:tc>
        <w:tc>
          <w:tcPr>
            <w:tcW w:w="537" w:type="pct"/>
          </w:tcPr>
          <w:p w14:paraId="1AE85FD1" w14:textId="4EB2E4F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P </w:t>
            </w:r>
            <w:proofErr w:type="spellStart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Tantibundit</w:t>
            </w:r>
            <w:proofErr w:type="spellEnd"/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0A40D" w14:textId="3791C4E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927060" w14:textId="0906F4C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EDCAB3" w14:textId="1313014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85F4DD" w14:textId="1EB090A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0FB933" w14:textId="778A1A1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B7667" w14:textId="472CF06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40971E" w14:textId="32E5AE6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23F94" w14:textId="70A874D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783FE" w14:textId="09965AC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C4134CD" w14:textId="08EF6A30" w:rsidTr="00842A08">
        <w:tc>
          <w:tcPr>
            <w:tcW w:w="290" w:type="pct"/>
          </w:tcPr>
          <w:p w14:paraId="15AA0FFF" w14:textId="228250F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33</w:t>
            </w:r>
          </w:p>
        </w:tc>
        <w:tc>
          <w:tcPr>
            <w:tcW w:w="537" w:type="pct"/>
          </w:tcPr>
          <w:p w14:paraId="38346654" w14:textId="4B781D2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BR Kim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6834D" w14:textId="7F6D6F6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7F232" w14:textId="7D97956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33E1C" w14:textId="092158C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278C3" w14:textId="5A1C742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0F9A58" w14:textId="36A9833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C960B" w14:textId="7F17C60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A10313" w14:textId="7CCBC41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FD953" w14:textId="14A8244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6EC7" w14:textId="118557A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709E7D4" w14:textId="41ABC31A" w:rsidTr="00842A08">
        <w:tc>
          <w:tcPr>
            <w:tcW w:w="290" w:type="pct"/>
          </w:tcPr>
          <w:p w14:paraId="3C934250" w14:textId="579FE4C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34</w:t>
            </w:r>
          </w:p>
        </w:tc>
        <w:tc>
          <w:tcPr>
            <w:tcW w:w="537" w:type="pct"/>
          </w:tcPr>
          <w:p w14:paraId="7863C67C" w14:textId="25B57B0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J Wolff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27191" w14:textId="4944BC1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8B9E85" w14:textId="67F6E63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4D1BCC" w14:textId="1084790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045E4" w14:textId="1A4E276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F5FB11" w14:textId="705C3D5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34084" w14:textId="0CF75A9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DA0B4" w14:textId="55D301E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AF807" w14:textId="798A9FC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88B1E" w14:textId="5620A0F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7C89573F" w14:textId="46ADF376" w:rsidTr="00842A08">
        <w:tc>
          <w:tcPr>
            <w:tcW w:w="290" w:type="pct"/>
          </w:tcPr>
          <w:p w14:paraId="120F8E34" w14:textId="77EFDBD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35</w:t>
            </w:r>
          </w:p>
        </w:tc>
        <w:tc>
          <w:tcPr>
            <w:tcW w:w="537" w:type="pct"/>
          </w:tcPr>
          <w:p w14:paraId="79CF2C31" w14:textId="6642765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Pr="003F1022">
              <w:rPr>
                <w:rFonts w:ascii="Times New Roman" w:hAnsi="Times New Roman" w:cs="Times New Roman"/>
              </w:rPr>
              <w:t>Cerovac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F42B2" w14:textId="709EF9D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E79E8" w14:textId="5A952BE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67B1EA" w14:textId="6B21132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148C8" w14:textId="06F91FE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1F446" w14:textId="6FA4CEA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443370" w14:textId="3B48D54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35168B" w14:textId="44BE7DB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AEA8AA" w14:textId="7522996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1CF8F" w14:textId="4B643FD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BC37415" w14:textId="356464AF" w:rsidTr="00842A08">
        <w:tc>
          <w:tcPr>
            <w:tcW w:w="290" w:type="pct"/>
          </w:tcPr>
          <w:p w14:paraId="3BE515C1" w14:textId="5F314A7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3</w:t>
            </w:r>
            <w:r w:rsidRPr="003F10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7" w:type="pct"/>
          </w:tcPr>
          <w:p w14:paraId="5E806F58" w14:textId="6E446DB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C Howard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C61D5" w14:textId="0CDACF9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81DA35" w14:textId="31414B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9CF514" w14:textId="17A80B0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72CF9E" w14:textId="34AC61C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3A196" w14:textId="34FF842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82783" w14:textId="0C71F6B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AAD262" w14:textId="03FDACF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5B9BE" w14:textId="35973CF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76F34" w14:textId="060B6A1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231101DD" w14:textId="6BF211BA" w:rsidTr="00842A08">
        <w:tc>
          <w:tcPr>
            <w:tcW w:w="290" w:type="pct"/>
          </w:tcPr>
          <w:p w14:paraId="04491D1A" w14:textId="6FC1412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37</w:t>
            </w:r>
          </w:p>
        </w:tc>
        <w:tc>
          <w:tcPr>
            <w:tcW w:w="537" w:type="pct"/>
          </w:tcPr>
          <w:p w14:paraId="03EE2F43" w14:textId="2882E64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R Gunaseelan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7D562" w14:textId="71EF1B9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20BB5" w14:textId="08997FA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E8094D" w14:textId="759C6E7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B9B40E" w14:textId="728C555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3D31D6" w14:textId="2CD1654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302EF5" w14:textId="2C3EC29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ADB3C9" w14:textId="33331AD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70615" w14:textId="0DA17D3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F05BB" w14:textId="074DB3A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11E8536A" w14:textId="2FABA5D6" w:rsidTr="00842A08">
        <w:tc>
          <w:tcPr>
            <w:tcW w:w="290" w:type="pct"/>
          </w:tcPr>
          <w:p w14:paraId="5E813188" w14:textId="62615C7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38</w:t>
            </w:r>
          </w:p>
        </w:tc>
        <w:tc>
          <w:tcPr>
            <w:tcW w:w="537" w:type="pct"/>
          </w:tcPr>
          <w:p w14:paraId="1D561BBB" w14:textId="2B856A8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K </w:t>
            </w:r>
            <w:proofErr w:type="spellStart"/>
            <w:r w:rsidRPr="003F1022">
              <w:rPr>
                <w:rFonts w:ascii="Times New Roman" w:hAnsi="Times New Roman" w:cs="Times New Roman"/>
              </w:rPr>
              <w:t>Koshimizu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288F0" w14:textId="0EF42DA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FC14E9" w14:textId="06A95C5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BB118D" w14:textId="191E257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9D1F11" w14:textId="2784936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DCF01" w14:textId="5962312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1B3BCB" w14:textId="56A222C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B2EB4" w14:textId="5F5CBEC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FBAB53" w14:textId="567F8B5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5C07B" w14:textId="7611CF9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8119627" w14:textId="62B6224C" w:rsidTr="00842A08">
        <w:tc>
          <w:tcPr>
            <w:tcW w:w="290" w:type="pct"/>
          </w:tcPr>
          <w:p w14:paraId="18D4CF32" w14:textId="755CBAE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39</w:t>
            </w:r>
          </w:p>
        </w:tc>
        <w:tc>
          <w:tcPr>
            <w:tcW w:w="537" w:type="pct"/>
          </w:tcPr>
          <w:p w14:paraId="371D61CB" w14:textId="5A5428D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3F1022">
              <w:rPr>
                <w:rFonts w:ascii="Times New Roman" w:hAnsi="Times New Roman" w:cs="Times New Roman"/>
              </w:rPr>
              <w:t>S.vNandita</w:t>
            </w:r>
            <w:proofErr w:type="spellEnd"/>
            <w:proofErr w:type="gramEnd"/>
            <w:r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7E29" w14:textId="2AF7AD2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DEDCB" w14:textId="6211B64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86B2D" w14:textId="58799DA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45C70" w14:textId="08C4CDE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B0C48" w14:textId="37E79C3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A15FD" w14:textId="099C0B3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2E699" w14:textId="5F013ED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3726" w14:textId="6ABA0B6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EA1DE" w14:textId="7E554FA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sz w:val="21"/>
                <w:szCs w:val="21"/>
              </w:rPr>
              <w:t>Include</w:t>
            </w:r>
          </w:p>
        </w:tc>
      </w:tr>
      <w:tr w:rsidR="00390B7D" w:rsidRPr="00F03718" w14:paraId="025042EA" w14:textId="4040A36B" w:rsidTr="00842A08">
        <w:tc>
          <w:tcPr>
            <w:tcW w:w="290" w:type="pct"/>
          </w:tcPr>
          <w:p w14:paraId="263B2E28" w14:textId="1E0AF96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44</w:t>
            </w:r>
          </w:p>
        </w:tc>
        <w:tc>
          <w:tcPr>
            <w:tcW w:w="537" w:type="pct"/>
          </w:tcPr>
          <w:p w14:paraId="476674E5" w14:textId="7777777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Szu-Hsin Wu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5028" w14:textId="21C4440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2D5A4" w14:textId="31E4DA2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AB684" w14:textId="7DBFCB1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8B9CC" w14:textId="269EC94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CAAC5" w14:textId="00559C6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D22C2" w14:textId="5BE8142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FEB02" w14:textId="483C126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78259" w14:textId="20B6958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100C" w14:textId="179425C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577F3519" w14:textId="04D65D7A" w:rsidTr="00842A08">
        <w:tc>
          <w:tcPr>
            <w:tcW w:w="290" w:type="pct"/>
          </w:tcPr>
          <w:p w14:paraId="5C23AF6C" w14:textId="75DEB0E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45</w:t>
            </w:r>
          </w:p>
        </w:tc>
        <w:tc>
          <w:tcPr>
            <w:tcW w:w="537" w:type="pct"/>
          </w:tcPr>
          <w:p w14:paraId="600DA6B7" w14:textId="16911E7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hAnsi="Times New Roman" w:cs="Times New Roman"/>
                <w:sz w:val="21"/>
                <w:szCs w:val="21"/>
              </w:rPr>
              <w:t xml:space="preserve">Michael E. 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9B37" w14:textId="71882B3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C5390" w14:textId="5F3705E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E9932" w14:textId="017D2DA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803DA" w14:textId="57DC4AF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8C997" w14:textId="187A7CB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1F765" w14:textId="23AF569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A8862" w14:textId="423702E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F1256" w14:textId="0B66CFD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CBEE1" w14:textId="0240907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56AC0A40" w14:textId="7FC381FF" w:rsidTr="00842A08">
        <w:tc>
          <w:tcPr>
            <w:tcW w:w="290" w:type="pct"/>
          </w:tcPr>
          <w:p w14:paraId="4624E157" w14:textId="1F61418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46</w:t>
            </w:r>
          </w:p>
        </w:tc>
        <w:tc>
          <w:tcPr>
            <w:tcW w:w="537" w:type="pct"/>
          </w:tcPr>
          <w:p w14:paraId="0FE5979B" w14:textId="49C4137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Wei Ming Ng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D658" w14:textId="69AAF3D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CE148" w14:textId="517D89D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B75FA" w14:textId="03B070F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9C42C" w14:textId="12EB4BE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Unclear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7A958" w14:textId="34E8F89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C838C" w14:textId="5281CAC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87B3F" w14:textId="1E4F4999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CF766" w14:textId="0CAFE34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EFFB0" w14:textId="44605FB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Seek further info</w:t>
            </w:r>
          </w:p>
        </w:tc>
      </w:tr>
      <w:tr w:rsidR="00390B7D" w:rsidRPr="00F03718" w14:paraId="3899B6C4" w14:textId="7983B3B6" w:rsidTr="00842A08">
        <w:tc>
          <w:tcPr>
            <w:tcW w:w="290" w:type="pct"/>
          </w:tcPr>
          <w:p w14:paraId="21121F61" w14:textId="70E09F1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47</w:t>
            </w:r>
          </w:p>
        </w:tc>
        <w:tc>
          <w:tcPr>
            <w:tcW w:w="537" w:type="pct"/>
          </w:tcPr>
          <w:p w14:paraId="4F4A95D1" w14:textId="1691750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Chiara Comito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5AFF" w14:textId="427F7E2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9F44F" w14:textId="776501C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E1DFE" w14:textId="54719ED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161F3" w14:textId="361A93D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7AED3" w14:textId="6ADAB9E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B0F98" w14:textId="597FD0C5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A9EC1" w14:textId="155FDC2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9449C" w14:textId="4E6B15F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256D6" w14:textId="7D37AAC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3938FEF6" w14:textId="251A2430" w:rsidTr="00842A08">
        <w:tc>
          <w:tcPr>
            <w:tcW w:w="290" w:type="pct"/>
          </w:tcPr>
          <w:p w14:paraId="7C05497B" w14:textId="500DE7A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48</w:t>
            </w:r>
          </w:p>
        </w:tc>
        <w:tc>
          <w:tcPr>
            <w:tcW w:w="537" w:type="pct"/>
          </w:tcPr>
          <w:p w14:paraId="71E0E114" w14:textId="3B87C65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Krongkarn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Sutham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9D99" w14:textId="3A21277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5CEA0" w14:textId="3FCFD35A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49403" w14:textId="4F4286C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F004C" w14:textId="28032E4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B28D7" w14:textId="23E4D82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A5B85" w14:textId="5BD47140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ABA05" w14:textId="0A4206F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EF350" w14:textId="3F9C9EA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B141C" w14:textId="767F5DE2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00618C47" w14:textId="336F6BBC" w:rsidTr="00842A08">
        <w:tc>
          <w:tcPr>
            <w:tcW w:w="290" w:type="pct"/>
          </w:tcPr>
          <w:p w14:paraId="5A99E501" w14:textId="7ABE909B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49</w:t>
            </w:r>
          </w:p>
        </w:tc>
        <w:tc>
          <w:tcPr>
            <w:tcW w:w="537" w:type="pct"/>
          </w:tcPr>
          <w:p w14:paraId="5CF335B2" w14:textId="5955C40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>Aakash Chauhan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E1CD" w14:textId="2010CA64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66424" w14:textId="5C05B52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C9DDB" w14:textId="41D743E3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0C03D" w14:textId="0B82438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BAA4C" w14:textId="0D95B50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A7C37" w14:textId="627A2AFE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0D9B0" w14:textId="68D970E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BF1A2" w14:textId="126CD3B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4E4FC" w14:textId="7402996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  <w:tr w:rsidR="00390B7D" w:rsidRPr="00F03718" w14:paraId="64FA0BCD" w14:textId="095181A6" w:rsidTr="00842A08">
        <w:tc>
          <w:tcPr>
            <w:tcW w:w="290" w:type="pct"/>
          </w:tcPr>
          <w:p w14:paraId="394F2AA7" w14:textId="13508D18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  <w:lang w:eastAsia="ja-JP"/>
              </w:rPr>
              <w:t>50</w:t>
            </w:r>
          </w:p>
        </w:tc>
        <w:tc>
          <w:tcPr>
            <w:tcW w:w="537" w:type="pct"/>
          </w:tcPr>
          <w:p w14:paraId="2D241E9D" w14:textId="31F8915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1022">
              <w:rPr>
                <w:rFonts w:ascii="Times New Roman" w:hAnsi="Times New Roman" w:cs="Times New Roman"/>
              </w:rPr>
              <w:t xml:space="preserve">Zenab Yusuf </w:t>
            </w:r>
            <w:proofErr w:type="spellStart"/>
            <w:r w:rsidRPr="003F1022">
              <w:rPr>
                <w:rFonts w:ascii="Times New Roman" w:hAnsi="Times New Roman" w:cs="Times New Roman"/>
              </w:rPr>
              <w:t>Tambawala</w:t>
            </w:r>
            <w:proofErr w:type="spellEnd"/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73C02" w14:textId="4B7526D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603CC" w14:textId="6452A326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C989B" w14:textId="1701D70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73092" w14:textId="2B5D57B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F4F11" w14:textId="6FDFDC2F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EF2AF" w14:textId="29796467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92CF2" w14:textId="71204C9D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E1DCC" w14:textId="3F810811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77893" w14:textId="541F43AC" w:rsidR="00390B7D" w:rsidRPr="00F03718" w:rsidRDefault="00390B7D" w:rsidP="0039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03718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Include</w:t>
            </w:r>
          </w:p>
        </w:tc>
      </w:tr>
    </w:tbl>
    <w:p w14:paraId="1F271ABE" w14:textId="77777777" w:rsidR="00977B73" w:rsidRDefault="00977B73">
      <w:pPr>
        <w:rPr>
          <w:lang w:eastAsia="ja-JP"/>
        </w:rPr>
      </w:pPr>
    </w:p>
    <w:p w14:paraId="585FACAF" w14:textId="77777777" w:rsidR="00FF655D" w:rsidRDefault="00FF655D">
      <w:pPr>
        <w:rPr>
          <w:lang w:eastAsia="ja-JP"/>
        </w:rPr>
      </w:pPr>
    </w:p>
    <w:p w14:paraId="1F4C71D6" w14:textId="77777777" w:rsidR="00FF655D" w:rsidRDefault="00FF655D">
      <w:pPr>
        <w:rPr>
          <w:lang w:eastAsia="ja-JP"/>
        </w:rPr>
      </w:pPr>
    </w:p>
    <w:sectPr w:rsidR="00FF655D" w:rsidSect="00F0371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E412A" w14:textId="77777777" w:rsidR="00755050" w:rsidRDefault="00755050" w:rsidP="00441C4F">
      <w:pPr>
        <w:spacing w:after="0" w:line="240" w:lineRule="auto"/>
      </w:pPr>
      <w:r>
        <w:separator/>
      </w:r>
    </w:p>
  </w:endnote>
  <w:endnote w:type="continuationSeparator" w:id="0">
    <w:p w14:paraId="60223B52" w14:textId="77777777" w:rsidR="00755050" w:rsidRDefault="00755050" w:rsidP="00441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8186F" w14:textId="77777777" w:rsidR="00755050" w:rsidRDefault="00755050" w:rsidP="00441C4F">
      <w:pPr>
        <w:spacing w:after="0" w:line="240" w:lineRule="auto"/>
      </w:pPr>
      <w:r>
        <w:separator/>
      </w:r>
    </w:p>
  </w:footnote>
  <w:footnote w:type="continuationSeparator" w:id="0">
    <w:p w14:paraId="7745E1E3" w14:textId="77777777" w:rsidR="00755050" w:rsidRDefault="00755050" w:rsidP="00441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6635816">
    <w:abstractNumId w:val="8"/>
  </w:num>
  <w:num w:numId="2" w16cid:durableId="416757992">
    <w:abstractNumId w:val="6"/>
  </w:num>
  <w:num w:numId="3" w16cid:durableId="1591625762">
    <w:abstractNumId w:val="5"/>
  </w:num>
  <w:num w:numId="4" w16cid:durableId="1082946022">
    <w:abstractNumId w:val="4"/>
  </w:num>
  <w:num w:numId="5" w16cid:durableId="1768962697">
    <w:abstractNumId w:val="7"/>
  </w:num>
  <w:num w:numId="6" w16cid:durableId="1251695985">
    <w:abstractNumId w:val="3"/>
  </w:num>
  <w:num w:numId="7" w16cid:durableId="627779694">
    <w:abstractNumId w:val="2"/>
  </w:num>
  <w:num w:numId="8" w16cid:durableId="1325429862">
    <w:abstractNumId w:val="1"/>
  </w:num>
  <w:num w:numId="9" w16cid:durableId="10388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51E"/>
    <w:rsid w:val="0008698F"/>
    <w:rsid w:val="0013078C"/>
    <w:rsid w:val="0015074B"/>
    <w:rsid w:val="0015339C"/>
    <w:rsid w:val="001C00A4"/>
    <w:rsid w:val="001F4030"/>
    <w:rsid w:val="00242531"/>
    <w:rsid w:val="0029639D"/>
    <w:rsid w:val="00300DF7"/>
    <w:rsid w:val="00320CAE"/>
    <w:rsid w:val="00326F90"/>
    <w:rsid w:val="00335A1F"/>
    <w:rsid w:val="00390B7D"/>
    <w:rsid w:val="003A5739"/>
    <w:rsid w:val="003E1EAF"/>
    <w:rsid w:val="003F1430"/>
    <w:rsid w:val="00441C4F"/>
    <w:rsid w:val="004854C1"/>
    <w:rsid w:val="004B6D10"/>
    <w:rsid w:val="004E0CEB"/>
    <w:rsid w:val="004E73B4"/>
    <w:rsid w:val="00514D4E"/>
    <w:rsid w:val="00525A5F"/>
    <w:rsid w:val="005366C8"/>
    <w:rsid w:val="00567D39"/>
    <w:rsid w:val="00575BFE"/>
    <w:rsid w:val="00711D2D"/>
    <w:rsid w:val="00720616"/>
    <w:rsid w:val="00737802"/>
    <w:rsid w:val="00745ADF"/>
    <w:rsid w:val="00755050"/>
    <w:rsid w:val="00842A08"/>
    <w:rsid w:val="008607D9"/>
    <w:rsid w:val="00874968"/>
    <w:rsid w:val="008875FD"/>
    <w:rsid w:val="008B1FF7"/>
    <w:rsid w:val="0091139E"/>
    <w:rsid w:val="00912661"/>
    <w:rsid w:val="009521CB"/>
    <w:rsid w:val="00977B73"/>
    <w:rsid w:val="009876FB"/>
    <w:rsid w:val="009C5620"/>
    <w:rsid w:val="00A60028"/>
    <w:rsid w:val="00A74461"/>
    <w:rsid w:val="00A95B76"/>
    <w:rsid w:val="00AA1D8D"/>
    <w:rsid w:val="00AD7D22"/>
    <w:rsid w:val="00AE4EEE"/>
    <w:rsid w:val="00AF5A00"/>
    <w:rsid w:val="00B47730"/>
    <w:rsid w:val="00B6576F"/>
    <w:rsid w:val="00BE5905"/>
    <w:rsid w:val="00CB0664"/>
    <w:rsid w:val="00CC03B6"/>
    <w:rsid w:val="00CD147D"/>
    <w:rsid w:val="00CE03C7"/>
    <w:rsid w:val="00CE65F0"/>
    <w:rsid w:val="00D67190"/>
    <w:rsid w:val="00D67E3F"/>
    <w:rsid w:val="00D72B85"/>
    <w:rsid w:val="00D81B08"/>
    <w:rsid w:val="00E25854"/>
    <w:rsid w:val="00E41FA3"/>
    <w:rsid w:val="00E74DC2"/>
    <w:rsid w:val="00F03718"/>
    <w:rsid w:val="00F1615B"/>
    <w:rsid w:val="00FC693F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8E79A"/>
  <w14:defaultImageDpi w14:val="300"/>
  <w15:docId w15:val="{380A55F3-CB08-413F-9D3E-14B753C2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4E0CEB"/>
    <w:pPr>
      <w:spacing w:after="0" w:line="240" w:lineRule="auto"/>
    </w:pPr>
  </w:style>
  <w:style w:type="character" w:styleId="aff0">
    <w:name w:val="annotation reference"/>
    <w:basedOn w:val="a2"/>
    <w:uiPriority w:val="99"/>
    <w:semiHidden/>
    <w:unhideWhenUsed/>
    <w:rsid w:val="009521CB"/>
    <w:rPr>
      <w:sz w:val="16"/>
      <w:szCs w:val="16"/>
    </w:rPr>
  </w:style>
  <w:style w:type="paragraph" w:styleId="aff1">
    <w:name w:val="annotation text"/>
    <w:basedOn w:val="a1"/>
    <w:link w:val="aff2"/>
    <w:uiPriority w:val="99"/>
    <w:unhideWhenUsed/>
    <w:rsid w:val="009521CB"/>
    <w:pPr>
      <w:spacing w:line="240" w:lineRule="auto"/>
    </w:pPr>
    <w:rPr>
      <w:sz w:val="20"/>
      <w:szCs w:val="20"/>
    </w:rPr>
  </w:style>
  <w:style w:type="character" w:customStyle="1" w:styleId="aff2">
    <w:name w:val="コメント文字列 (文字)"/>
    <w:basedOn w:val="a2"/>
    <w:link w:val="aff1"/>
    <w:uiPriority w:val="99"/>
    <w:rsid w:val="009521CB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9521CB"/>
    <w:rPr>
      <w:b/>
      <w:bCs/>
    </w:rPr>
  </w:style>
  <w:style w:type="character" w:customStyle="1" w:styleId="aff4">
    <w:name w:val="コメント内容 (文字)"/>
    <w:basedOn w:val="aff2"/>
    <w:link w:val="aff3"/>
    <w:uiPriority w:val="99"/>
    <w:semiHidden/>
    <w:rsid w:val="009521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1254</Words>
  <Characters>7152</Characters>
  <Application>Microsoft Office Word</Application>
  <DocSecurity>0</DocSecurity>
  <Lines>59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Takashi Hongo</cp:lastModifiedBy>
  <cp:revision>2</cp:revision>
  <dcterms:created xsi:type="dcterms:W3CDTF">2026-04-10T01:19:00Z</dcterms:created>
  <dcterms:modified xsi:type="dcterms:W3CDTF">2026-04-10T01:19:00Z</dcterms:modified>
  <cp:category/>
</cp:coreProperties>
</file>