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e"/>
        <w:tblW w:w="5000" w:type="pct"/>
        <w:tblLook w:val="04A0" w:firstRow="1" w:lastRow="0" w:firstColumn="1" w:lastColumn="0" w:noHBand="0" w:noVBand="1"/>
      </w:tblPr>
      <w:tblGrid>
        <w:gridCol w:w="550"/>
        <w:gridCol w:w="1672"/>
        <w:gridCol w:w="1452"/>
        <w:gridCol w:w="1048"/>
        <w:gridCol w:w="1572"/>
        <w:gridCol w:w="1530"/>
        <w:gridCol w:w="1452"/>
        <w:gridCol w:w="1170"/>
        <w:gridCol w:w="1794"/>
      </w:tblGrid>
      <w:tr w:rsidR="005366C8" w14:paraId="66D8DBEA" w14:textId="77777777" w:rsidTr="002C03A3">
        <w:tc>
          <w:tcPr>
            <w:tcW w:w="5000" w:type="pct"/>
            <w:gridSpan w:val="9"/>
            <w:tcBorders>
              <w:top w:val="nil"/>
              <w:left w:val="nil"/>
              <w:right w:val="nil"/>
            </w:tcBorders>
          </w:tcPr>
          <w:p w14:paraId="05A0047D" w14:textId="79A7BA91" w:rsidR="005366C8" w:rsidRPr="002C03A3" w:rsidRDefault="00A67D0B">
            <w:pPr>
              <w:rPr>
                <w:rFonts w:ascii="Times New Roman" w:hAnsi="Times New Roman" w:cs="Times New Roman"/>
                <w:b/>
                <w:bCs/>
                <w:lang w:eastAsia="ja-JP"/>
              </w:rPr>
            </w:pPr>
            <w:r w:rsidRPr="002C03A3">
              <w:rPr>
                <w:rFonts w:ascii="Times New Roman" w:hAnsi="Times New Roman" w:cs="Times New Roman"/>
                <w:b/>
                <w:bCs/>
                <w:lang w:eastAsia="ja-JP"/>
              </w:rPr>
              <w:t xml:space="preserve">Additional </w:t>
            </w:r>
            <w:r w:rsidR="00445B53" w:rsidRPr="002C03A3">
              <w:rPr>
                <w:rFonts w:ascii="Times New Roman" w:hAnsi="Times New Roman" w:cs="Times New Roman"/>
                <w:b/>
                <w:bCs/>
                <w:lang w:eastAsia="ja-JP"/>
              </w:rPr>
              <w:t>F</w:t>
            </w:r>
            <w:r w:rsidRPr="002C03A3">
              <w:rPr>
                <w:rFonts w:ascii="Times New Roman" w:hAnsi="Times New Roman" w:cs="Times New Roman"/>
                <w:b/>
                <w:bCs/>
                <w:lang w:eastAsia="ja-JP"/>
              </w:rPr>
              <w:t>ile 5</w:t>
            </w:r>
            <w:r w:rsidR="005366C8" w:rsidRPr="002C03A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06DB9" w:rsidRPr="002C03A3">
              <w:rPr>
                <w:rFonts w:ascii="Times New Roman" w:hAnsi="Times New Roman" w:cs="Times New Roman"/>
              </w:rPr>
              <w:t xml:space="preserve">Quality assessment of </w:t>
            </w:r>
            <w:r w:rsidR="00E06DB9" w:rsidRPr="002C03A3">
              <w:rPr>
                <w:rFonts w:ascii="Times New Roman" w:hAnsi="Times New Roman" w:cs="Times New Roman"/>
                <w:lang w:eastAsia="ja-JP"/>
              </w:rPr>
              <w:t xml:space="preserve">observational </w:t>
            </w:r>
            <w:r w:rsidR="00AF1282" w:rsidRPr="002C03A3">
              <w:rPr>
                <w:rFonts w:ascii="Times New Roman" w:hAnsi="Times New Roman" w:cs="Times New Roman"/>
                <w:lang w:eastAsia="ja-JP"/>
              </w:rPr>
              <w:t>stud</w:t>
            </w:r>
            <w:r w:rsidR="00AF1282">
              <w:rPr>
                <w:rFonts w:ascii="Times New Roman" w:hAnsi="Times New Roman" w:cs="Times New Roman"/>
                <w:lang w:eastAsia="ja-JP"/>
              </w:rPr>
              <w:t>ies</w:t>
            </w:r>
          </w:p>
        </w:tc>
      </w:tr>
      <w:tr w:rsidR="00DC2ED3" w:rsidRPr="0008351E" w14:paraId="1E418B17" w14:textId="77777777" w:rsidTr="00660F27">
        <w:tc>
          <w:tcPr>
            <w:tcW w:w="225" w:type="pct"/>
          </w:tcPr>
          <w:p w14:paraId="2BBF8097" w14:textId="77777777" w:rsidR="00AD1056" w:rsidRPr="0008351E" w:rsidRDefault="00AD1056">
            <w:pPr>
              <w:rPr>
                <w:rFonts w:ascii="Times New Roman" w:hAnsi="Times New Roman" w:cs="Times New Roman"/>
                <w:b/>
                <w:bCs/>
              </w:rPr>
            </w:pPr>
            <w:r w:rsidRPr="0008351E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683" w:type="pct"/>
          </w:tcPr>
          <w:p w14:paraId="6CB4E26A" w14:textId="77777777" w:rsidR="00AD1056" w:rsidRPr="0008351E" w:rsidRDefault="00AD1056">
            <w:pPr>
              <w:rPr>
                <w:rFonts w:ascii="Times New Roman" w:hAnsi="Times New Roman" w:cs="Times New Roman"/>
                <w:b/>
                <w:bCs/>
              </w:rPr>
            </w:pPr>
            <w:r w:rsidRPr="0008351E">
              <w:rPr>
                <w:rFonts w:ascii="Times New Roman" w:hAnsi="Times New Roman" w:cs="Times New Roman"/>
                <w:b/>
                <w:bCs/>
              </w:rPr>
              <w:t>Author</w:t>
            </w:r>
          </w:p>
        </w:tc>
        <w:tc>
          <w:tcPr>
            <w:tcW w:w="593" w:type="pct"/>
          </w:tcPr>
          <w:p w14:paraId="725EFA3C" w14:textId="4684AAEE" w:rsidR="00AD1056" w:rsidRPr="0008351E" w:rsidRDefault="00AD1056">
            <w:pPr>
              <w:rPr>
                <w:rFonts w:ascii="Times New Roman" w:hAnsi="Times New Roman" w:cs="Times New Roman"/>
                <w:b/>
                <w:bCs/>
              </w:rPr>
            </w:pPr>
            <w:r w:rsidRPr="00E13709">
              <w:rPr>
                <w:rFonts w:ascii="Times New Roman" w:hAnsi="Times New Roman" w:cs="Times New Roman"/>
                <w:b/>
                <w:bCs/>
              </w:rPr>
              <w:t>Study Participation</w:t>
            </w:r>
          </w:p>
        </w:tc>
        <w:tc>
          <w:tcPr>
            <w:tcW w:w="428" w:type="pct"/>
          </w:tcPr>
          <w:p w14:paraId="40B2C835" w14:textId="7D9C1335" w:rsidR="00AD1056" w:rsidRPr="0008351E" w:rsidRDefault="00AD1056">
            <w:pPr>
              <w:rPr>
                <w:rFonts w:ascii="Times New Roman" w:hAnsi="Times New Roman" w:cs="Times New Roman"/>
                <w:b/>
                <w:bCs/>
              </w:rPr>
            </w:pPr>
            <w:r w:rsidRPr="00E13709">
              <w:rPr>
                <w:rFonts w:ascii="Times New Roman" w:hAnsi="Times New Roman" w:cs="Times New Roman"/>
                <w:b/>
                <w:bCs/>
              </w:rPr>
              <w:t>Study Attrition</w:t>
            </w:r>
          </w:p>
        </w:tc>
        <w:tc>
          <w:tcPr>
            <w:tcW w:w="642" w:type="pct"/>
          </w:tcPr>
          <w:p w14:paraId="25B76F33" w14:textId="634701B9" w:rsidR="00AD1056" w:rsidRPr="0008351E" w:rsidRDefault="00AD1056">
            <w:pPr>
              <w:rPr>
                <w:rFonts w:ascii="Times New Roman" w:hAnsi="Times New Roman" w:cs="Times New Roman"/>
                <w:b/>
                <w:bCs/>
              </w:rPr>
            </w:pPr>
            <w:r w:rsidRPr="00E13709">
              <w:rPr>
                <w:rFonts w:ascii="Times New Roman" w:hAnsi="Times New Roman" w:cs="Times New Roman"/>
                <w:b/>
                <w:bCs/>
              </w:rPr>
              <w:t>Prognostic Factor Measurement</w:t>
            </w:r>
          </w:p>
        </w:tc>
        <w:tc>
          <w:tcPr>
            <w:tcW w:w="625" w:type="pct"/>
          </w:tcPr>
          <w:p w14:paraId="0931B81F" w14:textId="6E9DB663" w:rsidR="00AD1056" w:rsidRPr="0008351E" w:rsidRDefault="00AD1056">
            <w:pPr>
              <w:rPr>
                <w:rFonts w:ascii="Times New Roman" w:hAnsi="Times New Roman" w:cs="Times New Roman"/>
                <w:b/>
                <w:bCs/>
              </w:rPr>
            </w:pPr>
            <w:r w:rsidRPr="00E13709">
              <w:rPr>
                <w:rFonts w:ascii="Times New Roman" w:hAnsi="Times New Roman" w:cs="Times New Roman"/>
                <w:b/>
                <w:bCs/>
              </w:rPr>
              <w:t>Outcome Measurement</w:t>
            </w:r>
          </w:p>
        </w:tc>
        <w:tc>
          <w:tcPr>
            <w:tcW w:w="593" w:type="pct"/>
          </w:tcPr>
          <w:p w14:paraId="53712067" w14:textId="4563B64C" w:rsidR="00AD1056" w:rsidRPr="0008351E" w:rsidRDefault="00AD1056">
            <w:pPr>
              <w:rPr>
                <w:rFonts w:ascii="Times New Roman" w:hAnsi="Times New Roman" w:cs="Times New Roman"/>
                <w:b/>
                <w:bCs/>
              </w:rPr>
            </w:pPr>
            <w:r w:rsidRPr="00E13709">
              <w:rPr>
                <w:rFonts w:ascii="Times New Roman" w:hAnsi="Times New Roman" w:cs="Times New Roman"/>
                <w:b/>
                <w:bCs/>
              </w:rPr>
              <w:t>Study Confounding</w:t>
            </w:r>
          </w:p>
        </w:tc>
        <w:tc>
          <w:tcPr>
            <w:tcW w:w="478" w:type="pct"/>
          </w:tcPr>
          <w:p w14:paraId="4828D818" w14:textId="6C01BE11" w:rsidR="00AD1056" w:rsidRPr="0008351E" w:rsidRDefault="00AD1056">
            <w:pPr>
              <w:rPr>
                <w:rFonts w:ascii="Times New Roman" w:hAnsi="Times New Roman" w:cs="Times New Roman"/>
                <w:b/>
                <w:bCs/>
                <w:lang w:eastAsia="ja-JP"/>
              </w:rPr>
            </w:pPr>
            <w:r w:rsidRPr="00AD1056">
              <w:rPr>
                <w:rFonts w:ascii="Times New Roman" w:hAnsi="Times New Roman" w:cs="Times New Roman"/>
                <w:b/>
                <w:bCs/>
                <w:lang w:eastAsia="ja-JP"/>
              </w:rPr>
              <w:t xml:space="preserve">Statistical Analysis &amp; Reporting </w:t>
            </w:r>
          </w:p>
        </w:tc>
        <w:tc>
          <w:tcPr>
            <w:tcW w:w="732" w:type="pct"/>
          </w:tcPr>
          <w:p w14:paraId="35F4F087" w14:textId="217E2F35" w:rsidR="00AD1056" w:rsidRPr="0008351E" w:rsidRDefault="00805320">
            <w:pPr>
              <w:rPr>
                <w:rFonts w:ascii="Times New Roman" w:hAnsi="Times New Roman" w:cs="Times New Roman"/>
                <w:b/>
                <w:bCs/>
              </w:rPr>
            </w:pPr>
            <w:r w:rsidRPr="00805320">
              <w:rPr>
                <w:rFonts w:ascii="Times New Roman" w:hAnsi="Times New Roman" w:cs="Times New Roman"/>
                <w:b/>
                <w:bCs/>
              </w:rPr>
              <w:t xml:space="preserve">Final </w:t>
            </w:r>
            <w:r w:rsidR="00AF1282">
              <w:rPr>
                <w:rFonts w:ascii="Times New Roman" w:hAnsi="Times New Roman" w:cs="Times New Roman"/>
                <w:b/>
                <w:bCs/>
              </w:rPr>
              <w:t>Q</w:t>
            </w:r>
            <w:r w:rsidR="00AF1282" w:rsidRPr="00805320">
              <w:rPr>
                <w:rFonts w:ascii="Times New Roman" w:hAnsi="Times New Roman" w:cs="Times New Roman"/>
                <w:b/>
                <w:bCs/>
              </w:rPr>
              <w:t xml:space="preserve">uality </w:t>
            </w:r>
            <w:r w:rsidR="00AF1282">
              <w:rPr>
                <w:rFonts w:ascii="Times New Roman" w:hAnsi="Times New Roman" w:cs="Times New Roman"/>
                <w:b/>
                <w:bCs/>
              </w:rPr>
              <w:t>R</w:t>
            </w:r>
            <w:r w:rsidR="00AF1282" w:rsidRPr="00805320">
              <w:rPr>
                <w:rFonts w:ascii="Times New Roman" w:hAnsi="Times New Roman" w:cs="Times New Roman"/>
                <w:b/>
                <w:bCs/>
              </w:rPr>
              <w:t>ating</w:t>
            </w:r>
          </w:p>
        </w:tc>
      </w:tr>
      <w:tr w:rsidR="00DC2ED3" w:rsidRPr="0008351E" w14:paraId="049A4942" w14:textId="77777777" w:rsidTr="00660F27">
        <w:tc>
          <w:tcPr>
            <w:tcW w:w="225" w:type="pct"/>
          </w:tcPr>
          <w:p w14:paraId="3B421DC5" w14:textId="4C35B239" w:rsidR="00AD1056" w:rsidRPr="00AD1056" w:rsidRDefault="00AD1056" w:rsidP="00AD1056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DC2ED3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7</w:t>
            </w:r>
          </w:p>
        </w:tc>
        <w:tc>
          <w:tcPr>
            <w:tcW w:w="683" w:type="pct"/>
          </w:tcPr>
          <w:p w14:paraId="727CEE8C" w14:textId="77777777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Patchareya</w:t>
            </w:r>
            <w:proofErr w:type="spellEnd"/>
            <w:r w:rsidRPr="00AD105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Nivatpumin</w:t>
            </w:r>
            <w:proofErr w:type="spellEnd"/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864D9" w14:textId="448D282A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1B991" w14:textId="2A94819C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8B643" w14:textId="2443C1BC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High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4DFDC" w14:textId="0C115876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CEB9E" w14:textId="683CE884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High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30A37" w14:textId="3955B0C2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7C711" w14:textId="7D395D4D" w:rsidR="00AD1056" w:rsidRPr="00AD1056" w:rsidRDefault="00805320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1"/>
                <w:szCs w:val="21"/>
                <w:lang w:eastAsia="ja-JP"/>
              </w:rPr>
              <w:t>Low</w:t>
            </w:r>
          </w:p>
        </w:tc>
      </w:tr>
      <w:tr w:rsidR="00DC2ED3" w:rsidRPr="0008351E" w14:paraId="74D3F34D" w14:textId="77777777" w:rsidTr="00660F27">
        <w:tc>
          <w:tcPr>
            <w:tcW w:w="225" w:type="pct"/>
          </w:tcPr>
          <w:p w14:paraId="4CB862DB" w14:textId="67F5BB28" w:rsidR="00AD1056" w:rsidRPr="00AD1056" w:rsidRDefault="00AD1056" w:rsidP="00AD1056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DC2ED3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7</w:t>
            </w:r>
          </w:p>
        </w:tc>
        <w:tc>
          <w:tcPr>
            <w:tcW w:w="683" w:type="pct"/>
          </w:tcPr>
          <w:p w14:paraId="58B55C79" w14:textId="77777777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Melissa Lavecchia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983E5" w14:textId="4033D603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High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35BE49" w14:textId="3F9C6288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High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1C50C" w14:textId="66FCBB5A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11E9F" w14:textId="584FB843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High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09B9E" w14:textId="53722DF3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FC882" w14:textId="2F045889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EDEC8" w14:textId="0413F79B" w:rsidR="00AD1056" w:rsidRPr="00AD1056" w:rsidRDefault="00805320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Low</w:t>
            </w:r>
          </w:p>
        </w:tc>
      </w:tr>
      <w:tr w:rsidR="00DC2ED3" w:rsidRPr="0008351E" w14:paraId="111CD48C" w14:textId="77777777" w:rsidTr="00660F27">
        <w:tc>
          <w:tcPr>
            <w:tcW w:w="225" w:type="pct"/>
          </w:tcPr>
          <w:p w14:paraId="1464098E" w14:textId="51FBBFE4" w:rsidR="00AD1056" w:rsidRPr="00AD1056" w:rsidRDefault="00AD1056" w:rsidP="00AD1056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DC2ED3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5</w:t>
            </w:r>
          </w:p>
        </w:tc>
        <w:tc>
          <w:tcPr>
            <w:tcW w:w="683" w:type="pct"/>
          </w:tcPr>
          <w:p w14:paraId="5CCF50B2" w14:textId="40FB2E57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hAnsi="Times New Roman" w:cs="Times New Roman"/>
                <w:sz w:val="21"/>
                <w:szCs w:val="21"/>
                <w:lang w:eastAsia="ja-JP"/>
              </w:rPr>
              <w:t>NA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79AC7" w14:textId="314A8908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High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97D29" w14:textId="744979FD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High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388EC" w14:textId="5F6AE09B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High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8CFD5" w14:textId="48215CEE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High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9C8DD" w14:textId="1465430E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High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54556F" w14:textId="673E6067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High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B9FC0" w14:textId="71A74805" w:rsidR="00AD1056" w:rsidRPr="00AD1056" w:rsidRDefault="00805320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Low</w:t>
            </w:r>
          </w:p>
        </w:tc>
      </w:tr>
      <w:tr w:rsidR="00DC2ED3" w:rsidRPr="0008351E" w14:paraId="47DEDAA6" w14:textId="77777777" w:rsidTr="00660F27">
        <w:tc>
          <w:tcPr>
            <w:tcW w:w="225" w:type="pct"/>
          </w:tcPr>
          <w:p w14:paraId="00BCEE09" w14:textId="33CC2248" w:rsidR="00AD1056" w:rsidRPr="00AD1056" w:rsidRDefault="00AD1056" w:rsidP="00AD1056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  <w:r w:rsidR="00DC2ED3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9</w:t>
            </w:r>
          </w:p>
        </w:tc>
        <w:tc>
          <w:tcPr>
            <w:tcW w:w="683" w:type="pct"/>
          </w:tcPr>
          <w:p w14:paraId="6B048597" w14:textId="00E5BEDA" w:rsidR="00AD1056" w:rsidRPr="00710849" w:rsidRDefault="00710849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03A3">
              <w:rPr>
                <w:rFonts w:ascii="Times New Roman" w:hAnsi="Times New Roman" w:cs="Times New Roman"/>
                <w:sz w:val="21"/>
                <w:szCs w:val="21"/>
              </w:rPr>
              <w:t xml:space="preserve">A </w:t>
            </w:r>
            <w:proofErr w:type="spellStart"/>
            <w:r w:rsidR="00AD1056" w:rsidRPr="00710849">
              <w:rPr>
                <w:rFonts w:ascii="Times New Roman" w:hAnsi="Times New Roman" w:cs="Times New Roman"/>
                <w:sz w:val="21"/>
                <w:szCs w:val="21"/>
              </w:rPr>
              <w:t>Dijkman</w:t>
            </w:r>
            <w:proofErr w:type="spellEnd"/>
            <w:r w:rsidR="00AD1056" w:rsidRPr="0071084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85E626" w14:textId="4DCF2803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DAFB39" w14:textId="4B895CF5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E4951F" w14:textId="32008B67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3990D1" w14:textId="0350F3E5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757180" w14:textId="2374D205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D62BE1" w14:textId="31EF567F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01198" w14:textId="67F2BD40" w:rsidR="00AD1056" w:rsidRPr="00AD1056" w:rsidRDefault="00805320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1"/>
                <w:szCs w:val="21"/>
                <w:lang w:eastAsia="ja-JP"/>
              </w:rPr>
              <w:t>Middle</w:t>
            </w:r>
          </w:p>
        </w:tc>
      </w:tr>
      <w:tr w:rsidR="00DC2ED3" w:rsidRPr="0008351E" w14:paraId="382813C3" w14:textId="77777777" w:rsidTr="00660F27">
        <w:trPr>
          <w:trHeight w:val="70"/>
        </w:trPr>
        <w:tc>
          <w:tcPr>
            <w:tcW w:w="225" w:type="pct"/>
          </w:tcPr>
          <w:p w14:paraId="35438B3A" w14:textId="68341622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DC2ED3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13</w:t>
            </w:r>
          </w:p>
        </w:tc>
        <w:tc>
          <w:tcPr>
            <w:tcW w:w="683" w:type="pct"/>
          </w:tcPr>
          <w:p w14:paraId="7B410F3A" w14:textId="08D76653" w:rsidR="00AD1056" w:rsidRPr="00710849" w:rsidRDefault="00710849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03A3">
              <w:rPr>
                <w:rFonts w:ascii="Times New Roman" w:hAnsi="Times New Roman" w:cs="Times New Roman"/>
                <w:sz w:val="21"/>
                <w:szCs w:val="21"/>
              </w:rPr>
              <w:t xml:space="preserve">KG </w:t>
            </w:r>
            <w:r w:rsidR="00AD1056" w:rsidRPr="00710849">
              <w:rPr>
                <w:rFonts w:ascii="Times New Roman" w:hAnsi="Times New Roman" w:cs="Times New Roman"/>
                <w:sz w:val="21"/>
                <w:szCs w:val="21"/>
              </w:rPr>
              <w:t>Buda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21823" w14:textId="48E22769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4B821" w14:textId="7A7347B6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68936C" w14:textId="284F13AE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C4A03" w14:textId="6E732276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E01C46" w14:textId="1536BCC3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2FF35" w14:textId="06B13225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97257" w14:textId="276F1630" w:rsidR="00AD1056" w:rsidRPr="00AD1056" w:rsidRDefault="00805320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High</w:t>
            </w:r>
          </w:p>
        </w:tc>
      </w:tr>
      <w:tr w:rsidR="00DC2ED3" w:rsidRPr="0008351E" w14:paraId="14ED2531" w14:textId="77777777" w:rsidTr="00660F27">
        <w:tc>
          <w:tcPr>
            <w:tcW w:w="225" w:type="pct"/>
          </w:tcPr>
          <w:p w14:paraId="600D1630" w14:textId="5B0338A1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DC2ED3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28</w:t>
            </w:r>
          </w:p>
        </w:tc>
        <w:tc>
          <w:tcPr>
            <w:tcW w:w="683" w:type="pct"/>
          </w:tcPr>
          <w:p w14:paraId="71191EC7" w14:textId="4A7D2950" w:rsidR="00AD1056" w:rsidRPr="00710849" w:rsidRDefault="00710849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C03A3">
              <w:rPr>
                <w:rFonts w:ascii="Times New Roman" w:hAnsi="Times New Roman" w:cs="Times New Roman"/>
                <w:sz w:val="21"/>
                <w:szCs w:val="21"/>
              </w:rPr>
              <w:t xml:space="preserve">F </w:t>
            </w:r>
            <w:r w:rsidR="00AD1056" w:rsidRPr="00710849">
              <w:rPr>
                <w:rFonts w:ascii="Times New Roman" w:hAnsi="Times New Roman" w:cs="Times New Roman"/>
                <w:sz w:val="21"/>
                <w:szCs w:val="21"/>
              </w:rPr>
              <w:t xml:space="preserve">He 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BEB559" w14:textId="2F95B2D9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3FF752" w14:textId="60DCB5F4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FFAC20" w14:textId="5F9C729B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7B2F53" w14:textId="76DC9328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D36BFA" w14:textId="1ABBF795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9E0BBE" w14:textId="3755D4C8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23414" w14:textId="0F1C2047" w:rsidR="00AD1056" w:rsidRPr="00AD1056" w:rsidRDefault="00805320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Middle</w:t>
            </w:r>
          </w:p>
        </w:tc>
      </w:tr>
      <w:tr w:rsidR="00DC2ED3" w:rsidRPr="0008351E" w14:paraId="6C50FE21" w14:textId="77777777" w:rsidTr="00660F27">
        <w:tc>
          <w:tcPr>
            <w:tcW w:w="225" w:type="pct"/>
          </w:tcPr>
          <w:p w14:paraId="2F49BA6E" w14:textId="15A80DFB" w:rsidR="00AD1056" w:rsidRPr="00AD1056" w:rsidRDefault="00AD1056" w:rsidP="00AD1056">
            <w:p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AD1056">
              <w:rPr>
                <w:rFonts w:ascii="Times New Roman" w:hAnsi="Times New Roman" w:cs="Times New Roman"/>
                <w:sz w:val="21"/>
                <w:szCs w:val="21"/>
                <w:lang w:eastAsia="ja-JP"/>
              </w:rPr>
              <w:t>4</w:t>
            </w:r>
            <w:r w:rsidR="00DC2ED3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683" w:type="pct"/>
          </w:tcPr>
          <w:p w14:paraId="3A81CF86" w14:textId="77777777" w:rsidR="00AD1056" w:rsidRPr="00710849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0849">
              <w:rPr>
                <w:rFonts w:ascii="Times New Roman" w:hAnsi="Times New Roman" w:cs="Times New Roman"/>
                <w:sz w:val="21"/>
                <w:szCs w:val="21"/>
              </w:rPr>
              <w:t>Olga Maurin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31F0C" w14:textId="01E894EF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AE142" w14:textId="4DB82019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068E8" w14:textId="3D3D58CB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57481" w14:textId="6C5E1F1F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36C2D" w14:textId="3E905FDD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56C57" w14:textId="62CA9B0A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19E917" w14:textId="45ECB359" w:rsidR="00AD1056" w:rsidRPr="00AD1056" w:rsidRDefault="00805320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1"/>
                <w:szCs w:val="21"/>
                <w:lang w:eastAsia="ja-JP"/>
              </w:rPr>
              <w:t>High</w:t>
            </w:r>
          </w:p>
        </w:tc>
      </w:tr>
      <w:tr w:rsidR="00DC2ED3" w:rsidRPr="0008351E" w14:paraId="09432431" w14:textId="77777777" w:rsidTr="00660F27">
        <w:tc>
          <w:tcPr>
            <w:tcW w:w="225" w:type="pct"/>
          </w:tcPr>
          <w:p w14:paraId="7A3228FA" w14:textId="682F0A92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DC2ED3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42</w:t>
            </w:r>
          </w:p>
        </w:tc>
        <w:tc>
          <w:tcPr>
            <w:tcW w:w="683" w:type="pct"/>
          </w:tcPr>
          <w:p w14:paraId="715AFBB9" w14:textId="77777777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Shusaku Kobori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77E09E" w14:textId="15A1A64C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0E357" w14:textId="374025CC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High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E678E" w14:textId="43CC24D8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7A29B" w14:textId="010DE937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5DD11" w14:textId="7FE93BB9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197EC" w14:textId="2610BCC2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6F6" w14:textId="241B2292" w:rsidR="00AD1056" w:rsidRPr="00AD1056" w:rsidRDefault="00805320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Low</w:t>
            </w:r>
          </w:p>
        </w:tc>
      </w:tr>
      <w:tr w:rsidR="00DC2ED3" w:rsidRPr="0008351E" w14:paraId="557936E1" w14:textId="77777777" w:rsidTr="00660F27">
        <w:tc>
          <w:tcPr>
            <w:tcW w:w="225" w:type="pct"/>
          </w:tcPr>
          <w:p w14:paraId="6FD01575" w14:textId="79EA6CF3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DC2ED3"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t>43</w:t>
            </w:r>
          </w:p>
        </w:tc>
        <w:tc>
          <w:tcPr>
            <w:tcW w:w="683" w:type="pct"/>
          </w:tcPr>
          <w:p w14:paraId="1CD42969" w14:textId="77777777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hAnsi="Times New Roman" w:cs="Times New Roman"/>
                <w:sz w:val="21"/>
                <w:szCs w:val="21"/>
              </w:rPr>
              <w:t>XRJ Moors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455705" w14:textId="5CC07C26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8254C" w14:textId="25119C87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B9D37" w14:textId="5BEB89A3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B2131" w14:textId="49EEE776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54951" w14:textId="438238F1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Low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44300" w14:textId="2F926511" w:rsidR="00AD1056" w:rsidRPr="00AD1056" w:rsidRDefault="00AD1056" w:rsidP="00AD1056">
            <w:pP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  <w:r w:rsidRPr="00AD1056">
              <w:rPr>
                <w:rFonts w:ascii="Times New Roman" w:eastAsia="Yu Gothic" w:hAnsi="Times New Roman" w:cs="Times New Roman"/>
                <w:color w:val="000000"/>
                <w:sz w:val="21"/>
                <w:szCs w:val="21"/>
              </w:rPr>
              <w:t>Middle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A6D49" w14:textId="023BA481" w:rsidR="00AD1056" w:rsidRPr="00AD1056" w:rsidRDefault="00805320" w:rsidP="00AD1056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sz w:val="21"/>
                <w:szCs w:val="21"/>
                <w:lang w:eastAsia="ja-JP"/>
              </w:rPr>
              <w:t>High</w:t>
            </w:r>
          </w:p>
        </w:tc>
      </w:tr>
    </w:tbl>
    <w:p w14:paraId="1F4C71D6" w14:textId="77777777" w:rsidR="00FF655D" w:rsidRDefault="00FF655D">
      <w:pPr>
        <w:rPr>
          <w:lang w:eastAsia="ja-JP"/>
        </w:rPr>
      </w:pPr>
    </w:p>
    <w:sectPr w:rsidR="00FF655D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54A6D" w14:textId="77777777" w:rsidR="002C2FD8" w:rsidRDefault="002C2FD8" w:rsidP="00F66ED7">
      <w:pPr>
        <w:spacing w:after="0" w:line="240" w:lineRule="auto"/>
      </w:pPr>
      <w:r>
        <w:separator/>
      </w:r>
    </w:p>
  </w:endnote>
  <w:endnote w:type="continuationSeparator" w:id="0">
    <w:p w14:paraId="4CE4ECA9" w14:textId="77777777" w:rsidR="002C2FD8" w:rsidRDefault="002C2FD8" w:rsidP="00F66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CF770" w14:textId="77777777" w:rsidR="002C2FD8" w:rsidRDefault="002C2FD8" w:rsidP="00F66ED7">
      <w:pPr>
        <w:spacing w:after="0" w:line="240" w:lineRule="auto"/>
      </w:pPr>
      <w:r>
        <w:separator/>
      </w:r>
    </w:p>
  </w:footnote>
  <w:footnote w:type="continuationSeparator" w:id="0">
    <w:p w14:paraId="334E924C" w14:textId="77777777" w:rsidR="002C2FD8" w:rsidRDefault="002C2FD8" w:rsidP="00F66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6635816">
    <w:abstractNumId w:val="8"/>
  </w:num>
  <w:num w:numId="2" w16cid:durableId="416757992">
    <w:abstractNumId w:val="6"/>
  </w:num>
  <w:num w:numId="3" w16cid:durableId="1591625762">
    <w:abstractNumId w:val="5"/>
  </w:num>
  <w:num w:numId="4" w16cid:durableId="1082946022">
    <w:abstractNumId w:val="4"/>
  </w:num>
  <w:num w:numId="5" w16cid:durableId="1768962697">
    <w:abstractNumId w:val="7"/>
  </w:num>
  <w:num w:numId="6" w16cid:durableId="1251695985">
    <w:abstractNumId w:val="3"/>
  </w:num>
  <w:num w:numId="7" w16cid:durableId="627779694">
    <w:abstractNumId w:val="2"/>
  </w:num>
  <w:num w:numId="8" w16cid:durableId="1325429862">
    <w:abstractNumId w:val="1"/>
  </w:num>
  <w:num w:numId="9" w16cid:durableId="103886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51E"/>
    <w:rsid w:val="0015074B"/>
    <w:rsid w:val="0015339C"/>
    <w:rsid w:val="001A6C3D"/>
    <w:rsid w:val="001F4030"/>
    <w:rsid w:val="0029639D"/>
    <w:rsid w:val="002A4149"/>
    <w:rsid w:val="002C03A3"/>
    <w:rsid w:val="002C2FD8"/>
    <w:rsid w:val="00320CAE"/>
    <w:rsid w:val="00326F90"/>
    <w:rsid w:val="00445B53"/>
    <w:rsid w:val="004854C1"/>
    <w:rsid w:val="004E361E"/>
    <w:rsid w:val="00514D4E"/>
    <w:rsid w:val="005366C8"/>
    <w:rsid w:val="0054262E"/>
    <w:rsid w:val="00575BFE"/>
    <w:rsid w:val="00613A00"/>
    <w:rsid w:val="00660F27"/>
    <w:rsid w:val="006B122D"/>
    <w:rsid w:val="006E5CE9"/>
    <w:rsid w:val="00710849"/>
    <w:rsid w:val="00711D2D"/>
    <w:rsid w:val="00720616"/>
    <w:rsid w:val="00745ADF"/>
    <w:rsid w:val="0076357E"/>
    <w:rsid w:val="00805320"/>
    <w:rsid w:val="008875FD"/>
    <w:rsid w:val="008B1FF7"/>
    <w:rsid w:val="009002C8"/>
    <w:rsid w:val="00977B73"/>
    <w:rsid w:val="009876FB"/>
    <w:rsid w:val="009B587E"/>
    <w:rsid w:val="009C5620"/>
    <w:rsid w:val="00A67D0B"/>
    <w:rsid w:val="00A74461"/>
    <w:rsid w:val="00A95B76"/>
    <w:rsid w:val="00AA1D8D"/>
    <w:rsid w:val="00AD1056"/>
    <w:rsid w:val="00AF0F20"/>
    <w:rsid w:val="00AF1282"/>
    <w:rsid w:val="00B47730"/>
    <w:rsid w:val="00B6576F"/>
    <w:rsid w:val="00B65AC0"/>
    <w:rsid w:val="00BE5905"/>
    <w:rsid w:val="00CB0664"/>
    <w:rsid w:val="00CE03C7"/>
    <w:rsid w:val="00CF4DC7"/>
    <w:rsid w:val="00D67190"/>
    <w:rsid w:val="00D67E3F"/>
    <w:rsid w:val="00D7216E"/>
    <w:rsid w:val="00DC2ED3"/>
    <w:rsid w:val="00E06DB9"/>
    <w:rsid w:val="00E13709"/>
    <w:rsid w:val="00E41FA3"/>
    <w:rsid w:val="00E54427"/>
    <w:rsid w:val="00E74DC2"/>
    <w:rsid w:val="00F66ED7"/>
    <w:rsid w:val="00F775C0"/>
    <w:rsid w:val="00FC693F"/>
    <w:rsid w:val="00FF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58E79A"/>
  <w14:defaultImageDpi w14:val="300"/>
  <w15:docId w15:val="{380A55F3-CB08-413F-9D3E-14B753C2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AF1282"/>
    <w:pPr>
      <w:spacing w:after="0" w:line="240" w:lineRule="auto"/>
    </w:pPr>
  </w:style>
  <w:style w:type="character" w:styleId="aff0">
    <w:name w:val="annotation reference"/>
    <w:basedOn w:val="a2"/>
    <w:uiPriority w:val="99"/>
    <w:semiHidden/>
    <w:unhideWhenUsed/>
    <w:rsid w:val="00710849"/>
    <w:rPr>
      <w:sz w:val="16"/>
      <w:szCs w:val="16"/>
    </w:rPr>
  </w:style>
  <w:style w:type="paragraph" w:styleId="aff1">
    <w:name w:val="annotation text"/>
    <w:basedOn w:val="a1"/>
    <w:link w:val="aff2"/>
    <w:uiPriority w:val="99"/>
    <w:unhideWhenUsed/>
    <w:rsid w:val="00710849"/>
    <w:pPr>
      <w:spacing w:line="240" w:lineRule="auto"/>
    </w:pPr>
    <w:rPr>
      <w:sz w:val="20"/>
      <w:szCs w:val="20"/>
    </w:rPr>
  </w:style>
  <w:style w:type="character" w:customStyle="1" w:styleId="aff2">
    <w:name w:val="コメント文字列 (文字)"/>
    <w:basedOn w:val="a2"/>
    <w:link w:val="aff1"/>
    <w:uiPriority w:val="99"/>
    <w:rsid w:val="00710849"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710849"/>
    <w:rPr>
      <w:b/>
      <w:bCs/>
    </w:rPr>
  </w:style>
  <w:style w:type="character" w:customStyle="1" w:styleId="aff4">
    <w:name w:val="コメント内容 (文字)"/>
    <w:basedOn w:val="aff2"/>
    <w:link w:val="aff3"/>
    <w:uiPriority w:val="99"/>
    <w:semiHidden/>
    <w:rsid w:val="007108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Takashi Hongo</cp:lastModifiedBy>
  <cp:revision>2</cp:revision>
  <dcterms:created xsi:type="dcterms:W3CDTF">2026-04-10T00:55:00Z</dcterms:created>
  <dcterms:modified xsi:type="dcterms:W3CDTF">2026-04-10T00:55:00Z</dcterms:modified>
  <cp:category/>
</cp:coreProperties>
</file>