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5EE8F" w14:textId="1711F800" w:rsidR="006D2452" w:rsidRPr="00AF24F7" w:rsidRDefault="006D2452" w:rsidP="006D2452">
      <w:pPr>
        <w:rPr>
          <w:rFonts w:cs="Times New Roman"/>
          <w:b/>
          <w:bCs/>
          <w:color w:val="000000" w:themeColor="text1"/>
          <w:szCs w:val="24"/>
        </w:rPr>
      </w:pPr>
      <w:r w:rsidRPr="00AF24F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Point-of-Care Ultrasonography in Turkish </w:t>
      </w:r>
      <w:r w:rsidR="008466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Primary Care</w:t>
      </w:r>
      <w:r w:rsidRPr="00AF24F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 A Qualitative Exploration of Practice and Experience</w:t>
      </w:r>
    </w:p>
    <w:p w14:paraId="4A462A48" w14:textId="6BCBE66F" w:rsidR="00167CA3" w:rsidRPr="009D0A8D" w:rsidRDefault="009D0A8D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D0A8D">
        <w:rPr>
          <w:rFonts w:ascii="Times New Roman" w:hAnsi="Times New Roman" w:cs="Times New Roman"/>
          <w:b/>
          <w:bCs/>
          <w:sz w:val="24"/>
          <w:szCs w:val="24"/>
        </w:rPr>
        <w:t>RESEARCH DATA COLLECTION FORM</w:t>
      </w:r>
    </w:p>
    <w:p w14:paraId="00D0F788" w14:textId="77777777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>GENERAL INFORMATION</w:t>
      </w:r>
    </w:p>
    <w:p w14:paraId="6BB4DB0B" w14:textId="77777777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>1. What is your date of birth and graduation year? Gender: M/F</w:t>
      </w:r>
    </w:p>
    <w:p w14:paraId="14442F82" w14:textId="77777777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>2. What is your current field of practice, geographic region, and patient population?</w:t>
      </w:r>
    </w:p>
    <w:p w14:paraId="16DF4CA5" w14:textId="77777777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>MOTIVATION</w:t>
      </w:r>
    </w:p>
    <w:p w14:paraId="0F8C152F" w14:textId="0AAE0172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 xml:space="preserve">3. How did your interest in </w:t>
      </w:r>
      <w:r w:rsidR="00892686">
        <w:rPr>
          <w:rFonts w:ascii="Times New Roman" w:hAnsi="Times New Roman" w:cs="Times New Roman"/>
          <w:sz w:val="24"/>
          <w:szCs w:val="24"/>
        </w:rPr>
        <w:t xml:space="preserve">point of care </w:t>
      </w:r>
      <w:r w:rsidRPr="00301A81">
        <w:rPr>
          <w:rFonts w:ascii="Times New Roman" w:hAnsi="Times New Roman" w:cs="Times New Roman"/>
          <w:sz w:val="24"/>
          <w:szCs w:val="24"/>
        </w:rPr>
        <w:t>ultrasonography (</w:t>
      </w:r>
      <w:r w:rsidR="00892686">
        <w:rPr>
          <w:rFonts w:ascii="Times New Roman" w:hAnsi="Times New Roman" w:cs="Times New Roman"/>
          <w:sz w:val="24"/>
          <w:szCs w:val="24"/>
        </w:rPr>
        <w:t>POCUS</w:t>
      </w:r>
      <w:r w:rsidRPr="00301A81">
        <w:rPr>
          <w:rFonts w:ascii="Times New Roman" w:hAnsi="Times New Roman" w:cs="Times New Roman"/>
          <w:sz w:val="24"/>
          <w:szCs w:val="24"/>
        </w:rPr>
        <w:t>) begin?</w:t>
      </w:r>
    </w:p>
    <w:p w14:paraId="0C156B3E" w14:textId="1BF53F2A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 xml:space="preserve">4. How did you decide to incorporate </w:t>
      </w:r>
      <w:r w:rsidR="0060738E">
        <w:rPr>
          <w:rFonts w:ascii="Times New Roman" w:hAnsi="Times New Roman" w:cs="Times New Roman"/>
          <w:sz w:val="24"/>
          <w:szCs w:val="24"/>
        </w:rPr>
        <w:t>POCUS</w:t>
      </w:r>
      <w:r w:rsidRPr="00301A81">
        <w:rPr>
          <w:rFonts w:ascii="Times New Roman" w:hAnsi="Times New Roman" w:cs="Times New Roman"/>
          <w:sz w:val="24"/>
          <w:szCs w:val="24"/>
        </w:rPr>
        <w:t xml:space="preserve"> into your clinical practice?</w:t>
      </w:r>
    </w:p>
    <w:p w14:paraId="2CBFE1B9" w14:textId="4A3A6048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 xml:space="preserve">5. What type of </w:t>
      </w:r>
      <w:r w:rsidR="0060738E">
        <w:rPr>
          <w:rFonts w:ascii="Times New Roman" w:hAnsi="Times New Roman" w:cs="Times New Roman"/>
          <w:sz w:val="24"/>
          <w:szCs w:val="24"/>
        </w:rPr>
        <w:t>POCUS</w:t>
      </w:r>
      <w:r w:rsidRPr="00301A81">
        <w:rPr>
          <w:rFonts w:ascii="Times New Roman" w:hAnsi="Times New Roman" w:cs="Times New Roman"/>
          <w:sz w:val="24"/>
          <w:szCs w:val="24"/>
        </w:rPr>
        <w:t xml:space="preserve"> device did you initially use?</w:t>
      </w:r>
    </w:p>
    <w:p w14:paraId="58433286" w14:textId="77777777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>EDUCATION</w:t>
      </w:r>
    </w:p>
    <w:p w14:paraId="24F620FD" w14:textId="54F7CA6D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 xml:space="preserve">6. Where and for how long did you receive </w:t>
      </w:r>
      <w:r w:rsidR="0060738E">
        <w:rPr>
          <w:rFonts w:ascii="Times New Roman" w:hAnsi="Times New Roman" w:cs="Times New Roman"/>
          <w:sz w:val="24"/>
          <w:szCs w:val="24"/>
        </w:rPr>
        <w:t>POCUS</w:t>
      </w:r>
      <w:r w:rsidRPr="00301A81">
        <w:rPr>
          <w:rFonts w:ascii="Times New Roman" w:hAnsi="Times New Roman" w:cs="Times New Roman"/>
          <w:sz w:val="24"/>
          <w:szCs w:val="24"/>
        </w:rPr>
        <w:t xml:space="preserve"> training?</w:t>
      </w:r>
    </w:p>
    <w:p w14:paraId="115C4961" w14:textId="77777777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>7. Could you detail the content of your training?</w:t>
      </w:r>
    </w:p>
    <w:p w14:paraId="1C77BBF2" w14:textId="6FFC380F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 xml:space="preserve">8. How long have you been performing </w:t>
      </w:r>
      <w:r w:rsidR="0060738E">
        <w:rPr>
          <w:rFonts w:ascii="Times New Roman" w:hAnsi="Times New Roman" w:cs="Times New Roman"/>
          <w:sz w:val="24"/>
          <w:szCs w:val="24"/>
        </w:rPr>
        <w:t>POCUS</w:t>
      </w:r>
      <w:r w:rsidRPr="00301A81">
        <w:rPr>
          <w:rFonts w:ascii="Times New Roman" w:hAnsi="Times New Roman" w:cs="Times New Roman"/>
          <w:sz w:val="24"/>
          <w:szCs w:val="24"/>
        </w:rPr>
        <w:t>?</w:t>
      </w:r>
    </w:p>
    <w:p w14:paraId="3872051C" w14:textId="4516D04B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 xml:space="preserve">9. Are you affiliated with any group, association, or working team related to </w:t>
      </w:r>
      <w:r w:rsidR="0060738E">
        <w:rPr>
          <w:rFonts w:ascii="Times New Roman" w:hAnsi="Times New Roman" w:cs="Times New Roman"/>
          <w:sz w:val="24"/>
          <w:szCs w:val="24"/>
        </w:rPr>
        <w:t>POCUS</w:t>
      </w:r>
      <w:r w:rsidRPr="00301A81">
        <w:rPr>
          <w:rFonts w:ascii="Times New Roman" w:hAnsi="Times New Roman" w:cs="Times New Roman"/>
          <w:sz w:val="24"/>
          <w:szCs w:val="24"/>
        </w:rPr>
        <w:t>?</w:t>
      </w:r>
    </w:p>
    <w:p w14:paraId="093AE6FB" w14:textId="749CDD0B" w:rsidR="00167CA3" w:rsidRPr="00301A81" w:rsidRDefault="0060738E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POCUS</w:t>
      </w:r>
      <w:r w:rsidR="00301A81" w:rsidRPr="00301A81">
        <w:rPr>
          <w:rFonts w:ascii="Times New Roman" w:hAnsi="Times New Roman" w:cs="Times New Roman"/>
          <w:sz w:val="24"/>
          <w:szCs w:val="24"/>
        </w:rPr>
        <w:t xml:space="preserve"> U</w:t>
      </w:r>
      <w:r w:rsidR="00F233D1" w:rsidRPr="00301A81">
        <w:rPr>
          <w:rFonts w:ascii="Times New Roman" w:hAnsi="Times New Roman" w:cs="Times New Roman"/>
          <w:sz w:val="24"/>
          <w:szCs w:val="24"/>
        </w:rPr>
        <w:t>SE</w:t>
      </w:r>
    </w:p>
    <w:p w14:paraId="33BBDC90" w14:textId="4A3E1895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 xml:space="preserve">10. What are the features of the </w:t>
      </w:r>
      <w:r w:rsidR="0060738E">
        <w:rPr>
          <w:rFonts w:ascii="Times New Roman" w:hAnsi="Times New Roman" w:cs="Times New Roman"/>
          <w:sz w:val="24"/>
          <w:szCs w:val="24"/>
        </w:rPr>
        <w:t>POCUS</w:t>
      </w:r>
      <w:r w:rsidRPr="00301A81">
        <w:rPr>
          <w:rFonts w:ascii="Times New Roman" w:hAnsi="Times New Roman" w:cs="Times New Roman"/>
          <w:sz w:val="24"/>
          <w:szCs w:val="24"/>
        </w:rPr>
        <w:t xml:space="preserve"> device(s) you use?</w:t>
      </w:r>
    </w:p>
    <w:p w14:paraId="49094EB0" w14:textId="3F2DE5A4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 xml:space="preserve">11. How often do you use </w:t>
      </w:r>
      <w:r w:rsidR="0060738E">
        <w:rPr>
          <w:rFonts w:ascii="Times New Roman" w:hAnsi="Times New Roman" w:cs="Times New Roman"/>
          <w:sz w:val="24"/>
          <w:szCs w:val="24"/>
        </w:rPr>
        <w:t>POCUS</w:t>
      </w:r>
      <w:r w:rsidRPr="00301A81">
        <w:rPr>
          <w:rFonts w:ascii="Times New Roman" w:hAnsi="Times New Roman" w:cs="Times New Roman"/>
          <w:sz w:val="24"/>
          <w:szCs w:val="24"/>
        </w:rPr>
        <w:t xml:space="preserve"> in your daily practice?</w:t>
      </w:r>
    </w:p>
    <w:p w14:paraId="051C8FA1" w14:textId="77777777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>12. Which anatomical regions do you scan most frequently?</w:t>
      </w:r>
    </w:p>
    <w:p w14:paraId="33BED739" w14:textId="77777777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>13. Are there any regions you avoid scanning? Why?</w:t>
      </w:r>
    </w:p>
    <w:p w14:paraId="3B538757" w14:textId="77777777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>14. Are there any patient groups you avoid scanning? Why?</w:t>
      </w:r>
    </w:p>
    <w:p w14:paraId="0E7BE216" w14:textId="77777777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>CLINICAL EXPERIENCE</w:t>
      </w:r>
    </w:p>
    <w:p w14:paraId="419D126D" w14:textId="58D93A7F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 xml:space="preserve">15. Could you share a patient case where you decided to use </w:t>
      </w:r>
      <w:r w:rsidR="00F0625A">
        <w:rPr>
          <w:rFonts w:ascii="Times New Roman" w:hAnsi="Times New Roman" w:cs="Times New Roman"/>
          <w:sz w:val="24"/>
          <w:szCs w:val="24"/>
        </w:rPr>
        <w:t>POCUS</w:t>
      </w:r>
      <w:r w:rsidRPr="00301A81">
        <w:rPr>
          <w:rFonts w:ascii="Times New Roman" w:hAnsi="Times New Roman" w:cs="Times New Roman"/>
          <w:sz w:val="24"/>
          <w:szCs w:val="24"/>
        </w:rPr>
        <w:t xml:space="preserve"> in your daily practice?</w:t>
      </w:r>
    </w:p>
    <w:p w14:paraId="41D8AE6C" w14:textId="17DEB822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 xml:space="preserve">16. Do you primarily use </w:t>
      </w:r>
      <w:r w:rsidR="00F0625A">
        <w:rPr>
          <w:rFonts w:ascii="Times New Roman" w:hAnsi="Times New Roman" w:cs="Times New Roman"/>
          <w:sz w:val="24"/>
          <w:szCs w:val="24"/>
        </w:rPr>
        <w:t>POCUS</w:t>
      </w:r>
      <w:r w:rsidRPr="00301A81">
        <w:rPr>
          <w:rFonts w:ascii="Times New Roman" w:hAnsi="Times New Roman" w:cs="Times New Roman"/>
          <w:sz w:val="24"/>
          <w:szCs w:val="24"/>
        </w:rPr>
        <w:t xml:space="preserve"> for diagnostic indications or screening?</w:t>
      </w:r>
    </w:p>
    <w:p w14:paraId="30A8425F" w14:textId="77777777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>17. Do you ever expand your scan beyond the initially planned region?</w:t>
      </w:r>
    </w:p>
    <w:p w14:paraId="420707E2" w14:textId="5528673F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 xml:space="preserve">18. Are you able to complete the </w:t>
      </w:r>
      <w:r w:rsidR="00F0625A">
        <w:rPr>
          <w:rFonts w:ascii="Times New Roman" w:hAnsi="Times New Roman" w:cs="Times New Roman"/>
          <w:sz w:val="24"/>
          <w:szCs w:val="24"/>
        </w:rPr>
        <w:t>POCUS</w:t>
      </w:r>
      <w:r w:rsidRPr="00301A81">
        <w:rPr>
          <w:rFonts w:ascii="Times New Roman" w:hAnsi="Times New Roman" w:cs="Times New Roman"/>
          <w:sz w:val="24"/>
          <w:szCs w:val="24"/>
        </w:rPr>
        <w:t xml:space="preserve"> scan within your planned time frame?</w:t>
      </w:r>
    </w:p>
    <w:p w14:paraId="22C64CFC" w14:textId="659F098B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 xml:space="preserve">19. Does performing </w:t>
      </w:r>
      <w:r w:rsidR="00F0625A">
        <w:rPr>
          <w:rFonts w:ascii="Times New Roman" w:hAnsi="Times New Roman" w:cs="Times New Roman"/>
          <w:sz w:val="24"/>
          <w:szCs w:val="24"/>
        </w:rPr>
        <w:t>POCUS</w:t>
      </w:r>
      <w:r w:rsidRPr="00301A81">
        <w:rPr>
          <w:rFonts w:ascii="Times New Roman" w:hAnsi="Times New Roman" w:cs="Times New Roman"/>
          <w:sz w:val="24"/>
          <w:szCs w:val="24"/>
        </w:rPr>
        <w:t xml:space="preserve"> affect the scheduled appointment times of your patients?</w:t>
      </w:r>
    </w:p>
    <w:p w14:paraId="2C8417E5" w14:textId="1E87DBF1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 xml:space="preserve">20. Does performing </w:t>
      </w:r>
      <w:r w:rsidR="00F0625A">
        <w:rPr>
          <w:rFonts w:ascii="Times New Roman" w:hAnsi="Times New Roman" w:cs="Times New Roman"/>
          <w:sz w:val="24"/>
          <w:szCs w:val="24"/>
        </w:rPr>
        <w:t>POCUS</w:t>
      </w:r>
      <w:r w:rsidRPr="00301A81">
        <w:rPr>
          <w:rFonts w:ascii="Times New Roman" w:hAnsi="Times New Roman" w:cs="Times New Roman"/>
          <w:sz w:val="24"/>
          <w:szCs w:val="24"/>
        </w:rPr>
        <w:t xml:space="preserve"> affect your patient workload?</w:t>
      </w:r>
    </w:p>
    <w:p w14:paraId="62957672" w14:textId="77777777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>21. Do you document your findings?</w:t>
      </w:r>
    </w:p>
    <w:p w14:paraId="1AEDCD7B" w14:textId="77858CF9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lastRenderedPageBreak/>
        <w:t xml:space="preserve">22. When referring a patient to secondary care, do you send a note or report including </w:t>
      </w:r>
      <w:r w:rsidR="00885EAA">
        <w:rPr>
          <w:rFonts w:ascii="Times New Roman" w:hAnsi="Times New Roman" w:cs="Times New Roman"/>
          <w:sz w:val="24"/>
          <w:szCs w:val="24"/>
        </w:rPr>
        <w:t>POCUS</w:t>
      </w:r>
      <w:r w:rsidRPr="00301A81">
        <w:rPr>
          <w:rFonts w:ascii="Times New Roman" w:hAnsi="Times New Roman" w:cs="Times New Roman"/>
          <w:sz w:val="24"/>
          <w:szCs w:val="24"/>
        </w:rPr>
        <w:t xml:space="preserve"> findings to the specialist?</w:t>
      </w:r>
    </w:p>
    <w:p w14:paraId="2FF0A7E6" w14:textId="77777777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>DIAGNOSTIC PROCESS</w:t>
      </w:r>
    </w:p>
    <w:p w14:paraId="3E65EF95" w14:textId="1D5D3425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 xml:space="preserve">23. To what extent do you think your </w:t>
      </w:r>
      <w:r w:rsidR="00885EAA">
        <w:rPr>
          <w:rFonts w:ascii="Times New Roman" w:hAnsi="Times New Roman" w:cs="Times New Roman"/>
          <w:sz w:val="24"/>
          <w:szCs w:val="24"/>
        </w:rPr>
        <w:t>POCUS</w:t>
      </w:r>
      <w:r w:rsidRPr="00301A81">
        <w:rPr>
          <w:rFonts w:ascii="Times New Roman" w:hAnsi="Times New Roman" w:cs="Times New Roman"/>
          <w:sz w:val="24"/>
          <w:szCs w:val="24"/>
        </w:rPr>
        <w:t xml:space="preserve"> findings contribute to your diagnoses?</w:t>
      </w:r>
    </w:p>
    <w:p w14:paraId="67A4F67A" w14:textId="7AD410E2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 xml:space="preserve">24. Can you give an example of a case where </w:t>
      </w:r>
      <w:r w:rsidR="00885EAA">
        <w:rPr>
          <w:rFonts w:ascii="Times New Roman" w:hAnsi="Times New Roman" w:cs="Times New Roman"/>
          <w:sz w:val="24"/>
          <w:szCs w:val="24"/>
        </w:rPr>
        <w:t>POCUS</w:t>
      </w:r>
      <w:r w:rsidRPr="00301A81">
        <w:rPr>
          <w:rFonts w:ascii="Times New Roman" w:hAnsi="Times New Roman" w:cs="Times New Roman"/>
          <w:sz w:val="24"/>
          <w:szCs w:val="24"/>
        </w:rPr>
        <w:t xml:space="preserve"> helped in your diagnostic process?</w:t>
      </w:r>
    </w:p>
    <w:p w14:paraId="3E908DDF" w14:textId="7B274F70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 xml:space="preserve">25. Can you give an example where </w:t>
      </w:r>
      <w:r w:rsidR="00885EAA">
        <w:rPr>
          <w:rFonts w:ascii="Times New Roman" w:hAnsi="Times New Roman" w:cs="Times New Roman"/>
          <w:sz w:val="24"/>
          <w:szCs w:val="24"/>
        </w:rPr>
        <w:t>POCUS</w:t>
      </w:r>
      <w:r w:rsidRPr="00301A81">
        <w:rPr>
          <w:rFonts w:ascii="Times New Roman" w:hAnsi="Times New Roman" w:cs="Times New Roman"/>
          <w:sz w:val="24"/>
          <w:szCs w:val="24"/>
        </w:rPr>
        <w:t xml:space="preserve"> did not contribute to your diagnostic process?</w:t>
      </w:r>
    </w:p>
    <w:p w14:paraId="4A9F7EE6" w14:textId="012040EB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 xml:space="preserve">26. What pathologies have you diagnosed using </w:t>
      </w:r>
      <w:r w:rsidR="00885EAA">
        <w:rPr>
          <w:rFonts w:ascii="Times New Roman" w:hAnsi="Times New Roman" w:cs="Times New Roman"/>
          <w:sz w:val="24"/>
          <w:szCs w:val="24"/>
        </w:rPr>
        <w:t>POCUS</w:t>
      </w:r>
      <w:r w:rsidRPr="00301A81">
        <w:rPr>
          <w:rFonts w:ascii="Times New Roman" w:hAnsi="Times New Roman" w:cs="Times New Roman"/>
          <w:sz w:val="24"/>
          <w:szCs w:val="24"/>
        </w:rPr>
        <w:t>?</w:t>
      </w:r>
    </w:p>
    <w:p w14:paraId="63D4240E" w14:textId="70398841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 xml:space="preserve">27. Do you have any noteworthy or educational experiences related to </w:t>
      </w:r>
      <w:r w:rsidR="00885EAA">
        <w:rPr>
          <w:rFonts w:ascii="Times New Roman" w:hAnsi="Times New Roman" w:cs="Times New Roman"/>
          <w:sz w:val="24"/>
          <w:szCs w:val="24"/>
        </w:rPr>
        <w:t>POCUS</w:t>
      </w:r>
      <w:r w:rsidR="00885EAA" w:rsidRPr="00301A81">
        <w:rPr>
          <w:rFonts w:ascii="Times New Roman" w:hAnsi="Times New Roman" w:cs="Times New Roman"/>
          <w:sz w:val="24"/>
          <w:szCs w:val="24"/>
        </w:rPr>
        <w:t xml:space="preserve"> </w:t>
      </w:r>
      <w:r w:rsidRPr="00301A81">
        <w:rPr>
          <w:rFonts w:ascii="Times New Roman" w:hAnsi="Times New Roman" w:cs="Times New Roman"/>
          <w:sz w:val="24"/>
          <w:szCs w:val="24"/>
        </w:rPr>
        <w:t>-based diagnosis?</w:t>
      </w:r>
    </w:p>
    <w:p w14:paraId="5C781981" w14:textId="21BCA101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 xml:space="preserve">28. Can you share a positive case example where </w:t>
      </w:r>
      <w:r w:rsidR="00885EAA">
        <w:rPr>
          <w:rFonts w:ascii="Times New Roman" w:hAnsi="Times New Roman" w:cs="Times New Roman"/>
          <w:sz w:val="24"/>
          <w:szCs w:val="24"/>
        </w:rPr>
        <w:t>POCUS</w:t>
      </w:r>
      <w:r w:rsidR="00885EAA" w:rsidRPr="00301A81">
        <w:rPr>
          <w:rFonts w:ascii="Times New Roman" w:hAnsi="Times New Roman" w:cs="Times New Roman"/>
          <w:sz w:val="24"/>
          <w:szCs w:val="24"/>
        </w:rPr>
        <w:t xml:space="preserve"> </w:t>
      </w:r>
      <w:r w:rsidRPr="00301A81">
        <w:rPr>
          <w:rFonts w:ascii="Times New Roman" w:hAnsi="Times New Roman" w:cs="Times New Roman"/>
          <w:sz w:val="24"/>
          <w:szCs w:val="24"/>
        </w:rPr>
        <w:t>contributed to your clinical experience?</w:t>
      </w:r>
    </w:p>
    <w:p w14:paraId="067763B3" w14:textId="4E498E85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 xml:space="preserve">29. Can you share a negative case example where </w:t>
      </w:r>
      <w:r w:rsidR="00885EAA">
        <w:rPr>
          <w:rFonts w:ascii="Times New Roman" w:hAnsi="Times New Roman" w:cs="Times New Roman"/>
          <w:sz w:val="24"/>
          <w:szCs w:val="24"/>
        </w:rPr>
        <w:t>POCUS</w:t>
      </w:r>
      <w:r w:rsidRPr="00301A81">
        <w:rPr>
          <w:rFonts w:ascii="Times New Roman" w:hAnsi="Times New Roman" w:cs="Times New Roman"/>
          <w:sz w:val="24"/>
          <w:szCs w:val="24"/>
        </w:rPr>
        <w:t xml:space="preserve"> affected your clinical experience?</w:t>
      </w:r>
    </w:p>
    <w:p w14:paraId="2D388AD7" w14:textId="77777777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>COMMUNICATION</w:t>
      </w:r>
    </w:p>
    <w:p w14:paraId="6D333883" w14:textId="67239C14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 xml:space="preserve">30. How do you inform patients before performing </w:t>
      </w:r>
      <w:r w:rsidR="00885EAA">
        <w:rPr>
          <w:rFonts w:ascii="Times New Roman" w:hAnsi="Times New Roman" w:cs="Times New Roman"/>
          <w:sz w:val="24"/>
          <w:szCs w:val="24"/>
        </w:rPr>
        <w:t>POCUS</w:t>
      </w:r>
      <w:r w:rsidRPr="00301A81">
        <w:rPr>
          <w:rFonts w:ascii="Times New Roman" w:hAnsi="Times New Roman" w:cs="Times New Roman"/>
          <w:sz w:val="24"/>
          <w:szCs w:val="24"/>
        </w:rPr>
        <w:t>?</w:t>
      </w:r>
    </w:p>
    <w:p w14:paraId="610BF4B2" w14:textId="47CFD20A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 xml:space="preserve">31. Do you obtain verbal or written consent from patients before performing </w:t>
      </w:r>
      <w:r w:rsidR="00885EAA">
        <w:rPr>
          <w:rFonts w:ascii="Times New Roman" w:hAnsi="Times New Roman" w:cs="Times New Roman"/>
          <w:sz w:val="24"/>
          <w:szCs w:val="24"/>
        </w:rPr>
        <w:t>POCUS</w:t>
      </w:r>
      <w:r w:rsidRPr="00301A81">
        <w:rPr>
          <w:rFonts w:ascii="Times New Roman" w:hAnsi="Times New Roman" w:cs="Times New Roman"/>
          <w:sz w:val="24"/>
          <w:szCs w:val="24"/>
        </w:rPr>
        <w:t>?</w:t>
      </w:r>
    </w:p>
    <w:p w14:paraId="22B73B4A" w14:textId="553A166B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 xml:space="preserve">32. Have you ever had a patient refuse </w:t>
      </w:r>
      <w:r w:rsidR="00885EAA">
        <w:rPr>
          <w:rFonts w:ascii="Times New Roman" w:hAnsi="Times New Roman" w:cs="Times New Roman"/>
          <w:sz w:val="24"/>
          <w:szCs w:val="24"/>
        </w:rPr>
        <w:t>POCUS</w:t>
      </w:r>
      <w:r w:rsidRPr="00301A81">
        <w:rPr>
          <w:rFonts w:ascii="Times New Roman" w:hAnsi="Times New Roman" w:cs="Times New Roman"/>
          <w:sz w:val="24"/>
          <w:szCs w:val="24"/>
        </w:rPr>
        <w:t>? Why?</w:t>
      </w:r>
    </w:p>
    <w:p w14:paraId="6A6A4B90" w14:textId="2289E5D4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 xml:space="preserve">33. Have you experienced patients having high or unrealistic expectations regarding </w:t>
      </w:r>
      <w:r w:rsidR="00885EAA">
        <w:rPr>
          <w:rFonts w:ascii="Times New Roman" w:hAnsi="Times New Roman" w:cs="Times New Roman"/>
          <w:sz w:val="24"/>
          <w:szCs w:val="24"/>
        </w:rPr>
        <w:t>POCUS</w:t>
      </w:r>
      <w:r w:rsidRPr="00301A81">
        <w:rPr>
          <w:rFonts w:ascii="Times New Roman" w:hAnsi="Times New Roman" w:cs="Times New Roman"/>
          <w:sz w:val="24"/>
          <w:szCs w:val="24"/>
        </w:rPr>
        <w:t>?</w:t>
      </w:r>
    </w:p>
    <w:p w14:paraId="0AE1D0AC" w14:textId="77777777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>COMPETENCE</w:t>
      </w:r>
    </w:p>
    <w:p w14:paraId="140F058B" w14:textId="426113D7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 xml:space="preserve">34. Do you follow any protocol while performing </w:t>
      </w:r>
      <w:r w:rsidR="00885EAA">
        <w:rPr>
          <w:rFonts w:ascii="Times New Roman" w:hAnsi="Times New Roman" w:cs="Times New Roman"/>
          <w:sz w:val="24"/>
          <w:szCs w:val="24"/>
        </w:rPr>
        <w:t>POCUS</w:t>
      </w:r>
      <w:r w:rsidRPr="00301A81">
        <w:rPr>
          <w:rFonts w:ascii="Times New Roman" w:hAnsi="Times New Roman" w:cs="Times New Roman"/>
          <w:sz w:val="24"/>
          <w:szCs w:val="24"/>
        </w:rPr>
        <w:t>?</w:t>
      </w:r>
    </w:p>
    <w:p w14:paraId="1F545BAC" w14:textId="799430BB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 xml:space="preserve">35. Do you feel confident in your </w:t>
      </w:r>
      <w:r w:rsidR="00885EAA">
        <w:rPr>
          <w:rFonts w:ascii="Times New Roman" w:hAnsi="Times New Roman" w:cs="Times New Roman"/>
          <w:sz w:val="24"/>
          <w:szCs w:val="24"/>
        </w:rPr>
        <w:t>POCUS</w:t>
      </w:r>
      <w:r w:rsidRPr="00301A81">
        <w:rPr>
          <w:rFonts w:ascii="Times New Roman" w:hAnsi="Times New Roman" w:cs="Times New Roman"/>
          <w:sz w:val="24"/>
          <w:szCs w:val="24"/>
        </w:rPr>
        <w:t xml:space="preserve"> skills?</w:t>
      </w:r>
    </w:p>
    <w:p w14:paraId="024D957A" w14:textId="77777777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>36. What do you do when you feel uncertain during an examination?</w:t>
      </w:r>
    </w:p>
    <w:p w14:paraId="756C2170" w14:textId="77777777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>OUTCOMES</w:t>
      </w:r>
    </w:p>
    <w:p w14:paraId="504BC7C4" w14:textId="06490FFE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 xml:space="preserve">37. How does your </w:t>
      </w:r>
      <w:r w:rsidR="009D513B">
        <w:rPr>
          <w:rFonts w:ascii="Times New Roman" w:hAnsi="Times New Roman" w:cs="Times New Roman"/>
          <w:sz w:val="24"/>
          <w:szCs w:val="24"/>
        </w:rPr>
        <w:t>POCUS</w:t>
      </w:r>
      <w:r w:rsidR="009D513B" w:rsidRPr="00301A81">
        <w:rPr>
          <w:rFonts w:ascii="Times New Roman" w:hAnsi="Times New Roman" w:cs="Times New Roman"/>
          <w:sz w:val="24"/>
          <w:szCs w:val="24"/>
        </w:rPr>
        <w:t xml:space="preserve"> </w:t>
      </w:r>
      <w:r w:rsidRPr="00301A81">
        <w:rPr>
          <w:rFonts w:ascii="Times New Roman" w:hAnsi="Times New Roman" w:cs="Times New Roman"/>
          <w:sz w:val="24"/>
          <w:szCs w:val="24"/>
        </w:rPr>
        <w:t>use affect the opinion of specialist physicians?</w:t>
      </w:r>
    </w:p>
    <w:p w14:paraId="063B8159" w14:textId="35F85FFA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 xml:space="preserve">38. How does your </w:t>
      </w:r>
      <w:r w:rsidR="009D513B">
        <w:rPr>
          <w:rFonts w:ascii="Times New Roman" w:hAnsi="Times New Roman" w:cs="Times New Roman"/>
          <w:sz w:val="24"/>
          <w:szCs w:val="24"/>
        </w:rPr>
        <w:t>POCUS</w:t>
      </w:r>
      <w:r w:rsidRPr="00301A81">
        <w:rPr>
          <w:rFonts w:ascii="Times New Roman" w:hAnsi="Times New Roman" w:cs="Times New Roman"/>
          <w:sz w:val="24"/>
          <w:szCs w:val="24"/>
        </w:rPr>
        <w:t xml:space="preserve"> use affect the doctor-patient relationship?</w:t>
      </w:r>
    </w:p>
    <w:p w14:paraId="33DDF053" w14:textId="6CA337CC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 xml:space="preserve">39. Have you ever felt that </w:t>
      </w:r>
      <w:r w:rsidR="009D513B">
        <w:rPr>
          <w:rFonts w:ascii="Times New Roman" w:hAnsi="Times New Roman" w:cs="Times New Roman"/>
          <w:sz w:val="24"/>
          <w:szCs w:val="24"/>
        </w:rPr>
        <w:t>POCUS</w:t>
      </w:r>
      <w:r w:rsidRPr="00301A81">
        <w:rPr>
          <w:rFonts w:ascii="Times New Roman" w:hAnsi="Times New Roman" w:cs="Times New Roman"/>
          <w:sz w:val="24"/>
          <w:szCs w:val="24"/>
        </w:rPr>
        <w:t xml:space="preserve"> diverted your attention from the main complaint?</w:t>
      </w:r>
    </w:p>
    <w:p w14:paraId="64597472" w14:textId="77777777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>EXPERIENCE</w:t>
      </w:r>
    </w:p>
    <w:p w14:paraId="56D52084" w14:textId="0A98C39A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 xml:space="preserve">40. What challenges have you encountered during your time using </w:t>
      </w:r>
      <w:r w:rsidR="009D513B">
        <w:rPr>
          <w:rFonts w:ascii="Times New Roman" w:hAnsi="Times New Roman" w:cs="Times New Roman"/>
          <w:sz w:val="24"/>
          <w:szCs w:val="24"/>
        </w:rPr>
        <w:t>POCUS</w:t>
      </w:r>
      <w:r w:rsidRPr="00301A81">
        <w:rPr>
          <w:rFonts w:ascii="Times New Roman" w:hAnsi="Times New Roman" w:cs="Times New Roman"/>
          <w:sz w:val="24"/>
          <w:szCs w:val="24"/>
        </w:rPr>
        <w:t>?</w:t>
      </w:r>
    </w:p>
    <w:p w14:paraId="494D3F65" w14:textId="435D68A1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lastRenderedPageBreak/>
        <w:t xml:space="preserve">41. Do you have any knowledge or experience about the use of </w:t>
      </w:r>
      <w:r w:rsidR="009D513B">
        <w:rPr>
          <w:rFonts w:ascii="Times New Roman" w:hAnsi="Times New Roman" w:cs="Times New Roman"/>
          <w:sz w:val="24"/>
          <w:szCs w:val="24"/>
        </w:rPr>
        <w:t>POCUS</w:t>
      </w:r>
      <w:r w:rsidRPr="00301A81">
        <w:rPr>
          <w:rFonts w:ascii="Times New Roman" w:hAnsi="Times New Roman" w:cs="Times New Roman"/>
          <w:sz w:val="24"/>
          <w:szCs w:val="24"/>
        </w:rPr>
        <w:t xml:space="preserve"> in primary care in countries outside of Turkey?</w:t>
      </w:r>
    </w:p>
    <w:p w14:paraId="3385DE8F" w14:textId="284E27C7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 xml:space="preserve">42. Do you have any publications, research, or case reports related to </w:t>
      </w:r>
      <w:r w:rsidR="009D513B">
        <w:rPr>
          <w:rFonts w:ascii="Times New Roman" w:hAnsi="Times New Roman" w:cs="Times New Roman"/>
          <w:sz w:val="24"/>
          <w:szCs w:val="24"/>
        </w:rPr>
        <w:t>POCUS</w:t>
      </w:r>
      <w:r w:rsidRPr="00301A81">
        <w:rPr>
          <w:rFonts w:ascii="Times New Roman" w:hAnsi="Times New Roman" w:cs="Times New Roman"/>
          <w:sz w:val="24"/>
          <w:szCs w:val="24"/>
        </w:rPr>
        <w:t>?</w:t>
      </w:r>
    </w:p>
    <w:p w14:paraId="31B7D7C3" w14:textId="77777777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>PREDICTIONS</w:t>
      </w:r>
    </w:p>
    <w:p w14:paraId="74DD1613" w14:textId="521FC687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 xml:space="preserve">43. What do you think are the potential benefits of widespread </w:t>
      </w:r>
      <w:r w:rsidR="009D513B">
        <w:rPr>
          <w:rFonts w:ascii="Times New Roman" w:hAnsi="Times New Roman" w:cs="Times New Roman"/>
          <w:sz w:val="24"/>
          <w:szCs w:val="24"/>
        </w:rPr>
        <w:t>POCUS</w:t>
      </w:r>
      <w:r w:rsidRPr="00301A81">
        <w:rPr>
          <w:rFonts w:ascii="Times New Roman" w:hAnsi="Times New Roman" w:cs="Times New Roman"/>
          <w:sz w:val="24"/>
          <w:szCs w:val="24"/>
        </w:rPr>
        <w:t xml:space="preserve"> use by family physicians?</w:t>
      </w:r>
    </w:p>
    <w:p w14:paraId="60A4C69E" w14:textId="77777777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>44. What do you think are the potential harms?</w:t>
      </w:r>
    </w:p>
    <w:p w14:paraId="2C649502" w14:textId="77777777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>45. What do you think are the possible challenges?</w:t>
      </w:r>
    </w:p>
    <w:p w14:paraId="29B54000" w14:textId="77777777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>46. What kinds of reactions do you expect from other specialties?</w:t>
      </w:r>
    </w:p>
    <w:p w14:paraId="29650469" w14:textId="63804736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 xml:space="preserve">47. What are your predictions about the future of </w:t>
      </w:r>
      <w:r w:rsidR="009D513B">
        <w:rPr>
          <w:rFonts w:ascii="Times New Roman" w:hAnsi="Times New Roman" w:cs="Times New Roman"/>
          <w:sz w:val="24"/>
          <w:szCs w:val="24"/>
        </w:rPr>
        <w:t>POCUS</w:t>
      </w:r>
      <w:r w:rsidRPr="00301A81">
        <w:rPr>
          <w:rFonts w:ascii="Times New Roman" w:hAnsi="Times New Roman" w:cs="Times New Roman"/>
          <w:sz w:val="24"/>
          <w:szCs w:val="24"/>
        </w:rPr>
        <w:t xml:space="preserve"> use in primary care in Turkey?</w:t>
      </w:r>
    </w:p>
    <w:p w14:paraId="236703C4" w14:textId="77777777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>SUGGESTIONS &amp; GOALS</w:t>
      </w:r>
    </w:p>
    <w:p w14:paraId="420844F4" w14:textId="6CC93613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 xml:space="preserve">48. What are your suggestions for physicians interested in </w:t>
      </w:r>
      <w:r w:rsidR="009D513B">
        <w:rPr>
          <w:rFonts w:ascii="Times New Roman" w:hAnsi="Times New Roman" w:cs="Times New Roman"/>
          <w:sz w:val="24"/>
          <w:szCs w:val="24"/>
        </w:rPr>
        <w:t>POCUS</w:t>
      </w:r>
      <w:r w:rsidRPr="00301A81">
        <w:rPr>
          <w:rFonts w:ascii="Times New Roman" w:hAnsi="Times New Roman" w:cs="Times New Roman"/>
          <w:sz w:val="24"/>
          <w:szCs w:val="24"/>
        </w:rPr>
        <w:t>?</w:t>
      </w:r>
    </w:p>
    <w:p w14:paraId="524A1ACF" w14:textId="0D4D9EC3" w:rsidR="00167CA3" w:rsidRPr="00301A81" w:rsidRDefault="00301A81" w:rsidP="009D0A8D">
      <w:pPr>
        <w:pStyle w:val="ListeNumaras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A81">
        <w:rPr>
          <w:rFonts w:ascii="Times New Roman" w:hAnsi="Times New Roman" w:cs="Times New Roman"/>
          <w:sz w:val="24"/>
          <w:szCs w:val="24"/>
        </w:rPr>
        <w:t xml:space="preserve">49. What are your personal goals regarding </w:t>
      </w:r>
      <w:r w:rsidR="009D513B">
        <w:rPr>
          <w:rFonts w:ascii="Times New Roman" w:hAnsi="Times New Roman" w:cs="Times New Roman"/>
          <w:sz w:val="24"/>
          <w:szCs w:val="24"/>
        </w:rPr>
        <w:t>POCUS</w:t>
      </w:r>
      <w:r w:rsidRPr="00301A81">
        <w:rPr>
          <w:rFonts w:ascii="Times New Roman" w:hAnsi="Times New Roman" w:cs="Times New Roman"/>
          <w:sz w:val="24"/>
          <w:szCs w:val="24"/>
        </w:rPr>
        <w:t>?</w:t>
      </w:r>
    </w:p>
    <w:sectPr w:rsidR="00167CA3" w:rsidRPr="00301A81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5AC0E" w14:textId="77777777" w:rsidR="006B0E6E" w:rsidRDefault="006B0E6E" w:rsidP="00714A46">
      <w:pPr>
        <w:spacing w:after="0" w:line="240" w:lineRule="auto"/>
      </w:pPr>
      <w:r>
        <w:separator/>
      </w:r>
    </w:p>
  </w:endnote>
  <w:endnote w:type="continuationSeparator" w:id="0">
    <w:p w14:paraId="33D95D6A" w14:textId="77777777" w:rsidR="006B0E6E" w:rsidRDefault="006B0E6E" w:rsidP="00714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3945B" w14:textId="77777777" w:rsidR="006B0E6E" w:rsidRDefault="006B0E6E" w:rsidP="00714A46">
      <w:pPr>
        <w:spacing w:after="0" w:line="240" w:lineRule="auto"/>
      </w:pPr>
      <w:r>
        <w:separator/>
      </w:r>
    </w:p>
  </w:footnote>
  <w:footnote w:type="continuationSeparator" w:id="0">
    <w:p w14:paraId="1EB32199" w14:textId="77777777" w:rsidR="006B0E6E" w:rsidRDefault="006B0E6E" w:rsidP="00714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65401" w14:textId="77777777" w:rsidR="00714A46" w:rsidRDefault="00714A46">
    <w:pPr>
      <w:pStyle w:val="stBilgi"/>
      <w:tabs>
        <w:tab w:val="clear" w:pos="4680"/>
        <w:tab w:val="clear" w:pos="9360"/>
      </w:tabs>
      <w:jc w:val="right"/>
      <w:rPr>
        <w:color w:val="548DD4" w:themeColor="text2" w:themeTint="99"/>
        <w:sz w:val="24"/>
        <w:szCs w:val="24"/>
      </w:rPr>
    </w:pPr>
    <w:r>
      <w:rPr>
        <w:color w:val="548DD4" w:themeColor="text2" w:themeTint="99"/>
        <w:sz w:val="24"/>
        <w:szCs w:val="24"/>
        <w:lang w:val="tr-TR"/>
      </w:rPr>
      <w:t xml:space="preserve">Sayfa </w:t>
    </w:r>
    <w:r>
      <w:rPr>
        <w:color w:val="548DD4" w:themeColor="text2" w:themeTint="99"/>
        <w:sz w:val="24"/>
        <w:szCs w:val="24"/>
      </w:rPr>
      <w:fldChar w:fldCharType="begin"/>
    </w:r>
    <w:r>
      <w:rPr>
        <w:color w:val="548DD4" w:themeColor="text2" w:themeTint="99"/>
        <w:sz w:val="24"/>
        <w:szCs w:val="24"/>
      </w:rPr>
      <w:instrText>PAGE   \* MERGEFORMAT</w:instrText>
    </w:r>
    <w:r>
      <w:rPr>
        <w:color w:val="548DD4" w:themeColor="text2" w:themeTint="99"/>
        <w:sz w:val="24"/>
        <w:szCs w:val="24"/>
      </w:rPr>
      <w:fldChar w:fldCharType="separate"/>
    </w:r>
    <w:r>
      <w:rPr>
        <w:color w:val="548DD4" w:themeColor="text2" w:themeTint="99"/>
        <w:sz w:val="24"/>
        <w:szCs w:val="24"/>
        <w:lang w:val="tr-TR"/>
      </w:rPr>
      <w:t>2</w:t>
    </w:r>
    <w:r>
      <w:rPr>
        <w:color w:val="548DD4" w:themeColor="text2" w:themeTint="99"/>
        <w:sz w:val="24"/>
        <w:szCs w:val="24"/>
      </w:rPr>
      <w:fldChar w:fldCharType="end"/>
    </w:r>
  </w:p>
  <w:p w14:paraId="04871BDB" w14:textId="24774E9F" w:rsidR="0017315D" w:rsidRDefault="0017315D">
    <w:pPr>
      <w:pStyle w:val="stBilgi"/>
    </w:pPr>
    <w:r>
      <w:t>Participant No:</w:t>
    </w:r>
  </w:p>
  <w:p w14:paraId="4DC3A685" w14:textId="77777777" w:rsidR="0017315D" w:rsidRDefault="0017315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82453014">
    <w:abstractNumId w:val="8"/>
  </w:num>
  <w:num w:numId="2" w16cid:durableId="1390805719">
    <w:abstractNumId w:val="6"/>
  </w:num>
  <w:num w:numId="3" w16cid:durableId="1064911768">
    <w:abstractNumId w:val="5"/>
  </w:num>
  <w:num w:numId="4" w16cid:durableId="1154109219">
    <w:abstractNumId w:val="4"/>
  </w:num>
  <w:num w:numId="5" w16cid:durableId="1118642263">
    <w:abstractNumId w:val="7"/>
  </w:num>
  <w:num w:numId="6" w16cid:durableId="1630277171">
    <w:abstractNumId w:val="3"/>
  </w:num>
  <w:num w:numId="7" w16cid:durableId="443496859">
    <w:abstractNumId w:val="2"/>
  </w:num>
  <w:num w:numId="8" w16cid:durableId="1836989262">
    <w:abstractNumId w:val="1"/>
  </w:num>
  <w:num w:numId="9" w16cid:durableId="478806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7CA3"/>
    <w:rsid w:val="0017315D"/>
    <w:rsid w:val="0029639D"/>
    <w:rsid w:val="00301A81"/>
    <w:rsid w:val="00324321"/>
    <w:rsid w:val="00326F90"/>
    <w:rsid w:val="005245F5"/>
    <w:rsid w:val="0060738E"/>
    <w:rsid w:val="006B0E6E"/>
    <w:rsid w:val="006D2452"/>
    <w:rsid w:val="00714A46"/>
    <w:rsid w:val="0084667C"/>
    <w:rsid w:val="00885EAA"/>
    <w:rsid w:val="00892686"/>
    <w:rsid w:val="00913FF9"/>
    <w:rsid w:val="009D0A8D"/>
    <w:rsid w:val="009D513B"/>
    <w:rsid w:val="00A82D5E"/>
    <w:rsid w:val="00AA1D8D"/>
    <w:rsid w:val="00B47730"/>
    <w:rsid w:val="00CB0664"/>
    <w:rsid w:val="00EA5134"/>
    <w:rsid w:val="00F0625A"/>
    <w:rsid w:val="00F233D1"/>
    <w:rsid w:val="00FA3F51"/>
    <w:rsid w:val="00FC693F"/>
    <w:rsid w:val="00FD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3A55095A-EF11-4AAD-BCB2-0189DF896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7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Oznur Kubra Odabas</cp:lastModifiedBy>
  <cp:revision>14</cp:revision>
  <dcterms:created xsi:type="dcterms:W3CDTF">2013-12-23T23:15:00Z</dcterms:created>
  <dcterms:modified xsi:type="dcterms:W3CDTF">2025-10-07T21:23:00Z</dcterms:modified>
  <cp:category/>
</cp:coreProperties>
</file>